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1966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40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已知 3x-4 与 y+15 之比为常数，且当 x=2 时 y=3。那么，当 y=12 时，x 等于：</w:t>
      </w:r>
    </w:p>
    <w:p>
      <w:pPr>
        <w:spacing w:before="0" w:after="120" w:line="300" w:lineRule="auto"/>
      </w:pPr>
      <w:r>
        <w:rPr>
          <w:rFonts w:ascii="Times New Roman" w:hAnsi="Times New Roman" w:eastAsia="宋体"/>
          <w:b w:val="0"/>
          <w:i w:val="0"/>
          <w:sz w:val="21"/>
        </w:rPr>
        <w:t>（A）1/8　　（B）8/7　　（C）7/3　　（D）7/2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the ratio of 3x-4 to y+15 is constant, and y=3 when x=2, then, when y=12, x equals:</w:t>
      </w:r>
    </w:p>
    <w:p>
      <w:pPr>
        <w:spacing w:before="0" w:after="160" w:line="300" w:lineRule="auto"/>
      </w:pPr>
      <w:r>
        <w:rPr>
          <w:rFonts w:ascii="Times New Roman" w:hAnsi="Times New Roman" w:eastAsia="宋体"/>
          <w:b w:val="0"/>
          <w:i w:val="0"/>
          <w:color w:val="333333"/>
          <w:sz w:val="19"/>
        </w:rPr>
        <w:t>(A) 1/8　　(B) 8/7　　(C) 7/3　　(D) 7/2　　(E) 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若三角形的底边增加 10%，而这条底边上的高减少 10%，则面积的变化为：</w:t>
      </w:r>
    </w:p>
    <w:p>
      <w:pPr>
        <w:spacing w:before="0" w:after="120" w:line="300" w:lineRule="auto"/>
      </w:pPr>
      <w:r>
        <w:rPr>
          <w:rFonts w:ascii="Times New Roman" w:hAnsi="Times New Roman" w:eastAsia="宋体"/>
          <w:b w:val="0"/>
          <w:i w:val="0"/>
          <w:sz w:val="21"/>
        </w:rPr>
        <w:t>（A）增加 1%　　（B）增加 1/2%　　（C）0%　　（D）减少 1/2%　　（E）减少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base of a triangle is increased 10% and the altitude to this base is decreased 10%, the change in area is:</w:t>
      </w:r>
    </w:p>
    <w:p>
      <w:pPr>
        <w:spacing w:before="0" w:after="160" w:line="300" w:lineRule="auto"/>
      </w:pPr>
      <w:r>
        <w:rPr>
          <w:rFonts w:ascii="Times New Roman" w:hAnsi="Times New Roman" w:eastAsia="宋体"/>
          <w:b w:val="0"/>
          <w:i w:val="0"/>
          <w:color w:val="333333"/>
          <w:sz w:val="19"/>
        </w:rPr>
        <w:t>(A) 1% increase　　(B) 1/2% increase　　(C) 0%　　(D) 1/2% decrease　　(E) 1% decrease</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若两个数的算术平均数为 6，几何平均数为 10，则以这两个数为根的一个方程是：</w:t>
      </w:r>
    </w:p>
    <w:p>
      <w:pPr>
        <w:spacing w:before="0" w:after="120" w:line="300" w:lineRule="auto"/>
      </w:pPr>
      <w:r>
        <w:rPr>
          <w:rFonts w:ascii="Times New Roman" w:hAnsi="Times New Roman" w:eastAsia="宋体"/>
          <w:b w:val="0"/>
          <w:i w:val="0"/>
          <w:sz w:val="21"/>
        </w:rPr>
        <w:t>（A）x²+12x+100=0　　（B）x²+6x+100=0　　（C）x²-12x-10=0　　（D）x²-12x+100=0　　（E）x²-6x+100=0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arithmetic mean of two numbers is 6 and their geometric mean is 10, then an equation with the given two numbers as roots is:</w:t>
      </w:r>
    </w:p>
    <w:p>
      <w:pPr>
        <w:spacing w:before="0" w:after="160" w:line="300" w:lineRule="auto"/>
      </w:pPr>
      <w:r>
        <w:rPr>
          <w:rFonts w:ascii="Times New Roman" w:hAnsi="Times New Roman" w:eastAsia="宋体"/>
          <w:b w:val="0"/>
          <w:i w:val="0"/>
          <w:color w:val="333333"/>
          <w:sz w:val="19"/>
        </w:rPr>
        <w:t>(A) x²+12x+100=0　　(B) x²+6x+100=0　　(C) x²-12x-10=0　　(D) x²-12x+100=0　　(E) x²-6x+100=0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圆 I 外接于一个给定的正方形，圆 II 内切于该正方形。若 r 是圆 I 与圆 II 的面积之比，则 r 等于：</w:t>
      </w:r>
    </w:p>
    <w:p>
      <w:pPr>
        <w:spacing w:before="0" w:after="120" w:line="300" w:lineRule="auto"/>
      </w:pPr>
      <w:r>
        <w:rPr>
          <w:rFonts w:ascii="Times New Roman" w:hAnsi="Times New Roman" w:eastAsia="宋体"/>
          <w:b w:val="0"/>
          <w:i w:val="0"/>
          <w:sz w:val="21"/>
        </w:rPr>
        <w:t>（A）√(2)　　（B）2　　（C）√(3)　　（D）2√(2)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I is circumscribed about a given square and circle II is inscribed in the given square. If r is the ratio of the area of circle I to that of circle II, then r equals:</w:t>
      </w:r>
    </w:p>
    <w:p>
      <w:pPr>
        <w:spacing w:before="0" w:after="160" w:line="300" w:lineRule="auto"/>
      </w:pPr>
      <w:r>
        <w:rPr>
          <w:rFonts w:ascii="Times New Roman" w:hAnsi="Times New Roman" w:eastAsia="宋体"/>
          <w:b w:val="0"/>
          <w:i w:val="0"/>
          <w:color w:val="333333"/>
          <w:sz w:val="19"/>
        </w:rPr>
        <w:t>(A) √(2)　　(B) 2　　(C) √(3)　　(D) 2√(2)　　(E) 2√(3)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满足方程的 x 值的个数</w:t>
      </w:r>
    </w:p>
    <w:p>
      <w:pPr>
        <w:spacing w:before="0" w:after="80" w:line="300" w:lineRule="auto"/>
        <w:jc w:val="left"/>
      </w:pPr>
      <w:r>
        <w:rPr>
          <w:rFonts w:ascii="Times New Roman" w:hAnsi="Times New Roman" w:eastAsia="宋体"/>
          <w:b w:val="0"/>
          <w:i w:val="0"/>
          <w:sz w:val="21"/>
        </w:rPr>
        <w:t>2x²-10x/x²-5x=x-3</w:t>
      </w:r>
    </w:p>
    <w:p>
      <w:pPr>
        <w:spacing w:before="0" w:after="80" w:line="300" w:lineRule="auto"/>
        <w:jc w:val="left"/>
      </w:pPr>
      <w:r>
        <w:rPr>
          <w:rFonts w:ascii="Times New Roman" w:hAnsi="Times New Roman" w:eastAsia="宋体"/>
          <w:b w:val="0"/>
          <w:i w:val="0"/>
          <w:sz w:val="21"/>
        </w:rPr>
        <w:t>为：</w:t>
      </w:r>
    </w:p>
    <w:p>
      <w:pPr>
        <w:spacing w:before="0" w:after="120" w:line="300" w:lineRule="auto"/>
      </w:pPr>
      <w:r>
        <w:rPr>
          <w:rFonts w:ascii="Times New Roman" w:hAnsi="Times New Roman" w:eastAsia="宋体"/>
          <w:b w:val="0"/>
          <w:i w:val="0"/>
          <w:sz w:val="21"/>
        </w:rPr>
        <w:t>（A）零　　（B）一　　（C）二　　（D）三　　（E）大于 3 的整数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values of x satisfying the equation</w:t>
      </w:r>
    </w:p>
    <w:p>
      <w:pPr>
        <w:spacing w:before="0" w:after="80" w:line="300" w:lineRule="auto"/>
        <w:jc w:val="left"/>
      </w:pPr>
      <w:r>
        <w:rPr>
          <w:rFonts w:ascii="Times New Roman" w:hAnsi="Times New Roman" w:eastAsia="宋体"/>
          <w:b w:val="0"/>
          <w:i w:val="0"/>
          <w:color w:val="333333"/>
          <w:sz w:val="19"/>
        </w:rPr>
        <w:t>2x²-10x/x²-5x=x-3</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zero　　(B) one　　(C) two　　(D) three　　(E) an integer greater than 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AB 是一个圆的直径，圆心为 O。点 C 在圆上，且角 BOC 为 60°。若圆的直径为 5 英寸，则弦 AC 的长度（单位：英寸）为：</w:t>
      </w:r>
    </w:p>
    <w:p>
      <w:pPr>
        <w:spacing w:before="0" w:after="120" w:line="300" w:lineRule="auto"/>
      </w:pPr>
      <w:r>
        <w:rPr>
          <w:rFonts w:ascii="Times New Roman" w:hAnsi="Times New Roman" w:eastAsia="宋体"/>
          <w:b w:val="0"/>
          <w:i w:val="0"/>
          <w:sz w:val="21"/>
        </w:rPr>
        <w:t>（A）3　　（B）(5√(2))/2　　（C）(5√(3))/2　　（D）3√(3)　　（E）以上均不是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 is a diameter of a circle centered at O. C is a point on the circle such that angle BOC is 60°. If the diameter of the circle is 5 inches, the length of chord AC, expressed in inches, is:</w:t>
      </w:r>
    </w:p>
    <w:p>
      <w:pPr>
        <w:spacing w:before="0" w:after="160" w:line="300" w:lineRule="auto"/>
      </w:pPr>
      <w:r>
        <w:rPr>
          <w:rFonts w:ascii="Times New Roman" w:hAnsi="Times New Roman" w:eastAsia="宋体"/>
          <w:b w:val="0"/>
          <w:i w:val="0"/>
          <w:color w:val="333333"/>
          <w:sz w:val="19"/>
        </w:rPr>
        <w:t>(A) 3　　(B) (5√(2))/2　　(C) (5√(3))/2　　(D) 3√(3)　　(E) none of these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35x-29/x²-3x+2 =N₁/x-1+N₂/x-2</w:t>
      </w:r>
    </w:p>
    <w:p>
      <w:pPr>
        <w:spacing w:before="0" w:after="80" w:line="300" w:lineRule="auto"/>
        <w:jc w:val="left"/>
      </w:pPr>
      <w:r>
        <w:rPr>
          <w:rFonts w:ascii="Times New Roman" w:hAnsi="Times New Roman" w:eastAsia="宋体"/>
          <w:b w:val="0"/>
          <w:i w:val="0"/>
          <w:sz w:val="21"/>
        </w:rPr>
        <w:t>是关于 x 的恒等式。则 N₁N₂ 的数值为：</w:t>
      </w:r>
    </w:p>
    <w:p>
      <w:pPr>
        <w:spacing w:before="0" w:after="120" w:line="300" w:lineRule="auto"/>
      </w:pPr>
      <w:r>
        <w:rPr>
          <w:rFonts w:ascii="Times New Roman" w:hAnsi="Times New Roman" w:eastAsia="宋体"/>
          <w:b w:val="0"/>
          <w:i w:val="0"/>
          <w:sz w:val="21"/>
        </w:rPr>
        <w:t>（A）-246　　（B）-210　　（C）-29　　（D）210　　（E）246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35x-29/x²-3x+2 =N₁/x-1+N₂/x-2</w:t>
      </w:r>
    </w:p>
    <w:p>
      <w:pPr>
        <w:spacing w:before="0" w:after="80" w:line="300" w:lineRule="auto"/>
        <w:jc w:val="left"/>
      </w:pPr>
      <w:r>
        <w:rPr>
          <w:rFonts w:ascii="Times New Roman" w:hAnsi="Times New Roman" w:eastAsia="宋体"/>
          <w:b w:val="0"/>
          <w:i w:val="0"/>
          <w:color w:val="333333"/>
          <w:sz w:val="19"/>
        </w:rPr>
        <w:t>be an identity in x. The numerical value of N₁N₂ is:</w:t>
      </w:r>
    </w:p>
    <w:p>
      <w:pPr>
        <w:spacing w:before="0" w:after="160" w:line="300" w:lineRule="auto"/>
      </w:pPr>
      <w:r>
        <w:rPr>
          <w:rFonts w:ascii="Times New Roman" w:hAnsi="Times New Roman" w:eastAsia="宋体"/>
          <w:b w:val="0"/>
          <w:i w:val="0"/>
          <w:color w:val="333333"/>
          <w:sz w:val="19"/>
        </w:rPr>
        <w:t>(A) -246　　(B) -210　　(C) -29　　(D) 210　　(E) 246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两个相交圆的公共弦长为 16 英尺。若两个半径分别为 10 英尺和 17 英尺，则两圆心之间的距离可能为（单位：英尺）：</w:t>
      </w:r>
    </w:p>
    <w:p>
      <w:pPr>
        <w:spacing w:before="0" w:after="120" w:line="300" w:lineRule="auto"/>
      </w:pPr>
      <w:r>
        <w:rPr>
          <w:rFonts w:ascii="Times New Roman" w:hAnsi="Times New Roman" w:eastAsia="宋体"/>
          <w:b w:val="0"/>
          <w:i w:val="0"/>
          <w:sz w:val="21"/>
        </w:rPr>
        <w:t>（A）27　　（B）21　　（C）√(389)　　（D）15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 of the common chord of two intersecting circles is 16 feet. If the radii are 10 feet and 17 feet, a possible value for the distance between the centers of the circles, expressed in feet, is:</w:t>
      </w:r>
    </w:p>
    <w:p>
      <w:pPr>
        <w:spacing w:before="0" w:after="160" w:line="300" w:lineRule="auto"/>
      </w:pPr>
      <w:r>
        <w:rPr>
          <w:rFonts w:ascii="Times New Roman" w:hAnsi="Times New Roman" w:eastAsia="宋体"/>
          <w:b w:val="0"/>
          <w:i w:val="0"/>
          <w:color w:val="333333"/>
          <w:sz w:val="19"/>
        </w:rPr>
        <w:t>(A) 27　　(B) 21　　(C) √(389)　　(D) 15　　(E) undetermined</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若 x=(log₈ 2)^((log₂ 8))，则 log₃ x 等于：</w:t>
      </w:r>
    </w:p>
    <w:p>
      <w:pPr>
        <w:spacing w:before="0" w:after="120" w:line="300" w:lineRule="auto"/>
      </w:pPr>
      <w:r>
        <w:rPr>
          <w:rFonts w:ascii="Times New Roman" w:hAnsi="Times New Roman" w:eastAsia="宋体"/>
          <w:b w:val="0"/>
          <w:i w:val="0"/>
          <w:sz w:val="21"/>
        </w:rPr>
        <w:t>（A）-3　　（B）-1/3　　（C）1/3　　（D）3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x=(log₈ 2)^((log₂ 8)), then log₃ x equals:</w:t>
      </w:r>
    </w:p>
    <w:p>
      <w:pPr>
        <w:spacing w:before="0" w:after="160" w:line="300" w:lineRule="auto"/>
      </w:pPr>
      <w:r>
        <w:rPr>
          <w:rFonts w:ascii="Times New Roman" w:hAnsi="Times New Roman" w:eastAsia="宋体"/>
          <w:b w:val="0"/>
          <w:i w:val="0"/>
          <w:color w:val="333333"/>
          <w:sz w:val="19"/>
        </w:rPr>
        <w:t>(A) -3　　(B) -1/3　　(C) 1/3　　(D) 3　　(E) 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若两个数的和为 1，积为 1，则它们的立方和为（其中 i=√(-1)）：</w:t>
      </w:r>
    </w:p>
    <w:p>
      <w:pPr>
        <w:spacing w:before="0" w:after="120" w:line="300" w:lineRule="auto"/>
      </w:pPr>
      <w:r>
        <w:rPr>
          <w:rFonts w:ascii="Times New Roman" w:hAnsi="Times New Roman" w:eastAsia="宋体"/>
          <w:b w:val="0"/>
          <w:i w:val="0"/>
          <w:sz w:val="21"/>
        </w:rPr>
        <w:t>（A）2　　（B）-2-(3√(3)i)/4　　（C）0　　（D）-(3√(3)i)/4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sum of two numbers is 1 and their product is 1, then the sum of their cubes is, where i=√(-1):</w:t>
      </w:r>
    </w:p>
    <w:p>
      <w:pPr>
        <w:spacing w:before="0" w:after="160" w:line="300" w:lineRule="auto"/>
      </w:pPr>
      <w:r>
        <w:rPr>
          <w:rFonts w:ascii="Times New Roman" w:hAnsi="Times New Roman" w:eastAsia="宋体"/>
          <w:b w:val="0"/>
          <w:i w:val="0"/>
          <w:color w:val="333333"/>
          <w:sz w:val="19"/>
        </w:rPr>
        <w:t>(A) 2　　(B) -2-(3√(3)i)/4　　(C) 0　　(D) -(3√(3)i)/4　　(E) -2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三角形 BAC 的三边之比为 2:3:4。BD 是作到最短边 AC 的角平分线，将其分成线段 AD 与 CD。若 AC 的长度为 10，则 AC 上较长线段的长度为：</w:t>
      </w:r>
    </w:p>
    <w:p>
      <w:pPr>
        <w:spacing w:before="0" w:after="120" w:line="300" w:lineRule="auto"/>
      </w:pPr>
      <w:r>
        <w:rPr>
          <w:rFonts w:ascii="Times New Roman" w:hAnsi="Times New Roman" w:eastAsia="宋体"/>
          <w:b w:val="0"/>
          <w:i w:val="0"/>
          <w:sz w:val="21"/>
        </w:rPr>
        <w:t>（A）31/2　　（B）5　　（C）55/7　　（D）6　　（E）71/2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triangle BAC are in the ratio 2:3:4. BD is the angle-bisector drawn to the shortest side AC, dividing it into segments AD and CD. If the length of AC is 10, then the length of the longer segment of AC is:</w:t>
      </w:r>
    </w:p>
    <w:p>
      <w:pPr>
        <w:spacing w:before="0" w:after="160" w:line="300" w:lineRule="auto"/>
      </w:pPr>
      <w:r>
        <w:rPr>
          <w:rFonts w:ascii="Times New Roman" w:hAnsi="Times New Roman" w:eastAsia="宋体"/>
          <w:b w:val="0"/>
          <w:i w:val="0"/>
          <w:color w:val="333333"/>
          <w:sz w:val="19"/>
        </w:rPr>
        <w:t>(A) 31/2　　(B) 5　　(C) 55/7　　(D) 6　　(E) 71/2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满足方程的实数 x 的个数</w:t>
      </w:r>
    </w:p>
    <w:p>
      <w:pPr>
        <w:spacing w:before="0" w:after="80" w:line="300" w:lineRule="auto"/>
        <w:jc w:val="left"/>
      </w:pPr>
      <w:r>
        <w:rPr>
          <w:rFonts w:ascii="Times New Roman" w:hAnsi="Times New Roman" w:eastAsia="宋体"/>
          <w:b w:val="0"/>
          <w:i w:val="0"/>
          <w:sz w:val="21"/>
        </w:rPr>
        <w:t>(2⁶ˣ⁺³)(4³ˣ⁺⁶)=8⁴ˣ⁺⁵</w:t>
      </w:r>
    </w:p>
    <w:p>
      <w:pPr>
        <w:spacing w:before="0" w:after="80" w:line="300" w:lineRule="auto"/>
        <w:jc w:val="left"/>
      </w:pPr>
      <w:r>
        <w:rPr>
          <w:rFonts w:ascii="Times New Roman" w:hAnsi="Times New Roman" w:eastAsia="宋体"/>
          <w:b w:val="0"/>
          <w:i w:val="0"/>
          <w:sz w:val="21"/>
        </w:rPr>
        <w:t>为：</w:t>
      </w:r>
    </w:p>
    <w:p>
      <w:pPr>
        <w:spacing w:before="0" w:after="120" w:line="300" w:lineRule="auto"/>
      </w:pPr>
      <w:r>
        <w:rPr>
          <w:rFonts w:ascii="Times New Roman" w:hAnsi="Times New Roman" w:eastAsia="宋体"/>
          <w:b w:val="0"/>
          <w:i w:val="0"/>
          <w:sz w:val="21"/>
        </w:rPr>
        <w:t>（A）0　　（B）1　　（C）2　　（D）3　　（E）大于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real values of x that satisfy the equation</w:t>
      </w:r>
    </w:p>
    <w:p>
      <w:pPr>
        <w:spacing w:before="0" w:after="80" w:line="300" w:lineRule="auto"/>
        <w:jc w:val="left"/>
      </w:pPr>
      <w:r>
        <w:rPr>
          <w:rFonts w:ascii="Times New Roman" w:hAnsi="Times New Roman" w:eastAsia="宋体"/>
          <w:b w:val="0"/>
          <w:i w:val="0"/>
          <w:color w:val="333333"/>
          <w:sz w:val="19"/>
        </w:rPr>
        <w:t>(2⁶ˣ⁺³)(4³ˣ⁺⁶)=8⁴ˣ⁺⁵</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　　(B) 1　　(C) 2　　(D) 3　　(E) greater than 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 xy 平面中满足 x+y≤5 的点中，坐标均为正有理数的点共有：</w:t>
      </w:r>
    </w:p>
    <w:p>
      <w:pPr>
        <w:spacing w:before="0" w:after="120" w:line="300" w:lineRule="auto"/>
      </w:pPr>
      <w:r>
        <w:rPr>
          <w:rFonts w:ascii="Times New Roman" w:hAnsi="Times New Roman" w:eastAsia="宋体"/>
          <w:b w:val="0"/>
          <w:i w:val="0"/>
          <w:sz w:val="21"/>
        </w:rPr>
        <w:t>（A）9　　（B）10　　（C）14　　（D）15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points with positive rational coordinates selected from the set of points in the xy-plane such that x+y≤5, is:</w:t>
      </w:r>
    </w:p>
    <w:p>
      <w:pPr>
        <w:spacing w:before="0" w:after="160" w:line="300" w:lineRule="auto"/>
      </w:pPr>
      <w:r>
        <w:rPr>
          <w:rFonts w:ascii="Times New Roman" w:hAnsi="Times New Roman" w:eastAsia="宋体"/>
          <w:b w:val="0"/>
          <w:i w:val="0"/>
          <w:color w:val="333333"/>
          <w:sz w:val="19"/>
        </w:rPr>
        <w:t>(A) 9　　(B) 10　　(C) 14　　(D) 15　　(E) infinite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矩形 ABCD 的长为 5 英寸，宽为 3 英寸。点 E 与 F 将对角线 AC 三等分。三角形 BEF 的面积（单位：平方英寸）为：</w:t>
      </w:r>
    </w:p>
    <w:p>
      <w:pPr>
        <w:spacing w:before="0" w:after="120" w:line="300" w:lineRule="auto"/>
      </w:pPr>
      <w:r>
        <w:rPr>
          <w:rFonts w:ascii="Times New Roman" w:hAnsi="Times New Roman" w:eastAsia="宋体"/>
          <w:b w:val="0"/>
          <w:i w:val="0"/>
          <w:sz w:val="21"/>
        </w:rPr>
        <w:t>（A）3/2　　（B）5/3　　（C）5/2　　（D）1/3√(34)　　（E）1/3√(68)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 of rectangle ABCD is 5 inches and its width is 3 inches. Diagonal AC is divided into three equal segments by points E and F. The area of triangle BEF, expressed in square inches, is:</w:t>
      </w:r>
    </w:p>
    <w:p>
      <w:pPr>
        <w:spacing w:before="0" w:after="160" w:line="300" w:lineRule="auto"/>
      </w:pPr>
      <w:r>
        <w:rPr>
          <w:rFonts w:ascii="Times New Roman" w:hAnsi="Times New Roman" w:eastAsia="宋体"/>
          <w:b w:val="0"/>
          <w:i w:val="0"/>
          <w:color w:val="333333"/>
          <w:sz w:val="19"/>
        </w:rPr>
        <w:t>(A) 3/2　　(B) 5/3　　(C) 5/2　　(D) 1/3√(34)　　(E) 1/3√(68)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 x-y&gt; x 且 x+y&lt; y，则：</w:t>
      </w:r>
    </w:p>
    <w:p>
      <w:pPr>
        <w:spacing w:before="0" w:after="120" w:line="300" w:lineRule="auto"/>
      </w:pPr>
      <w:r>
        <w:rPr>
          <w:rFonts w:ascii="Times New Roman" w:hAnsi="Times New Roman" w:eastAsia="宋体"/>
          <w:b w:val="0"/>
          <w:i w:val="0"/>
          <w:sz w:val="21"/>
        </w:rPr>
        <w:t>（A）y&lt; x　　（B）x&lt; y　　（C）x&lt; y&lt;0　　（D）x&lt;0，且 y&lt;0　　（E）x&lt;0，且 y&gt;0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x-y&gt; x and x+y&lt; y, then:</w:t>
      </w:r>
    </w:p>
    <w:p>
      <w:pPr>
        <w:spacing w:before="0" w:after="160" w:line="300" w:lineRule="auto"/>
      </w:pPr>
      <w:r>
        <w:rPr>
          <w:rFonts w:ascii="Times New Roman" w:hAnsi="Times New Roman" w:eastAsia="宋体"/>
          <w:b w:val="0"/>
          <w:i w:val="0"/>
          <w:color w:val="333333"/>
          <w:sz w:val="19"/>
        </w:rPr>
        <w:t>(A) y&lt; x　　(B) x&lt; y　　(C) x&lt; y&lt;0　　(D) x&lt;0, and y&lt;0　　(E) x&lt;0, and y&gt;0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4ˣ/(2ˣ⁺ʸ)=8,</w:t>
      </w:r>
    </w:p>
    <w:p>
      <w:pPr>
        <w:spacing w:before="0" w:after="80" w:line="300" w:lineRule="auto"/>
        <w:jc w:val="left"/>
      </w:pPr>
      <w:r>
        <w:rPr>
          <w:rFonts w:ascii="Times New Roman" w:hAnsi="Times New Roman" w:eastAsia="宋体"/>
          <w:b w:val="0"/>
          <w:i w:val="0"/>
          <w:sz w:val="21"/>
        </w:rPr>
        <w:t>(9ˣ⁺ʸ)/3⁵ʸ=243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x 与 y 为实数，则 xy 等于：</w:t>
      </w:r>
    </w:p>
    <w:p>
      <w:pPr>
        <w:spacing w:before="0" w:after="120" w:line="300" w:lineRule="auto"/>
      </w:pPr>
      <w:r>
        <w:rPr>
          <w:rFonts w:ascii="Times New Roman" w:hAnsi="Times New Roman" w:eastAsia="宋体"/>
          <w:b w:val="0"/>
          <w:i w:val="0"/>
          <w:sz w:val="21"/>
        </w:rPr>
        <w:t>（A）13/4　　（B）4　　（C）6　　（D）12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4ˣ/(2ˣ⁺ʸ)=8,</w:t>
      </w:r>
    </w:p>
    <w:p>
      <w:pPr>
        <w:spacing w:before="0" w:after="80" w:line="300" w:lineRule="auto"/>
        <w:jc w:val="left"/>
      </w:pPr>
      <w:r>
        <w:rPr>
          <w:rFonts w:ascii="Times New Roman" w:hAnsi="Times New Roman" w:eastAsia="宋体"/>
          <w:b w:val="0"/>
          <w:i w:val="0"/>
          <w:color w:val="333333"/>
          <w:sz w:val="19"/>
        </w:rPr>
        <w:t>(9ˣ⁺ʸ)/3⁵ʸ=243,</w:t>
      </w:r>
    </w:p>
    <w:p>
      <w:pPr>
        <w:spacing w:before="0" w:after="80" w:line="300" w:lineRule="auto"/>
        <w:jc w:val="left"/>
      </w:pPr>
      <w:r>
        <w:rPr>
          <w:rFonts w:ascii="Times New Roman" w:hAnsi="Times New Roman" w:eastAsia="宋体"/>
          <w:b w:val="0"/>
          <w:i w:val="0"/>
          <w:color w:val="333333"/>
          <w:sz w:val="19"/>
        </w:rPr>
        <w:t>x and y are real numbers, then xy equals:</w:t>
      </w:r>
    </w:p>
    <w:p>
      <w:pPr>
        <w:spacing w:before="0" w:after="160" w:line="300" w:lineRule="auto"/>
      </w:pPr>
      <w:r>
        <w:rPr>
          <w:rFonts w:ascii="Times New Roman" w:hAnsi="Times New Roman" w:eastAsia="宋体"/>
          <w:b w:val="0"/>
          <w:i w:val="0"/>
          <w:color w:val="333333"/>
          <w:sz w:val="19"/>
        </w:rPr>
        <w:t>(A) 13/4　　(B) 4　　(C) 6　　(D) 12　　(E) -4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曲线 x²+4y²=1 与 4x²+y²=4 共有的不同交点个数为：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points common to the curves x²+4y²=1 and 4x²+y²=4 is: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某等差数列的首项为 2，末项为 29，所有项之和为 155。其公差为：</w:t>
      </w:r>
    </w:p>
    <w:p>
      <w:pPr>
        <w:spacing w:before="0" w:after="120" w:line="300" w:lineRule="auto"/>
      </w:pPr>
      <w:r>
        <w:rPr>
          <w:rFonts w:ascii="Times New Roman" w:hAnsi="Times New Roman" w:eastAsia="宋体"/>
          <w:b w:val="0"/>
          <w:i w:val="0"/>
          <w:sz w:val="21"/>
        </w:rPr>
        <w:t>（A）3　　（B）2　　（C）27/19　　（D）13/9　　（E）23/38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given arithmetic sequence the first term is 2, the last term is 29, and the sum of all the terms is 155. The common difference is:</w:t>
      </w:r>
    </w:p>
    <w:p>
      <w:pPr>
        <w:spacing w:before="0" w:after="160" w:line="300" w:lineRule="auto"/>
      </w:pPr>
      <w:r>
        <w:rPr>
          <w:rFonts w:ascii="Times New Roman" w:hAnsi="Times New Roman" w:eastAsia="宋体"/>
          <w:b w:val="0"/>
          <w:i w:val="0"/>
          <w:color w:val="333333"/>
          <w:sz w:val="19"/>
        </w:rPr>
        <w:t>(A) 3　　(B) 2　　(C) 27/19　　(D) 13/9　　(E) 23/38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s₁ 为等差数列 8、12、… 的前 n 项之和，s₂ 为等差数列 17、19、… 的前 n 项之和。则使 s₁=s₂ 成立的值共有：</w:t>
      </w:r>
    </w:p>
    <w:p>
      <w:pPr>
        <w:spacing w:before="0" w:after="120" w:line="300" w:lineRule="auto"/>
      </w:pPr>
      <w:r>
        <w:rPr>
          <w:rFonts w:ascii="Times New Roman" w:hAnsi="Times New Roman" w:eastAsia="宋体"/>
          <w:b w:val="0"/>
          <w:i w:val="0"/>
          <w:sz w:val="21"/>
        </w:rPr>
        <w:t>（A）无 n 值　　（B）一个 n 值　　（C）两个 n 值　　（D）四个 n 值　　（E）多于四个 n 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s₁ be the sum of the first n terms of the arithmetic sequence 8, 12, … and let s₂ be the sum of the first n terms of the arithmetic sequence 17, 19, …. Then s₁=s₂ for:</w:t>
      </w:r>
    </w:p>
    <w:p>
      <w:pPr>
        <w:spacing w:before="0" w:after="160" w:line="300" w:lineRule="auto"/>
      </w:pPr>
      <w:r>
        <w:rPr>
          <w:rFonts w:ascii="Times New Roman" w:hAnsi="Times New Roman" w:eastAsia="宋体"/>
          <w:b w:val="0"/>
          <w:i w:val="0"/>
          <w:color w:val="333333"/>
          <w:sz w:val="19"/>
        </w:rPr>
        <w:t>(A) no value of n　　(B) one value of n　　(C) two values of n　　(D) four values of n　　(E) more than four values of n</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若命题“a=0”为真，则命题“对于实数 a 和 b，若 a=0，则 ab=0”的否定为：</w:t>
      </w:r>
    </w:p>
    <w:p>
      <w:pPr>
        <w:spacing w:before="0" w:after="120" w:line="300" w:lineRule="auto"/>
      </w:pPr>
      <w:r>
        <w:rPr>
          <w:rFonts w:ascii="Times New Roman" w:hAnsi="Times New Roman" w:eastAsia="宋体"/>
          <w:b w:val="0"/>
          <w:i w:val="0"/>
          <w:sz w:val="21"/>
        </w:rPr>
        <w:t>（A）若 a≠0，则 ab≠0　　（B）若 a≠0，则 ab=0　　（C）若 a=0，则 ab≠0　　（D）若 ab≠0，则 a≠0　　（E）若 ab=0，则 a≠0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proposition “a=0” is true, the negation of the proposition “For real values of a and b, if a=0, then ab=0” is:</w:t>
      </w:r>
    </w:p>
    <w:p>
      <w:pPr>
        <w:spacing w:before="0" w:after="160" w:line="300" w:lineRule="auto"/>
      </w:pPr>
      <w:r>
        <w:rPr>
          <w:rFonts w:ascii="Times New Roman" w:hAnsi="Times New Roman" w:eastAsia="宋体"/>
          <w:b w:val="0"/>
          <w:i w:val="0"/>
          <w:color w:val="333333"/>
          <w:sz w:val="19"/>
        </w:rPr>
        <w:t>(A) If a≠0, then ab≠0　　(B) If a≠0, then ab=0　　(C) If a=0, then ab≠0　　(D) If ab≠0, then a≠0　　(E) If ab=0, then a≠0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按以下方法作一个“n 角星”：将一个凸多边形的各边依次编号为 1、2、…、k、…、n，其中 n≥5；对于 k 的全部 n 个取值，边 k 与边 k+2 均不平行，并约定边 n+1 和边 n+2 分别与边 1 和边 2 相同；将编号为 k 和 k+2 的 n 对边延长至相交。（图示为 n=5 的情形。）</w:t>
      </w:r>
    </w:p>
    <w:p>
      <w:pPr>
        <w:spacing w:before="80" w:after="80"/>
        <w:jc w:val="center"/>
      </w:pPr>
      <w:r>
        <w:drawing>
          <wp:inline xmlns:a="http://schemas.openxmlformats.org/drawingml/2006/main" xmlns:pic="http://schemas.openxmlformats.org/drawingml/2006/picture">
            <wp:extent cx="3019300" cy="3240000"/>
            <wp:docPr id="1" name="Picture 1"/>
            <wp:cNvGraphicFramePr>
              <a:graphicFrameLocks noChangeAspect="1"/>
            </wp:cNvGraphicFramePr>
            <a:graphic>
              <a:graphicData uri="http://schemas.openxmlformats.org/drawingml/2006/picture">
                <pic:pic>
                  <pic:nvPicPr>
                    <pic:cNvPr id="0" name="q21-1@265dpi.png"/>
                    <pic:cNvPicPr/>
                  </pic:nvPicPr>
                  <pic:blipFill>
                    <a:blip r:embed="rId9"/>
                    <a:stretch>
                      <a:fillRect/>
                    </a:stretch>
                  </pic:blipFill>
                  <pic:spPr>
                    <a:xfrm>
                      <a:off x="0" y="0"/>
                      <a:ext cx="3019300" cy="3240000"/>
                    </a:xfrm>
                    <a:prstGeom prst="rect"/>
                  </pic:spPr>
                </pic:pic>
              </a:graphicData>
            </a:graphic>
          </wp:inline>
        </w:drawing>
      </w:r>
    </w:p>
    <w:p>
      <w:pPr>
        <w:spacing w:before="0" w:after="80" w:line="300" w:lineRule="auto"/>
        <w:jc w:val="left"/>
      </w:pPr>
      <w:r>
        <w:rPr>
          <w:rFonts w:ascii="Times New Roman" w:hAnsi="Times New Roman" w:eastAsia="宋体"/>
          <w:b w:val="0"/>
          <w:i w:val="0"/>
          <w:sz w:val="21"/>
        </w:rPr>
        <w:t>设 S 为该星形 n 个尖角的内角度数之和，则 S 等于：</w:t>
      </w:r>
    </w:p>
    <w:p>
      <w:pPr>
        <w:spacing w:before="0" w:after="120" w:line="300" w:lineRule="auto"/>
      </w:pPr>
      <w:r>
        <w:rPr>
          <w:rFonts w:ascii="Times New Roman" w:hAnsi="Times New Roman" w:eastAsia="宋体"/>
          <w:b w:val="0"/>
          <w:i w:val="0"/>
          <w:sz w:val="21"/>
        </w:rPr>
        <w:t>（A）180　　（B）360　　（C）180(n+2)　　（D）180(n-2)　　（E）180(n-4)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“n-pointed star” is formed as follows: the sides of a convex polygon are numbered consecutively 1, 2, …, k, …, n, n≥5; for all n values of k, sides k and k+2 are non-parallel, sides n+1 and n+2 being respectively identical with sides 1 and 2; prolong the n pairs of sides numbered k and k+2 until they meet. (A figure is shown for the case n=5.)</w:t>
      </w:r>
    </w:p>
    <w:p>
      <w:pPr>
        <w:spacing w:before="80" w:after="80"/>
        <w:jc w:val="center"/>
      </w:pPr>
      <w:r>
        <w:drawing>
          <wp:inline xmlns:a="http://schemas.openxmlformats.org/drawingml/2006/main" xmlns:pic="http://schemas.openxmlformats.org/drawingml/2006/picture">
            <wp:extent cx="3019300" cy="3240000"/>
            <wp:docPr id="2" name="Picture 2"/>
            <wp:cNvGraphicFramePr>
              <a:graphicFrameLocks noChangeAspect="1"/>
            </wp:cNvGraphicFramePr>
            <a:graphic>
              <a:graphicData uri="http://schemas.openxmlformats.org/drawingml/2006/picture">
                <pic:pic>
                  <pic:nvPicPr>
                    <pic:cNvPr id="0" name="q21-1@265dpi.png"/>
                    <pic:cNvPicPr/>
                  </pic:nvPicPr>
                  <pic:blipFill>
                    <a:blip r:embed="rId9"/>
                    <a:stretch>
                      <a:fillRect/>
                    </a:stretch>
                  </pic:blipFill>
                  <pic:spPr>
                    <a:xfrm>
                      <a:off x="0" y="0"/>
                      <a:ext cx="3019300" cy="32400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S be the degree-sum of the interior angles at the n points of the star; then S equals:</w:t>
      </w:r>
    </w:p>
    <w:p>
      <w:pPr>
        <w:spacing w:before="0" w:after="160" w:line="300" w:lineRule="auto"/>
      </w:pPr>
      <w:r>
        <w:rPr>
          <w:rFonts w:ascii="Times New Roman" w:hAnsi="Times New Roman" w:eastAsia="宋体"/>
          <w:b w:val="0"/>
          <w:i w:val="0"/>
          <w:color w:val="333333"/>
          <w:sz w:val="19"/>
        </w:rPr>
        <w:t>(A) 180　　(B) 360　　(C) 180(n+2)　　(D) 180(n-2)　　(E) 180(n-4)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考虑下列等式：</w:t>
      </w:r>
    </w:p>
    <w:p>
      <w:pPr>
        <w:spacing w:before="0" w:after="80" w:line="300" w:lineRule="auto"/>
        <w:jc w:val="left"/>
      </w:pPr>
      <w:r>
        <w:rPr>
          <w:rFonts w:ascii="Times New Roman" w:hAnsi="Times New Roman" w:eastAsia="宋体"/>
          <w:b w:val="0"/>
          <w:i w:val="0"/>
          <w:sz w:val="21"/>
        </w:rPr>
        <w:t>(I)√(a²+b²)=0</w:t>
      </w:r>
    </w:p>
    <w:p>
      <w:pPr>
        <w:spacing w:before="0" w:after="80" w:line="300" w:lineRule="auto"/>
        <w:jc w:val="left"/>
      </w:pPr>
      <w:r>
        <w:rPr>
          <w:rFonts w:ascii="Times New Roman" w:hAnsi="Times New Roman" w:eastAsia="宋体"/>
          <w:b w:val="0"/>
          <w:i w:val="0"/>
          <w:sz w:val="21"/>
        </w:rPr>
        <w:t>(II)√(a²+b²)=ab</w:t>
      </w:r>
    </w:p>
    <w:p>
      <w:pPr>
        <w:spacing w:before="0" w:after="80" w:line="300" w:lineRule="auto"/>
        <w:jc w:val="left"/>
      </w:pPr>
      <w:r>
        <w:rPr>
          <w:rFonts w:ascii="Times New Roman" w:hAnsi="Times New Roman" w:eastAsia="宋体"/>
          <w:b w:val="0"/>
          <w:i w:val="0"/>
          <w:sz w:val="21"/>
        </w:rPr>
        <w:t>(III)√(a²+b²)=a+b</w:t>
      </w:r>
    </w:p>
    <w:p>
      <w:pPr>
        <w:spacing w:before="0" w:after="80" w:line="300" w:lineRule="auto"/>
        <w:jc w:val="left"/>
      </w:pPr>
      <w:r>
        <w:rPr>
          <w:rFonts w:ascii="Times New Roman" w:hAnsi="Times New Roman" w:eastAsia="宋体"/>
          <w:b w:val="0"/>
          <w:i w:val="0"/>
          <w:sz w:val="21"/>
        </w:rPr>
        <w:t>(IV)√(a²+b²)=a-b</w:t>
      </w:r>
    </w:p>
    <w:p>
      <w:pPr>
        <w:spacing w:before="0" w:after="80" w:line="300" w:lineRule="auto"/>
        <w:jc w:val="left"/>
      </w:pPr>
      <w:r>
        <w:rPr>
          <w:rFonts w:ascii="Times New Roman" w:hAnsi="Times New Roman" w:eastAsia="宋体"/>
          <w:b w:val="0"/>
          <w:i w:val="0"/>
          <w:sz w:val="21"/>
        </w:rPr>
        <w:t>其中允许 a 与 b 为实数或复数。除 a=0 且 b=0 外仍存在解的等式是：</w:t>
      </w:r>
    </w:p>
    <w:p>
      <w:pPr>
        <w:spacing w:before="0" w:after="120" w:line="300" w:lineRule="auto"/>
      </w:pPr>
      <w:r>
        <w:rPr>
          <w:rFonts w:ascii="Times New Roman" w:hAnsi="Times New Roman" w:eastAsia="宋体"/>
          <w:b w:val="0"/>
          <w:i w:val="0"/>
          <w:sz w:val="21"/>
        </w:rPr>
        <w:t>（A）(I)，(II)，</w:t>
        <w:br/>
        <w:t>(III)，(IV)　　（B）仅 (II)，(III)，(IV)　　（C）仅 (I)，(III)，(IV)　　（D）仅 (III)，(IV)　　（E）仅 (I)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statements:</w:t>
      </w:r>
    </w:p>
    <w:p>
      <w:pPr>
        <w:spacing w:before="0" w:after="80" w:line="300" w:lineRule="auto"/>
        <w:jc w:val="left"/>
      </w:pPr>
      <w:r>
        <w:rPr>
          <w:rFonts w:ascii="Times New Roman" w:hAnsi="Times New Roman" w:eastAsia="宋体"/>
          <w:b w:val="0"/>
          <w:i w:val="0"/>
          <w:color w:val="333333"/>
          <w:sz w:val="19"/>
        </w:rPr>
        <w:t>(I)√(a²+b²)=0</w:t>
      </w:r>
    </w:p>
    <w:p>
      <w:pPr>
        <w:spacing w:before="0" w:after="80" w:line="300" w:lineRule="auto"/>
        <w:jc w:val="left"/>
      </w:pPr>
      <w:r>
        <w:rPr>
          <w:rFonts w:ascii="Times New Roman" w:hAnsi="Times New Roman" w:eastAsia="宋体"/>
          <w:b w:val="0"/>
          <w:i w:val="0"/>
          <w:color w:val="333333"/>
          <w:sz w:val="19"/>
        </w:rPr>
        <w:t>(II)√(a²+b²)=ab</w:t>
      </w:r>
    </w:p>
    <w:p>
      <w:pPr>
        <w:spacing w:before="0" w:after="80" w:line="300" w:lineRule="auto"/>
        <w:jc w:val="left"/>
      </w:pPr>
      <w:r>
        <w:rPr>
          <w:rFonts w:ascii="Times New Roman" w:hAnsi="Times New Roman" w:eastAsia="宋体"/>
          <w:b w:val="0"/>
          <w:i w:val="0"/>
          <w:color w:val="333333"/>
          <w:sz w:val="19"/>
        </w:rPr>
        <w:t>(III)√(a²+b²)=a+b</w:t>
      </w:r>
    </w:p>
    <w:p>
      <w:pPr>
        <w:spacing w:before="0" w:after="80" w:line="300" w:lineRule="auto"/>
        <w:jc w:val="left"/>
      </w:pPr>
      <w:r>
        <w:rPr>
          <w:rFonts w:ascii="Times New Roman" w:hAnsi="Times New Roman" w:eastAsia="宋体"/>
          <w:b w:val="0"/>
          <w:i w:val="0"/>
          <w:color w:val="333333"/>
          <w:sz w:val="19"/>
        </w:rPr>
        <w:t>(IV)√(a²+b²)=a-b</w:t>
      </w:r>
    </w:p>
    <w:p>
      <w:pPr>
        <w:spacing w:before="0" w:after="80" w:line="300" w:lineRule="auto"/>
        <w:jc w:val="left"/>
      </w:pPr>
      <w:r>
        <w:rPr>
          <w:rFonts w:ascii="Times New Roman" w:hAnsi="Times New Roman" w:eastAsia="宋体"/>
          <w:b w:val="0"/>
          <w:i w:val="0"/>
          <w:color w:val="333333"/>
          <w:sz w:val="19"/>
        </w:rPr>
        <w:t>where we allow a and b to be real or complex numbers. Those statements for which there exist solutions other than a=0 and b=0, are:</w:t>
      </w:r>
    </w:p>
    <w:p>
      <w:pPr>
        <w:spacing w:before="0" w:after="160" w:line="300" w:lineRule="auto"/>
      </w:pPr>
      <w:r>
        <w:rPr>
          <w:rFonts w:ascii="Times New Roman" w:hAnsi="Times New Roman" w:eastAsia="宋体"/>
          <w:b w:val="0"/>
          <w:i w:val="0"/>
          <w:color w:val="333333"/>
          <w:sz w:val="19"/>
        </w:rPr>
        <w:t>(A) (I), (II),</w:t>
        <w:br/>
        <w:t>(III), (IV)　　(B) (II), (III), (IV)</w:t>
        <w:br/>
        <w:t>only　　(C) (I), (III), (IV)</w:t>
        <w:br/>
        <w:t>only　　(D) (III), (IV) only　　(E) (I) only</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 x 为实数且 4y²+4xy+x+6=0，则使 y 为实数的全部 x 值为：</w:t>
      </w:r>
    </w:p>
    <w:p>
      <w:pPr>
        <w:spacing w:before="0" w:after="120" w:line="300" w:lineRule="auto"/>
      </w:pPr>
      <w:r>
        <w:rPr>
          <w:rFonts w:ascii="Times New Roman" w:hAnsi="Times New Roman" w:eastAsia="宋体"/>
          <w:b w:val="0"/>
          <w:i w:val="0"/>
          <w:sz w:val="21"/>
        </w:rPr>
        <w:t>（A）x≤-2 或 x≥3　　（B）x≤2 或 x≥3　　（C）x≤-3 或 x≥2　　（D）-3≤ x≤2　　（E）-2≤ x≤3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real and 4y²+4xy+x+6=0, then the complete set of values of x for which y is real, is:</w:t>
      </w:r>
    </w:p>
    <w:p>
      <w:pPr>
        <w:spacing w:before="0" w:after="160" w:line="300" w:lineRule="auto"/>
      </w:pPr>
      <w:r>
        <w:rPr>
          <w:rFonts w:ascii="Times New Roman" w:hAnsi="Times New Roman" w:eastAsia="宋体"/>
          <w:b w:val="0"/>
          <w:i w:val="0"/>
          <w:color w:val="333333"/>
          <w:sz w:val="19"/>
        </w:rPr>
        <w:t>(A) x≤-2 or x≥3　　(B) x≤2 or x≥3　　(C) x≤-3 or x≥2　　(D) -3≤ x≤2　　(E) -2≤ x≤3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 log_(M)N=log_(N)M、M≠ N、MN&gt;0，且 M≠1、N≠1，则 MN 等于：</w:t>
      </w:r>
    </w:p>
    <w:p>
      <w:pPr>
        <w:spacing w:before="0" w:after="120" w:line="300" w:lineRule="auto"/>
      </w:pPr>
      <w:r>
        <w:rPr>
          <w:rFonts w:ascii="Times New Roman" w:hAnsi="Times New Roman" w:eastAsia="宋体"/>
          <w:b w:val="0"/>
          <w:i w:val="0"/>
          <w:sz w:val="21"/>
        </w:rPr>
        <w:t>（A）1/2　　（B）1　　（C）2　　（D）10　　（E）大于 2 且小于 10 的数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log_(M)N=log_(N)M, M≠ N, MN&gt;0, and M≠1, N≠1, then MN equals:</w:t>
      </w:r>
    </w:p>
    <w:p>
      <w:pPr>
        <w:spacing w:before="0" w:after="160" w:line="300" w:lineRule="auto"/>
      </w:pPr>
      <w:r>
        <w:rPr>
          <w:rFonts w:ascii="Times New Roman" w:hAnsi="Times New Roman" w:eastAsia="宋体"/>
          <w:b w:val="0"/>
          <w:i w:val="0"/>
          <w:color w:val="333333"/>
          <w:sz w:val="19"/>
        </w:rPr>
        <w:t>(A) 1/2　　(B) 1　　(C) 2　　(D) 10　　(E) a number greater than 2 and less than 10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若当 n=1、2、… 时，F(n+1)=(2F(n)+1)/2，且 F(1)=2，则 F(101) 等于：</w:t>
      </w:r>
    </w:p>
    <w:p>
      <w:pPr>
        <w:spacing w:before="0" w:after="120" w:line="300" w:lineRule="auto"/>
      </w:pPr>
      <w:r>
        <w:rPr>
          <w:rFonts w:ascii="Times New Roman" w:hAnsi="Times New Roman" w:eastAsia="宋体"/>
          <w:b w:val="0"/>
          <w:i w:val="0"/>
          <w:sz w:val="21"/>
        </w:rPr>
        <w:t>（A）49　　（B）50　　（C）51　　（D）52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F(n+1)=(2F(n)+1)/2 for n=1, 2, …, and F(1)=2, then F(101) equals:</w:t>
      </w:r>
    </w:p>
    <w:p>
      <w:pPr>
        <w:spacing w:before="0" w:after="160" w:line="300" w:lineRule="auto"/>
      </w:pPr>
      <w:r>
        <w:rPr>
          <w:rFonts w:ascii="Times New Roman" w:hAnsi="Times New Roman" w:eastAsia="宋体"/>
          <w:b w:val="0"/>
          <w:i w:val="0"/>
          <w:color w:val="333333"/>
          <w:sz w:val="19"/>
        </w:rPr>
        <w:t>(A) 49　　(B) 50　　(C) 51　　(D) 52　　(E) 53</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设 m 为正整数，且直线 13x+11y=700 与 y=mx-1 交于一个坐标均为整数的点。则 m 可以是：</w:t>
      </w:r>
    </w:p>
    <w:p>
      <w:pPr>
        <w:spacing w:before="0" w:after="120" w:line="300" w:lineRule="auto"/>
      </w:pPr>
      <w:r>
        <w:rPr>
          <w:rFonts w:ascii="Times New Roman" w:hAnsi="Times New Roman" w:eastAsia="宋体"/>
          <w:b w:val="0"/>
          <w:i w:val="0"/>
          <w:sz w:val="21"/>
        </w:rPr>
        <w:t>（A）仅 4　　（B）仅 5　　（C）仅 6　　（D）仅 7　　（E）整数 4、5、6、7 之一以及另一个正整数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a positive integer and let the lines 13x+11y=700 and y=mx-1 intersect in a point whose coordinates are integers. Then m can be:</w:t>
      </w:r>
    </w:p>
    <w:p>
      <w:pPr>
        <w:spacing w:before="0" w:after="160" w:line="300" w:lineRule="auto"/>
      </w:pPr>
      <w:r>
        <w:rPr>
          <w:rFonts w:ascii="Times New Roman" w:hAnsi="Times New Roman" w:eastAsia="宋体"/>
          <w:b w:val="0"/>
          <w:i w:val="0"/>
          <w:color w:val="333333"/>
          <w:sz w:val="19"/>
        </w:rPr>
        <w:t>(A) 4 only　　(B) 5 only　　(C) 6 only　　(D) 7 only　　(E) one of the integers 4, 5, 6, 7 and one other</w:t>
        <w:br/>
        <w:t>positive integer</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一个人按通常速度顺流划行 15 英里，所用时间比返程少五小时。若他将通常划船速度加倍，则顺流时间只比逆流时间少一小时。水流速度（单位：英里/小时）为：</w:t>
      </w:r>
    </w:p>
    <w:p>
      <w:pPr>
        <w:spacing w:before="0" w:after="120" w:line="300" w:lineRule="auto"/>
      </w:pPr>
      <w:r>
        <w:rPr>
          <w:rFonts w:ascii="Times New Roman" w:hAnsi="Times New Roman" w:eastAsia="宋体"/>
          <w:b w:val="0"/>
          <w:i w:val="0"/>
          <w:sz w:val="21"/>
        </w:rPr>
        <w:t>（A）2　　（B）5/2　　（C）3　　（D）7/2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his usual rate a man rows 15 miles downstream in five hours less time than it takes him to return. If he doubles his usual rate, the time downstream is only one hour less than the time upstream. In miles per hour, the rate of the stream’s current is:</w:t>
      </w:r>
    </w:p>
    <w:p>
      <w:pPr>
        <w:spacing w:before="0" w:after="160" w:line="300" w:lineRule="auto"/>
      </w:pPr>
      <w:r>
        <w:rPr>
          <w:rFonts w:ascii="Times New Roman" w:hAnsi="Times New Roman" w:eastAsia="宋体"/>
          <w:b w:val="0"/>
          <w:i w:val="0"/>
          <w:color w:val="333333"/>
          <w:sz w:val="19"/>
        </w:rPr>
        <w:t>(A) 2　　(B) 5/2　　(C) 3　　(D) 7/2　　(E) 4</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在一条直线上依次取五个点 O、A、B、C、D，且距离 OA=a、OB=b、OC=c、OD=d。点 P 位于 B 与 C 之间，并满足 AP:PD=BP:PC。则 OP 等于：</w:t>
      </w:r>
    </w:p>
    <w:p>
      <w:pPr>
        <w:spacing w:before="0" w:after="120" w:line="300" w:lineRule="auto"/>
      </w:pPr>
      <w:r>
        <w:rPr>
          <w:rFonts w:ascii="Times New Roman" w:hAnsi="Times New Roman" w:eastAsia="宋体"/>
          <w:b w:val="0"/>
          <w:i w:val="0"/>
          <w:sz w:val="21"/>
        </w:rPr>
        <w:t>（A）b²-bc/a-b+c-d　　（B）ac-bd/a-b+c-d　　（C）-bd+ac/a-b+c-d　　（D）bc+ad/a+b+c+d　　（E）ac-bd/a+b+c+d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points O, A, B, C, D are taken in order on a straight line with distances OA=a, OB=b, OC=c, and OD=d. P is a point on the line between B and C and such that AP:PD=BP:PC. Then OP equals:</w:t>
      </w:r>
    </w:p>
    <w:p>
      <w:pPr>
        <w:spacing w:before="0" w:after="160" w:line="300" w:lineRule="auto"/>
      </w:pPr>
      <w:r>
        <w:rPr>
          <w:rFonts w:ascii="Times New Roman" w:hAnsi="Times New Roman" w:eastAsia="宋体"/>
          <w:b w:val="0"/>
          <w:i w:val="0"/>
          <w:color w:val="333333"/>
          <w:sz w:val="19"/>
        </w:rPr>
        <w:t>(A) b²-bc/a-b+c-d　　(B) ac-bd/a-b+c-d　　(C) -bd+ac/a-b+c-d　　(D) bc+ad/a+b+c+d　　(E) ac-bd/a+b+c+d</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小于 1000 且既不能被 5 整除也不能被 7 整除的正整数共有：</w:t>
      </w:r>
    </w:p>
    <w:p>
      <w:pPr>
        <w:spacing w:before="0" w:after="120" w:line="300" w:lineRule="auto"/>
      </w:pPr>
      <w:r>
        <w:rPr>
          <w:rFonts w:ascii="Times New Roman" w:hAnsi="Times New Roman" w:eastAsia="宋体"/>
          <w:b w:val="0"/>
          <w:i w:val="0"/>
          <w:sz w:val="21"/>
        </w:rPr>
        <w:t>（A）688　　（B）686　　（C）684　　（D）658　　（E）630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positive integers less than 1000 divisible by neither 5 nor 7 is:</w:t>
      </w:r>
    </w:p>
    <w:p>
      <w:pPr>
        <w:spacing w:before="0" w:after="160" w:line="300" w:lineRule="auto"/>
      </w:pPr>
      <w:r>
        <w:rPr>
          <w:rFonts w:ascii="Times New Roman" w:hAnsi="Times New Roman" w:eastAsia="宋体"/>
          <w:b w:val="0"/>
          <w:i w:val="0"/>
          <w:color w:val="333333"/>
          <w:sz w:val="19"/>
        </w:rPr>
        <w:t>(A) 688　　(B) 686　　(C) 684　　(D) 658　　(E) 630</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若 x⁴+ax²+bx+c=0 的三个根为 1、2 和 3，则 a+c 的值为：</w:t>
      </w:r>
    </w:p>
    <w:p>
      <w:pPr>
        <w:spacing w:before="0" w:after="120" w:line="300" w:lineRule="auto"/>
      </w:pPr>
      <w:r>
        <w:rPr>
          <w:rFonts w:ascii="Times New Roman" w:hAnsi="Times New Roman" w:eastAsia="宋体"/>
          <w:b w:val="0"/>
          <w:i w:val="0"/>
          <w:sz w:val="21"/>
        </w:rPr>
        <w:t>（A）35　　（B）24　　（C）-12　　（D）-61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three of the roots of x⁴+ax²+bx+c=0 are 1, 2, and 3, then the value of a+c is:</w:t>
      </w:r>
    </w:p>
    <w:p>
      <w:pPr>
        <w:spacing w:before="0" w:after="160" w:line="300" w:lineRule="auto"/>
      </w:pPr>
      <w:r>
        <w:rPr>
          <w:rFonts w:ascii="Times New Roman" w:hAnsi="Times New Roman" w:eastAsia="宋体"/>
          <w:b w:val="0"/>
          <w:i w:val="0"/>
          <w:color w:val="333333"/>
          <w:sz w:val="19"/>
        </w:rPr>
        <w:t>(A) 35　　(B) 24　　(C) -12　　(D) -61　　(E) -63</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三角形 ABC 内接于圆心为 O' 的圆。圆心为 O 的圆内切于三角形 ABC。作 AO，并延长至与大圆交于 D。则必有：</w:t>
      </w:r>
    </w:p>
    <w:p>
      <w:pPr>
        <w:spacing w:before="80" w:after="80"/>
        <w:jc w:val="center"/>
      </w:pPr>
      <w:r>
        <w:drawing>
          <wp:inline xmlns:a="http://schemas.openxmlformats.org/drawingml/2006/main" xmlns:pic="http://schemas.openxmlformats.org/drawingml/2006/picture">
            <wp:extent cx="2107444" cy="1875196"/>
            <wp:docPr id="3" name="Picture 3"/>
            <wp:cNvGraphicFramePr>
              <a:graphicFrameLocks noChangeAspect="1"/>
            </wp:cNvGraphicFramePr>
            <a:graphic>
              <a:graphicData uri="http://schemas.openxmlformats.org/drawingml/2006/picture">
                <pic:pic>
                  <pic:nvPicPr>
                    <pic:cNvPr id="0" name="q31-1@300dpi.png"/>
                    <pic:cNvPicPr/>
                  </pic:nvPicPr>
                  <pic:blipFill>
                    <a:blip r:embed="rId10"/>
                    <a:stretch>
                      <a:fillRect/>
                    </a:stretch>
                  </pic:blipFill>
                  <pic:spPr>
                    <a:xfrm>
                      <a:off x="0" y="0"/>
                      <a:ext cx="2107444" cy="1875196"/>
                    </a:xfrm>
                    <a:prstGeom prst="rect"/>
                  </pic:spPr>
                </pic:pic>
              </a:graphicData>
            </a:graphic>
          </wp:inline>
        </w:drawing>
      </w:r>
    </w:p>
    <w:p>
      <w:pPr>
        <w:spacing w:before="0" w:after="120" w:line="300" w:lineRule="auto"/>
      </w:pPr>
      <w:r>
        <w:rPr>
          <w:rFonts w:ascii="Times New Roman" w:hAnsi="Times New Roman" w:eastAsia="宋体"/>
          <w:b w:val="0"/>
          <w:i w:val="0"/>
          <w:sz w:val="21"/>
        </w:rPr>
        <w:t>（A）CD=BD=O'D　　（B）AO=CO=OD　　（C）CD=CO=BD　　（D）CD=OD=BD　　（E）O'B=O'C=OD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inscribed in a circle with center O'. A circle with center O is inscribed in triangle ABC. AO is drawn, and extended to intersect the larger circle in D. Then we must have:</w:t>
      </w:r>
    </w:p>
    <w:p>
      <w:pPr>
        <w:spacing w:before="80" w:after="80"/>
        <w:jc w:val="center"/>
      </w:pPr>
      <w:r>
        <w:drawing>
          <wp:inline xmlns:a="http://schemas.openxmlformats.org/drawingml/2006/main" xmlns:pic="http://schemas.openxmlformats.org/drawingml/2006/picture">
            <wp:extent cx="2107444" cy="1875196"/>
            <wp:docPr id="4" name="Picture 4"/>
            <wp:cNvGraphicFramePr>
              <a:graphicFrameLocks noChangeAspect="1"/>
            </wp:cNvGraphicFramePr>
            <a:graphic>
              <a:graphicData uri="http://schemas.openxmlformats.org/drawingml/2006/picture">
                <pic:pic>
                  <pic:nvPicPr>
                    <pic:cNvPr id="0" name="q31-1@300dpi.png"/>
                    <pic:cNvPicPr/>
                  </pic:nvPicPr>
                  <pic:blipFill>
                    <a:blip r:embed="rId10"/>
                    <a:stretch>
                      <a:fillRect/>
                    </a:stretch>
                  </pic:blipFill>
                  <pic:spPr>
                    <a:xfrm>
                      <a:off x="0" y="0"/>
                      <a:ext cx="2107444" cy="187519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CD=BD=O'D　　(B) AO=CO=OD　　(C) CD=CO=BD　　(D) CD=OD=BD　　(E) O'B=O'C=OD</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设 M 为三角形 ABC 的边 AB 的中点。点 P 位于 AB 上的 A 与 M 之间，过该中点作 MD 平行于 PC，并与 BC 交于 D。若三角形 BPD 与三角形 ABC 的面积之比记为 r，则：</w:t>
      </w:r>
    </w:p>
    <w:p>
      <w:pPr>
        <w:spacing w:before="0" w:after="120" w:line="300" w:lineRule="auto"/>
      </w:pPr>
      <w:r>
        <w:rPr>
          <w:rFonts w:ascii="Times New Roman" w:hAnsi="Times New Roman" w:eastAsia="宋体"/>
          <w:b w:val="0"/>
          <w:i w:val="0"/>
          <w:sz w:val="21"/>
        </w:rPr>
        <w:t>（A）1/2&lt; r&lt;1，取决于 P 的位置　　（B）r=1/2，与 P 的位置无关　　（C）1/2≤ r&lt;1，取决于 P 的位置　　（D）1/3&lt; r&lt;2/3，取决于 P 的位置　　（E）r=1/3，与 P 的位置无关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midpoint of side AB of triangle ABC. Let P be a point on AB between A and M, and let MD be drawn parallel to PC and intersecting BC at D. If the ratio of the area of triangle BPD to that of triangle ABC is denoted by r, then:</w:t>
      </w:r>
    </w:p>
    <w:p>
      <w:pPr>
        <w:spacing w:before="0" w:after="160" w:line="300" w:lineRule="auto"/>
      </w:pPr>
      <w:r>
        <w:rPr>
          <w:rFonts w:ascii="Times New Roman" w:hAnsi="Times New Roman" w:eastAsia="宋体"/>
          <w:b w:val="0"/>
          <w:i w:val="0"/>
          <w:color w:val="333333"/>
          <w:sz w:val="19"/>
        </w:rPr>
        <w:t>(A) 1/2&lt; r&lt;1 depending upon the position of P　　(B) r=1/2 independent of the position of</w:t>
        <w:br/>
        <w:t>P　　(C) 1/2≤ r&lt;1 depending upon the position of</w:t>
        <w:br/>
        <w:t>P　　(D) 1/3&lt; r&lt;2/3 depending upon the position of</w:t>
        <w:br/>
        <w:t>P　　(E) r=1/3 independent of the position of P</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若 ab≠0 且 |a|≠|b|，则满足方程的不同 x 值的个数</w:t>
      </w:r>
    </w:p>
    <w:p>
      <w:pPr>
        <w:spacing w:before="0" w:after="80" w:line="300" w:lineRule="auto"/>
        <w:jc w:val="left"/>
      </w:pPr>
      <w:r>
        <w:rPr>
          <w:rFonts w:ascii="Times New Roman" w:hAnsi="Times New Roman" w:eastAsia="宋体"/>
          <w:b w:val="0"/>
          <w:i w:val="0"/>
          <w:sz w:val="21"/>
        </w:rPr>
        <w:t>x-a/b+x-b/a =b/x-a</w:t>
      </w:r>
    </w:p>
    <w:p>
      <w:pPr>
        <w:spacing w:before="0" w:after="80" w:line="300" w:lineRule="auto"/>
        <w:jc w:val="left"/>
      </w:pPr>
      <w:r>
        <w:rPr>
          <w:rFonts w:ascii="Times New Roman" w:hAnsi="Times New Roman" w:eastAsia="宋体"/>
          <w:b w:val="0"/>
          <w:i w:val="0"/>
          <w:sz w:val="21"/>
        </w:rPr>
        <w:t>+a/x-b</w:t>
      </w:r>
    </w:p>
    <w:p>
      <w:pPr>
        <w:spacing w:before="0" w:after="80" w:line="300" w:lineRule="auto"/>
        <w:jc w:val="left"/>
      </w:pPr>
      <w:r>
        <w:rPr>
          <w:rFonts w:ascii="Times New Roman" w:hAnsi="Times New Roman" w:eastAsia="宋体"/>
          <w:b w:val="0"/>
          <w:i w:val="0"/>
          <w:sz w:val="21"/>
        </w:rPr>
        <w:t>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ab≠0 and |a|≠|b|, the number of distinct values of x satisfying the equation</w:t>
      </w:r>
    </w:p>
    <w:p>
      <w:pPr>
        <w:spacing w:before="0" w:after="80" w:line="300" w:lineRule="auto"/>
        <w:jc w:val="left"/>
      </w:pPr>
      <w:r>
        <w:rPr>
          <w:rFonts w:ascii="Times New Roman" w:hAnsi="Times New Roman" w:eastAsia="宋体"/>
          <w:b w:val="0"/>
          <w:i w:val="0"/>
          <w:color w:val="333333"/>
          <w:sz w:val="19"/>
        </w:rPr>
        <w:t>x-a/b+x-b/a =b/x-a</w:t>
      </w:r>
    </w:p>
    <w:p>
      <w:pPr>
        <w:spacing w:before="0" w:after="80" w:line="300" w:lineRule="auto"/>
        <w:jc w:val="left"/>
      </w:pPr>
      <w:r>
        <w:rPr>
          <w:rFonts w:ascii="Times New Roman" w:hAnsi="Times New Roman" w:eastAsia="宋体"/>
          <w:b w:val="0"/>
          <w:i w:val="0"/>
          <w:color w:val="333333"/>
          <w:sz w:val="19"/>
        </w:rPr>
        <w:t>+a/x-b</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一个周长为 11 英尺的车轮以每小时 r 英里的速度行驶。若车轮转一整圈的时间缩短 1/4 秒，速度 r 就会增加 5 英里/小时。则 r 为：</w:t>
      </w:r>
    </w:p>
    <w:p>
      <w:pPr>
        <w:spacing w:before="0" w:after="120" w:line="300" w:lineRule="auto"/>
      </w:pPr>
      <w:r>
        <w:rPr>
          <w:rFonts w:ascii="Times New Roman" w:hAnsi="Times New Roman" w:eastAsia="宋体"/>
          <w:b w:val="0"/>
          <w:i w:val="0"/>
          <w:sz w:val="21"/>
        </w:rPr>
        <w:t>（A）9　　（B）10　　（C）101/2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speed in miles per hour at which a wheel, 11 feet in circumference, travels. If the time for a complete rotation of the wheel is shortened by 1/4 of a second, the speed r is increased by 5 miles per hour. Then r is:</w:t>
      </w:r>
    </w:p>
    <w:p>
      <w:pPr>
        <w:spacing w:before="0" w:after="160" w:line="300" w:lineRule="auto"/>
      </w:pPr>
      <w:r>
        <w:rPr>
          <w:rFonts w:ascii="Times New Roman" w:hAnsi="Times New Roman" w:eastAsia="宋体"/>
          <w:b w:val="0"/>
          <w:i w:val="0"/>
          <w:color w:val="333333"/>
          <w:sz w:val="19"/>
        </w:rPr>
        <w:t>(A) 9　　(B) 10　　(C) 101/2　　(D) 11　　(E) 12</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设 O 为三角形 ABC 的内点，且 s₁=OA+OB+OC。若 s₂=AB+BC+CA，则：</w:t>
      </w:r>
    </w:p>
    <w:p>
      <w:pPr>
        <w:spacing w:before="0" w:after="120" w:line="300" w:lineRule="auto"/>
      </w:pPr>
      <w:r>
        <w:rPr>
          <w:rFonts w:ascii="Times New Roman" w:hAnsi="Times New Roman" w:eastAsia="宋体"/>
          <w:b w:val="0"/>
          <w:i w:val="0"/>
          <w:sz w:val="21"/>
        </w:rPr>
        <w:t>（A）对每个三角形，s₁&gt;1/2s₂，且 s₁≤ s₂　　（B）对每个三角形，s₁≥1/2s₂，且 s₁&lt; s₂　　（C）对每个三角形，s₁&gt;1/2s₂，且 s₁&lt;</w:t>
        <w:br/>
        <w:t>s₂　　（D）对每个三角形，s₁≥1/2s₂，且 s₁≤ s₂　　（E）(A)、(B)、(C)、(D) 均不适用于每个三角形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an interior point of triangle ABC, and let s₁=OA+OB+OC. If s₂=AB+BC+CA, then:</w:t>
      </w:r>
    </w:p>
    <w:p>
      <w:pPr>
        <w:spacing w:before="0" w:after="160" w:line="300" w:lineRule="auto"/>
      </w:pPr>
      <w:r>
        <w:rPr>
          <w:rFonts w:ascii="Times New Roman" w:hAnsi="Times New Roman" w:eastAsia="宋体"/>
          <w:b w:val="0"/>
          <w:i w:val="0"/>
          <w:color w:val="333333"/>
          <w:sz w:val="19"/>
        </w:rPr>
        <w:t>(A) for every triangle s₁&gt;1/2s₂, and s₁≤</w:t>
        <w:br/>
        <w:t>s₂　　(B) for every triangle s₁≥1/2s₂, and s₁&lt;</w:t>
        <w:br/>
        <w:t>s₂　　(C) for every triangle s₁&gt;1/2s₂, and</w:t>
        <w:br/>
        <w:t>s₁&lt; s₂　　(D) for every triangle s₁≥1/2s₂, and s₁≤</w:t>
        <w:br/>
        <w:t>s₂　　(E) neither (A) nor (B) nor (C) nor (D) applies to</w:t>
        <w:br/>
        <w:t>every triangle</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(1+x+x²)ⁿ =a₀+a₁x</w:t>
      </w:r>
    </w:p>
    <w:p>
      <w:pPr>
        <w:spacing w:before="0" w:after="80" w:line="300" w:lineRule="auto"/>
        <w:jc w:val="left"/>
      </w:pPr>
      <w:r>
        <w:rPr>
          <w:rFonts w:ascii="Times New Roman" w:hAnsi="Times New Roman" w:eastAsia="宋体"/>
          <w:b w:val="0"/>
          <w:i w:val="0"/>
          <w:sz w:val="21"/>
        </w:rPr>
        <w:t>+a₂x²+⋯</w:t>
      </w:r>
    </w:p>
    <w:p>
      <w:pPr>
        <w:spacing w:before="0" w:after="80" w:line="300" w:lineRule="auto"/>
        <w:jc w:val="left"/>
      </w:pPr>
      <w:r>
        <w:rPr>
          <w:rFonts w:ascii="Times New Roman" w:hAnsi="Times New Roman" w:eastAsia="宋体"/>
          <w:b w:val="0"/>
          <w:i w:val="0"/>
          <w:sz w:val="21"/>
        </w:rPr>
        <w:t>+a₂ₙx²ⁿ</w:t>
      </w:r>
    </w:p>
    <w:p>
      <w:pPr>
        <w:spacing w:before="0" w:after="80" w:line="300" w:lineRule="auto"/>
        <w:jc w:val="left"/>
      </w:pPr>
      <w:r>
        <w:rPr>
          <w:rFonts w:ascii="Times New Roman" w:hAnsi="Times New Roman" w:eastAsia="宋体"/>
          <w:b w:val="0"/>
          <w:i w:val="0"/>
          <w:sz w:val="21"/>
        </w:rPr>
        <w:t>是关于 x 的恒等式。若令 s=a₀+a₂+a₄+⋯+a₂ₙ，则 s 等于：</w:t>
      </w:r>
    </w:p>
    <w:p>
      <w:pPr>
        <w:spacing w:before="0" w:after="120" w:line="300" w:lineRule="auto"/>
      </w:pPr>
      <w:r>
        <w:rPr>
          <w:rFonts w:ascii="Times New Roman" w:hAnsi="Times New Roman" w:eastAsia="宋体"/>
          <w:b w:val="0"/>
          <w:i w:val="0"/>
          <w:sz w:val="21"/>
        </w:rPr>
        <w:t>（A）2ⁿ　　（B）2ⁿ+1　　（C）3ⁿ-1/2　　（D）3ⁿ/2　　（E）3ⁿ+1/2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(1+x+x²)ⁿ =a₀+a₁x</w:t>
      </w:r>
    </w:p>
    <w:p>
      <w:pPr>
        <w:spacing w:before="0" w:after="80" w:line="300" w:lineRule="auto"/>
        <w:jc w:val="left"/>
      </w:pPr>
      <w:r>
        <w:rPr>
          <w:rFonts w:ascii="Times New Roman" w:hAnsi="Times New Roman" w:eastAsia="宋体"/>
          <w:b w:val="0"/>
          <w:i w:val="0"/>
          <w:color w:val="333333"/>
          <w:sz w:val="19"/>
        </w:rPr>
        <w:t>+a₂x²+⋯</w:t>
      </w:r>
    </w:p>
    <w:p>
      <w:pPr>
        <w:spacing w:before="0" w:after="80" w:line="300" w:lineRule="auto"/>
        <w:jc w:val="left"/>
      </w:pPr>
      <w:r>
        <w:rPr>
          <w:rFonts w:ascii="Times New Roman" w:hAnsi="Times New Roman" w:eastAsia="宋体"/>
          <w:b w:val="0"/>
          <w:i w:val="0"/>
          <w:color w:val="333333"/>
          <w:sz w:val="19"/>
        </w:rPr>
        <w:t>+a₂ₙx²ⁿ</w:t>
      </w:r>
    </w:p>
    <w:p>
      <w:pPr>
        <w:spacing w:before="0" w:after="80" w:line="300" w:lineRule="auto"/>
        <w:jc w:val="left"/>
      </w:pPr>
      <w:r>
        <w:rPr>
          <w:rFonts w:ascii="Times New Roman" w:hAnsi="Times New Roman" w:eastAsia="宋体"/>
          <w:b w:val="0"/>
          <w:i w:val="0"/>
          <w:color w:val="333333"/>
          <w:sz w:val="19"/>
        </w:rPr>
        <w:t>be an identity in x. If we let s=a₀+a₂+a₄+⋯+a₂ₙ, then s equals:</w:t>
      </w:r>
    </w:p>
    <w:p>
      <w:pPr>
        <w:spacing w:before="0" w:after="160" w:line="300" w:lineRule="auto"/>
      </w:pPr>
      <w:r>
        <w:rPr>
          <w:rFonts w:ascii="Times New Roman" w:hAnsi="Times New Roman" w:eastAsia="宋体"/>
          <w:b w:val="0"/>
          <w:i w:val="0"/>
          <w:color w:val="333333"/>
          <w:sz w:val="19"/>
        </w:rPr>
        <w:t>(A) 2ⁿ　　(B) 2ⁿ+1　　(C) 3ⁿ-1/2　　(D) 3ⁿ/2　　(E) 3ⁿ+1/2</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阿尔法、贝塔和伽马三人合作完成一项工作，所需时间比阿尔法单独工作少 6 小时，比贝塔单独工作少 1 小时，并且是伽马单独工作所需时间的一半。设阿尔法与贝塔合作完成该工作需要 h 小时，则 h 等于：</w:t>
      </w:r>
    </w:p>
    <w:p>
      <w:pPr>
        <w:spacing w:before="0" w:after="120" w:line="300" w:lineRule="auto"/>
      </w:pPr>
      <w:r>
        <w:rPr>
          <w:rFonts w:ascii="Times New Roman" w:hAnsi="Times New Roman" w:eastAsia="宋体"/>
          <w:b w:val="0"/>
          <w:i w:val="0"/>
          <w:sz w:val="21"/>
        </w:rPr>
        <w:t>（A）5/2　　（B）3/2　　（C）4/3　　（D）5/4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men, Alpha, Beta, and Gamma, working together, do a job in 6 hours less time than Alpha alone, in 1 hour less time than Beta alone, and in one-half the time needed by Gamma when working alone. Let h be the number of hours needed by Alpha and Beta, working together, to do the job. Then h equals:</w:t>
      </w:r>
    </w:p>
    <w:p>
      <w:pPr>
        <w:spacing w:before="0" w:after="160" w:line="300" w:lineRule="auto"/>
      </w:pPr>
      <w:r>
        <w:rPr>
          <w:rFonts w:ascii="Times New Roman" w:hAnsi="Times New Roman" w:eastAsia="宋体"/>
          <w:b w:val="0"/>
          <w:i w:val="0"/>
          <w:color w:val="333333"/>
          <w:sz w:val="19"/>
        </w:rPr>
        <w:t>(A) 5/2　　(B) 3/2　　(C) 4/3　　(D) 5/4　　(E) 3/4</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在三角形 ABC 中，分别作到边 BC 与 AB 的中线 AM 和 CN，二者交于点 O。点 P 是边 AC 的中点，且 MP 与 CN 交于 Q。若三角形 OMQ 的面积为 n，则三角形 ABC 的面积为：</w:t>
      </w:r>
    </w:p>
    <w:p>
      <w:pPr>
        <w:spacing w:before="0" w:after="120" w:line="300" w:lineRule="auto"/>
      </w:pPr>
      <w:r>
        <w:rPr>
          <w:rFonts w:ascii="Times New Roman" w:hAnsi="Times New Roman" w:eastAsia="宋体"/>
          <w:b w:val="0"/>
          <w:i w:val="0"/>
          <w:sz w:val="21"/>
        </w:rPr>
        <w:t>（A）16n　　（B）18n　　（C）21n　　（D）24n　　（E）27n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the medians AM and CN to sides BC and AB, respectively, intersect in point O. P is the midpoint of side AC, and MP intersects CN in Q. If the area of triangle OMQ is n, then the area of triangle ABC is:</w:t>
      </w:r>
    </w:p>
    <w:p>
      <w:pPr>
        <w:spacing w:before="0" w:after="160" w:line="300" w:lineRule="auto"/>
      </w:pPr>
      <w:r>
        <w:rPr>
          <w:rFonts w:ascii="Times New Roman" w:hAnsi="Times New Roman" w:eastAsia="宋体"/>
          <w:b w:val="0"/>
          <w:i w:val="0"/>
          <w:color w:val="333333"/>
          <w:sz w:val="19"/>
        </w:rPr>
        <w:t>(A) 16n　　(B) 18n　　(C) 21n　　(D) 24n　　(E) 27n</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在 R₁ 进制中，分数 F₁ 展开为 0.373737…，分数 F₂ 展开为 0.737373…。在 R₂ 进制中，分数 F₁ 展开为 0.252525…，而分数 F₂ 展开为 0.525252…。将 R₁ 与 R₂ 都写成十进制后，它们的和为：</w:t>
      </w:r>
    </w:p>
    <w:p>
      <w:pPr>
        <w:spacing w:before="0" w:after="120" w:line="300" w:lineRule="auto"/>
      </w:pPr>
      <w:r>
        <w:rPr>
          <w:rFonts w:ascii="Times New Roman" w:hAnsi="Times New Roman" w:eastAsia="宋体"/>
          <w:b w:val="0"/>
          <w:i w:val="0"/>
          <w:sz w:val="21"/>
        </w:rPr>
        <w:t>（A）24　　（B）22　　（C）21　　（D）20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base R₁ the expanded fraction F₁ becomes 0.373737… and the expanded fraction F₂ becomes 0.737373…. In base R₂ fraction F₁, when expanded, becomes 0.252525…, while fraction F₂ becomes 0.525252…. The sum of R₁ and R₂, each written in base ten, is:</w:t>
      </w:r>
    </w:p>
    <w:p>
      <w:pPr>
        <w:spacing w:before="0" w:after="160" w:line="300" w:lineRule="auto"/>
      </w:pPr>
      <w:r>
        <w:rPr>
          <w:rFonts w:ascii="Times New Roman" w:hAnsi="Times New Roman" w:eastAsia="宋体"/>
          <w:b w:val="0"/>
          <w:i w:val="0"/>
          <w:color w:val="333333"/>
          <w:sz w:val="19"/>
        </w:rPr>
        <w:t>(A) 24　　(B) 22　　(C) 21　　(D) 20　　(E) 19</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图中，AB 是一个圆的直径，圆心为 O，半径为 a。作弦 AD 并延长，与圆在 B 点的切线交于 C。在 AC 上取点 E，使得 AE=DC。若 E 的坐标为 (x,y)，则：</w:t>
      </w:r>
    </w:p>
    <w:p>
      <w:pPr>
        <w:spacing w:before="80" w:after="80"/>
        <w:jc w:val="center"/>
      </w:pPr>
      <w:r>
        <w:drawing>
          <wp:inline xmlns:a="http://schemas.openxmlformats.org/drawingml/2006/main" xmlns:pic="http://schemas.openxmlformats.org/drawingml/2006/picture">
            <wp:extent cx="2373975" cy="2307610"/>
            <wp:docPr id="5" name="Picture 5"/>
            <wp:cNvGraphicFramePr>
              <a:graphicFrameLocks noChangeAspect="1"/>
            </wp:cNvGraphicFramePr>
            <a:graphic>
              <a:graphicData uri="http://schemas.openxmlformats.org/drawingml/2006/picture">
                <pic:pic>
                  <pic:nvPicPr>
                    <pic:cNvPr id="0" name="q40-1@300dpi.png"/>
                    <pic:cNvPicPr/>
                  </pic:nvPicPr>
                  <pic:blipFill>
                    <a:blip r:embed="rId11"/>
                    <a:stretch>
                      <a:fillRect/>
                    </a:stretch>
                  </pic:blipFill>
                  <pic:spPr>
                    <a:xfrm>
                      <a:off x="0" y="0"/>
                      <a:ext cx="2373975" cy="2307610"/>
                    </a:xfrm>
                    <a:prstGeom prst="rect"/>
                  </pic:spPr>
                </pic:pic>
              </a:graphicData>
            </a:graphic>
          </wp:inline>
        </w:drawing>
      </w:r>
    </w:p>
    <w:p>
      <w:pPr>
        <w:spacing w:before="0" w:after="120" w:line="300" w:lineRule="auto"/>
      </w:pPr>
      <w:r>
        <w:rPr>
          <w:rFonts w:ascii="Times New Roman" w:hAnsi="Times New Roman" w:eastAsia="宋体"/>
          <w:b w:val="0"/>
          <w:i w:val="0"/>
          <w:sz w:val="21"/>
        </w:rPr>
        <w:t>（A）y²=x³/2a-x　　（B）y²=x³/2a+x　　（C）y⁴=x²/2a-x　　（D）x²=y²/2a-x　　（E）x²=y²/2a+x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figure AB is a diameter of a circle, centered at O, with radius a. A chord AD is drawn and extended to meet the tangent to the circle at B, in point C. Point E is taken on AC so that AE=DC. If the coordinates of E are (x,y), then:</w:t>
      </w:r>
    </w:p>
    <w:p>
      <w:pPr>
        <w:spacing w:before="80" w:after="80"/>
        <w:jc w:val="center"/>
      </w:pPr>
      <w:r>
        <w:drawing>
          <wp:inline xmlns:a="http://schemas.openxmlformats.org/drawingml/2006/main" xmlns:pic="http://schemas.openxmlformats.org/drawingml/2006/picture">
            <wp:extent cx="2373975" cy="2307610"/>
            <wp:docPr id="6" name="Picture 6"/>
            <wp:cNvGraphicFramePr>
              <a:graphicFrameLocks noChangeAspect="1"/>
            </wp:cNvGraphicFramePr>
            <a:graphic>
              <a:graphicData uri="http://schemas.openxmlformats.org/drawingml/2006/picture">
                <pic:pic>
                  <pic:nvPicPr>
                    <pic:cNvPr id="0" name="q40-1@300dpi.png"/>
                    <pic:cNvPicPr/>
                  </pic:nvPicPr>
                  <pic:blipFill>
                    <a:blip r:embed="rId11"/>
                    <a:stretch>
                      <a:fillRect/>
                    </a:stretch>
                  </pic:blipFill>
                  <pic:spPr>
                    <a:xfrm>
                      <a:off x="0" y="0"/>
                      <a:ext cx="2373975" cy="230761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y²=x³/2a-x　　(B) y²=x³/2a+x　　(C) y⁴=x²/2a-x　　(D) x²=y²/2a-x　　(E) x²=y²/2a+x</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D　B　A　C　A　B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E　E　C　D　B　C　A</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C　E　A　A　B　D　C　A</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B　B　D　D　B　D　B　C　E</w:t>
      </w:r>
    </w:p>
    <w:p>
      <w:pPr>
        <w:spacing w:before="0" w:after="0" w:line="300" w:lineRule="auto"/>
      </w:pPr>
      <w:r>
        <w:rPr>
          <w:rFonts w:ascii="Times New Roman" w:hAnsi="Times New Roman" w:eastAsia="宋体"/>
          <w:b w:val="0"/>
          <w:i w:val="0"/>
          <w:sz w:val="18"/>
        </w:rPr>
        <w:t>题号　37　38　39　40</w:t>
      </w:r>
    </w:p>
    <w:p>
      <w:pPr>
        <w:spacing w:before="0" w:after="80" w:line="300" w:lineRule="auto"/>
      </w:pPr>
      <w:r>
        <w:rPr>
          <w:rFonts w:ascii="Times New Roman" w:hAnsi="Times New Roman" w:eastAsia="宋体"/>
          <w:b/>
          <w:i w:val="0"/>
          <w:sz w:val="18"/>
        </w:rPr>
        <w:t>答案　C　D　E　A</w:t>
      </w:r>
    </w:p>
    <w:p>
      <w:pPr>
        <w:spacing w:before="0" w:after="200" w:line="300" w:lineRule="auto"/>
      </w:pPr>
      <w:r>
        <w:rPr>
          <w:rFonts w:ascii="Times New Roman" w:hAnsi="Times New Roman" w:eastAsia="宋体"/>
          <w:b w:val="0"/>
          <w:i w:val="0"/>
          <w:color w:val="666666"/>
          <w:sz w:val="18"/>
        </w:rPr>
        <w:t>答案串：CEDBACABAECEECDBCABCEAABDCABBDDBDBCECDEA</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由所给数对可得该比值为 (3·2-4)/3+15=1/9。因此，当 y=12 时，</w:t>
      </w:r>
    </w:p>
    <w:p>
      <w:pPr>
        <w:spacing w:before="0" w:after="80" w:line="300" w:lineRule="auto"/>
        <w:jc w:val="left"/>
      </w:pPr>
      <w:r>
        <w:rPr>
          <w:rFonts w:ascii="Times New Roman" w:hAnsi="Times New Roman" w:eastAsia="宋体"/>
          <w:b w:val="0"/>
          <w:i w:val="0"/>
          <w:sz w:val="21"/>
        </w:rPr>
        <w:t>3x-4/27=1/9，</w:t>
      </w:r>
    </w:p>
    <w:p>
      <w:pPr>
        <w:spacing w:before="0" w:after="80" w:line="300" w:lineRule="auto"/>
        <w:jc w:val="left"/>
      </w:pPr>
      <w:r>
        <w:rPr>
          <w:rFonts w:ascii="Times New Roman" w:hAnsi="Times New Roman" w:eastAsia="宋体"/>
          <w:b w:val="0"/>
          <w:i w:val="0"/>
          <w:sz w:val="21"/>
        </w:rPr>
        <w:t>所以 3x-4=3，且 x=7/3。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pair makes the ratio (3·2-4)/3+15=1/9. Therefore, when y=12,</w:t>
      </w:r>
    </w:p>
    <w:p>
      <w:pPr>
        <w:spacing w:before="0" w:after="80" w:line="300" w:lineRule="auto"/>
        <w:jc w:val="left"/>
      </w:pPr>
      <w:r>
        <w:rPr>
          <w:rFonts w:ascii="Times New Roman" w:hAnsi="Times New Roman" w:eastAsia="宋体"/>
          <w:b w:val="0"/>
          <w:i w:val="0"/>
          <w:color w:val="333333"/>
          <w:sz w:val="19"/>
        </w:rPr>
        <w:t>3x-4/27=1/9,</w:t>
      </w:r>
    </w:p>
    <w:p>
      <w:pPr>
        <w:spacing w:before="0" w:after="80" w:line="300" w:lineRule="auto"/>
        <w:jc w:val="left"/>
      </w:pPr>
      <w:r>
        <w:rPr>
          <w:rFonts w:ascii="Times New Roman" w:hAnsi="Times New Roman" w:eastAsia="宋体"/>
          <w:b w:val="0"/>
          <w:i w:val="0"/>
          <w:color w:val="333333"/>
          <w:sz w:val="19"/>
        </w:rPr>
        <w:t>so 3x-4=3 and x=7/3.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新面积是原面积的 1.1·0.9=0.99 倍。因此，它比原面积小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new area is 1.1·0.9=0.99 times the old area. It is therefore 1% smaller.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设这两个数为 r、s，则由 r+s/2=6 得 r+s=12，而由 √(rs)=10 得 rs=100。以它们为根的首一方程为 x²-(r+s)x+rs=0，即 x²-12x+100=0。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numbers are r, and s, then r+s/2=6 gives r+s=12, while √(rs)=10 gives rs=100. The monic equation with those roots is x²-(r+s)x+rs=0, or x²-12x+100=0.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设正方形边长为 s，则外接圆半径为 s/(√(2))，内切圆半径为 s/2。因此</w:t>
      </w:r>
    </w:p>
    <w:p>
      <w:pPr>
        <w:spacing w:before="0" w:after="80" w:line="300" w:lineRule="auto"/>
        <w:jc w:val="left"/>
      </w:pPr>
      <w:r>
        <w:rPr>
          <w:rFonts w:ascii="Times New Roman" w:hAnsi="Times New Roman" w:eastAsia="宋体"/>
          <w:b w:val="0"/>
          <w:i w:val="0"/>
          <w:sz w:val="21"/>
        </w:rPr>
        <w:t>r=(π(s/(√(2)))²)/(π(s/2)²)=2。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square side s, the outer circle has radius s/(√(2)), while the inner circle has radius s/2. Hence</w:t>
      </w:r>
    </w:p>
    <w:p>
      <w:pPr>
        <w:spacing w:before="0" w:after="80" w:line="300" w:lineRule="auto"/>
        <w:jc w:val="left"/>
      </w:pPr>
      <w:r>
        <w:rPr>
          <w:rFonts w:ascii="Times New Roman" w:hAnsi="Times New Roman" w:eastAsia="宋体"/>
          <w:b w:val="0"/>
          <w:i w:val="0"/>
          <w:color w:val="333333"/>
          <w:sz w:val="19"/>
        </w:rPr>
        <w:t>r=(π(s/(√(2)))²)/(π(s/2)²)=2.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分母要求 x≠0 且 x≠5。在这个定义域内，</w:t>
      </w:r>
    </w:p>
    <w:p>
      <w:pPr>
        <w:spacing w:before="0" w:after="80" w:line="300" w:lineRule="auto"/>
        <w:jc w:val="left"/>
      </w:pPr>
      <w:r>
        <w:rPr>
          <w:rFonts w:ascii="Times New Roman" w:hAnsi="Times New Roman" w:eastAsia="宋体"/>
          <w:b w:val="0"/>
          <w:i w:val="0"/>
          <w:sz w:val="21"/>
        </w:rPr>
        <w:t>(2x(x-5))/(x(x-5))=2。</w:t>
      </w:r>
    </w:p>
    <w:p>
      <w:pPr>
        <w:spacing w:before="0" w:after="80" w:line="300" w:lineRule="auto"/>
        <w:jc w:val="left"/>
      </w:pPr>
      <w:r>
        <w:rPr>
          <w:rFonts w:ascii="Times New Roman" w:hAnsi="Times New Roman" w:eastAsia="宋体"/>
          <w:b w:val="0"/>
          <w:i w:val="0"/>
          <w:sz w:val="21"/>
        </w:rPr>
        <w:t>剩下的方程 2=x-3 给出 x=5，但该值已被排除。因此无解。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denominator requires x≠0 and x≠5. On that domain,</w:t>
      </w:r>
    </w:p>
    <w:p>
      <w:pPr>
        <w:spacing w:before="0" w:after="80" w:line="300" w:lineRule="auto"/>
        <w:jc w:val="left"/>
      </w:pPr>
      <w:r>
        <w:rPr>
          <w:rFonts w:ascii="Times New Roman" w:hAnsi="Times New Roman" w:eastAsia="宋体"/>
          <w:b w:val="0"/>
          <w:i w:val="0"/>
          <w:color w:val="333333"/>
          <w:sz w:val="19"/>
        </w:rPr>
        <w:t>(2x(x-5))/(x(x-5))=2.</w:t>
      </w:r>
    </w:p>
    <w:p>
      <w:pPr>
        <w:spacing w:before="0" w:after="80" w:line="300" w:lineRule="auto"/>
        <w:jc w:val="left"/>
      </w:pPr>
      <w:r>
        <w:rPr>
          <w:rFonts w:ascii="Times New Roman" w:hAnsi="Times New Roman" w:eastAsia="宋体"/>
          <w:b w:val="0"/>
          <w:i w:val="0"/>
          <w:color w:val="333333"/>
          <w:sz w:val="19"/>
        </w:rPr>
        <w:t>The remaining equation 2=x-3 gives x=5, which is excluded. Thus there are no solutions.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半径为 5/2，且 ∠ AOC=180°-60°=120°。所对圆心角为 120° 的弦长为</w:t>
      </w:r>
    </w:p>
    <w:p>
      <w:pPr>
        <w:spacing w:before="0" w:after="80" w:line="300" w:lineRule="auto"/>
        <w:jc w:val="left"/>
      </w:pPr>
      <w:r>
        <w:rPr>
          <w:rFonts w:ascii="Times New Roman" w:hAnsi="Times New Roman" w:eastAsia="宋体"/>
          <w:b w:val="0"/>
          <w:i w:val="0"/>
          <w:sz w:val="21"/>
        </w:rPr>
        <w:t>2(5/2)sin60°=(5√(3))/2。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radius is 5/2, and ∠ AOC=180°-60°=120°. A chord subtending 120° has length</w:t>
      </w:r>
    </w:p>
    <w:p>
      <w:pPr>
        <w:spacing w:before="0" w:after="80" w:line="300" w:lineRule="auto"/>
        <w:jc w:val="left"/>
      </w:pPr>
      <w:r>
        <w:rPr>
          <w:rFonts w:ascii="Times New Roman" w:hAnsi="Times New Roman" w:eastAsia="宋体"/>
          <w:b w:val="0"/>
          <w:i w:val="0"/>
          <w:color w:val="333333"/>
          <w:sz w:val="19"/>
        </w:rPr>
        <w:t>2(5/2)sin60°=(5√(3))/2.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右边通分后的分子为</w:t>
      </w:r>
    </w:p>
    <w:p>
      <w:pPr>
        <w:spacing w:before="0" w:after="80" w:line="300" w:lineRule="auto"/>
        <w:jc w:val="left"/>
      </w:pPr>
      <w:r>
        <w:rPr>
          <w:rFonts w:ascii="Times New Roman" w:hAnsi="Times New Roman" w:eastAsia="宋体"/>
          <w:b w:val="0"/>
          <w:i w:val="0"/>
          <w:sz w:val="21"/>
        </w:rPr>
        <w:t>N₁(x-2)+N₂(x-1)</w:t>
      </w:r>
    </w:p>
    <w:p>
      <w:pPr>
        <w:spacing w:before="0" w:after="80" w:line="300" w:lineRule="auto"/>
        <w:jc w:val="left"/>
      </w:pPr>
      <w:r>
        <w:rPr>
          <w:rFonts w:ascii="Times New Roman" w:hAnsi="Times New Roman" w:eastAsia="宋体"/>
          <w:b w:val="0"/>
          <w:i w:val="0"/>
          <w:sz w:val="21"/>
        </w:rPr>
        <w:t>=(N₁+N₂)x</w:t>
      </w:r>
    </w:p>
    <w:p>
      <w:pPr>
        <w:spacing w:before="0" w:after="80" w:line="300" w:lineRule="auto"/>
        <w:jc w:val="left"/>
      </w:pPr>
      <w:r>
        <w:rPr>
          <w:rFonts w:ascii="Times New Roman" w:hAnsi="Times New Roman" w:eastAsia="宋体"/>
          <w:b w:val="0"/>
          <w:i w:val="0"/>
          <w:sz w:val="21"/>
        </w:rPr>
        <w:t>-(2N₁+N₂)</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N₁+N₂=35，且 2N₁+N₂=29。从而 N₁=-6、N₂=41，并且 N₁N₂=-246。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right side gives numerator</w:t>
      </w:r>
    </w:p>
    <w:p>
      <w:pPr>
        <w:spacing w:before="0" w:after="80" w:line="300" w:lineRule="auto"/>
        <w:jc w:val="left"/>
      </w:pPr>
      <w:r>
        <w:rPr>
          <w:rFonts w:ascii="Times New Roman" w:hAnsi="Times New Roman" w:eastAsia="宋体"/>
          <w:b w:val="0"/>
          <w:i w:val="0"/>
          <w:color w:val="333333"/>
          <w:sz w:val="19"/>
        </w:rPr>
        <w:t>N₁(x-2)+N₂(x-1)</w:t>
      </w:r>
    </w:p>
    <w:p>
      <w:pPr>
        <w:spacing w:before="0" w:after="80" w:line="300" w:lineRule="auto"/>
        <w:jc w:val="left"/>
      </w:pPr>
      <w:r>
        <w:rPr>
          <w:rFonts w:ascii="Times New Roman" w:hAnsi="Times New Roman" w:eastAsia="宋体"/>
          <w:b w:val="0"/>
          <w:i w:val="0"/>
          <w:color w:val="333333"/>
          <w:sz w:val="19"/>
        </w:rPr>
        <w:t>=(N₁+N₂)x</w:t>
      </w:r>
    </w:p>
    <w:p>
      <w:pPr>
        <w:spacing w:before="0" w:after="80" w:line="300" w:lineRule="auto"/>
        <w:jc w:val="left"/>
      </w:pPr>
      <w:r>
        <w:rPr>
          <w:rFonts w:ascii="Times New Roman" w:hAnsi="Times New Roman" w:eastAsia="宋体"/>
          <w:b w:val="0"/>
          <w:i w:val="0"/>
          <w:color w:val="333333"/>
          <w:sz w:val="19"/>
        </w:rPr>
        <w:t>-(2N₁+N₂).</w:t>
      </w:r>
    </w:p>
    <w:p>
      <w:pPr>
        <w:spacing w:before="0" w:after="80" w:line="300" w:lineRule="auto"/>
        <w:jc w:val="left"/>
      </w:pPr>
      <w:r>
        <w:rPr>
          <w:rFonts w:ascii="Times New Roman" w:hAnsi="Times New Roman" w:eastAsia="宋体"/>
          <w:b w:val="0"/>
          <w:i w:val="0"/>
          <w:color w:val="333333"/>
          <w:sz w:val="19"/>
        </w:rPr>
        <w:t>Thus N₁+N₂=35 and 2N₁+N₂=29. Hence N₁=-6, N₂=41, and N₁N₂=-246.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半弦长为 8。两个圆心到弦所在直线的垂直距离分别为</w:t>
      </w:r>
    </w:p>
    <w:p>
      <w:pPr>
        <w:spacing w:before="0" w:after="80" w:line="300" w:lineRule="auto"/>
        <w:jc w:val="left"/>
      </w:pPr>
      <w:r>
        <w:rPr>
          <w:rFonts w:ascii="Times New Roman" w:hAnsi="Times New Roman" w:eastAsia="宋体"/>
          <w:b w:val="0"/>
          <w:i w:val="0"/>
          <w:sz w:val="21"/>
        </w:rPr>
        <w:t>√(10²-8²)=6,</w:t>
      </w:r>
    </w:p>
    <w:p>
      <w:pPr>
        <w:spacing w:before="0" w:after="80" w:line="300" w:lineRule="auto"/>
        <w:jc w:val="left"/>
      </w:pPr>
      <w:r>
        <w:rPr>
          <w:rFonts w:ascii="Times New Roman" w:hAnsi="Times New Roman" w:eastAsia="宋体"/>
          <w:b w:val="0"/>
          <w:i w:val="0"/>
          <w:sz w:val="21"/>
        </w:rPr>
        <w:t>√(17²-8²)=15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若两圆心位于弦的两侧，则它们的距离为 6+15=21，这是一个可能值。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half-chord has length 8. The two perpendicular distances from the centers to its line are</w:t>
      </w:r>
    </w:p>
    <w:p>
      <w:pPr>
        <w:spacing w:before="0" w:after="80" w:line="300" w:lineRule="auto"/>
        <w:jc w:val="left"/>
      </w:pPr>
      <w:r>
        <w:rPr>
          <w:rFonts w:ascii="Times New Roman" w:hAnsi="Times New Roman" w:eastAsia="宋体"/>
          <w:b w:val="0"/>
          <w:i w:val="0"/>
          <w:color w:val="333333"/>
          <w:sz w:val="19"/>
        </w:rPr>
        <w:t>√(10²-8²)=6,</w:t>
      </w:r>
    </w:p>
    <w:p>
      <w:pPr>
        <w:spacing w:before="0" w:after="80" w:line="300" w:lineRule="auto"/>
        <w:jc w:val="left"/>
      </w:pPr>
      <w:r>
        <w:rPr>
          <w:rFonts w:ascii="Times New Roman" w:hAnsi="Times New Roman" w:eastAsia="宋体"/>
          <w:b w:val="0"/>
          <w:i w:val="0"/>
          <w:color w:val="333333"/>
          <w:sz w:val="19"/>
        </w:rPr>
        <w:t>√(17²-8²)=15.</w:t>
      </w:r>
    </w:p>
    <w:p>
      <w:pPr>
        <w:spacing w:before="0" w:after="80" w:line="300" w:lineRule="auto"/>
        <w:jc w:val="left"/>
      </w:pPr>
      <w:r>
        <w:rPr>
          <w:rFonts w:ascii="Times New Roman" w:hAnsi="Times New Roman" w:eastAsia="宋体"/>
          <w:b w:val="0"/>
          <w:i w:val="0"/>
          <w:color w:val="333333"/>
          <w:sz w:val="19"/>
        </w:rPr>
        <w:t>If the centers lie on opposite sides of the chord, their distance is 6+15=21, which is a possible value.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有 log₈ 2=1/3 且 log₂ 8=3。因此 x=(1/3)³=3⁻³，所以 log₃x=-3。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log₈ 2=1/3 and log₂ 8=3. Therefore x=(1/3)³=3⁻³, so log₃x=-3.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若这两个数为 u、v，则</w:t>
      </w:r>
    </w:p>
    <w:p>
      <w:pPr>
        <w:spacing w:before="0" w:after="80" w:line="300" w:lineRule="auto"/>
        <w:jc w:val="left"/>
      </w:pPr>
      <w:r>
        <w:rPr>
          <w:rFonts w:ascii="Times New Roman" w:hAnsi="Times New Roman" w:eastAsia="宋体"/>
          <w:b w:val="0"/>
          <w:i w:val="0"/>
          <w:sz w:val="21"/>
        </w:rPr>
        <w:t>u³+v³ =(u+v)³-3uv(u+v)</w:t>
      </w:r>
    </w:p>
    <w:p>
      <w:pPr>
        <w:spacing w:before="0" w:after="80" w:line="300" w:lineRule="auto"/>
        <w:jc w:val="left"/>
      </w:pPr>
      <w:r>
        <w:rPr>
          <w:rFonts w:ascii="Times New Roman" w:hAnsi="Times New Roman" w:eastAsia="宋体"/>
          <w:b w:val="0"/>
          <w:i w:val="0"/>
          <w:sz w:val="21"/>
        </w:rPr>
        <w:t>=1³-3=-2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numbers are u, and v, then</w:t>
      </w:r>
    </w:p>
    <w:p>
      <w:pPr>
        <w:spacing w:before="0" w:after="80" w:line="300" w:lineRule="auto"/>
        <w:jc w:val="left"/>
      </w:pPr>
      <w:r>
        <w:rPr>
          <w:rFonts w:ascii="Times New Roman" w:hAnsi="Times New Roman" w:eastAsia="宋体"/>
          <w:b w:val="0"/>
          <w:i w:val="0"/>
          <w:color w:val="333333"/>
          <w:sz w:val="19"/>
        </w:rPr>
        <w:t>u³+v³ =(u+v)³-3uv(u+v)</w:t>
      </w:r>
    </w:p>
    <w:p>
      <w:pPr>
        <w:spacing w:before="0" w:after="80" w:line="300" w:lineRule="auto"/>
        <w:jc w:val="left"/>
      </w:pPr>
      <w:r>
        <w:rPr>
          <w:rFonts w:ascii="Times New Roman" w:hAnsi="Times New Roman" w:eastAsia="宋体"/>
          <w:b w:val="0"/>
          <w:i w:val="0"/>
          <w:color w:val="333333"/>
          <w:sz w:val="19"/>
        </w:rPr>
        <w:t>=1³-3=-2.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角 B 两侧相邻边之比为 3:4。由角平分线定理，AD:DC=3:4。因此两段中较长的一段为</w:t>
      </w:r>
    </w:p>
    <w:p>
      <w:pPr>
        <w:spacing w:before="0" w:after="80" w:line="300" w:lineRule="auto"/>
        <w:jc w:val="left"/>
      </w:pPr>
      <w:r>
        <w:rPr>
          <w:rFonts w:ascii="Times New Roman" w:hAnsi="Times New Roman" w:eastAsia="宋体"/>
          <w:b w:val="0"/>
          <w:i w:val="0"/>
          <w:sz w:val="21"/>
        </w:rPr>
        <w:t>4/3+4·10=40/7=55/7。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adjacent to angle B are in ratio 3:4. By the angle-bisector theorem, AD:DC=3:4. The longer of the two parts is therefore</w:t>
      </w:r>
    </w:p>
    <w:p>
      <w:pPr>
        <w:spacing w:before="0" w:after="80" w:line="300" w:lineRule="auto"/>
        <w:jc w:val="left"/>
      </w:pPr>
      <w:r>
        <w:rPr>
          <w:rFonts w:ascii="Times New Roman" w:hAnsi="Times New Roman" w:eastAsia="宋体"/>
          <w:b w:val="0"/>
          <w:i w:val="0"/>
          <w:color w:val="333333"/>
          <w:sz w:val="19"/>
        </w:rPr>
        <w:t>4/3+4·10=40/7=55/7.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改写成以 2 为底后，左边的指数为</w:t>
      </w:r>
    </w:p>
    <w:p>
      <w:pPr>
        <w:spacing w:before="0" w:after="80" w:line="300" w:lineRule="auto"/>
        <w:jc w:val="left"/>
      </w:pPr>
      <w:r>
        <w:rPr>
          <w:rFonts w:ascii="Times New Roman" w:hAnsi="Times New Roman" w:eastAsia="宋体"/>
          <w:b w:val="0"/>
          <w:i w:val="0"/>
          <w:sz w:val="21"/>
        </w:rPr>
        <w:t>(6x+3)+2(3x+6)</w:t>
      </w:r>
    </w:p>
    <w:p>
      <w:pPr>
        <w:spacing w:before="0" w:after="80" w:line="300" w:lineRule="auto"/>
        <w:jc w:val="left"/>
      </w:pPr>
      <w:r>
        <w:rPr>
          <w:rFonts w:ascii="Times New Roman" w:hAnsi="Times New Roman" w:eastAsia="宋体"/>
          <w:b w:val="0"/>
          <w:i w:val="0"/>
          <w:sz w:val="21"/>
        </w:rPr>
        <w:t>=12x+15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而右边的指数为 3(4x+5)=12x+15。该方程对每个实数 x 都是恒等式，所以实数解多于三个。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base 2, the left exponent is</w:t>
      </w:r>
    </w:p>
    <w:p>
      <w:pPr>
        <w:spacing w:before="0" w:after="80" w:line="300" w:lineRule="auto"/>
        <w:jc w:val="left"/>
      </w:pPr>
      <w:r>
        <w:rPr>
          <w:rFonts w:ascii="Times New Roman" w:hAnsi="Times New Roman" w:eastAsia="宋体"/>
          <w:b w:val="0"/>
          <w:i w:val="0"/>
          <w:color w:val="333333"/>
          <w:sz w:val="19"/>
        </w:rPr>
        <w:t>(6x+3)+2(3x+6)</w:t>
      </w:r>
    </w:p>
    <w:p>
      <w:pPr>
        <w:spacing w:before="0" w:after="80" w:line="300" w:lineRule="auto"/>
        <w:jc w:val="left"/>
      </w:pPr>
      <w:r>
        <w:rPr>
          <w:rFonts w:ascii="Times New Roman" w:hAnsi="Times New Roman" w:eastAsia="宋体"/>
          <w:b w:val="0"/>
          <w:i w:val="0"/>
          <w:color w:val="333333"/>
          <w:sz w:val="19"/>
        </w:rPr>
        <w:t>=12x+15,</w:t>
      </w:r>
    </w:p>
    <w:p>
      <w:pPr>
        <w:spacing w:before="0" w:after="80" w:line="300" w:lineRule="auto"/>
        <w:jc w:val="left"/>
      </w:pPr>
      <w:r>
        <w:rPr>
          <w:rFonts w:ascii="Times New Roman" w:hAnsi="Times New Roman" w:eastAsia="宋体"/>
          <w:b w:val="0"/>
          <w:i w:val="0"/>
          <w:color w:val="333333"/>
          <w:sz w:val="19"/>
        </w:rPr>
        <w:t>and the right exponent is 3(4x+5)=12x+15. The equation is an identity for every real x, so it has more than three real solutions.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例如，令 y=1。此时每个满足 x≤4 的正有理数都给出一个合格点 (x,1)，而这样的有理数有无限多个。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example, set y=1. Every positive rational x≤4 then gives an allowed point (x,1), and there are infinitely many such rationals.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取 A=(0,0)、B=(5,0)，且 C=(5,3)。则 E=(5/3,1)，且 F=(10/3,2)。由行列式面积公式，</w:t>
      </w:r>
    </w:p>
    <w:p>
      <w:pPr>
        <w:spacing w:before="0" w:after="80" w:line="300" w:lineRule="auto"/>
        <w:jc w:val="left"/>
      </w:pPr>
      <w:r>
        <w:rPr>
          <w:rFonts w:ascii="Times New Roman" w:hAnsi="Times New Roman" w:eastAsia="宋体"/>
          <w:b w:val="0"/>
          <w:i w:val="0"/>
          <w:sz w:val="21"/>
        </w:rPr>
        <w:t>[BEF] =1/2| (-10/3)2 -(-5/3)1 |</w:t>
      </w:r>
    </w:p>
    <w:p>
      <w:pPr>
        <w:spacing w:before="0" w:after="80" w:line="300" w:lineRule="auto"/>
        <w:jc w:val="left"/>
      </w:pPr>
      <w:r>
        <w:rPr>
          <w:rFonts w:ascii="Times New Roman" w:hAnsi="Times New Roman" w:eastAsia="宋体"/>
          <w:b w:val="0"/>
          <w:i w:val="0"/>
          <w:sz w:val="21"/>
        </w:rPr>
        <w:t>=5/2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A=(0,0), B=(5,0), and C=(5,3). Then E=(5/3,1) and F=(10/3,2). The determinant formula gives</w:t>
      </w:r>
    </w:p>
    <w:p>
      <w:pPr>
        <w:spacing w:before="0" w:after="80" w:line="300" w:lineRule="auto"/>
        <w:jc w:val="left"/>
      </w:pPr>
      <w:r>
        <w:rPr>
          <w:rFonts w:ascii="Times New Roman" w:hAnsi="Times New Roman" w:eastAsia="宋体"/>
          <w:b w:val="0"/>
          <w:i w:val="0"/>
          <w:color w:val="333333"/>
          <w:sz w:val="19"/>
        </w:rPr>
        <w:t>[BEF] =1/2| (-10/3)2 -(-5/3)1 |</w:t>
      </w:r>
    </w:p>
    <w:p>
      <w:pPr>
        <w:spacing w:before="0" w:after="80" w:line="300" w:lineRule="auto"/>
        <w:jc w:val="left"/>
      </w:pPr>
      <w:r>
        <w:rPr>
          <w:rFonts w:ascii="Times New Roman" w:hAnsi="Times New Roman" w:eastAsia="宋体"/>
          <w:b w:val="0"/>
          <w:i w:val="0"/>
          <w:color w:val="333333"/>
          <w:sz w:val="19"/>
        </w:rPr>
        <w:t>=5/2.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由 x-y&gt; x 得 -y&gt;0，所以 y&lt;0。由 x+y&lt; y 得 x&lt;0。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x-y&gt; x we get -y&gt;0, so y&lt;0. From x+y&lt; y we get x&lt;0.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第一个方程化为 2ˣ⁻ʸ=2³，所以 x-y=3。第二个方程化为 3²ˣ⁻³ʸ=3⁵，所以 2x-3y=5。解得 y=1、x=4，因此 xy=4。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equation becomes 2ˣ⁻ʸ=2³, so x-y=3. The second becomes 3²ˣ⁻³ʸ=3⁵, so 2x-3y=5. Solving gives y=1, x=4, and hence xy=4.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由第一个方程，x²=1-4y²。代入第二个方程得</w:t>
      </w:r>
    </w:p>
    <w:p>
      <w:pPr>
        <w:spacing w:before="0" w:after="80" w:line="300" w:lineRule="auto"/>
        <w:jc w:val="left"/>
      </w:pPr>
      <w:r>
        <w:rPr>
          <w:rFonts w:ascii="Times New Roman" w:hAnsi="Times New Roman" w:eastAsia="宋体"/>
          <w:b w:val="0"/>
          <w:i w:val="0"/>
          <w:sz w:val="21"/>
        </w:rPr>
        <w:t>4(1-4y²)+y²=4，</w:t>
      </w:r>
    </w:p>
    <w:p>
      <w:pPr>
        <w:spacing w:before="0" w:after="80" w:line="300" w:lineRule="auto"/>
        <w:jc w:val="left"/>
      </w:pPr>
      <w:r>
        <w:rPr>
          <w:rFonts w:ascii="Times New Roman" w:hAnsi="Times New Roman" w:eastAsia="宋体"/>
          <w:b w:val="0"/>
          <w:i w:val="0"/>
          <w:sz w:val="21"/>
        </w:rPr>
        <w:t>所以 y=0。此时 x²=1，得到两个点 (1,0) 与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first equation, x²=1-4y². Substitution into the second gives</w:t>
      </w:r>
    </w:p>
    <w:p>
      <w:pPr>
        <w:spacing w:before="0" w:after="80" w:line="300" w:lineRule="auto"/>
        <w:jc w:val="left"/>
      </w:pPr>
      <w:r>
        <w:rPr>
          <w:rFonts w:ascii="Times New Roman" w:hAnsi="Times New Roman" w:eastAsia="宋体"/>
          <w:b w:val="0"/>
          <w:i w:val="0"/>
          <w:color w:val="333333"/>
          <w:sz w:val="19"/>
        </w:rPr>
        <w:t>4(1-4y²)+y²=4,</w:t>
      </w:r>
    </w:p>
    <w:p>
      <w:pPr>
        <w:spacing w:before="0" w:after="80" w:line="300" w:lineRule="auto"/>
        <w:jc w:val="left"/>
      </w:pPr>
      <w:r>
        <w:rPr>
          <w:rFonts w:ascii="Times New Roman" w:hAnsi="Times New Roman" w:eastAsia="宋体"/>
          <w:b w:val="0"/>
          <w:i w:val="0"/>
          <w:color w:val="333333"/>
          <w:sz w:val="19"/>
        </w:rPr>
        <w:t>so y=0. Then x²=1, giving the two points (1,0) and (-1,0).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由求和公式，155=31n/2，所以 n=10。因此 29=2+9d，从而 d=3。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formula gives 155=31n/2, so n=10. Therefore 29=2+9d, and d=3.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两个和分别为</w:t>
      </w:r>
    </w:p>
    <w:p>
      <w:pPr>
        <w:spacing w:before="0" w:after="80" w:line="300" w:lineRule="auto"/>
        <w:jc w:val="left"/>
      </w:pPr>
      <w:r>
        <w:rPr>
          <w:rFonts w:ascii="Times New Roman" w:hAnsi="Times New Roman" w:eastAsia="宋体"/>
          <w:b w:val="0"/>
          <w:i w:val="0"/>
          <w:sz w:val="21"/>
        </w:rPr>
        <w:t>s₁=2n²+6n,</w:t>
      </w:r>
    </w:p>
    <w:p>
      <w:pPr>
        <w:spacing w:before="0" w:after="80" w:line="300" w:lineRule="auto"/>
        <w:jc w:val="left"/>
      </w:pPr>
      <w:r>
        <w:rPr>
          <w:rFonts w:ascii="Times New Roman" w:hAnsi="Times New Roman" w:eastAsia="宋体"/>
          <w:b w:val="0"/>
          <w:i w:val="0"/>
          <w:sz w:val="21"/>
        </w:rPr>
        <w:t>s₂=n²+16n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令它们相等得 n(n-10)=0。因为项数为正，所以只有 n=10 符合，即只有一个值。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sums are</w:t>
      </w:r>
    </w:p>
    <w:p>
      <w:pPr>
        <w:spacing w:before="0" w:after="80" w:line="300" w:lineRule="auto"/>
        <w:jc w:val="left"/>
      </w:pPr>
      <w:r>
        <w:rPr>
          <w:rFonts w:ascii="Times New Roman" w:hAnsi="Times New Roman" w:eastAsia="宋体"/>
          <w:b w:val="0"/>
          <w:i w:val="0"/>
          <w:color w:val="333333"/>
          <w:sz w:val="19"/>
        </w:rPr>
        <w:t>s₁=2n²+6n,</w:t>
      </w:r>
    </w:p>
    <w:p>
      <w:pPr>
        <w:spacing w:before="0" w:after="80" w:line="300" w:lineRule="auto"/>
        <w:jc w:val="left"/>
      </w:pPr>
      <w:r>
        <w:rPr>
          <w:rFonts w:ascii="Times New Roman" w:hAnsi="Times New Roman" w:eastAsia="宋体"/>
          <w:b w:val="0"/>
          <w:i w:val="0"/>
          <w:color w:val="333333"/>
          <w:sz w:val="19"/>
        </w:rPr>
        <w:t>s₂=n²+16n.</w:t>
      </w:r>
    </w:p>
    <w:p>
      <w:pPr>
        <w:spacing w:before="0" w:after="80" w:line="300" w:lineRule="auto"/>
        <w:jc w:val="left"/>
      </w:pPr>
      <w:r>
        <w:rPr>
          <w:rFonts w:ascii="Times New Roman" w:hAnsi="Times New Roman" w:eastAsia="宋体"/>
          <w:b w:val="0"/>
          <w:i w:val="0"/>
          <w:color w:val="333333"/>
          <w:sz w:val="19"/>
        </w:rPr>
        <w:t>Equality gives n(n-10)=0. Since a number of terms is positive, only n=10 works, so there is one value.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题目假定前提 a=0 为真。因此，否定这个蕴含命题就要否定其结论：ab=0 变为 ab≠0。所求陈述就是“若 a=0，则 ab≠0。”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stated premise a=0 is assumed true. Negating the implication therefore negates its conclusion: ab=0 becomes ab≠0. Thus the required statement is “If a=0, then ab≠0.”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设原多边形的内角为 a₁,…,aₙ。由边 k 和边 k+2 形成的星尖角为</w:t>
      </w:r>
    </w:p>
    <w:p>
      <w:pPr>
        <w:spacing w:before="0" w:after="80" w:line="300" w:lineRule="auto"/>
        <w:jc w:val="left"/>
      </w:pPr>
      <w:r>
        <w:rPr>
          <w:rFonts w:ascii="Times New Roman" w:hAnsi="Times New Roman" w:eastAsia="宋体"/>
          <w:b w:val="0"/>
          <w:i w:val="0"/>
          <w:sz w:val="21"/>
        </w:rPr>
        <w:t>aₖ+aₖ₊₁-180°。</w:t>
      </w:r>
    </w:p>
    <w:p>
      <w:pPr>
        <w:spacing w:before="0" w:after="80" w:line="300" w:lineRule="auto"/>
        <w:jc w:val="left"/>
      </w:pPr>
      <w:r>
        <w:rPr>
          <w:rFonts w:ascii="Times New Roman" w:hAnsi="Times New Roman" w:eastAsia="宋体"/>
          <w:b w:val="0"/>
          <w:i w:val="0"/>
          <w:sz w:val="21"/>
        </w:rPr>
        <w:t>循环求和时，每个 aₖ 被计算两次。因此</w:t>
      </w:r>
    </w:p>
    <w:p>
      <w:pPr>
        <w:spacing w:before="0" w:after="80" w:line="300" w:lineRule="auto"/>
        <w:jc w:val="left"/>
      </w:pPr>
      <w:r>
        <w:rPr>
          <w:rFonts w:ascii="Times New Roman" w:hAnsi="Times New Roman" w:eastAsia="宋体"/>
          <w:b w:val="0"/>
          <w:i w:val="0"/>
          <w:sz w:val="21"/>
        </w:rPr>
        <w:t>S=2Σₖ₌₁ⁿ aₖ-180n</w:t>
      </w:r>
    </w:p>
    <w:p>
      <w:pPr>
        <w:spacing w:before="0" w:after="80" w:line="300" w:lineRule="auto"/>
        <w:jc w:val="left"/>
      </w:pPr>
      <w:r>
        <w:rPr>
          <w:rFonts w:ascii="Times New Roman" w:hAnsi="Times New Roman" w:eastAsia="宋体"/>
          <w:b w:val="0"/>
          <w:i w:val="0"/>
          <w:sz w:val="21"/>
        </w:rPr>
        <w:t>=2·180(n-2)-180n</w:t>
      </w:r>
    </w:p>
    <w:p>
      <w:pPr>
        <w:spacing w:before="0" w:after="80" w:line="300" w:lineRule="auto"/>
        <w:jc w:val="left"/>
      </w:pPr>
      <w:r>
        <w:rPr>
          <w:rFonts w:ascii="Times New Roman" w:hAnsi="Times New Roman" w:eastAsia="宋体"/>
          <w:b w:val="0"/>
          <w:i w:val="0"/>
          <w:sz w:val="21"/>
        </w:rPr>
        <w:t>=180(n-4)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polygon’s interior angles be a₁,…,aₙ. The star angle made from sides k and k+2 equals</w:t>
      </w:r>
    </w:p>
    <w:p>
      <w:pPr>
        <w:spacing w:before="0" w:after="80" w:line="300" w:lineRule="auto"/>
        <w:jc w:val="left"/>
      </w:pPr>
      <w:r>
        <w:rPr>
          <w:rFonts w:ascii="Times New Roman" w:hAnsi="Times New Roman" w:eastAsia="宋体"/>
          <w:b w:val="0"/>
          <w:i w:val="0"/>
          <w:color w:val="333333"/>
          <w:sz w:val="19"/>
        </w:rPr>
        <w:t>aₖ+aₖ₊₁-180°.</w:t>
      </w:r>
    </w:p>
    <w:p>
      <w:pPr>
        <w:spacing w:before="0" w:after="80" w:line="300" w:lineRule="auto"/>
        <w:jc w:val="left"/>
      </w:pPr>
      <w:r>
        <w:rPr>
          <w:rFonts w:ascii="Times New Roman" w:hAnsi="Times New Roman" w:eastAsia="宋体"/>
          <w:b w:val="0"/>
          <w:i w:val="0"/>
          <w:color w:val="333333"/>
          <w:sz w:val="19"/>
        </w:rPr>
        <w:t>Summing cyclically counts each aₖ twice. Hence</w:t>
      </w:r>
    </w:p>
    <w:p>
      <w:pPr>
        <w:spacing w:before="0" w:after="80" w:line="300" w:lineRule="auto"/>
        <w:jc w:val="left"/>
      </w:pPr>
      <w:r>
        <w:rPr>
          <w:rFonts w:ascii="Times New Roman" w:hAnsi="Times New Roman" w:eastAsia="宋体"/>
          <w:b w:val="0"/>
          <w:i w:val="0"/>
          <w:color w:val="333333"/>
          <w:sz w:val="19"/>
        </w:rPr>
        <w:t>S=2Σₖ₌₁ⁿ aₖ-180n</w:t>
      </w:r>
    </w:p>
    <w:p>
      <w:pPr>
        <w:spacing w:before="0" w:after="80" w:line="300" w:lineRule="auto"/>
        <w:jc w:val="left"/>
      </w:pPr>
      <w:r>
        <w:rPr>
          <w:rFonts w:ascii="Times New Roman" w:hAnsi="Times New Roman" w:eastAsia="宋体"/>
          <w:b w:val="0"/>
          <w:i w:val="0"/>
          <w:color w:val="333333"/>
          <w:sz w:val="19"/>
        </w:rPr>
        <w:t>=2·180(n-2)-180n</w:t>
      </w:r>
    </w:p>
    <w:p>
      <w:pPr>
        <w:spacing w:before="0" w:after="80" w:line="300" w:lineRule="auto"/>
        <w:jc w:val="left"/>
      </w:pPr>
      <w:r>
        <w:rPr>
          <w:rFonts w:ascii="Times New Roman" w:hAnsi="Times New Roman" w:eastAsia="宋体"/>
          <w:b w:val="0"/>
          <w:i w:val="0"/>
          <w:color w:val="333333"/>
          <w:sz w:val="19"/>
        </w:rPr>
        <w:t>=180(n-4).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每个等式都有非零解。对 (I)，取 (a,b)=(1,i)。对 (II)，取 a=b=√(2)，此时 √(4)=2=ab。对 (III) 和 (IV)，都取 (a,b)=(1,0)。因此四个等式都符合要求。</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statement has a nonzero solution. For (I), use (a,b)=(1,i). For (II), use a=b=√(2), giving √(4)=2=ab. For both (III) and (IV), use (a,b)=(1,0). Thus all four statements qualify.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将它看作关于 y 的二次方程，其判别式为</w:t>
      </w:r>
    </w:p>
    <w:p>
      <w:pPr>
        <w:spacing w:before="0" w:after="80" w:line="300" w:lineRule="auto"/>
        <w:jc w:val="left"/>
      </w:pPr>
      <w:r>
        <w:rPr>
          <w:rFonts w:ascii="Times New Roman" w:hAnsi="Times New Roman" w:eastAsia="宋体"/>
          <w:b w:val="0"/>
          <w:i w:val="0"/>
          <w:sz w:val="21"/>
        </w:rPr>
        <w:t>(4x)²-16(x+6)</w:t>
      </w:r>
    </w:p>
    <w:p>
      <w:pPr>
        <w:spacing w:before="0" w:after="80" w:line="300" w:lineRule="auto"/>
        <w:jc w:val="left"/>
      </w:pPr>
      <w:r>
        <w:rPr>
          <w:rFonts w:ascii="Times New Roman" w:hAnsi="Times New Roman" w:eastAsia="宋体"/>
          <w:b w:val="0"/>
          <w:i w:val="0"/>
          <w:sz w:val="21"/>
        </w:rPr>
        <w:t>=16(x-3)(x+2)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它非负恰好等价于 x≤-2 或 x≥3。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a quadratic in y, the equation has discriminant</w:t>
      </w:r>
    </w:p>
    <w:p>
      <w:pPr>
        <w:spacing w:before="0" w:after="80" w:line="300" w:lineRule="auto"/>
        <w:jc w:val="left"/>
      </w:pPr>
      <w:r>
        <w:rPr>
          <w:rFonts w:ascii="Times New Roman" w:hAnsi="Times New Roman" w:eastAsia="宋体"/>
          <w:b w:val="0"/>
          <w:i w:val="0"/>
          <w:color w:val="333333"/>
          <w:sz w:val="19"/>
        </w:rPr>
        <w:t>(4x)²-16(x+6)</w:t>
      </w:r>
    </w:p>
    <w:p>
      <w:pPr>
        <w:spacing w:before="0" w:after="80" w:line="300" w:lineRule="auto"/>
        <w:jc w:val="left"/>
      </w:pPr>
      <w:r>
        <w:rPr>
          <w:rFonts w:ascii="Times New Roman" w:hAnsi="Times New Roman" w:eastAsia="宋体"/>
          <w:b w:val="0"/>
          <w:i w:val="0"/>
          <w:color w:val="333333"/>
          <w:sz w:val="19"/>
        </w:rPr>
        <w:t>=16(x-3)(x+2).</w:t>
      </w:r>
    </w:p>
    <w:p>
      <w:pPr>
        <w:spacing w:before="0" w:after="80" w:line="300" w:lineRule="auto"/>
        <w:jc w:val="left"/>
      </w:pPr>
      <w:r>
        <w:rPr>
          <w:rFonts w:ascii="Times New Roman" w:hAnsi="Times New Roman" w:eastAsia="宋体"/>
          <w:b w:val="0"/>
          <w:i w:val="0"/>
          <w:color w:val="333333"/>
          <w:sz w:val="19"/>
        </w:rPr>
        <w:t>This is nonnegative exactly when x≤-2 or x≥3.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换底公式给出</w:t>
      </w:r>
    </w:p>
    <w:p>
      <w:pPr>
        <w:spacing w:before="0" w:after="80" w:line="300" w:lineRule="auto"/>
        <w:jc w:val="left"/>
      </w:pPr>
      <w:r>
        <w:rPr>
          <w:rFonts w:ascii="Times New Roman" w:hAnsi="Times New Roman" w:eastAsia="宋体"/>
          <w:b w:val="0"/>
          <w:i w:val="0"/>
          <w:sz w:val="21"/>
        </w:rPr>
        <w:t>(ln N)/(ln M)=(ln M)/(ln N)，</w:t>
      </w:r>
    </w:p>
    <w:p>
      <w:pPr>
        <w:spacing w:before="0" w:after="80" w:line="300" w:lineRule="auto"/>
        <w:jc w:val="left"/>
      </w:pPr>
      <w:r>
        <w:rPr>
          <w:rFonts w:ascii="Times New Roman" w:hAnsi="Times New Roman" w:eastAsia="宋体"/>
          <w:b w:val="0"/>
          <w:i w:val="0"/>
          <w:sz w:val="21"/>
        </w:rPr>
        <w:t>所以 (ln M)²=(ln N)²。若两个对数本身相等，就会得到已排除的 M=N。因此 ln M=-ln N，且 ln(MN)=0。所以 MN=1。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Change of base gives</w:t>
      </w:r>
    </w:p>
    <w:p>
      <w:pPr>
        <w:spacing w:before="0" w:after="80" w:line="300" w:lineRule="auto"/>
        <w:jc w:val="left"/>
      </w:pPr>
      <w:r>
        <w:rPr>
          <w:rFonts w:ascii="Times New Roman" w:hAnsi="Times New Roman" w:eastAsia="宋体"/>
          <w:b w:val="0"/>
          <w:i w:val="0"/>
          <w:color w:val="333333"/>
          <w:sz w:val="19"/>
        </w:rPr>
        <w:t>(ln N)/(ln M)=(ln M)/(ln N),</w:t>
      </w:r>
    </w:p>
    <w:p>
      <w:pPr>
        <w:spacing w:before="0" w:after="80" w:line="300" w:lineRule="auto"/>
        <w:jc w:val="left"/>
      </w:pPr>
      <w:r>
        <w:rPr>
          <w:rFonts w:ascii="Times New Roman" w:hAnsi="Times New Roman" w:eastAsia="宋体"/>
          <w:b w:val="0"/>
          <w:i w:val="0"/>
          <w:color w:val="333333"/>
          <w:sz w:val="19"/>
        </w:rPr>
        <w:t>so (ln M)²=(ln N)². Equality of the logs themselves would give M=N, which is excluded. Hence ln M=-ln N, and ln(MN)=0. Thus MN=1.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每一步增加 1/2。从 F(1) 到 F(101)，共有 100 步，所以</w:t>
      </w:r>
    </w:p>
    <w:p>
      <w:pPr>
        <w:spacing w:before="0" w:after="80" w:line="300" w:lineRule="auto"/>
        <w:jc w:val="left"/>
      </w:pPr>
      <w:r>
        <w:rPr>
          <w:rFonts w:ascii="Times New Roman" w:hAnsi="Times New Roman" w:eastAsia="宋体"/>
          <w:b w:val="0"/>
          <w:i w:val="0"/>
          <w:sz w:val="21"/>
        </w:rPr>
        <w:t>F(101)=2+100/2=52。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step adds 1/2. There are 100 steps from F(1) to F(101), so</w:t>
      </w:r>
    </w:p>
    <w:p>
      <w:pPr>
        <w:spacing w:before="0" w:after="80" w:line="300" w:lineRule="auto"/>
        <w:jc w:val="left"/>
      </w:pPr>
      <w:r>
        <w:rPr>
          <w:rFonts w:ascii="Times New Roman" w:hAnsi="Times New Roman" w:eastAsia="宋体"/>
          <w:b w:val="0"/>
          <w:i w:val="0"/>
          <w:color w:val="333333"/>
          <w:sz w:val="19"/>
        </w:rPr>
        <w:t>F(101)=2+100/2=52.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代入得</w:t>
      </w:r>
    </w:p>
    <w:p>
      <w:pPr>
        <w:spacing w:before="0" w:after="80" w:line="300" w:lineRule="auto"/>
        <w:jc w:val="left"/>
      </w:pPr>
      <w:r>
        <w:rPr>
          <w:rFonts w:ascii="Times New Roman" w:hAnsi="Times New Roman" w:eastAsia="宋体"/>
          <w:b w:val="0"/>
          <w:i w:val="0"/>
          <w:sz w:val="21"/>
        </w:rPr>
        <w:t>(13+11m)x=711。</w:t>
      </w:r>
    </w:p>
    <w:p>
      <w:pPr>
        <w:spacing w:before="0" w:after="80" w:line="300" w:lineRule="auto"/>
        <w:jc w:val="left"/>
      </w:pPr>
      <w:r>
        <w:rPr>
          <w:rFonts w:ascii="Times New Roman" w:hAnsi="Times New Roman" w:eastAsia="宋体"/>
          <w:b w:val="0"/>
          <w:i w:val="0"/>
          <w:sz w:val="21"/>
        </w:rPr>
        <w:t>因此 13+11m 必须是 711=3²·79 的正因数。在大于 13 的因数中，只有 79 与 13pmod11 同余。因此 13+11m=79，所以 m=6。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Substitution gives</w:t>
      </w:r>
    </w:p>
    <w:p>
      <w:pPr>
        <w:spacing w:before="0" w:after="80" w:line="300" w:lineRule="auto"/>
        <w:jc w:val="left"/>
      </w:pPr>
      <w:r>
        <w:rPr>
          <w:rFonts w:ascii="Times New Roman" w:hAnsi="Times New Roman" w:eastAsia="宋体"/>
          <w:b w:val="0"/>
          <w:i w:val="0"/>
          <w:color w:val="333333"/>
          <w:sz w:val="19"/>
        </w:rPr>
        <w:t>(13+11m)x=711.</w:t>
      </w:r>
    </w:p>
    <w:p>
      <w:pPr>
        <w:spacing w:before="0" w:after="80" w:line="300" w:lineRule="auto"/>
        <w:jc w:val="left"/>
      </w:pPr>
      <w:r>
        <w:rPr>
          <w:rFonts w:ascii="Times New Roman" w:hAnsi="Times New Roman" w:eastAsia="宋体"/>
          <w:b w:val="0"/>
          <w:i w:val="0"/>
          <w:color w:val="333333"/>
          <w:sz w:val="19"/>
        </w:rPr>
        <w:t>Thus 13+11m must be a positive divisor of 711=3²·79. Among divisors greater than 13, only 79 is congruent to 13pmod11. Hence 13+11m=79, so m=6.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两次时间差给出</w:t>
      </w:r>
    </w:p>
    <w:p>
      <w:pPr>
        <w:spacing w:before="0" w:after="80" w:line="300" w:lineRule="auto"/>
        <w:jc w:val="left"/>
      </w:pPr>
      <w:r>
        <w:rPr>
          <w:rFonts w:ascii="Times New Roman" w:hAnsi="Times New Roman" w:eastAsia="宋体"/>
          <w:b w:val="0"/>
          <w:i w:val="0"/>
          <w:sz w:val="21"/>
        </w:rPr>
        <w:t>15/v-c-15/v+c=5,</w:t>
      </w:r>
    </w:p>
    <w:p>
      <w:pPr>
        <w:spacing w:before="0" w:after="80" w:line="300" w:lineRule="auto"/>
        <w:jc w:val="left"/>
      </w:pPr>
      <w:r>
        <w:rPr>
          <w:rFonts w:ascii="Times New Roman" w:hAnsi="Times New Roman" w:eastAsia="宋体"/>
          <w:b w:val="0"/>
          <w:i w:val="0"/>
          <w:sz w:val="21"/>
        </w:rPr>
        <w:t>15/2v-c-15/2v+c=1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 v²-c²=6c 且 4v²-c²=30c。将 v²=c²+6c 代入第二式，得到 3c²-6c=0。由 c&gt;0 可得 c=2。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time differences give</w:t>
      </w:r>
    </w:p>
    <w:p>
      <w:pPr>
        <w:spacing w:before="0" w:after="80" w:line="300" w:lineRule="auto"/>
        <w:jc w:val="left"/>
      </w:pPr>
      <w:r>
        <w:rPr>
          <w:rFonts w:ascii="Times New Roman" w:hAnsi="Times New Roman" w:eastAsia="宋体"/>
          <w:b w:val="0"/>
          <w:i w:val="0"/>
          <w:color w:val="333333"/>
          <w:sz w:val="19"/>
        </w:rPr>
        <w:t>15/v-c-15/v+c=5,</w:t>
      </w:r>
    </w:p>
    <w:p>
      <w:pPr>
        <w:spacing w:before="0" w:after="80" w:line="300" w:lineRule="auto"/>
        <w:jc w:val="left"/>
      </w:pPr>
      <w:r>
        <w:rPr>
          <w:rFonts w:ascii="Times New Roman" w:hAnsi="Times New Roman" w:eastAsia="宋体"/>
          <w:b w:val="0"/>
          <w:i w:val="0"/>
          <w:color w:val="333333"/>
          <w:sz w:val="19"/>
        </w:rPr>
        <w:t>15/2v-c-15/2v+c=1.</w:t>
      </w:r>
    </w:p>
    <w:p>
      <w:pPr>
        <w:spacing w:before="0" w:after="80" w:line="300" w:lineRule="auto"/>
        <w:jc w:val="left"/>
      </w:pPr>
      <w:r>
        <w:rPr>
          <w:rFonts w:ascii="Times New Roman" w:hAnsi="Times New Roman" w:eastAsia="宋体"/>
          <w:b w:val="0"/>
          <w:i w:val="0"/>
          <w:color w:val="333333"/>
          <w:sz w:val="19"/>
        </w:rPr>
        <w:t>These simplify to v²-c²=6c and 4v²-c²=30c. Substituting v²=c²+6c into the second gives 3c²-6c=0. Since c&gt;0, we have c=2.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令 p=OP。所给比例化为</w:t>
      </w:r>
    </w:p>
    <w:p>
      <w:pPr>
        <w:spacing w:before="0" w:after="80" w:line="300" w:lineRule="auto"/>
        <w:jc w:val="left"/>
      </w:pPr>
      <w:r>
        <w:rPr>
          <w:rFonts w:ascii="Times New Roman" w:hAnsi="Times New Roman" w:eastAsia="宋体"/>
          <w:b w:val="0"/>
          <w:i w:val="0"/>
          <w:sz w:val="21"/>
        </w:rPr>
        <w:t>p-a/d-p=p-b/c-p。</w:t>
      </w:r>
    </w:p>
    <w:p>
      <w:pPr>
        <w:spacing w:before="0" w:after="80" w:line="300" w:lineRule="auto"/>
        <w:jc w:val="left"/>
      </w:pPr>
      <w:r>
        <w:rPr>
          <w:rFonts w:ascii="Times New Roman" w:hAnsi="Times New Roman" w:eastAsia="宋体"/>
          <w:b w:val="0"/>
          <w:i w:val="0"/>
          <w:sz w:val="21"/>
        </w:rPr>
        <w:t>交叉相乘后，p² 项相消，得到</w:t>
      </w:r>
    </w:p>
    <w:p>
      <w:pPr>
        <w:spacing w:before="0" w:after="80" w:line="300" w:lineRule="auto"/>
        <w:jc w:val="left"/>
      </w:pPr>
      <w:r>
        <w:rPr>
          <w:rFonts w:ascii="Times New Roman" w:hAnsi="Times New Roman" w:eastAsia="宋体"/>
          <w:b w:val="0"/>
          <w:i w:val="0"/>
          <w:sz w:val="21"/>
        </w:rPr>
        <w:t>p(a-b+c-d)=ac-bd。</w:t>
      </w:r>
    </w:p>
    <w:p>
      <w:pPr>
        <w:spacing w:before="0" w:after="80" w:line="300" w:lineRule="auto"/>
        <w:jc w:val="left"/>
      </w:pPr>
      <w:r>
        <w:rPr>
          <w:rFonts w:ascii="Times New Roman" w:hAnsi="Times New Roman" w:eastAsia="宋体"/>
          <w:b w:val="0"/>
          <w:i w:val="0"/>
          <w:sz w:val="21"/>
        </w:rPr>
        <w:t>因此 p=ac-bd/a-b+c-d。</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p=OP. The given ratio becomes</w:t>
      </w:r>
    </w:p>
    <w:p>
      <w:pPr>
        <w:spacing w:before="0" w:after="80" w:line="300" w:lineRule="auto"/>
        <w:jc w:val="left"/>
      </w:pPr>
      <w:r>
        <w:rPr>
          <w:rFonts w:ascii="Times New Roman" w:hAnsi="Times New Roman" w:eastAsia="宋体"/>
          <w:b w:val="0"/>
          <w:i w:val="0"/>
          <w:color w:val="333333"/>
          <w:sz w:val="19"/>
        </w:rPr>
        <w:t>p-a/d-p=p-b/c-p.</w:t>
      </w:r>
    </w:p>
    <w:p>
      <w:pPr>
        <w:spacing w:before="0" w:after="80" w:line="300" w:lineRule="auto"/>
        <w:jc w:val="left"/>
      </w:pPr>
      <w:r>
        <w:rPr>
          <w:rFonts w:ascii="Times New Roman" w:hAnsi="Times New Roman" w:eastAsia="宋体"/>
          <w:b w:val="0"/>
          <w:i w:val="0"/>
          <w:color w:val="333333"/>
          <w:sz w:val="19"/>
        </w:rPr>
        <w:t>Cross-multiplication cancels the p² terms and yields</w:t>
      </w:r>
    </w:p>
    <w:p>
      <w:pPr>
        <w:spacing w:before="0" w:after="80" w:line="300" w:lineRule="auto"/>
        <w:jc w:val="left"/>
      </w:pPr>
      <w:r>
        <w:rPr>
          <w:rFonts w:ascii="Times New Roman" w:hAnsi="Times New Roman" w:eastAsia="宋体"/>
          <w:b w:val="0"/>
          <w:i w:val="0"/>
          <w:color w:val="333333"/>
          <w:sz w:val="19"/>
        </w:rPr>
        <w:t>p(a-b+c-d)=ac-bd.</w:t>
      </w:r>
    </w:p>
    <w:p>
      <w:pPr>
        <w:spacing w:before="0" w:after="80" w:line="300" w:lineRule="auto"/>
        <w:jc w:val="left"/>
      </w:pPr>
      <w:r>
        <w:rPr>
          <w:rFonts w:ascii="Times New Roman" w:hAnsi="Times New Roman" w:eastAsia="宋体"/>
          <w:b w:val="0"/>
          <w:i w:val="0"/>
          <w:color w:val="333333"/>
          <w:sz w:val="19"/>
        </w:rPr>
        <w:t>Therefore p=ac-bd/a-b+c-d.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由容斥原理，所求个数为</w:t>
      </w:r>
    </w:p>
    <w:p>
      <w:pPr>
        <w:spacing w:before="0" w:after="80" w:line="300" w:lineRule="auto"/>
        <w:jc w:val="left"/>
      </w:pPr>
      <w:r>
        <w:rPr>
          <w:rFonts w:ascii="Times New Roman" w:hAnsi="Times New Roman" w:eastAsia="宋体"/>
          <w:b w:val="0"/>
          <w:i w:val="0"/>
          <w:sz w:val="21"/>
        </w:rPr>
        <w:t>999-⌊999/5⌋ -⌊999/7⌋</w:t>
      </w:r>
    </w:p>
    <w:p>
      <w:pPr>
        <w:spacing w:before="0" w:after="80" w:line="300" w:lineRule="auto"/>
        <w:jc w:val="left"/>
      </w:pPr>
      <w:r>
        <w:rPr>
          <w:rFonts w:ascii="Times New Roman" w:hAnsi="Times New Roman" w:eastAsia="宋体"/>
          <w:b w:val="0"/>
          <w:i w:val="0"/>
          <w:sz w:val="21"/>
        </w:rPr>
        <w:t>+⌊999/35⌋</w:t>
      </w:r>
    </w:p>
    <w:p>
      <w:pPr>
        <w:spacing w:before="0" w:after="80" w:line="300" w:lineRule="auto"/>
        <w:jc w:val="left"/>
      </w:pPr>
      <w:r>
        <w:rPr>
          <w:rFonts w:ascii="Times New Roman" w:hAnsi="Times New Roman" w:eastAsia="宋体"/>
          <w:b w:val="0"/>
          <w:i w:val="0"/>
          <w:sz w:val="21"/>
        </w:rPr>
        <w:t>=999-199-142+28</w:t>
      </w:r>
    </w:p>
    <w:p>
      <w:pPr>
        <w:spacing w:before="0" w:after="80" w:line="300" w:lineRule="auto"/>
        <w:jc w:val="left"/>
      </w:pPr>
      <w:r>
        <w:rPr>
          <w:rFonts w:ascii="Times New Roman" w:hAnsi="Times New Roman" w:eastAsia="宋体"/>
          <w:b w:val="0"/>
          <w:i w:val="0"/>
          <w:sz w:val="21"/>
        </w:rPr>
        <w:t>=686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inclusion-exclusion, the count is</w:t>
      </w:r>
    </w:p>
    <w:p>
      <w:pPr>
        <w:spacing w:before="0" w:after="80" w:line="300" w:lineRule="auto"/>
        <w:jc w:val="left"/>
      </w:pPr>
      <w:r>
        <w:rPr>
          <w:rFonts w:ascii="Times New Roman" w:hAnsi="Times New Roman" w:eastAsia="宋体"/>
          <w:b w:val="0"/>
          <w:i w:val="0"/>
          <w:color w:val="333333"/>
          <w:sz w:val="19"/>
        </w:rPr>
        <w:t>999-⌊999/5⌋ -⌊999/7⌋</w:t>
      </w:r>
    </w:p>
    <w:p>
      <w:pPr>
        <w:spacing w:before="0" w:after="80" w:line="300" w:lineRule="auto"/>
        <w:jc w:val="left"/>
      </w:pPr>
      <w:r>
        <w:rPr>
          <w:rFonts w:ascii="Times New Roman" w:hAnsi="Times New Roman" w:eastAsia="宋体"/>
          <w:b w:val="0"/>
          <w:i w:val="0"/>
          <w:color w:val="333333"/>
          <w:sz w:val="19"/>
        </w:rPr>
        <w:t>+⌊999/35⌋</w:t>
      </w:r>
    </w:p>
    <w:p>
      <w:pPr>
        <w:spacing w:before="0" w:after="80" w:line="300" w:lineRule="auto"/>
        <w:jc w:val="left"/>
      </w:pPr>
      <w:r>
        <w:rPr>
          <w:rFonts w:ascii="Times New Roman" w:hAnsi="Times New Roman" w:eastAsia="宋体"/>
          <w:b w:val="0"/>
          <w:i w:val="0"/>
          <w:color w:val="333333"/>
          <w:sz w:val="19"/>
        </w:rPr>
        <w:t>=999-199-142+28</w:t>
      </w:r>
    </w:p>
    <w:p>
      <w:pPr>
        <w:spacing w:before="0" w:after="80" w:line="300" w:lineRule="auto"/>
        <w:jc w:val="left"/>
      </w:pPr>
      <w:r>
        <w:rPr>
          <w:rFonts w:ascii="Times New Roman" w:hAnsi="Times New Roman" w:eastAsia="宋体"/>
          <w:b w:val="0"/>
          <w:i w:val="0"/>
          <w:color w:val="333333"/>
          <w:sz w:val="19"/>
        </w:rPr>
        <w:t>=686.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因为根之和为零，所以第四个根是 -6。两两乘积之和为</w:t>
      </w:r>
    </w:p>
    <w:p>
      <w:pPr>
        <w:spacing w:before="0" w:after="80" w:line="300" w:lineRule="auto"/>
        <w:jc w:val="left"/>
      </w:pPr>
      <w:r>
        <w:rPr>
          <w:rFonts w:ascii="Times New Roman" w:hAnsi="Times New Roman" w:eastAsia="宋体"/>
          <w:b w:val="0"/>
          <w:i w:val="0"/>
          <w:sz w:val="21"/>
        </w:rPr>
        <w:t>a=2+3-6+6</w:t>
      </w:r>
    </w:p>
    <w:p>
      <w:pPr>
        <w:spacing w:before="0" w:after="80" w:line="300" w:lineRule="auto"/>
        <w:jc w:val="left"/>
      </w:pPr>
      <w:r>
        <w:rPr>
          <w:rFonts w:ascii="Times New Roman" w:hAnsi="Times New Roman" w:eastAsia="宋体"/>
          <w:b w:val="0"/>
          <w:i w:val="0"/>
          <w:sz w:val="21"/>
        </w:rPr>
        <w:t>-12-18=-25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而四根之积为 c=(1)(2)(3)(-6)=-36。因此 a+c=-61。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fourth root is -6 because the root sum is zero. The sum of pairwise products is</w:t>
      </w:r>
    </w:p>
    <w:p>
      <w:pPr>
        <w:spacing w:before="0" w:after="80" w:line="300" w:lineRule="auto"/>
        <w:jc w:val="left"/>
      </w:pPr>
      <w:r>
        <w:rPr>
          <w:rFonts w:ascii="Times New Roman" w:hAnsi="Times New Roman" w:eastAsia="宋体"/>
          <w:b w:val="0"/>
          <w:i w:val="0"/>
          <w:color w:val="333333"/>
          <w:sz w:val="19"/>
        </w:rPr>
        <w:t>a=2+3-6+6</w:t>
      </w:r>
    </w:p>
    <w:p>
      <w:pPr>
        <w:spacing w:before="0" w:after="80" w:line="300" w:lineRule="auto"/>
        <w:jc w:val="left"/>
      </w:pPr>
      <w:r>
        <w:rPr>
          <w:rFonts w:ascii="Times New Roman" w:hAnsi="Times New Roman" w:eastAsia="宋体"/>
          <w:b w:val="0"/>
          <w:i w:val="0"/>
          <w:color w:val="333333"/>
          <w:sz w:val="19"/>
        </w:rPr>
        <w:t>-12-18=-25,</w:t>
      </w:r>
    </w:p>
    <w:p>
      <w:pPr>
        <w:spacing w:before="0" w:after="80" w:line="300" w:lineRule="auto"/>
        <w:jc w:val="left"/>
      </w:pPr>
      <w:r>
        <w:rPr>
          <w:rFonts w:ascii="Times New Roman" w:hAnsi="Times New Roman" w:eastAsia="宋体"/>
          <w:b w:val="0"/>
          <w:i w:val="0"/>
          <w:color w:val="333333"/>
          <w:sz w:val="19"/>
        </w:rPr>
        <w:t>while the product is c=(1)(2)(3)(-6)=-36. Thus a+c=-61.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因为 AO 是角平分线，所以圆周角 ∠ BAD 与 ∠ CAD 相等。因此弧 BD 与 CD 相等，从而弦 BD 与 CD 相等。</w:t>
      </w:r>
    </w:p>
    <w:p>
      <w:pPr>
        <w:spacing w:before="0" w:after="80" w:line="300" w:lineRule="auto"/>
        <w:jc w:val="left"/>
      </w:pPr>
      <w:r>
        <w:rPr>
          <w:rFonts w:ascii="Times New Roman" w:hAnsi="Times New Roman" w:eastAsia="宋体"/>
          <w:b w:val="0"/>
          <w:i w:val="0"/>
          <w:sz w:val="21"/>
        </w:rPr>
        <w:t>设 ∠ BAD=α，且 ∠ BCO=β。则 ∠ OCD=α+β。在三角形 AOC 中，外角 ∠ COD 也等于 α+β。因此 CD=OD，所以 CD=OD=BD。</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AO is an angle bisector, the inscribed angles ∠ BAD and ∠ CAD are equal. Hence arcs BD and CD, and therefore chords BD and CD, are equal.</w:t>
      </w:r>
    </w:p>
    <w:p>
      <w:pPr>
        <w:spacing w:before="0" w:after="80" w:line="300" w:lineRule="auto"/>
        <w:jc w:val="left"/>
      </w:pPr>
      <w:r>
        <w:rPr>
          <w:rFonts w:ascii="Times New Roman" w:hAnsi="Times New Roman" w:eastAsia="宋体"/>
          <w:b w:val="0"/>
          <w:i w:val="0"/>
          <w:color w:val="333333"/>
          <w:sz w:val="19"/>
        </w:rPr>
        <w:t>Let ∠ BAD=α and ∠ BCO=β. Then ∠ OCD=α+β. In triangle AOC, the exterior angle ∠ COD also equals α+β. Thus CD=OD, so CD=OD=BD.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B</w:t>
      </w:r>
    </w:p>
    <w:p>
      <w:pPr>
        <w:spacing w:before="0" w:after="80" w:line="300" w:lineRule="auto"/>
        <w:jc w:val="left"/>
      </w:pPr>
      <w:r>
        <w:rPr>
          <w:rFonts w:ascii="Times New Roman" w:hAnsi="Times New Roman" w:eastAsia="宋体"/>
          <w:b w:val="0"/>
          <w:i w:val="0"/>
          <w:sz w:val="21"/>
        </w:rPr>
        <w:t>因为 MD∥ PC，三角形 MDP 与 MDC 的底边同为 MD，且高相等，所以它们的面积相等。因此</w:t>
      </w:r>
    </w:p>
    <w:p>
      <w:pPr>
        <w:spacing w:before="0" w:after="80" w:line="300" w:lineRule="auto"/>
        <w:jc w:val="left"/>
      </w:pPr>
      <w:r>
        <w:rPr>
          <w:rFonts w:ascii="Times New Roman" w:hAnsi="Times New Roman" w:eastAsia="宋体"/>
          <w:b w:val="0"/>
          <w:i w:val="0"/>
          <w:sz w:val="21"/>
        </w:rPr>
        <w:t>[BPD] =[BMD]+[MDP]</w:t>
      </w:r>
    </w:p>
    <w:p>
      <w:pPr>
        <w:spacing w:before="0" w:after="80" w:line="300" w:lineRule="auto"/>
        <w:jc w:val="left"/>
      </w:pPr>
      <w:r>
        <w:rPr>
          <w:rFonts w:ascii="Times New Roman" w:hAnsi="Times New Roman" w:eastAsia="宋体"/>
          <w:b w:val="0"/>
          <w:i w:val="0"/>
          <w:sz w:val="21"/>
        </w:rPr>
        <w:t>=[BMD]+[MDC]</w:t>
      </w:r>
    </w:p>
    <w:p>
      <w:pPr>
        <w:spacing w:before="0" w:after="80" w:line="300" w:lineRule="auto"/>
        <w:jc w:val="left"/>
      </w:pPr>
      <w:r>
        <w:rPr>
          <w:rFonts w:ascii="Times New Roman" w:hAnsi="Times New Roman" w:eastAsia="宋体"/>
          <w:b w:val="0"/>
          <w:i w:val="0"/>
          <w:sz w:val="21"/>
        </w:rPr>
        <w:t>=[BMC]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CM 是中线，所以 [BMC]=([ABC])/2。因此对于每个符合条件的 P，都有 r=1/2。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MD∥ PC, triangles MDP and MDC have the same base MD and equal altitudes, so their areas are equal. Hence</w:t>
      </w:r>
    </w:p>
    <w:p>
      <w:pPr>
        <w:spacing w:before="0" w:after="80" w:line="300" w:lineRule="auto"/>
        <w:jc w:val="left"/>
      </w:pPr>
      <w:r>
        <w:rPr>
          <w:rFonts w:ascii="Times New Roman" w:hAnsi="Times New Roman" w:eastAsia="宋体"/>
          <w:b w:val="0"/>
          <w:i w:val="0"/>
          <w:color w:val="333333"/>
          <w:sz w:val="19"/>
        </w:rPr>
        <w:t>[BPD] =[BMD]+[MDP]</w:t>
      </w:r>
    </w:p>
    <w:p>
      <w:pPr>
        <w:spacing w:before="0" w:after="80" w:line="300" w:lineRule="auto"/>
        <w:jc w:val="left"/>
      </w:pPr>
      <w:r>
        <w:rPr>
          <w:rFonts w:ascii="Times New Roman" w:hAnsi="Times New Roman" w:eastAsia="宋体"/>
          <w:b w:val="0"/>
          <w:i w:val="0"/>
          <w:color w:val="333333"/>
          <w:sz w:val="19"/>
        </w:rPr>
        <w:t>=[BMD]+[MDC]</w:t>
      </w:r>
    </w:p>
    <w:p>
      <w:pPr>
        <w:spacing w:before="0" w:after="80" w:line="300" w:lineRule="auto"/>
        <w:jc w:val="left"/>
      </w:pPr>
      <w:r>
        <w:rPr>
          <w:rFonts w:ascii="Times New Roman" w:hAnsi="Times New Roman" w:eastAsia="宋体"/>
          <w:b w:val="0"/>
          <w:i w:val="0"/>
          <w:color w:val="333333"/>
          <w:sz w:val="19"/>
        </w:rPr>
        <w:t>=[BMC].</w:t>
      </w:r>
    </w:p>
    <w:p>
      <w:pPr>
        <w:spacing w:before="0" w:after="80" w:line="300" w:lineRule="auto"/>
        <w:jc w:val="left"/>
      </w:pPr>
      <w:r>
        <w:rPr>
          <w:rFonts w:ascii="Times New Roman" w:hAnsi="Times New Roman" w:eastAsia="宋体"/>
          <w:b w:val="0"/>
          <w:i w:val="0"/>
          <w:color w:val="333333"/>
          <w:sz w:val="19"/>
        </w:rPr>
        <w:t>Because CM is a median, [BMC]=([ABC])/2. Thus r=1/2 for every allowed P.</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D</w:t>
      </w:r>
    </w:p>
    <w:p>
      <w:pPr>
        <w:spacing w:before="0" w:after="80" w:line="300" w:lineRule="auto"/>
        <w:jc w:val="left"/>
      </w:pPr>
      <w:r>
        <w:rPr>
          <w:rFonts w:ascii="Times New Roman" w:hAnsi="Times New Roman" w:eastAsia="宋体"/>
          <w:b w:val="0"/>
          <w:i w:val="0"/>
          <w:sz w:val="21"/>
        </w:rPr>
        <w:t>设 N=(a+b)x-a²-b²。两边分别通分可得</w:t>
      </w:r>
    </w:p>
    <w:p>
      <w:pPr>
        <w:spacing w:before="0" w:after="80" w:line="300" w:lineRule="auto"/>
        <w:jc w:val="left"/>
      </w:pPr>
      <w:r>
        <w:rPr>
          <w:rFonts w:ascii="Times New Roman" w:hAnsi="Times New Roman" w:eastAsia="宋体"/>
          <w:b w:val="0"/>
          <w:i w:val="0"/>
          <w:sz w:val="21"/>
        </w:rPr>
        <w:t>N(1/ab -1/((x-a)(x-b)))=0。</w:t>
      </w:r>
    </w:p>
    <w:p>
      <w:pPr>
        <w:spacing w:before="0" w:after="80" w:line="300" w:lineRule="auto"/>
        <w:jc w:val="left"/>
      </w:pPr>
      <w:r>
        <w:rPr>
          <w:rFonts w:ascii="Times New Roman" w:hAnsi="Times New Roman" w:eastAsia="宋体"/>
          <w:b w:val="0"/>
          <w:i w:val="0"/>
          <w:sz w:val="21"/>
        </w:rPr>
        <w:t>第一个因子给出 x=a²+b²/a+b。第二个因子给出 (x-a)(x-b)=ab，即 x(x-a-b)=0，从而得到 x=0 与 x=a+b。题设条件保证三个值都有定义且互不相同。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N=(a+b)x-a²-b². Combining each side gives</w:t>
      </w:r>
    </w:p>
    <w:p>
      <w:pPr>
        <w:spacing w:before="0" w:after="80" w:line="300" w:lineRule="auto"/>
        <w:jc w:val="left"/>
      </w:pPr>
      <w:r>
        <w:rPr>
          <w:rFonts w:ascii="Times New Roman" w:hAnsi="Times New Roman" w:eastAsia="宋体"/>
          <w:b w:val="0"/>
          <w:i w:val="0"/>
          <w:color w:val="333333"/>
          <w:sz w:val="19"/>
        </w:rPr>
        <w:t>N(1/ab -1/((x-a)(x-b)))=0.</w:t>
      </w:r>
    </w:p>
    <w:p>
      <w:pPr>
        <w:spacing w:before="0" w:after="80" w:line="300" w:lineRule="auto"/>
        <w:jc w:val="left"/>
      </w:pPr>
      <w:r>
        <w:rPr>
          <w:rFonts w:ascii="Times New Roman" w:hAnsi="Times New Roman" w:eastAsia="宋体"/>
          <w:b w:val="0"/>
          <w:i w:val="0"/>
          <w:color w:val="333333"/>
          <w:sz w:val="19"/>
        </w:rPr>
        <w:t>The first factor gives x=a²+b²/a+b. The second gives (x-a)(x-b)=ab, or x(x-a-b)=0, giving x=0 and x=a+b. The hypotheses ensure that all three are defined and distinct.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B</w:t>
      </w:r>
    </w:p>
    <w:p>
      <w:pPr>
        <w:spacing w:before="0" w:after="80" w:line="300" w:lineRule="auto"/>
        <w:jc w:val="left"/>
      </w:pPr>
      <w:r>
        <w:rPr>
          <w:rFonts w:ascii="Times New Roman" w:hAnsi="Times New Roman" w:eastAsia="宋体"/>
          <w:b w:val="0"/>
          <w:i w:val="0"/>
          <w:sz w:val="21"/>
        </w:rPr>
        <w:t>因为 11 英尺等于 11/5280 英里，所以以每小时 r 英里的速度转一圈需要</w:t>
      </w:r>
    </w:p>
    <w:p>
      <w:pPr>
        <w:spacing w:before="0" w:after="80" w:line="300" w:lineRule="auto"/>
        <w:jc w:val="left"/>
      </w:pPr>
      <w:r>
        <w:rPr>
          <w:rFonts w:ascii="Times New Roman" w:hAnsi="Times New Roman" w:eastAsia="宋体"/>
          <w:b w:val="0"/>
          <w:i w:val="0"/>
          <w:sz w:val="21"/>
        </w:rPr>
        <w:t>(3600·11)/5280r=7.5/r</w:t>
      </w:r>
    </w:p>
    <w:p>
      <w:pPr>
        <w:spacing w:before="0" w:after="80" w:line="300" w:lineRule="auto"/>
        <w:jc w:val="left"/>
      </w:pPr>
      <w:r>
        <w:rPr>
          <w:rFonts w:ascii="Times New Roman" w:hAnsi="Times New Roman" w:eastAsia="宋体"/>
          <w:b w:val="0"/>
          <w:i w:val="0"/>
          <w:sz w:val="21"/>
        </w:rPr>
        <w:t>秒。因此</w:t>
      </w:r>
    </w:p>
    <w:p>
      <w:pPr>
        <w:spacing w:before="0" w:after="80" w:line="300" w:lineRule="auto"/>
        <w:jc w:val="left"/>
      </w:pPr>
      <w:r>
        <w:rPr>
          <w:rFonts w:ascii="Times New Roman" w:hAnsi="Times New Roman" w:eastAsia="宋体"/>
          <w:b w:val="0"/>
          <w:i w:val="0"/>
          <w:sz w:val="21"/>
        </w:rPr>
        <w:t>7.5/r-7.5/r+5=1/4。</w:t>
      </w:r>
    </w:p>
    <w:p>
      <w:pPr>
        <w:spacing w:before="0" w:after="80" w:line="300" w:lineRule="auto"/>
        <w:jc w:val="left"/>
      </w:pPr>
      <w:r>
        <w:rPr>
          <w:rFonts w:ascii="Times New Roman" w:hAnsi="Times New Roman" w:eastAsia="宋体"/>
          <w:b w:val="0"/>
          <w:i w:val="0"/>
          <w:sz w:val="21"/>
        </w:rPr>
        <w:t>化简得 r²+5r-150=0，即 (r-10)(r+15)=0。正的速度为 r=10。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11 feet is 11/5280 mile, one rotation at r mph takes</w:t>
      </w:r>
    </w:p>
    <w:p>
      <w:pPr>
        <w:spacing w:before="0" w:after="80" w:line="300" w:lineRule="auto"/>
        <w:jc w:val="left"/>
      </w:pPr>
      <w:r>
        <w:rPr>
          <w:rFonts w:ascii="Times New Roman" w:hAnsi="Times New Roman" w:eastAsia="宋体"/>
          <w:b w:val="0"/>
          <w:i w:val="0"/>
          <w:color w:val="333333"/>
          <w:sz w:val="19"/>
        </w:rPr>
        <w:t>(3600·11)/5280r=7.5/r</w:t>
      </w:r>
    </w:p>
    <w:p>
      <w:pPr>
        <w:spacing w:before="0" w:after="80" w:line="300" w:lineRule="auto"/>
        <w:jc w:val="left"/>
      </w:pPr>
      <w:r>
        <w:rPr>
          <w:rFonts w:ascii="Times New Roman" w:hAnsi="Times New Roman" w:eastAsia="宋体"/>
          <w:b w:val="0"/>
          <w:i w:val="0"/>
          <w:color w:val="333333"/>
          <w:sz w:val="19"/>
        </w:rPr>
        <w:t>seconds. Thus</w:t>
      </w:r>
    </w:p>
    <w:p>
      <w:pPr>
        <w:spacing w:before="0" w:after="80" w:line="300" w:lineRule="auto"/>
        <w:jc w:val="left"/>
      </w:pPr>
      <w:r>
        <w:rPr>
          <w:rFonts w:ascii="Times New Roman" w:hAnsi="Times New Roman" w:eastAsia="宋体"/>
          <w:b w:val="0"/>
          <w:i w:val="0"/>
          <w:color w:val="333333"/>
          <w:sz w:val="19"/>
        </w:rPr>
        <w:t>7.5/r-7.5/r+5=1/4.</w:t>
      </w:r>
    </w:p>
    <w:p>
      <w:pPr>
        <w:spacing w:before="0" w:after="80" w:line="300" w:lineRule="auto"/>
        <w:jc w:val="left"/>
      </w:pPr>
      <w:r>
        <w:rPr>
          <w:rFonts w:ascii="Times New Roman" w:hAnsi="Times New Roman" w:eastAsia="宋体"/>
          <w:b w:val="0"/>
          <w:i w:val="0"/>
          <w:color w:val="333333"/>
          <w:sz w:val="19"/>
        </w:rPr>
        <w:t>This reduces to r²+5r-150=0, or (r-10)(r+15)=0. The positive speed is r=10.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C</w:t>
      </w:r>
    </w:p>
    <w:p>
      <w:pPr>
        <w:spacing w:before="0" w:after="80" w:line="300" w:lineRule="auto"/>
        <w:jc w:val="left"/>
      </w:pPr>
      <w:r>
        <w:rPr>
          <w:rFonts w:ascii="Times New Roman" w:hAnsi="Times New Roman" w:eastAsia="宋体"/>
          <w:b w:val="0"/>
          <w:i w:val="0"/>
          <w:sz w:val="21"/>
        </w:rPr>
        <w:t>将三个严格的三角不等式</w:t>
      </w:r>
    </w:p>
    <w:p>
      <w:pPr>
        <w:spacing w:before="0" w:after="80" w:line="300" w:lineRule="auto"/>
        <w:jc w:val="left"/>
      </w:pPr>
      <w:r>
        <w:rPr>
          <w:rFonts w:ascii="Times New Roman" w:hAnsi="Times New Roman" w:eastAsia="宋体"/>
          <w:b w:val="0"/>
          <w:i w:val="0"/>
          <w:sz w:val="21"/>
        </w:rPr>
        <w:t>AB&lt; OA+OB,</w:t>
      </w:r>
    </w:p>
    <w:p>
      <w:pPr>
        <w:spacing w:before="0" w:after="80" w:line="300" w:lineRule="auto"/>
        <w:jc w:val="left"/>
      </w:pPr>
      <w:r>
        <w:rPr>
          <w:rFonts w:ascii="Times New Roman" w:hAnsi="Times New Roman" w:eastAsia="宋体"/>
          <w:b w:val="0"/>
          <w:i w:val="0"/>
          <w:sz w:val="21"/>
        </w:rPr>
        <w:t>BC&lt; OB+OC,</w:t>
      </w:r>
    </w:p>
    <w:p>
      <w:pPr>
        <w:spacing w:before="0" w:after="80" w:line="300" w:lineRule="auto"/>
        <w:jc w:val="left"/>
      </w:pPr>
      <w:r>
        <w:rPr>
          <w:rFonts w:ascii="Times New Roman" w:hAnsi="Times New Roman" w:eastAsia="宋体"/>
          <w:b w:val="0"/>
          <w:i w:val="0"/>
          <w:sz w:val="21"/>
        </w:rPr>
        <w:t>CA&lt; OC+OA</w:t>
      </w:r>
    </w:p>
    <w:p>
      <w:pPr>
        <w:spacing w:before="0" w:after="80" w:line="300" w:lineRule="auto"/>
        <w:jc w:val="left"/>
      </w:pPr>
      <w:r>
        <w:rPr>
          <w:rFonts w:ascii="Times New Roman" w:hAnsi="Times New Roman" w:eastAsia="宋体"/>
          <w:b w:val="0"/>
          <w:i w:val="0"/>
          <w:sz w:val="21"/>
        </w:rPr>
        <w:t>相加，得到 s₂&lt;2s₁。</w:t>
      </w:r>
    </w:p>
    <w:p>
      <w:pPr>
        <w:spacing w:before="0" w:after="80" w:line="300" w:lineRule="auto"/>
        <w:jc w:val="left"/>
      </w:pPr>
      <w:r>
        <w:rPr>
          <w:rFonts w:ascii="Times New Roman" w:hAnsi="Times New Roman" w:eastAsia="宋体"/>
          <w:b w:val="0"/>
          <w:i w:val="0"/>
          <w:sz w:val="21"/>
        </w:rPr>
        <w:t>为求上界，将 AO 延长至 BC 上的 D。此时 AO+OD&lt; AC+CD，且 OB&lt; OD+DB，消去相同部分得 OA+OB&lt; AC+CB。循环处理并相加，得到 2s₁&lt;2s₂。因此 s₁&gt; s₂/2 且 s₁&lt; s₂。</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three strict triangle inequalities</w:t>
      </w:r>
    </w:p>
    <w:p>
      <w:pPr>
        <w:spacing w:before="0" w:after="80" w:line="300" w:lineRule="auto"/>
        <w:jc w:val="left"/>
      </w:pPr>
      <w:r>
        <w:rPr>
          <w:rFonts w:ascii="Times New Roman" w:hAnsi="Times New Roman" w:eastAsia="宋体"/>
          <w:b w:val="0"/>
          <w:i w:val="0"/>
          <w:color w:val="333333"/>
          <w:sz w:val="19"/>
        </w:rPr>
        <w:t>AB&lt; OA+OB,</w:t>
      </w:r>
    </w:p>
    <w:p>
      <w:pPr>
        <w:spacing w:before="0" w:after="80" w:line="300" w:lineRule="auto"/>
        <w:jc w:val="left"/>
      </w:pPr>
      <w:r>
        <w:rPr>
          <w:rFonts w:ascii="Times New Roman" w:hAnsi="Times New Roman" w:eastAsia="宋体"/>
          <w:b w:val="0"/>
          <w:i w:val="0"/>
          <w:color w:val="333333"/>
          <w:sz w:val="19"/>
        </w:rPr>
        <w:t>BC&lt; OB+OC,</w:t>
      </w:r>
    </w:p>
    <w:p>
      <w:pPr>
        <w:spacing w:before="0" w:after="80" w:line="300" w:lineRule="auto"/>
        <w:jc w:val="left"/>
      </w:pPr>
      <w:r>
        <w:rPr>
          <w:rFonts w:ascii="Times New Roman" w:hAnsi="Times New Roman" w:eastAsia="宋体"/>
          <w:b w:val="0"/>
          <w:i w:val="0"/>
          <w:color w:val="333333"/>
          <w:sz w:val="19"/>
        </w:rPr>
        <w:t>CA&lt; OC+OA</w:t>
      </w:r>
    </w:p>
    <w:p>
      <w:pPr>
        <w:spacing w:before="0" w:after="80" w:line="300" w:lineRule="auto"/>
        <w:jc w:val="left"/>
      </w:pPr>
      <w:r>
        <w:rPr>
          <w:rFonts w:ascii="Times New Roman" w:hAnsi="Times New Roman" w:eastAsia="宋体"/>
          <w:b w:val="0"/>
          <w:i w:val="0"/>
          <w:color w:val="333333"/>
          <w:sz w:val="19"/>
        </w:rPr>
        <w:t>gives s₂&lt;2s₁.</w:t>
      </w:r>
    </w:p>
    <w:p>
      <w:pPr>
        <w:spacing w:before="0" w:after="80" w:line="300" w:lineRule="auto"/>
        <w:jc w:val="left"/>
      </w:pPr>
      <w:r>
        <w:rPr>
          <w:rFonts w:ascii="Times New Roman" w:hAnsi="Times New Roman" w:eastAsia="宋体"/>
          <w:b w:val="0"/>
          <w:i w:val="0"/>
          <w:color w:val="333333"/>
          <w:sz w:val="19"/>
        </w:rPr>
        <w:t>For the upper bound, extend AO to D on BC. Then AO+OD&lt; AC+CD and OB&lt; OD+DB, so cancellation gives OA+OB&lt; AC+CB. Cycling and adding yields 2s₁&lt;2s₂. Therefore s₁&gt; s₂/2 and s₁&lt; s₂.</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E</w:t>
      </w:r>
    </w:p>
    <w:p>
      <w:pPr>
        <w:spacing w:before="0" w:after="80" w:line="300" w:lineRule="auto"/>
        <w:jc w:val="left"/>
      </w:pPr>
      <w:r>
        <w:rPr>
          <w:rFonts w:ascii="Times New Roman" w:hAnsi="Times New Roman" w:eastAsia="宋体"/>
          <w:b w:val="0"/>
          <w:i w:val="0"/>
          <w:sz w:val="21"/>
        </w:rPr>
        <w:t>设 P(x)=(1+x+x²)ⁿ。则 P(1)=3ⁿ 是所有系数之和，而 P(-1)=1 是偶数次项系数之和减去奇数次项系数之和。因此</w:t>
      </w:r>
    </w:p>
    <w:p>
      <w:pPr>
        <w:spacing w:before="0" w:after="80" w:line="300" w:lineRule="auto"/>
        <w:jc w:val="left"/>
      </w:pPr>
      <w:r>
        <w:rPr>
          <w:rFonts w:ascii="Times New Roman" w:hAnsi="Times New Roman" w:eastAsia="宋体"/>
          <w:b w:val="0"/>
          <w:i w:val="0"/>
          <w:sz w:val="21"/>
        </w:rPr>
        <w:t>s=(P(1)+P(-1))/2=3ⁿ+1/2。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P(x)=(1+x+x²)ⁿ. Then P(1)=3ⁿ is the sum of all coefficients, while P(-1)=1 is the even-coefficient sum minus the odd-coefficient sum. Therefore</w:t>
      </w:r>
    </w:p>
    <w:p>
      <w:pPr>
        <w:spacing w:before="0" w:after="80" w:line="300" w:lineRule="auto"/>
        <w:jc w:val="left"/>
      </w:pPr>
      <w:r>
        <w:rPr>
          <w:rFonts w:ascii="Times New Roman" w:hAnsi="Times New Roman" w:eastAsia="宋体"/>
          <w:b w:val="0"/>
          <w:i w:val="0"/>
          <w:color w:val="333333"/>
          <w:sz w:val="19"/>
        </w:rPr>
        <w:t>s=(P(1)+P(-1))/2=3ⁿ+1/2.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C</w:t>
      </w:r>
    </w:p>
    <w:p>
      <w:pPr>
        <w:spacing w:before="0" w:after="80" w:line="300" w:lineRule="auto"/>
        <w:jc w:val="left"/>
      </w:pPr>
      <w:r>
        <w:rPr>
          <w:rFonts w:ascii="Times New Roman" w:hAnsi="Times New Roman" w:eastAsia="宋体"/>
          <w:b w:val="0"/>
          <w:i w:val="0"/>
          <w:sz w:val="21"/>
        </w:rPr>
        <w:t>若三人合作需要 t 小时，则</w:t>
      </w:r>
    </w:p>
    <w:p>
      <w:pPr>
        <w:spacing w:before="0" w:after="80" w:line="300" w:lineRule="auto"/>
        <w:jc w:val="left"/>
      </w:pPr>
      <w:r>
        <w:rPr>
          <w:rFonts w:ascii="Times New Roman" w:hAnsi="Times New Roman" w:eastAsia="宋体"/>
          <w:b w:val="0"/>
          <w:i w:val="0"/>
          <w:sz w:val="21"/>
        </w:rPr>
        <w:t>1/t+6+1/t+1+1/2t=1/t。</w:t>
      </w:r>
    </w:p>
    <w:p>
      <w:pPr>
        <w:spacing w:before="0" w:after="80" w:line="300" w:lineRule="auto"/>
        <w:jc w:val="left"/>
      </w:pPr>
      <w:r>
        <w:rPr>
          <w:rFonts w:ascii="Times New Roman" w:hAnsi="Times New Roman" w:eastAsia="宋体"/>
          <w:b w:val="0"/>
          <w:i w:val="0"/>
          <w:sz w:val="21"/>
        </w:rPr>
        <w:t>化简得 3t²+7t-6=0，所以 t=2/3。阿尔法与贝塔单独工作分别需要 20/3 和 5/3 小时，因此二人的合计工作效率为 3/20+3/5=3/4。所以 h=4/3。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all three together take t hours, then</w:t>
      </w:r>
    </w:p>
    <w:p>
      <w:pPr>
        <w:spacing w:before="0" w:after="80" w:line="300" w:lineRule="auto"/>
        <w:jc w:val="left"/>
      </w:pPr>
      <w:r>
        <w:rPr>
          <w:rFonts w:ascii="Times New Roman" w:hAnsi="Times New Roman" w:eastAsia="宋体"/>
          <w:b w:val="0"/>
          <w:i w:val="0"/>
          <w:color w:val="333333"/>
          <w:sz w:val="19"/>
        </w:rPr>
        <w:t>1/t+6+1/t+1+1/2t=1/t.</w:t>
      </w:r>
    </w:p>
    <w:p>
      <w:pPr>
        <w:spacing w:before="0" w:after="80" w:line="300" w:lineRule="auto"/>
        <w:jc w:val="left"/>
      </w:pPr>
      <w:r>
        <w:rPr>
          <w:rFonts w:ascii="Times New Roman" w:hAnsi="Times New Roman" w:eastAsia="宋体"/>
          <w:b w:val="0"/>
          <w:i w:val="0"/>
          <w:color w:val="333333"/>
          <w:sz w:val="19"/>
        </w:rPr>
        <w:t>This simplifies to 3t²+7t-6=0, so t=2/3. Alpha and Beta alone take 20/3 and 5/3 hours, so their combined rate is 3/20+3/5=3/4. Hence h=4/3.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D</w:t>
      </w:r>
    </w:p>
    <w:p>
      <w:pPr>
        <w:spacing w:before="0" w:after="80" w:line="300" w:lineRule="auto"/>
        <w:jc w:val="left"/>
      </w:pPr>
      <w:r>
        <w:rPr>
          <w:rFonts w:ascii="Times New Roman" w:hAnsi="Times New Roman" w:eastAsia="宋体"/>
          <w:b w:val="0"/>
          <w:i w:val="0"/>
          <w:sz w:val="21"/>
        </w:rPr>
        <w:t>面积比在仿射变换下不变，所以取 A=(0,0)、B=(2,0)，且 C=(0,2)。则</w:t>
      </w:r>
    </w:p>
    <w:p>
      <w:pPr>
        <w:spacing w:before="0" w:after="80" w:line="300" w:lineRule="auto"/>
        <w:jc w:val="left"/>
      </w:pPr>
      <w:r>
        <w:rPr>
          <w:rFonts w:ascii="Times New Roman" w:hAnsi="Times New Roman" w:eastAsia="宋体"/>
          <w:b w:val="0"/>
          <w:i w:val="0"/>
          <w:sz w:val="21"/>
        </w:rPr>
        <w:t>M=(1,1),</w:t>
      </w:r>
    </w:p>
    <w:p>
      <w:pPr>
        <w:spacing w:before="0" w:after="80" w:line="300" w:lineRule="auto"/>
        <w:jc w:val="left"/>
      </w:pPr>
      <w:r>
        <w:rPr>
          <w:rFonts w:ascii="Times New Roman" w:hAnsi="Times New Roman" w:eastAsia="宋体"/>
          <w:b w:val="0"/>
          <w:i w:val="0"/>
          <w:sz w:val="21"/>
        </w:rPr>
        <w:t>O=(2/3,2/3),</w:t>
      </w:r>
    </w:p>
    <w:p>
      <w:pPr>
        <w:spacing w:before="0" w:after="80" w:line="300" w:lineRule="auto"/>
        <w:jc w:val="left"/>
      </w:pPr>
      <w:r>
        <w:rPr>
          <w:rFonts w:ascii="Times New Roman" w:hAnsi="Times New Roman" w:eastAsia="宋体"/>
          <w:b w:val="0"/>
          <w:i w:val="0"/>
          <w:sz w:val="21"/>
        </w:rPr>
        <w:t>P=(0,1)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直线 MP 为 y=1，它与中线 CN 交于 Q=(1/2,1)。因此 [OMQ]=1/12，而 [ABC]=2。二者之比为 24，所以 [ABC]=24n。</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Area ratios are affine-invariant, so take A=(0,0), B=(2,0), and C=(0,2). Then</w:t>
      </w:r>
    </w:p>
    <w:p>
      <w:pPr>
        <w:spacing w:before="0" w:after="80" w:line="300" w:lineRule="auto"/>
        <w:jc w:val="left"/>
      </w:pPr>
      <w:r>
        <w:rPr>
          <w:rFonts w:ascii="Times New Roman" w:hAnsi="Times New Roman" w:eastAsia="宋体"/>
          <w:b w:val="0"/>
          <w:i w:val="0"/>
          <w:color w:val="333333"/>
          <w:sz w:val="19"/>
        </w:rPr>
        <w:t>M=(1,1),</w:t>
      </w:r>
    </w:p>
    <w:p>
      <w:pPr>
        <w:spacing w:before="0" w:after="80" w:line="300" w:lineRule="auto"/>
        <w:jc w:val="left"/>
      </w:pPr>
      <w:r>
        <w:rPr>
          <w:rFonts w:ascii="Times New Roman" w:hAnsi="Times New Roman" w:eastAsia="宋体"/>
          <w:b w:val="0"/>
          <w:i w:val="0"/>
          <w:color w:val="333333"/>
          <w:sz w:val="19"/>
        </w:rPr>
        <w:t>O=(2/3,2/3),</w:t>
      </w:r>
    </w:p>
    <w:p>
      <w:pPr>
        <w:spacing w:before="0" w:after="80" w:line="300" w:lineRule="auto"/>
        <w:jc w:val="left"/>
      </w:pPr>
      <w:r>
        <w:rPr>
          <w:rFonts w:ascii="Times New Roman" w:hAnsi="Times New Roman" w:eastAsia="宋体"/>
          <w:b w:val="0"/>
          <w:i w:val="0"/>
          <w:color w:val="333333"/>
          <w:sz w:val="19"/>
        </w:rPr>
        <w:t>P=(0,1).</w:t>
      </w:r>
    </w:p>
    <w:p>
      <w:pPr>
        <w:spacing w:before="0" w:after="80" w:line="300" w:lineRule="auto"/>
        <w:jc w:val="left"/>
      </w:pPr>
      <w:r>
        <w:rPr>
          <w:rFonts w:ascii="Times New Roman" w:hAnsi="Times New Roman" w:eastAsia="宋体"/>
          <w:b w:val="0"/>
          <w:i w:val="0"/>
          <w:color w:val="333333"/>
          <w:sz w:val="19"/>
        </w:rPr>
        <w:t>Line MP is y=1, and it meets median CN at Q=(1/2,1). Thus [OMQ]=1/12, while [ABC]=2. Their ratio is 24, so [ABC]=24n.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E</w:t>
      </w:r>
    </w:p>
    <w:p>
      <w:pPr>
        <w:spacing w:before="0" w:after="80" w:line="300" w:lineRule="auto"/>
        <w:jc w:val="left"/>
      </w:pPr>
      <w:r>
        <w:rPr>
          <w:rFonts w:ascii="Times New Roman" w:hAnsi="Times New Roman" w:eastAsia="宋体"/>
          <w:b w:val="0"/>
          <w:i w:val="0"/>
          <w:sz w:val="21"/>
        </w:rPr>
        <w:t>两种表示给出</w:t>
      </w:r>
    </w:p>
    <w:p>
      <w:pPr>
        <w:spacing w:before="0" w:after="80" w:line="300" w:lineRule="auto"/>
        <w:jc w:val="left"/>
      </w:pPr>
      <w:r>
        <w:rPr>
          <w:rFonts w:ascii="Times New Roman" w:hAnsi="Times New Roman" w:eastAsia="宋体"/>
          <w:b w:val="0"/>
          <w:i w:val="0"/>
          <w:sz w:val="21"/>
        </w:rPr>
        <w:t>F₁=3R₁+7/R₁²-1</w:t>
      </w:r>
    </w:p>
    <w:p>
      <w:pPr>
        <w:spacing w:before="0" w:after="80" w:line="300" w:lineRule="auto"/>
        <w:jc w:val="left"/>
      </w:pPr>
      <w:r>
        <w:rPr>
          <w:rFonts w:ascii="Times New Roman" w:hAnsi="Times New Roman" w:eastAsia="宋体"/>
          <w:b w:val="0"/>
          <w:i w:val="0"/>
          <w:sz w:val="21"/>
        </w:rPr>
        <w:t>=2R₂+5/R₂²-1,</w:t>
      </w:r>
    </w:p>
    <w:p>
      <w:pPr>
        <w:spacing w:before="0" w:after="80" w:line="300" w:lineRule="auto"/>
        <w:jc w:val="left"/>
      </w:pPr>
      <w:r>
        <w:rPr>
          <w:rFonts w:ascii="Times New Roman" w:hAnsi="Times New Roman" w:eastAsia="宋体"/>
          <w:b w:val="0"/>
          <w:i w:val="0"/>
          <w:sz w:val="21"/>
        </w:rPr>
        <w:t>F₂=7R₁+3/R₁²-1</w:t>
      </w:r>
    </w:p>
    <w:p>
      <w:pPr>
        <w:spacing w:before="0" w:after="80" w:line="300" w:lineRule="auto"/>
        <w:jc w:val="left"/>
      </w:pPr>
      <w:r>
        <w:rPr>
          <w:rFonts w:ascii="Times New Roman" w:hAnsi="Times New Roman" w:eastAsia="宋体"/>
          <w:b w:val="0"/>
          <w:i w:val="0"/>
          <w:sz w:val="21"/>
        </w:rPr>
        <w:t>=5R₂+2/R₂²-1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相加得 10/R₁-1=7/R₂-1，即 10R₂-7R₁=3。相减得 4/R₁+1=3/R₂+1，即 4R₂-3R₁=-1。解得 R₁=11、R₂=8，它们的和为 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descriptions give</w:t>
      </w:r>
    </w:p>
    <w:p>
      <w:pPr>
        <w:spacing w:before="0" w:after="80" w:line="300" w:lineRule="auto"/>
        <w:jc w:val="left"/>
      </w:pPr>
      <w:r>
        <w:rPr>
          <w:rFonts w:ascii="Times New Roman" w:hAnsi="Times New Roman" w:eastAsia="宋体"/>
          <w:b w:val="0"/>
          <w:i w:val="0"/>
          <w:color w:val="333333"/>
          <w:sz w:val="19"/>
        </w:rPr>
        <w:t>F₁=3R₁+7/R₁²-1</w:t>
      </w:r>
    </w:p>
    <w:p>
      <w:pPr>
        <w:spacing w:before="0" w:after="80" w:line="300" w:lineRule="auto"/>
        <w:jc w:val="left"/>
      </w:pPr>
      <w:r>
        <w:rPr>
          <w:rFonts w:ascii="Times New Roman" w:hAnsi="Times New Roman" w:eastAsia="宋体"/>
          <w:b w:val="0"/>
          <w:i w:val="0"/>
          <w:color w:val="333333"/>
          <w:sz w:val="19"/>
        </w:rPr>
        <w:t>=2R₂+5/R₂²-1,</w:t>
      </w:r>
    </w:p>
    <w:p>
      <w:pPr>
        <w:spacing w:before="0" w:after="80" w:line="300" w:lineRule="auto"/>
        <w:jc w:val="left"/>
      </w:pPr>
      <w:r>
        <w:rPr>
          <w:rFonts w:ascii="Times New Roman" w:hAnsi="Times New Roman" w:eastAsia="宋体"/>
          <w:b w:val="0"/>
          <w:i w:val="0"/>
          <w:color w:val="333333"/>
          <w:sz w:val="19"/>
        </w:rPr>
        <w:t>F₂=7R₁+3/R₁²-1</w:t>
      </w:r>
    </w:p>
    <w:p>
      <w:pPr>
        <w:spacing w:before="0" w:after="80" w:line="300" w:lineRule="auto"/>
        <w:jc w:val="left"/>
      </w:pPr>
      <w:r>
        <w:rPr>
          <w:rFonts w:ascii="Times New Roman" w:hAnsi="Times New Roman" w:eastAsia="宋体"/>
          <w:b w:val="0"/>
          <w:i w:val="0"/>
          <w:color w:val="333333"/>
          <w:sz w:val="19"/>
        </w:rPr>
        <w:t>=5R₂+2/R₂²-1.</w:t>
      </w:r>
    </w:p>
    <w:p>
      <w:pPr>
        <w:spacing w:before="0" w:after="80" w:line="300" w:lineRule="auto"/>
        <w:jc w:val="left"/>
      </w:pPr>
      <w:r>
        <w:rPr>
          <w:rFonts w:ascii="Times New Roman" w:hAnsi="Times New Roman" w:eastAsia="宋体"/>
          <w:b w:val="0"/>
          <w:i w:val="0"/>
          <w:color w:val="333333"/>
          <w:sz w:val="19"/>
        </w:rPr>
        <w:t>Adding yields 10/R₁-1=7/R₂-1, or 10R₂-7R₁=3. Subtracting yields 4/R₁+1=3/R₂+1, or 4R₂-3R₁=-1. Solving gives R₁=11, R₂=8, whose sum is 19.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A</w:t>
      </w:r>
    </w:p>
    <w:p>
      <w:pPr>
        <w:spacing w:before="0" w:after="80" w:line="300" w:lineRule="auto"/>
        <w:jc w:val="left"/>
      </w:pPr>
      <w:r>
        <w:rPr>
          <w:rFonts w:ascii="Times New Roman" w:hAnsi="Times New Roman" w:eastAsia="宋体"/>
          <w:b w:val="0"/>
          <w:i w:val="0"/>
          <w:sz w:val="21"/>
        </w:rPr>
        <w:t>分别向 AB 作垂线 EM 和 DN。因为 AE=DC，且过 A,B 的切线平行，所以它们的投影给出 NB=x。因此 AN=2a-x。在直角三角形 ADB 中，高定理给出</w:t>
      </w:r>
    </w:p>
    <w:p>
      <w:pPr>
        <w:spacing w:before="0" w:after="80" w:line="300" w:lineRule="auto"/>
        <w:jc w:val="left"/>
      </w:pPr>
      <w:r>
        <w:rPr>
          <w:rFonts w:ascii="Times New Roman" w:hAnsi="Times New Roman" w:eastAsia="宋体"/>
          <w:b w:val="0"/>
          <w:i w:val="0"/>
          <w:sz w:val="21"/>
        </w:rPr>
        <w:t>DN²=x(2a-x)。</w:t>
      </w:r>
    </w:p>
    <w:p>
      <w:pPr>
        <w:spacing w:before="0" w:after="80" w:line="300" w:lineRule="auto"/>
        <w:jc w:val="left"/>
      </w:pPr>
      <w:r>
        <w:rPr>
          <w:rFonts w:ascii="Times New Roman" w:hAnsi="Times New Roman" w:eastAsia="宋体"/>
          <w:b w:val="0"/>
          <w:i w:val="0"/>
          <w:sz w:val="21"/>
        </w:rPr>
        <w:t>相似三角形 AME 与 AND 给出 DN/2a-x=y/x，所以 DN=(y(2a-x))/x。代入并约去公因子可得</w:t>
      </w:r>
    </w:p>
    <w:p>
      <w:pPr>
        <w:spacing w:before="0" w:after="80" w:line="300" w:lineRule="auto"/>
        <w:jc w:val="left"/>
      </w:pPr>
      <w:r>
        <w:rPr>
          <w:rFonts w:ascii="Times New Roman" w:hAnsi="Times New Roman" w:eastAsia="宋体"/>
          <w:b w:val="0"/>
          <w:i w:val="0"/>
          <w:sz w:val="21"/>
        </w:rPr>
        <w:t>y²=x³/2a-x。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Drop perpendiculars EM and DN to AB. Since AE=DC and the tangents through A,B are parallel, their projections give NB=x. Hence AN=2a-x. In right triangle ADB, the altitude theorem gives</w:t>
      </w:r>
    </w:p>
    <w:p>
      <w:pPr>
        <w:spacing w:before="0" w:after="80" w:line="300" w:lineRule="auto"/>
        <w:jc w:val="left"/>
      </w:pPr>
      <w:r>
        <w:rPr>
          <w:rFonts w:ascii="Times New Roman" w:hAnsi="Times New Roman" w:eastAsia="宋体"/>
          <w:b w:val="0"/>
          <w:i w:val="0"/>
          <w:color w:val="333333"/>
          <w:sz w:val="19"/>
        </w:rPr>
        <w:t>DN²=x(2a-x).</w:t>
      </w:r>
    </w:p>
    <w:p>
      <w:pPr>
        <w:spacing w:before="0" w:after="80" w:line="300" w:lineRule="auto"/>
        <w:jc w:val="left"/>
      </w:pPr>
      <w:r>
        <w:rPr>
          <w:rFonts w:ascii="Times New Roman" w:hAnsi="Times New Roman" w:eastAsia="宋体"/>
          <w:b w:val="0"/>
          <w:i w:val="0"/>
          <w:color w:val="333333"/>
          <w:sz w:val="19"/>
        </w:rPr>
        <w:t>Similar triangles AME and AND give DN/2a-x=y/x, so DN=(y(2a-x))/x. Substitution and cancellation yield</w:t>
      </w:r>
    </w:p>
    <w:p>
      <w:pPr>
        <w:spacing w:before="0" w:after="80" w:line="300" w:lineRule="auto"/>
        <w:jc w:val="left"/>
      </w:pPr>
      <w:r>
        <w:rPr>
          <w:rFonts w:ascii="Times New Roman" w:hAnsi="Times New Roman" w:eastAsia="宋体"/>
          <w:b w:val="0"/>
          <w:i w:val="0"/>
          <w:color w:val="333333"/>
          <w:sz w:val="19"/>
        </w:rPr>
        <w:t>y²=x³/2a-x.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