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1965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满足方程 2^(2x²-7x+5)=1 的实数 x 的个数为：</w:t>
      </w:r>
    </w:p>
    <w:p>
      <w:pPr>
        <w:spacing w:before="0" w:after="120" w:line="300" w:lineRule="auto"/>
      </w:pPr>
      <w:r>
        <w:rPr>
          <w:rFonts w:ascii="Times New Roman" w:hAnsi="Times New Roman" w:eastAsia="宋体"/>
          <w:b w:val="0"/>
          <w:i w:val="0"/>
          <w:sz w:val="21"/>
        </w:rPr>
        <w:t>（A）0　　（B）1　　（C）2　　（D）4　　（E）大于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values of x satisfying the equation 2^(2x²-7x+5)=1 is:</w:t>
      </w:r>
    </w:p>
    <w:p>
      <w:pPr>
        <w:spacing w:before="0" w:after="160" w:line="300" w:lineRule="auto"/>
      </w:pPr>
      <w:r>
        <w:rPr>
          <w:rFonts w:ascii="Times New Roman" w:hAnsi="Times New Roman" w:eastAsia="宋体"/>
          <w:b w:val="0"/>
          <w:i w:val="0"/>
          <w:color w:val="333333"/>
          <w:sz w:val="19"/>
        </w:rPr>
        <w:t>(A) 0　　(B) 1　　(C) 2　　(D) 4　　(E) more than 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一个正六边形内接于圆。六边形一边的长度与该边所截较短圆弧的长度之比为：</w:t>
      </w:r>
    </w:p>
    <w:p>
      <w:pPr>
        <w:spacing w:before="0" w:after="120" w:line="300" w:lineRule="auto"/>
      </w:pPr>
      <w:r>
        <w:rPr>
          <w:rFonts w:ascii="Times New Roman" w:hAnsi="Times New Roman" w:eastAsia="宋体"/>
          <w:b w:val="0"/>
          <w:i w:val="0"/>
          <w:sz w:val="21"/>
        </w:rPr>
        <w:t>（A）1:1　　（B）1:6　　（C）1:π　　（D）3:π　　（E）6:π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is inscribed in a circle. The ratio of the length of a side of the hexagon to the length of the shorter of the arcs intercepted by the side is:</w:t>
      </w:r>
    </w:p>
    <w:p>
      <w:pPr>
        <w:spacing w:before="0" w:after="160" w:line="300" w:lineRule="auto"/>
      </w:pPr>
      <w:r>
        <w:rPr>
          <w:rFonts w:ascii="Times New Roman" w:hAnsi="Times New Roman" w:eastAsia="宋体"/>
          <w:b w:val="0"/>
          <w:i w:val="0"/>
          <w:color w:val="333333"/>
          <w:sz w:val="19"/>
        </w:rPr>
        <w:t>(A) 1:1　　(B) 1:6　　(C) 1:π　　(D) 3:π　　(E) 6:π</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表达式 81^(-(2⁻²)) 的值与下列哪一项相同：</w:t>
      </w:r>
    </w:p>
    <w:p>
      <w:pPr>
        <w:spacing w:before="0" w:after="120" w:line="300" w:lineRule="auto"/>
      </w:pPr>
      <w:r>
        <w:rPr>
          <w:rFonts w:ascii="Times New Roman" w:hAnsi="Times New Roman" w:eastAsia="宋体"/>
          <w:b w:val="0"/>
          <w:i w:val="0"/>
          <w:sz w:val="21"/>
        </w:rPr>
        <w:t>（A）1/81　　（B）1/3　　（C）3　　（D）81　　（E）81⁴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81^(-(2⁻²)) has the same value as:</w:t>
      </w:r>
    </w:p>
    <w:p>
      <w:pPr>
        <w:spacing w:before="0" w:after="160" w:line="300" w:lineRule="auto"/>
      </w:pPr>
      <w:r>
        <w:rPr>
          <w:rFonts w:ascii="Times New Roman" w:hAnsi="Times New Roman" w:eastAsia="宋体"/>
          <w:b w:val="0"/>
          <w:i w:val="0"/>
          <w:color w:val="333333"/>
          <w:sz w:val="19"/>
        </w:rPr>
        <w:t>(A) 1/81　　(B) 1/3　　(C) 3　　(D) 81　　(E) 81⁴</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直线 l₂ 与直线 l₁ 相交，直线 l₃ 与 l₁ 平行。这三条直线互不相同且位于同一平面内。到三条直线距离均相等的点共有：</w:t>
      </w:r>
    </w:p>
    <w:p>
      <w:pPr>
        <w:spacing w:before="0" w:after="120" w:line="300" w:lineRule="auto"/>
      </w:pPr>
      <w:r>
        <w:rPr>
          <w:rFonts w:ascii="Times New Roman" w:hAnsi="Times New Roman" w:eastAsia="宋体"/>
          <w:b w:val="0"/>
          <w:i w:val="0"/>
          <w:sz w:val="21"/>
        </w:rPr>
        <w:t>（A）0　　（B）1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l₂ intersects line l₁ and line l₃ is parallel to l₁. The three lines are distinct and lie in a plane. The number of points equidistant from all three lines is:</w:t>
      </w:r>
    </w:p>
    <w:p>
      <w:pPr>
        <w:spacing w:before="0" w:after="160" w:line="300" w:lineRule="auto"/>
      </w:pPr>
      <w:r>
        <w:rPr>
          <w:rFonts w:ascii="Times New Roman" w:hAnsi="Times New Roman" w:eastAsia="宋体"/>
          <w:b w:val="0"/>
          <w:i w:val="0"/>
          <w:color w:val="333333"/>
          <w:sz w:val="19"/>
        </w:rPr>
        <w:t>(A) 0　　(B) 1　　(C) 2　　(D) 4　　(E) 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将循环小数 0.363636… 写成最简分数后，分子与分母之和为：</w:t>
      </w:r>
    </w:p>
    <w:p>
      <w:pPr>
        <w:spacing w:before="0" w:after="120" w:line="300" w:lineRule="auto"/>
      </w:pPr>
      <w:r>
        <w:rPr>
          <w:rFonts w:ascii="Times New Roman" w:hAnsi="Times New Roman" w:eastAsia="宋体"/>
          <w:b w:val="0"/>
          <w:i w:val="0"/>
          <w:sz w:val="21"/>
        </w:rPr>
        <w:t>（A）15　　（B）45　　（C）114　　（D）135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repeating decimal 0.363636… is written in simplest fractional form, the sum of the numerator and denominator is:</w:t>
      </w:r>
    </w:p>
    <w:p>
      <w:pPr>
        <w:spacing w:before="0" w:after="160" w:line="300" w:lineRule="auto"/>
      </w:pPr>
      <w:r>
        <w:rPr>
          <w:rFonts w:ascii="Times New Roman" w:hAnsi="Times New Roman" w:eastAsia="宋体"/>
          <w:b w:val="0"/>
          <w:i w:val="0"/>
          <w:color w:val="333333"/>
          <w:sz w:val="19"/>
        </w:rPr>
        <w:t>(A) 15　　(B) 45　　(C) 114　　(D) 135　　(E) 150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10^(log₁₀9)=8x+5， 则 x 等于：</w:t>
      </w:r>
    </w:p>
    <w:p>
      <w:pPr>
        <w:spacing w:before="0" w:after="120" w:line="300" w:lineRule="auto"/>
      </w:pPr>
      <w:r>
        <w:rPr>
          <w:rFonts w:ascii="Times New Roman" w:hAnsi="Times New Roman" w:eastAsia="宋体"/>
          <w:b w:val="0"/>
          <w:i w:val="0"/>
          <w:sz w:val="21"/>
        </w:rPr>
        <w:t>（A）0　　（B）1/2　　（C）5/8　　（D）9/8　　（E）2log₁₀3-5/8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10^(log₁₀9)=8x+5, then x equals:</w:t>
      </w:r>
    </w:p>
    <w:p>
      <w:pPr>
        <w:spacing w:before="0" w:after="160" w:line="300" w:lineRule="auto"/>
      </w:pPr>
      <w:r>
        <w:rPr>
          <w:rFonts w:ascii="Times New Roman" w:hAnsi="Times New Roman" w:eastAsia="宋体"/>
          <w:b w:val="0"/>
          <w:i w:val="0"/>
          <w:color w:val="333333"/>
          <w:sz w:val="19"/>
        </w:rPr>
        <w:t>(A) 0　　(B) 1/2　　(C) 5/8　　(D) 9/8　　(E) 2log₁₀3-5/8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方程 ax²+bx+c=0 各根的倒数之和为：</w:t>
      </w:r>
    </w:p>
    <w:p>
      <w:pPr>
        <w:spacing w:before="0" w:after="120" w:line="300" w:lineRule="auto"/>
      </w:pPr>
      <w:r>
        <w:rPr>
          <w:rFonts w:ascii="Times New Roman" w:hAnsi="Times New Roman" w:eastAsia="宋体"/>
          <w:b w:val="0"/>
          <w:i w:val="0"/>
          <w:sz w:val="21"/>
        </w:rPr>
        <w:t>（A）1/a+1/b　　（B）-c/b　　（C）b/c　　（D）-a/b　　（E）-b/c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reciprocals of the roots of the equation ax²+bx+c=0 is:</w:t>
      </w:r>
    </w:p>
    <w:p>
      <w:pPr>
        <w:spacing w:before="0" w:after="160" w:line="300" w:lineRule="auto"/>
      </w:pPr>
      <w:r>
        <w:rPr>
          <w:rFonts w:ascii="Times New Roman" w:hAnsi="Times New Roman" w:eastAsia="宋体"/>
          <w:b w:val="0"/>
          <w:i w:val="0"/>
          <w:color w:val="333333"/>
          <w:sz w:val="19"/>
        </w:rPr>
        <w:t>(A) 1/a+1/b　　(B) -c/b　　(C) b/c　　(D) -a/b　　(E) -b/c</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一个三角形的一边长为 18 英寸。在三角形内作一条与此边平行的线段，所形成梯形的面积是原三角形面积的三分之一。这条线段的长度（英寸）为：</w:t>
      </w:r>
    </w:p>
    <w:p>
      <w:pPr>
        <w:spacing w:before="0" w:after="120" w:line="300" w:lineRule="auto"/>
      </w:pPr>
      <w:r>
        <w:rPr>
          <w:rFonts w:ascii="Times New Roman" w:hAnsi="Times New Roman" w:eastAsia="宋体"/>
          <w:b w:val="0"/>
          <w:i w:val="0"/>
          <w:sz w:val="21"/>
        </w:rPr>
        <w:t>（A）6√(6)　　（B）9√(2)　　（C）12　　（D）6√(3)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side of a given triangle is 18 inches. Inside the triangle a line segment is drawn parallel to this side forming a trapezoid whose area is one-third of that of the triangle. The length of this segment, in inches, is:</w:t>
      </w:r>
    </w:p>
    <w:p>
      <w:pPr>
        <w:spacing w:before="0" w:after="160" w:line="300" w:lineRule="auto"/>
      </w:pPr>
      <w:r>
        <w:rPr>
          <w:rFonts w:ascii="Times New Roman" w:hAnsi="Times New Roman" w:eastAsia="宋体"/>
          <w:b w:val="0"/>
          <w:i w:val="0"/>
          <w:color w:val="333333"/>
          <w:sz w:val="19"/>
        </w:rPr>
        <w:t>(A) 6√(6)　　(B) 9√(2)　　(C) 12　　(D) 6√(3)　　(E) 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当 c 的值为下列哪一项时，抛物线 y=x²-8x+c 的顶点位于 x 轴上：</w:t>
      </w:r>
    </w:p>
    <w:p>
      <w:pPr>
        <w:spacing w:before="0" w:after="120" w:line="300" w:lineRule="auto"/>
      </w:pPr>
      <w:r>
        <w:rPr>
          <w:rFonts w:ascii="Times New Roman" w:hAnsi="Times New Roman" w:eastAsia="宋体"/>
          <w:b w:val="0"/>
          <w:i w:val="0"/>
          <w:sz w:val="21"/>
        </w:rPr>
        <w:t>（A）-16　　（B）-4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of the parabola y=x²-8x+c will be a point on the x-axis if the value of c is:</w:t>
      </w:r>
    </w:p>
    <w:p>
      <w:pPr>
        <w:spacing w:before="0" w:after="160" w:line="300" w:lineRule="auto"/>
      </w:pPr>
      <w:r>
        <w:rPr>
          <w:rFonts w:ascii="Times New Roman" w:hAnsi="Times New Roman" w:eastAsia="宋体"/>
          <w:b w:val="0"/>
          <w:i w:val="0"/>
          <w:color w:val="333333"/>
          <w:sz w:val="19"/>
        </w:rPr>
        <w:t>(A) -16　　(B) -4　　(C) 4　　(D) 8　　(E) 16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命题 x²-x-6&lt;0 等价于：</w:t>
      </w:r>
    </w:p>
    <w:p>
      <w:pPr>
        <w:spacing w:before="0" w:after="120" w:line="300" w:lineRule="auto"/>
      </w:pPr>
      <w:r>
        <w:rPr>
          <w:rFonts w:ascii="Times New Roman" w:hAnsi="Times New Roman" w:eastAsia="宋体"/>
          <w:b w:val="0"/>
          <w:i w:val="0"/>
          <w:sz w:val="21"/>
        </w:rPr>
        <w:t>（A）-2&lt; x&lt;3　　（B）x&gt;-2　　（C）x&lt;3　　（D）x&gt;3 且 x&lt;-2　　（E）x&gt;3 或 x&lt;-2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x²-x-6&lt;0 is equivalent to the statement:</w:t>
      </w:r>
    </w:p>
    <w:p>
      <w:pPr>
        <w:spacing w:before="0" w:after="160" w:line="300" w:lineRule="auto"/>
      </w:pPr>
      <w:r>
        <w:rPr>
          <w:rFonts w:ascii="Times New Roman" w:hAnsi="Times New Roman" w:eastAsia="宋体"/>
          <w:b w:val="0"/>
          <w:i w:val="0"/>
          <w:color w:val="333333"/>
          <w:sz w:val="19"/>
        </w:rPr>
        <w:t>(A) -2&lt; x&lt;3　　(B) x&gt;-2　　(C) x&lt;3　　(D) x&gt;3 and x&lt;-2　　(E) x&gt;3 or x&lt;-2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考虑以下命题：</w:t>
      </w:r>
    </w:p>
    <w:p>
      <w:pPr>
        <w:spacing w:before="0" w:after="80" w:line="300" w:lineRule="auto"/>
        <w:jc w:val="left"/>
      </w:pPr>
      <w:r>
        <w:rPr>
          <w:rFonts w:ascii="Times New Roman" w:hAnsi="Times New Roman" w:eastAsia="宋体"/>
          <w:b w:val="0"/>
          <w:i w:val="0"/>
          <w:sz w:val="21"/>
        </w:rPr>
        <w:t>I: (√(-4))(√(-16))</w:t>
      </w:r>
    </w:p>
    <w:p>
      <w:pPr>
        <w:spacing w:before="0" w:after="80" w:line="300" w:lineRule="auto"/>
        <w:jc w:val="left"/>
      </w:pPr>
      <w:r>
        <w:rPr>
          <w:rFonts w:ascii="Times New Roman" w:hAnsi="Times New Roman" w:eastAsia="宋体"/>
          <w:b w:val="0"/>
          <w:i w:val="0"/>
          <w:sz w:val="21"/>
        </w:rPr>
        <w:t>=√((-4)(-16))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II: √((-4)(-16))=√(64)，</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III: √(64)=8。</w:t>
      </w:r>
    </w:p>
    <w:p>
      <w:pPr>
        <w:spacing w:before="0" w:after="80" w:line="300" w:lineRule="auto"/>
        <w:jc w:val="left"/>
      </w:pPr>
      <w:r>
        <w:rPr>
          <w:rFonts w:ascii="Times New Roman" w:hAnsi="Times New Roman" w:eastAsia="宋体"/>
          <w:b w:val="0"/>
          <w:i w:val="0"/>
          <w:sz w:val="21"/>
        </w:rPr>
        <w:t>其中</w:t>
      </w:r>
      <w:r>
        <w:rPr>
          <w:rFonts w:ascii="Times New Roman" w:hAnsi="Times New Roman" w:eastAsia="宋体"/>
          <w:b w:val="0"/>
          <w:i/>
          <w:sz w:val="21"/>
        </w:rPr>
        <w:t>不正确</w:t>
      </w:r>
      <w:r>
        <w:rPr>
          <w:rFonts w:ascii="Times New Roman" w:hAnsi="Times New Roman" w:eastAsia="宋体"/>
          <w:b w:val="0"/>
          <w:i w:val="0"/>
          <w:sz w:val="21"/>
        </w:rPr>
        <w:t>的是：</w:t>
      </w:r>
    </w:p>
    <w:p>
      <w:pPr>
        <w:spacing w:before="0" w:after="120" w:line="300" w:lineRule="auto"/>
      </w:pPr>
      <w:r>
        <w:rPr>
          <w:rFonts w:ascii="Times New Roman" w:hAnsi="Times New Roman" w:eastAsia="宋体"/>
          <w:b w:val="0"/>
          <w:i w:val="0"/>
          <w:sz w:val="21"/>
        </w:rPr>
        <w:t>（A）没有　　（B）仅 I　　（C）仅 II　　（D）仅 III　　（E）仅 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statements:</w:t>
      </w:r>
    </w:p>
    <w:p>
      <w:pPr>
        <w:spacing w:before="0" w:after="80" w:line="300" w:lineRule="auto"/>
        <w:jc w:val="left"/>
      </w:pPr>
      <w:r>
        <w:rPr>
          <w:rFonts w:ascii="Times New Roman" w:hAnsi="Times New Roman" w:eastAsia="宋体"/>
          <w:b w:val="0"/>
          <w:i w:val="0"/>
          <w:color w:val="333333"/>
          <w:sz w:val="19"/>
        </w:rPr>
        <w:t>I: (√(-4))(√(-16))</w:t>
      </w:r>
    </w:p>
    <w:p>
      <w:pPr>
        <w:spacing w:before="0" w:after="80" w:line="300" w:lineRule="auto"/>
        <w:jc w:val="left"/>
      </w:pPr>
      <w:r>
        <w:rPr>
          <w:rFonts w:ascii="Times New Roman" w:hAnsi="Times New Roman" w:eastAsia="宋体"/>
          <w:b w:val="0"/>
          <w:i w:val="0"/>
          <w:color w:val="333333"/>
          <w:sz w:val="19"/>
        </w:rPr>
        <w:t>=√((-4)(-16)),</w:t>
      </w:r>
    </w:p>
    <w:p>
      <w:pPr>
        <w:spacing w:before="0" w:after="80" w:line="300" w:lineRule="auto"/>
        <w:jc w:val="left"/>
      </w:pPr>
      <w:r>
        <w:rPr>
          <w:rFonts w:ascii="Times New Roman" w:hAnsi="Times New Roman" w:eastAsia="宋体"/>
          <w:b w:val="0"/>
          <w:i w:val="0"/>
          <w:color w:val="333333"/>
          <w:sz w:val="19"/>
        </w:rPr>
        <w:t>II: √((-4)(-16))=√(64),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III: √(64)=8.</w:t>
      </w:r>
    </w:p>
    <w:p>
      <w:pPr>
        <w:spacing w:before="0" w:after="80" w:line="300" w:lineRule="auto"/>
        <w:jc w:val="left"/>
      </w:pPr>
      <w:r>
        <w:rPr>
          <w:rFonts w:ascii="Times New Roman" w:hAnsi="Times New Roman" w:eastAsia="宋体"/>
          <w:b w:val="0"/>
          <w:i w:val="0"/>
          <w:color w:val="333333"/>
          <w:sz w:val="19"/>
        </w:rPr>
        <w:t>Of these the following are</w:t>
      </w:r>
      <w:r>
        <w:rPr>
          <w:rFonts w:ascii="Times New Roman" w:hAnsi="Times New Roman" w:eastAsia="宋体"/>
          <w:b w:val="0"/>
          <w:i/>
          <w:color w:val="333333"/>
          <w:sz w:val="19"/>
        </w:rPr>
        <w:t>incorrect</w:t>
      </w:r>
      <w:r>
        <w:rPr>
          <w:rFonts w:ascii="Times New Roman" w:hAnsi="Times New Roman" w:eastAsia="宋体"/>
          <w:b w:val="0"/>
          <w:i w:val="0"/>
          <w:color w:val="333333"/>
          <w:sz w:val="19"/>
        </w:rPr>
        <w:t>:</w:t>
      </w:r>
    </w:p>
    <w:p>
      <w:pPr>
        <w:spacing w:before="0" w:after="160" w:line="300" w:lineRule="auto"/>
      </w:pPr>
      <w:r>
        <w:rPr>
          <w:rFonts w:ascii="Times New Roman" w:hAnsi="Times New Roman" w:eastAsia="宋体"/>
          <w:b w:val="0"/>
          <w:i w:val="0"/>
          <w:color w:val="333333"/>
          <w:sz w:val="19"/>
        </w:rPr>
        <w:t>(A) none　　(B) I only　　(C) II only　　(D) III only　　(E) I and III only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在三角形 ABC 内作一个菱形，使其一个顶点为 A，且两条边分别位于 AB 和 AC 上。若 AC=6 英寸，AB=12 英寸，且 BC=8 英寸，则菱形的边长（英寸）为：</w:t>
      </w:r>
    </w:p>
    <w:p>
      <w:pPr>
        <w:spacing w:before="0" w:after="120" w:line="300" w:lineRule="auto"/>
      </w:pPr>
      <w:r>
        <w:rPr>
          <w:rFonts w:ascii="Times New Roman" w:hAnsi="Times New Roman" w:eastAsia="宋体"/>
          <w:b w:val="0"/>
          <w:i w:val="0"/>
          <w:sz w:val="21"/>
        </w:rPr>
        <w:t>（A）2　　（B）3　　（C）31/2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rhombus is inscribed in triangle ABC in such a way that one of its vertices is A and two of its sides lie along AB and AC. If AC=6 inches, AB=12 inches, and BC=8 inches, the side of the rhombus, in inches, is:</w:t>
      </w:r>
    </w:p>
    <w:p>
      <w:pPr>
        <w:spacing w:before="0" w:after="160" w:line="300" w:lineRule="auto"/>
      </w:pPr>
      <w:r>
        <w:rPr>
          <w:rFonts w:ascii="Times New Roman" w:hAnsi="Times New Roman" w:eastAsia="宋体"/>
          <w:b w:val="0"/>
          <w:i w:val="0"/>
          <w:color w:val="333333"/>
          <w:sz w:val="19"/>
        </w:rPr>
        <w:t>(A) 2　　(B) 3　　(C) 31/2　　(D) 4　　(E)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n 为同时满足 5y-3x=15 和 x²+y²≤16 的数对 (x,y) 的个数。则 n 为：</w:t>
      </w:r>
    </w:p>
    <w:p>
      <w:pPr>
        <w:spacing w:before="0" w:after="120" w:line="300" w:lineRule="auto"/>
      </w:pPr>
      <w:r>
        <w:rPr>
          <w:rFonts w:ascii="Times New Roman" w:hAnsi="Times New Roman" w:eastAsia="宋体"/>
          <w:b w:val="0"/>
          <w:i w:val="0"/>
          <w:sz w:val="21"/>
        </w:rPr>
        <w:t>（A）0　　（B）1　　（C）2　　（D）大于二但有限　　（E）大于任何有限数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number-pairs (x,y) which satisfy 5y-3x=15 and x²+y²≤16. Then n is:</w:t>
      </w:r>
    </w:p>
    <w:p>
      <w:pPr>
        <w:spacing w:before="0" w:after="160" w:line="300" w:lineRule="auto"/>
      </w:pPr>
      <w:r>
        <w:rPr>
          <w:rFonts w:ascii="Times New Roman" w:hAnsi="Times New Roman" w:eastAsia="宋体"/>
          <w:b w:val="0"/>
          <w:i w:val="0"/>
          <w:color w:val="333333"/>
          <w:sz w:val="19"/>
        </w:rPr>
        <w:t>(A) 0　　(B) 1　　(C) 2　　(D) more than two, but finite　　(E) greater than any finite number</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(x²-2xy+y²)⁷ 完全展开后所有数值系数之和为：</w:t>
      </w:r>
    </w:p>
    <w:p>
      <w:pPr>
        <w:spacing w:before="0" w:after="120" w:line="300" w:lineRule="auto"/>
      </w:pPr>
      <w:r>
        <w:rPr>
          <w:rFonts w:ascii="Times New Roman" w:hAnsi="Times New Roman" w:eastAsia="宋体"/>
          <w:b w:val="0"/>
          <w:i w:val="0"/>
          <w:sz w:val="21"/>
        </w:rPr>
        <w:t>（A）0　　（B）7　　（C）14　　（D）128　　（E）128²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numerical coefficients in the complete expansion of (x²-2xy+y²)⁷ is:</w:t>
      </w:r>
    </w:p>
    <w:p>
      <w:pPr>
        <w:spacing w:before="0" w:after="160" w:line="300" w:lineRule="auto"/>
      </w:pPr>
      <w:r>
        <w:rPr>
          <w:rFonts w:ascii="Times New Roman" w:hAnsi="Times New Roman" w:eastAsia="宋体"/>
          <w:b w:val="0"/>
          <w:i w:val="0"/>
          <w:color w:val="333333"/>
          <w:sz w:val="19"/>
        </w:rPr>
        <w:t>(A) 0　　(B) 7　　(C) 14　　(D) 128　　(E) 128²</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符号 25_(b) 表示 b 进制中的一个两位数。若数 52_(b) 是数 25_(b) 的两倍，则 b 为：</w:t>
      </w:r>
    </w:p>
    <w:p>
      <w:pPr>
        <w:spacing w:before="0" w:after="120" w:line="300" w:lineRule="auto"/>
      </w:pPr>
      <w:r>
        <w:rPr>
          <w:rFonts w:ascii="Times New Roman" w:hAnsi="Times New Roman" w:eastAsia="宋体"/>
          <w:b w:val="0"/>
          <w:i w:val="0"/>
          <w:sz w:val="21"/>
        </w:rPr>
        <w:t>（A）7　　（B）8　　（C）9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symbol 25_(b) represents a two-digit number in the base b. If the number 52_(b) is double the number 25_(b), then b is:</w:t>
      </w:r>
    </w:p>
    <w:p>
      <w:pPr>
        <w:spacing w:before="0" w:after="160" w:line="300" w:lineRule="auto"/>
      </w:pPr>
      <w:r>
        <w:rPr>
          <w:rFonts w:ascii="Times New Roman" w:hAnsi="Times New Roman" w:eastAsia="宋体"/>
          <w:b w:val="0"/>
          <w:i w:val="0"/>
          <w:color w:val="333333"/>
          <w:sz w:val="19"/>
        </w:rPr>
        <w:t>(A) 7　　(B) 8　　(C) 9　　(D) 11　　(E) 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设直线 AC 垂直于直线 CE。连接 A 与 CE 的中点 D，并连接 E 与 AC 的中点 B。若 AD 与 EB 相交于点 F，且 BC=CD=15 英寸，则三角形 DFE 的面积（平方英寸）为：</w:t>
      </w:r>
    </w:p>
    <w:p>
      <w:pPr>
        <w:spacing w:before="0" w:after="120" w:line="300" w:lineRule="auto"/>
      </w:pPr>
      <w:r>
        <w:rPr>
          <w:rFonts w:ascii="Times New Roman" w:hAnsi="Times New Roman" w:eastAsia="宋体"/>
          <w:b w:val="0"/>
          <w:i w:val="0"/>
          <w:sz w:val="21"/>
        </w:rPr>
        <w:t>（A）50　　（B）50√(2)　　（C）75　　（D）15/2√(105)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line AC be perpendicular to line CE. Connect A to the midpoint D of CE, and connect E to the midpoint B of AC. If AD and EB intersect in point F, and BC=CD=15 inches, then the area of triangle DFE, in square inches, is:</w:t>
      </w:r>
    </w:p>
    <w:p>
      <w:pPr>
        <w:spacing w:before="0" w:after="160" w:line="300" w:lineRule="auto"/>
      </w:pPr>
      <w:r>
        <w:rPr>
          <w:rFonts w:ascii="Times New Roman" w:hAnsi="Times New Roman" w:eastAsia="宋体"/>
          <w:b w:val="0"/>
          <w:i w:val="0"/>
          <w:color w:val="333333"/>
          <w:sz w:val="19"/>
        </w:rPr>
        <w:t>(A) 50　　(B) 50√(2)　　(C) 75　　(D) 15/2√(105)　　(E) 100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已知命题“只有当天气不好时，星期日的野餐才不会举行”为真。由此可推出：</w:t>
      </w:r>
    </w:p>
    <w:p>
      <w:pPr>
        <w:spacing w:before="0" w:after="120" w:line="300" w:lineRule="auto"/>
      </w:pPr>
      <w:r>
        <w:rPr>
          <w:rFonts w:ascii="Times New Roman" w:hAnsi="Times New Roman" w:eastAsia="宋体"/>
          <w:b w:val="0"/>
          <w:i w:val="0"/>
          <w:sz w:val="21"/>
        </w:rPr>
        <w:t>（A）如果野餐举行，那么星期日的天气一定 晴朗。　　（B）如果野餐不举行，那么星期日的天气可能 不好。　　（C）如果星期日天气不好，野餐就不会举行。　　（D）如果星期日天气晴朗，野餐可能举行。　　（E）如果星期日天气晴朗，野餐就会 举行。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true statement: The picnic on Sunday will not be held only if the weather is not fair. We can then conclude that:</w:t>
      </w:r>
    </w:p>
    <w:p>
      <w:pPr>
        <w:spacing w:before="0" w:after="160" w:line="300" w:lineRule="auto"/>
      </w:pPr>
      <w:r>
        <w:rPr>
          <w:rFonts w:ascii="Times New Roman" w:hAnsi="Times New Roman" w:eastAsia="宋体"/>
          <w:b w:val="0"/>
          <w:i w:val="0"/>
          <w:color w:val="333333"/>
          <w:sz w:val="19"/>
        </w:rPr>
        <w:t>(A) If the picnic is held, Sunday’s weather is undoubtedly</w:t>
        <w:br/>
        <w:t>fair.　　(B) If the picnic is not held, Sunday’s weather is possibly</w:t>
        <w:br/>
        <w:t>unfair.　　(C) If it is not fair Sunday, the picnic will not be held.　　(D) If it is fair Sunday, the picnic may be held.　　(E) If it is fair Sunday, the picnic will be</w:t>
        <w:br/>
        <w:t>held.</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当用 1-y 作为 1/1+y（其中 |y|&lt;1）的近似值时，所产生的误差与正确值之比为：</w:t>
      </w:r>
    </w:p>
    <w:p>
      <w:pPr>
        <w:spacing w:before="0" w:after="120" w:line="300" w:lineRule="auto"/>
      </w:pPr>
      <w:r>
        <w:rPr>
          <w:rFonts w:ascii="Times New Roman" w:hAnsi="Times New Roman" w:eastAsia="宋体"/>
          <w:b w:val="0"/>
          <w:i w:val="0"/>
          <w:sz w:val="21"/>
        </w:rPr>
        <w:t>（A）y　　（B）y²　　（C）1/1+y　　（D）y/1+y　　（E）y²/1+y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1-y is used as an approximation to the value of 1/1+y, |y|&lt;1, the ratio of the error made to the correct value is:</w:t>
      </w:r>
    </w:p>
    <w:p>
      <w:pPr>
        <w:spacing w:before="0" w:after="160" w:line="300" w:lineRule="auto"/>
      </w:pPr>
      <w:r>
        <w:rPr>
          <w:rFonts w:ascii="Times New Roman" w:hAnsi="Times New Roman" w:eastAsia="宋体"/>
          <w:b w:val="0"/>
          <w:i w:val="0"/>
          <w:color w:val="333333"/>
          <w:sz w:val="19"/>
        </w:rPr>
        <w:t>(A) y　　(B) y²　　(C) 1/1+y　　(D) y/1+y　　(E) y²/1+y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 x⁴+4x³+6px²+4qx+r 能被 x³+3x²+9x+3 整除，则 (p+q)r 的值为：</w:t>
      </w:r>
    </w:p>
    <w:p>
      <w:pPr>
        <w:spacing w:before="0" w:after="120" w:line="300" w:lineRule="auto"/>
      </w:pPr>
      <w:r>
        <w:rPr>
          <w:rFonts w:ascii="Times New Roman" w:hAnsi="Times New Roman" w:eastAsia="宋体"/>
          <w:b w:val="0"/>
          <w:i w:val="0"/>
          <w:sz w:val="21"/>
        </w:rPr>
        <w:t>（A）-18　　（B）12　　（C）15　　（D）27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x⁴+4x³+6px²+4qx+r is exactly divisible by x³+3x²+9x+3, the value of (p+q)r is:</w:t>
      </w:r>
    </w:p>
    <w:p>
      <w:pPr>
        <w:spacing w:before="0" w:after="160" w:line="300" w:lineRule="auto"/>
      </w:pPr>
      <w:r>
        <w:rPr>
          <w:rFonts w:ascii="Times New Roman" w:hAnsi="Times New Roman" w:eastAsia="宋体"/>
          <w:b w:val="0"/>
          <w:i w:val="0"/>
          <w:color w:val="333333"/>
          <w:sz w:val="19"/>
        </w:rPr>
        <w:t>(A) -18　　(B) 12　　(C) 15　　(D) 27　　(E) 45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对每个 n，某等差数列前 n 项的和 Sₙ 为 2n+3n²。 则第 r 项为：</w:t>
      </w:r>
    </w:p>
    <w:p>
      <w:pPr>
        <w:spacing w:before="0" w:after="120" w:line="300" w:lineRule="auto"/>
      </w:pPr>
      <w:r>
        <w:rPr>
          <w:rFonts w:ascii="Times New Roman" w:hAnsi="Times New Roman" w:eastAsia="宋体"/>
          <w:b w:val="0"/>
          <w:i w:val="0"/>
          <w:sz w:val="21"/>
        </w:rPr>
        <w:t>（A）3r²　　（B）3r²+2r　　（C）6r-1　　（D）5r+5　　（E）6r+2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n the sum Sₙ of n terms of an arithmetic progression is 2n+3n². The rth term is:</w:t>
      </w:r>
    </w:p>
    <w:p>
      <w:pPr>
        <w:spacing w:before="0" w:after="160" w:line="300" w:lineRule="auto"/>
      </w:pPr>
      <w:r>
        <w:rPr>
          <w:rFonts w:ascii="Times New Roman" w:hAnsi="Times New Roman" w:eastAsia="宋体"/>
          <w:b w:val="0"/>
          <w:i w:val="0"/>
          <w:color w:val="333333"/>
          <w:sz w:val="19"/>
        </w:rPr>
        <w:t>(A) 3r²　　(B) 3r²+2r　　(C) 6r-1　　(D) 5r+5　　(E) 6r+2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可以选取 x&gt;2/3，使得</w:t>
      </w:r>
    </w:p>
    <w:p>
      <w:pPr>
        <w:spacing w:before="0" w:after="80" w:line="300" w:lineRule="auto"/>
        <w:jc w:val="left"/>
      </w:pPr>
      <w:r>
        <w:rPr>
          <w:rFonts w:ascii="Times New Roman" w:hAnsi="Times New Roman" w:eastAsia="宋体"/>
          <w:b w:val="0"/>
          <w:i w:val="0"/>
          <w:sz w:val="21"/>
        </w:rPr>
        <w:t>log₁₀(x²+3)-2log₁₀x</w:t>
      </w:r>
    </w:p>
    <w:p>
      <w:pPr>
        <w:spacing w:before="0" w:after="80" w:line="300" w:lineRule="auto"/>
        <w:jc w:val="left"/>
      </w:pPr>
      <w:r>
        <w:rPr>
          <w:rFonts w:ascii="Times New Roman" w:hAnsi="Times New Roman" w:eastAsia="宋体"/>
          <w:b w:val="0"/>
          <w:i w:val="0"/>
          <w:sz w:val="21"/>
        </w:rPr>
        <w:t>的值：</w:t>
      </w:r>
    </w:p>
    <w:p>
      <w:pPr>
        <w:spacing w:before="0" w:after="120" w:line="300" w:lineRule="auto"/>
      </w:pPr>
      <w:r>
        <w:rPr>
          <w:rFonts w:ascii="Times New Roman" w:hAnsi="Times New Roman" w:eastAsia="宋体"/>
          <w:b w:val="0"/>
          <w:i w:val="0"/>
          <w:sz w:val="21"/>
        </w:rPr>
        <w:t>（A）为负数　　（B）为零　　（C）为一　　（D）小于任意给定的正数　　（E）大于任意给定的正数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is possible to choose x&gt;2/3 in such a way that the value of</w:t>
      </w:r>
    </w:p>
    <w:p>
      <w:pPr>
        <w:spacing w:before="0" w:after="80" w:line="300" w:lineRule="auto"/>
        <w:jc w:val="left"/>
      </w:pPr>
      <w:r>
        <w:rPr>
          <w:rFonts w:ascii="Times New Roman" w:hAnsi="Times New Roman" w:eastAsia="宋体"/>
          <w:b w:val="0"/>
          <w:i w:val="0"/>
          <w:color w:val="333333"/>
          <w:sz w:val="19"/>
        </w:rPr>
        <w:t>log₁₀(x²+3)-2log₁₀x</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negative　　(B) zero　　(C) one　　(D) smaller than any positive number that might be</w:t>
        <w:br/>
        <w:t>specified　　(E) greater than any positive number that might be specified</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a₂≠0，且 r、s 是 a₀+a₁x+a₂x²=0 的两根，则等式</w:t>
      </w:r>
    </w:p>
    <w:p>
      <w:pPr>
        <w:spacing w:before="0" w:after="80" w:line="300" w:lineRule="auto"/>
        <w:jc w:val="left"/>
      </w:pPr>
      <w:r>
        <w:rPr>
          <w:rFonts w:ascii="Times New Roman" w:hAnsi="Times New Roman" w:eastAsia="宋体"/>
          <w:b w:val="0"/>
          <w:i w:val="0"/>
          <w:sz w:val="21"/>
        </w:rPr>
        <w:t>a₀+a₁x+a₂x² =a₀(1-x/r)</w:t>
      </w:r>
    </w:p>
    <w:p>
      <w:pPr>
        <w:spacing w:before="0" w:after="80" w:line="300" w:lineRule="auto"/>
        <w:jc w:val="left"/>
      </w:pPr>
      <w:r>
        <w:rPr>
          <w:rFonts w:ascii="Times New Roman" w:hAnsi="Times New Roman" w:eastAsia="宋体"/>
          <w:b w:val="0"/>
          <w:i w:val="0"/>
          <w:sz w:val="21"/>
        </w:rPr>
        <w:t>·(1-x/s)</w:t>
      </w:r>
    </w:p>
    <w:p>
      <w:pPr>
        <w:spacing w:before="0" w:after="80" w:line="300" w:lineRule="auto"/>
        <w:jc w:val="left"/>
      </w:pPr>
      <w:r>
        <w:rPr>
          <w:rFonts w:ascii="Times New Roman" w:hAnsi="Times New Roman" w:eastAsia="宋体"/>
          <w:b w:val="0"/>
          <w:i w:val="0"/>
          <w:sz w:val="21"/>
        </w:rPr>
        <w:t>成立的条件是：</w:t>
      </w:r>
    </w:p>
    <w:p>
      <w:pPr>
        <w:spacing w:before="0" w:after="120" w:line="300" w:lineRule="auto"/>
      </w:pPr>
      <w:r>
        <w:rPr>
          <w:rFonts w:ascii="Times New Roman" w:hAnsi="Times New Roman" w:eastAsia="宋体"/>
          <w:b w:val="0"/>
          <w:i w:val="0"/>
          <w:sz w:val="21"/>
        </w:rPr>
        <w:t>（A）当 a₀≠0 时，对所有 x， 均成立　　（B）对所有 x 均成立　　（C）仅当 x=0 时成立　　（D）仅当 x=r 或 x=s 时成立　　（E）当 a₀≠0 时，仅在 x=r 或 x=s 时成立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a₂≠0 and r, s are the roots of a₀+a₁x+a₂x²=0, then the equality</w:t>
      </w:r>
    </w:p>
    <w:p>
      <w:pPr>
        <w:spacing w:before="0" w:after="80" w:line="300" w:lineRule="auto"/>
        <w:jc w:val="left"/>
      </w:pPr>
      <w:r>
        <w:rPr>
          <w:rFonts w:ascii="Times New Roman" w:hAnsi="Times New Roman" w:eastAsia="宋体"/>
          <w:b w:val="0"/>
          <w:i w:val="0"/>
          <w:color w:val="333333"/>
          <w:sz w:val="19"/>
        </w:rPr>
        <w:t>a₀+a₁x+a₂x² =a₀(1-x/r)</w:t>
      </w:r>
    </w:p>
    <w:p>
      <w:pPr>
        <w:spacing w:before="0" w:after="80" w:line="300" w:lineRule="auto"/>
        <w:jc w:val="left"/>
      </w:pPr>
      <w:r>
        <w:rPr>
          <w:rFonts w:ascii="Times New Roman" w:hAnsi="Times New Roman" w:eastAsia="宋体"/>
          <w:b w:val="0"/>
          <w:i w:val="0"/>
          <w:color w:val="333333"/>
          <w:sz w:val="19"/>
        </w:rPr>
        <w:t>·(1-x/s)</w:t>
      </w:r>
    </w:p>
    <w:p>
      <w:pPr>
        <w:spacing w:before="0" w:after="80" w:line="300" w:lineRule="auto"/>
        <w:jc w:val="left"/>
      </w:pPr>
      <w:r>
        <w:rPr>
          <w:rFonts w:ascii="Times New Roman" w:hAnsi="Times New Roman" w:eastAsia="宋体"/>
          <w:b w:val="0"/>
          <w:i w:val="0"/>
          <w:color w:val="333333"/>
          <w:sz w:val="19"/>
        </w:rPr>
        <w:t>holds:</w:t>
      </w:r>
    </w:p>
    <w:p>
      <w:pPr>
        <w:spacing w:before="0" w:after="160" w:line="300" w:lineRule="auto"/>
      </w:pPr>
      <w:r>
        <w:rPr>
          <w:rFonts w:ascii="Times New Roman" w:hAnsi="Times New Roman" w:eastAsia="宋体"/>
          <w:b w:val="0"/>
          <w:i w:val="0"/>
          <w:color w:val="333333"/>
          <w:sz w:val="19"/>
        </w:rPr>
        <w:t>(A) for all values of x, a₀≠0　　(B) for all values of x　　(C) only when x=0　　(D) only when x=r or x=s　　(E) only when x=r or x=s, a₀≠0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对所有满足 |x-2|&lt;0.01 的 x，若要写成 |x²-4|&lt; N，则可取的最小 N 值为：</w:t>
      </w:r>
    </w:p>
    <w:p>
      <w:pPr>
        <w:spacing w:before="0" w:after="120" w:line="300" w:lineRule="auto"/>
      </w:pPr>
      <w:r>
        <w:rPr>
          <w:rFonts w:ascii="Times New Roman" w:hAnsi="Times New Roman" w:eastAsia="宋体"/>
          <w:b w:val="0"/>
          <w:i w:val="0"/>
          <w:sz w:val="21"/>
        </w:rPr>
        <w:t>（A）0.0301　　（B）0.0349　　（C）0.0399　　（D）0.0401　　（E）0.0499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we write |x²-4|&lt; N for all x such that |x-2|&lt;0.01, the smallest value we can use for N is:</w:t>
      </w:r>
    </w:p>
    <w:p>
      <w:pPr>
        <w:spacing w:before="0" w:after="160" w:line="300" w:lineRule="auto"/>
      </w:pPr>
      <w:r>
        <w:rPr>
          <w:rFonts w:ascii="Times New Roman" w:hAnsi="Times New Roman" w:eastAsia="宋体"/>
          <w:b w:val="0"/>
          <w:i w:val="0"/>
          <w:color w:val="333333"/>
          <w:sz w:val="19"/>
        </w:rPr>
        <w:t>(A) 0.0301　　(B) 0.0349　　(C) 0.0399　　(D) 0.0401　　(E) 0.0499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给定数列 10^(1/11)， 10^(2/11)， 10^(3/11)， …， 10^(n/11)，使该数列前 n 项之积大于 100,000 的最小 n 值为：</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sequence 10^(1/11), 10^(2/11), 10^(3/11), …, 10^(n/11), the smallest value of n such that the product of the first n members of this sequence exceeds 100,000 is:</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ABCD 为四边形，将 AB 延长到 E，使 AB=BE。 连接 AC 和 CE，形成角 ACE。 若此角为直角，则四边形 ABCD 必须具有：</w:t>
      </w:r>
    </w:p>
    <w:p>
      <w:pPr>
        <w:spacing w:before="0" w:after="120" w:line="300" w:lineRule="auto"/>
      </w:pPr>
      <w:r>
        <w:rPr>
          <w:rFonts w:ascii="Times New Roman" w:hAnsi="Times New Roman" w:eastAsia="宋体"/>
          <w:b w:val="0"/>
          <w:i w:val="0"/>
          <w:sz w:val="21"/>
        </w:rPr>
        <w:t>（A）所有角都相等　　（B）所有边都相等　　（C）两对相等的边　　（D）一对相等的边　　（E）一对相等的角</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quadrilateral with AB extended to E so that AB=BE. Lines AC and CE are drawn to form angle ACE. For this angle to be a right angle it is necessary that quadrilateral ABCD have:</w:t>
      </w:r>
    </w:p>
    <w:p>
      <w:pPr>
        <w:spacing w:before="0" w:after="160" w:line="300" w:lineRule="auto"/>
      </w:pPr>
      <w:r>
        <w:rPr>
          <w:rFonts w:ascii="Times New Roman" w:hAnsi="Times New Roman" w:eastAsia="宋体"/>
          <w:b w:val="0"/>
          <w:i w:val="0"/>
          <w:color w:val="333333"/>
          <w:sz w:val="19"/>
        </w:rPr>
        <w:t>(A) all angles equal　　(B) all sides equal　　(C) two pairs of equal sides　　(D) one pair of equal sides　　(E) one pair of equal angles</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对于数 a、b、c、d、e，定义 m 为这五个数的算术平均数；k 是 a 和 b 的算术平均数；l 是 c、d 和 e 的算术平均数；p 是 k 和 l 的算术平均数。无论如何选取 a、b、c、d、e，总有：</w:t>
      </w:r>
    </w:p>
    <w:p>
      <w:pPr>
        <w:spacing w:before="0" w:after="120" w:line="300" w:lineRule="auto"/>
      </w:pPr>
      <w:r>
        <w:rPr>
          <w:rFonts w:ascii="Times New Roman" w:hAnsi="Times New Roman" w:eastAsia="宋体"/>
          <w:b w:val="0"/>
          <w:i w:val="0"/>
          <w:sz w:val="21"/>
        </w:rPr>
        <w:t>（A）m=p　　（B）m≥ p　　（C）m&gt; p　　（D）m&lt; p　　（E）以上都不一定成立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numbers a, b, c, d, e define m to be the arithmetic mean of all five numbers; k to be the arithmetic mean of a and b; l to be the arithmetic mean of c, d, and e; and p to be the arithmetic mean of k and l. Then, no matter how a, b, c, d, e are chosen, we shall always have:</w:t>
      </w:r>
    </w:p>
    <w:p>
      <w:pPr>
        <w:spacing w:before="0" w:after="160" w:line="300" w:lineRule="auto"/>
      </w:pPr>
      <w:r>
        <w:rPr>
          <w:rFonts w:ascii="Times New Roman" w:hAnsi="Times New Roman" w:eastAsia="宋体"/>
          <w:b w:val="0"/>
          <w:i w:val="0"/>
          <w:color w:val="333333"/>
          <w:sz w:val="19"/>
        </w:rPr>
        <w:t>(A) m=p　　(B) m≥ p　　(C) m&gt; p　　(D) m&lt; p　　(E) none of these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用 y-1 除 y²+my+2，商为 f(y)，余数为 R₁。 用 y+1 除 y²+my+2，商为 g(y)，余数为 R₂。 若 R₁=R₂， 则 m 为：</w:t>
      </w:r>
    </w:p>
    <w:p>
      <w:pPr>
        <w:spacing w:before="0" w:after="120" w:line="300" w:lineRule="auto"/>
      </w:pPr>
      <w:r>
        <w:rPr>
          <w:rFonts w:ascii="Times New Roman" w:hAnsi="Times New Roman" w:eastAsia="宋体"/>
          <w:b w:val="0"/>
          <w:i w:val="0"/>
          <w:sz w:val="21"/>
        </w:rPr>
        <w:t>（A）0　　（B）1　　（C）2　　（D）-1　　（E）一个无法确定的常数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y²+my+2 is divided by y-1 the quotient is f(y) and the remainder is R₁. When y²+my+2 is divided by y+1 the quotient is g(y) and the remainder is R₂. If R₁=R₂, then m is:</w:t>
      </w:r>
    </w:p>
    <w:p>
      <w:pPr>
        <w:spacing w:before="0" w:after="160" w:line="300" w:lineRule="auto"/>
      </w:pPr>
      <w:r>
        <w:rPr>
          <w:rFonts w:ascii="Times New Roman" w:hAnsi="Times New Roman" w:eastAsia="宋体"/>
          <w:b w:val="0"/>
          <w:i w:val="0"/>
          <w:color w:val="333333"/>
          <w:sz w:val="19"/>
        </w:rPr>
        <w:t>(A) 0　　(B) 1　　(C) 2　　(D) -1　　(E) an undetermined constant</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一部向下匀速运行的自动扶梯始终可见 n 级等高台阶。两个男孩 A 和 Z 随扶梯稳定向下走，A 每分钟走过的扶梯台阶数是 Z 的两倍。A 走了 27 步到达底端，而 Z 走了 18 步到达底端。则 n 为：</w:t>
      </w:r>
    </w:p>
    <w:p>
      <w:pPr>
        <w:spacing w:before="0" w:after="120" w:line="300" w:lineRule="auto"/>
      </w:pPr>
      <w:r>
        <w:rPr>
          <w:rFonts w:ascii="Times New Roman" w:hAnsi="Times New Roman" w:eastAsia="宋体"/>
          <w:b w:val="0"/>
          <w:i w:val="0"/>
          <w:sz w:val="21"/>
        </w:rPr>
        <w:t>（A）63　　（B）54　　（C）45　　（D）36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escalator (moving staircase) of n uniform steps visible at all times descends at constant speed. Two boys, A and Z, walk down the escalator steadily as it moves, A negotiating twice as many escalator steps per minute as Z. A reaches the bottom after taking 27 steps while Z reaches the bottom after taking 18 steps. Then n is:</w:t>
      </w:r>
    </w:p>
    <w:p>
      <w:pPr>
        <w:spacing w:before="0" w:after="160" w:line="300" w:lineRule="auto"/>
      </w:pPr>
      <w:r>
        <w:rPr>
          <w:rFonts w:ascii="Times New Roman" w:hAnsi="Times New Roman" w:eastAsia="宋体"/>
          <w:b w:val="0"/>
          <w:i w:val="0"/>
          <w:color w:val="333333"/>
          <w:sz w:val="19"/>
        </w:rPr>
        <w:t>(A) 63　　(B) 54　　(C) 45　　(D) 36　　(E) 30</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在至少选修一门课程的 28 名学生中，只选数学和英语的人数等于只选数学的人数。没有学生只选英语或只选历史，有六名学生选数学和历史但不选英语。只选英语和历史的人数是三门都选人数的五倍。若三门都选的人数为非零偶数，则只选英语和数学的人数为：</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28 students taking at least one subject the number taking Mathematics and English only equals the number taking Mathematics only. No student takes English only or History only, and six students take Mathematics and History, but no English. The number taking English and History only is five times the number taking all three subjects. If the number taking all three subjects is even and non-zero, the number taking English and Mathematics only is:</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以直角三角形 ABC 的边 BC 为直径作圆，该圆与斜边 AB 交于 D。 过 D 作圆的切线，与直角边 CA 交于 F。 这些信息</w:t>
      </w:r>
      <w:r>
        <w:rPr>
          <w:rFonts w:ascii="Times New Roman" w:hAnsi="Times New Roman" w:eastAsia="宋体"/>
          <w:b w:val="0"/>
          <w:i/>
          <w:sz w:val="21"/>
        </w:rPr>
        <w:t>不足以</w:t>
      </w:r>
      <w:r>
        <w:rPr>
          <w:rFonts w:ascii="Times New Roman" w:hAnsi="Times New Roman" w:eastAsia="宋体"/>
          <w:b w:val="0"/>
          <w:i w:val="0"/>
          <w:sz w:val="21"/>
        </w:rPr>
        <w:t>证明：</w:t>
      </w:r>
    </w:p>
    <w:p>
      <w:pPr>
        <w:spacing w:before="80" w:after="80"/>
        <w:jc w:val="center"/>
      </w:pPr>
      <w:r>
        <w:drawing>
          <wp:inline xmlns:a="http://schemas.openxmlformats.org/drawingml/2006/main" xmlns:pic="http://schemas.openxmlformats.org/drawingml/2006/picture">
            <wp:extent cx="2111569" cy="2029233"/>
            <wp:docPr id="1" name="Picture 1"/>
            <wp:cNvGraphicFramePr>
              <a:graphicFrameLocks noChangeAspect="1"/>
            </wp:cNvGraphicFramePr>
            <a:graphic>
              <a:graphicData uri="http://schemas.openxmlformats.org/drawingml/2006/picture">
                <pic:pic>
                  <pic:nvPicPr>
                    <pic:cNvPr id="0" name="q30-1@300dpi.png"/>
                    <pic:cNvPicPr/>
                  </pic:nvPicPr>
                  <pic:blipFill>
                    <a:blip r:embed="rId9"/>
                    <a:stretch>
                      <a:fillRect/>
                    </a:stretch>
                  </pic:blipFill>
                  <pic:spPr>
                    <a:xfrm>
                      <a:off x="0" y="0"/>
                      <a:ext cx="2111569" cy="2029233"/>
                    </a:xfrm>
                    <a:prstGeom prst="rect"/>
                  </pic:spPr>
                </pic:pic>
              </a:graphicData>
            </a:graphic>
          </wp:inline>
        </w:drawing>
      </w:r>
    </w:p>
    <w:p>
      <w:pPr>
        <w:spacing w:before="0" w:after="120" w:line="300" w:lineRule="auto"/>
      </w:pPr>
      <w:r>
        <w:rPr>
          <w:rFonts w:ascii="Times New Roman" w:hAnsi="Times New Roman" w:eastAsia="宋体"/>
          <w:b w:val="0"/>
          <w:i w:val="0"/>
          <w:sz w:val="21"/>
        </w:rPr>
        <w:t>（A）DF 平分 CA　　（B）DF 平分 ∠ CDA　　（C）DF=FA　　（D）∠ A=∠ BCD　　（E）∠ CFD=2∠ 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BC of right triangle ABC be the diameter of a circle intersecting hypotenuse AB in D. At D a tangent is drawn cutting leg CA in F. This information is</w:t>
      </w:r>
      <w:r>
        <w:rPr>
          <w:rFonts w:ascii="Times New Roman" w:hAnsi="Times New Roman" w:eastAsia="宋体"/>
          <w:b w:val="0"/>
          <w:i/>
          <w:color w:val="333333"/>
          <w:sz w:val="19"/>
        </w:rPr>
        <w:t>not</w:t>
      </w:r>
      <w:r>
        <w:rPr>
          <w:rFonts w:ascii="Times New Roman" w:hAnsi="Times New Roman" w:eastAsia="宋体"/>
          <w:b w:val="0"/>
          <w:i w:val="0"/>
          <w:color w:val="333333"/>
          <w:sz w:val="19"/>
        </w:rPr>
        <w:t>sufficient to prove that:</w:t>
      </w:r>
    </w:p>
    <w:p>
      <w:pPr>
        <w:spacing w:before="80" w:after="80"/>
        <w:jc w:val="center"/>
      </w:pPr>
      <w:r>
        <w:drawing>
          <wp:inline xmlns:a="http://schemas.openxmlformats.org/drawingml/2006/main" xmlns:pic="http://schemas.openxmlformats.org/drawingml/2006/picture">
            <wp:extent cx="2111569" cy="2029233"/>
            <wp:docPr id="2" name="Picture 2"/>
            <wp:cNvGraphicFramePr>
              <a:graphicFrameLocks noChangeAspect="1"/>
            </wp:cNvGraphicFramePr>
            <a:graphic>
              <a:graphicData uri="http://schemas.openxmlformats.org/drawingml/2006/picture">
                <pic:pic>
                  <pic:nvPicPr>
                    <pic:cNvPr id="0" name="q30-1@300dpi.png"/>
                    <pic:cNvPicPr/>
                  </pic:nvPicPr>
                  <pic:blipFill>
                    <a:blip r:embed="rId9"/>
                    <a:stretch>
                      <a:fillRect/>
                    </a:stretch>
                  </pic:blipFill>
                  <pic:spPr>
                    <a:xfrm>
                      <a:off x="0" y="0"/>
                      <a:ext cx="2111569" cy="20292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DF bisects CA　　(B) DF bisects ∠ CDA　　(C) DF=FA　　(D) ∠ A=∠ BCD　　(E) ∠ CFD=2∠ A</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若 a 和 b 是不等于 1 的正常数，则满足等式 (logₐ x)(log_(b) x)=logₐ b 的实数 x 的个数为：</w:t>
      </w:r>
    </w:p>
    <w:p>
      <w:pPr>
        <w:spacing w:before="0" w:after="120" w:line="300" w:lineRule="auto"/>
      </w:pPr>
      <w:r>
        <w:rPr>
          <w:rFonts w:ascii="Times New Roman" w:hAnsi="Times New Roman" w:eastAsia="宋体"/>
          <w:b w:val="0"/>
          <w:i w:val="0"/>
          <w:sz w:val="21"/>
        </w:rPr>
        <w:t>（A）0　　（B）1　　（C）2　　（D）一个大于 2 的整数　　（E）不是有限数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real values of x satisfying the equality (logₐ x)(log_(b) x)=logₐ b, where a and b are positive constants different from 1, is:</w:t>
      </w:r>
    </w:p>
    <w:p>
      <w:pPr>
        <w:spacing w:before="0" w:after="160" w:line="300" w:lineRule="auto"/>
      </w:pPr>
      <w:r>
        <w:rPr>
          <w:rFonts w:ascii="Times New Roman" w:hAnsi="Times New Roman" w:eastAsia="宋体"/>
          <w:b w:val="0"/>
          <w:i w:val="0"/>
          <w:color w:val="333333"/>
          <w:sz w:val="19"/>
        </w:rPr>
        <w:t>(A) 0　　(B) 1　　(C) 2　　(D) an integer greater than 2　　(E) not finite</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一件成本为 C 美元的商品以 $100 售出，亏损额为售价的 x%。随后以相对于新售价 S' 的 x% 利润转售。若 S' 与 C 之差为 11/9 美元，则 x 为：</w:t>
      </w:r>
    </w:p>
    <w:p>
      <w:pPr>
        <w:spacing w:before="0" w:after="120" w:line="300" w:lineRule="auto"/>
      </w:pPr>
      <w:r>
        <w:rPr>
          <w:rFonts w:ascii="Times New Roman" w:hAnsi="Times New Roman" w:eastAsia="宋体"/>
          <w:b w:val="0"/>
          <w:i w:val="0"/>
          <w:sz w:val="21"/>
        </w:rPr>
        <w:t>（A）无法确定　　（B）80/9　　（C）10　　（D）95/9　　（E）100/9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article costing C dollars is sold for $100 at a loss of x percent of the selling price. It is then resold at a profit of x percent of the new selling price S'. If the difference between S' and C is 11/9 dollars, then x is:</w:t>
      </w:r>
    </w:p>
    <w:p>
      <w:pPr>
        <w:spacing w:before="0" w:after="160" w:line="300" w:lineRule="auto"/>
      </w:pPr>
      <w:r>
        <w:rPr>
          <w:rFonts w:ascii="Times New Roman" w:hAnsi="Times New Roman" w:eastAsia="宋体"/>
          <w:b w:val="0"/>
          <w:i w:val="0"/>
          <w:color w:val="333333"/>
          <w:sz w:val="19"/>
        </w:rPr>
        <w:t>(A) undetermined　　(B) 80/9　　(C) 10　　(D) 95/9　　(E) 100/9</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数 15!，即 15·14·13⋯1，用 12 进制表示时末尾有 k 个零，用 10 进制表示时末尾有 h 个零，则 k+h 等于：</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 15!, that is, 15·14·13⋯1, ends with k zeros when given to the base 12 and ends with h zeros when given to the base 10, then k+h equals:</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当 x≥0 时，4x²+8x+13/(6(1+x)) 的最小值为：</w:t>
      </w:r>
    </w:p>
    <w:p>
      <w:pPr>
        <w:spacing w:before="0" w:after="120" w:line="300" w:lineRule="auto"/>
      </w:pPr>
      <w:r>
        <w:rPr>
          <w:rFonts w:ascii="Times New Roman" w:hAnsi="Times New Roman" w:eastAsia="宋体"/>
          <w:b w:val="0"/>
          <w:i w:val="0"/>
          <w:sz w:val="21"/>
        </w:rPr>
        <w:t>（A）1　　（B）2　　（C）25/12　　（D）13/6　　（E）34/5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x≥0, the smallest value of 4x²+8x+13/(6(1+x)) is:</w:t>
      </w:r>
    </w:p>
    <w:p>
      <w:pPr>
        <w:spacing w:before="0" w:after="160" w:line="300" w:lineRule="auto"/>
      </w:pPr>
      <w:r>
        <w:rPr>
          <w:rFonts w:ascii="Times New Roman" w:hAnsi="Times New Roman" w:eastAsia="宋体"/>
          <w:b w:val="0"/>
          <w:i w:val="0"/>
          <w:color w:val="333333"/>
          <w:sz w:val="19"/>
        </w:rPr>
        <w:t>(A) 1　　(B) 2　　(C) 25/12　　(D) 13/6　　(E) 34/5</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一个长方形长 5 英寸、宽小于 4 英寸。将其折叠，使一对对角顶点重合。若折痕长为 √(6)， 则长方形的宽为：</w:t>
      </w:r>
    </w:p>
    <w:p>
      <w:pPr>
        <w:spacing w:before="0" w:after="120" w:line="300" w:lineRule="auto"/>
      </w:pPr>
      <w:r>
        <w:rPr>
          <w:rFonts w:ascii="Times New Roman" w:hAnsi="Times New Roman" w:eastAsia="宋体"/>
          <w:b w:val="0"/>
          <w:i w:val="0"/>
          <w:sz w:val="21"/>
        </w:rPr>
        <w:t>（A）√(2)　　（B）√(3)　　（C）2　　（D）√(5)　　（E）√(11/2)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a rectangle is 5 inches and its width is less than 4 inches. The rectangle is folded so that two diagonally opposite vertices coincide. If the length of the crease is √(6), then the width is:</w:t>
      </w:r>
    </w:p>
    <w:p>
      <w:pPr>
        <w:spacing w:before="0" w:after="160" w:line="300" w:lineRule="auto"/>
      </w:pPr>
      <w:r>
        <w:rPr>
          <w:rFonts w:ascii="Times New Roman" w:hAnsi="Times New Roman" w:eastAsia="宋体"/>
          <w:b w:val="0"/>
          <w:i w:val="0"/>
          <w:color w:val="333333"/>
          <w:sz w:val="19"/>
        </w:rPr>
        <w:t>(A) √(2)　　(B) √(3)　　(C) 2　　(D) √(5)　　(E) √(11/2)</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给定两条不同的直线 OA 和 OB。从 OA 上一点向 OB 作垂线，再从该垂线的垂足向 OA 作垂线。从第二条垂线的垂足再向 OB 作垂线，如此无限继续。第一、第二条垂线段的长度分别为 a 和 b；当垂线条数无限增加时，各垂线段长度之和趋于一个极限。此极限为：</w:t>
      </w:r>
    </w:p>
    <w:p>
      <w:pPr>
        <w:spacing w:before="0" w:after="120" w:line="300" w:lineRule="auto"/>
      </w:pPr>
      <w:r>
        <w:rPr>
          <w:rFonts w:ascii="Times New Roman" w:hAnsi="Times New Roman" w:eastAsia="宋体"/>
          <w:b w:val="0"/>
          <w:i w:val="0"/>
          <w:sz w:val="21"/>
        </w:rPr>
        <w:t>（A）b/a-b　　（B）a/a-b　　（C）ab/a-b　　（D）b²/a-b　　（E）a²/a-b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distinct straight lines OA and OB. From a point in OA a perpendicular is drawn to OB; from the foot of this perpendicular a line is drawn perpendicular to OA. From the foot of this second perpendicular a line is drawn perpendicular to OB; and so on indefinitely. The lengths of the first and second perpendiculars are a and b, respectively. Then the sum of the lengths of the perpendiculars approaches a limit as the number of perpendiculars grows beyond all bounds. This limit is:</w:t>
      </w:r>
    </w:p>
    <w:p>
      <w:pPr>
        <w:spacing w:before="0" w:after="160" w:line="300" w:lineRule="auto"/>
      </w:pPr>
      <w:r>
        <w:rPr>
          <w:rFonts w:ascii="Times New Roman" w:hAnsi="Times New Roman" w:eastAsia="宋体"/>
          <w:b w:val="0"/>
          <w:i w:val="0"/>
          <w:color w:val="333333"/>
          <w:sz w:val="19"/>
        </w:rPr>
        <w:t>(A) b/a-b　　(B) a/a-b　　(C) ab/a-b　　(D) b²/a-b　　(E) a²/a-b</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在三角形 ABC 的边 AB 上取点 E，使 AE:EB=1:3；在边 BC 上取点 D，使 CD:DB=1:2。设 AD 与 CE 的交点为 F。则</w:t>
      </w:r>
    </w:p>
    <w:p>
      <w:pPr>
        <w:spacing w:before="0" w:after="80" w:line="300" w:lineRule="auto"/>
        <w:jc w:val="left"/>
      </w:pPr>
      <w:r>
        <w:rPr>
          <w:rFonts w:ascii="Times New Roman" w:hAnsi="Times New Roman" w:eastAsia="宋体"/>
          <w:b w:val="0"/>
          <w:i w:val="0"/>
          <w:sz w:val="21"/>
        </w:rPr>
        <w:t>EF/FC+AF/FD</w:t>
      </w:r>
    </w:p>
    <w:p>
      <w:pPr>
        <w:spacing w:before="0" w:after="80" w:line="300" w:lineRule="auto"/>
        <w:jc w:val="left"/>
      </w:pPr>
      <w:r>
        <w:rPr>
          <w:rFonts w:ascii="Times New Roman" w:hAnsi="Times New Roman" w:eastAsia="宋体"/>
          <w:b w:val="0"/>
          <w:i w:val="0"/>
          <w:sz w:val="21"/>
        </w:rPr>
        <w:t>等于：</w:t>
      </w:r>
    </w:p>
    <w:p>
      <w:pPr>
        <w:spacing w:before="80" w:after="80"/>
        <w:jc w:val="center"/>
      </w:pPr>
      <w:r>
        <w:drawing>
          <wp:inline xmlns:a="http://schemas.openxmlformats.org/drawingml/2006/main" xmlns:pic="http://schemas.openxmlformats.org/drawingml/2006/picture">
            <wp:extent cx="2574722" cy="1931035"/>
            <wp:docPr id="3" name="Picture 3"/>
            <wp:cNvGraphicFramePr>
              <a:graphicFrameLocks noChangeAspect="1"/>
            </wp:cNvGraphicFramePr>
            <a:graphic>
              <a:graphicData uri="http://schemas.openxmlformats.org/drawingml/2006/picture">
                <pic:pic>
                  <pic:nvPicPr>
                    <pic:cNvPr id="0" name="q37-1@300dpi.png"/>
                    <pic:cNvPicPr/>
                  </pic:nvPicPr>
                  <pic:blipFill>
                    <a:blip r:embed="rId10"/>
                    <a:stretch>
                      <a:fillRect/>
                    </a:stretch>
                  </pic:blipFill>
                  <pic:spPr>
                    <a:xfrm>
                      <a:off x="0" y="0"/>
                      <a:ext cx="2574722" cy="1931035"/>
                    </a:xfrm>
                    <a:prstGeom prst="rect"/>
                  </pic:spPr>
                </pic:pic>
              </a:graphicData>
            </a:graphic>
          </wp:inline>
        </w:drawing>
      </w:r>
    </w:p>
    <w:p>
      <w:pPr>
        <w:spacing w:before="0" w:after="120" w:line="300" w:lineRule="auto"/>
      </w:pPr>
      <w:r>
        <w:rPr>
          <w:rFonts w:ascii="Times New Roman" w:hAnsi="Times New Roman" w:eastAsia="宋体"/>
          <w:b w:val="0"/>
          <w:i w:val="0"/>
          <w:sz w:val="21"/>
        </w:rPr>
        <w:t>（A）4/5　　（B）5/4　　（C）3/2　　（D）2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E is selected on side AB of triangle ABC in such a way that AE:EB=1:3, and point D is selected on side BC so that CD:DB=1:2. The point of intersection of AD and CE is F. Then</w:t>
      </w:r>
    </w:p>
    <w:p>
      <w:pPr>
        <w:spacing w:before="0" w:after="80" w:line="300" w:lineRule="auto"/>
        <w:jc w:val="left"/>
      </w:pPr>
      <w:r>
        <w:rPr>
          <w:rFonts w:ascii="Times New Roman" w:hAnsi="Times New Roman" w:eastAsia="宋体"/>
          <w:b w:val="0"/>
          <w:i w:val="0"/>
          <w:color w:val="333333"/>
          <w:sz w:val="19"/>
        </w:rPr>
        <w:t>EF/FC+AF/FD</w:t>
      </w:r>
    </w:p>
    <w:p>
      <w:pPr>
        <w:spacing w:before="0" w:after="80" w:line="300" w:lineRule="auto"/>
        <w:jc w:val="left"/>
      </w:pPr>
      <w:r>
        <w:rPr>
          <w:rFonts w:ascii="Times New Roman" w:hAnsi="Times New Roman" w:eastAsia="宋体"/>
          <w:b w:val="0"/>
          <w:i w:val="0"/>
          <w:color w:val="333333"/>
          <w:sz w:val="19"/>
        </w:rPr>
        <w:t>is:</w:t>
      </w:r>
    </w:p>
    <w:p>
      <w:pPr>
        <w:spacing w:before="80" w:after="80"/>
        <w:jc w:val="center"/>
      </w:pPr>
      <w:r>
        <w:drawing>
          <wp:inline xmlns:a="http://schemas.openxmlformats.org/drawingml/2006/main" xmlns:pic="http://schemas.openxmlformats.org/drawingml/2006/picture">
            <wp:extent cx="2574722" cy="1931035"/>
            <wp:docPr id="4" name="Picture 4"/>
            <wp:cNvGraphicFramePr>
              <a:graphicFrameLocks noChangeAspect="1"/>
            </wp:cNvGraphicFramePr>
            <a:graphic>
              <a:graphicData uri="http://schemas.openxmlformats.org/drawingml/2006/picture">
                <pic:pic>
                  <pic:nvPicPr>
                    <pic:cNvPr id="0" name="q37-1@300dpi.png"/>
                    <pic:cNvPicPr/>
                  </pic:nvPicPr>
                  <pic:blipFill>
                    <a:blip r:embed="rId10"/>
                    <a:stretch>
                      <a:fillRect/>
                    </a:stretch>
                  </pic:blipFill>
                  <pic:spPr>
                    <a:xfrm>
                      <a:off x="0" y="0"/>
                      <a:ext cx="2574722" cy="19310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4/5　　(B) 5/4　　(C) 3/2　　(D) 2　　(E) 5/2</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A 单独完成一项工作所需时间是 B 和 C 合作所需时间的 m 倍；B 单独完成所需时间是 C 和 A 合作所需时间的 n 倍；C 单独完成所需时间是 A 和 B 合作所需时间的 x 倍。则用 m 和 n 表示的 x 为：</w:t>
      </w:r>
    </w:p>
    <w:p>
      <w:pPr>
        <w:spacing w:before="0" w:after="120" w:line="300" w:lineRule="auto"/>
      </w:pPr>
      <w:r>
        <w:rPr>
          <w:rFonts w:ascii="Times New Roman" w:hAnsi="Times New Roman" w:eastAsia="宋体"/>
          <w:b w:val="0"/>
          <w:i w:val="0"/>
          <w:sz w:val="21"/>
        </w:rPr>
        <w:t>（A）2mn/m+n　　（B）1/(2(m+n))　　（C）1/m+n-mn　　（D）1-mn/m+n+2mn　　（E）m+n+2/mn-1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takes m times as long to do a piece of work as B and C together; B takes n times as long as C and A together; and C takes x times as long as A and B together. Then x, in terms of m and n, is:</w:t>
      </w:r>
    </w:p>
    <w:p>
      <w:pPr>
        <w:spacing w:before="0" w:after="160" w:line="300" w:lineRule="auto"/>
      </w:pPr>
      <w:r>
        <w:rPr>
          <w:rFonts w:ascii="Times New Roman" w:hAnsi="Times New Roman" w:eastAsia="宋体"/>
          <w:b w:val="0"/>
          <w:i w:val="0"/>
          <w:color w:val="333333"/>
          <w:sz w:val="19"/>
        </w:rPr>
        <w:t>(A) 2mn/m+n　　(B) 1/(2(m+n))　　(C) 1/m+n-mn　　(D) 1-mn/m+n+2mn　　(E) m+n+2/mn-1</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一名工头看到检验员用一个 2 英寸塞规和一个 1 英寸塞规检查一个直径为 3 英寸的孔，便建议再插入两个量规，以确保它们恰好紧密贴合。若两个新量规相同，则各自的直径 d 精确到百分之一英寸为：</w:t>
      </w:r>
    </w:p>
    <w:p>
      <w:pPr>
        <w:spacing w:before="80" w:after="80"/>
        <w:jc w:val="center"/>
      </w:pPr>
      <w:r>
        <w:drawing>
          <wp:inline xmlns:a="http://schemas.openxmlformats.org/drawingml/2006/main" xmlns:pic="http://schemas.openxmlformats.org/drawingml/2006/picture">
            <wp:extent cx="1150159" cy="1150159"/>
            <wp:docPr id="5" name="Picture 5"/>
            <wp:cNvGraphicFramePr>
              <a:graphicFrameLocks noChangeAspect="1"/>
            </wp:cNvGraphicFramePr>
            <a:graphic>
              <a:graphicData uri="http://schemas.openxmlformats.org/drawingml/2006/picture">
                <pic:pic>
                  <pic:nvPicPr>
                    <pic:cNvPr id="0" name="q39-1@300dpi.png"/>
                    <pic:cNvPicPr/>
                  </pic:nvPicPr>
                  <pic:blipFill>
                    <a:blip r:embed="rId11"/>
                    <a:stretch>
                      <a:fillRect/>
                    </a:stretch>
                  </pic:blipFill>
                  <pic:spPr>
                    <a:xfrm>
                      <a:off x="0" y="0"/>
                      <a:ext cx="1150159" cy="1150159"/>
                    </a:xfrm>
                    <a:prstGeom prst="rect"/>
                  </pic:spPr>
                </pic:pic>
              </a:graphicData>
            </a:graphic>
          </wp:inline>
        </w:drawing>
      </w:r>
    </w:p>
    <w:p>
      <w:pPr>
        <w:spacing w:before="0" w:after="120" w:line="300" w:lineRule="auto"/>
      </w:pPr>
      <w:r>
        <w:rPr>
          <w:rFonts w:ascii="Times New Roman" w:hAnsi="Times New Roman" w:eastAsia="宋体"/>
          <w:b w:val="0"/>
          <w:i w:val="0"/>
          <w:sz w:val="21"/>
        </w:rPr>
        <w:t>（A）0.87　　（B）0.86　　（C）0.83　　（D）0.75　　（E）0.71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foreman noticed an inspector checking a 3-inch hole with a 2-inch plug and a 1-inch plug and suggested that two more gauges be inserted to be sure that the fit was snug. If the new gauges are alike, then the diameter d of each, to the nearest hundredth of an inch, is:</w:t>
      </w:r>
    </w:p>
    <w:p>
      <w:pPr>
        <w:spacing w:before="80" w:after="80"/>
        <w:jc w:val="center"/>
      </w:pPr>
      <w:r>
        <w:drawing>
          <wp:inline xmlns:a="http://schemas.openxmlformats.org/drawingml/2006/main" xmlns:pic="http://schemas.openxmlformats.org/drawingml/2006/picture">
            <wp:extent cx="1150159" cy="1150159"/>
            <wp:docPr id="6" name="Picture 6"/>
            <wp:cNvGraphicFramePr>
              <a:graphicFrameLocks noChangeAspect="1"/>
            </wp:cNvGraphicFramePr>
            <a:graphic>
              <a:graphicData uri="http://schemas.openxmlformats.org/drawingml/2006/picture">
                <pic:pic>
                  <pic:nvPicPr>
                    <pic:cNvPr id="0" name="q39-1@300dpi.png"/>
                    <pic:cNvPicPr/>
                  </pic:nvPicPr>
                  <pic:blipFill>
                    <a:blip r:embed="rId11"/>
                    <a:stretch>
                      <a:fillRect/>
                    </a:stretch>
                  </pic:blipFill>
                  <pic:spPr>
                    <a:xfrm>
                      <a:off x="0" y="0"/>
                      <a:ext cx="1150159" cy="1150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0.87　　(B) 0.86　　(C) 0.83　　(D) 0.75　　(E) 0.71</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设使 P=x⁴+6x³+11x²+3x+31 为整数平方的整数 x 值共有 n 个。则 n 为：</w:t>
      </w:r>
    </w:p>
    <w:p>
      <w:pPr>
        <w:spacing w:before="0" w:after="120" w:line="300" w:lineRule="auto"/>
      </w:pPr>
      <w:r>
        <w:rPr>
          <w:rFonts w:ascii="Times New Roman" w:hAnsi="Times New Roman" w:eastAsia="宋体"/>
          <w:b w:val="0"/>
          <w:i w:val="0"/>
          <w:sz w:val="21"/>
        </w:rPr>
        <w:t>（A）4　　（B）3　　（C）2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integer values of x such that P=x⁴+6x³+11x²+3x+31 is the square of an integer. Then n is:</w:t>
      </w:r>
    </w:p>
    <w:p>
      <w:pPr>
        <w:spacing w:before="0" w:after="160" w:line="300" w:lineRule="auto"/>
      </w:pPr>
      <w:r>
        <w:rPr>
          <w:rFonts w:ascii="Times New Roman" w:hAnsi="Times New Roman" w:eastAsia="宋体"/>
          <w:b w:val="0"/>
          <w:i w:val="0"/>
          <w:color w:val="333333"/>
          <w:sz w:val="19"/>
        </w:rPr>
        <w:t>(A) 4　　(B) 3　　(C) 2　　(D) 1　　(E) 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C　A　B　E　A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D　E　A　B　C　E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C　D　A　D　E　D　E　A</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A　B　C　C　D　B　D　E</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C　E　B　D</w:t>
      </w:r>
    </w:p>
    <w:p>
      <w:pPr>
        <w:spacing w:before="0" w:after="200" w:line="300" w:lineRule="auto"/>
      </w:pPr>
      <w:r>
        <w:rPr>
          <w:rFonts w:ascii="Times New Roman" w:hAnsi="Times New Roman" w:eastAsia="宋体"/>
          <w:b w:val="0"/>
          <w:i w:val="0"/>
          <w:color w:val="666666"/>
          <w:sz w:val="18"/>
        </w:rPr>
        <w:t>答案串：CDBCABEAEABDEABCEBCCDADEDEABABCCDBDECEBD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由于底数为 2， 指数必须为零。因式分解得</w:t>
      </w:r>
    </w:p>
    <w:p>
      <w:pPr>
        <w:spacing w:before="0" w:after="80" w:line="300" w:lineRule="auto"/>
        <w:jc w:val="left"/>
      </w:pPr>
      <w:r>
        <w:rPr>
          <w:rFonts w:ascii="Times New Roman" w:hAnsi="Times New Roman" w:eastAsia="宋体"/>
          <w:b w:val="0"/>
          <w:i w:val="0"/>
          <w:sz w:val="21"/>
        </w:rPr>
        <w:t>2x²-7x+5=0,</w:t>
      </w:r>
    </w:p>
    <w:p>
      <w:pPr>
        <w:spacing w:before="0" w:after="80" w:line="300" w:lineRule="auto"/>
        <w:jc w:val="left"/>
      </w:pPr>
      <w:r>
        <w:rPr>
          <w:rFonts w:ascii="Times New Roman" w:hAnsi="Times New Roman" w:eastAsia="宋体"/>
          <w:b w:val="0"/>
          <w:i w:val="0"/>
          <w:sz w:val="21"/>
        </w:rPr>
        <w:t>(2x-5)(x-1)=0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x=5/2 或 x=1， 共有两个实数解。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base is 2, the exponent must be zero. Factoring gives</w:t>
      </w:r>
    </w:p>
    <w:p>
      <w:pPr>
        <w:spacing w:before="0" w:after="80" w:line="300" w:lineRule="auto"/>
        <w:jc w:val="left"/>
      </w:pPr>
      <w:r>
        <w:rPr>
          <w:rFonts w:ascii="Times New Roman" w:hAnsi="Times New Roman" w:eastAsia="宋体"/>
          <w:b w:val="0"/>
          <w:i w:val="0"/>
          <w:color w:val="333333"/>
          <w:sz w:val="19"/>
        </w:rPr>
        <w:t>2x²-7x+5=0,</w:t>
      </w:r>
    </w:p>
    <w:p>
      <w:pPr>
        <w:spacing w:before="0" w:after="80" w:line="300" w:lineRule="auto"/>
        <w:jc w:val="left"/>
      </w:pPr>
      <w:r>
        <w:rPr>
          <w:rFonts w:ascii="Times New Roman" w:hAnsi="Times New Roman" w:eastAsia="宋体"/>
          <w:b w:val="0"/>
          <w:i w:val="0"/>
          <w:color w:val="333333"/>
          <w:sz w:val="19"/>
        </w:rPr>
        <w:t>(2x-5)(x-1)=0.</w:t>
      </w:r>
    </w:p>
    <w:p>
      <w:pPr>
        <w:spacing w:before="0" w:after="80" w:line="300" w:lineRule="auto"/>
        <w:jc w:val="left"/>
      </w:pPr>
      <w:r>
        <w:rPr>
          <w:rFonts w:ascii="Times New Roman" w:hAnsi="Times New Roman" w:eastAsia="宋体"/>
          <w:b w:val="0"/>
          <w:i w:val="0"/>
          <w:color w:val="333333"/>
          <w:sz w:val="19"/>
        </w:rPr>
        <w:t>Thus x=5/2 or x=1, giving two real values.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若半径为 r， 则六边形的边长为 r。 该边所截劣弧的长度为 (2π r)/6=(π r)/3。 所求比为 r:((π r)/3)=3:π。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radius is r, the hexagon side is r. Its intercepted minor arc has length (2π r)/6=(π r)/3. The ratio is r:((π r)/3)=3:π.</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由于 2⁻²=1/4，</w:t>
      </w:r>
    </w:p>
    <w:p>
      <w:pPr>
        <w:spacing w:before="0" w:after="80" w:line="300" w:lineRule="auto"/>
        <w:jc w:val="left"/>
      </w:pPr>
      <w:r>
        <w:rPr>
          <w:rFonts w:ascii="Times New Roman" w:hAnsi="Times New Roman" w:eastAsia="宋体"/>
          <w:b w:val="0"/>
          <w:i w:val="0"/>
          <w:sz w:val="21"/>
        </w:rPr>
        <w:t>81^(-(2⁻²)) =81^(-1/4)</w:t>
      </w:r>
    </w:p>
    <w:p>
      <w:pPr>
        <w:spacing w:before="0" w:after="80" w:line="300" w:lineRule="auto"/>
        <w:jc w:val="left"/>
      </w:pPr>
      <w:r>
        <w:rPr>
          <w:rFonts w:ascii="Times New Roman" w:hAnsi="Times New Roman" w:eastAsia="宋体"/>
          <w:b w:val="0"/>
          <w:i w:val="0"/>
          <w:sz w:val="21"/>
        </w:rPr>
        <w:t>=(3⁴)^(-1/4)=1/3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2⁻²=1/4,</w:t>
      </w:r>
    </w:p>
    <w:p>
      <w:pPr>
        <w:spacing w:before="0" w:after="80" w:line="300" w:lineRule="auto"/>
        <w:jc w:val="left"/>
      </w:pPr>
      <w:r>
        <w:rPr>
          <w:rFonts w:ascii="Times New Roman" w:hAnsi="Times New Roman" w:eastAsia="宋体"/>
          <w:b w:val="0"/>
          <w:i w:val="0"/>
          <w:color w:val="333333"/>
          <w:sz w:val="19"/>
        </w:rPr>
        <w:t>81^(-(2⁻²)) =81^(-1/4)</w:t>
      </w:r>
    </w:p>
    <w:p>
      <w:pPr>
        <w:spacing w:before="0" w:after="80" w:line="300" w:lineRule="auto"/>
        <w:jc w:val="left"/>
      </w:pPr>
      <w:r>
        <w:rPr>
          <w:rFonts w:ascii="Times New Roman" w:hAnsi="Times New Roman" w:eastAsia="宋体"/>
          <w:b w:val="0"/>
          <w:i w:val="0"/>
          <w:color w:val="333333"/>
          <w:sz w:val="19"/>
        </w:rPr>
        <w:t>=(3⁴)^(-1/4)=1/3.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到平行线 l₁ 和 l₃ 距离相等的点位于两线之间唯一的平行中线上。到相交直线 l₁ 和 l₂ 距离相等的点位于它们的两条角平分线之一上。每条角平分线都与平行中线相交一次，因此共有两个点。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equidistant from parallel lines l₁ and l₃ lie on the unique line midway between them. Points equidistant from intersecting lines l₁ and l₂ lie on either of their two angle bisectors. Each angle bisector meets the midway parallel once, giving two points.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令 z=0.363636…。 则 100z-z=36， 所以 z=36/99=4/11。 所求的和为 4+11=15。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z=0.363636…. Then 100z-z=36, so z=36/99=4/11. The requested sum is 4+11=15.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指数函数与对数函数互相抵消，所以 10^(log₁₀9)=9。 因此 8x+5=9， 从而 x=1/2。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exponential and logarithm cancel, so 10^(log₁₀9)=9. Thus 8x+5=9, giving x=1/2.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根据韦达定理，r+s=-b/a，且 rs=c/a。 因此</w:t>
      </w:r>
    </w:p>
    <w:p>
      <w:pPr>
        <w:spacing w:before="0" w:after="80" w:line="300" w:lineRule="auto"/>
        <w:jc w:val="left"/>
      </w:pPr>
      <w:r>
        <w:rPr>
          <w:rFonts w:ascii="Times New Roman" w:hAnsi="Times New Roman" w:eastAsia="宋体"/>
          <w:b w:val="0"/>
          <w:i w:val="0"/>
          <w:sz w:val="21"/>
        </w:rPr>
        <w:t>1/r+1/s =r+s/rs</w:t>
      </w:r>
    </w:p>
    <w:p>
      <w:pPr>
        <w:spacing w:before="0" w:after="80" w:line="300" w:lineRule="auto"/>
        <w:jc w:val="left"/>
      </w:pPr>
      <w:r>
        <w:rPr>
          <w:rFonts w:ascii="Times New Roman" w:hAnsi="Times New Roman" w:eastAsia="宋体"/>
          <w:b w:val="0"/>
          <w:i w:val="0"/>
          <w:sz w:val="21"/>
        </w:rPr>
        <w:t>=(-b/a)/(c/a)=-b/c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r+s=-b/a and rs=c/a. Therefore</w:t>
      </w:r>
    </w:p>
    <w:p>
      <w:pPr>
        <w:spacing w:before="0" w:after="80" w:line="300" w:lineRule="auto"/>
        <w:jc w:val="left"/>
      </w:pPr>
      <w:r>
        <w:rPr>
          <w:rFonts w:ascii="Times New Roman" w:hAnsi="Times New Roman" w:eastAsia="宋体"/>
          <w:b w:val="0"/>
          <w:i w:val="0"/>
          <w:color w:val="333333"/>
          <w:sz w:val="19"/>
        </w:rPr>
        <w:t>1/r+1/s =r+s/rs</w:t>
      </w:r>
    </w:p>
    <w:p>
      <w:pPr>
        <w:spacing w:before="0" w:after="80" w:line="300" w:lineRule="auto"/>
        <w:jc w:val="left"/>
      </w:pPr>
      <w:r>
        <w:rPr>
          <w:rFonts w:ascii="Times New Roman" w:hAnsi="Times New Roman" w:eastAsia="宋体"/>
          <w:b w:val="0"/>
          <w:i w:val="0"/>
          <w:color w:val="333333"/>
          <w:sz w:val="19"/>
        </w:rPr>
        <w:t>=(-b/a)/(c/a)=-b/c.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梯形占总面积的三分之一，所以较小相似三角形占三分之二。它的长度比为 √(2/3)。 因此平行线段的长度为</w:t>
      </w:r>
    </w:p>
    <w:p>
      <w:pPr>
        <w:spacing w:before="0" w:after="80" w:line="300" w:lineRule="auto"/>
        <w:jc w:val="left"/>
      </w:pPr>
      <w:r>
        <w:rPr>
          <w:rFonts w:ascii="Times New Roman" w:hAnsi="Times New Roman" w:eastAsia="宋体"/>
          <w:b w:val="0"/>
          <w:i w:val="0"/>
          <w:sz w:val="21"/>
        </w:rPr>
        <w:t>18√(2/3)=6√(6)。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trapezoid occupies one third of the area, so the smaller similar triangle occupies two thirds. Its linear scale factor is √(2/3). Hence the parallel segment has length</w:t>
      </w:r>
    </w:p>
    <w:p>
      <w:pPr>
        <w:spacing w:before="0" w:after="80" w:line="300" w:lineRule="auto"/>
        <w:jc w:val="left"/>
      </w:pPr>
      <w:r>
        <w:rPr>
          <w:rFonts w:ascii="Times New Roman" w:hAnsi="Times New Roman" w:eastAsia="宋体"/>
          <w:b w:val="0"/>
          <w:i w:val="0"/>
          <w:color w:val="333333"/>
          <w:sz w:val="19"/>
        </w:rPr>
        <w:t>18√(2/3)=6√(6).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y=(x-4)²+c-16。</w:t>
      </w:r>
    </w:p>
    <w:p>
      <w:pPr>
        <w:spacing w:before="0" w:after="80" w:line="300" w:lineRule="auto"/>
        <w:jc w:val="left"/>
      </w:pPr>
      <w:r>
        <w:rPr>
          <w:rFonts w:ascii="Times New Roman" w:hAnsi="Times New Roman" w:eastAsia="宋体"/>
          <w:b w:val="0"/>
          <w:i w:val="0"/>
          <w:sz w:val="21"/>
        </w:rPr>
        <w:t>顶点为 (4,c-16)，所以当 c=16 时，顶点位于 x 轴上。</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 gives</w:t>
      </w:r>
    </w:p>
    <w:p>
      <w:pPr>
        <w:spacing w:before="0" w:after="80" w:line="300" w:lineRule="auto"/>
        <w:jc w:val="left"/>
      </w:pPr>
      <w:r>
        <w:rPr>
          <w:rFonts w:ascii="Times New Roman" w:hAnsi="Times New Roman" w:eastAsia="宋体"/>
          <w:b w:val="0"/>
          <w:i w:val="0"/>
          <w:color w:val="333333"/>
          <w:sz w:val="19"/>
        </w:rPr>
        <w:t>y=(x-4)²+c-16.</w:t>
      </w:r>
    </w:p>
    <w:p>
      <w:pPr>
        <w:spacing w:before="0" w:after="80" w:line="300" w:lineRule="auto"/>
        <w:jc w:val="left"/>
      </w:pPr>
      <w:r>
        <w:rPr>
          <w:rFonts w:ascii="Times New Roman" w:hAnsi="Times New Roman" w:eastAsia="宋体"/>
          <w:b w:val="0"/>
          <w:i w:val="0"/>
          <w:color w:val="333333"/>
          <w:sz w:val="19"/>
        </w:rPr>
        <w:t>The vertex is (4,c-16), so it lies on the x-axis when c=16.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有 x²-x-6=(x-3)(x+2)。 该乘积恰在两根之间为负，因此 -2&lt; x&lt;3。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x²-x-6=(x-3)(x+2). This product is negative exactly between its roots, so -2&lt; x&lt;3.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命题 I 将 √(a)√(b)=√(ab) 错误地用于负被开方数；在实数范围内其左边没有定义，而取复数主值时左边等于 -8， 而不是 8。 命题 II 和 III 都能正确化简为 8。 因此只有 I 不正确。</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Statement I improperly applies √(a)√(b)=√(ab) to negative radicands; over the reals its left side is undefined, and with principal complex roots it equals -8, not 8. Statements II and III both correctly simplify to 8. Thus only I is incorrect.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以 A 为原点，并设从原点指向 B,C 的向量分别为 u,v。若菱形边长为 s，则其对角顶点为 (s/12)u+(s/6)v。当这两个系数之和为 1 时，该点位于 BC 上。因此</w:t>
      </w:r>
    </w:p>
    <w:p>
      <w:pPr>
        <w:spacing w:before="0" w:after="80" w:line="300" w:lineRule="auto"/>
        <w:jc w:val="left"/>
      </w:pPr>
      <w:r>
        <w:rPr>
          <w:rFonts w:ascii="Times New Roman" w:hAnsi="Times New Roman" w:eastAsia="宋体"/>
          <w:b w:val="0"/>
          <w:i w:val="0"/>
          <w:sz w:val="21"/>
        </w:rPr>
        <w:t>s/12+s/6=1，</w:t>
      </w:r>
    </w:p>
    <w:p>
      <w:pPr>
        <w:spacing w:before="0" w:after="80" w:line="300" w:lineRule="auto"/>
        <w:jc w:val="left"/>
      </w:pPr>
      <w:r>
        <w:rPr>
          <w:rFonts w:ascii="Times New Roman" w:hAnsi="Times New Roman" w:eastAsia="宋体"/>
          <w:b w:val="0"/>
          <w:i w:val="0"/>
          <w:sz w:val="21"/>
        </w:rPr>
        <w:t>从而 s=4。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A as the origin and let the vectors to B,C be u,v. If the rhombus side is s, its opposite vertex is (s/12)u+(s/6)v. A point lies on BC when these coefficients sum to 1. Thus</w:t>
      </w:r>
    </w:p>
    <w:p>
      <w:pPr>
        <w:spacing w:before="0" w:after="80" w:line="300" w:lineRule="auto"/>
        <w:jc w:val="left"/>
      </w:pPr>
      <w:r>
        <w:rPr>
          <w:rFonts w:ascii="Times New Roman" w:hAnsi="Times New Roman" w:eastAsia="宋体"/>
          <w:b w:val="0"/>
          <w:i w:val="0"/>
          <w:color w:val="333333"/>
          <w:sz w:val="19"/>
        </w:rPr>
        <w:t>s/12+s/6=1,</w:t>
      </w:r>
    </w:p>
    <w:p>
      <w:pPr>
        <w:spacing w:before="0" w:after="80" w:line="300" w:lineRule="auto"/>
        <w:jc w:val="left"/>
      </w:pPr>
      <w:r>
        <w:rPr>
          <w:rFonts w:ascii="Times New Roman" w:hAnsi="Times New Roman" w:eastAsia="宋体"/>
          <w:b w:val="0"/>
          <w:i w:val="0"/>
          <w:color w:val="333333"/>
          <w:sz w:val="19"/>
        </w:rPr>
        <w:t>giving s=4.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该直线到原点的距离为 15/(√((-3)²+5²))=15/(√(34))&lt;4。 因此它穿过圆盘 x²+y²≤16 的内部，交集是一条含有无穷多个点的线段。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 distance from the origin is 15/(√((-3)²+5²))=15/(√(34))&lt;4. It therefore crosses the interior of the disk x²+y²≤16 in a segment containing infinitely many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令 x=y=1 后，每个单项式都等于 1， 因此所得值就是数值系数之和。这个值为</w:t>
      </w:r>
    </w:p>
    <w:p>
      <w:pPr>
        <w:spacing w:before="0" w:after="80" w:line="300" w:lineRule="auto"/>
        <w:jc w:val="left"/>
      </w:pPr>
      <w:r>
        <w:rPr>
          <w:rFonts w:ascii="Times New Roman" w:hAnsi="Times New Roman" w:eastAsia="宋体"/>
          <w:b w:val="0"/>
          <w:i w:val="0"/>
          <w:sz w:val="21"/>
        </w:rPr>
        <w:t>(1-2+1)⁷=0。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x=y=1 makes every monomial equal 1, so the value is the sum of the numerical coefficients. It is</w:t>
      </w:r>
    </w:p>
    <w:p>
      <w:pPr>
        <w:spacing w:before="0" w:after="80" w:line="300" w:lineRule="auto"/>
        <w:jc w:val="left"/>
      </w:pPr>
      <w:r>
        <w:rPr>
          <w:rFonts w:ascii="Times New Roman" w:hAnsi="Times New Roman" w:eastAsia="宋体"/>
          <w:b w:val="0"/>
          <w:i w:val="0"/>
          <w:color w:val="333333"/>
          <w:sz w:val="19"/>
        </w:rPr>
        <w:t>(1-2+1)⁷=0.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用通常的记法，25_(b)=2b+5，且 52_(b)=5b+2。 因此</w:t>
      </w:r>
    </w:p>
    <w:p>
      <w:pPr>
        <w:spacing w:before="0" w:after="80" w:line="300" w:lineRule="auto"/>
        <w:jc w:val="left"/>
      </w:pPr>
      <w:r>
        <w:rPr>
          <w:rFonts w:ascii="Times New Roman" w:hAnsi="Times New Roman" w:eastAsia="宋体"/>
          <w:b w:val="0"/>
          <w:i w:val="0"/>
          <w:sz w:val="21"/>
        </w:rPr>
        <w:t>5b+2=2(2b+5)，</w:t>
      </w:r>
    </w:p>
    <w:p>
      <w:pPr>
        <w:spacing w:before="0" w:after="80" w:line="300" w:lineRule="auto"/>
        <w:jc w:val="left"/>
      </w:pPr>
      <w:r>
        <w:rPr>
          <w:rFonts w:ascii="Times New Roman" w:hAnsi="Times New Roman" w:eastAsia="宋体"/>
          <w:b w:val="0"/>
          <w:i w:val="0"/>
          <w:sz w:val="21"/>
        </w:rPr>
        <w:t>所以 b=8。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ordinary notation, 25_(b)=2b+5 and 52_(b)=5b+2. Thus</w:t>
      </w:r>
    </w:p>
    <w:p>
      <w:pPr>
        <w:spacing w:before="0" w:after="80" w:line="300" w:lineRule="auto"/>
        <w:jc w:val="left"/>
      </w:pPr>
      <w:r>
        <w:rPr>
          <w:rFonts w:ascii="Times New Roman" w:hAnsi="Times New Roman" w:eastAsia="宋体"/>
          <w:b w:val="0"/>
          <w:i w:val="0"/>
          <w:color w:val="333333"/>
          <w:sz w:val="19"/>
        </w:rPr>
        <w:t>5b+2=2(2b+5),</w:t>
      </w:r>
    </w:p>
    <w:p>
      <w:pPr>
        <w:spacing w:before="0" w:after="80" w:line="300" w:lineRule="auto"/>
        <w:jc w:val="left"/>
      </w:pPr>
      <w:r>
        <w:rPr>
          <w:rFonts w:ascii="Times New Roman" w:hAnsi="Times New Roman" w:eastAsia="宋体"/>
          <w:b w:val="0"/>
          <w:i w:val="0"/>
          <w:color w:val="333333"/>
          <w:sz w:val="19"/>
        </w:rPr>
        <w:t>so b=8.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取 C=(0,0), A=(0,30) 和 E=(30,0)。则 B=(0,15)，且 D=(15,0)。直线 AD 和 EB 是三角形 ACE 的中线，所以它们交于重心 F=(10,10)。线段 DE 长为 15，点 F 到其所在直线的距离为 10。因此</w:t>
      </w:r>
    </w:p>
    <w:p>
      <w:pPr>
        <w:spacing w:before="0" w:after="80" w:line="300" w:lineRule="auto"/>
        <w:jc w:val="left"/>
      </w:pPr>
      <w:r>
        <w:rPr>
          <w:rFonts w:ascii="Times New Roman" w:hAnsi="Times New Roman" w:eastAsia="宋体"/>
          <w:b w:val="0"/>
          <w:i w:val="0"/>
          <w:sz w:val="21"/>
        </w:rPr>
        <w:t>[DFE]=1/2(15)(10)=75。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C=(0,0), A=(0,30), and E=(30,0). Then B=(0,15) and D=(15,0). Lines AD and EB are medians of triangle ACE, so they meet at the centroid F=(10,10). Segment DE has length 15 and F is 10 units above its line. Therefore</w:t>
      </w:r>
    </w:p>
    <w:p>
      <w:pPr>
        <w:spacing w:before="0" w:after="80" w:line="300" w:lineRule="auto"/>
        <w:jc w:val="left"/>
      </w:pPr>
      <w:r>
        <w:rPr>
          <w:rFonts w:ascii="Times New Roman" w:hAnsi="Times New Roman" w:eastAsia="宋体"/>
          <w:b w:val="0"/>
          <w:i w:val="0"/>
          <w:color w:val="333333"/>
          <w:sz w:val="19"/>
        </w:rPr>
        <w:t>[DFE]=1/2(15)(10)=75.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该命题的含义是：如果野餐没有举行，那么天气不好。它的逆否命题是：如果天气晴朗，那么野餐会举行。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says: if the picnic is not held, then the weather is not fair. Its contrapositive is: if the weather is fair, then the picnic will be held.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误差为</w:t>
      </w:r>
    </w:p>
    <w:p>
      <w:pPr>
        <w:spacing w:before="0" w:after="80" w:line="300" w:lineRule="auto"/>
        <w:jc w:val="left"/>
      </w:pPr>
      <w:r>
        <w:rPr>
          <w:rFonts w:ascii="Times New Roman" w:hAnsi="Times New Roman" w:eastAsia="宋体"/>
          <w:b w:val="0"/>
          <w:i w:val="0"/>
          <w:sz w:val="21"/>
        </w:rPr>
        <w:t>1/1+y-(1-y)=y²/1+y。</w:t>
      </w:r>
    </w:p>
    <w:p>
      <w:pPr>
        <w:spacing w:before="0" w:after="80" w:line="300" w:lineRule="auto"/>
        <w:jc w:val="left"/>
      </w:pPr>
      <w:r>
        <w:rPr>
          <w:rFonts w:ascii="Times New Roman" w:hAnsi="Times New Roman" w:eastAsia="宋体"/>
          <w:b w:val="0"/>
          <w:i w:val="0"/>
          <w:sz w:val="21"/>
        </w:rPr>
        <w:t>再除以正确值 1/1+y，所得比值为 y²。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error is</w:t>
      </w:r>
    </w:p>
    <w:p>
      <w:pPr>
        <w:spacing w:before="0" w:after="80" w:line="300" w:lineRule="auto"/>
        <w:jc w:val="left"/>
      </w:pPr>
      <w:r>
        <w:rPr>
          <w:rFonts w:ascii="Times New Roman" w:hAnsi="Times New Roman" w:eastAsia="宋体"/>
          <w:b w:val="0"/>
          <w:i w:val="0"/>
          <w:color w:val="333333"/>
          <w:sz w:val="19"/>
        </w:rPr>
        <w:t>1/1+y-(1-y)=y²/1+y.</w:t>
      </w:r>
    </w:p>
    <w:p>
      <w:pPr>
        <w:spacing w:before="0" w:after="80" w:line="300" w:lineRule="auto"/>
        <w:jc w:val="left"/>
      </w:pPr>
      <w:r>
        <w:rPr>
          <w:rFonts w:ascii="Times New Roman" w:hAnsi="Times New Roman" w:eastAsia="宋体"/>
          <w:b w:val="0"/>
          <w:i w:val="0"/>
          <w:color w:val="333333"/>
          <w:sz w:val="19"/>
        </w:rPr>
        <w:t>Dividing by the correct value 1/1+y gives the ratio y².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由首项可知商必为 x+1。 展开得</w:t>
      </w:r>
    </w:p>
    <w:p>
      <w:pPr>
        <w:spacing w:before="0" w:after="80" w:line="300" w:lineRule="auto"/>
        <w:jc w:val="left"/>
      </w:pPr>
      <w:r>
        <w:rPr>
          <w:rFonts w:ascii="Times New Roman" w:hAnsi="Times New Roman" w:eastAsia="宋体"/>
          <w:b w:val="0"/>
          <w:i w:val="0"/>
          <w:sz w:val="21"/>
        </w:rPr>
        <w:t>(x+1)(x³+3x²+9x+3)</w:t>
      </w:r>
    </w:p>
    <w:p>
      <w:pPr>
        <w:spacing w:before="0" w:after="80" w:line="300" w:lineRule="auto"/>
        <w:jc w:val="left"/>
      </w:pPr>
      <w:r>
        <w:rPr>
          <w:rFonts w:ascii="Times New Roman" w:hAnsi="Times New Roman" w:eastAsia="宋体"/>
          <w:b w:val="0"/>
          <w:i w:val="0"/>
          <w:sz w:val="21"/>
        </w:rPr>
        <w:t>=x⁴+4x³+12x²+12x+3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6p=12, 4q=12, r=3， 所以 p=2, q=3，且 (p+q)r=15。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leading terms force quotient x+1. Expanding,</w:t>
      </w:r>
    </w:p>
    <w:p>
      <w:pPr>
        <w:spacing w:before="0" w:after="80" w:line="300" w:lineRule="auto"/>
        <w:jc w:val="left"/>
      </w:pPr>
      <w:r>
        <w:rPr>
          <w:rFonts w:ascii="Times New Roman" w:hAnsi="Times New Roman" w:eastAsia="宋体"/>
          <w:b w:val="0"/>
          <w:i w:val="0"/>
          <w:color w:val="333333"/>
          <w:sz w:val="19"/>
        </w:rPr>
        <w:t>(x+1)(x³+3x²+9x+3)</w:t>
      </w:r>
    </w:p>
    <w:p>
      <w:pPr>
        <w:spacing w:before="0" w:after="80" w:line="300" w:lineRule="auto"/>
        <w:jc w:val="left"/>
      </w:pPr>
      <w:r>
        <w:rPr>
          <w:rFonts w:ascii="Times New Roman" w:hAnsi="Times New Roman" w:eastAsia="宋体"/>
          <w:b w:val="0"/>
          <w:i w:val="0"/>
          <w:color w:val="333333"/>
          <w:sz w:val="19"/>
        </w:rPr>
        <w:t>=x⁴+4x³+12x²+12x+3.</w:t>
      </w:r>
    </w:p>
    <w:p>
      <w:pPr>
        <w:spacing w:before="0" w:after="80" w:line="300" w:lineRule="auto"/>
        <w:jc w:val="left"/>
      </w:pPr>
      <w:r>
        <w:rPr>
          <w:rFonts w:ascii="Times New Roman" w:hAnsi="Times New Roman" w:eastAsia="宋体"/>
          <w:b w:val="0"/>
          <w:i w:val="0"/>
          <w:color w:val="333333"/>
          <w:sz w:val="19"/>
        </w:rPr>
        <w:t>Thus 6p=12, 4q=12, r=3, so p=2, q=3 and (p+q)r=15.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第 r 项等于相邻两个部分和之差。代入并化简得</w:t>
      </w:r>
    </w:p>
    <w:p>
      <w:pPr>
        <w:spacing w:before="0" w:after="80" w:line="300" w:lineRule="auto"/>
        <w:jc w:val="left"/>
      </w:pPr>
      <w:r>
        <w:rPr>
          <w:rFonts w:ascii="Times New Roman" w:hAnsi="Times New Roman" w:eastAsia="宋体"/>
          <w:b w:val="0"/>
          <w:i w:val="0"/>
          <w:sz w:val="21"/>
        </w:rPr>
        <w:t>Sᵣ-Sᵣ₋₁=6r-1。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rth term is the difference of consecutive partial sums. Substitution and simplification give</w:t>
      </w:r>
    </w:p>
    <w:p>
      <w:pPr>
        <w:spacing w:before="0" w:after="80" w:line="300" w:lineRule="auto"/>
        <w:jc w:val="left"/>
      </w:pPr>
      <w:r>
        <w:rPr>
          <w:rFonts w:ascii="Times New Roman" w:hAnsi="Times New Roman" w:eastAsia="宋体"/>
          <w:b w:val="0"/>
          <w:i w:val="0"/>
          <w:color w:val="333333"/>
          <w:sz w:val="19"/>
        </w:rPr>
        <w:t>Sᵣ-Sᵣ₋₁=6r-1.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该表达式等于</w:t>
      </w:r>
    </w:p>
    <w:p>
      <w:pPr>
        <w:spacing w:before="0" w:after="80" w:line="300" w:lineRule="auto"/>
        <w:jc w:val="left"/>
      </w:pPr>
      <w:r>
        <w:rPr>
          <w:rFonts w:ascii="Times New Roman" w:hAnsi="Times New Roman" w:eastAsia="宋体"/>
          <w:b w:val="0"/>
          <w:i w:val="0"/>
          <w:sz w:val="21"/>
        </w:rPr>
        <w:t>log₁₀(x²+3/x²)</w:t>
      </w:r>
    </w:p>
    <w:p>
      <w:pPr>
        <w:spacing w:before="0" w:after="80" w:line="300" w:lineRule="auto"/>
        <w:jc w:val="left"/>
      </w:pPr>
      <w:r>
        <w:rPr>
          <w:rFonts w:ascii="Times New Roman" w:hAnsi="Times New Roman" w:eastAsia="宋体"/>
          <w:b w:val="0"/>
          <w:i w:val="0"/>
          <w:sz w:val="21"/>
        </w:rPr>
        <w:t>=log₁₀(1+3/x²)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它始终为正，但随着 x 增大而趋近于 0。因此可以使它小于任意给定的正数。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w:t>
      </w:r>
    </w:p>
    <w:p>
      <w:pPr>
        <w:spacing w:before="0" w:after="80" w:line="300" w:lineRule="auto"/>
        <w:jc w:val="left"/>
      </w:pPr>
      <w:r>
        <w:rPr>
          <w:rFonts w:ascii="Times New Roman" w:hAnsi="Times New Roman" w:eastAsia="宋体"/>
          <w:b w:val="0"/>
          <w:i w:val="0"/>
          <w:color w:val="333333"/>
          <w:sz w:val="19"/>
        </w:rPr>
        <w:t>log₁₀(x²+3/x²)</w:t>
      </w:r>
    </w:p>
    <w:p>
      <w:pPr>
        <w:spacing w:before="0" w:after="80" w:line="300" w:lineRule="auto"/>
        <w:jc w:val="left"/>
      </w:pPr>
      <w:r>
        <w:rPr>
          <w:rFonts w:ascii="Times New Roman" w:hAnsi="Times New Roman" w:eastAsia="宋体"/>
          <w:b w:val="0"/>
          <w:i w:val="0"/>
          <w:color w:val="333333"/>
          <w:sz w:val="19"/>
        </w:rPr>
        <w:t>=log₁₀(1+3/x²).</w:t>
      </w:r>
    </w:p>
    <w:p>
      <w:pPr>
        <w:spacing w:before="0" w:after="80" w:line="300" w:lineRule="auto"/>
        <w:jc w:val="left"/>
      </w:pPr>
      <w:r>
        <w:rPr>
          <w:rFonts w:ascii="Times New Roman" w:hAnsi="Times New Roman" w:eastAsia="宋体"/>
          <w:b w:val="0"/>
          <w:i w:val="0"/>
          <w:color w:val="333333"/>
          <w:sz w:val="19"/>
        </w:rPr>
        <w:t>It is always positive, but tends to 0 as x grows. Therefore it can be made smaller than any specified positive number.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若 a₀≠0，则 rs=a₀/a₂≠0，并且</w:t>
      </w:r>
    </w:p>
    <w:p>
      <w:pPr>
        <w:spacing w:before="0" w:after="80" w:line="300" w:lineRule="auto"/>
        <w:jc w:val="left"/>
      </w:pPr>
      <w:r>
        <w:rPr>
          <w:rFonts w:ascii="Times New Roman" w:hAnsi="Times New Roman" w:eastAsia="宋体"/>
          <w:b w:val="0"/>
          <w:i w:val="0"/>
          <w:sz w:val="21"/>
        </w:rPr>
        <w:t>a₀(1-x/r) (1-x/s)</w:t>
      </w:r>
    </w:p>
    <w:p>
      <w:pPr>
        <w:spacing w:before="0" w:after="80" w:line="300" w:lineRule="auto"/>
        <w:jc w:val="left"/>
      </w:pPr>
      <w:r>
        <w:rPr>
          <w:rFonts w:ascii="Times New Roman" w:hAnsi="Times New Roman" w:eastAsia="宋体"/>
          <w:b w:val="0"/>
          <w:i w:val="0"/>
          <w:sz w:val="21"/>
        </w:rPr>
        <w:t>=a₀/rs(x-r)(x-s)</w:t>
      </w:r>
    </w:p>
    <w:p>
      <w:pPr>
        <w:spacing w:before="0" w:after="80" w:line="300" w:lineRule="auto"/>
        <w:jc w:val="left"/>
      </w:pPr>
      <w:r>
        <w:rPr>
          <w:rFonts w:ascii="Times New Roman" w:hAnsi="Times New Roman" w:eastAsia="宋体"/>
          <w:b w:val="0"/>
          <w:i w:val="0"/>
          <w:sz w:val="21"/>
        </w:rPr>
        <w:t>=a₂(x-r)(x-s)</w:t>
      </w:r>
    </w:p>
    <w:p>
      <w:pPr>
        <w:spacing w:before="0" w:after="80" w:line="300" w:lineRule="auto"/>
        <w:jc w:val="left"/>
      </w:pPr>
      <w:r>
        <w:rPr>
          <w:rFonts w:ascii="Times New Roman" w:hAnsi="Times New Roman" w:eastAsia="宋体"/>
          <w:b w:val="0"/>
          <w:i w:val="0"/>
          <w:sz w:val="21"/>
        </w:rPr>
        <w:t>对每个 x 都等于原多项式。若 a₀=0，则右边至少有一个分母为零。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a₀≠0, then rs=a₀/a₂≠0 and</w:t>
      </w:r>
    </w:p>
    <w:p>
      <w:pPr>
        <w:spacing w:before="0" w:after="80" w:line="300" w:lineRule="auto"/>
        <w:jc w:val="left"/>
      </w:pPr>
      <w:r>
        <w:rPr>
          <w:rFonts w:ascii="Times New Roman" w:hAnsi="Times New Roman" w:eastAsia="宋体"/>
          <w:b w:val="0"/>
          <w:i w:val="0"/>
          <w:color w:val="333333"/>
          <w:sz w:val="19"/>
        </w:rPr>
        <w:t>a₀(1-x/r) (1-x/s)</w:t>
      </w:r>
    </w:p>
    <w:p>
      <w:pPr>
        <w:spacing w:before="0" w:after="80" w:line="300" w:lineRule="auto"/>
        <w:jc w:val="left"/>
      </w:pPr>
      <w:r>
        <w:rPr>
          <w:rFonts w:ascii="Times New Roman" w:hAnsi="Times New Roman" w:eastAsia="宋体"/>
          <w:b w:val="0"/>
          <w:i w:val="0"/>
          <w:color w:val="333333"/>
          <w:sz w:val="19"/>
        </w:rPr>
        <w:t>=a₀/rs(x-r)(x-s)</w:t>
      </w:r>
    </w:p>
    <w:p>
      <w:pPr>
        <w:spacing w:before="0" w:after="80" w:line="300" w:lineRule="auto"/>
        <w:jc w:val="left"/>
      </w:pPr>
      <w:r>
        <w:rPr>
          <w:rFonts w:ascii="Times New Roman" w:hAnsi="Times New Roman" w:eastAsia="宋体"/>
          <w:b w:val="0"/>
          <w:i w:val="0"/>
          <w:color w:val="333333"/>
          <w:sz w:val="19"/>
        </w:rPr>
        <w:t>=a₂(x-r)(x-s),</w:t>
      </w:r>
    </w:p>
    <w:p>
      <w:pPr>
        <w:spacing w:before="0" w:after="80" w:line="300" w:lineRule="auto"/>
        <w:jc w:val="left"/>
      </w:pPr>
      <w:r>
        <w:rPr>
          <w:rFonts w:ascii="Times New Roman" w:hAnsi="Times New Roman" w:eastAsia="宋体"/>
          <w:b w:val="0"/>
          <w:i w:val="0"/>
          <w:color w:val="333333"/>
          <w:sz w:val="19"/>
        </w:rPr>
        <w:t>which is the original polynomial for every x. If a₀=0, at least one denominator on the right is zero.</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当 1.99&lt; x&lt;2.01 时，</w:t>
      </w:r>
    </w:p>
    <w:p>
      <w:pPr>
        <w:spacing w:before="0" w:after="80" w:line="300" w:lineRule="auto"/>
        <w:jc w:val="left"/>
      </w:pPr>
      <w:r>
        <w:rPr>
          <w:rFonts w:ascii="Times New Roman" w:hAnsi="Times New Roman" w:eastAsia="宋体"/>
          <w:b w:val="0"/>
          <w:i w:val="0"/>
          <w:sz w:val="21"/>
        </w:rPr>
        <w:t>|x²-4|=|x-2||x+2|</w:t>
      </w:r>
    </w:p>
    <w:p>
      <w:pPr>
        <w:spacing w:before="0" w:after="80" w:line="300" w:lineRule="auto"/>
        <w:jc w:val="left"/>
      </w:pPr>
      <w:r>
        <w:rPr>
          <w:rFonts w:ascii="Times New Roman" w:hAnsi="Times New Roman" w:eastAsia="宋体"/>
          <w:b w:val="0"/>
          <w:i w:val="0"/>
          <w:sz w:val="21"/>
        </w:rPr>
        <w:t>&lt;(0.01)(4.01)=0.0401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 任意接近 2.01 时，该表达式也任意接近 0.0401，因此任何更小的上界都不成立。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1.99&lt; x&lt;2.01,</w:t>
      </w:r>
    </w:p>
    <w:p>
      <w:pPr>
        <w:spacing w:before="0" w:after="80" w:line="300" w:lineRule="auto"/>
        <w:jc w:val="left"/>
      </w:pPr>
      <w:r>
        <w:rPr>
          <w:rFonts w:ascii="Times New Roman" w:hAnsi="Times New Roman" w:eastAsia="宋体"/>
          <w:b w:val="0"/>
          <w:i w:val="0"/>
          <w:color w:val="333333"/>
          <w:sz w:val="19"/>
        </w:rPr>
        <w:t>|x²-4|=|x-2||x+2|</w:t>
      </w:r>
    </w:p>
    <w:p>
      <w:pPr>
        <w:spacing w:before="0" w:after="80" w:line="300" w:lineRule="auto"/>
        <w:jc w:val="left"/>
      </w:pPr>
      <w:r>
        <w:rPr>
          <w:rFonts w:ascii="Times New Roman" w:hAnsi="Times New Roman" w:eastAsia="宋体"/>
          <w:b w:val="0"/>
          <w:i w:val="0"/>
          <w:color w:val="333333"/>
          <w:sz w:val="19"/>
        </w:rPr>
        <w:t>&lt;(0.01)(4.01)=0.0401.</w:t>
      </w:r>
    </w:p>
    <w:p>
      <w:pPr>
        <w:spacing w:before="0" w:after="80" w:line="300" w:lineRule="auto"/>
        <w:jc w:val="left"/>
      </w:pPr>
      <w:r>
        <w:rPr>
          <w:rFonts w:ascii="Times New Roman" w:hAnsi="Times New Roman" w:eastAsia="宋体"/>
          <w:b w:val="0"/>
          <w:i w:val="0"/>
          <w:color w:val="333333"/>
          <w:sz w:val="19"/>
        </w:rPr>
        <w:t>Values with x arbitrarily close to 2.01 make the expression arbitrarily close to 0.0401, so no smaller bound works.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该乘积为</w:t>
      </w:r>
    </w:p>
    <w:p>
      <w:pPr>
        <w:spacing w:before="0" w:after="80" w:line="300" w:lineRule="auto"/>
        <w:jc w:val="left"/>
      </w:pPr>
      <w:r>
        <w:rPr>
          <w:rFonts w:ascii="Times New Roman" w:hAnsi="Times New Roman" w:eastAsia="宋体"/>
          <w:b w:val="0"/>
          <w:i w:val="0"/>
          <w:sz w:val="21"/>
        </w:rPr>
        <w:t>10^((1+2+⋯+n)/11) =10^((n(n+1))/22)。</w:t>
      </w:r>
    </w:p>
    <w:p>
      <w:pPr>
        <w:spacing w:before="0" w:after="80" w:line="300" w:lineRule="auto"/>
        <w:jc w:val="left"/>
      </w:pPr>
      <w:r>
        <w:rPr>
          <w:rFonts w:ascii="Times New Roman" w:hAnsi="Times New Roman" w:eastAsia="宋体"/>
          <w:b w:val="0"/>
          <w:i w:val="0"/>
          <w:sz w:val="21"/>
        </w:rPr>
        <w:t>要大于 100,000=10⁵， 需有 n(n+1)&gt;110。 当 n=10 时恰好相等，而 n=11 时超过它。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w:t>
      </w:r>
    </w:p>
    <w:p>
      <w:pPr>
        <w:spacing w:before="0" w:after="80" w:line="300" w:lineRule="auto"/>
        <w:jc w:val="left"/>
      </w:pPr>
      <w:r>
        <w:rPr>
          <w:rFonts w:ascii="Times New Roman" w:hAnsi="Times New Roman" w:eastAsia="宋体"/>
          <w:b w:val="0"/>
          <w:i w:val="0"/>
          <w:color w:val="333333"/>
          <w:sz w:val="19"/>
        </w:rPr>
        <w:t>10^((1+2+⋯+n)/11) =10^((n(n+1))/22).</w:t>
      </w:r>
    </w:p>
    <w:p>
      <w:pPr>
        <w:spacing w:before="0" w:after="80" w:line="300" w:lineRule="auto"/>
        <w:jc w:val="left"/>
      </w:pPr>
      <w:r>
        <w:rPr>
          <w:rFonts w:ascii="Times New Roman" w:hAnsi="Times New Roman" w:eastAsia="宋体"/>
          <w:b w:val="0"/>
          <w:i w:val="0"/>
          <w:color w:val="333333"/>
          <w:sz w:val="19"/>
        </w:rPr>
        <w:t>To exceed 100,000=10⁵, we need n(n+1)&gt;110. At n=10 equality holds, while n=11 exceeds it.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若 ∠ ACE=90°，则 AE 是直角三角形 ACE 的斜边。斜边中点 B 到 A,C,E 的距离相等。因此 AB=BC，所以四边形 ABCD 必定至少有一对相等的边。无法推出任何关于 D 的条件。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ACE=90°, then AE is the hypotenuse of right triangle ACE. Its midpoint B is equidistant from A,C,E. Thus AB=BC, so quadrilateral ABCD necessarily has at least one pair of equal sides. No condition involving D follows.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m=2k+3l/5</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p=k+l/2，</w:t>
      </w:r>
    </w:p>
    <w:p>
      <w:pPr>
        <w:spacing w:before="0" w:after="80" w:line="300" w:lineRule="auto"/>
        <w:jc w:val="left"/>
      </w:pPr>
      <w:r>
        <w:rPr>
          <w:rFonts w:ascii="Times New Roman" w:hAnsi="Times New Roman" w:eastAsia="宋体"/>
          <w:b w:val="0"/>
          <w:i w:val="0"/>
          <w:sz w:val="21"/>
        </w:rPr>
        <w:t>所以 m-p=l-k/10。该差值可能为正、为零或为负，取决于所选各数。因此前四种关系没有一种恒成立。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m=2k+3l/5</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p=k+l/2,</w:t>
      </w:r>
    </w:p>
    <w:p>
      <w:pPr>
        <w:spacing w:before="0" w:after="80" w:line="300" w:lineRule="auto"/>
        <w:jc w:val="left"/>
      </w:pPr>
      <w:r>
        <w:rPr>
          <w:rFonts w:ascii="Times New Roman" w:hAnsi="Times New Roman" w:eastAsia="宋体"/>
          <w:b w:val="0"/>
          <w:i w:val="0"/>
          <w:color w:val="333333"/>
          <w:sz w:val="19"/>
        </w:rPr>
        <w:t>so m-p=l-k/10. This difference may be positive, zero, or negative depending on the chosen numbers. None of the first four relations always holds.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由余式定理得 R₁=1+m+2=m+3，且 R₂=1-m+2=3-m。 两者相等可得 m=0。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theorem gives R₁=1+m+2=m+3 and R₂=1-m+2=3-m. Equality implies m=0.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设 Z 每分钟走 v 步，则 A 每分钟走 2v 步，并设扶梯每分钟贡献 e 级台阶。他们的行进时间分别为 27/2v 和 18/v。因此</w:t>
      </w:r>
    </w:p>
    <w:p>
      <w:pPr>
        <w:spacing w:before="0" w:after="80" w:line="300" w:lineRule="auto"/>
        <w:jc w:val="left"/>
      </w:pPr>
      <w:r>
        <w:rPr>
          <w:rFonts w:ascii="Times New Roman" w:hAnsi="Times New Roman" w:eastAsia="宋体"/>
          <w:b w:val="0"/>
          <w:i w:val="0"/>
          <w:sz w:val="21"/>
        </w:rPr>
        <w:t>n=27+27e/2v =18+18e/v。</w:t>
      </w:r>
    </w:p>
    <w:p>
      <w:pPr>
        <w:spacing w:before="0" w:after="80" w:line="300" w:lineRule="auto"/>
        <w:jc w:val="left"/>
      </w:pPr>
      <w:r>
        <w:rPr>
          <w:rFonts w:ascii="Times New Roman" w:hAnsi="Times New Roman" w:eastAsia="宋体"/>
          <w:b w:val="0"/>
          <w:i w:val="0"/>
          <w:sz w:val="21"/>
        </w:rPr>
        <w:t>解得 e/v=2，从而 n=18+18(2)=54。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 take v steps per minute, so A takes 2v, and let the escalator contribute e steps per minute. Their travel times are 27/2v and 18/v. Thus</w:t>
      </w:r>
    </w:p>
    <w:p>
      <w:pPr>
        <w:spacing w:before="0" w:after="80" w:line="300" w:lineRule="auto"/>
        <w:jc w:val="left"/>
      </w:pPr>
      <w:r>
        <w:rPr>
          <w:rFonts w:ascii="Times New Roman" w:hAnsi="Times New Roman" w:eastAsia="宋体"/>
          <w:b w:val="0"/>
          <w:i w:val="0"/>
          <w:color w:val="333333"/>
          <w:sz w:val="19"/>
        </w:rPr>
        <w:t>n=27+27e/2v =18+18e/v.</w:t>
      </w:r>
    </w:p>
    <w:p>
      <w:pPr>
        <w:spacing w:before="0" w:after="80" w:line="300" w:lineRule="auto"/>
        <w:jc w:val="left"/>
      </w:pPr>
      <w:r>
        <w:rPr>
          <w:rFonts w:ascii="Times New Roman" w:hAnsi="Times New Roman" w:eastAsia="宋体"/>
          <w:b w:val="0"/>
          <w:i w:val="0"/>
          <w:color w:val="333333"/>
          <w:sz w:val="19"/>
        </w:rPr>
        <w:t>This gives e/v=2, and then n=18+18(2)=54.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设三门都选的人数为 t，只选数学和英语的人数为 x，它也等于只选数学的人数。各不相交区域的人数之和为</w:t>
      </w:r>
    </w:p>
    <w:p>
      <w:pPr>
        <w:spacing w:before="0" w:after="80" w:line="300" w:lineRule="auto"/>
        <w:jc w:val="left"/>
      </w:pPr>
      <w:r>
        <w:rPr>
          <w:rFonts w:ascii="Times New Roman" w:hAnsi="Times New Roman" w:eastAsia="宋体"/>
          <w:b w:val="0"/>
          <w:i w:val="0"/>
          <w:sz w:val="21"/>
        </w:rPr>
        <w:t>x+x+6+5t+t=28，</w:t>
      </w:r>
    </w:p>
    <w:p>
      <w:pPr>
        <w:spacing w:before="0" w:after="80" w:line="300" w:lineRule="auto"/>
        <w:jc w:val="left"/>
      </w:pPr>
      <w:r>
        <w:rPr>
          <w:rFonts w:ascii="Times New Roman" w:hAnsi="Times New Roman" w:eastAsia="宋体"/>
          <w:b w:val="0"/>
          <w:i w:val="0"/>
          <w:sz w:val="21"/>
        </w:rPr>
        <w:t>所以 x=11-3t。 因为 t 为正偶数，所以只有 t=2 能使所列人数非负，此时 x=5。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number taking all three and x the number taking Mathematics and English only, which also equals the Mathematics-only count. The disjoint-region total is</w:t>
      </w:r>
    </w:p>
    <w:p>
      <w:pPr>
        <w:spacing w:before="0" w:after="80" w:line="300" w:lineRule="auto"/>
        <w:jc w:val="left"/>
      </w:pPr>
      <w:r>
        <w:rPr>
          <w:rFonts w:ascii="Times New Roman" w:hAnsi="Times New Roman" w:eastAsia="宋体"/>
          <w:b w:val="0"/>
          <w:i w:val="0"/>
          <w:color w:val="333333"/>
          <w:sz w:val="19"/>
        </w:rPr>
        <w:t>x+x+6+5t+t=28,</w:t>
      </w:r>
    </w:p>
    <w:p>
      <w:pPr>
        <w:spacing w:before="0" w:after="80" w:line="300" w:lineRule="auto"/>
        <w:jc w:val="left"/>
      </w:pPr>
      <w:r>
        <w:rPr>
          <w:rFonts w:ascii="Times New Roman" w:hAnsi="Times New Roman" w:eastAsia="宋体"/>
          <w:b w:val="0"/>
          <w:i w:val="0"/>
          <w:color w:val="333333"/>
          <w:sz w:val="19"/>
        </w:rPr>
        <w:t>so x=11-3t. Since t is positive and even, t=2 is the only value giving a nonnegative listed count, and x=5.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取 C=(0,0), A=(a,0)， 和 B=(0,b)。 AB 与以 BC 为直径的圆的另一个交点为</w:t>
      </w:r>
    </w:p>
    <w:p>
      <w:pPr>
        <w:spacing w:before="0" w:after="80" w:line="300" w:lineRule="auto"/>
        <w:jc w:val="left"/>
      </w:pPr>
      <w:r>
        <w:rPr>
          <w:rFonts w:ascii="Times New Roman" w:hAnsi="Times New Roman" w:eastAsia="宋体"/>
          <w:b w:val="0"/>
          <w:i w:val="0"/>
          <w:sz w:val="21"/>
        </w:rPr>
        <w:t>D=(ab²/a²+b², a²b/a²+b²)。</w:t>
      </w:r>
    </w:p>
    <w:p>
      <w:pPr>
        <w:spacing w:before="0" w:after="80" w:line="300" w:lineRule="auto"/>
        <w:jc w:val="left"/>
      </w:pPr>
      <w:r>
        <w:rPr>
          <w:rFonts w:ascii="Times New Roman" w:hAnsi="Times New Roman" w:eastAsia="宋体"/>
          <w:b w:val="0"/>
          <w:i w:val="0"/>
          <w:sz w:val="21"/>
        </w:rPr>
        <w:t>圆在 D 点的切线与 CA 交于 F=(a/2,0)。 因此 DF 平分 CA； 又由从 F 引出的切线段相等，有 FC=FD=FA，从而得到选项 C 和 E；圆及直角三角形中的角关系又能得到选项 D。</w:t>
      </w:r>
    </w:p>
    <w:p>
      <w:pPr>
        <w:spacing w:before="0" w:after="80" w:line="300" w:lineRule="auto"/>
        <w:jc w:val="left"/>
      </w:pPr>
      <w:r>
        <w:rPr>
          <w:rFonts w:ascii="Times New Roman" w:hAnsi="Times New Roman" w:eastAsia="宋体"/>
          <w:b w:val="0"/>
          <w:i w:val="0"/>
          <w:sz w:val="21"/>
        </w:rPr>
        <w:t>若 DF 平分 ∠ CDA， 则在三角形 CDA 中，由角平分线定理必须有 CF/FA=CD/DA。 左边为 1， 而</w:t>
      </w:r>
    </w:p>
    <w:p>
      <w:pPr>
        <w:spacing w:before="0" w:after="80" w:line="300" w:lineRule="auto"/>
        <w:jc w:val="left"/>
      </w:pPr>
      <w:r>
        <w:rPr>
          <w:rFonts w:ascii="Times New Roman" w:hAnsi="Times New Roman" w:eastAsia="宋体"/>
          <w:b w:val="0"/>
          <w:i w:val="0"/>
          <w:sz w:val="21"/>
        </w:rPr>
        <w:t>CD/DA=ab/a²=b/a，</w:t>
      </w:r>
    </w:p>
    <w:p>
      <w:pPr>
        <w:spacing w:before="0" w:after="80" w:line="300" w:lineRule="auto"/>
        <w:jc w:val="left"/>
      </w:pPr>
      <w:r>
        <w:rPr>
          <w:rFonts w:ascii="Times New Roman" w:hAnsi="Times New Roman" w:eastAsia="宋体"/>
          <w:b w:val="0"/>
          <w:i w:val="0"/>
          <w:sz w:val="21"/>
        </w:rPr>
        <w:t>它不一定等于 1。 因此选项 B 无法由已知条件证明。</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C=(0,0), A=(a,0), and B=(0,b). The second intersection of AB with the circle of diameter BC is</w:t>
      </w:r>
    </w:p>
    <w:p>
      <w:pPr>
        <w:spacing w:before="0" w:after="80" w:line="300" w:lineRule="auto"/>
        <w:jc w:val="left"/>
      </w:pPr>
      <w:r>
        <w:rPr>
          <w:rFonts w:ascii="Times New Roman" w:hAnsi="Times New Roman" w:eastAsia="宋体"/>
          <w:b w:val="0"/>
          <w:i w:val="0"/>
          <w:color w:val="333333"/>
          <w:sz w:val="19"/>
        </w:rPr>
        <w:t>D=(ab²/a²+b², a²b/a²+b²).</w:t>
      </w:r>
    </w:p>
    <w:p>
      <w:pPr>
        <w:spacing w:before="0" w:after="80" w:line="300" w:lineRule="auto"/>
        <w:jc w:val="left"/>
      </w:pPr>
      <w:r>
        <w:rPr>
          <w:rFonts w:ascii="Times New Roman" w:hAnsi="Times New Roman" w:eastAsia="宋体"/>
          <w:b w:val="0"/>
          <w:i w:val="0"/>
          <w:color w:val="333333"/>
          <w:sz w:val="19"/>
        </w:rPr>
        <w:t>The tangent at D meets CA at F=(a/2,0). Hence DF bisects CA; also FC=FD=FA by equal tangents from F, which supplies choices C and E, and the circle/right-triangle angles supply choice D.</w:t>
      </w:r>
    </w:p>
    <w:p>
      <w:pPr>
        <w:spacing w:before="0" w:after="80" w:line="300" w:lineRule="auto"/>
        <w:jc w:val="left"/>
      </w:pPr>
      <w:r>
        <w:rPr>
          <w:rFonts w:ascii="Times New Roman" w:hAnsi="Times New Roman" w:eastAsia="宋体"/>
          <w:b w:val="0"/>
          <w:i w:val="0"/>
          <w:color w:val="333333"/>
          <w:sz w:val="19"/>
        </w:rPr>
        <w:t>If DF bisected ∠ CDA, the angle-bisector theorem in triangle CDA would require CF/FA=CD/DA. The left side is 1, while</w:t>
      </w:r>
    </w:p>
    <w:p>
      <w:pPr>
        <w:spacing w:before="0" w:after="80" w:line="300" w:lineRule="auto"/>
        <w:jc w:val="left"/>
      </w:pPr>
      <w:r>
        <w:rPr>
          <w:rFonts w:ascii="Times New Roman" w:hAnsi="Times New Roman" w:eastAsia="宋体"/>
          <w:b w:val="0"/>
          <w:i w:val="0"/>
          <w:color w:val="333333"/>
          <w:sz w:val="19"/>
        </w:rPr>
        <w:t>CD/DA=ab/a²=b/a,</w:t>
      </w:r>
    </w:p>
    <w:p>
      <w:pPr>
        <w:spacing w:before="0" w:after="80" w:line="300" w:lineRule="auto"/>
        <w:jc w:val="left"/>
      </w:pPr>
      <w:r>
        <w:rPr>
          <w:rFonts w:ascii="Times New Roman" w:hAnsi="Times New Roman" w:eastAsia="宋体"/>
          <w:b w:val="0"/>
          <w:i w:val="0"/>
          <w:color w:val="333333"/>
          <w:sz w:val="19"/>
        </w:rPr>
        <w:t>which need not be 1. Thus choice B is not provable.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C</w:t>
      </w:r>
    </w:p>
    <w:p>
      <w:pPr>
        <w:spacing w:before="0" w:after="80" w:line="300" w:lineRule="auto"/>
        <w:jc w:val="left"/>
      </w:pPr>
      <w:r>
        <w:rPr>
          <w:rFonts w:ascii="Times New Roman" w:hAnsi="Times New Roman" w:eastAsia="宋体"/>
          <w:b w:val="0"/>
          <w:i w:val="0"/>
          <w:sz w:val="21"/>
        </w:rPr>
        <w:t>换底得</w:t>
      </w:r>
    </w:p>
    <w:p>
      <w:pPr>
        <w:spacing w:before="0" w:after="80" w:line="300" w:lineRule="auto"/>
        <w:jc w:val="left"/>
      </w:pPr>
      <w:r>
        <w:rPr>
          <w:rFonts w:ascii="Times New Roman" w:hAnsi="Times New Roman" w:eastAsia="宋体"/>
          <w:b w:val="0"/>
          <w:i w:val="0"/>
          <w:sz w:val="21"/>
        </w:rPr>
        <w:t>(ln x)/(ln a)(ln x)/(ln b) =(ln b)/(ln a)。</w:t>
      </w:r>
    </w:p>
    <w:p>
      <w:pPr>
        <w:spacing w:before="0" w:after="80" w:line="300" w:lineRule="auto"/>
        <w:jc w:val="left"/>
      </w:pPr>
      <w:r>
        <w:rPr>
          <w:rFonts w:ascii="Times New Roman" w:hAnsi="Times New Roman" w:eastAsia="宋体"/>
          <w:b w:val="0"/>
          <w:i w:val="0"/>
          <w:sz w:val="21"/>
        </w:rPr>
        <w:t>由于各分母均不为零，(ln x)²=(ln b)²。 因此 x=b 或 x=1/b。 因为 b≠1， 这两个值互不相同，所以共有两个值。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Change of base gives</w:t>
      </w:r>
    </w:p>
    <w:p>
      <w:pPr>
        <w:spacing w:before="0" w:after="80" w:line="300" w:lineRule="auto"/>
        <w:jc w:val="left"/>
      </w:pPr>
      <w:r>
        <w:rPr>
          <w:rFonts w:ascii="Times New Roman" w:hAnsi="Times New Roman" w:eastAsia="宋体"/>
          <w:b w:val="0"/>
          <w:i w:val="0"/>
          <w:color w:val="333333"/>
          <w:sz w:val="19"/>
        </w:rPr>
        <w:t>(ln x)/(ln a)(ln x)/(ln b) =(ln b)/(ln a).</w:t>
      </w:r>
    </w:p>
    <w:p>
      <w:pPr>
        <w:spacing w:before="0" w:after="80" w:line="300" w:lineRule="auto"/>
        <w:jc w:val="left"/>
      </w:pPr>
      <w:r>
        <w:rPr>
          <w:rFonts w:ascii="Times New Roman" w:hAnsi="Times New Roman" w:eastAsia="宋体"/>
          <w:b w:val="0"/>
          <w:i w:val="0"/>
          <w:color w:val="333333"/>
          <w:sz w:val="19"/>
        </w:rPr>
        <w:t>Since the denominators are nonzero, (ln x)²=(ln b)². Thus x=b or x=1/b. These are distinct because b≠1, so there are two values.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C</w:t>
      </w:r>
    </w:p>
    <w:p>
      <w:pPr>
        <w:spacing w:before="0" w:after="80" w:line="300" w:lineRule="auto"/>
        <w:jc w:val="left"/>
      </w:pPr>
      <w:r>
        <w:rPr>
          <w:rFonts w:ascii="Times New Roman" w:hAnsi="Times New Roman" w:eastAsia="宋体"/>
          <w:b w:val="0"/>
          <w:i w:val="0"/>
          <w:sz w:val="21"/>
        </w:rPr>
        <w:t>以 $100 售出时，亏损为售价的 x%，所以 C=100+x。转售时，S'-100=(x/100)S'，所以 S'=10000/100-x。因此</w:t>
      </w:r>
    </w:p>
    <w:p>
      <w:pPr>
        <w:spacing w:before="0" w:after="80" w:line="300" w:lineRule="auto"/>
        <w:jc w:val="left"/>
      </w:pPr>
      <w:r>
        <w:rPr>
          <w:rFonts w:ascii="Times New Roman" w:hAnsi="Times New Roman" w:eastAsia="宋体"/>
          <w:b w:val="0"/>
          <w:i w:val="0"/>
          <w:sz w:val="21"/>
        </w:rPr>
        <w:t>10000/100-x-(100+x)</w:t>
      </w:r>
    </w:p>
    <w:p>
      <w:pPr>
        <w:spacing w:before="0" w:after="80" w:line="300" w:lineRule="auto"/>
        <w:jc w:val="left"/>
      </w:pPr>
      <w:r>
        <w:rPr>
          <w:rFonts w:ascii="Times New Roman" w:hAnsi="Times New Roman" w:eastAsia="宋体"/>
          <w:b w:val="0"/>
          <w:i w:val="0"/>
          <w:sz w:val="21"/>
        </w:rPr>
        <w:t>=x²/100-x =10/9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从而 9x²+10x-1000=0，其正根为 x=10。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loss of x% of the $100 selling price means C=100+x. On resale, S'-100=(x/100)S', so S'=10000/100-x. Therefore</w:t>
      </w:r>
    </w:p>
    <w:p>
      <w:pPr>
        <w:spacing w:before="0" w:after="80" w:line="300" w:lineRule="auto"/>
        <w:jc w:val="left"/>
      </w:pPr>
      <w:r>
        <w:rPr>
          <w:rFonts w:ascii="Times New Roman" w:hAnsi="Times New Roman" w:eastAsia="宋体"/>
          <w:b w:val="0"/>
          <w:i w:val="0"/>
          <w:color w:val="333333"/>
          <w:sz w:val="19"/>
        </w:rPr>
        <w:t>10000/100-x-(100+x)</w:t>
      </w:r>
    </w:p>
    <w:p>
      <w:pPr>
        <w:spacing w:before="0" w:after="80" w:line="300" w:lineRule="auto"/>
        <w:jc w:val="left"/>
      </w:pPr>
      <w:r>
        <w:rPr>
          <w:rFonts w:ascii="Times New Roman" w:hAnsi="Times New Roman" w:eastAsia="宋体"/>
          <w:b w:val="0"/>
          <w:i w:val="0"/>
          <w:color w:val="333333"/>
          <w:sz w:val="19"/>
        </w:rPr>
        <w:t>=x²/100-x =10/9.</w:t>
      </w:r>
    </w:p>
    <w:p>
      <w:pPr>
        <w:spacing w:before="0" w:after="80" w:line="300" w:lineRule="auto"/>
        <w:jc w:val="left"/>
      </w:pPr>
      <w:r>
        <w:rPr>
          <w:rFonts w:ascii="Times New Roman" w:hAnsi="Times New Roman" w:eastAsia="宋体"/>
          <w:b w:val="0"/>
          <w:i w:val="0"/>
          <w:color w:val="333333"/>
          <w:sz w:val="19"/>
        </w:rPr>
        <w:t>Thus 9x²+10x-1000=0, whose positive root is x=10.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D</w:t>
      </w:r>
    </w:p>
    <w:p>
      <w:pPr>
        <w:spacing w:before="0" w:after="80" w:line="300" w:lineRule="auto"/>
        <w:jc w:val="left"/>
      </w:pPr>
      <w:r>
        <w:rPr>
          <w:rFonts w:ascii="Times New Roman" w:hAnsi="Times New Roman" w:eastAsia="宋体"/>
          <w:b w:val="0"/>
          <w:i w:val="0"/>
          <w:sz w:val="21"/>
        </w:rPr>
        <w:t>各素因数的次数为</w:t>
      </w:r>
    </w:p>
    <w:p>
      <w:pPr>
        <w:spacing w:before="0" w:after="80" w:line="300" w:lineRule="auto"/>
        <w:jc w:val="left"/>
      </w:pPr>
      <w:r>
        <w:rPr>
          <w:rFonts w:ascii="Times New Roman" w:hAnsi="Times New Roman" w:eastAsia="宋体"/>
          <w:b w:val="0"/>
          <w:i w:val="0"/>
          <w:sz w:val="21"/>
        </w:rPr>
        <w:t>v₂(15!)=11,</w:t>
      </w:r>
    </w:p>
    <w:p>
      <w:pPr>
        <w:spacing w:before="0" w:after="80" w:line="300" w:lineRule="auto"/>
        <w:jc w:val="left"/>
      </w:pPr>
      <w:r>
        <w:rPr>
          <w:rFonts w:ascii="Times New Roman" w:hAnsi="Times New Roman" w:eastAsia="宋体"/>
          <w:b w:val="0"/>
          <w:i w:val="0"/>
          <w:sz w:val="21"/>
        </w:rPr>
        <w:t>v₃(15!)=6,</w:t>
      </w:r>
    </w:p>
    <w:p>
      <w:pPr>
        <w:spacing w:before="0" w:after="80" w:line="300" w:lineRule="auto"/>
        <w:jc w:val="left"/>
      </w:pPr>
      <w:r>
        <w:rPr>
          <w:rFonts w:ascii="Times New Roman" w:hAnsi="Times New Roman" w:eastAsia="宋体"/>
          <w:b w:val="0"/>
          <w:i w:val="0"/>
          <w:sz w:val="21"/>
        </w:rPr>
        <w:t>v₅(15!)=3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因此在 12 进制中 k=min(⌊11/2⌋,6)=5，在 10 进制中 h=min(11,3)=3。所以 k+h=8。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valuations are</w:t>
      </w:r>
    </w:p>
    <w:p>
      <w:pPr>
        <w:spacing w:before="0" w:after="80" w:line="300" w:lineRule="auto"/>
        <w:jc w:val="left"/>
      </w:pPr>
      <w:r>
        <w:rPr>
          <w:rFonts w:ascii="Times New Roman" w:hAnsi="Times New Roman" w:eastAsia="宋体"/>
          <w:b w:val="0"/>
          <w:i w:val="0"/>
          <w:color w:val="333333"/>
          <w:sz w:val="19"/>
        </w:rPr>
        <w:t>v₂(15!)=11,</w:t>
      </w:r>
    </w:p>
    <w:p>
      <w:pPr>
        <w:spacing w:before="0" w:after="80" w:line="300" w:lineRule="auto"/>
        <w:jc w:val="left"/>
      </w:pPr>
      <w:r>
        <w:rPr>
          <w:rFonts w:ascii="Times New Roman" w:hAnsi="Times New Roman" w:eastAsia="宋体"/>
          <w:b w:val="0"/>
          <w:i w:val="0"/>
          <w:color w:val="333333"/>
          <w:sz w:val="19"/>
        </w:rPr>
        <w:t>v₃(15!)=6,</w:t>
      </w:r>
    </w:p>
    <w:p>
      <w:pPr>
        <w:spacing w:before="0" w:after="80" w:line="300" w:lineRule="auto"/>
        <w:jc w:val="left"/>
      </w:pPr>
      <w:r>
        <w:rPr>
          <w:rFonts w:ascii="Times New Roman" w:hAnsi="Times New Roman" w:eastAsia="宋体"/>
          <w:b w:val="0"/>
          <w:i w:val="0"/>
          <w:color w:val="333333"/>
          <w:sz w:val="19"/>
        </w:rPr>
        <w:t>v₅(15!)=3.</w:t>
      </w:r>
    </w:p>
    <w:p>
      <w:pPr>
        <w:spacing w:before="0" w:after="80" w:line="300" w:lineRule="auto"/>
        <w:jc w:val="left"/>
      </w:pPr>
      <w:r>
        <w:rPr>
          <w:rFonts w:ascii="Times New Roman" w:hAnsi="Times New Roman" w:eastAsia="宋体"/>
          <w:b w:val="0"/>
          <w:i w:val="0"/>
          <w:color w:val="333333"/>
          <w:sz w:val="19"/>
        </w:rPr>
        <w:t>Hence k=min(⌊11/2⌋,6)=5 in base 12, and h=min(11,3)=3 in base 10. Thus k+h=8.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B</w:t>
      </w:r>
    </w:p>
    <w:p>
      <w:pPr>
        <w:spacing w:before="0" w:after="80" w:line="300" w:lineRule="auto"/>
        <w:jc w:val="left"/>
      </w:pPr>
      <w:r>
        <w:rPr>
          <w:rFonts w:ascii="Times New Roman" w:hAnsi="Times New Roman" w:eastAsia="宋体"/>
          <w:b w:val="0"/>
          <w:i w:val="0"/>
          <w:sz w:val="21"/>
        </w:rPr>
        <w:t>令 t=x+1≥1。因为 4x²+8x+13=4t²+9，所以原式为</w:t>
      </w:r>
    </w:p>
    <w:p>
      <w:pPr>
        <w:spacing w:before="0" w:after="80" w:line="300" w:lineRule="auto"/>
        <w:jc w:val="left"/>
      </w:pPr>
      <w:r>
        <w:rPr>
          <w:rFonts w:ascii="Times New Roman" w:hAnsi="Times New Roman" w:eastAsia="宋体"/>
          <w:b w:val="0"/>
          <w:i w:val="0"/>
          <w:sz w:val="21"/>
        </w:rPr>
        <w:t>2/3t+3/2t。</w:t>
      </w:r>
    </w:p>
    <w:p>
      <w:pPr>
        <w:spacing w:before="0" w:after="80" w:line="300" w:lineRule="auto"/>
        <w:jc w:val="left"/>
      </w:pPr>
      <w:r>
        <w:rPr>
          <w:rFonts w:ascii="Times New Roman" w:hAnsi="Times New Roman" w:eastAsia="宋体"/>
          <w:b w:val="0"/>
          <w:i w:val="0"/>
          <w:sz w:val="21"/>
        </w:rPr>
        <w:t>由算术平均数不小于几何平均数，该式至少为 2√((2/3)(3/2))=2，且在允许的 t=3/2 处取等号。</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t=x+1≥1. Since 4x²+8x+13=4t²+9, the expression is</w:t>
      </w:r>
    </w:p>
    <w:p>
      <w:pPr>
        <w:spacing w:before="0" w:after="80" w:line="300" w:lineRule="auto"/>
        <w:jc w:val="left"/>
      </w:pPr>
      <w:r>
        <w:rPr>
          <w:rFonts w:ascii="Times New Roman" w:hAnsi="Times New Roman" w:eastAsia="宋体"/>
          <w:b w:val="0"/>
          <w:i w:val="0"/>
          <w:color w:val="333333"/>
          <w:sz w:val="19"/>
        </w:rPr>
        <w:t>2/3t+3/2t.</w:t>
      </w:r>
    </w:p>
    <w:p>
      <w:pPr>
        <w:spacing w:before="0" w:after="80" w:line="300" w:lineRule="auto"/>
        <w:jc w:val="left"/>
      </w:pPr>
      <w:r>
        <w:rPr>
          <w:rFonts w:ascii="Times New Roman" w:hAnsi="Times New Roman" w:eastAsia="宋体"/>
          <w:b w:val="0"/>
          <w:i w:val="0"/>
          <w:color w:val="333333"/>
          <w:sz w:val="19"/>
        </w:rPr>
        <w:t>By AM-GM this is at least 2√((2/3)(3/2))=2, with equality at t=3/2, which is allowed.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将长方形的四个顶点置于 (0,0)、(5,0)、(5,w) 和 (0,w)。使 (0,0) 与 (5,w) 重合的折痕为</w:t>
      </w:r>
    </w:p>
    <w:p>
      <w:pPr>
        <w:spacing w:before="0" w:after="80" w:line="300" w:lineRule="auto"/>
        <w:jc w:val="left"/>
      </w:pPr>
      <w:r>
        <w:rPr>
          <w:rFonts w:ascii="Times New Roman" w:hAnsi="Times New Roman" w:eastAsia="宋体"/>
          <w:b w:val="0"/>
          <w:i w:val="0"/>
          <w:sz w:val="21"/>
        </w:rPr>
        <w:t>5x+wy=25+w²/2。</w:t>
      </w:r>
    </w:p>
    <w:p>
      <w:pPr>
        <w:spacing w:before="0" w:after="80" w:line="300" w:lineRule="auto"/>
        <w:jc w:val="left"/>
      </w:pPr>
      <w:r>
        <w:rPr>
          <w:rFonts w:ascii="Times New Roman" w:hAnsi="Times New Roman" w:eastAsia="宋体"/>
          <w:b w:val="0"/>
          <w:i w:val="0"/>
          <w:sz w:val="21"/>
        </w:rPr>
        <w:t>因为 w&lt;4，折痕与两条水平边相交。两个交点间的竖直变化量为 w，水平变化量为 w²/5。因此</w:t>
      </w:r>
    </w:p>
    <w:p>
      <w:pPr>
        <w:spacing w:before="0" w:after="80" w:line="300" w:lineRule="auto"/>
        <w:jc w:val="left"/>
      </w:pPr>
      <w:r>
        <w:rPr>
          <w:rFonts w:ascii="Times New Roman" w:hAnsi="Times New Roman" w:eastAsia="宋体"/>
          <w:b w:val="0"/>
          <w:i w:val="0"/>
          <w:sz w:val="21"/>
        </w:rPr>
        <w:t>6=w²+w⁴/25。</w:t>
      </w:r>
    </w:p>
    <w:p>
      <w:pPr>
        <w:spacing w:before="0" w:after="80" w:line="300" w:lineRule="auto"/>
        <w:jc w:val="left"/>
      </w:pPr>
      <w:r>
        <w:rPr>
          <w:rFonts w:ascii="Times New Roman" w:hAnsi="Times New Roman" w:eastAsia="宋体"/>
          <w:b w:val="0"/>
          <w:i w:val="0"/>
          <w:sz w:val="21"/>
        </w:rPr>
        <w:t>令 z=w²，得 z²+25z-150=0，所以 z=5，且 w=√(5)。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rectangle at (0,0), (5,0), (5,w), and (0,w). The crease sending (0,0) to (5,w) is</w:t>
      </w:r>
    </w:p>
    <w:p>
      <w:pPr>
        <w:spacing w:before="0" w:after="80" w:line="300" w:lineRule="auto"/>
        <w:jc w:val="left"/>
      </w:pPr>
      <w:r>
        <w:rPr>
          <w:rFonts w:ascii="Times New Roman" w:hAnsi="Times New Roman" w:eastAsia="宋体"/>
          <w:b w:val="0"/>
          <w:i w:val="0"/>
          <w:color w:val="333333"/>
          <w:sz w:val="19"/>
        </w:rPr>
        <w:t>5x+wy=25+w²/2.</w:t>
      </w:r>
    </w:p>
    <w:p>
      <w:pPr>
        <w:spacing w:before="0" w:after="80" w:line="300" w:lineRule="auto"/>
        <w:jc w:val="left"/>
      </w:pPr>
      <w:r>
        <w:rPr>
          <w:rFonts w:ascii="Times New Roman" w:hAnsi="Times New Roman" w:eastAsia="宋体"/>
          <w:b w:val="0"/>
          <w:i w:val="0"/>
          <w:color w:val="333333"/>
          <w:sz w:val="19"/>
        </w:rPr>
        <w:t>Because w&lt;4, it meets the two horizontal sides. Between those intersections the vertical change is w and the horizontal change is w²/5. Thus</w:t>
      </w:r>
    </w:p>
    <w:p>
      <w:pPr>
        <w:spacing w:before="0" w:after="80" w:line="300" w:lineRule="auto"/>
        <w:jc w:val="left"/>
      </w:pPr>
      <w:r>
        <w:rPr>
          <w:rFonts w:ascii="Times New Roman" w:hAnsi="Times New Roman" w:eastAsia="宋体"/>
          <w:b w:val="0"/>
          <w:i w:val="0"/>
          <w:color w:val="333333"/>
          <w:sz w:val="19"/>
        </w:rPr>
        <w:t>6=w²+w⁴/25.</w:t>
      </w:r>
    </w:p>
    <w:p>
      <w:pPr>
        <w:spacing w:before="0" w:after="80" w:line="300" w:lineRule="auto"/>
        <w:jc w:val="left"/>
      </w:pPr>
      <w:r>
        <w:rPr>
          <w:rFonts w:ascii="Times New Roman" w:hAnsi="Times New Roman" w:eastAsia="宋体"/>
          <w:b w:val="0"/>
          <w:i w:val="0"/>
          <w:color w:val="333333"/>
          <w:sz w:val="19"/>
        </w:rPr>
        <w:t>Setting z=w² gives z²+25z-150=0, so z=5 and w=√(5).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每个新的直角三角形都有相同的锐角，所以垂线段长度构成等比数列。由于前两项为 a,b， 公比为 b/a。 收敛意味着 0&lt; b/a&lt;1， 因而总和为</w:t>
      </w:r>
    </w:p>
    <w:p>
      <w:pPr>
        <w:spacing w:before="0" w:after="80" w:line="300" w:lineRule="auto"/>
        <w:jc w:val="left"/>
      </w:pPr>
      <w:r>
        <w:rPr>
          <w:rFonts w:ascii="Times New Roman" w:hAnsi="Times New Roman" w:eastAsia="宋体"/>
          <w:b w:val="0"/>
          <w:i w:val="0"/>
          <w:sz w:val="21"/>
        </w:rPr>
        <w:t>a/(1-b/a)=a²/a-b。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new right triangle has the same acute angle, so the perpendicular lengths form a geometric sequence. Since the first two lengths are a,b, the common ratio is b/a. Convergence implies 0&lt; b/a&lt;1, and the sum is</w:t>
      </w:r>
    </w:p>
    <w:p>
      <w:pPr>
        <w:spacing w:before="0" w:after="80" w:line="300" w:lineRule="auto"/>
        <w:jc w:val="left"/>
      </w:pPr>
      <w:r>
        <w:rPr>
          <w:rFonts w:ascii="Times New Roman" w:hAnsi="Times New Roman" w:eastAsia="宋体"/>
          <w:b w:val="0"/>
          <w:i w:val="0"/>
          <w:color w:val="333333"/>
          <w:sz w:val="19"/>
        </w:rPr>
        <w:t>a/(1-b/a)=a²/a-b.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C</w:t>
      </w:r>
    </w:p>
    <w:p>
      <w:pPr>
        <w:spacing w:before="0" w:after="80" w:line="300" w:lineRule="auto"/>
        <w:jc w:val="left"/>
      </w:pPr>
      <w:r>
        <w:rPr>
          <w:rFonts w:ascii="Times New Roman" w:hAnsi="Times New Roman" w:eastAsia="宋体"/>
          <w:b w:val="0"/>
          <w:i w:val="0"/>
          <w:sz w:val="21"/>
        </w:rPr>
        <w:t>用质量 m_(A)=3、m_(B)=1 和 m_(C)=2 表示边上的比。则 m_(E)=m_(A)+m_(B)=4，且 m_(D)=m_(B)+m_(C)=3。沿 CE，有</w:t>
      </w:r>
    </w:p>
    <w:p>
      <w:pPr>
        <w:spacing w:before="0" w:after="80" w:line="300" w:lineRule="auto"/>
        <w:jc w:val="left"/>
      </w:pPr>
      <w:r>
        <w:rPr>
          <w:rFonts w:ascii="Times New Roman" w:hAnsi="Times New Roman" w:eastAsia="宋体"/>
          <w:b w:val="0"/>
          <w:i w:val="0"/>
          <w:sz w:val="21"/>
        </w:rPr>
        <w:t>EF/FC=(m_(C))/(m_(E))=1/2，</w:t>
      </w:r>
    </w:p>
    <w:p>
      <w:pPr>
        <w:spacing w:before="0" w:after="80" w:line="300" w:lineRule="auto"/>
        <w:jc w:val="left"/>
      </w:pPr>
      <w:r>
        <w:rPr>
          <w:rFonts w:ascii="Times New Roman" w:hAnsi="Times New Roman" w:eastAsia="宋体"/>
          <w:b w:val="0"/>
          <w:i w:val="0"/>
          <w:sz w:val="21"/>
        </w:rPr>
        <w:t>而沿 AD，有</w:t>
      </w:r>
    </w:p>
    <w:p>
      <w:pPr>
        <w:spacing w:before="0" w:after="80" w:line="300" w:lineRule="auto"/>
        <w:jc w:val="left"/>
      </w:pPr>
      <w:r>
        <w:rPr>
          <w:rFonts w:ascii="Times New Roman" w:hAnsi="Times New Roman" w:eastAsia="宋体"/>
          <w:b w:val="0"/>
          <w:i w:val="0"/>
          <w:sz w:val="21"/>
        </w:rPr>
        <w:t>AF/FD=(m_(D))/(m_(A))=1。</w:t>
      </w:r>
    </w:p>
    <w:p>
      <w:pPr>
        <w:spacing w:before="0" w:after="80" w:line="300" w:lineRule="auto"/>
        <w:jc w:val="left"/>
      </w:pPr>
      <w:r>
        <w:rPr>
          <w:rFonts w:ascii="Times New Roman" w:hAnsi="Times New Roman" w:eastAsia="宋体"/>
          <w:b w:val="0"/>
          <w:i w:val="0"/>
          <w:sz w:val="21"/>
        </w:rPr>
        <w:t>两者之和为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ratios are represented by masses m_(A)=3, m_(B)=1, and m_(C)=2. Then m_(E)=m_(A)+m_(B)=4 and m_(D)=m_(B)+m_(C)=3. Along CE,</w:t>
      </w:r>
    </w:p>
    <w:p>
      <w:pPr>
        <w:spacing w:before="0" w:after="80" w:line="300" w:lineRule="auto"/>
        <w:jc w:val="left"/>
      </w:pPr>
      <w:r>
        <w:rPr>
          <w:rFonts w:ascii="Times New Roman" w:hAnsi="Times New Roman" w:eastAsia="宋体"/>
          <w:b w:val="0"/>
          <w:i w:val="0"/>
          <w:color w:val="333333"/>
          <w:sz w:val="19"/>
        </w:rPr>
        <w:t>EF/FC=(m_(C))/(m_(E))=1/2,</w:t>
      </w:r>
    </w:p>
    <w:p>
      <w:pPr>
        <w:spacing w:before="0" w:after="80" w:line="300" w:lineRule="auto"/>
        <w:jc w:val="left"/>
      </w:pPr>
      <w:r>
        <w:rPr>
          <w:rFonts w:ascii="Times New Roman" w:hAnsi="Times New Roman" w:eastAsia="宋体"/>
          <w:b w:val="0"/>
          <w:i w:val="0"/>
          <w:color w:val="333333"/>
          <w:sz w:val="19"/>
        </w:rPr>
        <w:t>while along AD,</w:t>
      </w:r>
    </w:p>
    <w:p>
      <w:pPr>
        <w:spacing w:before="0" w:after="80" w:line="300" w:lineRule="auto"/>
        <w:jc w:val="left"/>
      </w:pPr>
      <w:r>
        <w:rPr>
          <w:rFonts w:ascii="Times New Roman" w:hAnsi="Times New Roman" w:eastAsia="宋体"/>
          <w:b w:val="0"/>
          <w:i w:val="0"/>
          <w:color w:val="333333"/>
          <w:sz w:val="19"/>
        </w:rPr>
        <w:t>AF/FD=(m_(D))/(m_(A))=1.</w:t>
      </w:r>
    </w:p>
    <w:p>
      <w:pPr>
        <w:spacing w:before="0" w:after="80" w:line="300" w:lineRule="auto"/>
        <w:jc w:val="left"/>
      </w:pPr>
      <w:r>
        <w:rPr>
          <w:rFonts w:ascii="Times New Roman" w:hAnsi="Times New Roman" w:eastAsia="宋体"/>
          <w:b w:val="0"/>
          <w:i w:val="0"/>
          <w:color w:val="333333"/>
          <w:sz w:val="19"/>
        </w:rPr>
        <w:t>Their sum is 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E</w:t>
      </w:r>
    </w:p>
    <w:p>
      <w:pPr>
        <w:spacing w:before="0" w:after="80" w:line="300" w:lineRule="auto"/>
        <w:jc w:val="left"/>
      </w:pPr>
      <w:r>
        <w:rPr>
          <w:rFonts w:ascii="Times New Roman" w:hAnsi="Times New Roman" w:eastAsia="宋体"/>
          <w:b w:val="0"/>
          <w:i w:val="0"/>
          <w:sz w:val="21"/>
        </w:rPr>
        <w:t>设工作效率为 a、b 和 c。由时间关系得</w:t>
      </w:r>
    </w:p>
    <w:p>
      <w:pPr>
        <w:spacing w:before="0" w:after="80" w:line="300" w:lineRule="auto"/>
        <w:jc w:val="left"/>
      </w:pPr>
      <w:r>
        <w:rPr>
          <w:rFonts w:ascii="Times New Roman" w:hAnsi="Times New Roman" w:eastAsia="宋体"/>
          <w:b w:val="0"/>
          <w:i w:val="0"/>
          <w:sz w:val="21"/>
        </w:rPr>
        <w:t>b+c=ma,</w:t>
      </w:r>
    </w:p>
    <w:p>
      <w:pPr>
        <w:spacing w:before="0" w:after="80" w:line="300" w:lineRule="auto"/>
        <w:jc w:val="left"/>
      </w:pPr>
      <w:r>
        <w:rPr>
          <w:rFonts w:ascii="Times New Roman" w:hAnsi="Times New Roman" w:eastAsia="宋体"/>
          <w:b w:val="0"/>
          <w:i w:val="0"/>
          <w:sz w:val="21"/>
        </w:rPr>
        <w:t>c+a=nb,</w:t>
      </w:r>
    </w:p>
    <w:p>
      <w:pPr>
        <w:spacing w:before="0" w:after="80" w:line="300" w:lineRule="auto"/>
        <w:jc w:val="left"/>
      </w:pPr>
      <w:r>
        <w:rPr>
          <w:rFonts w:ascii="Times New Roman" w:hAnsi="Times New Roman" w:eastAsia="宋体"/>
          <w:b w:val="0"/>
          <w:i w:val="0"/>
          <w:sz w:val="21"/>
        </w:rPr>
        <w:t>a+b=xc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由前两个等式，</w:t>
      </w:r>
    </w:p>
    <w:p>
      <w:pPr>
        <w:spacing w:before="0" w:after="80" w:line="300" w:lineRule="auto"/>
        <w:jc w:val="left"/>
      </w:pPr>
      <w:r>
        <w:rPr>
          <w:rFonts w:ascii="Times New Roman" w:hAnsi="Times New Roman" w:eastAsia="宋体"/>
          <w:b w:val="0"/>
          <w:i w:val="0"/>
          <w:sz w:val="21"/>
        </w:rPr>
        <w:t>b/a=m+1/n+1</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c/a=mn-1/n+1。</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x=a+b/c =m+n+2/mn-1。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work rates be a, b, and c. The time statements give</w:t>
      </w:r>
    </w:p>
    <w:p>
      <w:pPr>
        <w:spacing w:before="0" w:after="80" w:line="300" w:lineRule="auto"/>
        <w:jc w:val="left"/>
      </w:pPr>
      <w:r>
        <w:rPr>
          <w:rFonts w:ascii="Times New Roman" w:hAnsi="Times New Roman" w:eastAsia="宋体"/>
          <w:b w:val="0"/>
          <w:i w:val="0"/>
          <w:color w:val="333333"/>
          <w:sz w:val="19"/>
        </w:rPr>
        <w:t>b+c=ma,</w:t>
      </w:r>
    </w:p>
    <w:p>
      <w:pPr>
        <w:spacing w:before="0" w:after="80" w:line="300" w:lineRule="auto"/>
        <w:jc w:val="left"/>
      </w:pPr>
      <w:r>
        <w:rPr>
          <w:rFonts w:ascii="Times New Roman" w:hAnsi="Times New Roman" w:eastAsia="宋体"/>
          <w:b w:val="0"/>
          <w:i w:val="0"/>
          <w:color w:val="333333"/>
          <w:sz w:val="19"/>
        </w:rPr>
        <w:t>c+a=nb,</w:t>
      </w:r>
    </w:p>
    <w:p>
      <w:pPr>
        <w:spacing w:before="0" w:after="80" w:line="300" w:lineRule="auto"/>
        <w:jc w:val="left"/>
      </w:pPr>
      <w:r>
        <w:rPr>
          <w:rFonts w:ascii="Times New Roman" w:hAnsi="Times New Roman" w:eastAsia="宋体"/>
          <w:b w:val="0"/>
          <w:i w:val="0"/>
          <w:color w:val="333333"/>
          <w:sz w:val="19"/>
        </w:rPr>
        <w:t>a+b=xc.</w:t>
      </w:r>
    </w:p>
    <w:p>
      <w:pPr>
        <w:spacing w:before="0" w:after="80" w:line="300" w:lineRule="auto"/>
        <w:jc w:val="left"/>
      </w:pPr>
      <w:r>
        <w:rPr>
          <w:rFonts w:ascii="Times New Roman" w:hAnsi="Times New Roman" w:eastAsia="宋体"/>
          <w:b w:val="0"/>
          <w:i w:val="0"/>
          <w:color w:val="333333"/>
          <w:sz w:val="19"/>
        </w:rPr>
        <w:t>From the first two,</w:t>
      </w:r>
    </w:p>
    <w:p>
      <w:pPr>
        <w:spacing w:before="0" w:after="80" w:line="300" w:lineRule="auto"/>
        <w:jc w:val="left"/>
      </w:pPr>
      <w:r>
        <w:rPr>
          <w:rFonts w:ascii="Times New Roman" w:hAnsi="Times New Roman" w:eastAsia="宋体"/>
          <w:b w:val="0"/>
          <w:i w:val="0"/>
          <w:color w:val="333333"/>
          <w:sz w:val="19"/>
        </w:rPr>
        <w:t>b/a=m+1/n+1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c/a=mn-1/n+1.</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x=a+b/c =m+n+2/mn-1.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B</w:t>
      </w:r>
    </w:p>
    <w:p>
      <w:pPr>
        <w:spacing w:before="0" w:after="80" w:line="300" w:lineRule="auto"/>
        <w:jc w:val="left"/>
      </w:pPr>
      <w:r>
        <w:rPr>
          <w:rFonts w:ascii="Times New Roman" w:hAnsi="Times New Roman" w:eastAsia="宋体"/>
          <w:b w:val="0"/>
          <w:i w:val="0"/>
          <w:sz w:val="21"/>
        </w:rPr>
        <w:t>将孔的圆心置于原点。直径为 2 英寸和 1 英寸的塞规圆心分别为 (0,-1/2) 和 (0,1)。 设一个新量规的半径为 r，圆心为 (u,v)。 与两个塞规相切给出</w:t>
      </w:r>
    </w:p>
    <w:p>
      <w:pPr>
        <w:spacing w:before="0" w:after="80" w:line="300" w:lineRule="auto"/>
        <w:jc w:val="left"/>
      </w:pPr>
      <w:r>
        <w:rPr>
          <w:rFonts w:ascii="Times New Roman" w:hAnsi="Times New Roman" w:eastAsia="宋体"/>
          <w:b w:val="0"/>
          <w:i w:val="0"/>
          <w:sz w:val="21"/>
        </w:rPr>
        <w:t>u²+(v+1/2)²=(1+r)²,</w:t>
      </w:r>
    </w:p>
    <w:p>
      <w:pPr>
        <w:spacing w:before="0" w:after="80" w:line="300" w:lineRule="auto"/>
        <w:jc w:val="left"/>
      </w:pPr>
      <w:r>
        <w:rPr>
          <w:rFonts w:ascii="Times New Roman" w:hAnsi="Times New Roman" w:eastAsia="宋体"/>
          <w:b w:val="0"/>
          <w:i w:val="0"/>
          <w:sz w:val="21"/>
        </w:rPr>
        <w:t>u²+(v-1)²=(1/2+r)²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而与孔内切给出 u²+v²=(3/2-r)²。 将方程两两相减得 v=1/2+r/3，且 v=3/2-2r。 因此 r=3/7， 所以 d=2r=6/7≈0.86。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hole’s center at the origin. The 2-inch and 1-inch plug centers are (0,-1/2) and (0,1). Let a new gauge have radius r and center (u,v). Tangency to the two plugs gives</w:t>
      </w:r>
    </w:p>
    <w:p>
      <w:pPr>
        <w:spacing w:before="0" w:after="80" w:line="300" w:lineRule="auto"/>
        <w:jc w:val="left"/>
      </w:pPr>
      <w:r>
        <w:rPr>
          <w:rFonts w:ascii="Times New Roman" w:hAnsi="Times New Roman" w:eastAsia="宋体"/>
          <w:b w:val="0"/>
          <w:i w:val="0"/>
          <w:color w:val="333333"/>
          <w:sz w:val="19"/>
        </w:rPr>
        <w:t>u²+(v+1/2)²=(1+r)²,</w:t>
      </w:r>
    </w:p>
    <w:p>
      <w:pPr>
        <w:spacing w:before="0" w:after="80" w:line="300" w:lineRule="auto"/>
        <w:jc w:val="left"/>
      </w:pPr>
      <w:r>
        <w:rPr>
          <w:rFonts w:ascii="Times New Roman" w:hAnsi="Times New Roman" w:eastAsia="宋体"/>
          <w:b w:val="0"/>
          <w:i w:val="0"/>
          <w:color w:val="333333"/>
          <w:sz w:val="19"/>
        </w:rPr>
        <w:t>u²+(v-1)²=(1/2+r)²,</w:t>
      </w:r>
    </w:p>
    <w:p>
      <w:pPr>
        <w:spacing w:before="0" w:after="80" w:line="300" w:lineRule="auto"/>
        <w:jc w:val="left"/>
      </w:pPr>
      <w:r>
        <w:rPr>
          <w:rFonts w:ascii="Times New Roman" w:hAnsi="Times New Roman" w:eastAsia="宋体"/>
          <w:b w:val="0"/>
          <w:i w:val="0"/>
          <w:color w:val="333333"/>
          <w:sz w:val="19"/>
        </w:rPr>
        <w:t>while internal tangency to the hole gives u²+v²=(3/2-r)². Subtracting pairs of equations yields v=1/2+r/3 and v=3/2-2r. Thus r=3/7, so d=2r=6/7≈0.86.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D</w:t>
      </w:r>
    </w:p>
    <w:p>
      <w:pPr>
        <w:spacing w:before="0" w:after="80" w:line="300" w:lineRule="auto"/>
        <w:jc w:val="left"/>
      </w:pPr>
      <w:r>
        <w:rPr>
          <w:rFonts w:ascii="Times New Roman" w:hAnsi="Times New Roman" w:eastAsia="宋体"/>
          <w:b w:val="0"/>
          <w:i w:val="0"/>
          <w:sz w:val="21"/>
        </w:rPr>
        <w:t>令 N=x²+3x+1。则</w:t>
      </w:r>
    </w:p>
    <w:p>
      <w:pPr>
        <w:spacing w:before="0" w:after="80" w:line="300" w:lineRule="auto"/>
        <w:jc w:val="left"/>
      </w:pPr>
      <w:r>
        <w:rPr>
          <w:rFonts w:ascii="Times New Roman" w:hAnsi="Times New Roman" w:eastAsia="宋体"/>
          <w:b w:val="0"/>
          <w:i w:val="0"/>
          <w:sz w:val="21"/>
        </w:rPr>
        <w:t>P=N²-3(x-10)。</w:t>
      </w:r>
    </w:p>
    <w:p>
      <w:pPr>
        <w:spacing w:before="0" w:after="80" w:line="300" w:lineRule="auto"/>
        <w:jc w:val="left"/>
      </w:pPr>
      <w:r>
        <w:rPr>
          <w:rFonts w:ascii="Times New Roman" w:hAnsi="Times New Roman" w:eastAsia="宋体"/>
          <w:b w:val="0"/>
          <w:i w:val="0"/>
          <w:sz w:val="21"/>
        </w:rPr>
        <w:t>当 x=10, P=N²=131² 时，有一个值符合条件。</w:t>
      </w:r>
    </w:p>
    <w:p>
      <w:pPr>
        <w:spacing w:before="0" w:after="80" w:line="300" w:lineRule="auto"/>
        <w:jc w:val="left"/>
      </w:pPr>
      <w:r>
        <w:rPr>
          <w:rFonts w:ascii="Times New Roman" w:hAnsi="Times New Roman" w:eastAsia="宋体"/>
          <w:b w:val="0"/>
          <w:i w:val="0"/>
          <w:sz w:val="21"/>
        </w:rPr>
        <w:t>若 x&gt;10 且 P=y²，则 N²-y²=3(x-10)。与 N² 不同的整数平方和它的差至少为 2|N|-1，而这已经大于 3(x-10)，矛盾。若 x&lt;10，则类似的界</w:t>
      </w:r>
    </w:p>
    <w:p>
      <w:pPr>
        <w:spacing w:before="0" w:after="80" w:line="300" w:lineRule="auto"/>
        <w:jc w:val="left"/>
      </w:pPr>
      <w:r>
        <w:rPr>
          <w:rFonts w:ascii="Times New Roman" w:hAnsi="Times New Roman" w:eastAsia="宋体"/>
          <w:b w:val="0"/>
          <w:i w:val="0"/>
          <w:sz w:val="21"/>
        </w:rPr>
        <w:t>3(10-x)=y²-N²</w:t>
      </w:r>
    </w:p>
    <w:p>
      <w:pPr>
        <w:spacing w:before="0" w:after="80" w:line="300" w:lineRule="auto"/>
        <w:jc w:val="left"/>
      </w:pPr>
      <w:r>
        <w:rPr>
          <w:rFonts w:ascii="Times New Roman" w:hAnsi="Times New Roman" w:eastAsia="宋体"/>
          <w:b w:val="0"/>
          <w:i w:val="0"/>
          <w:sz w:val="21"/>
        </w:rPr>
        <w:t>≥2|y|-1&gt;2|N|-1</w:t>
      </w:r>
    </w:p>
    <w:p>
      <w:pPr>
        <w:spacing w:before="0" w:after="80" w:line="300" w:lineRule="auto"/>
        <w:jc w:val="left"/>
      </w:pPr>
      <w:r>
        <w:rPr>
          <w:rFonts w:ascii="Times New Roman" w:hAnsi="Times New Roman" w:eastAsia="宋体"/>
          <w:b w:val="0"/>
          <w:i w:val="0"/>
          <w:sz w:val="21"/>
        </w:rPr>
        <w:t>只有在 -6≤ x≤2 时才可能成立。直接代入这九个整数，所得值均不是平方数。因此 x=10 是唯一解，且 n=1。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N=x²+3x+1. Then</w:t>
      </w:r>
    </w:p>
    <w:p>
      <w:pPr>
        <w:spacing w:before="0" w:after="80" w:line="300" w:lineRule="auto"/>
        <w:jc w:val="left"/>
      </w:pPr>
      <w:r>
        <w:rPr>
          <w:rFonts w:ascii="Times New Roman" w:hAnsi="Times New Roman" w:eastAsia="宋体"/>
          <w:b w:val="0"/>
          <w:i w:val="0"/>
          <w:color w:val="333333"/>
          <w:sz w:val="19"/>
        </w:rPr>
        <w:t>P=N²-3(x-10).</w:t>
      </w:r>
    </w:p>
    <w:p>
      <w:pPr>
        <w:spacing w:before="0" w:after="80" w:line="300" w:lineRule="auto"/>
        <w:jc w:val="left"/>
      </w:pPr>
      <w:r>
        <w:rPr>
          <w:rFonts w:ascii="Times New Roman" w:hAnsi="Times New Roman" w:eastAsia="宋体"/>
          <w:b w:val="0"/>
          <w:i w:val="0"/>
          <w:color w:val="333333"/>
          <w:sz w:val="19"/>
        </w:rPr>
        <w:t>At x=10, P=N²=131², so one value works.</w:t>
      </w:r>
    </w:p>
    <w:p>
      <w:pPr>
        <w:spacing w:before="0" w:after="80" w:line="300" w:lineRule="auto"/>
        <w:jc w:val="left"/>
      </w:pPr>
      <w:r>
        <w:rPr>
          <w:rFonts w:ascii="Times New Roman" w:hAnsi="Times New Roman" w:eastAsia="宋体"/>
          <w:b w:val="0"/>
          <w:i w:val="0"/>
          <w:color w:val="333333"/>
          <w:sz w:val="19"/>
        </w:rPr>
        <w:t>If x&gt;10 and P=y², then N²-y²=3(x-10). Distinct integer squares differing from N² differ by at least 2|N|-1, which is already greater than 3(x-10), a contradiction. If x&lt;10, the analogous bound</w:t>
      </w:r>
    </w:p>
    <w:p>
      <w:pPr>
        <w:spacing w:before="0" w:after="80" w:line="300" w:lineRule="auto"/>
        <w:jc w:val="left"/>
      </w:pPr>
      <w:r>
        <w:rPr>
          <w:rFonts w:ascii="Times New Roman" w:hAnsi="Times New Roman" w:eastAsia="宋体"/>
          <w:b w:val="0"/>
          <w:i w:val="0"/>
          <w:color w:val="333333"/>
          <w:sz w:val="19"/>
        </w:rPr>
        <w:t>3(10-x)=y²-N²</w:t>
      </w:r>
    </w:p>
    <w:p>
      <w:pPr>
        <w:spacing w:before="0" w:after="80" w:line="300" w:lineRule="auto"/>
        <w:jc w:val="left"/>
      </w:pPr>
      <w:r>
        <w:rPr>
          <w:rFonts w:ascii="Times New Roman" w:hAnsi="Times New Roman" w:eastAsia="宋体"/>
          <w:b w:val="0"/>
          <w:i w:val="0"/>
          <w:color w:val="333333"/>
          <w:sz w:val="19"/>
        </w:rPr>
        <w:t>≥2|y|-1&gt;2|N|-1</w:t>
      </w:r>
    </w:p>
    <w:p>
      <w:pPr>
        <w:spacing w:before="0" w:after="80" w:line="300" w:lineRule="auto"/>
        <w:jc w:val="left"/>
      </w:pPr>
      <w:r>
        <w:rPr>
          <w:rFonts w:ascii="Times New Roman" w:hAnsi="Times New Roman" w:eastAsia="宋体"/>
          <w:b w:val="0"/>
          <w:i w:val="0"/>
          <w:color w:val="333333"/>
          <w:sz w:val="19"/>
        </w:rPr>
        <w:t>can hold only for -6≤ x≤2. Direct substitution for these nine integers gives no square. Hence x=10 is the unique solution and n=1.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