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1964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[log₁₀(5log₁₀100)]² 的值是多少？</w:t>
      </w:r>
    </w:p>
    <w:p>
      <w:pPr>
        <w:spacing w:before="0" w:after="120" w:line="300" w:lineRule="auto"/>
      </w:pPr>
      <w:r>
        <w:rPr>
          <w:rFonts w:ascii="Times New Roman" w:hAnsi="Times New Roman" w:eastAsia="宋体"/>
          <w:b w:val="0"/>
          <w:i w:val="0"/>
          <w:sz w:val="21"/>
        </w:rPr>
        <w:t>（A）log₁₀50　　（B）25　　（C）10　　（D）2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[log₁₀(5log₁₀100)]²?</w:t>
      </w:r>
    </w:p>
    <w:p>
      <w:pPr>
        <w:spacing w:before="0" w:after="160" w:line="300" w:lineRule="auto"/>
      </w:pPr>
      <w:r>
        <w:rPr>
          <w:rFonts w:ascii="Times New Roman" w:hAnsi="Times New Roman" w:eastAsia="宋体"/>
          <w:b w:val="0"/>
          <w:i w:val="0"/>
          <w:color w:val="333333"/>
          <w:sz w:val="19"/>
        </w:rPr>
        <w:t>(A) log₁₀50　　(B) 25　　(C) 10　　(D) 2　　(E) 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方程 x²-4y²=0 的图像是：</w:t>
      </w:r>
    </w:p>
    <w:p>
      <w:pPr>
        <w:spacing w:before="0" w:after="120" w:line="300" w:lineRule="auto"/>
      </w:pPr>
      <w:r>
        <w:rPr>
          <w:rFonts w:ascii="Times New Roman" w:hAnsi="Times New Roman" w:eastAsia="宋体"/>
          <w:b w:val="0"/>
          <w:i w:val="0"/>
          <w:sz w:val="21"/>
        </w:rPr>
        <w:t>（A）一条抛物线　　（B）一个椭圆　　（C）两条直线　　（D）一个点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x²-4y²=0 is:</w:t>
      </w:r>
    </w:p>
    <w:p>
      <w:pPr>
        <w:spacing w:before="0" w:after="160" w:line="300" w:lineRule="auto"/>
      </w:pPr>
      <w:r>
        <w:rPr>
          <w:rFonts w:ascii="Times New Roman" w:hAnsi="Times New Roman" w:eastAsia="宋体"/>
          <w:b w:val="0"/>
          <w:i w:val="0"/>
          <w:color w:val="333333"/>
          <w:sz w:val="19"/>
        </w:rPr>
        <w:t>(A) a parabola　　(B) an ellipse　　(C) a pair of straight lines　　(D) a point　　(E) none of these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正整数 x 除以正整数 y 时，商为 u，余数为 v，其中 u 和 v 都是整数。那么 x+2uy 除以 y 的余数是多少？</w:t>
      </w:r>
    </w:p>
    <w:p>
      <w:pPr>
        <w:spacing w:before="0" w:after="120" w:line="300" w:lineRule="auto"/>
      </w:pPr>
      <w:r>
        <w:rPr>
          <w:rFonts w:ascii="Times New Roman" w:hAnsi="Times New Roman" w:eastAsia="宋体"/>
          <w:b w:val="0"/>
          <w:i w:val="0"/>
          <w:sz w:val="21"/>
        </w:rPr>
        <w:t>（A）0　　（B）2u　　（C）3u　　（D）v　　（E）2v</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positive integer x is divided by a positive integer y, the quotient is u and the remainder is v, where u and v are integers. What is the remainder when x+2uy is divided by y?</w:t>
      </w:r>
    </w:p>
    <w:p>
      <w:pPr>
        <w:spacing w:before="0" w:after="160" w:line="300" w:lineRule="auto"/>
      </w:pPr>
      <w:r>
        <w:rPr>
          <w:rFonts w:ascii="Times New Roman" w:hAnsi="Times New Roman" w:eastAsia="宋体"/>
          <w:b w:val="0"/>
          <w:i w:val="0"/>
          <w:color w:val="333333"/>
          <w:sz w:val="19"/>
        </w:rPr>
        <w:t>(A) 0　　(B) 2u　　(C) 3u　　(D) v　　(E) 2v</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P+Q/P-Q-P-Q/P+Q</w:t>
      </w:r>
    </w:p>
    <w:p>
      <w:pPr>
        <w:spacing w:before="0" w:after="80" w:line="300" w:lineRule="auto"/>
        <w:jc w:val="left"/>
      </w:pPr>
      <w:r>
        <w:rPr>
          <w:rFonts w:ascii="Times New Roman" w:hAnsi="Times New Roman" w:eastAsia="宋体"/>
          <w:b w:val="0"/>
          <w:i w:val="0"/>
          <w:sz w:val="21"/>
        </w:rPr>
        <w:t>其中 P=x+y，Q=x-y，它等价于：</w:t>
      </w:r>
    </w:p>
    <w:p>
      <w:pPr>
        <w:spacing w:before="0" w:after="120" w:line="300" w:lineRule="auto"/>
      </w:pPr>
      <w:r>
        <w:rPr>
          <w:rFonts w:ascii="Times New Roman" w:hAnsi="Times New Roman" w:eastAsia="宋体"/>
          <w:b w:val="0"/>
          <w:i w:val="0"/>
          <w:sz w:val="21"/>
        </w:rPr>
        <w:t>（A）x²-y²/xy　　（B）x²-y²/2xy　　（C）1　　（D）x²+y²/xy　　（E）x²+y²/2xy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w:t>
      </w:r>
    </w:p>
    <w:p>
      <w:pPr>
        <w:spacing w:before="0" w:after="80" w:line="300" w:lineRule="auto"/>
        <w:jc w:val="left"/>
      </w:pPr>
      <w:r>
        <w:rPr>
          <w:rFonts w:ascii="Times New Roman" w:hAnsi="Times New Roman" w:eastAsia="宋体"/>
          <w:b w:val="0"/>
          <w:i w:val="0"/>
          <w:color w:val="333333"/>
          <w:sz w:val="19"/>
        </w:rPr>
        <w:t>P+Q/P-Q-P-Q/P+Q,</w:t>
      </w:r>
    </w:p>
    <w:p>
      <w:pPr>
        <w:spacing w:before="0" w:after="80" w:line="300" w:lineRule="auto"/>
        <w:jc w:val="left"/>
      </w:pPr>
      <w:r>
        <w:rPr>
          <w:rFonts w:ascii="Times New Roman" w:hAnsi="Times New Roman" w:eastAsia="宋体"/>
          <w:b w:val="0"/>
          <w:i w:val="0"/>
          <w:color w:val="333333"/>
          <w:sz w:val="19"/>
        </w:rPr>
        <w:t>where P=x+y and Q=x-y, is equivalent to:</w:t>
      </w:r>
    </w:p>
    <w:p>
      <w:pPr>
        <w:spacing w:before="0" w:after="160" w:line="300" w:lineRule="auto"/>
      </w:pPr>
      <w:r>
        <w:rPr>
          <w:rFonts w:ascii="Times New Roman" w:hAnsi="Times New Roman" w:eastAsia="宋体"/>
          <w:b w:val="0"/>
          <w:i w:val="0"/>
          <w:color w:val="333333"/>
          <w:sz w:val="19"/>
        </w:rPr>
        <w:t>(A) x²-y²/xy　　(B) x²-y²/2xy　　(C) 1　　(D) x²+y²/xy　　(E) x²+y²/2xy</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y 与 x 成正比，且 x=4 时 y=8，那么 x=-8 时 y 的值是：</w:t>
      </w:r>
    </w:p>
    <w:p>
      <w:pPr>
        <w:spacing w:before="0" w:after="120" w:line="300" w:lineRule="auto"/>
      </w:pPr>
      <w:r>
        <w:rPr>
          <w:rFonts w:ascii="Times New Roman" w:hAnsi="Times New Roman" w:eastAsia="宋体"/>
          <w:b w:val="0"/>
          <w:i w:val="0"/>
          <w:sz w:val="21"/>
        </w:rPr>
        <w:t>（A）-16　　（B）-4　　（C）-2　　（D）4k，其中 k=±1、±2、…　　（E）16k，其中 k=±1、±2、…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 varies directly as x, and if y=8 when x=4, the value of y when x=-8 is:</w:t>
      </w:r>
    </w:p>
    <w:p>
      <w:pPr>
        <w:spacing w:before="0" w:after="160" w:line="300" w:lineRule="auto"/>
      </w:pPr>
      <w:r>
        <w:rPr>
          <w:rFonts w:ascii="Times New Roman" w:hAnsi="Times New Roman" w:eastAsia="宋体"/>
          <w:b w:val="0"/>
          <w:i w:val="0"/>
          <w:color w:val="333333"/>
          <w:sz w:val="19"/>
        </w:rPr>
        <w:t>(A) -16　　(B) -4　　(C) -2　　(D) 4k, k=±1, ±2, …　　(E) 16k, k=±1, ±2, …</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x、2x+2、3x+3、… 构成等比数列，则第四项是：</w:t>
      </w:r>
    </w:p>
    <w:p>
      <w:pPr>
        <w:spacing w:before="0" w:after="120" w:line="300" w:lineRule="auto"/>
      </w:pPr>
      <w:r>
        <w:rPr>
          <w:rFonts w:ascii="Times New Roman" w:hAnsi="Times New Roman" w:eastAsia="宋体"/>
          <w:b w:val="0"/>
          <w:i w:val="0"/>
          <w:sz w:val="21"/>
        </w:rPr>
        <w:t>（A）-27　　（B）-131/2　　（C）12　　（D）131/2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2x+2, 3x+3, … are in geometric progression, the fourth term is:</w:t>
      </w:r>
    </w:p>
    <w:p>
      <w:pPr>
        <w:spacing w:before="0" w:after="160" w:line="300" w:lineRule="auto"/>
      </w:pPr>
      <w:r>
        <w:rPr>
          <w:rFonts w:ascii="Times New Roman" w:hAnsi="Times New Roman" w:eastAsia="宋体"/>
          <w:b w:val="0"/>
          <w:i w:val="0"/>
          <w:color w:val="333333"/>
          <w:sz w:val="19"/>
        </w:rPr>
        <w:t>(A) -27　　(B) -131/2　　(C) 12　　(D) 131/2　　(E) 27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n 为使下列方程有相等两根的实数 p 的个数：</w:t>
      </w:r>
    </w:p>
    <w:p>
      <w:pPr>
        <w:spacing w:before="0" w:after="80" w:line="300" w:lineRule="auto"/>
        <w:jc w:val="left"/>
      </w:pPr>
      <w:r>
        <w:rPr>
          <w:rFonts w:ascii="Times New Roman" w:hAnsi="Times New Roman" w:eastAsia="宋体"/>
          <w:b w:val="0"/>
          <w:i w:val="0"/>
          <w:sz w:val="21"/>
        </w:rPr>
        <w:t>x²-px+p=0</w:t>
      </w:r>
    </w:p>
    <w:p>
      <w:pPr>
        <w:spacing w:before="0" w:after="80" w:line="300" w:lineRule="auto"/>
        <w:jc w:val="left"/>
      </w:pPr>
      <w:r>
        <w:rPr>
          <w:rFonts w:ascii="Times New Roman" w:hAnsi="Times New Roman" w:eastAsia="宋体"/>
          <w:b w:val="0"/>
          <w:i w:val="0"/>
          <w:sz w:val="21"/>
        </w:rPr>
        <w:t>则 n 的值为：</w:t>
      </w:r>
    </w:p>
    <w:p>
      <w:pPr>
        <w:spacing w:before="0" w:after="120" w:line="300" w:lineRule="auto"/>
      </w:pPr>
      <w:r>
        <w:rPr>
          <w:rFonts w:ascii="Times New Roman" w:hAnsi="Times New Roman" w:eastAsia="宋体"/>
          <w:b w:val="0"/>
          <w:i w:val="0"/>
          <w:sz w:val="21"/>
        </w:rPr>
        <w:t>（A）0　　（B）1　　（C）2　　（D）大于 2 的有限数　　（E）无穷大</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real values of p for which the roots of</w:t>
      </w:r>
    </w:p>
    <w:p>
      <w:pPr>
        <w:spacing w:before="0" w:after="80" w:line="300" w:lineRule="auto"/>
        <w:jc w:val="left"/>
      </w:pPr>
      <w:r>
        <w:rPr>
          <w:rFonts w:ascii="Times New Roman" w:hAnsi="Times New Roman" w:eastAsia="宋体"/>
          <w:b w:val="0"/>
          <w:i w:val="0"/>
          <w:color w:val="333333"/>
          <w:sz w:val="19"/>
        </w:rPr>
        <w:t>x²-px+p=0</w:t>
      </w:r>
    </w:p>
    <w:p>
      <w:pPr>
        <w:spacing w:before="0" w:after="80" w:line="300" w:lineRule="auto"/>
        <w:jc w:val="left"/>
      </w:pPr>
      <w:r>
        <w:rPr>
          <w:rFonts w:ascii="Times New Roman" w:hAnsi="Times New Roman" w:eastAsia="宋体"/>
          <w:b w:val="0"/>
          <w:i w:val="0"/>
          <w:color w:val="333333"/>
          <w:sz w:val="19"/>
        </w:rPr>
        <w:t>are equal. Then n equals:</w:t>
      </w:r>
    </w:p>
    <w:p>
      <w:pPr>
        <w:spacing w:before="0" w:after="160" w:line="300" w:lineRule="auto"/>
      </w:pPr>
      <w:r>
        <w:rPr>
          <w:rFonts w:ascii="Times New Roman" w:hAnsi="Times New Roman" w:eastAsia="宋体"/>
          <w:b w:val="0"/>
          <w:i w:val="0"/>
          <w:color w:val="333333"/>
          <w:sz w:val="19"/>
        </w:rPr>
        <w:t>(A) 0　　(B) 1　　(C) 2　　(D) a finite number greater than 2　　(E) an infinitely large number</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(x-3/4)(x-3/4)</w:t>
      </w:r>
    </w:p>
    <w:p>
      <w:pPr>
        <w:spacing w:before="0" w:after="80" w:line="300" w:lineRule="auto"/>
        <w:jc w:val="left"/>
      </w:pPr>
      <w:r>
        <w:rPr>
          <w:rFonts w:ascii="Times New Roman" w:hAnsi="Times New Roman" w:eastAsia="宋体"/>
          <w:b w:val="0"/>
          <w:i w:val="0"/>
          <w:sz w:val="21"/>
        </w:rPr>
        <w:t>+(x-3/4) (x-1/2)=0</w:t>
      </w:r>
    </w:p>
    <w:p>
      <w:pPr>
        <w:spacing w:before="0" w:after="80" w:line="300" w:lineRule="auto"/>
        <w:jc w:val="left"/>
      </w:pPr>
      <w:r>
        <w:rPr>
          <w:rFonts w:ascii="Times New Roman" w:hAnsi="Times New Roman" w:eastAsia="宋体"/>
          <w:b w:val="0"/>
          <w:i w:val="0"/>
          <w:sz w:val="21"/>
        </w:rPr>
        <w:t>的较小根是：</w:t>
      </w:r>
    </w:p>
    <w:p>
      <w:pPr>
        <w:spacing w:before="0" w:after="120" w:line="300" w:lineRule="auto"/>
      </w:pPr>
      <w:r>
        <w:rPr>
          <w:rFonts w:ascii="Times New Roman" w:hAnsi="Times New Roman" w:eastAsia="宋体"/>
          <w:b w:val="0"/>
          <w:i w:val="0"/>
          <w:sz w:val="21"/>
        </w:rPr>
        <w:t>（A）-3/4　　（B）1/2　　（C）5/8　　（D）3/4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smaller root of the equation</w:t>
      </w:r>
    </w:p>
    <w:p>
      <w:pPr>
        <w:spacing w:before="0" w:after="80" w:line="300" w:lineRule="auto"/>
        <w:jc w:val="left"/>
      </w:pPr>
      <w:r>
        <w:rPr>
          <w:rFonts w:ascii="Times New Roman" w:hAnsi="Times New Roman" w:eastAsia="宋体"/>
          <w:b w:val="0"/>
          <w:i w:val="0"/>
          <w:color w:val="333333"/>
          <w:sz w:val="19"/>
        </w:rPr>
        <w:t>(x-3/4)(x-3/4)</w:t>
      </w:r>
    </w:p>
    <w:p>
      <w:pPr>
        <w:spacing w:before="0" w:after="80" w:line="300" w:lineRule="auto"/>
        <w:jc w:val="left"/>
      </w:pPr>
      <w:r>
        <w:rPr>
          <w:rFonts w:ascii="Times New Roman" w:hAnsi="Times New Roman" w:eastAsia="宋体"/>
          <w:b w:val="0"/>
          <w:i w:val="0"/>
          <w:color w:val="333333"/>
          <w:sz w:val="19"/>
        </w:rPr>
        <w:t>+(x-3/4) (x-1/2)=0</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-3/4　　(B) 1/2　　(C) 5/8　　(D) 3/4　　(E) 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一名批发商按 $24 再减去 121/2% 的价格买入一件商品。他想在标价打 20% 折扣后，仍获得相当于成本 331/3% 的利润。这件商品应标价多少美元？</w:t>
      </w:r>
    </w:p>
    <w:p>
      <w:pPr>
        <w:spacing w:before="0" w:after="120" w:line="300" w:lineRule="auto"/>
      </w:pPr>
      <w:r>
        <w:rPr>
          <w:rFonts w:ascii="Times New Roman" w:hAnsi="Times New Roman" w:eastAsia="宋体"/>
          <w:b w:val="0"/>
          <w:i w:val="0"/>
          <w:sz w:val="21"/>
        </w:rPr>
        <w:t>（A）25.20　　（B）30.00　　（C）33.60　　（D）40.00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jobber buys an article at $24 less 121/2%. He then wishes to sell the article at a gain of 331/3% of his cost after allowing a 20% discount on his marked price. At what price, in dollars, should the article be marked?</w:t>
      </w:r>
    </w:p>
    <w:p>
      <w:pPr>
        <w:spacing w:before="0" w:after="160" w:line="300" w:lineRule="auto"/>
      </w:pPr>
      <w:r>
        <w:rPr>
          <w:rFonts w:ascii="Times New Roman" w:hAnsi="Times New Roman" w:eastAsia="宋体"/>
          <w:b w:val="0"/>
          <w:i w:val="0"/>
          <w:color w:val="333333"/>
          <w:sz w:val="19"/>
        </w:rPr>
        <w:t>(A) 25.20　　(B) 30.00　　(C) 33.60　　(D) 40.00　　(E) none of these</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一个正方形的边长为 s。以它的一条对角线为底，作一个三边互不相等且面积与正方形相等的三角形。这个三角形对该底边的高为：</w:t>
      </w:r>
    </w:p>
    <w:p>
      <w:pPr>
        <w:spacing w:before="0" w:after="120" w:line="300" w:lineRule="auto"/>
      </w:pPr>
      <w:r>
        <w:rPr>
          <w:rFonts w:ascii="Times New Roman" w:hAnsi="Times New Roman" w:eastAsia="宋体"/>
          <w:b w:val="0"/>
          <w:i w:val="0"/>
          <w:sz w:val="21"/>
        </w:rPr>
        <w:t>（A）s√(2)　　（B）s/(√(2))　　（C）2s　　（D）2√(s)　　（E）2/(√(s))</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square with side of length s. On a diagonal as base a triangle with three unequal sides is constructed so that its area equals that of the square. The length of the altitude drawn to the base is:</w:t>
      </w:r>
    </w:p>
    <w:p>
      <w:pPr>
        <w:spacing w:before="0" w:after="160" w:line="300" w:lineRule="auto"/>
      </w:pPr>
      <w:r>
        <w:rPr>
          <w:rFonts w:ascii="Times New Roman" w:hAnsi="Times New Roman" w:eastAsia="宋体"/>
          <w:b w:val="0"/>
          <w:i w:val="0"/>
          <w:color w:val="333333"/>
          <w:sz w:val="19"/>
        </w:rPr>
        <w:t>(A) s√(2)　　(B) s/(√(2))　　(C) 2s　　(D) 2√(s)　　(E) 2/(√(s))</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已知 2ˣ=8ʸ⁺¹ 且 9ʸ=3ˣ⁻⁹，求 x+y 的值。</w:t>
      </w:r>
    </w:p>
    <w:p>
      <w:pPr>
        <w:spacing w:before="0" w:after="120" w:line="300" w:lineRule="auto"/>
      </w:pPr>
      <w:r>
        <w:rPr>
          <w:rFonts w:ascii="Times New Roman" w:hAnsi="Times New Roman" w:eastAsia="宋体"/>
          <w:b w:val="0"/>
          <w:i w:val="0"/>
          <w:sz w:val="21"/>
        </w:rPr>
        <w:t>（A）18　　（B）21　　（C）24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2ˣ=8ʸ⁺¹ and 9ʸ=3ˣ⁻⁹, find the value of x+y.</w:t>
      </w:r>
    </w:p>
    <w:p>
      <w:pPr>
        <w:spacing w:before="0" w:after="160" w:line="300" w:lineRule="auto"/>
      </w:pPr>
      <w:r>
        <w:rPr>
          <w:rFonts w:ascii="Times New Roman" w:hAnsi="Times New Roman" w:eastAsia="宋体"/>
          <w:b w:val="0"/>
          <w:i w:val="0"/>
          <w:color w:val="333333"/>
          <w:sz w:val="19"/>
        </w:rPr>
        <w:t>(A) 18　　(B) 21　　(C) 24　　(D) 27　　(E) 30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下列哪一项是此命题的否定：对于某个集合中的所有 x，都有 x²&gt;0？</w:t>
      </w:r>
    </w:p>
    <w:p>
      <w:pPr>
        <w:spacing w:before="0" w:after="120" w:line="300" w:lineRule="auto"/>
      </w:pPr>
      <w:r>
        <w:rPr>
          <w:rFonts w:ascii="Times New Roman" w:hAnsi="Times New Roman" w:eastAsia="宋体"/>
          <w:b w:val="0"/>
          <w:i w:val="0"/>
          <w:sz w:val="21"/>
        </w:rPr>
        <w:t>（A）对所有 x，x²&lt;0　　（B）对所有 x，x²≤0　　（C）不存在 x 使 x²&gt;0　　（D）存在某个 x 使 x²&gt;0　　（E）存在某个 x 使 x²≤0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the negation of the statement: For all x of a certain set, x²&gt;0?</w:t>
      </w:r>
    </w:p>
    <w:p>
      <w:pPr>
        <w:spacing w:before="0" w:after="160" w:line="300" w:lineRule="auto"/>
      </w:pPr>
      <w:r>
        <w:rPr>
          <w:rFonts w:ascii="Times New Roman" w:hAnsi="Times New Roman" w:eastAsia="宋体"/>
          <w:b w:val="0"/>
          <w:i w:val="0"/>
          <w:color w:val="333333"/>
          <w:sz w:val="19"/>
        </w:rPr>
        <w:t>(A) For all x, x²&lt;0　　(B) For all x, x²≤0　　(C) For no x, x²&gt;0　　(D) For some x, x²&gt;0　　(E) For some x, x²≤0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一个三角形的三边长为 8、13 和 17，其内切圆与长度为 8 的边相切，并将该边分成长度为 r 和 s 的两段，其中 r&lt; s。求 r:s。</w:t>
      </w:r>
    </w:p>
    <w:p>
      <w:pPr>
        <w:spacing w:before="0" w:after="120" w:line="300" w:lineRule="auto"/>
      </w:pPr>
      <w:r>
        <w:rPr>
          <w:rFonts w:ascii="Times New Roman" w:hAnsi="Times New Roman" w:eastAsia="宋体"/>
          <w:b w:val="0"/>
          <w:i w:val="0"/>
          <w:sz w:val="21"/>
        </w:rPr>
        <w:t>（A）1:3　　（B）2:5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inscribed in a triangle with side lengths 8, 13, and 17. Let the segments of the side of length 8, made by a point of tangency, be r and s, with r&lt; s. What is the ratio r:s?</w:t>
      </w:r>
    </w:p>
    <w:p>
      <w:pPr>
        <w:spacing w:before="0" w:after="160" w:line="300" w:lineRule="auto"/>
      </w:pPr>
      <w:r>
        <w:rPr>
          <w:rFonts w:ascii="Times New Roman" w:hAnsi="Times New Roman" w:eastAsia="宋体"/>
          <w:b w:val="0"/>
          <w:i w:val="0"/>
          <w:color w:val="333333"/>
          <w:sz w:val="19"/>
        </w:rPr>
        <w:t>(A) 1:3　　(B) 2:5　　(C) 1:2　　(D) 2:3　　(E) 3:4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一位农民买了 749 只羊。他卖出其中 700 只，所得正好等于购买 749 只羊的总成本。剩余 49 只羊的每只售价与前 700 只相同。相对于成本，整笔交易的利润百分比是：</w:t>
      </w:r>
    </w:p>
    <w:p>
      <w:pPr>
        <w:spacing w:before="0" w:after="120" w:line="300" w:lineRule="auto"/>
      </w:pPr>
      <w:r>
        <w:rPr>
          <w:rFonts w:ascii="Times New Roman" w:hAnsi="Times New Roman" w:eastAsia="宋体"/>
          <w:b w:val="0"/>
          <w:i w:val="0"/>
          <w:sz w:val="21"/>
        </w:rPr>
        <w:t>（A）6.5　　（B）6.75　　（C）7　　（D）7.5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farmer bought 749 sheep. He sold 700 of them for the price paid for the 749 sheep. The remaining 49 sheep were sold at the same price per head as the other 700. Based on the cost, the percent gain on the entire transaction is:</w:t>
      </w:r>
    </w:p>
    <w:p>
      <w:pPr>
        <w:spacing w:before="0" w:after="160" w:line="300" w:lineRule="auto"/>
      </w:pPr>
      <w:r>
        <w:rPr>
          <w:rFonts w:ascii="Times New Roman" w:hAnsi="Times New Roman" w:eastAsia="宋体"/>
          <w:b w:val="0"/>
          <w:i w:val="0"/>
          <w:color w:val="333333"/>
          <w:sz w:val="19"/>
        </w:rPr>
        <w:t>(A) 6.5　　(B) 6.75　　(C) 7　　(D) 7.5　　(E) 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一条经过点 (-a,0) 的直线在第二象限截出一个面积为 T 的三角形区域。该直线的方程是：</w:t>
      </w:r>
    </w:p>
    <w:p>
      <w:pPr>
        <w:spacing w:before="0" w:after="120" w:line="300" w:lineRule="auto"/>
      </w:pPr>
      <w:r>
        <w:rPr>
          <w:rFonts w:ascii="Times New Roman" w:hAnsi="Times New Roman" w:eastAsia="宋体"/>
          <w:b w:val="0"/>
          <w:i w:val="0"/>
          <w:sz w:val="21"/>
        </w:rPr>
        <w:t>（A）2Tx+a²y+2aT=0　　（B）2Tx-a²y+2aT=0　　（C）2Tx+a²y-2aT=0　　（D）2Tx-a²y-2aT=0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through the point (-a,0) cuts from the second quadrant a triangular region with area T. The equation of the line is:</w:t>
      </w:r>
    </w:p>
    <w:p>
      <w:pPr>
        <w:spacing w:before="0" w:after="160" w:line="300" w:lineRule="auto"/>
      </w:pPr>
      <w:r>
        <w:rPr>
          <w:rFonts w:ascii="Times New Roman" w:hAnsi="Times New Roman" w:eastAsia="宋体"/>
          <w:b w:val="0"/>
          <w:i w:val="0"/>
          <w:color w:val="333333"/>
          <w:sz w:val="19"/>
        </w:rPr>
        <w:t>(A) 2Tx+a²y+2aT=0　　(B) 2Tx-a²y+2aT=0　　(C) 2Tx+a²y-2aT=0　　(D) 2Tx-a²y-2aT=0　　(E) none of these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f(x)=x²+3x+2，并设 S 为整数集合 {0,1,2,…,25}。使 f(s) 除以 6 的余数为零的 S 中元素 s 的个数是：</w:t>
      </w:r>
    </w:p>
    <w:p>
      <w:pPr>
        <w:spacing w:before="0" w:after="120" w:line="300" w:lineRule="auto"/>
      </w:pPr>
      <w:r>
        <w:rPr>
          <w:rFonts w:ascii="Times New Roman" w:hAnsi="Times New Roman" w:eastAsia="宋体"/>
          <w:b w:val="0"/>
          <w:i w:val="0"/>
          <w:sz w:val="21"/>
        </w:rPr>
        <w:t>（A）25　　（B）22　　（C）21　　（D）18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f(x)=x²+3x+2 and let S be the set of integers {0,1,2,…,25}. The number of members s of S such that f(s) has remainder zero when divided by 6 is:</w:t>
      </w:r>
    </w:p>
    <w:p>
      <w:pPr>
        <w:spacing w:before="0" w:after="160" w:line="300" w:lineRule="auto"/>
      </w:pPr>
      <w:r>
        <w:rPr>
          <w:rFonts w:ascii="Times New Roman" w:hAnsi="Times New Roman" w:eastAsia="宋体"/>
          <w:b w:val="0"/>
          <w:i w:val="0"/>
          <w:color w:val="333333"/>
          <w:sz w:val="19"/>
        </w:rPr>
        <w:t>(A) 25　　(B) 22　　(C) 21　　(D) 18　　(E) 17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给定互不相同的点 P(x₁,y₁)、Q(x₂,y₂) 和 R(x₁+x₂,y₁+y₂)。将这些点彼此连接，并分别与原点 O 连接。在三种可能中：(1) 平行四边形、(2) 直线、(3) 梯形，根据点 P、Q 和 R 的位置，图形 OPRQ 可以是：</w:t>
      </w:r>
    </w:p>
    <w:p>
      <w:pPr>
        <w:spacing w:before="0" w:after="120" w:line="300" w:lineRule="auto"/>
      </w:pPr>
      <w:r>
        <w:rPr>
          <w:rFonts w:ascii="Times New Roman" w:hAnsi="Times New Roman" w:eastAsia="宋体"/>
          <w:b w:val="0"/>
          <w:i w:val="0"/>
          <w:sz w:val="21"/>
        </w:rPr>
        <w:t>（A）仅 (1)　　（B）仅 (2)　　（C）仅 (3)　　（D）仅 (1) 或 (2)　　（E）三种都可以</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distinct points P(x₁,y₁), Q(x₂,y₂) and R(x₁+x₂,y₁+y₂). Line segments are drawn connecting these points to each other and to the origin O. Of the three possibilities: (1) parallelogram, (2) straight line, (3) trapezoid, figure OPRQ, depending upon the location of the points P, Q, and R, can be:</w:t>
      </w:r>
    </w:p>
    <w:p>
      <w:pPr>
        <w:spacing w:before="0" w:after="160" w:line="300" w:lineRule="auto"/>
      </w:pPr>
      <w:r>
        <w:rPr>
          <w:rFonts w:ascii="Times New Roman" w:hAnsi="Times New Roman" w:eastAsia="宋体"/>
          <w:b w:val="0"/>
          <w:i w:val="0"/>
          <w:color w:val="333333"/>
          <w:sz w:val="19"/>
        </w:rPr>
        <w:t>(A) (1) only　　(B) (2) only　　(C) (3) only　　(D) (1) or (2) only　　(E) all three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设使 3x+by+c=0 与 cx-2y+12=0 图像相同的 b、c 数值对的个数为 n。则 n 是：</w:t>
      </w:r>
    </w:p>
    <w:p>
      <w:pPr>
        <w:spacing w:before="0" w:after="120" w:line="300" w:lineRule="auto"/>
      </w:pPr>
      <w:r>
        <w:rPr>
          <w:rFonts w:ascii="Times New Roman" w:hAnsi="Times New Roman" w:eastAsia="宋体"/>
          <w:b w:val="0"/>
          <w:i w:val="0"/>
          <w:sz w:val="21"/>
        </w:rPr>
        <w:t>（A）0　　（B）1　　（C）2　　（D）有限但大于 2　　（E）大于任何有限数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pairs of values of b and c such that 3x+by+c=0 and cx-2y+12=0 have the same graph. Then n is:</w:t>
      </w:r>
    </w:p>
    <w:p>
      <w:pPr>
        <w:spacing w:before="0" w:after="160" w:line="300" w:lineRule="auto"/>
      </w:pPr>
      <w:r>
        <w:rPr>
          <w:rFonts w:ascii="Times New Roman" w:hAnsi="Times New Roman" w:eastAsia="宋体"/>
          <w:b w:val="0"/>
          <w:i w:val="0"/>
          <w:color w:val="333333"/>
          <w:sz w:val="19"/>
        </w:rPr>
        <w:t>(A) 0　　(B) 1　　(C) 2　　(D) finite but more than 2　　(E) greater than any finite number</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若 2x-3y-z=0 且 x+3y-14z=0，并且 z≠0，则 x²+3xy/y²+z² 的数值为：</w:t>
      </w:r>
    </w:p>
    <w:p>
      <w:pPr>
        <w:spacing w:before="0" w:after="120" w:line="300" w:lineRule="auto"/>
      </w:pPr>
      <w:r>
        <w:rPr>
          <w:rFonts w:ascii="Times New Roman" w:hAnsi="Times New Roman" w:eastAsia="宋体"/>
          <w:b w:val="0"/>
          <w:i w:val="0"/>
          <w:sz w:val="21"/>
        </w:rPr>
        <w:t>（A）7　　（B）2　　（C）0　　（D）-20/17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2x-3y-z=0 and x+3y-14z=0, z≠0, the numerical value of x²+3xy/y²+z² is:</w:t>
      </w:r>
    </w:p>
    <w:p>
      <w:pPr>
        <w:spacing w:before="0" w:after="160" w:line="300" w:lineRule="auto"/>
      </w:pPr>
      <w:r>
        <w:rPr>
          <w:rFonts w:ascii="Times New Roman" w:hAnsi="Times New Roman" w:eastAsia="宋体"/>
          <w:b w:val="0"/>
          <w:i w:val="0"/>
          <w:color w:val="333333"/>
          <w:sz w:val="19"/>
        </w:rPr>
        <w:t>(A) 7　　(B) 2　　(C) 0　　(D) -20/17　　(E) -2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(x-2y)¹⁸ 展开式中所有项的数值系数之和是：</w:t>
      </w:r>
    </w:p>
    <w:p>
      <w:pPr>
        <w:spacing w:before="0" w:after="120" w:line="300" w:lineRule="auto"/>
      </w:pPr>
      <w:r>
        <w:rPr>
          <w:rFonts w:ascii="Times New Roman" w:hAnsi="Times New Roman" w:eastAsia="宋体"/>
          <w:b w:val="0"/>
          <w:i w:val="0"/>
          <w:sz w:val="21"/>
        </w:rPr>
        <w:t>（A）0　　（B）1　　（C）19　　（D）-1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numerical coefficients of all the terms in the expansion of (x-2y)¹⁸ is:</w:t>
      </w:r>
    </w:p>
    <w:p>
      <w:pPr>
        <w:spacing w:before="0" w:after="160" w:line="300" w:lineRule="auto"/>
      </w:pPr>
      <w:r>
        <w:rPr>
          <w:rFonts w:ascii="Times New Roman" w:hAnsi="Times New Roman" w:eastAsia="宋体"/>
          <w:b w:val="0"/>
          <w:i w:val="0"/>
          <w:color w:val="333333"/>
          <w:sz w:val="19"/>
        </w:rPr>
        <w:t>(A) 0　　(B) 1　　(C) 19　　(D) -1　　(E) -19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 log_(b²)x+log_(x²)b=1，其中 b&gt;0、b≠1 且 x≠1，则 x 等于：</w:t>
      </w:r>
    </w:p>
    <w:p>
      <w:pPr>
        <w:spacing w:before="0" w:after="120" w:line="300" w:lineRule="auto"/>
      </w:pPr>
      <w:r>
        <w:rPr>
          <w:rFonts w:ascii="Times New Roman" w:hAnsi="Times New Roman" w:eastAsia="宋体"/>
          <w:b w:val="0"/>
          <w:i w:val="0"/>
          <w:sz w:val="21"/>
        </w:rPr>
        <w:t>（A）1/b²　　（B）1/b　　（C）b²　　（D）b　　（E）√(b)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log_(b²)x+log_(x²)b=1, where b&gt;0, b≠1, and x≠1, then x equals:</w:t>
      </w:r>
    </w:p>
    <w:p>
      <w:pPr>
        <w:spacing w:before="0" w:after="160" w:line="300" w:lineRule="auto"/>
      </w:pPr>
      <w:r>
        <w:rPr>
          <w:rFonts w:ascii="Times New Roman" w:hAnsi="Times New Roman" w:eastAsia="宋体"/>
          <w:b w:val="0"/>
          <w:i w:val="0"/>
          <w:color w:val="333333"/>
          <w:sz w:val="19"/>
        </w:rPr>
        <w:t>(A) 1/b²　　(B) 1/b　　(C) b²　　(D) b　　(E) √(b)</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在平行四边形 ABCD 中，E 是对角线 BD 的中点。将点 E 与边 DA 上一点 F 相连，使 DF=1/3DA。三角形 DFE 的面积与四边形 ABEF 的面积之比是多少？</w:t>
      </w:r>
    </w:p>
    <w:p>
      <w:pPr>
        <w:spacing w:before="0" w:after="120" w:line="300" w:lineRule="auto"/>
      </w:pPr>
      <w:r>
        <w:rPr>
          <w:rFonts w:ascii="Times New Roman" w:hAnsi="Times New Roman" w:eastAsia="宋体"/>
          <w:b w:val="0"/>
          <w:i w:val="0"/>
          <w:sz w:val="21"/>
        </w:rPr>
        <w:t>（A）1:2　　（B）1:3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parallelogram ABCD with E the midpoint of diagonal BD. Point E is connected to a point F in DA so that DF=1/3DA. What is the ratio of the area of triangle DFE to the area of quadrilateral ABEF?</w:t>
      </w:r>
    </w:p>
    <w:p>
      <w:pPr>
        <w:spacing w:before="0" w:after="160" w:line="300" w:lineRule="auto"/>
      </w:pPr>
      <w:r>
        <w:rPr>
          <w:rFonts w:ascii="Times New Roman" w:hAnsi="Times New Roman" w:eastAsia="宋体"/>
          <w:b w:val="0"/>
          <w:i w:val="0"/>
          <w:color w:val="333333"/>
          <w:sz w:val="19"/>
        </w:rPr>
        <w:t>(A) 1:2　　(B) 1:3　　(C) 1:5　　(D) 1:6　　(E) 1:7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两个数的差、和与积之比为 1:7:24。这两个数的乘积是：</w:t>
      </w:r>
    </w:p>
    <w:p>
      <w:pPr>
        <w:spacing w:before="0" w:after="120" w:line="300" w:lineRule="auto"/>
      </w:pPr>
      <w:r>
        <w:rPr>
          <w:rFonts w:ascii="Times New Roman" w:hAnsi="Times New Roman" w:eastAsia="宋体"/>
          <w:b w:val="0"/>
          <w:i w:val="0"/>
          <w:sz w:val="21"/>
        </w:rPr>
        <w:t>（A）6　　（B）12　　（C）24　　（D）48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numbers are such that their difference, their sum, and their product are to one another as 1:7:24. The product of the two numbers is:</w:t>
      </w:r>
    </w:p>
    <w:p>
      <w:pPr>
        <w:spacing w:before="0" w:after="160" w:line="300" w:lineRule="auto"/>
      </w:pPr>
      <w:r>
        <w:rPr>
          <w:rFonts w:ascii="Times New Roman" w:hAnsi="Times New Roman" w:eastAsia="宋体"/>
          <w:b w:val="0"/>
          <w:i w:val="0"/>
          <w:color w:val="333333"/>
          <w:sz w:val="19"/>
        </w:rPr>
        <w:t>(A) 6　　(B) 12　　(C) 24　　(D) 48　　(E) 96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y=(x-a)²+(x-b)²，其中 a、b 为常数。当 x 取何值时，y 最小？</w:t>
      </w:r>
    </w:p>
    <w:p>
      <w:pPr>
        <w:spacing w:before="0" w:after="120" w:line="300" w:lineRule="auto"/>
      </w:pPr>
      <w:r>
        <w:rPr>
          <w:rFonts w:ascii="Times New Roman" w:hAnsi="Times New Roman" w:eastAsia="宋体"/>
          <w:b w:val="0"/>
          <w:i w:val="0"/>
          <w:sz w:val="21"/>
        </w:rPr>
        <w:t>（A）a+b/2　　（B）a+b　　（C）√(ab)　　（D）√(a²+b²/2)　　（E）a+b/2ab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y=(x-a)²+(x-b)², a, b constants. For what value of x is y a minimum?</w:t>
      </w:r>
    </w:p>
    <w:p>
      <w:pPr>
        <w:spacing w:before="0" w:after="160" w:line="300" w:lineRule="auto"/>
      </w:pPr>
      <w:r>
        <w:rPr>
          <w:rFonts w:ascii="Times New Roman" w:hAnsi="Times New Roman" w:eastAsia="宋体"/>
          <w:b w:val="0"/>
          <w:i w:val="0"/>
          <w:color w:val="333333"/>
          <w:sz w:val="19"/>
        </w:rPr>
        <w:t>(A) a+b/2　　(B) a+b　　(C) √(ab)　　(D) √(a²+b²/2)　　(E) a+b/2ab</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使 x²+3xy+x+my-m 能分解为两个关于 x 和 y 的整系数一次因式的 m 值恰好是：</w:t>
      </w:r>
    </w:p>
    <w:p>
      <w:pPr>
        <w:spacing w:before="0" w:after="120" w:line="300" w:lineRule="auto"/>
      </w:pPr>
      <w:r>
        <w:rPr>
          <w:rFonts w:ascii="Times New Roman" w:hAnsi="Times New Roman" w:eastAsia="宋体"/>
          <w:b w:val="0"/>
          <w:i w:val="0"/>
          <w:sz w:val="21"/>
        </w:rPr>
        <w:t>（A）0、12、-12　　（B）0、12　　（C）12、-12　　（D）12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values of m for which x²+3xy+x+my-m has two factors, with integer coefficients, which are linear in x and y, is precisely:</w:t>
      </w:r>
    </w:p>
    <w:p>
      <w:pPr>
        <w:spacing w:before="0" w:after="160" w:line="300" w:lineRule="auto"/>
      </w:pPr>
      <w:r>
        <w:rPr>
          <w:rFonts w:ascii="Times New Roman" w:hAnsi="Times New Roman" w:eastAsia="宋体"/>
          <w:b w:val="0"/>
          <w:i w:val="0"/>
          <w:color w:val="333333"/>
          <w:sz w:val="19"/>
        </w:rPr>
        <w:t>(A) 0, 12, -12　　(B) 0, 12　　(C) 12, -12　　(D) 12　　(E) 0</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在一场十英里赛跑中，第一名领先第二名 2 英里，领先第三名 4 英里。若三人全程保持恒速，第二名将领先第三名多少英里？</w:t>
      </w:r>
    </w:p>
    <w:p>
      <w:pPr>
        <w:spacing w:before="0" w:after="120" w:line="300" w:lineRule="auto"/>
      </w:pPr>
      <w:r>
        <w:rPr>
          <w:rFonts w:ascii="Times New Roman" w:hAnsi="Times New Roman" w:eastAsia="宋体"/>
          <w:b w:val="0"/>
          <w:i w:val="0"/>
          <w:sz w:val="21"/>
        </w:rPr>
        <w:t>（A）2　　（B）21/4　　（C）21/2　　（D）23/4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ten-mile race First beats Second by 2 miles and First beats Third by 4 miles. If the runners maintain constant speeds throughout the race, by how many miles does Second beat Third?</w:t>
      </w:r>
    </w:p>
    <w:p>
      <w:pPr>
        <w:spacing w:before="0" w:after="160" w:line="300" w:lineRule="auto"/>
      </w:pPr>
      <w:r>
        <w:rPr>
          <w:rFonts w:ascii="Times New Roman" w:hAnsi="Times New Roman" w:eastAsia="宋体"/>
          <w:b w:val="0"/>
          <w:i w:val="0"/>
          <w:color w:val="333333"/>
          <w:sz w:val="19"/>
        </w:rPr>
        <w:t>(A) 2　　(B) 21/4　　(C) 21/2　　(D) 23/4　　(E) 3</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 x 为实数，且 |x-4|+|x-3|&lt; a，其中 a&gt;0，则：</w:t>
      </w:r>
    </w:p>
    <w:p>
      <w:pPr>
        <w:spacing w:before="0" w:after="120" w:line="300" w:lineRule="auto"/>
      </w:pPr>
      <w:r>
        <w:rPr>
          <w:rFonts w:ascii="Times New Roman" w:hAnsi="Times New Roman" w:eastAsia="宋体"/>
          <w:b w:val="0"/>
          <w:i w:val="0"/>
          <w:sz w:val="21"/>
        </w:rPr>
        <w:t>（A）0&lt; a&lt;0.01　　（B）0.01&lt; a&lt;1　　（C）0&lt; a&lt;1　　（D）0&lt; a≤1　　（E）a&gt;1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a real number and |x-4|+|x-3|&lt; a, where a&gt;0, then:</w:t>
      </w:r>
    </w:p>
    <w:p>
      <w:pPr>
        <w:spacing w:before="0" w:after="160" w:line="300" w:lineRule="auto"/>
      </w:pPr>
      <w:r>
        <w:rPr>
          <w:rFonts w:ascii="Times New Roman" w:hAnsi="Times New Roman" w:eastAsia="宋体"/>
          <w:b w:val="0"/>
          <w:i w:val="0"/>
          <w:color w:val="333333"/>
          <w:sz w:val="19"/>
        </w:rPr>
        <w:t>(A) 0&lt; a&lt;0.01　　(B) 0.01&lt; a&lt;1　　(C) 0&lt; a&lt;1　　(D) 0&lt; a≤1　　(E) a&gt;1</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一个等差数列前 n 项的和为 153，公差为 2。若首项为整数且 n&gt;1，则 n 可能取值的个数是：</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n terms of an arithmetic progression is 153, and the common difference is 2. If the first term is an integer, and n&gt;1, then the number of possible values for n is: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在图中，∠ RFS=∠ FDR，FD=4 英寸，DR=6 英寸，FR=5 英寸，且 FS=71/2 英寸。RS 的长度（英寸）为：</w:t>
      </w:r>
    </w:p>
    <w:p>
      <w:pPr>
        <w:spacing w:before="80" w:after="80"/>
        <w:jc w:val="center"/>
      </w:pPr>
      <w:r>
        <w:drawing>
          <wp:inline xmlns:a="http://schemas.openxmlformats.org/drawingml/2006/main" xmlns:pic="http://schemas.openxmlformats.org/drawingml/2006/picture">
            <wp:extent cx="3879649" cy="1702397"/>
            <wp:docPr id="1" name="Picture 1"/>
            <wp:cNvGraphicFramePr>
              <a:graphicFrameLocks noChangeAspect="1"/>
            </wp:cNvGraphicFramePr>
            <a:graphic>
              <a:graphicData uri="http://schemas.openxmlformats.org/drawingml/2006/picture">
                <pic:pic>
                  <pic:nvPicPr>
                    <pic:cNvPr id="0" name="q29-1@300dpi.png"/>
                    <pic:cNvPicPr/>
                  </pic:nvPicPr>
                  <pic:blipFill>
                    <a:blip r:embed="rId9"/>
                    <a:stretch>
                      <a:fillRect/>
                    </a:stretch>
                  </pic:blipFill>
                  <pic:spPr>
                    <a:xfrm>
                      <a:off x="0" y="0"/>
                      <a:ext cx="3879649" cy="1702397"/>
                    </a:xfrm>
                    <a:prstGeom prst="rect"/>
                  </pic:spPr>
                </pic:pic>
              </a:graphicData>
            </a:graphic>
          </wp:inline>
        </w:drawing>
      </w:r>
    </w:p>
    <w:p>
      <w:pPr>
        <w:spacing w:before="0" w:after="120" w:line="300" w:lineRule="auto"/>
      </w:pPr>
      <w:r>
        <w:rPr>
          <w:rFonts w:ascii="Times New Roman" w:hAnsi="Times New Roman" w:eastAsia="宋体"/>
          <w:b w:val="0"/>
          <w:i w:val="0"/>
          <w:sz w:val="21"/>
        </w:rPr>
        <w:t>（A）无法确定　　（B）4　　（C）51/2　　（D）6　　（E）61/4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figure ∠ RFS=∠ FDR, FD=4 inches, DR=6 inches, FR=5 inches, and FS=71/2 inches. The length of RS, in inches, is:</w:t>
      </w:r>
    </w:p>
    <w:p>
      <w:pPr>
        <w:spacing w:before="80" w:after="80"/>
        <w:jc w:val="center"/>
      </w:pPr>
      <w:r>
        <w:drawing>
          <wp:inline xmlns:a="http://schemas.openxmlformats.org/drawingml/2006/main" xmlns:pic="http://schemas.openxmlformats.org/drawingml/2006/picture">
            <wp:extent cx="3879649" cy="1702397"/>
            <wp:docPr id="2" name="Picture 2"/>
            <wp:cNvGraphicFramePr>
              <a:graphicFrameLocks noChangeAspect="1"/>
            </wp:cNvGraphicFramePr>
            <a:graphic>
              <a:graphicData uri="http://schemas.openxmlformats.org/drawingml/2006/picture">
                <pic:pic>
                  <pic:nvPicPr>
                    <pic:cNvPr id="0" name="q29-1@300dpi.png"/>
                    <pic:cNvPicPr/>
                  </pic:nvPicPr>
                  <pic:blipFill>
                    <a:blip r:embed="rId9"/>
                    <a:stretch>
                      <a:fillRect/>
                    </a:stretch>
                  </pic:blipFill>
                  <pic:spPr>
                    <a:xfrm>
                      <a:off x="0" y="0"/>
                      <a:ext cx="3879649" cy="170239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undetermined　　(B) 4　　(C) 51/2　　(D) 6　　(E) 61/4</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(7+4√(3))x² +(2+√(3))x</w:t>
      </w:r>
    </w:p>
    <w:p>
      <w:pPr>
        <w:spacing w:before="0" w:after="80" w:line="300" w:lineRule="auto"/>
        <w:jc w:val="left"/>
      </w:pPr>
      <w:r>
        <w:rPr>
          <w:rFonts w:ascii="Times New Roman" w:hAnsi="Times New Roman" w:eastAsia="宋体"/>
          <w:b w:val="0"/>
          <w:i w:val="0"/>
          <w:sz w:val="21"/>
        </w:rPr>
        <w:t>-2=0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则较大根减去较小根为：</w:t>
      </w:r>
    </w:p>
    <w:p>
      <w:pPr>
        <w:spacing w:before="0" w:after="120" w:line="300" w:lineRule="auto"/>
      </w:pPr>
      <w:r>
        <w:rPr>
          <w:rFonts w:ascii="Times New Roman" w:hAnsi="Times New Roman" w:eastAsia="宋体"/>
          <w:b w:val="0"/>
          <w:i w:val="0"/>
          <w:sz w:val="21"/>
        </w:rPr>
        <w:t>（A）-2+3√(3)　　（B）2-√(3)　　（C）6+3√(3)　　（D）6-3√(3)　　（E）3√(3)+2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(7+4√(3))x² +(2+√(3))x</w:t>
      </w:r>
    </w:p>
    <w:p>
      <w:pPr>
        <w:spacing w:before="0" w:after="80" w:line="300" w:lineRule="auto"/>
        <w:jc w:val="left"/>
      </w:pPr>
      <w:r>
        <w:rPr>
          <w:rFonts w:ascii="Times New Roman" w:hAnsi="Times New Roman" w:eastAsia="宋体"/>
          <w:b w:val="0"/>
          <w:i w:val="0"/>
          <w:color w:val="333333"/>
          <w:sz w:val="19"/>
        </w:rPr>
        <w:t>-2=0,</w:t>
      </w:r>
    </w:p>
    <w:p>
      <w:pPr>
        <w:spacing w:before="0" w:after="80" w:line="300" w:lineRule="auto"/>
        <w:jc w:val="left"/>
      </w:pPr>
      <w:r>
        <w:rPr>
          <w:rFonts w:ascii="Times New Roman" w:hAnsi="Times New Roman" w:eastAsia="宋体"/>
          <w:b w:val="0"/>
          <w:i w:val="0"/>
          <w:color w:val="333333"/>
          <w:sz w:val="19"/>
        </w:rPr>
        <w:t>the larger root minus the smaller root is:</w:t>
      </w:r>
    </w:p>
    <w:p>
      <w:pPr>
        <w:spacing w:before="0" w:after="160" w:line="300" w:lineRule="auto"/>
      </w:pPr>
      <w:r>
        <w:rPr>
          <w:rFonts w:ascii="Times New Roman" w:hAnsi="Times New Roman" w:eastAsia="宋体"/>
          <w:b w:val="0"/>
          <w:i w:val="0"/>
          <w:color w:val="333333"/>
          <w:sz w:val="19"/>
        </w:rPr>
        <w:t>(A) -2+3√(3)　　(B) 2-√(3)　　(C) 6+3√(3)　　(D) 6-3√(3)　　(E) 3√(3)+2</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f(n) =(5+3√(5))/10 ((1+√(5))/2)ⁿ</w:t>
      </w:r>
    </w:p>
    <w:p>
      <w:pPr>
        <w:spacing w:before="0" w:after="80" w:line="300" w:lineRule="auto"/>
        <w:jc w:val="left"/>
      </w:pPr>
      <w:r>
        <w:rPr>
          <w:rFonts w:ascii="Times New Roman" w:hAnsi="Times New Roman" w:eastAsia="宋体"/>
          <w:b w:val="0"/>
          <w:i w:val="0"/>
          <w:sz w:val="21"/>
        </w:rPr>
        <w:t>+(5-3√(5))/10 ((1-√(5))/2)ⁿ</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则用 f(n) 表示的 f(n+1)-f(n-1) 等于：</w:t>
      </w:r>
    </w:p>
    <w:p>
      <w:pPr>
        <w:spacing w:before="0" w:after="120" w:line="300" w:lineRule="auto"/>
      </w:pPr>
      <w:r>
        <w:rPr>
          <w:rFonts w:ascii="Times New Roman" w:hAnsi="Times New Roman" w:eastAsia="宋体"/>
          <w:b w:val="0"/>
          <w:i w:val="0"/>
          <w:sz w:val="21"/>
        </w:rPr>
        <w:t>（A）1/2f(n)　　（B）f(n)　　（C）2f(n)+1　　（D）f²(n)　　（E）1/2(f²(n)-1)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f(n) =(5+3√(5))/10 ((1+√(5))/2)ⁿ</w:t>
      </w:r>
    </w:p>
    <w:p>
      <w:pPr>
        <w:spacing w:before="0" w:after="80" w:line="300" w:lineRule="auto"/>
        <w:jc w:val="left"/>
      </w:pPr>
      <w:r>
        <w:rPr>
          <w:rFonts w:ascii="Times New Roman" w:hAnsi="Times New Roman" w:eastAsia="宋体"/>
          <w:b w:val="0"/>
          <w:i w:val="0"/>
          <w:color w:val="333333"/>
          <w:sz w:val="19"/>
        </w:rPr>
        <w:t>+(5-3√(5))/10 ((1-√(5))/2)ⁿ.</w:t>
      </w:r>
    </w:p>
    <w:p>
      <w:pPr>
        <w:spacing w:before="0" w:after="80" w:line="300" w:lineRule="auto"/>
        <w:jc w:val="left"/>
      </w:pPr>
      <w:r>
        <w:rPr>
          <w:rFonts w:ascii="Times New Roman" w:hAnsi="Times New Roman" w:eastAsia="宋体"/>
          <w:b w:val="0"/>
          <w:i w:val="0"/>
          <w:color w:val="333333"/>
          <w:sz w:val="19"/>
        </w:rPr>
        <w:t>Then f(n+1)-f(n-1), expressed in terms of f(n), equals:</w:t>
      </w:r>
    </w:p>
    <w:p>
      <w:pPr>
        <w:spacing w:before="0" w:after="160" w:line="300" w:lineRule="auto"/>
      </w:pPr>
      <w:r>
        <w:rPr>
          <w:rFonts w:ascii="Times New Roman" w:hAnsi="Times New Roman" w:eastAsia="宋体"/>
          <w:b w:val="0"/>
          <w:i w:val="0"/>
          <w:color w:val="333333"/>
          <w:sz w:val="19"/>
        </w:rPr>
        <w:t>(A) 1/2f(n)　　(B) f(n)　　(C) 2f(n)+1　　(D) f²(n)　　(E) 1/2(f²(n)-1)</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若 a+b/b+c=c+d/d+a，则：</w:t>
      </w:r>
    </w:p>
    <w:p>
      <w:pPr>
        <w:spacing w:before="0" w:after="120" w:line="300" w:lineRule="auto"/>
      </w:pPr>
      <w:r>
        <w:rPr>
          <w:rFonts w:ascii="Times New Roman" w:hAnsi="Times New Roman" w:eastAsia="宋体"/>
          <w:b w:val="0"/>
          <w:i w:val="0"/>
          <w:sz w:val="21"/>
        </w:rPr>
        <w:t>（A）a 必须等于 c　　（B）a+b+c+d 必须等于零　　（C）a=c 或 a+b+c+d=0，也可能两者都成立　　（D）若 a=c，则 a+b+c+d≠0　　（E）a(b+c+d)=c(a+b+d)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a+b/b+c=c+d/d+a, then:</w:t>
      </w:r>
    </w:p>
    <w:p>
      <w:pPr>
        <w:spacing w:before="0" w:after="160" w:line="300" w:lineRule="auto"/>
      </w:pPr>
      <w:r>
        <w:rPr>
          <w:rFonts w:ascii="Times New Roman" w:hAnsi="Times New Roman" w:eastAsia="宋体"/>
          <w:b w:val="0"/>
          <w:i w:val="0"/>
          <w:color w:val="333333"/>
          <w:sz w:val="19"/>
        </w:rPr>
        <w:t>(A) a must equal c　　(B) a+b+c+d must equal zero　　(C) either a=c or a+b+c+d=0, or both　　(D) a+b+c+d≠0 if a=c　　(E) a(b+c+d)=c(a+b+d)</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P 是矩形 ABCD 内一点，且 PA=3 英寸，PD=4 英寸，PC=5 英寸。则 PB 的长度（英寸）为：</w:t>
      </w:r>
    </w:p>
    <w:p>
      <w:pPr>
        <w:spacing w:before="80" w:after="80"/>
        <w:jc w:val="center"/>
      </w:pPr>
      <w:r>
        <w:drawing>
          <wp:inline xmlns:a="http://schemas.openxmlformats.org/drawingml/2006/main" xmlns:pic="http://schemas.openxmlformats.org/drawingml/2006/picture">
            <wp:extent cx="2552726" cy="1596977"/>
            <wp:docPr id="3" name="Picture 3"/>
            <wp:cNvGraphicFramePr>
              <a:graphicFrameLocks noChangeAspect="1"/>
            </wp:cNvGraphicFramePr>
            <a:graphic>
              <a:graphicData uri="http://schemas.openxmlformats.org/drawingml/2006/picture">
                <pic:pic>
                  <pic:nvPicPr>
                    <pic:cNvPr id="0" name="q33-1@300dpi.png"/>
                    <pic:cNvPicPr/>
                  </pic:nvPicPr>
                  <pic:blipFill>
                    <a:blip r:embed="rId10"/>
                    <a:stretch>
                      <a:fillRect/>
                    </a:stretch>
                  </pic:blipFill>
                  <pic:spPr>
                    <a:xfrm>
                      <a:off x="0" y="0"/>
                      <a:ext cx="2552726" cy="1596977"/>
                    </a:xfrm>
                    <a:prstGeom prst="rect"/>
                  </pic:spPr>
                </pic:pic>
              </a:graphicData>
            </a:graphic>
          </wp:inline>
        </w:drawing>
      </w:r>
    </w:p>
    <w:p>
      <w:pPr>
        <w:spacing w:before="0" w:after="120" w:line="300" w:lineRule="auto"/>
      </w:pPr>
      <w:r>
        <w:rPr>
          <w:rFonts w:ascii="Times New Roman" w:hAnsi="Times New Roman" w:eastAsia="宋体"/>
          <w:b w:val="0"/>
          <w:i w:val="0"/>
          <w:sz w:val="21"/>
        </w:rPr>
        <w:t>（A）2√(3)　　（B）3√(2)　　（C）3√(3)　　（D）4√(2)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 is a point interior to rectangle ABCD and such that PA=3 inches, PD=4 inches, and PC=5 inches. Then PB, in inches, equals:</w:t>
      </w:r>
    </w:p>
    <w:p>
      <w:pPr>
        <w:spacing w:before="80" w:after="80"/>
        <w:jc w:val="center"/>
      </w:pPr>
      <w:r>
        <w:drawing>
          <wp:inline xmlns:a="http://schemas.openxmlformats.org/drawingml/2006/main" xmlns:pic="http://schemas.openxmlformats.org/drawingml/2006/picture">
            <wp:extent cx="2552726" cy="1596977"/>
            <wp:docPr id="4" name="Picture 4"/>
            <wp:cNvGraphicFramePr>
              <a:graphicFrameLocks noChangeAspect="1"/>
            </wp:cNvGraphicFramePr>
            <a:graphic>
              <a:graphicData uri="http://schemas.openxmlformats.org/drawingml/2006/picture">
                <pic:pic>
                  <pic:nvPicPr>
                    <pic:cNvPr id="0" name="q33-1@300dpi.png"/>
                    <pic:cNvPicPr/>
                  </pic:nvPicPr>
                  <pic:blipFill>
                    <a:blip r:embed="rId10"/>
                    <a:stretch>
                      <a:fillRect/>
                    </a:stretch>
                  </pic:blipFill>
                  <pic:spPr>
                    <a:xfrm>
                      <a:off x="0" y="0"/>
                      <a:ext cx="2552726" cy="159697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3√(2)　　(C) 3√(3)　　(D) 4√(2)　　(E) 2</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若 n 是 4 的倍数，则和式</w:t>
      </w:r>
    </w:p>
    <w:p>
      <w:pPr>
        <w:spacing w:before="0" w:after="80" w:line="300" w:lineRule="auto"/>
        <w:jc w:val="left"/>
      </w:pPr>
      <w:r>
        <w:rPr>
          <w:rFonts w:ascii="Times New Roman" w:hAnsi="Times New Roman" w:eastAsia="宋体"/>
          <w:b w:val="0"/>
          <w:i w:val="0"/>
          <w:sz w:val="21"/>
        </w:rPr>
        <w:t>s=1+2i+3i²+⋯</w:t>
      </w:r>
    </w:p>
    <w:p>
      <w:pPr>
        <w:spacing w:before="0" w:after="80" w:line="300" w:lineRule="auto"/>
        <w:jc w:val="left"/>
      </w:pPr>
      <w:r>
        <w:rPr>
          <w:rFonts w:ascii="Times New Roman" w:hAnsi="Times New Roman" w:eastAsia="宋体"/>
          <w:b w:val="0"/>
          <w:i w:val="0"/>
          <w:sz w:val="21"/>
        </w:rPr>
        <w:t>+(n+1)iⁿ</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i=√(-1)，其值为：</w:t>
      </w:r>
    </w:p>
    <w:p>
      <w:pPr>
        <w:spacing w:before="0" w:after="120" w:line="300" w:lineRule="auto"/>
      </w:pPr>
      <w:r>
        <w:rPr>
          <w:rFonts w:ascii="Times New Roman" w:hAnsi="Times New Roman" w:eastAsia="宋体"/>
          <w:b w:val="0"/>
          <w:i w:val="0"/>
          <w:sz w:val="21"/>
        </w:rPr>
        <w:t>（A）1+i　　（B）1/2(n+2)　　（C）1/2(n+2-ni)　　（D）1/2[(n+1)(1-i)+2]　　（E）1/8(n²+8-4ni)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a multiple of 4, the sum</w:t>
      </w:r>
    </w:p>
    <w:p>
      <w:pPr>
        <w:spacing w:before="0" w:after="80" w:line="300" w:lineRule="auto"/>
        <w:jc w:val="left"/>
      </w:pPr>
      <w:r>
        <w:rPr>
          <w:rFonts w:ascii="Times New Roman" w:hAnsi="Times New Roman" w:eastAsia="宋体"/>
          <w:b w:val="0"/>
          <w:i w:val="0"/>
          <w:color w:val="333333"/>
          <w:sz w:val="19"/>
        </w:rPr>
        <w:t>s=1+2i+3i²+⋯</w:t>
      </w:r>
    </w:p>
    <w:p>
      <w:pPr>
        <w:spacing w:before="0" w:after="80" w:line="300" w:lineRule="auto"/>
        <w:jc w:val="left"/>
      </w:pPr>
      <w:r>
        <w:rPr>
          <w:rFonts w:ascii="Times New Roman" w:hAnsi="Times New Roman" w:eastAsia="宋体"/>
          <w:b w:val="0"/>
          <w:i w:val="0"/>
          <w:color w:val="333333"/>
          <w:sz w:val="19"/>
        </w:rPr>
        <w:t>+(n+1)iⁿ,</w:t>
      </w:r>
    </w:p>
    <w:p>
      <w:pPr>
        <w:spacing w:before="0" w:after="80" w:line="300" w:lineRule="auto"/>
        <w:jc w:val="left"/>
      </w:pPr>
      <w:r>
        <w:rPr>
          <w:rFonts w:ascii="Times New Roman" w:hAnsi="Times New Roman" w:eastAsia="宋体"/>
          <w:b w:val="0"/>
          <w:i w:val="0"/>
          <w:color w:val="333333"/>
          <w:sz w:val="19"/>
        </w:rPr>
        <w:t>where i=√(-1), equals:</w:t>
      </w:r>
    </w:p>
    <w:p>
      <w:pPr>
        <w:spacing w:before="0" w:after="160" w:line="300" w:lineRule="auto"/>
      </w:pPr>
      <w:r>
        <w:rPr>
          <w:rFonts w:ascii="Times New Roman" w:hAnsi="Times New Roman" w:eastAsia="宋体"/>
          <w:b w:val="0"/>
          <w:i w:val="0"/>
          <w:color w:val="333333"/>
          <w:sz w:val="19"/>
        </w:rPr>
        <w:t>(A) 1+i　　(B) 1/2(n+2)　　(C) 1/2(n+2-ni)　　(D) 1/2[(n+1)(1-i)+2]　　(E) 1/8(n²+8-4ni)</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三角形的三边长为 13、14 和 15。三条高交于点 H。若 AD 是边长为 14 的边上的高，则 HD:HA 为多少？</w:t>
      </w:r>
    </w:p>
    <w:p>
      <w:pPr>
        <w:spacing w:before="0" w:after="120" w:line="300" w:lineRule="auto"/>
      </w:pPr>
      <w:r>
        <w:rPr>
          <w:rFonts w:ascii="Times New Roman" w:hAnsi="Times New Roman" w:eastAsia="宋体"/>
          <w:b w:val="0"/>
          <w:i w:val="0"/>
          <w:sz w:val="21"/>
        </w:rPr>
        <w:t>（A）3:11　　（B）5:11　　（C）1:2　　（D）2:3　　（E）25:33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are of lengths 13, 14, and 15. The altitudes of the triangle meet at point H. If AD is the altitude to the side of length 14, what is the ratio HD:HA?</w:t>
      </w:r>
    </w:p>
    <w:p>
      <w:pPr>
        <w:spacing w:before="0" w:after="160" w:line="300" w:lineRule="auto"/>
      </w:pPr>
      <w:r>
        <w:rPr>
          <w:rFonts w:ascii="Times New Roman" w:hAnsi="Times New Roman" w:eastAsia="宋体"/>
          <w:b w:val="0"/>
          <w:i w:val="0"/>
          <w:color w:val="333333"/>
          <w:sz w:val="19"/>
        </w:rPr>
        <w:t>(A) 3:11　　(B) 5:11　　(C) 1:2　　(D) 2:3　　(E) 25:33</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在图中，圆的半径等于等边三角形 ABC 的高。让圆沿边 AB 滚动，并始终在动点 T 处与该边相切，同时分别在动点 M 和 N 处与直线 AC 和 BC 相交。设弧 MTN 的度数为 n。那么对于圆的所有允许位置，n：</w:t>
      </w:r>
    </w:p>
    <w:p>
      <w:pPr>
        <w:spacing w:before="80" w:after="80"/>
        <w:jc w:val="center"/>
      </w:pPr>
      <w:r>
        <w:drawing>
          <wp:inline xmlns:a="http://schemas.openxmlformats.org/drawingml/2006/main" xmlns:pic="http://schemas.openxmlformats.org/drawingml/2006/picture">
            <wp:extent cx="2010065" cy="2180364"/>
            <wp:docPr id="5" name="Picture 5"/>
            <wp:cNvGraphicFramePr>
              <a:graphicFrameLocks noChangeAspect="1"/>
            </wp:cNvGraphicFramePr>
            <a:graphic>
              <a:graphicData uri="http://schemas.openxmlformats.org/drawingml/2006/picture">
                <pic:pic>
                  <pic:nvPicPr>
                    <pic:cNvPr id="0" name="q36-1@300dpi.png"/>
                    <pic:cNvPicPr/>
                  </pic:nvPicPr>
                  <pic:blipFill>
                    <a:blip r:embed="rId11"/>
                    <a:stretch>
                      <a:fillRect/>
                    </a:stretch>
                  </pic:blipFill>
                  <pic:spPr>
                    <a:xfrm>
                      <a:off x="0" y="0"/>
                      <a:ext cx="2010065" cy="2180364"/>
                    </a:xfrm>
                    <a:prstGeom prst="rect"/>
                  </pic:spPr>
                </pic:pic>
              </a:graphicData>
            </a:graphic>
          </wp:inline>
        </w:drawing>
      </w:r>
    </w:p>
    <w:p>
      <w:pPr>
        <w:spacing w:before="0" w:after="120" w:line="300" w:lineRule="auto"/>
      </w:pPr>
      <w:r>
        <w:rPr>
          <w:rFonts w:ascii="Times New Roman" w:hAnsi="Times New Roman" w:eastAsia="宋体"/>
          <w:b w:val="0"/>
          <w:i w:val="0"/>
          <w:sz w:val="21"/>
        </w:rPr>
        <w:t>（A）在 30° 到 90° 之间变化　　（B）在 30° 到 60° 之间变化　　（C）在 60° 到 90° 之间变化　　（D）恒为 30°　　（E）恒为 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figure the radius of the circle is equal to the altitude of the equilateral triangle ABC. The circle is made to roll along the side AB, remaining tangent to it at a variable point T and intersecting lines AC and BC in variable points M and N, respectively. Let n be the number of degrees in arc MTN. Then n, for all permissible positions of the circle:</w:t>
      </w:r>
    </w:p>
    <w:p>
      <w:pPr>
        <w:spacing w:before="80" w:after="80"/>
        <w:jc w:val="center"/>
      </w:pPr>
      <w:r>
        <w:drawing>
          <wp:inline xmlns:a="http://schemas.openxmlformats.org/drawingml/2006/main" xmlns:pic="http://schemas.openxmlformats.org/drawingml/2006/picture">
            <wp:extent cx="2010065" cy="2180364"/>
            <wp:docPr id="6" name="Picture 6"/>
            <wp:cNvGraphicFramePr>
              <a:graphicFrameLocks noChangeAspect="1"/>
            </wp:cNvGraphicFramePr>
            <a:graphic>
              <a:graphicData uri="http://schemas.openxmlformats.org/drawingml/2006/picture">
                <pic:pic>
                  <pic:nvPicPr>
                    <pic:cNvPr id="0" name="q36-1@300dpi.png"/>
                    <pic:cNvPicPr/>
                  </pic:nvPicPr>
                  <pic:blipFill>
                    <a:blip r:embed="rId11"/>
                    <a:stretch>
                      <a:fillRect/>
                    </a:stretch>
                  </pic:blipFill>
                  <pic:spPr>
                    <a:xfrm>
                      <a:off x="0" y="0"/>
                      <a:ext cx="2010065" cy="21803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varies from 30° to 90°　　(B) varies from 30° to 60°　　(C) varies from 60° to 90°　　(D) remains constant at 30°　　(E) remains constant at 60°</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给定两个正数 a、b，且 a&lt; b。设它们的算术平均数为 A.M.，正的几何平均数为 G.M.。那么 A.M. 与 G.M. 之差总小于：</w:t>
      </w:r>
    </w:p>
    <w:p>
      <w:pPr>
        <w:spacing w:before="0" w:after="120" w:line="300" w:lineRule="auto"/>
      </w:pPr>
      <w:r>
        <w:rPr>
          <w:rFonts w:ascii="Times New Roman" w:hAnsi="Times New Roman" w:eastAsia="宋体"/>
          <w:b w:val="0"/>
          <w:i w:val="0"/>
          <w:sz w:val="21"/>
        </w:rPr>
        <w:t>（A）((b+a)²)/ab　　（B）((b+a)²)/8b　　（C）((b-a)²)/ab　　（D）((b-a)²)/8a　　（E）((b-a)²)/8b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two positive numbers a, b such that a&lt; b. Let A.M. be their arithmetic mean and let G.M. be their positive geometric mean. Then A.M. minus G.M. is always less than:</w:t>
      </w:r>
    </w:p>
    <w:p>
      <w:pPr>
        <w:spacing w:before="0" w:after="160" w:line="300" w:lineRule="auto"/>
      </w:pPr>
      <w:r>
        <w:rPr>
          <w:rFonts w:ascii="Times New Roman" w:hAnsi="Times New Roman" w:eastAsia="宋体"/>
          <w:b w:val="0"/>
          <w:i w:val="0"/>
          <w:color w:val="333333"/>
          <w:sz w:val="19"/>
        </w:rPr>
        <w:t>(A) ((b+a)²)/ab　　(B) ((b+a)²)/8b　　(C) ((b-a)²)/ab　　(D) ((b-a)²)/8a　　(E) ((b-a)²)/8b</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三角形 PQR 的边 PQ 和 PR 的长度分别为 4 英寸和 7 英寸。中线 PM 长 31/2 英寸。那么 QR 的长度（英寸）为：</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PQ and PR of triangle PQR are respectively of lengths 4 inches and 7 inches. The median PM is 31/2 inches. Then QR, in inches, is:</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如图，三角形 ABC 的三边长分别为 a、b、c，且 c≤ b≤ a。分别作过内点 P 和顶点 A、B、C 的直线，与对边交于 A'、B'、C'。设 s=AA'+BB'+CC'。那么对于点 P 的所有位置，s 小于：</w:t>
      </w:r>
    </w:p>
    <w:p>
      <w:pPr>
        <w:spacing w:before="80" w:after="80"/>
        <w:jc w:val="center"/>
      </w:pPr>
      <w:r>
        <w:drawing>
          <wp:inline xmlns:a="http://schemas.openxmlformats.org/drawingml/2006/main" xmlns:pic="http://schemas.openxmlformats.org/drawingml/2006/picture">
            <wp:extent cx="2255877" cy="1960859"/>
            <wp:docPr id="7" name="Picture 7"/>
            <wp:cNvGraphicFramePr>
              <a:graphicFrameLocks noChangeAspect="1"/>
            </wp:cNvGraphicFramePr>
            <a:graphic>
              <a:graphicData uri="http://schemas.openxmlformats.org/drawingml/2006/picture">
                <pic:pic>
                  <pic:nvPicPr>
                    <pic:cNvPr id="0" name="q39-1@300dpi.png"/>
                    <pic:cNvPicPr/>
                  </pic:nvPicPr>
                  <pic:blipFill>
                    <a:blip r:embed="rId12"/>
                    <a:stretch>
                      <a:fillRect/>
                    </a:stretch>
                  </pic:blipFill>
                  <pic:spPr>
                    <a:xfrm>
                      <a:off x="0" y="0"/>
                      <a:ext cx="2255877" cy="1960859"/>
                    </a:xfrm>
                    <a:prstGeom prst="rect"/>
                  </pic:spPr>
                </pic:pic>
              </a:graphicData>
            </a:graphic>
          </wp:inline>
        </w:drawing>
      </w:r>
    </w:p>
    <w:p>
      <w:pPr>
        <w:spacing w:before="0" w:after="120" w:line="300" w:lineRule="auto"/>
      </w:pPr>
      <w:r>
        <w:rPr>
          <w:rFonts w:ascii="Times New Roman" w:hAnsi="Times New Roman" w:eastAsia="宋体"/>
          <w:b w:val="0"/>
          <w:i w:val="0"/>
          <w:sz w:val="21"/>
        </w:rPr>
        <w:t>（A）2a+b　　（B）2a+c　　（C）2b+c　　（D）a+2b　　（E）a+b+c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magnitudes of the sides of triangle ABC are a, b, c, as shown, with c≤ b≤ a. Through interior point P and the vertices A, B, C, lines are drawn meeting the opposite sides in A', B', C', respectively. Let s=AA'+BB'+CC'. Then, for all positions of point P, s is less than:</w:t>
      </w:r>
    </w:p>
    <w:p>
      <w:pPr>
        <w:spacing w:before="80" w:after="80"/>
        <w:jc w:val="center"/>
      </w:pPr>
      <w:r>
        <w:drawing>
          <wp:inline xmlns:a="http://schemas.openxmlformats.org/drawingml/2006/main" xmlns:pic="http://schemas.openxmlformats.org/drawingml/2006/picture">
            <wp:extent cx="2255877" cy="1960859"/>
            <wp:docPr id="8" name="Picture 8"/>
            <wp:cNvGraphicFramePr>
              <a:graphicFrameLocks noChangeAspect="1"/>
            </wp:cNvGraphicFramePr>
            <a:graphic>
              <a:graphicData uri="http://schemas.openxmlformats.org/drawingml/2006/picture">
                <pic:pic>
                  <pic:nvPicPr>
                    <pic:cNvPr id="0" name="q39-1@300dpi.png"/>
                    <pic:cNvPicPr/>
                  </pic:nvPicPr>
                  <pic:blipFill>
                    <a:blip r:embed="rId12"/>
                    <a:stretch>
                      <a:fillRect/>
                    </a:stretch>
                  </pic:blipFill>
                  <pic:spPr>
                    <a:xfrm>
                      <a:off x="0" y="0"/>
                      <a:ext cx="2255877" cy="19608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2a+b　　(B) 2a+c　　(C) 2b+c　　(D) a+2b　　(E) a+b+c</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一块手表每天慢 21/2 分钟。三月 15 日下午 1 时将它校准。设某时刻应加在手表显示时间上的正校正量为 n 分钟。当手表显示三月 21 日上午 9 时，n 等于：</w:t>
      </w:r>
    </w:p>
    <w:p>
      <w:pPr>
        <w:spacing w:before="0" w:after="120" w:line="300" w:lineRule="auto"/>
      </w:pPr>
      <w:r>
        <w:rPr>
          <w:rFonts w:ascii="Times New Roman" w:hAnsi="Times New Roman" w:eastAsia="宋体"/>
          <w:b w:val="0"/>
          <w:i w:val="0"/>
          <w:sz w:val="21"/>
        </w:rPr>
        <w:t>（A）1414/23　　（B）141/14　　（C）13101/115　　（D）1383/115　　（E）1313/23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watch loses 21/2 minutes per day. It is set right at 1 P.M. on March 15. Let n be the positive correction, in minutes, to be added to the time shown by the watch at a given time. When the watch shows 9 A.M. on March 21, n equals:</w:t>
      </w:r>
    </w:p>
    <w:p>
      <w:pPr>
        <w:spacing w:before="0" w:after="160" w:line="300" w:lineRule="auto"/>
      </w:pPr>
      <w:r>
        <w:rPr>
          <w:rFonts w:ascii="Times New Roman" w:hAnsi="Times New Roman" w:eastAsia="宋体"/>
          <w:b w:val="0"/>
          <w:i w:val="0"/>
          <w:color w:val="333333"/>
          <w:sz w:val="19"/>
        </w:rPr>
        <w:t>(A) 1414/23　　(B) 141/14　　(C) 13101/115　　(D) 1383/115　　(E) 1313/23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D　A　A　B　C　C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E　A　C　B　E　D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B　D　C　D　A　B　C　E</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D　E　D　B　C　B　C　B　E</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D　D　A　A</w:t>
      </w:r>
    </w:p>
    <w:p>
      <w:pPr>
        <w:spacing w:before="0" w:after="200" w:line="300" w:lineRule="auto"/>
      </w:pPr>
      <w:r>
        <w:rPr>
          <w:rFonts w:ascii="Times New Roman" w:hAnsi="Times New Roman" w:eastAsia="宋体"/>
          <w:b w:val="0"/>
          <w:i w:val="0"/>
          <w:color w:val="666666"/>
          <w:sz w:val="18"/>
        </w:rPr>
        <w:t>答案串：ECDAABCCEADEACBEDCABDCDABCEDEDBCBCBEDDAA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由于 log₁₀100=2，方括号内的表达式为 log₁₀(5·2)=log₁₀10=1。它的平方是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log₁₀100=2, the expression inside the square brackets is log₁₀(5·2)=log₁₀10=1. Its square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分解因式得</w:t>
      </w:r>
    </w:p>
    <w:p>
      <w:pPr>
        <w:spacing w:before="0" w:after="80" w:line="300" w:lineRule="auto"/>
        <w:jc w:val="left"/>
      </w:pPr>
      <w:r>
        <w:rPr>
          <w:rFonts w:ascii="Times New Roman" w:hAnsi="Times New Roman" w:eastAsia="宋体"/>
          <w:b w:val="0"/>
          <w:i w:val="0"/>
          <w:sz w:val="21"/>
        </w:rPr>
        <w:t>x²-4y²=(x-2y)(x+2y)。</w:t>
      </w:r>
    </w:p>
    <w:p>
      <w:pPr>
        <w:spacing w:before="0" w:after="80" w:line="300" w:lineRule="auto"/>
        <w:jc w:val="left"/>
      </w:pPr>
      <w:r>
        <w:rPr>
          <w:rFonts w:ascii="Times New Roman" w:hAnsi="Times New Roman" w:eastAsia="宋体"/>
          <w:b w:val="0"/>
          <w:i w:val="0"/>
          <w:sz w:val="21"/>
        </w:rPr>
        <w:t>因此每个点都位于 x=2y 或 x=-2y 上，图像是两条直线。</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x²-4y²=(x-2y)(x+2y).</w:t>
      </w:r>
    </w:p>
    <w:p>
      <w:pPr>
        <w:spacing w:before="0" w:after="80" w:line="300" w:lineRule="auto"/>
        <w:jc w:val="left"/>
      </w:pPr>
      <w:r>
        <w:rPr>
          <w:rFonts w:ascii="Times New Roman" w:hAnsi="Times New Roman" w:eastAsia="宋体"/>
          <w:b w:val="0"/>
          <w:i w:val="0"/>
          <w:color w:val="333333"/>
          <w:sz w:val="19"/>
        </w:rPr>
        <w:t>Thus every point lies on x=2y or x=-2y, a pair of straight lines.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根据带余除法，x=uy+v。因此</w:t>
      </w:r>
    </w:p>
    <w:p>
      <w:pPr>
        <w:spacing w:before="0" w:after="80" w:line="300" w:lineRule="auto"/>
        <w:jc w:val="left"/>
      </w:pPr>
      <w:r>
        <w:rPr>
          <w:rFonts w:ascii="Times New Roman" w:hAnsi="Times New Roman" w:eastAsia="宋体"/>
          <w:b w:val="0"/>
          <w:i w:val="0"/>
          <w:sz w:val="21"/>
        </w:rPr>
        <w:t>x+2uy=3uy+v。</w:t>
      </w:r>
    </w:p>
    <w:p>
      <w:pPr>
        <w:spacing w:before="0" w:after="80" w:line="300" w:lineRule="auto"/>
        <w:jc w:val="left"/>
      </w:pPr>
      <w:r>
        <w:rPr>
          <w:rFonts w:ascii="Times New Roman" w:hAnsi="Times New Roman" w:eastAsia="宋体"/>
          <w:b w:val="0"/>
          <w:i w:val="0"/>
          <w:sz w:val="21"/>
        </w:rPr>
        <w:t>第一项能被 y 整除，所以余数是 v。</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division algorithm gives x=uy+v. Hence</w:t>
      </w:r>
    </w:p>
    <w:p>
      <w:pPr>
        <w:spacing w:before="0" w:after="80" w:line="300" w:lineRule="auto"/>
        <w:jc w:val="left"/>
      </w:pPr>
      <w:r>
        <w:rPr>
          <w:rFonts w:ascii="Times New Roman" w:hAnsi="Times New Roman" w:eastAsia="宋体"/>
          <w:b w:val="0"/>
          <w:i w:val="0"/>
          <w:color w:val="333333"/>
          <w:sz w:val="19"/>
        </w:rPr>
        <w:t>x+2uy=3uy+v.</w:t>
      </w:r>
    </w:p>
    <w:p>
      <w:pPr>
        <w:spacing w:before="0" w:after="80" w:line="300" w:lineRule="auto"/>
        <w:jc w:val="left"/>
      </w:pPr>
      <w:r>
        <w:rPr>
          <w:rFonts w:ascii="Times New Roman" w:hAnsi="Times New Roman" w:eastAsia="宋体"/>
          <w:b w:val="0"/>
          <w:i w:val="0"/>
          <w:color w:val="333333"/>
          <w:sz w:val="19"/>
        </w:rPr>
        <w:t>The first term is divisible by y, so the remainder is v.</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由于 P+Q=2x 且 P-Q=2y，原式化为</w:t>
      </w:r>
    </w:p>
    <w:p>
      <w:pPr>
        <w:spacing w:before="0" w:after="80" w:line="300" w:lineRule="auto"/>
        <w:jc w:val="left"/>
      </w:pPr>
      <w:r>
        <w:rPr>
          <w:rFonts w:ascii="Times New Roman" w:hAnsi="Times New Roman" w:eastAsia="宋体"/>
          <w:b w:val="0"/>
          <w:i w:val="0"/>
          <w:sz w:val="21"/>
        </w:rPr>
        <w:t>x/y-y/x=x²-y²/xy。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P+Q=2x and P-Q=2y, the expression becomes</w:t>
      </w:r>
    </w:p>
    <w:p>
      <w:pPr>
        <w:spacing w:before="0" w:after="80" w:line="300" w:lineRule="auto"/>
        <w:jc w:val="left"/>
      </w:pPr>
      <w:r>
        <w:rPr>
          <w:rFonts w:ascii="Times New Roman" w:hAnsi="Times New Roman" w:eastAsia="宋体"/>
          <w:b w:val="0"/>
          <w:i w:val="0"/>
          <w:color w:val="333333"/>
          <w:sz w:val="19"/>
        </w:rPr>
        <w:t>x/y-y/x=x²-y²/xy.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正比例关系给出 y=kx。由 8=4k 得 k=2。因此当 x=-8 时，y=2(-8)=-16。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 variation gives y=kx. From 8=4k, k=2. Therefore, when x=-8, y=2(-8)=-16.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等比中项关系给出</w:t>
      </w:r>
    </w:p>
    <w:p>
      <w:pPr>
        <w:spacing w:before="0" w:after="80" w:line="300" w:lineRule="auto"/>
        <w:jc w:val="left"/>
      </w:pPr>
      <w:r>
        <w:rPr>
          <w:rFonts w:ascii="Times New Roman" w:hAnsi="Times New Roman" w:eastAsia="宋体"/>
          <w:b w:val="0"/>
          <w:i w:val="0"/>
          <w:sz w:val="21"/>
        </w:rPr>
        <w:t>(2x+2)²=x(3x+3)。</w:t>
      </w:r>
    </w:p>
    <w:p>
      <w:pPr>
        <w:spacing w:before="0" w:after="80" w:line="300" w:lineRule="auto"/>
        <w:jc w:val="left"/>
      </w:pPr>
      <w:r>
        <w:rPr>
          <w:rFonts w:ascii="Times New Roman" w:hAnsi="Times New Roman" w:eastAsia="宋体"/>
          <w:b w:val="0"/>
          <w:i w:val="0"/>
          <w:sz w:val="21"/>
        </w:rPr>
        <w:t>按本试题对等比数列的公比约定，相邻项之比必须有定义，所以 x≠-1。两边除以 x+1，得 4(x+1)=3x，从而 x=-4。前三项为 -4,-6,-9，公比为 3/2。第四项是 -9(3/2)=-27/2。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geometric-mean relation gives</w:t>
      </w:r>
    </w:p>
    <w:p>
      <w:pPr>
        <w:spacing w:before="0" w:after="80" w:line="300" w:lineRule="auto"/>
        <w:jc w:val="left"/>
      </w:pPr>
      <w:r>
        <w:rPr>
          <w:rFonts w:ascii="Times New Roman" w:hAnsi="Times New Roman" w:eastAsia="宋体"/>
          <w:b w:val="0"/>
          <w:i w:val="0"/>
          <w:color w:val="333333"/>
          <w:sz w:val="19"/>
        </w:rPr>
        <w:t>(2x+2)²=x(3x+3).</w:t>
      </w:r>
    </w:p>
    <w:p>
      <w:pPr>
        <w:spacing w:before="0" w:after="80" w:line="300" w:lineRule="auto"/>
        <w:jc w:val="left"/>
      </w:pPr>
      <w:r>
        <w:rPr>
          <w:rFonts w:ascii="Times New Roman" w:hAnsi="Times New Roman" w:eastAsia="宋体"/>
          <w:b w:val="0"/>
          <w:i w:val="0"/>
          <w:color w:val="333333"/>
          <w:sz w:val="19"/>
        </w:rPr>
        <w:t>Under the examination’s ratio convention for a geometric progression, the consecutive ratios must be defined, so x≠-1. Dividing by x+1 yields 4(x+1)=3x and x=-4. The first three terms are -4,-6,-9, with ratio 3/2. The fourth is -9(3/2)=-27/2.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两根相等要求</w:t>
      </w:r>
    </w:p>
    <w:p>
      <w:pPr>
        <w:spacing w:before="0" w:after="80" w:line="300" w:lineRule="auto"/>
        <w:jc w:val="left"/>
      </w:pPr>
      <w:r>
        <w:rPr>
          <w:rFonts w:ascii="Times New Roman" w:hAnsi="Times New Roman" w:eastAsia="宋体"/>
          <w:b w:val="0"/>
          <w:i w:val="0"/>
          <w:sz w:val="21"/>
        </w:rPr>
        <w:t>(-p)²-4p=p(p-4)=0。</w:t>
      </w:r>
    </w:p>
    <w:p>
      <w:pPr>
        <w:spacing w:before="0" w:after="80" w:line="300" w:lineRule="auto"/>
        <w:jc w:val="left"/>
      </w:pPr>
      <w:r>
        <w:rPr>
          <w:rFonts w:ascii="Times New Roman" w:hAnsi="Times New Roman" w:eastAsia="宋体"/>
          <w:b w:val="0"/>
          <w:i w:val="0"/>
          <w:sz w:val="21"/>
        </w:rPr>
        <w:t>因此 p=0 或 p=4，共有两个实数值。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roots require</w:t>
      </w:r>
    </w:p>
    <w:p>
      <w:pPr>
        <w:spacing w:before="0" w:after="80" w:line="300" w:lineRule="auto"/>
        <w:jc w:val="left"/>
      </w:pPr>
      <w:r>
        <w:rPr>
          <w:rFonts w:ascii="Times New Roman" w:hAnsi="Times New Roman" w:eastAsia="宋体"/>
          <w:b w:val="0"/>
          <w:i w:val="0"/>
          <w:color w:val="333333"/>
          <w:sz w:val="19"/>
        </w:rPr>
        <w:t>(-p)²-4p=p(p-4)=0.</w:t>
      </w:r>
    </w:p>
    <w:p>
      <w:pPr>
        <w:spacing w:before="0" w:after="80" w:line="300" w:lineRule="auto"/>
        <w:jc w:val="left"/>
      </w:pPr>
      <w:r>
        <w:rPr>
          <w:rFonts w:ascii="Times New Roman" w:hAnsi="Times New Roman" w:eastAsia="宋体"/>
          <w:b w:val="0"/>
          <w:i w:val="0"/>
          <w:color w:val="333333"/>
          <w:sz w:val="19"/>
        </w:rPr>
        <w:t>Thus p=0 or p=4, giving two real values.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合并两项并分解因式得</w:t>
      </w:r>
    </w:p>
    <w:p>
      <w:pPr>
        <w:spacing w:before="0" w:after="80" w:line="300" w:lineRule="auto"/>
        <w:jc w:val="left"/>
      </w:pPr>
      <w:r>
        <w:rPr>
          <w:rFonts w:ascii="Times New Roman" w:hAnsi="Times New Roman" w:eastAsia="宋体"/>
          <w:b w:val="0"/>
          <w:i w:val="0"/>
          <w:sz w:val="21"/>
        </w:rPr>
        <w:t>(x-3/4)(2x-5/4)=0。</w:t>
      </w:r>
    </w:p>
    <w:p>
      <w:pPr>
        <w:spacing w:before="0" w:after="80" w:line="300" w:lineRule="auto"/>
        <w:jc w:val="left"/>
      </w:pPr>
      <w:r>
        <w:rPr>
          <w:rFonts w:ascii="Times New Roman" w:hAnsi="Times New Roman" w:eastAsia="宋体"/>
          <w:b w:val="0"/>
          <w:i w:val="0"/>
          <w:sz w:val="21"/>
        </w:rPr>
        <w:t>因此两根为 3/4 和 5/8，其中 5/8 较小。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two terms and factoring gives</w:t>
      </w:r>
    </w:p>
    <w:p>
      <w:pPr>
        <w:spacing w:before="0" w:after="80" w:line="300" w:lineRule="auto"/>
        <w:jc w:val="left"/>
      </w:pPr>
      <w:r>
        <w:rPr>
          <w:rFonts w:ascii="Times New Roman" w:hAnsi="Times New Roman" w:eastAsia="宋体"/>
          <w:b w:val="0"/>
          <w:i w:val="0"/>
          <w:color w:val="333333"/>
          <w:sz w:val="19"/>
        </w:rPr>
        <w:t>(x-3/4)(2x-5/4)=0.</w:t>
      </w:r>
    </w:p>
    <w:p>
      <w:pPr>
        <w:spacing w:before="0" w:after="80" w:line="300" w:lineRule="auto"/>
        <w:jc w:val="left"/>
      </w:pPr>
      <w:r>
        <w:rPr>
          <w:rFonts w:ascii="Times New Roman" w:hAnsi="Times New Roman" w:eastAsia="宋体"/>
          <w:b w:val="0"/>
          <w:i w:val="0"/>
          <w:color w:val="333333"/>
          <w:sz w:val="19"/>
        </w:rPr>
        <w:t>Hence the roots are 3/4 and 5/8, of which 5/8 is smaller.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成本为 24(1-1/8)=21 美元。增加三分之一的利润后，目标售价为 21(4/3)=28 美元。设标价为 M，则 0.8M=28，所以 M=35。选项中没有这个数值。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cost is 24(1-1/8)=21 dollars. A gain of one third makes the desired selling price 21(4/3)=28 dollars. If M is the marked price, then 0.8M=28, so M=35. This is not listed.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三角形的底是正方形的对角线，长为 s√(2)。设高为 h，由面积相等得</w:t>
      </w:r>
    </w:p>
    <w:p>
      <w:pPr>
        <w:spacing w:before="0" w:after="80" w:line="300" w:lineRule="auto"/>
        <w:jc w:val="left"/>
      </w:pPr>
      <w:r>
        <w:rPr>
          <w:rFonts w:ascii="Times New Roman" w:hAnsi="Times New Roman" w:eastAsia="宋体"/>
          <w:b w:val="0"/>
          <w:i w:val="0"/>
          <w:sz w:val="21"/>
        </w:rPr>
        <w:t>1/2(s√(2))h=s²，</w:t>
      </w:r>
    </w:p>
    <w:p>
      <w:pPr>
        <w:spacing w:before="0" w:after="80" w:line="300" w:lineRule="auto"/>
        <w:jc w:val="left"/>
      </w:pPr>
      <w:r>
        <w:rPr>
          <w:rFonts w:ascii="Times New Roman" w:hAnsi="Times New Roman" w:eastAsia="宋体"/>
          <w:b w:val="0"/>
          <w:i w:val="0"/>
          <w:sz w:val="21"/>
        </w:rPr>
        <w:t>所以 h=s√(2)。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triangle’s base is the square’s diagonal, s√(2). If its altitude is h, equality of areas gives</w:t>
      </w:r>
    </w:p>
    <w:p>
      <w:pPr>
        <w:spacing w:before="0" w:after="80" w:line="300" w:lineRule="auto"/>
        <w:jc w:val="left"/>
      </w:pPr>
      <w:r>
        <w:rPr>
          <w:rFonts w:ascii="Times New Roman" w:hAnsi="Times New Roman" w:eastAsia="宋体"/>
          <w:b w:val="0"/>
          <w:i w:val="0"/>
          <w:color w:val="333333"/>
          <w:sz w:val="19"/>
        </w:rPr>
        <w:t>1/2(s√(2))h=s²,</w:t>
      </w:r>
    </w:p>
    <w:p>
      <w:pPr>
        <w:spacing w:before="0" w:after="80" w:line="300" w:lineRule="auto"/>
        <w:jc w:val="left"/>
      </w:pPr>
      <w:r>
        <w:rPr>
          <w:rFonts w:ascii="Times New Roman" w:hAnsi="Times New Roman" w:eastAsia="宋体"/>
          <w:b w:val="0"/>
          <w:i w:val="0"/>
          <w:color w:val="333333"/>
          <w:sz w:val="19"/>
        </w:rPr>
        <w:t>so h=s√(2).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将两个方程写成底数相同的形式，得</w:t>
      </w:r>
    </w:p>
    <w:p>
      <w:pPr>
        <w:spacing w:before="0" w:after="80" w:line="300" w:lineRule="auto"/>
        <w:jc w:val="left"/>
      </w:pPr>
      <w:r>
        <w:rPr>
          <w:rFonts w:ascii="Times New Roman" w:hAnsi="Times New Roman" w:eastAsia="宋体"/>
          <w:b w:val="0"/>
          <w:i w:val="0"/>
          <w:sz w:val="21"/>
        </w:rPr>
        <w:t>x=3y+3,</w:t>
      </w:r>
    </w:p>
    <w:p>
      <w:pPr>
        <w:spacing w:before="0" w:after="80" w:line="300" w:lineRule="auto"/>
        <w:jc w:val="left"/>
      </w:pPr>
      <w:r>
        <w:rPr>
          <w:rFonts w:ascii="Times New Roman" w:hAnsi="Times New Roman" w:eastAsia="宋体"/>
          <w:b w:val="0"/>
          <w:i w:val="0"/>
          <w:sz w:val="21"/>
        </w:rPr>
        <w:t>2y=x-9。</w:t>
      </w:r>
    </w:p>
    <w:p>
      <w:pPr>
        <w:spacing w:before="0" w:after="80" w:line="300" w:lineRule="auto"/>
        <w:jc w:val="left"/>
      </w:pPr>
      <w:r>
        <w:rPr>
          <w:rFonts w:ascii="Times New Roman" w:hAnsi="Times New Roman" w:eastAsia="宋体"/>
          <w:b w:val="0"/>
          <w:i w:val="0"/>
          <w:sz w:val="21"/>
        </w:rPr>
        <w:t>代入可得 y=6 且 x=21，所以 x+y=27。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both equations with common bases gives</w:t>
      </w:r>
    </w:p>
    <w:p>
      <w:pPr>
        <w:spacing w:before="0" w:after="80" w:line="300" w:lineRule="auto"/>
        <w:jc w:val="left"/>
      </w:pPr>
      <w:r>
        <w:rPr>
          <w:rFonts w:ascii="Times New Roman" w:hAnsi="Times New Roman" w:eastAsia="宋体"/>
          <w:b w:val="0"/>
          <w:i w:val="0"/>
          <w:color w:val="333333"/>
          <w:sz w:val="19"/>
        </w:rPr>
        <w:t>x=3y+3,</w:t>
      </w:r>
    </w:p>
    <w:p>
      <w:pPr>
        <w:spacing w:before="0" w:after="80" w:line="300" w:lineRule="auto"/>
        <w:jc w:val="left"/>
      </w:pPr>
      <w:r>
        <w:rPr>
          <w:rFonts w:ascii="Times New Roman" w:hAnsi="Times New Roman" w:eastAsia="宋体"/>
          <w:b w:val="0"/>
          <w:i w:val="0"/>
          <w:color w:val="333333"/>
          <w:sz w:val="19"/>
        </w:rPr>
        <w:t>2y=x-9.</w:t>
      </w:r>
    </w:p>
    <w:p>
      <w:pPr>
        <w:spacing w:before="0" w:after="80" w:line="300" w:lineRule="auto"/>
        <w:jc w:val="left"/>
      </w:pPr>
      <w:r>
        <w:rPr>
          <w:rFonts w:ascii="Times New Roman" w:hAnsi="Times New Roman" w:eastAsia="宋体"/>
          <w:b w:val="0"/>
          <w:i w:val="0"/>
          <w:color w:val="333333"/>
          <w:sz w:val="19"/>
        </w:rPr>
        <w:t>Substitution yields y=6 and x=21, so x+y=27.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全称命题的否定是存在命题，而 x²&gt;0 的否定是 x²≤0。因此否定命题是：存在某个 x，使 x²≤0。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negation of a universal statement is an existential statement, and the negation of x²&gt;0 is x²≤0. Thus the negation is: for some x, x²≤0.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半周长为 8+13+17/2=19。长度为 8 的边两端对应的切线段长分别为 19-13=6 和 19-17=2。因此 r:s=2:6=1:3。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semiperimeter is 8+13+17/2=19. At the endpoints of the side of length 8, the tangent lengths are 19-13=6 and 19-17=2. Thus r:s=2:6=1:3.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设总成本为 C。由于前 700 只羊共卖得 C，每只售价为 C/700。因此总收入为 749C/700=1.07C，利润为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total cost be C. Since the first 700 sheep sell for C, each sheep sells for C/700. Total revenue is therefore 749C/700=1.07C, a 7% gain.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 y 轴截距为 b。第二象限内三角形的面积为 ab/2=T，所以 b=2T/a。直线的截距式为</w:t>
      </w:r>
    </w:p>
    <w:p>
      <w:pPr>
        <w:spacing w:before="0" w:after="80" w:line="300" w:lineRule="auto"/>
        <w:jc w:val="left"/>
      </w:pPr>
      <w:r>
        <w:rPr>
          <w:rFonts w:ascii="Times New Roman" w:hAnsi="Times New Roman" w:eastAsia="宋体"/>
          <w:b w:val="0"/>
          <w:i w:val="0"/>
          <w:sz w:val="21"/>
        </w:rPr>
        <w:t>x/-a+y/(2T/a)=1。</w:t>
      </w:r>
    </w:p>
    <w:p>
      <w:pPr>
        <w:spacing w:before="0" w:after="80" w:line="300" w:lineRule="auto"/>
        <w:jc w:val="left"/>
      </w:pPr>
      <w:r>
        <w:rPr>
          <w:rFonts w:ascii="Times New Roman" w:hAnsi="Times New Roman" w:eastAsia="宋体"/>
          <w:b w:val="0"/>
          <w:i w:val="0"/>
          <w:sz w:val="21"/>
        </w:rPr>
        <w:t>消去分母得 2Tx-a²y+2aT=0。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y-intercept be b. The second-quadrant triangle has area ab/2=T, so b=2T/a. The intercept form is</w:t>
      </w:r>
    </w:p>
    <w:p>
      <w:pPr>
        <w:spacing w:before="0" w:after="80" w:line="300" w:lineRule="auto"/>
        <w:jc w:val="left"/>
      </w:pPr>
      <w:r>
        <w:rPr>
          <w:rFonts w:ascii="Times New Roman" w:hAnsi="Times New Roman" w:eastAsia="宋体"/>
          <w:b w:val="0"/>
          <w:i w:val="0"/>
          <w:color w:val="333333"/>
          <w:sz w:val="19"/>
        </w:rPr>
        <w:t>x/-a+y/(2T/a)=1.</w:t>
      </w:r>
    </w:p>
    <w:p>
      <w:pPr>
        <w:spacing w:before="0" w:after="80" w:line="300" w:lineRule="auto"/>
        <w:jc w:val="left"/>
      </w:pPr>
      <w:r>
        <w:rPr>
          <w:rFonts w:ascii="Times New Roman" w:hAnsi="Times New Roman" w:eastAsia="宋体"/>
          <w:b w:val="0"/>
          <w:i w:val="0"/>
          <w:color w:val="333333"/>
          <w:sz w:val="19"/>
        </w:rPr>
        <w:t>Clearing denominators gives 2Tx-a²y+2aT=0.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有 f(s)=(s+1)(s+2)，这是两个连续整数的乘积，所以总是偶数。除非 s≡0pmod3，否则它能被 3 整除。在 0,1,…,25 中，有九个数是 3 的倍数。因此有 26-9=17 个数符合条件。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f(s)=(s+1)(s+2), a product of consecutive integers, so it is always even. It is divisible by 3 unless s≡0pmod3. Among 0,1,…,25, nine values are multiples of 3. Thus 26-9=17 values work.</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当 P 和 Q 不共线时，关系 overrightarrowOR=overrightarrowOP+overrightarrowOQ 使 OPRQ 的两组对边分别平行且相等，所以图形是平行四边形。若两个向量线性相关，则四点都在一条直线上。它不可能是严格意义上的梯形。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relation overrightarrowOR=overrightarrowOP+overrightarrowOQ makes opposite sides of OPRQ parallel and equal whenever P and Q are not collinear, so the figure is a parallelogram. If the two vectors are dependent, all four points lie on a straight line. It cannot be a genuine trapezoid.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要使图像相同，必须有 (c,-2,12)=k(3,b,c)。因此 c=3k 且 12=kc=3k²，所以 k=±2。每个值都通过 b=-2/k 和 c=3k 确定一组数值。因此共有两对。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same graph, (c,-2,12)=k(3,b,c). Thus c=3k and 12=kc=3k², so k=±2. Each value determines one pair through b=-2/k and c=3k. Hence there are two pairs.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解方程得 y=3z 和 x=5z。因此</w:t>
      </w:r>
    </w:p>
    <w:p>
      <w:pPr>
        <w:spacing w:before="0" w:after="80" w:line="300" w:lineRule="auto"/>
        <w:jc w:val="left"/>
      </w:pPr>
      <w:r>
        <w:rPr>
          <w:rFonts w:ascii="Times New Roman" w:hAnsi="Times New Roman" w:eastAsia="宋体"/>
          <w:b w:val="0"/>
          <w:i w:val="0"/>
          <w:sz w:val="21"/>
        </w:rPr>
        <w:t>x²+3xy/y²+z²=25z²+45z²/9z²+z²=7。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Solving the equations gives y=3z and x=5z. Therefore</w:t>
      </w:r>
    </w:p>
    <w:p>
      <w:pPr>
        <w:spacing w:before="0" w:after="80" w:line="300" w:lineRule="auto"/>
        <w:jc w:val="left"/>
      </w:pPr>
      <w:r>
        <w:rPr>
          <w:rFonts w:ascii="Times New Roman" w:hAnsi="Times New Roman" w:eastAsia="宋体"/>
          <w:b w:val="0"/>
          <w:i w:val="0"/>
          <w:color w:val="333333"/>
          <w:sz w:val="19"/>
        </w:rPr>
        <w:t>x²+3xy/y²+z²=25z²+45z²/9z²+z²=7.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令 x=y=1。所有数值系数之和就是</w:t>
      </w:r>
    </w:p>
    <w:p>
      <w:pPr>
        <w:spacing w:before="0" w:after="80" w:line="300" w:lineRule="auto"/>
        <w:jc w:val="left"/>
      </w:pPr>
      <w:r>
        <w:rPr>
          <w:rFonts w:ascii="Times New Roman" w:hAnsi="Times New Roman" w:eastAsia="宋体"/>
          <w:b w:val="0"/>
          <w:i w:val="0"/>
          <w:sz w:val="21"/>
        </w:rPr>
        <w:t>(1-2)¹⁸=(-1)¹⁸=1。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x=y=1. The sum of all numerical coefficients is then</w:t>
      </w:r>
    </w:p>
    <w:p>
      <w:pPr>
        <w:spacing w:before="0" w:after="80" w:line="300" w:lineRule="auto"/>
        <w:jc w:val="left"/>
      </w:pPr>
      <w:r>
        <w:rPr>
          <w:rFonts w:ascii="Times New Roman" w:hAnsi="Times New Roman" w:eastAsia="宋体"/>
          <w:b w:val="0"/>
          <w:i w:val="0"/>
          <w:color w:val="333333"/>
          <w:sz w:val="19"/>
        </w:rPr>
        <w:t>(1-2)¹⁸=(-1)¹⁸=1.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令 t=log_(b)x。则 log_(b²)x=t/2 且 log_(x²)b=1/2t。因此</w:t>
      </w:r>
    </w:p>
    <w:p>
      <w:pPr>
        <w:spacing w:before="0" w:after="80" w:line="300" w:lineRule="auto"/>
        <w:jc w:val="left"/>
      </w:pPr>
      <w:r>
        <w:rPr>
          <w:rFonts w:ascii="Times New Roman" w:hAnsi="Times New Roman" w:eastAsia="宋体"/>
          <w:b w:val="0"/>
          <w:i w:val="0"/>
          <w:sz w:val="21"/>
        </w:rPr>
        <w:t>t+1/t=2，</w:t>
      </w:r>
    </w:p>
    <w:p>
      <w:pPr>
        <w:spacing w:before="0" w:after="80" w:line="300" w:lineRule="auto"/>
        <w:jc w:val="left"/>
      </w:pPr>
      <w:r>
        <w:rPr>
          <w:rFonts w:ascii="Times New Roman" w:hAnsi="Times New Roman" w:eastAsia="宋体"/>
          <w:b w:val="0"/>
          <w:i w:val="0"/>
          <w:sz w:val="21"/>
        </w:rPr>
        <w:t>所以 (t-1)²=0 且 t=1。故 x=b。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t=log_(b)x. Then log_(b²)x=t/2 and log_(x²)b=1/2t. Thus</w:t>
      </w:r>
    </w:p>
    <w:p>
      <w:pPr>
        <w:spacing w:before="0" w:after="80" w:line="300" w:lineRule="auto"/>
        <w:jc w:val="left"/>
      </w:pPr>
      <w:r>
        <w:rPr>
          <w:rFonts w:ascii="Times New Roman" w:hAnsi="Times New Roman" w:eastAsia="宋体"/>
          <w:b w:val="0"/>
          <w:i w:val="0"/>
          <w:color w:val="333333"/>
          <w:sz w:val="19"/>
        </w:rPr>
        <w:t>t+1/t=2,</w:t>
      </w:r>
    </w:p>
    <w:p>
      <w:pPr>
        <w:spacing w:before="0" w:after="80" w:line="300" w:lineRule="auto"/>
        <w:jc w:val="left"/>
      </w:pPr>
      <w:r>
        <w:rPr>
          <w:rFonts w:ascii="Times New Roman" w:hAnsi="Times New Roman" w:eastAsia="宋体"/>
          <w:b w:val="0"/>
          <w:i w:val="0"/>
          <w:color w:val="333333"/>
          <w:sz w:val="19"/>
        </w:rPr>
        <w:t>so (t-1)²=0 and t=1. Hence x=b.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设平行四边形面积为 S=|u× v|，并取 A=0、B=u、D=v。则 E=u+v/2，F=2v/3。由行列式得 [DFE]=S/12。对于四边形 ABEF，两部分面积给出</w:t>
      </w:r>
    </w:p>
    <w:p>
      <w:pPr>
        <w:spacing w:before="0" w:after="80" w:line="300" w:lineRule="auto"/>
        <w:jc w:val="left"/>
      </w:pPr>
      <w:r>
        <w:rPr>
          <w:rFonts w:ascii="Times New Roman" w:hAnsi="Times New Roman" w:eastAsia="宋体"/>
          <w:b w:val="0"/>
          <w:i w:val="0"/>
          <w:sz w:val="21"/>
        </w:rPr>
        <w:t>[ABEF]=S/4+S/6=5S/12。</w:t>
      </w:r>
    </w:p>
    <w:p>
      <w:pPr>
        <w:spacing w:before="0" w:after="80" w:line="300" w:lineRule="auto"/>
        <w:jc w:val="left"/>
      </w:pPr>
      <w:r>
        <w:rPr>
          <w:rFonts w:ascii="Times New Roman" w:hAnsi="Times New Roman" w:eastAsia="宋体"/>
          <w:b w:val="0"/>
          <w:i w:val="0"/>
          <w:sz w:val="21"/>
        </w:rPr>
        <w:t>所求比为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parallelogram’s area be S=|u× v|, with A=0, B=u, and D=v. Then E=u+v/2 and F=2v/3. Determinants give [DFE]=S/12. For quadrilateral ABEF, the two determinant contributions give</w:t>
      </w:r>
    </w:p>
    <w:p>
      <w:pPr>
        <w:spacing w:before="0" w:after="80" w:line="300" w:lineRule="auto"/>
        <w:jc w:val="left"/>
      </w:pPr>
      <w:r>
        <w:rPr>
          <w:rFonts w:ascii="Times New Roman" w:hAnsi="Times New Roman" w:eastAsia="宋体"/>
          <w:b w:val="0"/>
          <w:i w:val="0"/>
          <w:color w:val="333333"/>
          <w:sz w:val="19"/>
        </w:rPr>
        <w:t>[ABEF]=S/4+S/6=5S/12.</w:t>
      </w:r>
    </w:p>
    <w:p>
      <w:pPr>
        <w:spacing w:before="0" w:after="80" w:line="300" w:lineRule="auto"/>
        <w:jc w:val="left"/>
      </w:pPr>
      <w:r>
        <w:rPr>
          <w:rFonts w:ascii="Times New Roman" w:hAnsi="Times New Roman" w:eastAsia="宋体"/>
          <w:b w:val="0"/>
          <w:i w:val="0"/>
          <w:color w:val="333333"/>
          <w:sz w:val="19"/>
        </w:rPr>
        <w:t>The desired ratio is 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设差为 k，和为 7k。两个数为 4k 和 3k，所以乘积为 12k²。而比值还说明乘积为 24k。由于两数不同，k≠0，故 k=2，乘积为 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difference be k and the sum be 7k. The numbers are 4k and 3k, so their product is 12k². But the ratio also says the product is 24k. For distinct numbers k≠0, so k=2 and the product is 48.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展开并配方得</w:t>
      </w:r>
    </w:p>
    <w:p>
      <w:pPr>
        <w:spacing w:before="0" w:after="80" w:line="300" w:lineRule="auto"/>
        <w:jc w:val="left"/>
      </w:pPr>
      <w:r>
        <w:rPr>
          <w:rFonts w:ascii="Times New Roman" w:hAnsi="Times New Roman" w:eastAsia="宋体"/>
          <w:b w:val="0"/>
          <w:i w:val="0"/>
          <w:sz w:val="21"/>
        </w:rPr>
        <w:t>y=2(x-a+b/2)²+((a-b)²)/2。</w:t>
      </w:r>
    </w:p>
    <w:p>
      <w:pPr>
        <w:spacing w:before="0" w:after="80" w:line="300" w:lineRule="auto"/>
        <w:jc w:val="left"/>
      </w:pPr>
      <w:r>
        <w:rPr>
          <w:rFonts w:ascii="Times New Roman" w:hAnsi="Times New Roman" w:eastAsia="宋体"/>
          <w:b w:val="0"/>
          <w:i w:val="0"/>
          <w:sz w:val="21"/>
        </w:rPr>
        <w:t>当 x=a+b/2 时，平方项最小。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and completing the square gives</w:t>
      </w:r>
    </w:p>
    <w:p>
      <w:pPr>
        <w:spacing w:before="0" w:after="80" w:line="300" w:lineRule="auto"/>
        <w:jc w:val="left"/>
      </w:pPr>
      <w:r>
        <w:rPr>
          <w:rFonts w:ascii="Times New Roman" w:hAnsi="Times New Roman" w:eastAsia="宋体"/>
          <w:b w:val="0"/>
          <w:i w:val="0"/>
          <w:color w:val="333333"/>
          <w:sz w:val="19"/>
        </w:rPr>
        <w:t>y=2(x-a+b/2)²+((a-b)²)/2.</w:t>
      </w:r>
    </w:p>
    <w:p>
      <w:pPr>
        <w:spacing w:before="0" w:after="80" w:line="300" w:lineRule="auto"/>
        <w:jc w:val="left"/>
      </w:pPr>
      <w:r>
        <w:rPr>
          <w:rFonts w:ascii="Times New Roman" w:hAnsi="Times New Roman" w:eastAsia="宋体"/>
          <w:b w:val="0"/>
          <w:i w:val="0"/>
          <w:color w:val="333333"/>
          <w:sz w:val="19"/>
        </w:rPr>
        <w:t>The squared term is minimized at x=a+b/2.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将分解式写成 (x+ay+b)(x+cy+d)。比较 y² 和 xy 的系数，得 ac=0 且 a+c=3，可取 a=0、c=3。其余系数给出</w:t>
      </w:r>
    </w:p>
    <w:p>
      <w:pPr>
        <w:spacing w:before="0" w:after="80" w:line="300" w:lineRule="auto"/>
        <w:jc w:val="left"/>
      </w:pPr>
      <w:r>
        <w:rPr>
          <w:rFonts w:ascii="Times New Roman" w:hAnsi="Times New Roman" w:eastAsia="宋体"/>
          <w:b w:val="0"/>
          <w:i w:val="0"/>
          <w:sz w:val="21"/>
        </w:rPr>
        <w:t>b+d=1,</w:t>
      </w:r>
    </w:p>
    <w:p>
      <w:pPr>
        <w:spacing w:before="0" w:after="80" w:line="300" w:lineRule="auto"/>
        <w:jc w:val="left"/>
      </w:pPr>
      <w:r>
        <w:rPr>
          <w:rFonts w:ascii="Times New Roman" w:hAnsi="Times New Roman" w:eastAsia="宋体"/>
          <w:b w:val="0"/>
          <w:i w:val="0"/>
          <w:sz w:val="21"/>
        </w:rPr>
        <w:t>bd=-m,</w:t>
      </w:r>
    </w:p>
    <w:p>
      <w:pPr>
        <w:spacing w:before="0" w:after="80" w:line="300" w:lineRule="auto"/>
        <w:jc w:val="left"/>
      </w:pPr>
      <w:r>
        <w:rPr>
          <w:rFonts w:ascii="Times New Roman" w:hAnsi="Times New Roman" w:eastAsia="宋体"/>
          <w:b w:val="0"/>
          <w:i w:val="0"/>
          <w:sz w:val="21"/>
        </w:rPr>
        <w:t>3b=m。</w:t>
      </w:r>
    </w:p>
    <w:p>
      <w:pPr>
        <w:spacing w:before="0" w:after="80" w:line="300" w:lineRule="auto"/>
        <w:jc w:val="left"/>
      </w:pPr>
      <w:r>
        <w:rPr>
          <w:rFonts w:ascii="Times New Roman" w:hAnsi="Times New Roman" w:eastAsia="宋体"/>
          <w:b w:val="0"/>
          <w:i w:val="0"/>
          <w:sz w:val="21"/>
        </w:rPr>
        <w:t>因而 b(d+3)=0。若 b=0，则 m=0；否则 d=-3、b=4，且 m=12。这两个值都能得到有效的整系数因式分解。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factorization as (x+ay+b)(x+cy+d). Comparing the y² and xy coefficients gives ac=0 and a+c=3, so take a=0, c=3. The other coefficients give</w:t>
      </w:r>
    </w:p>
    <w:p>
      <w:pPr>
        <w:spacing w:before="0" w:after="80" w:line="300" w:lineRule="auto"/>
        <w:jc w:val="left"/>
      </w:pPr>
      <w:r>
        <w:rPr>
          <w:rFonts w:ascii="Times New Roman" w:hAnsi="Times New Roman" w:eastAsia="宋体"/>
          <w:b w:val="0"/>
          <w:i w:val="0"/>
          <w:color w:val="333333"/>
          <w:sz w:val="19"/>
        </w:rPr>
        <w:t>b+d=1,</w:t>
      </w:r>
    </w:p>
    <w:p>
      <w:pPr>
        <w:spacing w:before="0" w:after="80" w:line="300" w:lineRule="auto"/>
        <w:jc w:val="left"/>
      </w:pPr>
      <w:r>
        <w:rPr>
          <w:rFonts w:ascii="Times New Roman" w:hAnsi="Times New Roman" w:eastAsia="宋体"/>
          <w:b w:val="0"/>
          <w:i w:val="0"/>
          <w:color w:val="333333"/>
          <w:sz w:val="19"/>
        </w:rPr>
        <w:t>bd=-m,</w:t>
      </w:r>
    </w:p>
    <w:p>
      <w:pPr>
        <w:spacing w:before="0" w:after="80" w:line="300" w:lineRule="auto"/>
        <w:jc w:val="left"/>
      </w:pPr>
      <w:r>
        <w:rPr>
          <w:rFonts w:ascii="Times New Roman" w:hAnsi="Times New Roman" w:eastAsia="宋体"/>
          <w:b w:val="0"/>
          <w:i w:val="0"/>
          <w:color w:val="333333"/>
          <w:sz w:val="19"/>
        </w:rPr>
        <w:t>3b=m.</w:t>
      </w:r>
    </w:p>
    <w:p>
      <w:pPr>
        <w:spacing w:before="0" w:after="80" w:line="300" w:lineRule="auto"/>
        <w:jc w:val="left"/>
      </w:pPr>
      <w:r>
        <w:rPr>
          <w:rFonts w:ascii="Times New Roman" w:hAnsi="Times New Roman" w:eastAsia="宋体"/>
          <w:b w:val="0"/>
          <w:i w:val="0"/>
          <w:color w:val="333333"/>
          <w:sz w:val="19"/>
        </w:rPr>
        <w:t>Hence b(d+3)=0. If b=0, then m=0; otherwise d=-3, b=4, and m=12. Both values produce valid integer factorizations.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相对于第一名的速度，第二名的速度为 8/10=4/5，第三名的速度为 6/10=3/5。因此第三名的速度是第二名的 3/4。当第二名跑完 10 英里时，第三名跑了 10(3/4)=71/2 英里，所以第二名领先 21/2 英里。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Relative to First’s speed, Second’s speed is 8/10=4/5 and Third’s is 6/10=3/5. Thus Third runs 3/4 as fast as Second. When Second finishes 10 miles, Third has run 10(3/4)=71/2 miles, so Second wins by 21/2 miles.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由三角不等式，</w:t>
      </w:r>
    </w:p>
    <w:p>
      <w:pPr>
        <w:spacing w:before="0" w:after="80" w:line="300" w:lineRule="auto"/>
        <w:jc w:val="left"/>
      </w:pPr>
      <w:r>
        <w:rPr>
          <w:rFonts w:ascii="Times New Roman" w:hAnsi="Times New Roman" w:eastAsia="宋体"/>
          <w:b w:val="0"/>
          <w:i w:val="0"/>
          <w:sz w:val="21"/>
        </w:rPr>
        <w:t>|x-4|+|x-3|≥|4-3|=1。</w:t>
      </w:r>
    </w:p>
    <w:p>
      <w:pPr>
        <w:spacing w:before="0" w:after="80" w:line="300" w:lineRule="auto"/>
        <w:jc w:val="left"/>
      </w:pPr>
      <w:r>
        <w:rPr>
          <w:rFonts w:ascii="Times New Roman" w:hAnsi="Times New Roman" w:eastAsia="宋体"/>
          <w:b w:val="0"/>
          <w:i w:val="0"/>
          <w:sz w:val="21"/>
        </w:rPr>
        <w:t>对 3 与 4 之间的每个 x，等号都成立。因此严格不等式恰在 a&gt;1 时有实数解。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triangle inequality,</w:t>
      </w:r>
    </w:p>
    <w:p>
      <w:pPr>
        <w:spacing w:before="0" w:after="80" w:line="300" w:lineRule="auto"/>
        <w:jc w:val="left"/>
      </w:pPr>
      <w:r>
        <w:rPr>
          <w:rFonts w:ascii="Times New Roman" w:hAnsi="Times New Roman" w:eastAsia="宋体"/>
          <w:b w:val="0"/>
          <w:i w:val="0"/>
          <w:color w:val="333333"/>
          <w:sz w:val="19"/>
        </w:rPr>
        <w:t>|x-4|+|x-3|≥|4-3|=1.</w:t>
      </w:r>
    </w:p>
    <w:p>
      <w:pPr>
        <w:spacing w:before="0" w:after="80" w:line="300" w:lineRule="auto"/>
        <w:jc w:val="left"/>
      </w:pPr>
      <w:r>
        <w:rPr>
          <w:rFonts w:ascii="Times New Roman" w:hAnsi="Times New Roman" w:eastAsia="宋体"/>
          <w:b w:val="0"/>
          <w:i w:val="0"/>
          <w:color w:val="333333"/>
          <w:sz w:val="19"/>
        </w:rPr>
        <w:t>Equality holds for every x between 3 and 4. Therefore the strict inequality has a real solution exactly when a&gt;1.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等差数列求和公式化为</w:t>
      </w:r>
    </w:p>
    <w:p>
      <w:pPr>
        <w:spacing w:before="0" w:after="80" w:line="300" w:lineRule="auto"/>
        <w:jc w:val="left"/>
      </w:pPr>
      <w:r>
        <w:rPr>
          <w:rFonts w:ascii="Times New Roman" w:hAnsi="Times New Roman" w:eastAsia="宋体"/>
          <w:b w:val="0"/>
          <w:i w:val="0"/>
          <w:sz w:val="21"/>
        </w:rPr>
        <w:t>153=n(a+n-1)。</w:t>
      </w:r>
    </w:p>
    <w:p>
      <w:pPr>
        <w:spacing w:before="0" w:after="80" w:line="300" w:lineRule="auto"/>
        <w:jc w:val="left"/>
      </w:pPr>
      <w:r>
        <w:rPr>
          <w:rFonts w:ascii="Times New Roman" w:hAnsi="Times New Roman" w:eastAsia="宋体"/>
          <w:b w:val="0"/>
          <w:i w:val="0"/>
          <w:sz w:val="21"/>
        </w:rPr>
        <w:t>因此 n 必须整除 153，而每个这样的 n 都给出整数 a。大于 1 的约数为 3、9、17、51、153，所以共有五种可能。</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arithmetic-series formula simplifies to</w:t>
      </w:r>
    </w:p>
    <w:p>
      <w:pPr>
        <w:spacing w:before="0" w:after="80" w:line="300" w:lineRule="auto"/>
        <w:jc w:val="left"/>
      </w:pPr>
      <w:r>
        <w:rPr>
          <w:rFonts w:ascii="Times New Roman" w:hAnsi="Times New Roman" w:eastAsia="宋体"/>
          <w:b w:val="0"/>
          <w:i w:val="0"/>
          <w:color w:val="333333"/>
          <w:sz w:val="19"/>
        </w:rPr>
        <w:t>153=n(a+n-1).</w:t>
      </w:r>
    </w:p>
    <w:p>
      <w:pPr>
        <w:spacing w:before="0" w:after="80" w:line="300" w:lineRule="auto"/>
        <w:jc w:val="left"/>
      </w:pPr>
      <w:r>
        <w:rPr>
          <w:rFonts w:ascii="Times New Roman" w:hAnsi="Times New Roman" w:eastAsia="宋体"/>
          <w:b w:val="0"/>
          <w:i w:val="0"/>
          <w:color w:val="333333"/>
          <w:sz w:val="19"/>
        </w:rPr>
        <w:t>Thus n must divide 153, and every such n gives an integer a. The divisors greater than 1 are 3, 9, 17, 51, and 153, so there are five possibilities.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E</w:t>
      </w:r>
    </w:p>
    <w:p>
      <w:pPr>
        <w:spacing w:before="0" w:after="80" w:line="300" w:lineRule="auto"/>
        <w:jc w:val="left"/>
      </w:pPr>
      <w:r>
        <w:rPr>
          <w:rFonts w:ascii="Times New Roman" w:hAnsi="Times New Roman" w:eastAsia="宋体"/>
          <w:b w:val="0"/>
          <w:i w:val="0"/>
          <w:sz w:val="21"/>
        </w:rPr>
        <w:t>在相等的夹角两侧，</w:t>
      </w:r>
    </w:p>
    <w:p>
      <w:pPr>
        <w:spacing w:before="0" w:after="80" w:line="300" w:lineRule="auto"/>
        <w:jc w:val="left"/>
      </w:pPr>
      <w:r>
        <w:rPr>
          <w:rFonts w:ascii="Times New Roman" w:hAnsi="Times New Roman" w:eastAsia="宋体"/>
          <w:b w:val="0"/>
          <w:i w:val="0"/>
          <w:sz w:val="21"/>
        </w:rPr>
        <w:t>FR/FD=5/4,</w:t>
      </w:r>
    </w:p>
    <w:p>
      <w:pPr>
        <w:spacing w:before="0" w:after="80" w:line="300" w:lineRule="auto"/>
        <w:jc w:val="left"/>
      </w:pPr>
      <w:r>
        <w:rPr>
          <w:rFonts w:ascii="Times New Roman" w:hAnsi="Times New Roman" w:eastAsia="宋体"/>
          <w:b w:val="0"/>
          <w:i w:val="0"/>
          <w:sz w:val="21"/>
        </w:rPr>
        <w:t>FS/DR=15/12=5/4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因此由边角边，△ RFS∼△ FDR。边 RS 对应 FR=5，所以 RS=(5/4)·5=25/4=61/4。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equal included angles,</w:t>
      </w:r>
    </w:p>
    <w:p>
      <w:pPr>
        <w:spacing w:before="0" w:after="80" w:line="300" w:lineRule="auto"/>
        <w:jc w:val="left"/>
      </w:pPr>
      <w:r>
        <w:rPr>
          <w:rFonts w:ascii="Times New Roman" w:hAnsi="Times New Roman" w:eastAsia="宋体"/>
          <w:b w:val="0"/>
          <w:i w:val="0"/>
          <w:color w:val="333333"/>
          <w:sz w:val="19"/>
        </w:rPr>
        <w:t>FR/FD=5/4,</w:t>
      </w:r>
    </w:p>
    <w:p>
      <w:pPr>
        <w:spacing w:before="0" w:after="80" w:line="300" w:lineRule="auto"/>
        <w:jc w:val="left"/>
      </w:pPr>
      <w:r>
        <w:rPr>
          <w:rFonts w:ascii="Times New Roman" w:hAnsi="Times New Roman" w:eastAsia="宋体"/>
          <w:b w:val="0"/>
          <w:i w:val="0"/>
          <w:color w:val="333333"/>
          <w:sz w:val="19"/>
        </w:rPr>
        <w:t>FS/DR=15/12=5/4.</w:t>
      </w:r>
    </w:p>
    <w:p>
      <w:pPr>
        <w:spacing w:before="0" w:after="80" w:line="300" w:lineRule="auto"/>
        <w:jc w:val="left"/>
      </w:pPr>
      <w:r>
        <w:rPr>
          <w:rFonts w:ascii="Times New Roman" w:hAnsi="Times New Roman" w:eastAsia="宋体"/>
          <w:b w:val="0"/>
          <w:i w:val="0"/>
          <w:color w:val="333333"/>
          <w:sz w:val="19"/>
        </w:rPr>
        <w:t>Thus △ RFS∼△ FDR by SAS. Side RS corresponds to FR=5, so RS=(5/4)·5=25/4=61/4.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令 A=7+4√(3)=(2+√(3))²，且 B=2+√(3)。判别式为</w:t>
      </w:r>
    </w:p>
    <w:p>
      <w:pPr>
        <w:spacing w:before="0" w:after="80" w:line="300" w:lineRule="auto"/>
        <w:jc w:val="left"/>
      </w:pPr>
      <w:r>
        <w:rPr>
          <w:rFonts w:ascii="Times New Roman" w:hAnsi="Times New Roman" w:eastAsia="宋体"/>
          <w:b w:val="0"/>
          <w:i w:val="0"/>
          <w:sz w:val="21"/>
        </w:rPr>
        <w:t>B²-4A(-2)=A+8A=9A。</w:t>
      </w:r>
    </w:p>
    <w:p>
      <w:pPr>
        <w:spacing w:before="0" w:after="80" w:line="300" w:lineRule="auto"/>
        <w:jc w:val="left"/>
      </w:pPr>
      <w:r>
        <w:rPr>
          <w:rFonts w:ascii="Times New Roman" w:hAnsi="Times New Roman" w:eastAsia="宋体"/>
          <w:b w:val="0"/>
          <w:i w:val="0"/>
          <w:sz w:val="21"/>
        </w:rPr>
        <w:t>因而两根之差为</w:t>
      </w:r>
    </w:p>
    <w:p>
      <w:pPr>
        <w:spacing w:before="0" w:after="80" w:line="300" w:lineRule="auto"/>
        <w:jc w:val="left"/>
      </w:pPr>
      <w:r>
        <w:rPr>
          <w:rFonts w:ascii="Times New Roman" w:hAnsi="Times New Roman" w:eastAsia="宋体"/>
          <w:b w:val="0"/>
          <w:i w:val="0"/>
          <w:sz w:val="21"/>
        </w:rPr>
        <w:t>(√(9A))/A=3/(2+√(3))=6-3√(3)。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A=7+4√(3)=(2+√(3))² and B=2+√(3). The discriminant is</w:t>
      </w:r>
    </w:p>
    <w:p>
      <w:pPr>
        <w:spacing w:before="0" w:after="80" w:line="300" w:lineRule="auto"/>
        <w:jc w:val="left"/>
      </w:pPr>
      <w:r>
        <w:rPr>
          <w:rFonts w:ascii="Times New Roman" w:hAnsi="Times New Roman" w:eastAsia="宋体"/>
          <w:b w:val="0"/>
          <w:i w:val="0"/>
          <w:color w:val="333333"/>
          <w:sz w:val="19"/>
        </w:rPr>
        <w:t>B²-4A(-2)=A+8A=9A.</w:t>
      </w:r>
    </w:p>
    <w:p>
      <w:pPr>
        <w:spacing w:before="0" w:after="80" w:line="300" w:lineRule="auto"/>
        <w:jc w:val="left"/>
      </w:pPr>
      <w:r>
        <w:rPr>
          <w:rFonts w:ascii="Times New Roman" w:hAnsi="Times New Roman" w:eastAsia="宋体"/>
          <w:b w:val="0"/>
          <w:i w:val="0"/>
          <w:color w:val="333333"/>
          <w:sz w:val="19"/>
        </w:rPr>
        <w:t>Hence the root difference is</w:t>
      </w:r>
    </w:p>
    <w:p>
      <w:pPr>
        <w:spacing w:before="0" w:after="80" w:line="300" w:lineRule="auto"/>
        <w:jc w:val="left"/>
      </w:pPr>
      <w:r>
        <w:rPr>
          <w:rFonts w:ascii="Times New Roman" w:hAnsi="Times New Roman" w:eastAsia="宋体"/>
          <w:b w:val="0"/>
          <w:i w:val="0"/>
          <w:color w:val="333333"/>
          <w:sz w:val="19"/>
        </w:rPr>
        <w:t>(√(9A))/A=3/(2+√(3))=6-3√(3).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B</w:t>
      </w:r>
    </w:p>
    <w:p>
      <w:pPr>
        <w:spacing w:before="0" w:after="80" w:line="300" w:lineRule="auto"/>
        <w:jc w:val="left"/>
      </w:pPr>
      <w:r>
        <w:rPr>
          <w:rFonts w:ascii="Times New Roman" w:hAnsi="Times New Roman" w:eastAsia="宋体"/>
          <w:b w:val="0"/>
          <w:i w:val="0"/>
          <w:sz w:val="21"/>
        </w:rPr>
        <w:t>每个底数 r=(1±√(5))/2 都满足 r²=r+1，所以 r²-1=r。因此</w:t>
      </w:r>
    </w:p>
    <w:p>
      <w:pPr>
        <w:spacing w:before="0" w:after="80" w:line="300" w:lineRule="auto"/>
        <w:jc w:val="left"/>
      </w:pPr>
      <w:r>
        <w:rPr>
          <w:rFonts w:ascii="Times New Roman" w:hAnsi="Times New Roman" w:eastAsia="宋体"/>
          <w:b w:val="0"/>
          <w:i w:val="0"/>
          <w:sz w:val="21"/>
        </w:rPr>
        <w:t>rⁿ⁺¹-rⁿ⁻¹=rⁿ⁻¹(r²-1)=rⁿ。</w:t>
      </w:r>
    </w:p>
    <w:p>
      <w:pPr>
        <w:spacing w:before="0" w:after="80" w:line="300" w:lineRule="auto"/>
        <w:jc w:val="left"/>
      </w:pPr>
      <w:r>
        <w:rPr>
          <w:rFonts w:ascii="Times New Roman" w:hAnsi="Times New Roman" w:eastAsia="宋体"/>
          <w:b w:val="0"/>
          <w:i w:val="0"/>
          <w:sz w:val="21"/>
        </w:rPr>
        <w:t>将此恒等式逐项用于定义中的线性组合，得 f(n+1)-f(n-1)=f(n)。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base r=(1±√(5))/2 satisfies r²=r+1, so r²-1=r. Therefore</w:t>
      </w:r>
    </w:p>
    <w:p>
      <w:pPr>
        <w:spacing w:before="0" w:after="80" w:line="300" w:lineRule="auto"/>
        <w:jc w:val="left"/>
      </w:pPr>
      <w:r>
        <w:rPr>
          <w:rFonts w:ascii="Times New Roman" w:hAnsi="Times New Roman" w:eastAsia="宋体"/>
          <w:b w:val="0"/>
          <w:i w:val="0"/>
          <w:color w:val="333333"/>
          <w:sz w:val="19"/>
        </w:rPr>
        <w:t>rⁿ⁺¹-rⁿ⁻¹=rⁿ⁻¹(r²-1)=rⁿ.</w:t>
      </w:r>
    </w:p>
    <w:p>
      <w:pPr>
        <w:spacing w:before="0" w:after="80" w:line="300" w:lineRule="auto"/>
        <w:jc w:val="left"/>
      </w:pPr>
      <w:r>
        <w:rPr>
          <w:rFonts w:ascii="Times New Roman" w:hAnsi="Times New Roman" w:eastAsia="宋体"/>
          <w:b w:val="0"/>
          <w:i w:val="0"/>
          <w:color w:val="333333"/>
          <w:sz w:val="19"/>
        </w:rPr>
        <w:t>Applying this identity term by term to the defining linear combination gives f(n+1)-f(n-1)=f(n).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交叉相乘得 (a+b)(a+d)=(b+c)(c+d)。移去右边并分解因式，得</w:t>
      </w:r>
    </w:p>
    <w:p>
      <w:pPr>
        <w:spacing w:before="0" w:after="80" w:line="300" w:lineRule="auto"/>
        <w:jc w:val="left"/>
      </w:pPr>
      <w:r>
        <w:rPr>
          <w:rFonts w:ascii="Times New Roman" w:hAnsi="Times New Roman" w:eastAsia="宋体"/>
          <w:b w:val="0"/>
          <w:i w:val="0"/>
          <w:sz w:val="21"/>
        </w:rPr>
        <w:t>(a-c)(a+b+c+d)=0。</w:t>
      </w:r>
    </w:p>
    <w:p>
      <w:pPr>
        <w:spacing w:before="0" w:after="80" w:line="300" w:lineRule="auto"/>
        <w:jc w:val="left"/>
      </w:pPr>
      <w:r>
        <w:rPr>
          <w:rFonts w:ascii="Times New Roman" w:hAnsi="Times New Roman" w:eastAsia="宋体"/>
          <w:b w:val="0"/>
          <w:i w:val="0"/>
          <w:sz w:val="21"/>
        </w:rPr>
        <w:t>因此要么 a=c，要么总和为零，也可能两者都成立。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Cross-multiplication gives (a+b)(a+d)=(b+c)(c+d). Subtracting the right side and factoring yields</w:t>
      </w:r>
    </w:p>
    <w:p>
      <w:pPr>
        <w:spacing w:before="0" w:after="80" w:line="300" w:lineRule="auto"/>
        <w:jc w:val="left"/>
      </w:pPr>
      <w:r>
        <w:rPr>
          <w:rFonts w:ascii="Times New Roman" w:hAnsi="Times New Roman" w:eastAsia="宋体"/>
          <w:b w:val="0"/>
          <w:i w:val="0"/>
          <w:color w:val="333333"/>
          <w:sz w:val="19"/>
        </w:rPr>
        <w:t>(a-c)(a+b+c+d)=0.</w:t>
      </w:r>
    </w:p>
    <w:p>
      <w:pPr>
        <w:spacing w:before="0" w:after="80" w:line="300" w:lineRule="auto"/>
        <w:jc w:val="left"/>
      </w:pPr>
      <w:r>
        <w:rPr>
          <w:rFonts w:ascii="Times New Roman" w:hAnsi="Times New Roman" w:eastAsia="宋体"/>
          <w:b w:val="0"/>
          <w:i w:val="0"/>
          <w:color w:val="333333"/>
          <w:sz w:val="19"/>
        </w:rPr>
        <w:t>Hence either a=c or the sum is zero, and both may occur.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B</w:t>
      </w:r>
    </w:p>
    <w:p>
      <w:pPr>
        <w:spacing w:before="0" w:after="80" w:line="300" w:lineRule="auto"/>
        <w:jc w:val="left"/>
      </w:pPr>
      <w:r>
        <w:rPr>
          <w:rFonts w:ascii="Times New Roman" w:hAnsi="Times New Roman" w:eastAsia="宋体"/>
          <w:b w:val="0"/>
          <w:i w:val="0"/>
          <w:sz w:val="21"/>
        </w:rPr>
        <w:t>对矩形内任一点，英国国旗定理给出</w:t>
      </w:r>
    </w:p>
    <w:p>
      <w:pPr>
        <w:spacing w:before="0" w:after="80" w:line="300" w:lineRule="auto"/>
        <w:jc w:val="left"/>
      </w:pPr>
      <w:r>
        <w:rPr>
          <w:rFonts w:ascii="Times New Roman" w:hAnsi="Times New Roman" w:eastAsia="宋体"/>
          <w:b w:val="0"/>
          <w:i w:val="0"/>
          <w:sz w:val="21"/>
        </w:rPr>
        <w:t>PA²+PC²=PB²+PD²。</w:t>
      </w:r>
    </w:p>
    <w:p>
      <w:pPr>
        <w:spacing w:before="0" w:after="80" w:line="300" w:lineRule="auto"/>
        <w:jc w:val="left"/>
      </w:pPr>
      <w:r>
        <w:rPr>
          <w:rFonts w:ascii="Times New Roman" w:hAnsi="Times New Roman" w:eastAsia="宋体"/>
          <w:b w:val="0"/>
          <w:i w:val="0"/>
          <w:sz w:val="21"/>
        </w:rPr>
        <w:t>因此 9+25=PB²+16，所以 PB²=18 且 PB=3√(2)。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point in a rectangle, the British flag theorem gives</w:t>
      </w:r>
    </w:p>
    <w:p>
      <w:pPr>
        <w:spacing w:before="0" w:after="80" w:line="300" w:lineRule="auto"/>
        <w:jc w:val="left"/>
      </w:pPr>
      <w:r>
        <w:rPr>
          <w:rFonts w:ascii="Times New Roman" w:hAnsi="Times New Roman" w:eastAsia="宋体"/>
          <w:b w:val="0"/>
          <w:i w:val="0"/>
          <w:color w:val="333333"/>
          <w:sz w:val="19"/>
        </w:rPr>
        <w:t>PA²+PC²=PB²+PD².</w:t>
      </w:r>
    </w:p>
    <w:p>
      <w:pPr>
        <w:spacing w:before="0" w:after="80" w:line="300" w:lineRule="auto"/>
        <w:jc w:val="left"/>
      </w:pPr>
      <w:r>
        <w:rPr>
          <w:rFonts w:ascii="Times New Roman" w:hAnsi="Times New Roman" w:eastAsia="宋体"/>
          <w:b w:val="0"/>
          <w:i w:val="0"/>
          <w:color w:val="333333"/>
          <w:sz w:val="19"/>
        </w:rPr>
        <w:t>Thus 9+25=PB²+16, so PB²=18 and PB=3√(2).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写成 n=4m。对 j=0,…,m-1，指数从 4j 到 4j+3 的四项之和为</w:t>
      </w:r>
    </w:p>
    <w:p>
      <w:pPr>
        <w:spacing w:before="0" w:after="80" w:line="300" w:lineRule="auto"/>
        <w:jc w:val="left"/>
      </w:pPr>
      <w:r>
        <w:rPr>
          <w:rFonts w:ascii="Times New Roman" w:hAnsi="Times New Roman" w:eastAsia="宋体"/>
          <w:b w:val="0"/>
          <w:i w:val="0"/>
          <w:sz w:val="21"/>
        </w:rPr>
        <w:t>(4j+1)+(4j+2)i</w:t>
      </w:r>
    </w:p>
    <w:p>
      <w:pPr>
        <w:spacing w:before="0" w:after="80" w:line="300" w:lineRule="auto"/>
        <w:jc w:val="left"/>
      </w:pPr>
      <w:r>
        <w:rPr>
          <w:rFonts w:ascii="Times New Roman" w:hAnsi="Times New Roman" w:eastAsia="宋体"/>
          <w:b w:val="0"/>
          <w:i w:val="0"/>
          <w:sz w:val="21"/>
        </w:rPr>
        <w:t>-(4j+3)-(4j+4)i</w:t>
      </w:r>
    </w:p>
    <w:p>
      <w:pPr>
        <w:spacing w:before="0" w:after="80" w:line="300" w:lineRule="auto"/>
        <w:jc w:val="left"/>
      </w:pPr>
      <w:r>
        <w:rPr>
          <w:rFonts w:ascii="Times New Roman" w:hAnsi="Times New Roman" w:eastAsia="宋体"/>
          <w:b w:val="0"/>
          <w:i w:val="0"/>
          <w:sz w:val="21"/>
        </w:rPr>
        <w:t>=-2-2i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最后一项为 4m+1。因此</w:t>
      </w:r>
    </w:p>
    <w:p>
      <w:pPr>
        <w:spacing w:before="0" w:after="80" w:line="300" w:lineRule="auto"/>
        <w:jc w:val="left"/>
      </w:pPr>
      <w:r>
        <w:rPr>
          <w:rFonts w:ascii="Times New Roman" w:hAnsi="Times New Roman" w:eastAsia="宋体"/>
          <w:b w:val="0"/>
          <w:i w:val="0"/>
          <w:sz w:val="21"/>
        </w:rPr>
        <w:t>s=m(-2-2i)+(4m+1)</w:t>
      </w:r>
    </w:p>
    <w:p>
      <w:pPr>
        <w:spacing w:before="0" w:after="80" w:line="300" w:lineRule="auto"/>
        <w:jc w:val="left"/>
      </w:pPr>
      <w:r>
        <w:rPr>
          <w:rFonts w:ascii="Times New Roman" w:hAnsi="Times New Roman" w:eastAsia="宋体"/>
          <w:b w:val="0"/>
          <w:i w:val="0"/>
          <w:sz w:val="21"/>
        </w:rPr>
        <w:t>=n+2-ni/2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n=4m. For j=0,…,m-1, the four terms with exponents 4j through 4j+3 sum to</w:t>
      </w:r>
    </w:p>
    <w:p>
      <w:pPr>
        <w:spacing w:before="0" w:after="80" w:line="300" w:lineRule="auto"/>
        <w:jc w:val="left"/>
      </w:pPr>
      <w:r>
        <w:rPr>
          <w:rFonts w:ascii="Times New Roman" w:hAnsi="Times New Roman" w:eastAsia="宋体"/>
          <w:b w:val="0"/>
          <w:i w:val="0"/>
          <w:color w:val="333333"/>
          <w:sz w:val="19"/>
        </w:rPr>
        <w:t>(4j+1)+(4j+2)i</w:t>
      </w:r>
    </w:p>
    <w:p>
      <w:pPr>
        <w:spacing w:before="0" w:after="80" w:line="300" w:lineRule="auto"/>
        <w:jc w:val="left"/>
      </w:pPr>
      <w:r>
        <w:rPr>
          <w:rFonts w:ascii="Times New Roman" w:hAnsi="Times New Roman" w:eastAsia="宋体"/>
          <w:b w:val="0"/>
          <w:i w:val="0"/>
          <w:color w:val="333333"/>
          <w:sz w:val="19"/>
        </w:rPr>
        <w:t>-(4j+3)-(4j+4)i</w:t>
      </w:r>
    </w:p>
    <w:p>
      <w:pPr>
        <w:spacing w:before="0" w:after="80" w:line="300" w:lineRule="auto"/>
        <w:jc w:val="left"/>
      </w:pPr>
      <w:r>
        <w:rPr>
          <w:rFonts w:ascii="Times New Roman" w:hAnsi="Times New Roman" w:eastAsia="宋体"/>
          <w:b w:val="0"/>
          <w:i w:val="0"/>
          <w:color w:val="333333"/>
          <w:sz w:val="19"/>
        </w:rPr>
        <w:t>=-2-2i.</w:t>
      </w:r>
    </w:p>
    <w:p>
      <w:pPr>
        <w:spacing w:before="0" w:after="80" w:line="300" w:lineRule="auto"/>
        <w:jc w:val="left"/>
      </w:pPr>
      <w:r>
        <w:rPr>
          <w:rFonts w:ascii="Times New Roman" w:hAnsi="Times New Roman" w:eastAsia="宋体"/>
          <w:b w:val="0"/>
          <w:i w:val="0"/>
          <w:color w:val="333333"/>
          <w:sz w:val="19"/>
        </w:rPr>
        <w:t>The final term is 4m+1. Therefore</w:t>
      </w:r>
    </w:p>
    <w:p>
      <w:pPr>
        <w:spacing w:before="0" w:after="80" w:line="300" w:lineRule="auto"/>
        <w:jc w:val="left"/>
      </w:pPr>
      <w:r>
        <w:rPr>
          <w:rFonts w:ascii="Times New Roman" w:hAnsi="Times New Roman" w:eastAsia="宋体"/>
          <w:b w:val="0"/>
          <w:i w:val="0"/>
          <w:color w:val="333333"/>
          <w:sz w:val="19"/>
        </w:rPr>
        <w:t>s=m(-2-2i)+(4m+1)</w:t>
      </w:r>
    </w:p>
    <w:p>
      <w:pPr>
        <w:spacing w:before="0" w:after="80" w:line="300" w:lineRule="auto"/>
        <w:jc w:val="left"/>
      </w:pPr>
      <w:r>
        <w:rPr>
          <w:rFonts w:ascii="Times New Roman" w:hAnsi="Times New Roman" w:eastAsia="宋体"/>
          <w:b w:val="0"/>
          <w:i w:val="0"/>
          <w:color w:val="333333"/>
          <w:sz w:val="19"/>
        </w:rPr>
        <w:t>=n+2-ni/2.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由海伦公式可得面积为 84，所以 AD=(2(84))/14=12。邻接的边长为 13 的边在底边上的投影长为 √(13²-12²)=5，底边剩余部分长为 9。设 D=(0,0), A=(0,12)、B=(-5,0), C=(9,0)。直线 AC 的斜率为 -4/3，所以经过 B 的高的斜率为 3/4，并在高度 15/4 处与 AD 相交。因此</w:t>
      </w:r>
    </w:p>
    <w:p>
      <w:pPr>
        <w:spacing w:before="0" w:after="80" w:line="300" w:lineRule="auto"/>
        <w:jc w:val="left"/>
      </w:pPr>
      <w:r>
        <w:rPr>
          <w:rFonts w:ascii="Times New Roman" w:hAnsi="Times New Roman" w:eastAsia="宋体"/>
          <w:b w:val="0"/>
          <w:i w:val="0"/>
          <w:sz w:val="21"/>
        </w:rPr>
        <w:t>HD=15/4,</w:t>
      </w:r>
    </w:p>
    <w:p>
      <w:pPr>
        <w:spacing w:before="0" w:after="80" w:line="300" w:lineRule="auto"/>
        <w:jc w:val="left"/>
      </w:pPr>
      <w:r>
        <w:rPr>
          <w:rFonts w:ascii="Times New Roman" w:hAnsi="Times New Roman" w:eastAsia="宋体"/>
          <w:b w:val="0"/>
          <w:i w:val="0"/>
          <w:sz w:val="21"/>
        </w:rPr>
        <w:t>HA=12-15/4=33/4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从而 HD:HA=5:11。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Heron’s formula gives area 84, so AD=(2(84))/14=12. The adjacent 13-side has projection √(13²-12²)=5, leaving 9 on the base. Put D=(0,0), A=(0,12), B=(-5,0), C=(9,0). Line AC has slope -4/3, so the altitude through B has slope 3/4 and meets AD at height 15/4. Thus</w:t>
      </w:r>
    </w:p>
    <w:p>
      <w:pPr>
        <w:spacing w:before="0" w:after="80" w:line="300" w:lineRule="auto"/>
        <w:jc w:val="left"/>
      </w:pPr>
      <w:r>
        <w:rPr>
          <w:rFonts w:ascii="Times New Roman" w:hAnsi="Times New Roman" w:eastAsia="宋体"/>
          <w:b w:val="0"/>
          <w:i w:val="0"/>
          <w:color w:val="333333"/>
          <w:sz w:val="19"/>
        </w:rPr>
        <w:t>HD=15/4,</w:t>
      </w:r>
    </w:p>
    <w:p>
      <w:pPr>
        <w:spacing w:before="0" w:after="80" w:line="300" w:lineRule="auto"/>
        <w:jc w:val="left"/>
      </w:pPr>
      <w:r>
        <w:rPr>
          <w:rFonts w:ascii="Times New Roman" w:hAnsi="Times New Roman" w:eastAsia="宋体"/>
          <w:b w:val="0"/>
          <w:i w:val="0"/>
          <w:color w:val="333333"/>
          <w:sz w:val="19"/>
        </w:rPr>
        <w:t>HA=12-15/4=33/4,</w:t>
      </w:r>
    </w:p>
    <w:p>
      <w:pPr>
        <w:spacing w:before="0" w:after="80" w:line="300" w:lineRule="auto"/>
        <w:jc w:val="left"/>
      </w:pPr>
      <w:r>
        <w:rPr>
          <w:rFonts w:ascii="Times New Roman" w:hAnsi="Times New Roman" w:eastAsia="宋体"/>
          <w:b w:val="0"/>
          <w:i w:val="0"/>
          <w:color w:val="333333"/>
          <w:sz w:val="19"/>
        </w:rPr>
        <w:t>giving HD:HA=5:11.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E</w:t>
      </w:r>
    </w:p>
    <w:p>
      <w:pPr>
        <w:spacing w:before="0" w:after="80" w:line="300" w:lineRule="auto"/>
        <w:jc w:val="left"/>
      </w:pPr>
      <w:r>
        <w:rPr>
          <w:rFonts w:ascii="Times New Roman" w:hAnsi="Times New Roman" w:eastAsia="宋体"/>
          <w:b w:val="0"/>
          <w:i w:val="0"/>
          <w:sz w:val="21"/>
        </w:rPr>
        <w:t>设 O 为圆心。O 和 C 到 AB 的距离都等于三角形的高，所以 CO∥ AB。延长 NC 过 C，使其再次与圆交于 D。由于 CD 与 CN 方向相反，</w:t>
      </w:r>
    </w:p>
    <w:p>
      <w:pPr>
        <w:spacing w:before="0" w:after="80" w:line="300" w:lineRule="auto"/>
        <w:jc w:val="left"/>
      </w:pPr>
      <w:r>
        <w:rPr>
          <w:rFonts w:ascii="Times New Roman" w:hAnsi="Times New Roman" w:eastAsia="宋体"/>
          <w:b w:val="0"/>
          <w:i w:val="0"/>
          <w:sz w:val="21"/>
        </w:rPr>
        <w:t>∠ MCD =180°-∠ MCN</w:t>
      </w:r>
    </w:p>
    <w:p>
      <w:pPr>
        <w:spacing w:before="0" w:after="80" w:line="300" w:lineRule="auto"/>
        <w:jc w:val="left"/>
      </w:pPr>
      <w:r>
        <w:rPr>
          <w:rFonts w:ascii="Times New Roman" w:hAnsi="Times New Roman" w:eastAsia="宋体"/>
          <w:b w:val="0"/>
          <w:i w:val="0"/>
          <w:sz w:val="21"/>
        </w:rPr>
        <w:t>=120°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平行于 AB 的直线 CO 平分这个角。关于 CO 的反射使圆保持不变，并交换射线 CM 与 CD，所以也交换点 M 与 D。因此 CM=CD，等腰三角形 MCD 的两个底角均为 30°。</w:t>
      </w:r>
    </w:p>
    <w:p>
      <w:pPr>
        <w:spacing w:before="0" w:after="80" w:line="300" w:lineRule="auto"/>
        <w:jc w:val="left"/>
      </w:pPr>
      <w:r>
        <w:rPr>
          <w:rFonts w:ascii="Times New Roman" w:hAnsi="Times New Roman" w:eastAsia="宋体"/>
          <w:b w:val="0"/>
          <w:i w:val="0"/>
          <w:sz w:val="21"/>
        </w:rPr>
        <w:t>由于 D,C,N 共线，∠ MDN=30°。这个圆周角所对的是弧 MTN，因此在圆的每个允许位置，弧的度数都为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circle’s center. Both O and C are one triangle altitude above AB, so CO∥ AB. Extend NC through C to meet the circle again at D. Since CD is opposite to CN,</w:t>
      </w:r>
    </w:p>
    <w:p>
      <w:pPr>
        <w:spacing w:before="0" w:after="80" w:line="300" w:lineRule="auto"/>
        <w:jc w:val="left"/>
      </w:pPr>
      <w:r>
        <w:rPr>
          <w:rFonts w:ascii="Times New Roman" w:hAnsi="Times New Roman" w:eastAsia="宋体"/>
          <w:b w:val="0"/>
          <w:i w:val="0"/>
          <w:color w:val="333333"/>
          <w:sz w:val="19"/>
        </w:rPr>
        <w:t>∠ MCD =180°-∠ MCN</w:t>
      </w:r>
    </w:p>
    <w:p>
      <w:pPr>
        <w:spacing w:before="0" w:after="80" w:line="300" w:lineRule="auto"/>
        <w:jc w:val="left"/>
      </w:pPr>
      <w:r>
        <w:rPr>
          <w:rFonts w:ascii="Times New Roman" w:hAnsi="Times New Roman" w:eastAsia="宋体"/>
          <w:b w:val="0"/>
          <w:i w:val="0"/>
          <w:color w:val="333333"/>
          <w:sz w:val="19"/>
        </w:rPr>
        <w:t>=120°.</w:t>
      </w:r>
    </w:p>
    <w:p>
      <w:pPr>
        <w:spacing w:before="0" w:after="80" w:line="300" w:lineRule="auto"/>
        <w:jc w:val="left"/>
      </w:pPr>
      <w:r>
        <w:rPr>
          <w:rFonts w:ascii="Times New Roman" w:hAnsi="Times New Roman" w:eastAsia="宋体"/>
          <w:b w:val="0"/>
          <w:i w:val="0"/>
          <w:color w:val="333333"/>
          <w:sz w:val="19"/>
        </w:rPr>
        <w:t>The line CO, parallel to AB, bisects this angle. Reflection across CO fixes the circle and interchanges rays CM and CD, so it interchanges M and D. Hence CM=CD, and isosceles triangle MCD has base angles 30°.</w:t>
      </w:r>
    </w:p>
    <w:p>
      <w:pPr>
        <w:spacing w:before="0" w:after="80" w:line="300" w:lineRule="auto"/>
        <w:jc w:val="left"/>
      </w:pPr>
      <w:r>
        <w:rPr>
          <w:rFonts w:ascii="Times New Roman" w:hAnsi="Times New Roman" w:eastAsia="宋体"/>
          <w:b w:val="0"/>
          <w:i w:val="0"/>
          <w:color w:val="333333"/>
          <w:sz w:val="19"/>
        </w:rPr>
        <w:t>Because D,C,N are collinear, ∠ MDN=30°. This inscribed angle subtends arc MTN, whose measure is therefore 60° for every permissible circle position.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D</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a+b/2-√(ab) =((√(b)-√(a))²)/2。</w:t>
      </w:r>
    </w:p>
    <w:p>
      <w:pPr>
        <w:spacing w:before="0" w:after="80" w:line="300" w:lineRule="auto"/>
        <w:jc w:val="left"/>
      </w:pPr>
      <w:r>
        <w:rPr>
          <w:rFonts w:ascii="Times New Roman" w:hAnsi="Times New Roman" w:eastAsia="宋体"/>
          <w:b w:val="0"/>
          <w:i w:val="0"/>
          <w:sz w:val="21"/>
        </w:rPr>
        <w:t>约去正因子 (√(b)-√(a))² 后，与选项 D 的比较化为</w:t>
      </w:r>
    </w:p>
    <w:p>
      <w:pPr>
        <w:spacing w:before="0" w:after="80" w:line="300" w:lineRule="auto"/>
        <w:jc w:val="left"/>
      </w:pPr>
      <w:r>
        <w:rPr>
          <w:rFonts w:ascii="Times New Roman" w:hAnsi="Times New Roman" w:eastAsia="宋体"/>
          <w:b w:val="0"/>
          <w:i w:val="0"/>
          <w:sz w:val="21"/>
        </w:rPr>
        <w:t>1/2 &lt;((√(b)+√(a))²)/8a。</w:t>
      </w:r>
    </w:p>
    <w:p>
      <w:pPr>
        <w:spacing w:before="0" w:after="80" w:line="300" w:lineRule="auto"/>
        <w:jc w:val="left"/>
      </w:pPr>
      <w:r>
        <w:rPr>
          <w:rFonts w:ascii="Times New Roman" w:hAnsi="Times New Roman" w:eastAsia="宋体"/>
          <w:b w:val="0"/>
          <w:i w:val="0"/>
          <w:sz w:val="21"/>
        </w:rPr>
        <w:t>由于 √(b)+√(a)&gt;2√(a)，这个不等式成立。因此，A.M. 与 G.M. 之差总小于选项 D 中的式子。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a+b/2-√(ab) =((√(b)-√(a))²)/2.</w:t>
      </w:r>
    </w:p>
    <w:p>
      <w:pPr>
        <w:spacing w:before="0" w:after="80" w:line="300" w:lineRule="auto"/>
        <w:jc w:val="left"/>
      </w:pPr>
      <w:r>
        <w:rPr>
          <w:rFonts w:ascii="Times New Roman" w:hAnsi="Times New Roman" w:eastAsia="宋体"/>
          <w:b w:val="0"/>
          <w:i w:val="0"/>
          <w:color w:val="333333"/>
          <w:sz w:val="19"/>
        </w:rPr>
        <w:t>After canceling the positive factor (√(b)-√(a))², comparison with choice D reduces to</w:t>
      </w:r>
    </w:p>
    <w:p>
      <w:pPr>
        <w:spacing w:before="0" w:after="80" w:line="300" w:lineRule="auto"/>
        <w:jc w:val="left"/>
      </w:pPr>
      <w:r>
        <w:rPr>
          <w:rFonts w:ascii="Times New Roman" w:hAnsi="Times New Roman" w:eastAsia="宋体"/>
          <w:b w:val="0"/>
          <w:i w:val="0"/>
          <w:color w:val="333333"/>
          <w:sz w:val="19"/>
        </w:rPr>
        <w:t>1/2 &lt;((√(b)+√(a))²)/8a.</w:t>
      </w:r>
    </w:p>
    <w:p>
      <w:pPr>
        <w:spacing w:before="0" w:after="80" w:line="300" w:lineRule="auto"/>
        <w:jc w:val="left"/>
      </w:pPr>
      <w:r>
        <w:rPr>
          <w:rFonts w:ascii="Times New Roman" w:hAnsi="Times New Roman" w:eastAsia="宋体"/>
          <w:b w:val="0"/>
          <w:i w:val="0"/>
          <w:color w:val="333333"/>
          <w:sz w:val="19"/>
        </w:rPr>
        <w:t>This is true because √(b)+√(a)&gt;2√(a). Thus A.M. minus G.M. is always less than the expression in choice 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由阿波罗尼斯定理，</w:t>
      </w:r>
    </w:p>
    <w:p>
      <w:pPr>
        <w:spacing w:before="0" w:after="80" w:line="300" w:lineRule="auto"/>
        <w:jc w:val="left"/>
      </w:pPr>
      <w:r>
        <w:rPr>
          <w:rFonts w:ascii="Times New Roman" w:hAnsi="Times New Roman" w:eastAsia="宋体"/>
          <w:b w:val="0"/>
          <w:i w:val="0"/>
          <w:sz w:val="21"/>
        </w:rPr>
        <w:t>QR² =2(4²+7²)-4(7/2)²</w:t>
      </w:r>
    </w:p>
    <w:p>
      <w:pPr>
        <w:spacing w:before="0" w:after="80" w:line="300" w:lineRule="auto"/>
        <w:jc w:val="left"/>
      </w:pPr>
      <w:r>
        <w:rPr>
          <w:rFonts w:ascii="Times New Roman" w:hAnsi="Times New Roman" w:eastAsia="宋体"/>
          <w:b w:val="0"/>
          <w:i w:val="0"/>
          <w:sz w:val="21"/>
        </w:rPr>
        <w:t>=81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QR=9。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Apollonius’s theorem gives</w:t>
      </w:r>
    </w:p>
    <w:p>
      <w:pPr>
        <w:spacing w:before="0" w:after="80" w:line="300" w:lineRule="auto"/>
        <w:jc w:val="left"/>
      </w:pPr>
      <w:r>
        <w:rPr>
          <w:rFonts w:ascii="Times New Roman" w:hAnsi="Times New Roman" w:eastAsia="宋体"/>
          <w:b w:val="0"/>
          <w:i w:val="0"/>
          <w:color w:val="333333"/>
          <w:sz w:val="19"/>
        </w:rPr>
        <w:t>QR² =2(4²+7²)-4(7/2)²</w:t>
      </w:r>
    </w:p>
    <w:p>
      <w:pPr>
        <w:spacing w:before="0" w:after="80" w:line="300" w:lineRule="auto"/>
        <w:jc w:val="left"/>
      </w:pPr>
      <w:r>
        <w:rPr>
          <w:rFonts w:ascii="Times New Roman" w:hAnsi="Times New Roman" w:eastAsia="宋体"/>
          <w:b w:val="0"/>
          <w:i w:val="0"/>
          <w:color w:val="333333"/>
          <w:sz w:val="19"/>
        </w:rPr>
        <w:t>=81.</w:t>
      </w:r>
    </w:p>
    <w:p>
      <w:pPr>
        <w:spacing w:before="0" w:after="80" w:line="300" w:lineRule="auto"/>
        <w:jc w:val="left"/>
      </w:pPr>
      <w:r>
        <w:rPr>
          <w:rFonts w:ascii="Times New Roman" w:hAnsi="Times New Roman" w:eastAsia="宋体"/>
          <w:b w:val="0"/>
          <w:i w:val="0"/>
          <w:color w:val="333333"/>
          <w:sz w:val="19"/>
        </w:rPr>
        <w:t>Therefore QR=9.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A</w:t>
      </w:r>
    </w:p>
    <w:p>
      <w:pPr>
        <w:spacing w:before="0" w:after="80" w:line="300" w:lineRule="auto"/>
        <w:jc w:val="left"/>
      </w:pPr>
      <w:r>
        <w:rPr>
          <w:rFonts w:ascii="Times New Roman" w:hAnsi="Times New Roman" w:eastAsia="宋体"/>
          <w:b w:val="0"/>
          <w:i w:val="0"/>
          <w:sz w:val="21"/>
        </w:rPr>
        <w:t>对于一个固定顶点，到该顶点的距离平方沿对边是凸函数，所以最大值在端点处取得。由于每条顶点连线与对边的交点都在该边内部，</w:t>
      </w:r>
    </w:p>
    <w:p>
      <w:pPr>
        <w:spacing w:before="0" w:after="80" w:line="300" w:lineRule="auto"/>
        <w:jc w:val="left"/>
      </w:pPr>
      <w:r>
        <w:rPr>
          <w:rFonts w:ascii="Times New Roman" w:hAnsi="Times New Roman" w:eastAsia="宋体"/>
          <w:b w:val="0"/>
          <w:i w:val="0"/>
          <w:sz w:val="21"/>
        </w:rPr>
        <w:t>AA'&lt;max(AB,AC)=b,</w:t>
      </w:r>
    </w:p>
    <w:p>
      <w:pPr>
        <w:spacing w:before="0" w:after="80" w:line="300" w:lineRule="auto"/>
        <w:jc w:val="left"/>
      </w:pPr>
      <w:r>
        <w:rPr>
          <w:rFonts w:ascii="Times New Roman" w:hAnsi="Times New Roman" w:eastAsia="宋体"/>
          <w:b w:val="0"/>
          <w:i w:val="0"/>
          <w:sz w:val="21"/>
        </w:rPr>
        <w:t>BB'&lt;max(BA,BC)=a,</w:t>
      </w:r>
    </w:p>
    <w:p>
      <w:pPr>
        <w:spacing w:before="0" w:after="80" w:line="300" w:lineRule="auto"/>
        <w:jc w:val="left"/>
      </w:pPr>
      <w:r>
        <w:rPr>
          <w:rFonts w:ascii="Times New Roman" w:hAnsi="Times New Roman" w:eastAsia="宋体"/>
          <w:b w:val="0"/>
          <w:i w:val="0"/>
          <w:sz w:val="21"/>
        </w:rPr>
        <w:t>CC'&lt;max(CA,CB)=a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三式相加得 s&lt;2a+b。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fixed vertex, squared distance is a convex function along the opposite side, so its maximum occurs at an endpoint. Since each cevian endpoint is interior to its side,</w:t>
      </w:r>
    </w:p>
    <w:p>
      <w:pPr>
        <w:spacing w:before="0" w:after="80" w:line="300" w:lineRule="auto"/>
        <w:jc w:val="left"/>
      </w:pPr>
      <w:r>
        <w:rPr>
          <w:rFonts w:ascii="Times New Roman" w:hAnsi="Times New Roman" w:eastAsia="宋体"/>
          <w:b w:val="0"/>
          <w:i w:val="0"/>
          <w:color w:val="333333"/>
          <w:sz w:val="19"/>
        </w:rPr>
        <w:t>AA'&lt;max(AB,AC)=b,</w:t>
      </w:r>
    </w:p>
    <w:p>
      <w:pPr>
        <w:spacing w:before="0" w:after="80" w:line="300" w:lineRule="auto"/>
        <w:jc w:val="left"/>
      </w:pPr>
      <w:r>
        <w:rPr>
          <w:rFonts w:ascii="Times New Roman" w:hAnsi="Times New Roman" w:eastAsia="宋体"/>
          <w:b w:val="0"/>
          <w:i w:val="0"/>
          <w:color w:val="333333"/>
          <w:sz w:val="19"/>
        </w:rPr>
        <w:t>BB'&lt;max(BA,BC)=a,</w:t>
      </w:r>
    </w:p>
    <w:p>
      <w:pPr>
        <w:spacing w:before="0" w:after="80" w:line="300" w:lineRule="auto"/>
        <w:jc w:val="left"/>
      </w:pPr>
      <w:r>
        <w:rPr>
          <w:rFonts w:ascii="Times New Roman" w:hAnsi="Times New Roman" w:eastAsia="宋体"/>
          <w:b w:val="0"/>
          <w:i w:val="0"/>
          <w:color w:val="333333"/>
          <w:sz w:val="19"/>
        </w:rPr>
        <w:t>CC'&lt;max(CA,CB)=a.</w:t>
      </w:r>
    </w:p>
    <w:p>
      <w:pPr>
        <w:spacing w:before="0" w:after="80" w:line="300" w:lineRule="auto"/>
        <w:jc w:val="left"/>
      </w:pPr>
      <w:r>
        <w:rPr>
          <w:rFonts w:ascii="Times New Roman" w:hAnsi="Times New Roman" w:eastAsia="宋体"/>
          <w:b w:val="0"/>
          <w:i w:val="0"/>
          <w:color w:val="333333"/>
          <w:sz w:val="19"/>
        </w:rPr>
        <w:t>Adding gives s&lt;2a+b.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A</w:t>
      </w:r>
    </w:p>
    <w:p>
      <w:pPr>
        <w:spacing w:before="0" w:after="80" w:line="300" w:lineRule="auto"/>
        <w:jc w:val="left"/>
      </w:pPr>
      <w:r>
        <w:rPr>
          <w:rFonts w:ascii="Times New Roman" w:hAnsi="Times New Roman" w:eastAsia="宋体"/>
          <w:b w:val="0"/>
          <w:i w:val="0"/>
          <w:sz w:val="21"/>
        </w:rPr>
        <w:t>手表走时速率是正确速率的 575/576。手表显示的经过时间为 5 天 20 小时，即 8400 分钟。因此，实际经过时间为 8400(576/575)，校正量为</w:t>
      </w:r>
    </w:p>
    <w:p>
      <w:pPr>
        <w:spacing w:before="0" w:after="80" w:line="300" w:lineRule="auto"/>
        <w:jc w:val="left"/>
      </w:pPr>
      <w:r>
        <w:rPr>
          <w:rFonts w:ascii="Times New Roman" w:hAnsi="Times New Roman" w:eastAsia="宋体"/>
          <w:b w:val="0"/>
          <w:i w:val="0"/>
          <w:sz w:val="21"/>
        </w:rPr>
        <w:t>n=8400(576/575-1)</w:t>
      </w:r>
    </w:p>
    <w:p>
      <w:pPr>
        <w:spacing w:before="0" w:after="80" w:line="300" w:lineRule="auto"/>
        <w:jc w:val="left"/>
      </w:pPr>
      <w:r>
        <w:rPr>
          <w:rFonts w:ascii="Times New Roman" w:hAnsi="Times New Roman" w:eastAsia="宋体"/>
          <w:b w:val="0"/>
          <w:i w:val="0"/>
          <w:sz w:val="21"/>
        </w:rPr>
        <w:t>=8400/575 =336/23</w:t>
      </w:r>
    </w:p>
    <w:p>
      <w:pPr>
        <w:spacing w:before="0" w:after="80" w:line="300" w:lineRule="auto"/>
        <w:jc w:val="left"/>
      </w:pPr>
      <w:r>
        <w:rPr>
          <w:rFonts w:ascii="Times New Roman" w:hAnsi="Times New Roman" w:eastAsia="宋体"/>
          <w:b w:val="0"/>
          <w:i w:val="0"/>
          <w:sz w:val="21"/>
        </w:rPr>
        <w:t>=1414/23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watch runs at 575/576 of the correct rate. The displayed elapsed time is 5 days 20 hours, or 8400 minutes. Thus the real elapsed time is 8400(576/575), and the correction is</w:t>
      </w:r>
    </w:p>
    <w:p>
      <w:pPr>
        <w:spacing w:before="0" w:after="80" w:line="300" w:lineRule="auto"/>
        <w:jc w:val="left"/>
      </w:pPr>
      <w:r>
        <w:rPr>
          <w:rFonts w:ascii="Times New Roman" w:hAnsi="Times New Roman" w:eastAsia="宋体"/>
          <w:b w:val="0"/>
          <w:i w:val="0"/>
          <w:color w:val="333333"/>
          <w:sz w:val="19"/>
        </w:rPr>
        <w:t>n=8400(576/575-1)</w:t>
      </w:r>
    </w:p>
    <w:p>
      <w:pPr>
        <w:spacing w:before="0" w:after="80" w:line="300" w:lineRule="auto"/>
        <w:jc w:val="left"/>
      </w:pPr>
      <w:r>
        <w:rPr>
          <w:rFonts w:ascii="Times New Roman" w:hAnsi="Times New Roman" w:eastAsia="宋体"/>
          <w:b w:val="0"/>
          <w:i w:val="0"/>
          <w:color w:val="333333"/>
          <w:sz w:val="19"/>
        </w:rPr>
        <w:t>=8400/575 =336/23</w:t>
      </w:r>
    </w:p>
    <w:p>
      <w:pPr>
        <w:spacing w:before="0" w:after="80" w:line="300" w:lineRule="auto"/>
        <w:jc w:val="left"/>
      </w:pPr>
      <w:r>
        <w:rPr>
          <w:rFonts w:ascii="Times New Roman" w:hAnsi="Times New Roman" w:eastAsia="宋体"/>
          <w:b w:val="0"/>
          <w:i w:val="0"/>
          <w:color w:val="333333"/>
          <w:sz w:val="19"/>
        </w:rPr>
        <w:t>=1414/23.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