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1963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以下哪一点</w:t>
      </w:r>
      <w:r>
        <w:rPr>
          <w:rFonts w:ascii="Times New Roman" w:hAnsi="Times New Roman" w:eastAsia="宋体"/>
          <w:b w:val="0"/>
          <w:i/>
          <w:sz w:val="21"/>
        </w:rPr>
        <w:t>不在</w:t>
      </w:r>
      <w:r>
        <w:rPr>
          <w:rFonts w:ascii="Times New Roman" w:hAnsi="Times New Roman" w:eastAsia="宋体"/>
          <w:b w:val="0"/>
          <w:i w:val="0"/>
          <w:sz w:val="21"/>
        </w:rPr>
        <w:t>函数 y=x/x+1 的图像上？</w:t>
      </w:r>
    </w:p>
    <w:p>
      <w:pPr>
        <w:spacing w:before="0" w:after="120" w:line="300" w:lineRule="auto"/>
      </w:pPr>
      <w:r>
        <w:rPr>
          <w:rFonts w:ascii="Times New Roman" w:hAnsi="Times New Roman" w:eastAsia="宋体"/>
          <w:b w:val="0"/>
          <w:i w:val="0"/>
          <w:sz w:val="21"/>
        </w:rPr>
        <w:t>（A）(0,0)　　（B）(-1/2,-1)　　（C）(1/2,1/3)　　（D）(-1,1)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points is</w:t>
      </w:r>
      <w:r>
        <w:rPr>
          <w:rFonts w:ascii="Times New Roman" w:hAnsi="Times New Roman" w:eastAsia="宋体"/>
          <w:b w:val="0"/>
          <w:i/>
          <w:color w:val="333333"/>
          <w:sz w:val="19"/>
        </w:rPr>
        <w:t>not</w:t>
      </w:r>
      <w:r>
        <w:rPr>
          <w:rFonts w:ascii="Times New Roman" w:hAnsi="Times New Roman" w:eastAsia="宋体"/>
          <w:b w:val="0"/>
          <w:i w:val="0"/>
          <w:color w:val="333333"/>
          <w:sz w:val="19"/>
        </w:rPr>
        <w:t>on the graph of y=x/x+1?</w:t>
      </w:r>
    </w:p>
    <w:p>
      <w:pPr>
        <w:spacing w:before="0" w:after="160" w:line="300" w:lineRule="auto"/>
      </w:pPr>
      <w:r>
        <w:rPr>
          <w:rFonts w:ascii="Times New Roman" w:hAnsi="Times New Roman" w:eastAsia="宋体"/>
          <w:b w:val="0"/>
          <w:i w:val="0"/>
          <w:color w:val="333333"/>
          <w:sz w:val="19"/>
        </w:rPr>
        <w:t>(A) (0,0)　　(B) (-1/2,-1)　　(C) (1/2,1/3)　　(D) (-1,1)　　(E) (-2,2)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设 n=x-yˣ⁻ʸ。求 n 在 x=2 且 y=-2 时的值。</w:t>
      </w:r>
    </w:p>
    <w:p>
      <w:pPr>
        <w:spacing w:before="0" w:after="120" w:line="300" w:lineRule="auto"/>
      </w:pPr>
      <w:r>
        <w:rPr>
          <w:rFonts w:ascii="Times New Roman" w:hAnsi="Times New Roman" w:eastAsia="宋体"/>
          <w:b w:val="0"/>
          <w:i w:val="0"/>
          <w:sz w:val="21"/>
        </w:rPr>
        <w:t>（A）-14　　（B）0　　（C）1　　（D）18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n=x-yˣ⁻ʸ. Find n when x=2 and y=-2.</w:t>
      </w:r>
    </w:p>
    <w:p>
      <w:pPr>
        <w:spacing w:before="0" w:after="160" w:line="300" w:lineRule="auto"/>
      </w:pPr>
      <w:r>
        <w:rPr>
          <w:rFonts w:ascii="Times New Roman" w:hAnsi="Times New Roman" w:eastAsia="宋体"/>
          <w:b w:val="0"/>
          <w:i w:val="0"/>
          <w:color w:val="333333"/>
          <w:sz w:val="19"/>
        </w:rPr>
        <w:t>(A) -14　　(B) 0　　(C) 1　　(D) 18　　(E) 256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x+1 的倒数是 x-1，则 x 等于：</w:t>
      </w:r>
    </w:p>
    <w:p>
      <w:pPr>
        <w:spacing w:before="0" w:after="120" w:line="300" w:lineRule="auto"/>
      </w:pPr>
      <w:r>
        <w:rPr>
          <w:rFonts w:ascii="Times New Roman" w:hAnsi="Times New Roman" w:eastAsia="宋体"/>
          <w:b w:val="0"/>
          <w:i w:val="0"/>
          <w:sz w:val="21"/>
        </w:rPr>
        <w:t>（A）0　　（B）1　　（C）-1　　（D）±1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reciprocal of x+1 is x-1, then x equals:</w:t>
      </w:r>
    </w:p>
    <w:p>
      <w:pPr>
        <w:spacing w:before="0" w:after="160" w:line="300" w:lineRule="auto"/>
      </w:pPr>
      <w:r>
        <w:rPr>
          <w:rFonts w:ascii="Times New Roman" w:hAnsi="Times New Roman" w:eastAsia="宋体"/>
          <w:b w:val="0"/>
          <w:i w:val="0"/>
          <w:color w:val="333333"/>
          <w:sz w:val="19"/>
        </w:rPr>
        <w:t>(A) 0　　(B) 1　　(C) -1　　(D) ±1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当 k 取何值时，方程 y=x² 与 y=3x+k 有两个相同的解？</w:t>
      </w:r>
    </w:p>
    <w:p>
      <w:pPr>
        <w:spacing w:before="0" w:after="120" w:line="300" w:lineRule="auto"/>
      </w:pPr>
      <w:r>
        <w:rPr>
          <w:rFonts w:ascii="Times New Roman" w:hAnsi="Times New Roman" w:eastAsia="宋体"/>
          <w:b w:val="0"/>
          <w:i w:val="0"/>
          <w:sz w:val="21"/>
        </w:rPr>
        <w:t>（A）4/9　　（B）-4/9　　（C）9/4　　（D）-9/4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value(s) of k does the pair of equations y=x² and y=3x+k have two identical solutions?</w:t>
      </w:r>
    </w:p>
    <w:p>
      <w:pPr>
        <w:spacing w:before="0" w:after="160" w:line="300" w:lineRule="auto"/>
      </w:pPr>
      <w:r>
        <w:rPr>
          <w:rFonts w:ascii="Times New Roman" w:hAnsi="Times New Roman" w:eastAsia="宋体"/>
          <w:b w:val="0"/>
          <w:i w:val="0"/>
          <w:color w:val="333333"/>
          <w:sz w:val="19"/>
        </w:rPr>
        <w:t>(A) 4/9　　(B) -4/9　　(C) 9/4　　(D) -9/4　　(E) ±9/4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x 和 log₁₀x 都是实数，并且 log₁₀x&lt;0，则：</w:t>
      </w:r>
    </w:p>
    <w:p>
      <w:pPr>
        <w:spacing w:before="0" w:after="120" w:line="300" w:lineRule="auto"/>
      </w:pPr>
      <w:r>
        <w:rPr>
          <w:rFonts w:ascii="Times New Roman" w:hAnsi="Times New Roman" w:eastAsia="宋体"/>
          <w:b w:val="0"/>
          <w:i w:val="0"/>
          <w:sz w:val="21"/>
        </w:rPr>
        <w:t>（A）x&lt;0　　（B）-1&lt; x&lt;1　　（C）0&lt; x≤1　　（D）-1&lt; x&lt;0　　（E）0&lt; x&lt;1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and log₁₀x are real numbers and log₁₀x&lt;0, then:</w:t>
      </w:r>
    </w:p>
    <w:p>
      <w:pPr>
        <w:spacing w:before="0" w:after="160" w:line="300" w:lineRule="auto"/>
      </w:pPr>
      <w:r>
        <w:rPr>
          <w:rFonts w:ascii="Times New Roman" w:hAnsi="Times New Roman" w:eastAsia="宋体"/>
          <w:b w:val="0"/>
          <w:i w:val="0"/>
          <w:color w:val="333333"/>
          <w:sz w:val="19"/>
        </w:rPr>
        <w:t>(A) x&lt;0　　(B) -1&lt; x&lt;1　　(C) 0&lt; x≤1　　(D) -1&lt; x&lt;0　　(E) 0&lt; x&lt;1</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三角形 BAD 在 B 点为直角。线段 AD 上有一点 C，满足 AC=CD 且 AB=BC。角 DAB 的度数是：</w:t>
      </w:r>
    </w:p>
    <w:p>
      <w:pPr>
        <w:spacing w:before="0" w:after="120" w:line="300" w:lineRule="auto"/>
      </w:pPr>
      <w:r>
        <w:rPr>
          <w:rFonts w:ascii="Times New Roman" w:hAnsi="Times New Roman" w:eastAsia="宋体"/>
          <w:b w:val="0"/>
          <w:i w:val="0"/>
          <w:sz w:val="21"/>
        </w:rPr>
        <w:t>（A）671/2　　（B）60　　（C）45　　（D）30　　（E）221/2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BAD is right-angled at B. On AD there is a point C for which AC=CD and AB=BC. The magnitude of angle DAB, in degrees, is:</w:t>
      </w:r>
    </w:p>
    <w:p>
      <w:pPr>
        <w:spacing w:before="0" w:after="160" w:line="300" w:lineRule="auto"/>
      </w:pPr>
      <w:r>
        <w:rPr>
          <w:rFonts w:ascii="Times New Roman" w:hAnsi="Times New Roman" w:eastAsia="宋体"/>
          <w:b w:val="0"/>
          <w:i w:val="0"/>
          <w:color w:val="333333"/>
          <w:sz w:val="19"/>
        </w:rPr>
        <w:t>(A) 671/2　　(B) 60　　(C) 45　　(D) 30　　(E) 221/2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给出以下四个方程：</w:t>
      </w:r>
    </w:p>
    <w:p>
      <w:pPr>
        <w:spacing w:before="0" w:after="80" w:line="300" w:lineRule="auto"/>
        <w:jc w:val="left"/>
      </w:pPr>
      <w:r>
        <w:rPr>
          <w:rFonts w:ascii="Times New Roman" w:hAnsi="Times New Roman" w:eastAsia="宋体"/>
          <w:b w:val="0"/>
          <w:i w:val="0"/>
          <w:sz w:val="21"/>
        </w:rPr>
        <w:t>(1) 3y-2x=12,</w:t>
      </w:r>
    </w:p>
    <w:p>
      <w:pPr>
        <w:spacing w:before="0" w:after="80" w:line="300" w:lineRule="auto"/>
        <w:jc w:val="left"/>
      </w:pPr>
      <w:r>
        <w:rPr>
          <w:rFonts w:ascii="Times New Roman" w:hAnsi="Times New Roman" w:eastAsia="宋体"/>
          <w:b w:val="0"/>
          <w:i w:val="0"/>
          <w:sz w:val="21"/>
        </w:rPr>
        <w:t>(2) -2x-3y=10,</w:t>
      </w:r>
    </w:p>
    <w:p>
      <w:pPr>
        <w:spacing w:before="0" w:after="80" w:line="300" w:lineRule="auto"/>
        <w:jc w:val="left"/>
      </w:pPr>
      <w:r>
        <w:rPr>
          <w:rFonts w:ascii="Times New Roman" w:hAnsi="Times New Roman" w:eastAsia="宋体"/>
          <w:b w:val="0"/>
          <w:i w:val="0"/>
          <w:sz w:val="21"/>
        </w:rPr>
        <w:t>(3) 3y+2x=12,</w:t>
      </w:r>
    </w:p>
    <w:p>
      <w:pPr>
        <w:spacing w:before="0" w:after="80" w:line="300" w:lineRule="auto"/>
        <w:jc w:val="left"/>
      </w:pPr>
      <w:r>
        <w:rPr>
          <w:rFonts w:ascii="Times New Roman" w:hAnsi="Times New Roman" w:eastAsia="宋体"/>
          <w:b w:val="0"/>
          <w:i w:val="0"/>
          <w:sz w:val="21"/>
        </w:rPr>
        <w:t>(4) 2y+3x=10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其中表示两条垂直直线的一组是：</w:t>
      </w:r>
    </w:p>
    <w:p>
      <w:pPr>
        <w:spacing w:before="0" w:after="120" w:line="300" w:lineRule="auto"/>
      </w:pPr>
      <w:r>
        <w:rPr>
          <w:rFonts w:ascii="Times New Roman" w:hAnsi="Times New Roman" w:eastAsia="宋体"/>
          <w:b w:val="0"/>
          <w:i w:val="0"/>
          <w:sz w:val="21"/>
        </w:rPr>
        <w:t>（A）(1) 和 (4)　　（B）(1) 和 (3)　　（C）(1) 和 (2)　　（D）(2) 和 (4)　　（E）(2) 和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four equations:</w:t>
      </w:r>
    </w:p>
    <w:p>
      <w:pPr>
        <w:spacing w:before="0" w:after="80" w:line="300" w:lineRule="auto"/>
        <w:jc w:val="left"/>
      </w:pPr>
      <w:r>
        <w:rPr>
          <w:rFonts w:ascii="Times New Roman" w:hAnsi="Times New Roman" w:eastAsia="宋体"/>
          <w:b w:val="0"/>
          <w:i w:val="0"/>
          <w:color w:val="333333"/>
          <w:sz w:val="19"/>
        </w:rPr>
        <w:t>(1) 3y-2x=12,</w:t>
      </w:r>
    </w:p>
    <w:p>
      <w:pPr>
        <w:spacing w:before="0" w:after="80" w:line="300" w:lineRule="auto"/>
        <w:jc w:val="left"/>
      </w:pPr>
      <w:r>
        <w:rPr>
          <w:rFonts w:ascii="Times New Roman" w:hAnsi="Times New Roman" w:eastAsia="宋体"/>
          <w:b w:val="0"/>
          <w:i w:val="0"/>
          <w:color w:val="333333"/>
          <w:sz w:val="19"/>
        </w:rPr>
        <w:t>(2) -2x-3y=10,</w:t>
      </w:r>
    </w:p>
    <w:p>
      <w:pPr>
        <w:spacing w:before="0" w:after="80" w:line="300" w:lineRule="auto"/>
        <w:jc w:val="left"/>
      </w:pPr>
      <w:r>
        <w:rPr>
          <w:rFonts w:ascii="Times New Roman" w:hAnsi="Times New Roman" w:eastAsia="宋体"/>
          <w:b w:val="0"/>
          <w:i w:val="0"/>
          <w:color w:val="333333"/>
          <w:sz w:val="19"/>
        </w:rPr>
        <w:t>(3) 3y+2x=12,</w:t>
      </w:r>
    </w:p>
    <w:p>
      <w:pPr>
        <w:spacing w:before="0" w:after="80" w:line="300" w:lineRule="auto"/>
        <w:jc w:val="left"/>
      </w:pPr>
      <w:r>
        <w:rPr>
          <w:rFonts w:ascii="Times New Roman" w:hAnsi="Times New Roman" w:eastAsia="宋体"/>
          <w:b w:val="0"/>
          <w:i w:val="0"/>
          <w:color w:val="333333"/>
          <w:sz w:val="19"/>
        </w:rPr>
        <w:t>(4) 2y+3x=10.</w:t>
      </w:r>
    </w:p>
    <w:p>
      <w:pPr>
        <w:spacing w:before="0" w:after="80" w:line="300" w:lineRule="auto"/>
        <w:jc w:val="left"/>
      </w:pPr>
      <w:r>
        <w:rPr>
          <w:rFonts w:ascii="Times New Roman" w:hAnsi="Times New Roman" w:eastAsia="宋体"/>
          <w:b w:val="0"/>
          <w:i w:val="0"/>
          <w:color w:val="333333"/>
          <w:sz w:val="19"/>
        </w:rPr>
        <w:t>The pair representing perpendicular lines is:</w:t>
      </w:r>
    </w:p>
    <w:p>
      <w:pPr>
        <w:spacing w:before="0" w:after="160" w:line="300" w:lineRule="auto"/>
      </w:pPr>
      <w:r>
        <w:rPr>
          <w:rFonts w:ascii="Times New Roman" w:hAnsi="Times New Roman" w:eastAsia="宋体"/>
          <w:b w:val="0"/>
          <w:i w:val="0"/>
          <w:color w:val="333333"/>
          <w:sz w:val="19"/>
        </w:rPr>
        <w:t>(A) (1) and (4)　　(B) (1) and (3)　　(C) (1) and (2)　　(D) (2) and (4)　　(E) (2) and (3)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最小正整数 x 是多少，能使 1260x=N³ 成立？其中 N 是整数。</w:t>
      </w:r>
    </w:p>
    <w:p>
      <w:pPr>
        <w:spacing w:before="0" w:after="120" w:line="300" w:lineRule="auto"/>
      </w:pPr>
      <w:r>
        <w:rPr>
          <w:rFonts w:ascii="Times New Roman" w:hAnsi="Times New Roman" w:eastAsia="宋体"/>
          <w:b w:val="0"/>
          <w:i w:val="0"/>
          <w:sz w:val="21"/>
        </w:rPr>
        <w:t>（A）1050　　（B）1260　　（C）1260²　　（D）7350　　（E）44,100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positive integer x for which 1260x=N³, where N is an integer, is:</w:t>
      </w:r>
    </w:p>
    <w:p>
      <w:pPr>
        <w:spacing w:before="0" w:after="160" w:line="300" w:lineRule="auto"/>
      </w:pPr>
      <w:r>
        <w:rPr>
          <w:rFonts w:ascii="Times New Roman" w:hAnsi="Times New Roman" w:eastAsia="宋体"/>
          <w:b w:val="0"/>
          <w:i w:val="0"/>
          <w:color w:val="333333"/>
          <w:sz w:val="19"/>
        </w:rPr>
        <w:t>(A) 1050　　(B) 1260　　(C) 1260²　　(D) 7350　　(E) 44,100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 (a-1/(√(a)))⁷ 的展开式中，a^(-1/2) 的系数是：</w:t>
      </w:r>
    </w:p>
    <w:p>
      <w:pPr>
        <w:spacing w:before="0" w:after="120" w:line="300" w:lineRule="auto"/>
      </w:pPr>
      <w:r>
        <w:rPr>
          <w:rFonts w:ascii="Times New Roman" w:hAnsi="Times New Roman" w:eastAsia="宋体"/>
          <w:b w:val="0"/>
          <w:i w:val="0"/>
          <w:sz w:val="21"/>
        </w:rPr>
        <w:t>（A）-7　　（B）7　　（C）-21　　（D）21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expansion of (a-1/(√(a)))⁷ the coefficient of a^(-1/2) is:</w:t>
      </w:r>
    </w:p>
    <w:p>
      <w:pPr>
        <w:spacing w:before="0" w:after="160" w:line="300" w:lineRule="auto"/>
      </w:pPr>
      <w:r>
        <w:rPr>
          <w:rFonts w:ascii="Times New Roman" w:hAnsi="Times New Roman" w:eastAsia="宋体"/>
          <w:b w:val="0"/>
          <w:i w:val="0"/>
          <w:color w:val="333333"/>
          <w:sz w:val="19"/>
        </w:rPr>
        <w:t>(A) -7　　(B) 7　　(C) -21　　(D) 21　　(E) 35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在正方形内部取一点 P，该正方形的边长为 a，所取点到两个相邻顶点的距离以及到这两个顶点对边的距离都相等。若 d 表示这个公共距离，则 d 等于：</w:t>
      </w:r>
    </w:p>
    <w:p>
      <w:pPr>
        <w:spacing w:before="0" w:after="120" w:line="300" w:lineRule="auto"/>
      </w:pPr>
      <w:r>
        <w:rPr>
          <w:rFonts w:ascii="Times New Roman" w:hAnsi="Times New Roman" w:eastAsia="宋体"/>
          <w:b w:val="0"/>
          <w:i w:val="0"/>
          <w:sz w:val="21"/>
        </w:rPr>
        <w:t>（A）3a/5　　（B）5a/8　　（C）3a/8　　（D）(a√(2))/2　　（E）a/2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P is taken interior to a square with side-length a and such that it is equally distant from two consecutive vertices and from the side opposite these vertices. If d represents the common distance, then d equals:</w:t>
      </w:r>
    </w:p>
    <w:p>
      <w:pPr>
        <w:spacing w:before="0" w:after="160" w:line="300" w:lineRule="auto"/>
      </w:pPr>
      <w:r>
        <w:rPr>
          <w:rFonts w:ascii="Times New Roman" w:hAnsi="Times New Roman" w:eastAsia="宋体"/>
          <w:b w:val="0"/>
          <w:i w:val="0"/>
          <w:color w:val="333333"/>
          <w:sz w:val="19"/>
        </w:rPr>
        <w:t>(A) 3a/5　　(B) 5a/8　　(C) 3a/8　　(D) (a√(2))/2　　(E) a/2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一组 50 个数的算术平均数是 38。若从中去掉 45 和 55 这两个数，剩余各数的算术平均数是：</w:t>
      </w:r>
    </w:p>
    <w:p>
      <w:pPr>
        <w:spacing w:before="0" w:after="120" w:line="300" w:lineRule="auto"/>
      </w:pPr>
      <w:r>
        <w:rPr>
          <w:rFonts w:ascii="Times New Roman" w:hAnsi="Times New Roman" w:eastAsia="宋体"/>
          <w:b w:val="0"/>
          <w:i w:val="0"/>
          <w:sz w:val="21"/>
        </w:rPr>
        <w:t>（A）38.5　　（B）37.5　　（C）37　　（D）36.5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of a set of 50 numbers is 38. If two numbers of the set, namely 45 and 55, are discarded, the arithmetic mean of the remaining set of numbers is:</w:t>
      </w:r>
    </w:p>
    <w:p>
      <w:pPr>
        <w:spacing w:before="0" w:after="160" w:line="300" w:lineRule="auto"/>
      </w:pPr>
      <w:r>
        <w:rPr>
          <w:rFonts w:ascii="Times New Roman" w:hAnsi="Times New Roman" w:eastAsia="宋体"/>
          <w:b w:val="0"/>
          <w:i w:val="0"/>
          <w:color w:val="333333"/>
          <w:sz w:val="19"/>
        </w:rPr>
        <w:t>(A) 38.5　　(B) 37.5　　(C) 37　　(D) 36.5　　(E) 36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平行四边形 PQRS 的三个顶点是 P(-3,-2)、Q(1,-5)、R(9,1)，其中 P 与 R 是对角顶点。顶点 S 的两个坐标之和是：</w:t>
      </w:r>
    </w:p>
    <w:p>
      <w:pPr>
        <w:spacing w:before="0" w:after="120" w:line="300" w:lineRule="auto"/>
      </w:pPr>
      <w:r>
        <w:rPr>
          <w:rFonts w:ascii="Times New Roman" w:hAnsi="Times New Roman" w:eastAsia="宋体"/>
          <w:b w:val="0"/>
          <w:i w:val="0"/>
          <w:sz w:val="21"/>
        </w:rPr>
        <w:t>（A）13　　（B）12　　（C）11　　（D）10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vertices of parallelogram PQRS are P(-3,-2), Q(1,-5), R(9,1) with P and R diagonally opposite. The sum of the coordinates of vertex S is:</w:t>
      </w:r>
    </w:p>
    <w:p>
      <w:pPr>
        <w:spacing w:before="0" w:after="160" w:line="300" w:lineRule="auto"/>
      </w:pPr>
      <w:r>
        <w:rPr>
          <w:rFonts w:ascii="Times New Roman" w:hAnsi="Times New Roman" w:eastAsia="宋体"/>
          <w:b w:val="0"/>
          <w:i w:val="0"/>
          <w:color w:val="333333"/>
          <w:sz w:val="19"/>
        </w:rPr>
        <w:t>(A) 13　　(B) 12　　(C) 11　　(D) 10　　(E) 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2ᵃ+2ᵇ=3ᶜ+3ᵈ，则整数 a、b、c、d 中最多有几个可以是负数？</w:t>
      </w:r>
    </w:p>
    <w:p>
      <w:pPr>
        <w:spacing w:before="0" w:after="120" w:line="300" w:lineRule="auto"/>
      </w:pPr>
      <w:r>
        <w:rPr>
          <w:rFonts w:ascii="Times New Roman" w:hAnsi="Times New Roman" w:eastAsia="宋体"/>
          <w:b w:val="0"/>
          <w:i w:val="0"/>
          <w:sz w:val="21"/>
        </w:rPr>
        <w:t>（A）4　　（B）3　　（C）2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2ᵃ+2ᵇ=3ᶜ+3ᵈ, the number of integers a, b, c, d which can possibly be negative is, at most:</w:t>
      </w:r>
    </w:p>
    <w:p>
      <w:pPr>
        <w:spacing w:before="0" w:after="160" w:line="300" w:lineRule="auto"/>
      </w:pPr>
      <w:r>
        <w:rPr>
          <w:rFonts w:ascii="Times New Roman" w:hAnsi="Times New Roman" w:eastAsia="宋体"/>
          <w:b w:val="0"/>
          <w:i w:val="0"/>
          <w:color w:val="333333"/>
          <w:sz w:val="19"/>
        </w:rPr>
        <w:t>(A) 4　　(B) 3　　(C) 2　　(D) 1　　(E) 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给定方程 x²+kx+6=0 和 x²-kx+6=0。如果适当排列两方程的根后，第二个方程的每个根都比第一个方程的对应根大 5，那么 k 等于：</w:t>
      </w:r>
    </w:p>
    <w:p>
      <w:pPr>
        <w:spacing w:before="0" w:after="120" w:line="300" w:lineRule="auto"/>
      </w:pPr>
      <w:r>
        <w:rPr>
          <w:rFonts w:ascii="Times New Roman" w:hAnsi="Times New Roman" w:eastAsia="宋体"/>
          <w:b w:val="0"/>
          <w:i w:val="0"/>
          <w:sz w:val="21"/>
        </w:rPr>
        <w:t>（A）5　　（B）-5　　（C）7　　（D）-7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equations x²+kx+6=0 and x²-kx+6=0. If, when the roots of the equations are suitably listed, each root of the second equation is 5 more than the corresponding root of the first equation, then k equals:</w:t>
      </w:r>
    </w:p>
    <w:p>
      <w:pPr>
        <w:spacing w:before="0" w:after="160" w:line="300" w:lineRule="auto"/>
      </w:pPr>
      <w:r>
        <w:rPr>
          <w:rFonts w:ascii="Times New Roman" w:hAnsi="Times New Roman" w:eastAsia="宋体"/>
          <w:b w:val="0"/>
          <w:i w:val="0"/>
          <w:color w:val="333333"/>
          <w:sz w:val="19"/>
        </w:rPr>
        <w:t>(A) 5　　(B) -5　　(C) 7　　(D) -7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一个圆内切于等边三角形，一个正方形内接于该圆。三角形面积与正方形面积之比是：</w:t>
      </w:r>
    </w:p>
    <w:p>
      <w:pPr>
        <w:spacing w:before="0" w:after="120" w:line="300" w:lineRule="auto"/>
      </w:pPr>
      <w:r>
        <w:rPr>
          <w:rFonts w:ascii="Times New Roman" w:hAnsi="Times New Roman" w:eastAsia="宋体"/>
          <w:b w:val="0"/>
          <w:i w:val="0"/>
          <w:sz w:val="21"/>
        </w:rPr>
        <w:t>（A）√(3):1　　（B）√(3):√(2)　　（C）3√(3):2　　（D）3:√(2)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inscribed in an equilateral triangle, and a square is inscribed in the circle. The ratio of the area of the triangle to the area of the square is:</w:t>
      </w:r>
    </w:p>
    <w:p>
      <w:pPr>
        <w:spacing w:before="0" w:after="160" w:line="300" w:lineRule="auto"/>
      </w:pPr>
      <w:r>
        <w:rPr>
          <w:rFonts w:ascii="Times New Roman" w:hAnsi="Times New Roman" w:eastAsia="宋体"/>
          <w:b w:val="0"/>
          <w:i w:val="0"/>
          <w:color w:val="333333"/>
          <w:sz w:val="19"/>
        </w:rPr>
        <w:t>(A) √(3):1　　(B) √(3):√(2)　　(C) 3√(3):2　　(D) 3:√(2)　　(E) 3:2√(2)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三个非零数 a、b、c 成等差数列。把 a 增加 1 或把 c 增加 2，所得三个数都成等比数列。则 b 等于：</w:t>
      </w:r>
    </w:p>
    <w:p>
      <w:pPr>
        <w:spacing w:before="0" w:after="120" w:line="300" w:lineRule="auto"/>
      </w:pPr>
      <w:r>
        <w:rPr>
          <w:rFonts w:ascii="Times New Roman" w:hAnsi="Times New Roman" w:eastAsia="宋体"/>
          <w:b w:val="0"/>
          <w:i w:val="0"/>
          <w:sz w:val="21"/>
        </w:rPr>
        <w:t>（A）16　　（B）14　　（C）12　　（D）10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numbers a, b, c, none zero, form an arithmetic progression. Increasing a by 1 or increasing c by 2 results in a geometric progression. Then b equals:</w:t>
      </w:r>
    </w:p>
    <w:p>
      <w:pPr>
        <w:spacing w:before="0" w:after="160" w:line="300" w:lineRule="auto"/>
      </w:pPr>
      <w:r>
        <w:rPr>
          <w:rFonts w:ascii="Times New Roman" w:hAnsi="Times New Roman" w:eastAsia="宋体"/>
          <w:b w:val="0"/>
          <w:i w:val="0"/>
          <w:color w:val="333333"/>
          <w:sz w:val="19"/>
        </w:rPr>
        <w:t>(A) 16　　(B) 14　　(C) 12　　(D) 10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(a/a+y+y/a-y)/(y/a+y-a/a-y)，</w:t>
      </w:r>
    </w:p>
    <w:p>
      <w:pPr>
        <w:spacing w:before="0" w:after="80" w:line="300" w:lineRule="auto"/>
        <w:jc w:val="left"/>
      </w:pPr>
      <w:r>
        <w:rPr>
          <w:rFonts w:ascii="Times New Roman" w:hAnsi="Times New Roman" w:eastAsia="宋体"/>
          <w:b w:val="0"/>
          <w:i w:val="0"/>
          <w:sz w:val="21"/>
        </w:rPr>
        <w:t>其中 a 为实数且 a≠0，对于下列哪些取值，表达式的值为 -1？</w:t>
      </w:r>
    </w:p>
    <w:p>
      <w:pPr>
        <w:spacing w:before="0" w:after="120" w:line="300" w:lineRule="auto"/>
      </w:pPr>
      <w:r>
        <w:rPr>
          <w:rFonts w:ascii="Times New Roman" w:hAnsi="Times New Roman" w:eastAsia="宋体"/>
          <w:b w:val="0"/>
          <w:i w:val="0"/>
          <w:sz w:val="21"/>
        </w:rPr>
        <w:t>（A）除两个实数值外的所有 y　　（B）仅两个实数值的 y　　（C）所有实数值的 y　　（D）仅一个实数值的 y　　（E）没有实数值的 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(a/a+y+y/a-y)/(y/a+y-a/a-y),</w:t>
      </w:r>
    </w:p>
    <w:p>
      <w:pPr>
        <w:spacing w:before="0" w:after="80" w:line="300" w:lineRule="auto"/>
        <w:jc w:val="left"/>
      </w:pPr>
      <w:r>
        <w:rPr>
          <w:rFonts w:ascii="Times New Roman" w:hAnsi="Times New Roman" w:eastAsia="宋体"/>
          <w:b w:val="0"/>
          <w:i w:val="0"/>
          <w:color w:val="333333"/>
          <w:sz w:val="19"/>
        </w:rPr>
        <w:t>a real, a≠0, has the value -1 for:</w:t>
      </w:r>
    </w:p>
    <w:p>
      <w:pPr>
        <w:spacing w:before="0" w:after="160" w:line="300" w:lineRule="auto"/>
      </w:pPr>
      <w:r>
        <w:rPr>
          <w:rFonts w:ascii="Times New Roman" w:hAnsi="Times New Roman" w:eastAsia="宋体"/>
          <w:b w:val="0"/>
          <w:i w:val="0"/>
          <w:color w:val="333333"/>
          <w:sz w:val="19"/>
        </w:rPr>
        <w:t>(A) all but two real values of y　　(B) only two real values of y　　(C) all real values of y　　(D) only one real value of y　　(E) no real values of y</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弦 EF 是弦 BC 的垂直平分线，并与其交于 M。在 B 与 M 之间取一点 U，延长 EU 与圆交于 A。对于任意如此选取的 U，三角形 EUM 与下列哪个三角形相似？</w:t>
      </w:r>
    </w:p>
    <w:p>
      <w:pPr>
        <w:spacing w:before="80" w:after="80"/>
        <w:jc w:val="center"/>
      </w:pPr>
      <w:r>
        <w:drawing>
          <wp:inline xmlns:a="http://schemas.openxmlformats.org/drawingml/2006/main" xmlns:pic="http://schemas.openxmlformats.org/drawingml/2006/picture">
            <wp:extent cx="2296654" cy="2407344"/>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2296654" cy="2407344"/>
                    </a:xfrm>
                    <a:prstGeom prst="rect"/>
                  </pic:spPr>
                </pic:pic>
              </a:graphicData>
            </a:graphic>
          </wp:inline>
        </w:drawing>
      </w:r>
    </w:p>
    <w:p>
      <w:pPr>
        <w:spacing w:before="0" w:after="120" w:line="300" w:lineRule="auto"/>
      </w:pPr>
      <w:r>
        <w:rPr>
          <w:rFonts w:ascii="Times New Roman" w:hAnsi="Times New Roman" w:eastAsia="宋体"/>
          <w:b w:val="0"/>
          <w:i w:val="0"/>
          <w:sz w:val="21"/>
        </w:rPr>
        <w:t>（A）EFA　　（B）EFC　　（C）ABM　　（D）ABU　　（E）FMC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Chord EF is the perpendicular bisector of chord BC, intersecting it in M. Between B and M point U is taken, and EU extended meets the circle in A. Then, for any selection of U, as described, triangle EUM is similar to triangle:</w:t>
      </w:r>
    </w:p>
    <w:p>
      <w:pPr>
        <w:spacing w:before="80" w:after="80"/>
        <w:jc w:val="center"/>
      </w:pPr>
      <w:r>
        <w:drawing>
          <wp:inline xmlns:a="http://schemas.openxmlformats.org/drawingml/2006/main" xmlns:pic="http://schemas.openxmlformats.org/drawingml/2006/picture">
            <wp:extent cx="2296654" cy="2407344"/>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2296654" cy="24073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EFA　　(B) EFC　　(C) ABM　　(D) ABU　　(E) FMC</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清点 n 个彩球，其中一些是红球，另一些是黑球。最先清点的 50 个球中有 49 个红球；此后每清点 8 个球，就有 7 个红球。如果清点的所有球中至少有 90% 是红球，那么 n 的最大值是：</w:t>
      </w:r>
    </w:p>
    <w:p>
      <w:pPr>
        <w:spacing w:before="0" w:after="120" w:line="300" w:lineRule="auto"/>
      </w:pPr>
      <w:r>
        <w:rPr>
          <w:rFonts w:ascii="Times New Roman" w:hAnsi="Times New Roman" w:eastAsia="宋体"/>
          <w:b w:val="0"/>
          <w:i w:val="0"/>
          <w:sz w:val="21"/>
        </w:rPr>
        <w:t>（A）225　　（B）210　　（C）200　　（D）180　　（E）175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counting n colored balls, some red and some black, it was found that 49 of the first 50 counted were red. Thereafter, 7 out of every 8 counted were red. If, in all, 90% or more of the balls counted were red, the maximum value of n is:</w:t>
      </w:r>
    </w:p>
    <w:p>
      <w:pPr>
        <w:spacing w:before="0" w:after="160" w:line="300" w:lineRule="auto"/>
      </w:pPr>
      <w:r>
        <w:rPr>
          <w:rFonts w:ascii="Times New Roman" w:hAnsi="Times New Roman" w:eastAsia="宋体"/>
          <w:b w:val="0"/>
          <w:i w:val="0"/>
          <w:color w:val="333333"/>
          <w:sz w:val="19"/>
        </w:rPr>
        <w:t>(A) 225　　(B) 210　　(C) 200　　(D) 180　　(E) 175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R 点与 S 点相距 76 英里。两人分别从这两点同时出发，相向而行。从 R 点出发的人始终以每小时 41/2 英里的速度行走；从 S 点出发的人第一小时以每小时 31/4 英里的速度行走，第二小时以每小时 33/4 英里的速度行走，之后各小时的速度依次成等差数列。若两人在整数小时后相遇，且相遇点到 R 点比到 S 点近 x 英里，则 x 是：</w:t>
      </w:r>
    </w:p>
    <w:p>
      <w:pPr>
        <w:spacing w:before="0" w:after="120" w:line="300" w:lineRule="auto"/>
      </w:pPr>
      <w:r>
        <w:rPr>
          <w:rFonts w:ascii="Times New Roman" w:hAnsi="Times New Roman" w:eastAsia="宋体"/>
          <w:b w:val="0"/>
          <w:i w:val="0"/>
          <w:sz w:val="21"/>
        </w:rPr>
        <w:t>（A）10　　（B）8　　（C）6　　（D）4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men at points R and S, 76 miles apart, set out at the same time to walk towards each other. The man at R walks uniformly at 41/2 miles per hour; the man at S walks at 31/4 miles per hour for the first hour, at 33/4 miles per hour for the second hour, and so on, in arithmetic progression. If the men meet x miles nearer R than S in an integral number of hours, then x is:</w:t>
      </w:r>
    </w:p>
    <w:p>
      <w:pPr>
        <w:spacing w:before="0" w:after="160" w:line="300" w:lineRule="auto"/>
      </w:pPr>
      <w:r>
        <w:rPr>
          <w:rFonts w:ascii="Times New Roman" w:hAnsi="Times New Roman" w:eastAsia="宋体"/>
          <w:b w:val="0"/>
          <w:i w:val="0"/>
          <w:color w:val="333333"/>
          <w:sz w:val="19"/>
        </w:rPr>
        <w:t>(A) 10　　(B) 8　　(C) 6　　(D) 4　　(E) 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表达式 x²-y²-z²+2yz+x+y-z 具有：</w:t>
      </w:r>
    </w:p>
    <w:p>
      <w:pPr>
        <w:spacing w:before="0" w:after="120" w:line="300" w:lineRule="auto"/>
      </w:pPr>
      <w:r>
        <w:rPr>
          <w:rFonts w:ascii="Times New Roman" w:hAnsi="Times New Roman" w:eastAsia="宋体"/>
          <w:b w:val="0"/>
          <w:i w:val="0"/>
          <w:sz w:val="21"/>
        </w:rPr>
        <w:t>（A）没有系数和指数均为整数的一次因式　　（B）因式 -x+y+z　　（C）因式 x-y-z+1　　（D）因式 x+y-z+1　　（E）因式 x-y+z+1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x²-y²-z²+2yz+x+y-z has:</w:t>
      </w:r>
    </w:p>
    <w:p>
      <w:pPr>
        <w:spacing w:before="0" w:after="160" w:line="300" w:lineRule="auto"/>
      </w:pPr>
      <w:r>
        <w:rPr>
          <w:rFonts w:ascii="Times New Roman" w:hAnsi="Times New Roman" w:eastAsia="宋体"/>
          <w:b w:val="0"/>
          <w:i w:val="0"/>
          <w:color w:val="333333"/>
          <w:sz w:val="19"/>
        </w:rPr>
        <w:t>(A) no linear factor with integer coefficients and integer</w:t>
        <w:br/>
        <w:t>exponents　　(B) the factor -x+y+z　　(C) the factor x-y-z+1　　(D) the factor x+y-z+1　　(E) the factor x-y+z+1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锐角三角形 ABC 内接于以 O 为圆心的圆，且 oversetfrownAB=120°、oversetfrownBC=72°。取一点 E 于劣弧 AC 上，使 OE 垂直于 AC。角 OBE 与角 BAC 的度数之比是：</w:t>
      </w:r>
    </w:p>
    <w:p>
      <w:pPr>
        <w:spacing w:before="0" w:after="120" w:line="300" w:lineRule="auto"/>
      </w:pPr>
      <w:r>
        <w:rPr>
          <w:rFonts w:ascii="Times New Roman" w:hAnsi="Times New Roman" w:eastAsia="宋体"/>
          <w:b w:val="0"/>
          <w:i w:val="0"/>
          <w:sz w:val="21"/>
        </w:rPr>
        <w:t>（A）5/18　　（B）2/9　　（C）1/4　　（D）1/3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Acute-angled triangle ABC is inscribed in a circle with center at O; oversetfrownAB=120° and oversetfrownBC=72°. A point E is taken in minor arc AC such that OE is perpendicular to AC. Then the ratio of the magnitudes of angles OBE and BAC is:</w:t>
      </w:r>
    </w:p>
    <w:p>
      <w:pPr>
        <w:spacing w:before="0" w:after="160" w:line="300" w:lineRule="auto"/>
      </w:pPr>
      <w:r>
        <w:rPr>
          <w:rFonts w:ascii="Times New Roman" w:hAnsi="Times New Roman" w:eastAsia="宋体"/>
          <w:b w:val="0"/>
          <w:i w:val="0"/>
          <w:color w:val="333333"/>
          <w:sz w:val="19"/>
        </w:rPr>
        <w:t>(A) 5/18　　(B) 2/9　　(C) 1/4　　(D) 1/3　　(E) 4/9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A 先给 B 与 B 原有钱数相同的美分，再给 C 与 C 原有钱数相同的美分。接着，B 同样分别给 A 和 C 与他们当时各自钱数相同的美分。最后，C 也同样分别给 A 和 B 与他们当时各自钱数相同的美分。如果最终每人都有 16 美分，那么 A 最初有多少美分？</w:t>
      </w:r>
    </w:p>
    <w:p>
      <w:pPr>
        <w:spacing w:before="0" w:after="120" w:line="300" w:lineRule="auto"/>
      </w:pPr>
      <w:r>
        <w:rPr>
          <w:rFonts w:ascii="Times New Roman" w:hAnsi="Times New Roman" w:eastAsia="宋体"/>
          <w:b w:val="0"/>
          <w:i w:val="0"/>
          <w:sz w:val="21"/>
        </w:rPr>
        <w:t>（A）24　　（B）26　　（C）28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gives B as many cents as B has and C as many cents as C has. Similarly, B then gives A and C as many cents as each then has. C, similarly, then gives A and B as many cents as each then has. If each finally has 16 cents, with how many cents does A start?</w:t>
      </w:r>
    </w:p>
    <w:p>
      <w:pPr>
        <w:spacing w:before="0" w:after="160" w:line="300" w:lineRule="auto"/>
      </w:pPr>
      <w:r>
        <w:rPr>
          <w:rFonts w:ascii="Times New Roman" w:hAnsi="Times New Roman" w:eastAsia="宋体"/>
          <w:b w:val="0"/>
          <w:i w:val="0"/>
          <w:color w:val="333333"/>
          <w:sz w:val="19"/>
        </w:rPr>
        <w:t>(A) 24　　(B) 26　　(C) 28　　(D) 30　　(E) 32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考虑形如 x²+bx+c=0 的方程。若系数 b 和 c 都从整数集合 {1,2,3,4,5,6} 中选取，其中有多少个方程具有实根？</w:t>
      </w:r>
    </w:p>
    <w:p>
      <w:pPr>
        <w:spacing w:before="0" w:after="120" w:line="300" w:lineRule="auto"/>
      </w:pPr>
      <w:r>
        <w:rPr>
          <w:rFonts w:ascii="Times New Roman" w:hAnsi="Times New Roman" w:eastAsia="宋体"/>
          <w:b w:val="0"/>
          <w:i w:val="0"/>
          <w:sz w:val="21"/>
        </w:rPr>
        <w:t>（A）20　　（B）19　　（C）18　　（D）17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equations of the form x²+bx+c=0. How many such equations have real roots and have coefficients b and c selected from the set of integers {1,2,3,4,5,6}?</w:t>
      </w:r>
    </w:p>
    <w:p>
      <w:pPr>
        <w:spacing w:before="0" w:after="160" w:line="300" w:lineRule="auto"/>
      </w:pPr>
      <w:r>
        <w:rPr>
          <w:rFonts w:ascii="Times New Roman" w:hAnsi="Times New Roman" w:eastAsia="宋体"/>
          <w:b w:val="0"/>
          <w:i w:val="0"/>
          <w:color w:val="333333"/>
          <w:sz w:val="19"/>
        </w:rPr>
        <w:t>(A) 20　　(B) 19　　(C) 18　　(D) 17　　(E) 16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在正方形 ABCD 的边 AD 上取一点 F。过 C 作 CF 的垂线，与 AB 的延长线交于 E。ABCD 的面积为 256 平方英寸，三角形 CEF 的面积为 200 平方英寸。则 BE 的长度为多少英寸？</w:t>
      </w:r>
    </w:p>
    <w:p>
      <w:pPr>
        <w:spacing w:before="80" w:after="80"/>
        <w:jc w:val="center"/>
      </w:pPr>
      <w:r>
        <w:drawing>
          <wp:inline xmlns:a="http://schemas.openxmlformats.org/drawingml/2006/main" xmlns:pic="http://schemas.openxmlformats.org/drawingml/2006/picture">
            <wp:extent cx="2622470" cy="1905231"/>
            <wp:docPr id="3" name="Picture 3"/>
            <wp:cNvGraphicFramePr>
              <a:graphicFrameLocks noChangeAspect="1"/>
            </wp:cNvGraphicFramePr>
            <a:graphic>
              <a:graphicData uri="http://schemas.openxmlformats.org/drawingml/2006/picture">
                <pic:pic>
                  <pic:nvPicPr>
                    <pic:cNvPr id="0" name="q25-1@300dpi.png"/>
                    <pic:cNvPicPr/>
                  </pic:nvPicPr>
                  <pic:blipFill>
                    <a:blip r:embed="rId10"/>
                    <a:stretch>
                      <a:fillRect/>
                    </a:stretch>
                  </pic:blipFill>
                  <pic:spPr>
                    <a:xfrm>
                      <a:off x="0" y="0"/>
                      <a:ext cx="2622470" cy="1905231"/>
                    </a:xfrm>
                    <a:prstGeom prst="rect"/>
                  </pic:spPr>
                </pic:pic>
              </a:graphicData>
            </a:graphic>
          </wp:inline>
        </w:drawing>
      </w:r>
    </w:p>
    <w:p>
      <w:pPr>
        <w:spacing w:before="0" w:after="120" w:line="300" w:lineRule="auto"/>
      </w:pPr>
      <w:r>
        <w:rPr>
          <w:rFonts w:ascii="Times New Roman" w:hAnsi="Times New Roman" w:eastAsia="宋体"/>
          <w:b w:val="0"/>
          <w:i w:val="0"/>
          <w:sz w:val="21"/>
        </w:rPr>
        <w:t>（A）12　　（B）14　　（C）15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F is taken in side AD of square ABCD. At C a perpendicular is drawn to CF, meeting AB extended at E. The area of ABCD is 256 square inches and the area of triangle CEF is 200 square inches. Then the number of inches in BE is:</w:t>
      </w:r>
    </w:p>
    <w:p>
      <w:pPr>
        <w:spacing w:before="80" w:after="80"/>
        <w:jc w:val="center"/>
      </w:pPr>
      <w:r>
        <w:drawing>
          <wp:inline xmlns:a="http://schemas.openxmlformats.org/drawingml/2006/main" xmlns:pic="http://schemas.openxmlformats.org/drawingml/2006/picture">
            <wp:extent cx="2622470" cy="1905231"/>
            <wp:docPr id="4" name="Picture 4"/>
            <wp:cNvGraphicFramePr>
              <a:graphicFrameLocks noChangeAspect="1"/>
            </wp:cNvGraphicFramePr>
            <a:graphic>
              <a:graphicData uri="http://schemas.openxmlformats.org/drawingml/2006/picture">
                <pic:pic>
                  <pic:nvPicPr>
                    <pic:cNvPr id="0" name="q25-1@300dpi.png"/>
                    <pic:cNvPicPr/>
                  </pic:nvPicPr>
                  <pic:blipFill>
                    <a:blip r:embed="rId10"/>
                    <a:stretch>
                      <a:fillRect/>
                    </a:stretch>
                  </pic:blipFill>
                  <pic:spPr>
                    <a:xfrm>
                      <a:off x="0" y="0"/>
                      <a:ext cx="2622470" cy="19052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14　　(C) 15　　(D) 16　　(E) 20</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i w:val="0"/>
          <w:sz w:val="21"/>
        </w:rPr>
        <w:t>形式 I。</w:t>
      </w:r>
      <w:r>
        <w:rPr>
          <w:rFonts w:ascii="Times New Roman" w:hAnsi="Times New Roman" w:eastAsia="宋体"/>
          <w:b w:val="0"/>
          <w:i w:val="0"/>
          <w:sz w:val="21"/>
        </w:rPr>
        <w:t>考虑以下命题：</w:t>
      </w:r>
    </w:p>
    <w:p>
      <w:pPr>
        <w:spacing w:before="0" w:after="80" w:line="300" w:lineRule="auto"/>
        <w:jc w:val="left"/>
      </w:pPr>
      <w:r>
        <w:rPr>
          <w:rFonts w:ascii="Times New Roman" w:hAnsi="Times New Roman" w:eastAsia="宋体"/>
          <w:b w:val="0"/>
          <w:i w:val="0"/>
          <w:sz w:val="21"/>
        </w:rPr>
        <w:t>(1)quadplandneg qland r,</w:t>
      </w:r>
    </w:p>
    <w:p>
      <w:pPr>
        <w:spacing w:before="0" w:after="80" w:line="300" w:lineRule="auto"/>
        <w:jc w:val="left"/>
      </w:pPr>
      <w:r>
        <w:rPr>
          <w:rFonts w:ascii="Times New Roman" w:hAnsi="Times New Roman" w:eastAsia="宋体"/>
          <w:b w:val="0"/>
          <w:i w:val="0"/>
          <w:sz w:val="21"/>
        </w:rPr>
        <w:t>(2) neg plandneg qland r,</w:t>
      </w:r>
    </w:p>
    <w:p>
      <w:pPr>
        <w:spacing w:before="0" w:after="80" w:line="300" w:lineRule="auto"/>
        <w:jc w:val="left"/>
      </w:pPr>
      <w:r>
        <w:rPr>
          <w:rFonts w:ascii="Times New Roman" w:hAnsi="Times New Roman" w:eastAsia="宋体"/>
          <w:b w:val="0"/>
          <w:i w:val="0"/>
          <w:sz w:val="21"/>
        </w:rPr>
        <w:t>(3)quadplandneg qlandneg r,</w:t>
      </w:r>
    </w:p>
    <w:p>
      <w:pPr>
        <w:spacing w:before="0" w:after="80" w:line="300" w:lineRule="auto"/>
        <w:jc w:val="left"/>
      </w:pPr>
      <w:r>
        <w:rPr>
          <w:rFonts w:ascii="Times New Roman" w:hAnsi="Times New Roman" w:eastAsia="宋体"/>
          <w:b w:val="0"/>
          <w:i w:val="0"/>
          <w:sz w:val="21"/>
        </w:rPr>
        <w:t>(4) neg pland qland 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p、q、r 是命题。以上有多少个能推出 (p→ q)→ r 为真？</w:t>
      </w:r>
    </w:p>
    <w:p>
      <w:pPr>
        <w:spacing w:before="0" w:after="80" w:line="300" w:lineRule="auto"/>
        <w:jc w:val="left"/>
      </w:pPr>
      <w:r>
        <w:rPr>
          <w:rFonts w:ascii="Times New Roman" w:hAnsi="Times New Roman" w:eastAsia="宋体"/>
          <w:b/>
          <w:i w:val="0"/>
          <w:sz w:val="21"/>
        </w:rPr>
        <w:t>形式 II。</w:t>
      </w:r>
      <w:r>
        <w:rPr>
          <w:rFonts w:ascii="Times New Roman" w:hAnsi="Times New Roman" w:eastAsia="宋体"/>
          <w:b w:val="0"/>
          <w:i w:val="0"/>
          <w:sz w:val="21"/>
        </w:rPr>
        <w:t>考虑以下命题：(1) p 和 r 为真且 q 为假；(2) r 为真且 p 和 q 为假；(3) p 为真且 q 和 r 为假；(4) q 和 r 为真且 p 为假。以上有多少个能推出命题“r 可由‘p 蕴含 q’推出”为真？</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i w:val="0"/>
          <w:color w:val="333333"/>
          <w:sz w:val="19"/>
        </w:rPr>
        <w:t>Form I.</w:t>
      </w:r>
      <w:r>
        <w:rPr>
          <w:rFonts w:ascii="Times New Roman" w:hAnsi="Times New Roman" w:eastAsia="宋体"/>
          <w:b w:val="0"/>
          <w:i w:val="0"/>
          <w:color w:val="333333"/>
          <w:sz w:val="19"/>
        </w:rPr>
        <w:t>Consider the statements</w:t>
      </w:r>
    </w:p>
    <w:p>
      <w:pPr>
        <w:spacing w:before="0" w:after="80" w:line="300" w:lineRule="auto"/>
        <w:jc w:val="left"/>
      </w:pPr>
      <w:r>
        <w:rPr>
          <w:rFonts w:ascii="Times New Roman" w:hAnsi="Times New Roman" w:eastAsia="宋体"/>
          <w:b w:val="0"/>
          <w:i w:val="0"/>
          <w:color w:val="333333"/>
          <w:sz w:val="19"/>
        </w:rPr>
        <w:t>(1)quadplandneg qland r,</w:t>
      </w:r>
    </w:p>
    <w:p>
      <w:pPr>
        <w:spacing w:before="0" w:after="80" w:line="300" w:lineRule="auto"/>
        <w:jc w:val="left"/>
      </w:pPr>
      <w:r>
        <w:rPr>
          <w:rFonts w:ascii="Times New Roman" w:hAnsi="Times New Roman" w:eastAsia="宋体"/>
          <w:b w:val="0"/>
          <w:i w:val="0"/>
          <w:color w:val="333333"/>
          <w:sz w:val="19"/>
        </w:rPr>
        <w:t>(2) neg plandneg qland r,</w:t>
      </w:r>
    </w:p>
    <w:p>
      <w:pPr>
        <w:spacing w:before="0" w:after="80" w:line="300" w:lineRule="auto"/>
        <w:jc w:val="left"/>
      </w:pPr>
      <w:r>
        <w:rPr>
          <w:rFonts w:ascii="Times New Roman" w:hAnsi="Times New Roman" w:eastAsia="宋体"/>
          <w:b w:val="0"/>
          <w:i w:val="0"/>
          <w:color w:val="333333"/>
          <w:sz w:val="19"/>
        </w:rPr>
        <w:t>(3)quadplandneg qlandneg r,</w:t>
      </w:r>
    </w:p>
    <w:p>
      <w:pPr>
        <w:spacing w:before="0" w:after="80" w:line="300" w:lineRule="auto"/>
        <w:jc w:val="left"/>
      </w:pPr>
      <w:r>
        <w:rPr>
          <w:rFonts w:ascii="Times New Roman" w:hAnsi="Times New Roman" w:eastAsia="宋体"/>
          <w:b w:val="0"/>
          <w:i w:val="0"/>
          <w:color w:val="333333"/>
          <w:sz w:val="19"/>
        </w:rPr>
        <w:t>(4) neg pland qland r,</w:t>
      </w:r>
    </w:p>
    <w:p>
      <w:pPr>
        <w:spacing w:before="0" w:after="80" w:line="300" w:lineRule="auto"/>
        <w:jc w:val="left"/>
      </w:pPr>
      <w:r>
        <w:rPr>
          <w:rFonts w:ascii="Times New Roman" w:hAnsi="Times New Roman" w:eastAsia="宋体"/>
          <w:b w:val="0"/>
          <w:i w:val="0"/>
          <w:color w:val="333333"/>
          <w:sz w:val="19"/>
        </w:rPr>
        <w:t>where p, q, r are propositions. How many of these imply the truth of (p→ q)→ r?</w:t>
      </w:r>
    </w:p>
    <w:p>
      <w:pPr>
        <w:spacing w:before="0" w:after="80" w:line="300" w:lineRule="auto"/>
        <w:jc w:val="left"/>
      </w:pPr>
      <w:r>
        <w:rPr>
          <w:rFonts w:ascii="Times New Roman" w:hAnsi="Times New Roman" w:eastAsia="宋体"/>
          <w:b/>
          <w:i w:val="0"/>
          <w:color w:val="333333"/>
          <w:sz w:val="19"/>
        </w:rPr>
        <w:t>Form II.</w:t>
      </w:r>
      <w:r>
        <w:rPr>
          <w:rFonts w:ascii="Times New Roman" w:hAnsi="Times New Roman" w:eastAsia="宋体"/>
          <w:b w:val="0"/>
          <w:i w:val="0"/>
          <w:color w:val="333333"/>
          <w:sz w:val="19"/>
        </w:rPr>
        <w:t>Consider the statements (1) p and r are true and q is false, (2) r is true and p and q are false, (3) p is true and q and r are false, (4) q and r are true and p is false. How many of these imply the truth of the statement “r is implied by the statement that p implies q”?</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在平面上画六条直线，其中任意两条都不平行，任意三条都不共点。它们把平面分成的区域数是：</w:t>
      </w:r>
    </w:p>
    <w:p>
      <w:pPr>
        <w:spacing w:before="0" w:after="120" w:line="300" w:lineRule="auto"/>
      </w:pPr>
      <w:r>
        <w:rPr>
          <w:rFonts w:ascii="Times New Roman" w:hAnsi="Times New Roman" w:eastAsia="宋体"/>
          <w:b w:val="0"/>
          <w:i w:val="0"/>
          <w:sz w:val="21"/>
        </w:rPr>
        <w:t>（A）16　　（B）20　　（C）22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straight lines are drawn in a plane with no two parallel and no three concurrent. The number of regions into which they divide the plane is:</w:t>
      </w:r>
    </w:p>
    <w:p>
      <w:pPr>
        <w:spacing w:before="0" w:after="160" w:line="300" w:lineRule="auto"/>
      </w:pPr>
      <w:r>
        <w:rPr>
          <w:rFonts w:ascii="Times New Roman" w:hAnsi="Times New Roman" w:eastAsia="宋体"/>
          <w:b w:val="0"/>
          <w:i w:val="0"/>
          <w:color w:val="333333"/>
          <w:sz w:val="19"/>
        </w:rPr>
        <w:t>(A) 16　　(B) 20　　(C) 22　　(D) 24　　(E) 26</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已知方程 3x²-4x+k=0 有实根。使该方程两根之积最大的 k 值是：</w:t>
      </w:r>
    </w:p>
    <w:p>
      <w:pPr>
        <w:spacing w:before="0" w:after="120" w:line="300" w:lineRule="auto"/>
      </w:pPr>
      <w:r>
        <w:rPr>
          <w:rFonts w:ascii="Times New Roman" w:hAnsi="Times New Roman" w:eastAsia="宋体"/>
          <w:b w:val="0"/>
          <w:i w:val="0"/>
          <w:sz w:val="21"/>
        </w:rPr>
        <w:t>（A）16/9　　（B）16/3　　（C）4/9　　（D）4/3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equation 3x²-4x+k=0 with real roots. The value of k for which the product of the roots of the equation is a maximum is:</w:t>
      </w:r>
    </w:p>
    <w:p>
      <w:pPr>
        <w:spacing w:before="0" w:after="160" w:line="300" w:lineRule="auto"/>
      </w:pPr>
      <w:r>
        <w:rPr>
          <w:rFonts w:ascii="Times New Roman" w:hAnsi="Times New Roman" w:eastAsia="宋体"/>
          <w:b w:val="0"/>
          <w:i w:val="0"/>
          <w:color w:val="333333"/>
          <w:sz w:val="19"/>
        </w:rPr>
        <w:t>(A) 16/9　　(B) 16/3　　(C) 4/9　　(D) 4/3　　(E) -4/3</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一个竖直向上发射的质点在 t 秒末到达 s 英尺的高度，其中 s=160t-16t²。它能达到的最大高度是：</w:t>
      </w:r>
    </w:p>
    <w:p>
      <w:pPr>
        <w:spacing w:before="0" w:after="120" w:line="300" w:lineRule="auto"/>
      </w:pPr>
      <w:r>
        <w:rPr>
          <w:rFonts w:ascii="Times New Roman" w:hAnsi="Times New Roman" w:eastAsia="宋体"/>
          <w:b w:val="0"/>
          <w:i w:val="0"/>
          <w:sz w:val="21"/>
        </w:rPr>
        <w:t>（A）800　　（B）640　　（C）400　　（D）320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particle projected vertically upward reaches, at the end of t seconds, an elevation of s feet where s=160t-16t². The highest elevation is:</w:t>
      </w:r>
    </w:p>
    <w:p>
      <w:pPr>
        <w:spacing w:before="0" w:after="160" w:line="300" w:lineRule="auto"/>
      </w:pPr>
      <w:r>
        <w:rPr>
          <w:rFonts w:ascii="Times New Roman" w:hAnsi="Times New Roman" w:eastAsia="宋体"/>
          <w:b w:val="0"/>
          <w:i w:val="0"/>
          <w:color w:val="333333"/>
          <w:sz w:val="19"/>
        </w:rPr>
        <w:t>(A) 800　　(B) 640　　(C) 400　　(D) 320　　(E) 160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F=log1+x/1-x。</w:t>
      </w:r>
    </w:p>
    <w:p>
      <w:pPr>
        <w:spacing w:before="0" w:after="80" w:line="300" w:lineRule="auto"/>
        <w:jc w:val="left"/>
      </w:pPr>
      <w:r>
        <w:rPr>
          <w:rFonts w:ascii="Times New Roman" w:hAnsi="Times New Roman" w:eastAsia="宋体"/>
          <w:b w:val="0"/>
          <w:i w:val="0"/>
          <w:sz w:val="21"/>
        </w:rPr>
        <w:t>求新函数 G：把 x 在 F 中的每一次出现都替换为</w:t>
      </w:r>
    </w:p>
    <w:p>
      <w:pPr>
        <w:spacing w:before="0" w:after="80" w:line="300" w:lineRule="auto"/>
        <w:jc w:val="left"/>
      </w:pPr>
      <w:r>
        <w:rPr>
          <w:rFonts w:ascii="Times New Roman" w:hAnsi="Times New Roman" w:eastAsia="宋体"/>
          <w:b w:val="0"/>
          <w:i w:val="0"/>
          <w:sz w:val="21"/>
        </w:rPr>
        <w:t>3x+x³/1+3x²，</w:t>
      </w:r>
    </w:p>
    <w:p>
      <w:pPr>
        <w:spacing w:before="0" w:after="80" w:line="300" w:lineRule="auto"/>
        <w:jc w:val="left"/>
      </w:pPr>
      <w:r>
        <w:rPr>
          <w:rFonts w:ascii="Times New Roman" w:hAnsi="Times New Roman" w:eastAsia="宋体"/>
          <w:b w:val="0"/>
          <w:i w:val="0"/>
          <w:sz w:val="21"/>
        </w:rPr>
        <w:t>并化简。化简后的 G 等于：</w:t>
      </w:r>
    </w:p>
    <w:p>
      <w:pPr>
        <w:spacing w:before="0" w:after="120" w:line="300" w:lineRule="auto"/>
      </w:pPr>
      <w:r>
        <w:rPr>
          <w:rFonts w:ascii="Times New Roman" w:hAnsi="Times New Roman" w:eastAsia="宋体"/>
          <w:b w:val="0"/>
          <w:i w:val="0"/>
          <w:sz w:val="21"/>
        </w:rPr>
        <w:t>（A）-F　　（B）F　　（C）3F　　（D）F³　　（E）F³-F</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F=log1+x/1-x.</w:t>
      </w:r>
    </w:p>
    <w:p>
      <w:pPr>
        <w:spacing w:before="0" w:after="80" w:line="300" w:lineRule="auto"/>
        <w:jc w:val="left"/>
      </w:pPr>
      <w:r>
        <w:rPr>
          <w:rFonts w:ascii="Times New Roman" w:hAnsi="Times New Roman" w:eastAsia="宋体"/>
          <w:b w:val="0"/>
          <w:i w:val="0"/>
          <w:color w:val="333333"/>
          <w:sz w:val="19"/>
        </w:rPr>
        <w:t>Form a new function G by replacing each x in F by</w:t>
      </w:r>
    </w:p>
    <w:p>
      <w:pPr>
        <w:spacing w:before="0" w:after="80" w:line="300" w:lineRule="auto"/>
        <w:jc w:val="left"/>
      </w:pPr>
      <w:r>
        <w:rPr>
          <w:rFonts w:ascii="Times New Roman" w:hAnsi="Times New Roman" w:eastAsia="宋体"/>
          <w:b w:val="0"/>
          <w:i w:val="0"/>
          <w:color w:val="333333"/>
          <w:sz w:val="19"/>
        </w:rPr>
        <w:t>3x+x³/1+3x²,</w:t>
      </w:r>
    </w:p>
    <w:p>
      <w:pPr>
        <w:spacing w:before="0" w:after="80" w:line="300" w:lineRule="auto"/>
        <w:jc w:val="left"/>
      </w:pPr>
      <w:r>
        <w:rPr>
          <w:rFonts w:ascii="Times New Roman" w:hAnsi="Times New Roman" w:eastAsia="宋体"/>
          <w:b w:val="0"/>
          <w:i w:val="0"/>
          <w:color w:val="333333"/>
          <w:sz w:val="19"/>
        </w:rPr>
        <w:t>and simplify. The simplified expression G is equal to:</w:t>
      </w:r>
    </w:p>
    <w:p>
      <w:pPr>
        <w:spacing w:before="0" w:after="160" w:line="300" w:lineRule="auto"/>
      </w:pPr>
      <w:r>
        <w:rPr>
          <w:rFonts w:ascii="Times New Roman" w:hAnsi="Times New Roman" w:eastAsia="宋体"/>
          <w:b w:val="0"/>
          <w:i w:val="0"/>
          <w:color w:val="333333"/>
          <w:sz w:val="19"/>
        </w:rPr>
        <w:t>(A) -F　　(B) F　　(C) 3F　　(D) F³　　(E) F³-F</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方程 2x+3y=763 的正整数解共有：</w:t>
      </w:r>
    </w:p>
    <w:p>
      <w:pPr>
        <w:spacing w:before="0" w:after="120" w:line="300" w:lineRule="auto"/>
      </w:pPr>
      <w:r>
        <w:rPr>
          <w:rFonts w:ascii="Times New Roman" w:hAnsi="Times New Roman" w:eastAsia="宋体"/>
          <w:b w:val="0"/>
          <w:i w:val="0"/>
          <w:sz w:val="21"/>
        </w:rPr>
        <w:t>（A）255　　（B）254　　（C）128　　（D）127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solutions in positive integers of 2x+3y=763 is:</w:t>
      </w:r>
    </w:p>
    <w:p>
      <w:pPr>
        <w:spacing w:before="0" w:after="160" w:line="300" w:lineRule="auto"/>
      </w:pPr>
      <w:r>
        <w:rPr>
          <w:rFonts w:ascii="Times New Roman" w:hAnsi="Times New Roman" w:eastAsia="宋体"/>
          <w:b w:val="0"/>
          <w:i w:val="0"/>
          <w:color w:val="333333"/>
          <w:sz w:val="19"/>
        </w:rPr>
        <w:t>(A) 255　　(B) 254　　(C) 128　　(D) 127　　(E) 0</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矩形 R 的边长为 a 和 b，其中 a&lt; b。现要得到一个边长为 x 和 y 的矩形，其中 x&lt; a、y&lt; a，使它的周长是 R 的三分之一，面积也是 R 的三分之一。这样的不同矩形共有：</w:t>
      </w:r>
    </w:p>
    <w:p>
      <w:pPr>
        <w:spacing w:before="0" w:after="120" w:line="300" w:lineRule="auto"/>
      </w:pPr>
      <w:r>
        <w:rPr>
          <w:rFonts w:ascii="Times New Roman" w:hAnsi="Times New Roman" w:eastAsia="宋体"/>
          <w:b w:val="0"/>
          <w:i w:val="0"/>
          <w:sz w:val="21"/>
        </w:rPr>
        <w:t>（A）0　　（B）1　　（C）2　　（D）4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dimensions of a rectangle R are a and b, a&lt; b. It is required to obtain a rectangle with dimensions x and y, x&lt; a, y&lt; a, so that its perimeter is one-third that of R, and its area is one-third that of R. The number of such (different) rectangles is:</w:t>
      </w:r>
    </w:p>
    <w:p>
      <w:pPr>
        <w:spacing w:before="0" w:after="160" w:line="300" w:lineRule="auto"/>
      </w:pPr>
      <w:r>
        <w:rPr>
          <w:rFonts w:ascii="Times New Roman" w:hAnsi="Times New Roman" w:eastAsia="宋体"/>
          <w:b w:val="0"/>
          <w:i w:val="0"/>
          <w:color w:val="333333"/>
          <w:sz w:val="19"/>
        </w:rPr>
        <w:t>(A) 0　　(B) 1　　(C) 2　　(D) 4　　(E) infinitely many</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已知直线 y=3/4x+6，另有直线 L 与它平行且相距 4 个单位。下列哪一个可能是 L 的方程？</w:t>
      </w:r>
    </w:p>
    <w:p>
      <w:pPr>
        <w:spacing w:before="0" w:after="120" w:line="300" w:lineRule="auto"/>
      </w:pPr>
      <w:r>
        <w:rPr>
          <w:rFonts w:ascii="Times New Roman" w:hAnsi="Times New Roman" w:eastAsia="宋体"/>
          <w:b w:val="0"/>
          <w:i w:val="0"/>
          <w:sz w:val="21"/>
        </w:rPr>
        <w:t>（A）y=3/4x+1　　（B）y=3/4x　　（C）y=3/4x-2/3　　（D）y=3/4x-1　　（E）y=3/4x+2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line y=3/4x+6 and a line L parallel to the given line and 4 units from it. A possible equation for L is:</w:t>
      </w:r>
    </w:p>
    <w:p>
      <w:pPr>
        <w:spacing w:before="0" w:after="160" w:line="300" w:lineRule="auto"/>
      </w:pPr>
      <w:r>
        <w:rPr>
          <w:rFonts w:ascii="Times New Roman" w:hAnsi="Times New Roman" w:eastAsia="宋体"/>
          <w:b w:val="0"/>
          <w:i w:val="0"/>
          <w:color w:val="333333"/>
          <w:sz w:val="19"/>
        </w:rPr>
        <w:t>(A) y=3/4x+1　　(B) y=3/4x　　(C) y=3/4x-2/3　　(D) y=3/4x-1　　(E) y=3/4x+2</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在三角形 ABC 中，边 a=√(3)，边 b=√(3)，且边 c&gt;3。设 x 是满足“边 c 所对角的度数必大于 x”的最大数，则 x 等于：</w:t>
      </w:r>
    </w:p>
    <w:p>
      <w:pPr>
        <w:spacing w:before="0" w:after="120" w:line="300" w:lineRule="auto"/>
      </w:pPr>
      <w:r>
        <w:rPr>
          <w:rFonts w:ascii="Times New Roman" w:hAnsi="Times New Roman" w:eastAsia="宋体"/>
          <w:b w:val="0"/>
          <w:i w:val="0"/>
          <w:sz w:val="21"/>
        </w:rPr>
        <w:t>（A）150　　（B）120　　（C）105　　（D）90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side a=√(3), side b=√(3), and side c&gt;3. Let x be the largest number such that the magnitude, in degrees, of the angle opposite side c exceeds x. Then x equals:</w:t>
      </w:r>
    </w:p>
    <w:p>
      <w:pPr>
        <w:spacing w:before="0" w:after="160" w:line="300" w:lineRule="auto"/>
      </w:pPr>
      <w:r>
        <w:rPr>
          <w:rFonts w:ascii="Times New Roman" w:hAnsi="Times New Roman" w:eastAsia="宋体"/>
          <w:b w:val="0"/>
          <w:i w:val="0"/>
          <w:color w:val="333333"/>
          <w:sz w:val="19"/>
        </w:rPr>
        <w:t>(A) 150　　(B) 120　　(C) 105　　(D) 90　　(E) 60</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一个三角形的三边长都是整数，面积也是整数。其中一边长为 21，周长为 48。最短边的长度是：</w:t>
      </w:r>
    </w:p>
    <w:p>
      <w:pPr>
        <w:spacing w:before="0" w:after="120" w:line="300" w:lineRule="auto"/>
      </w:pPr>
      <w:r>
        <w:rPr>
          <w:rFonts w:ascii="Times New Roman" w:hAnsi="Times New Roman" w:eastAsia="宋体"/>
          <w:b w:val="0"/>
          <w:i w:val="0"/>
          <w:sz w:val="21"/>
        </w:rPr>
        <w:t>（A）8　　（B）10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lengths of the sides of a triangle are integers, and its area is also an integer. One side is 21 and the perimeter is 48. The shortest side is:</w:t>
      </w:r>
    </w:p>
    <w:p>
      <w:pPr>
        <w:spacing w:before="0" w:after="160" w:line="300" w:lineRule="auto"/>
      </w:pPr>
      <w:r>
        <w:rPr>
          <w:rFonts w:ascii="Times New Roman" w:hAnsi="Times New Roman" w:eastAsia="宋体"/>
          <w:b w:val="0"/>
          <w:i w:val="0"/>
          <w:color w:val="333333"/>
          <w:sz w:val="19"/>
        </w:rPr>
        <w:t>(A) 8　　(B) 10　　(C) 12　　(D) 14　　(E) 16</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某人起初有 64 美分，共下注 6 次，赢三次、输三次，输赢的次序随机，每次获胜和失败的概率相同。每次下注金额都是下注时剩余钱数的一半，则最终结果是：</w:t>
      </w:r>
    </w:p>
    <w:p>
      <w:pPr>
        <w:spacing w:before="0" w:after="120" w:line="300" w:lineRule="auto"/>
      </w:pPr>
      <w:r>
        <w:rPr>
          <w:rFonts w:ascii="Times New Roman" w:hAnsi="Times New Roman" w:eastAsia="宋体"/>
          <w:b w:val="0"/>
          <w:i w:val="0"/>
          <w:sz w:val="21"/>
        </w:rPr>
        <w:t>（A）损失 27 美分　　（B）获利 27 美分　　（C）损失 37 美分　　（D）既没有获利也没有损失　　（E）获利或损失取决于输赢的次序</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person starting with 64 cents and making 6 bets, wins three times and loses three times, the wins and losses occurring in random order. The chance for a win is equal to the chance for a loss. If each wager is for half the money remaining at the time of the bet, then the final result is:</w:t>
      </w:r>
    </w:p>
    <w:p>
      <w:pPr>
        <w:spacing w:before="0" w:after="160" w:line="300" w:lineRule="auto"/>
      </w:pPr>
      <w:r>
        <w:rPr>
          <w:rFonts w:ascii="Times New Roman" w:hAnsi="Times New Roman" w:eastAsia="宋体"/>
          <w:b w:val="0"/>
          <w:i w:val="0"/>
          <w:color w:val="333333"/>
          <w:sz w:val="19"/>
        </w:rPr>
        <w:t>(A) a loss of 27¢　　(B) a gain of 27¢　　(C) a loss of 37¢　　(D) neither a gain nor a loss　　(E) a gain or a loss depending upon the order in which the wins and</w:t>
        <w:br/>
        <w:t>losses occur</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直线上的点 P₁、P₂、…、P₇ 按此顺序排列，但间距不一定相等。在该直线上任取一点 P，令 s 为以下无向线段长度之和：</w:t>
      </w:r>
    </w:p>
    <w:p>
      <w:pPr>
        <w:spacing w:before="0" w:after="80" w:line="300" w:lineRule="auto"/>
        <w:jc w:val="left"/>
      </w:pPr>
      <w:r>
        <w:rPr>
          <w:rFonts w:ascii="Times New Roman" w:hAnsi="Times New Roman" w:eastAsia="宋体"/>
          <w:b w:val="0"/>
          <w:i w:val="0"/>
          <w:sz w:val="21"/>
        </w:rPr>
        <w:t>PP₁, PP₂, …, PP₇。</w:t>
      </w:r>
    </w:p>
    <w:p>
      <w:pPr>
        <w:spacing w:before="0" w:after="80" w:line="300" w:lineRule="auto"/>
        <w:jc w:val="left"/>
      </w:pPr>
      <w:r>
        <w:rPr>
          <w:rFonts w:ascii="Times New Roman" w:hAnsi="Times New Roman" w:eastAsia="宋体"/>
          <w:b w:val="0"/>
          <w:i w:val="0"/>
          <w:sz w:val="21"/>
        </w:rPr>
        <w:t>则 s 取得最小值的充要条件是点 P 位于：</w:t>
      </w:r>
    </w:p>
    <w:p>
      <w:pPr>
        <w:spacing w:before="0" w:after="120" w:line="300" w:lineRule="auto"/>
      </w:pPr>
      <w:r>
        <w:rPr>
          <w:rFonts w:ascii="Times New Roman" w:hAnsi="Times New Roman" w:eastAsia="宋体"/>
          <w:b w:val="0"/>
          <w:i w:val="0"/>
          <w:sz w:val="21"/>
        </w:rPr>
        <w:t>（A）P₁ 与 P₇ 的中点　　（B）P₂ 与 P₆ 的中点　　（C）P₃ 与 P₅ 的中点　　（D）P₄ 处　　（E）P₁ 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points P₁, P₂, …, P₇ on a straight line, in the order stated (not necessarily evenly spaced). Let P be an arbitrarily selected point on the line and let s be the sum of the undirected lengths</w:t>
      </w:r>
    </w:p>
    <w:p>
      <w:pPr>
        <w:spacing w:before="0" w:after="80" w:line="300" w:lineRule="auto"/>
        <w:jc w:val="left"/>
      </w:pPr>
      <w:r>
        <w:rPr>
          <w:rFonts w:ascii="Times New Roman" w:hAnsi="Times New Roman" w:eastAsia="宋体"/>
          <w:b w:val="0"/>
          <w:i w:val="0"/>
          <w:color w:val="333333"/>
          <w:sz w:val="19"/>
        </w:rPr>
        <w:t>PP₁, PP₂, …, PP₇.</w:t>
      </w:r>
    </w:p>
    <w:p>
      <w:pPr>
        <w:spacing w:before="0" w:after="80" w:line="300" w:lineRule="auto"/>
        <w:jc w:val="left"/>
      </w:pPr>
      <w:r>
        <w:rPr>
          <w:rFonts w:ascii="Times New Roman" w:hAnsi="Times New Roman" w:eastAsia="宋体"/>
          <w:b w:val="0"/>
          <w:i w:val="0"/>
          <w:color w:val="333333"/>
          <w:sz w:val="19"/>
        </w:rPr>
        <w:t>Then s is smallest if and only if the point P is:</w:t>
      </w:r>
    </w:p>
    <w:p>
      <w:pPr>
        <w:spacing w:before="0" w:after="160" w:line="300" w:lineRule="auto"/>
      </w:pPr>
      <w:r>
        <w:rPr>
          <w:rFonts w:ascii="Times New Roman" w:hAnsi="Times New Roman" w:eastAsia="宋体"/>
          <w:b w:val="0"/>
          <w:i w:val="0"/>
          <w:color w:val="333333"/>
          <w:sz w:val="19"/>
        </w:rPr>
        <w:t>(A) midway between P₁ and P₇　　(B) midway between P₂ and P₆　　(C) midway between P₃ and P₅　　(D) at P₄　　(E) at P₁</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点 F 位于平行四边形 ABCD 的边 AD 的延长线上。BF 与对角线 AC 交于 E，与边 DC 交于 G。若 EF=32 且 GF=24，则 BE 等于：</w:t>
      </w:r>
    </w:p>
    <w:p>
      <w:pPr>
        <w:spacing w:before="80" w:after="80"/>
        <w:jc w:val="center"/>
      </w:pPr>
      <w:r>
        <w:drawing>
          <wp:inline xmlns:a="http://schemas.openxmlformats.org/drawingml/2006/main" xmlns:pic="http://schemas.openxmlformats.org/drawingml/2006/picture">
            <wp:extent cx="2287929" cy="2079390"/>
            <wp:docPr id="5" name="Picture 5"/>
            <wp:cNvGraphicFramePr>
              <a:graphicFrameLocks noChangeAspect="1"/>
            </wp:cNvGraphicFramePr>
            <a:graphic>
              <a:graphicData uri="http://schemas.openxmlformats.org/drawingml/2006/picture">
                <pic:pic>
                  <pic:nvPicPr>
                    <pic:cNvPr id="0" name="q38-1@300dpi.png"/>
                    <pic:cNvPicPr/>
                  </pic:nvPicPr>
                  <pic:blipFill>
                    <a:blip r:embed="rId11"/>
                    <a:stretch>
                      <a:fillRect/>
                    </a:stretch>
                  </pic:blipFill>
                  <pic:spPr>
                    <a:xfrm>
                      <a:off x="0" y="0"/>
                      <a:ext cx="2287929" cy="2079390"/>
                    </a:xfrm>
                    <a:prstGeom prst="rect"/>
                  </pic:spPr>
                </pic:pic>
              </a:graphicData>
            </a:graphic>
          </wp:inline>
        </w:drawing>
      </w:r>
    </w:p>
    <w:p>
      <w:pPr>
        <w:spacing w:before="0" w:after="120" w:line="300" w:lineRule="auto"/>
      </w:pPr>
      <w:r>
        <w:rPr>
          <w:rFonts w:ascii="Times New Roman" w:hAnsi="Times New Roman" w:eastAsia="宋体"/>
          <w:b w:val="0"/>
          <w:i w:val="0"/>
          <w:sz w:val="21"/>
        </w:rPr>
        <w:t>（A）4　　（B）8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F is taken on the extension of side AD of parallelogram ABCD. BF intersects diagonal AC at E and side DC at G. If EF=32 and GF=24, then BE equals:</w:t>
      </w:r>
    </w:p>
    <w:p>
      <w:pPr>
        <w:spacing w:before="80" w:after="80"/>
        <w:jc w:val="center"/>
      </w:pPr>
      <w:r>
        <w:drawing>
          <wp:inline xmlns:a="http://schemas.openxmlformats.org/drawingml/2006/main" xmlns:pic="http://schemas.openxmlformats.org/drawingml/2006/picture">
            <wp:extent cx="2287929" cy="2079390"/>
            <wp:docPr id="6" name="Picture 6"/>
            <wp:cNvGraphicFramePr>
              <a:graphicFrameLocks noChangeAspect="1"/>
            </wp:cNvGraphicFramePr>
            <a:graphic>
              <a:graphicData uri="http://schemas.openxmlformats.org/drawingml/2006/picture">
                <pic:pic>
                  <pic:nvPicPr>
                    <pic:cNvPr id="0" name="q38-1@300dpi.png"/>
                    <pic:cNvPicPr/>
                  </pic:nvPicPr>
                  <pic:blipFill>
                    <a:blip r:embed="rId11"/>
                    <a:stretch>
                      <a:fillRect/>
                    </a:stretch>
                  </pic:blipFill>
                  <pic:spPr>
                    <a:xfrm>
                      <a:off x="0" y="0"/>
                      <a:ext cx="2287929" cy="20793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8　　(C) 10　　(D) 12　　(E) 16</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在三角形 ABC 中，作线段 CE 和 AD，使 CD/DB=3/1 且 AE/EB=3/2。</w:t>
      </w:r>
    </w:p>
    <w:p>
      <w:pPr>
        <w:spacing w:before="0" w:after="80" w:line="300" w:lineRule="auto"/>
        <w:jc w:val="left"/>
      </w:pPr>
      <w:r>
        <w:rPr>
          <w:rFonts w:ascii="Times New Roman" w:hAnsi="Times New Roman" w:eastAsia="宋体"/>
          <w:b w:val="0"/>
          <w:i w:val="0"/>
          <w:sz w:val="21"/>
        </w:rPr>
        <w:t>设 r=CP/PE，其中 P 是 CE 与 AD 的交点。则 r 等于：</w:t>
      </w:r>
    </w:p>
    <w:p>
      <w:pPr>
        <w:spacing w:before="80" w:after="80"/>
        <w:jc w:val="center"/>
      </w:pPr>
      <w:r>
        <w:drawing>
          <wp:inline xmlns:a="http://schemas.openxmlformats.org/drawingml/2006/main" xmlns:pic="http://schemas.openxmlformats.org/drawingml/2006/picture">
            <wp:extent cx="2146178" cy="2149232"/>
            <wp:docPr id="7" name="Picture 7"/>
            <wp:cNvGraphicFramePr>
              <a:graphicFrameLocks noChangeAspect="1"/>
            </wp:cNvGraphicFramePr>
            <a:graphic>
              <a:graphicData uri="http://schemas.openxmlformats.org/drawingml/2006/picture">
                <pic:pic>
                  <pic:nvPicPr>
                    <pic:cNvPr id="0" name="q39-1@300dpi.png"/>
                    <pic:cNvPicPr/>
                  </pic:nvPicPr>
                  <pic:blipFill>
                    <a:blip r:embed="rId12"/>
                    <a:stretch>
                      <a:fillRect/>
                    </a:stretch>
                  </pic:blipFill>
                  <pic:spPr>
                    <a:xfrm>
                      <a:off x="0" y="0"/>
                      <a:ext cx="2146178" cy="2149232"/>
                    </a:xfrm>
                    <a:prstGeom prst="rect"/>
                  </pic:spPr>
                </pic:pic>
              </a:graphicData>
            </a:graphic>
          </wp:inline>
        </w:drawing>
      </w:r>
    </w:p>
    <w:p>
      <w:pPr>
        <w:spacing w:before="0" w:after="120" w:line="300" w:lineRule="auto"/>
      </w:pPr>
      <w:r>
        <w:rPr>
          <w:rFonts w:ascii="Times New Roman" w:hAnsi="Times New Roman" w:eastAsia="宋体"/>
          <w:b w:val="0"/>
          <w:i w:val="0"/>
          <w:sz w:val="21"/>
        </w:rPr>
        <w:t>（A）3　　（B）3/2　　（C）4　　（D）5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lines CE and AD are drawn so that CD/DB=3/1 and AE/EB=3/2.</w:t>
      </w:r>
    </w:p>
    <w:p>
      <w:pPr>
        <w:spacing w:before="0" w:after="80" w:line="300" w:lineRule="auto"/>
        <w:jc w:val="left"/>
      </w:pPr>
      <w:r>
        <w:rPr>
          <w:rFonts w:ascii="Times New Roman" w:hAnsi="Times New Roman" w:eastAsia="宋体"/>
          <w:b w:val="0"/>
          <w:i w:val="0"/>
          <w:color w:val="333333"/>
          <w:sz w:val="19"/>
        </w:rPr>
        <w:t>Let r=CP/PE, where P is the intersection point of CE and AD. Then r equals:</w:t>
      </w:r>
    </w:p>
    <w:p>
      <w:pPr>
        <w:spacing w:before="80" w:after="80"/>
        <w:jc w:val="center"/>
      </w:pPr>
      <w:r>
        <w:drawing>
          <wp:inline xmlns:a="http://schemas.openxmlformats.org/drawingml/2006/main" xmlns:pic="http://schemas.openxmlformats.org/drawingml/2006/picture">
            <wp:extent cx="2146178" cy="2149232"/>
            <wp:docPr id="8" name="Picture 8"/>
            <wp:cNvGraphicFramePr>
              <a:graphicFrameLocks noChangeAspect="1"/>
            </wp:cNvGraphicFramePr>
            <a:graphic>
              <a:graphicData uri="http://schemas.openxmlformats.org/drawingml/2006/picture">
                <pic:pic>
                  <pic:nvPicPr>
                    <pic:cNvPr id="0" name="q39-1@300dpi.png"/>
                    <pic:cNvPicPr/>
                  </pic:nvPicPr>
                  <pic:blipFill>
                    <a:blip r:embed="rId12"/>
                    <a:stretch>
                      <a:fillRect/>
                    </a:stretch>
                  </pic:blipFill>
                  <pic:spPr>
                    <a:xfrm>
                      <a:off x="0" y="0"/>
                      <a:ext cx="2146178" cy="214923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3/2　　(C) 4　　(D) 5　　(E) 5/2</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若数 x 满足方程 ³√(x+9)-³√(x-9)=3，则 x² 介于：</w:t>
      </w:r>
    </w:p>
    <w:p>
      <w:pPr>
        <w:spacing w:before="0" w:after="120" w:line="300" w:lineRule="auto"/>
      </w:pPr>
      <w:r>
        <w:rPr>
          <w:rFonts w:ascii="Times New Roman" w:hAnsi="Times New Roman" w:eastAsia="宋体"/>
          <w:b w:val="0"/>
          <w:i w:val="0"/>
          <w:sz w:val="21"/>
        </w:rPr>
        <w:t>（A）55 与 65 之间　　（B）65 与 75 之间　　（C）75 与 85 之间　　（D）85 与 95 之间　　（E）95 与 105 之间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a number satisfying the equation ³√(x+9)-³√(x-9)=3, then x² is between:</w:t>
      </w:r>
    </w:p>
    <w:p>
      <w:pPr>
        <w:spacing w:before="0" w:after="160" w:line="300" w:lineRule="auto"/>
      </w:pPr>
      <w:r>
        <w:rPr>
          <w:rFonts w:ascii="Times New Roman" w:hAnsi="Times New Roman" w:eastAsia="宋体"/>
          <w:b w:val="0"/>
          <w:i w:val="0"/>
          <w:color w:val="333333"/>
          <w:sz w:val="19"/>
        </w:rPr>
        <w:t>(A) 55 and 65　　(B) 65 and 75　　(C) 75 and 85　　(D) 85 and 95　　(E) 95 and 105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E　D　E　B　A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E　E　A　C　C　A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D　E　D　B　B　A　E　C</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D　C　C　D　A　A　B　B　C</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D　E　D　C</w:t>
      </w:r>
    </w:p>
    <w:p>
      <w:pPr>
        <w:spacing w:before="0" w:after="200" w:line="300" w:lineRule="auto"/>
      </w:pPr>
      <w:r>
        <w:rPr>
          <w:rFonts w:ascii="Times New Roman" w:hAnsi="Times New Roman" w:eastAsia="宋体"/>
          <w:b w:val="0"/>
          <w:i w:val="0"/>
          <w:color w:val="666666"/>
          <w:sz w:val="18"/>
        </w:rPr>
        <w:t>答案串：DAEDEBADCBBEEACCAABDEDBBAECDCCDAABBCDEDC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表达式 x/x+1 在 x=-1 时没有定义。因此，横坐标为 -1 的点不可能在其图像上。</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x/x+1 is undefined when x=-1. Therefore no point whose first coordinate is -1 can lie on its graph.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这里 x-y=2-(-2)=4，所以</w:t>
      </w:r>
    </w:p>
    <w:p>
      <w:pPr>
        <w:spacing w:before="0" w:after="80" w:line="300" w:lineRule="auto"/>
        <w:jc w:val="left"/>
      </w:pPr>
      <w:r>
        <w:rPr>
          <w:rFonts w:ascii="Times New Roman" w:hAnsi="Times New Roman" w:eastAsia="宋体"/>
          <w:b w:val="0"/>
          <w:i w:val="0"/>
          <w:sz w:val="21"/>
        </w:rPr>
        <w:t>n=2-(-2)⁴=2-16=-14。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x-y=2-(-2)=4, so</w:t>
      </w:r>
    </w:p>
    <w:p>
      <w:pPr>
        <w:spacing w:before="0" w:after="80" w:line="300" w:lineRule="auto"/>
        <w:jc w:val="left"/>
      </w:pPr>
      <w:r>
        <w:rPr>
          <w:rFonts w:ascii="Times New Roman" w:hAnsi="Times New Roman" w:eastAsia="宋体"/>
          <w:b w:val="0"/>
          <w:i w:val="0"/>
          <w:color w:val="333333"/>
          <w:sz w:val="19"/>
        </w:rPr>
        <w:t>n=2-(-2)⁴=2-16=-14.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方程为 1/x+1=x-1。因此 1=x²-1，所以 x=±√(2)。这两个值都不在选项中。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1/x+1=x-1. Hence 1=x²-1, so x=±√(2). Neither value is listed.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交点满足 x²-3x-k=0。要有两个相同的解，必须满足</w:t>
      </w:r>
    </w:p>
    <w:p>
      <w:pPr>
        <w:spacing w:before="0" w:after="80" w:line="300" w:lineRule="auto"/>
        <w:jc w:val="left"/>
      </w:pPr>
      <w:r>
        <w:rPr>
          <w:rFonts w:ascii="Times New Roman" w:hAnsi="Times New Roman" w:eastAsia="宋体"/>
          <w:b w:val="0"/>
          <w:i w:val="0"/>
          <w:sz w:val="21"/>
        </w:rPr>
        <w:t>(-3)²-4(1)(-k)=9+4k=0，</w:t>
      </w:r>
    </w:p>
    <w:p>
      <w:pPr>
        <w:spacing w:before="0" w:after="80" w:line="300" w:lineRule="auto"/>
        <w:jc w:val="left"/>
      </w:pPr>
      <w:r>
        <w:rPr>
          <w:rFonts w:ascii="Times New Roman" w:hAnsi="Times New Roman" w:eastAsia="宋体"/>
          <w:b w:val="0"/>
          <w:i w:val="0"/>
          <w:sz w:val="21"/>
        </w:rPr>
        <w:t>从而 k=-9/4。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Intersections satisfy x²-3x-k=0. Two identical solutions require</w:t>
      </w:r>
    </w:p>
    <w:p>
      <w:pPr>
        <w:spacing w:before="0" w:after="80" w:line="300" w:lineRule="auto"/>
        <w:jc w:val="left"/>
      </w:pPr>
      <w:r>
        <w:rPr>
          <w:rFonts w:ascii="Times New Roman" w:hAnsi="Times New Roman" w:eastAsia="宋体"/>
          <w:b w:val="0"/>
          <w:i w:val="0"/>
          <w:color w:val="333333"/>
          <w:sz w:val="19"/>
        </w:rPr>
        <w:t>(-3)²-4(1)(-k)=9+4k=0,</w:t>
      </w:r>
    </w:p>
    <w:p>
      <w:pPr>
        <w:spacing w:before="0" w:after="80" w:line="300" w:lineRule="auto"/>
        <w:jc w:val="left"/>
      </w:pPr>
      <w:r>
        <w:rPr>
          <w:rFonts w:ascii="Times New Roman" w:hAnsi="Times New Roman" w:eastAsia="宋体"/>
          <w:b w:val="0"/>
          <w:i w:val="0"/>
          <w:color w:val="333333"/>
          <w:sz w:val="19"/>
        </w:rPr>
        <w:t>giving k=-9/4.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对数为实数要求 x&gt;0。由于底数 10 大于 1，log₁₀x&lt;0=log₁₀1 推出 x&lt;1。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is real only for x&gt;0. Since base 10 is greater than 1, log₁₀x&lt;0=log₁₀1 implies x&lt;1.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 C 是斜边 AD 的中点，所以 AC=BC=CD。又因为 AB=BC，三角形 ABC 是等边三角形。因此 ∠ DAB=∠ CAB=60°。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 is the midpoint of hypotenuse AD, AC=BC=CD. Given AB=BC, triangle ABC is equilateral. Thus ∠ DAB=∠ CAB=60°.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直线 (1) 的斜率是 2/3，直线 (4) 的斜率是 -3/2。它们的积为 -1，所以这两条直线互相垂直。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(1) has slope 2/3, and line (4) has slope -3/2. Their product is -1, so these two lines are perpendicular.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1260=2²·3²·5·7，要使每个指数都能被 3 整除，最小的乘数是</w:t>
      </w:r>
    </w:p>
    <w:p>
      <w:pPr>
        <w:spacing w:before="0" w:after="80" w:line="300" w:lineRule="auto"/>
        <w:jc w:val="left"/>
      </w:pPr>
      <w:r>
        <w:rPr>
          <w:rFonts w:ascii="Times New Roman" w:hAnsi="Times New Roman" w:eastAsia="宋体"/>
          <w:b w:val="0"/>
          <w:i w:val="0"/>
          <w:sz w:val="21"/>
        </w:rPr>
        <w:t>2·3·5²·7²=7350。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1260=2²·3²·5·7, the least multiplier making every exponent divisible by 3 is</w:t>
      </w:r>
    </w:p>
    <w:p>
      <w:pPr>
        <w:spacing w:before="0" w:after="80" w:line="300" w:lineRule="auto"/>
        <w:jc w:val="left"/>
      </w:pPr>
      <w:r>
        <w:rPr>
          <w:rFonts w:ascii="Times New Roman" w:hAnsi="Times New Roman" w:eastAsia="宋体"/>
          <w:b w:val="0"/>
          <w:i w:val="0"/>
          <w:color w:val="333333"/>
          <w:sz w:val="19"/>
        </w:rPr>
        <w:t>2·3·5²·7²=7350.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恰好选取 -a^(-1/2) 共 r 次所得项的指数为 7-r-r/2=7-3r/2。令它等于 -1/2，得到 r=5。该项的系数是 C(7, 5)(-1)⁵=-21。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term using -a^(-1/2) exactly r times has exponent 7-r-r/2=7-3r/2. Setting this to -1/2 gives r=5. Its coefficient is C(7, 5)(-1)⁵=-21.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令对边的高度为 0，两个顶点的高度为 a。则 P=(a/2,d)。顶点距离与 d 相等，故</w:t>
      </w:r>
    </w:p>
    <w:p>
      <w:pPr>
        <w:spacing w:before="0" w:after="80" w:line="300" w:lineRule="auto"/>
        <w:jc w:val="left"/>
      </w:pPr>
      <w:r>
        <w:rPr>
          <w:rFonts w:ascii="Times New Roman" w:hAnsi="Times New Roman" w:eastAsia="宋体"/>
          <w:b w:val="0"/>
          <w:i w:val="0"/>
          <w:sz w:val="21"/>
        </w:rPr>
        <w:t>(a/2)²+(a-d)²=d²，</w:t>
      </w:r>
    </w:p>
    <w:p>
      <w:pPr>
        <w:spacing w:before="0" w:after="80" w:line="300" w:lineRule="auto"/>
        <w:jc w:val="left"/>
      </w:pPr>
      <w:r>
        <w:rPr>
          <w:rFonts w:ascii="Times New Roman" w:hAnsi="Times New Roman" w:eastAsia="宋体"/>
          <w:b w:val="0"/>
          <w:i w:val="0"/>
          <w:sz w:val="21"/>
        </w:rPr>
        <w:t>所以 5a²/4=2ad，从而 d=5a/8。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opposite side at height 0 and the two vertices at height a. Then P=(a/2,d). Equality of the vertex distance and d gives</w:t>
      </w:r>
    </w:p>
    <w:p>
      <w:pPr>
        <w:spacing w:before="0" w:after="80" w:line="300" w:lineRule="auto"/>
        <w:jc w:val="left"/>
      </w:pPr>
      <w:r>
        <w:rPr>
          <w:rFonts w:ascii="Times New Roman" w:hAnsi="Times New Roman" w:eastAsia="宋体"/>
          <w:b w:val="0"/>
          <w:i w:val="0"/>
          <w:color w:val="333333"/>
          <w:sz w:val="19"/>
        </w:rPr>
        <w:t>(a/2)²+(a-d)²=d²,</w:t>
      </w:r>
    </w:p>
    <w:p>
      <w:pPr>
        <w:spacing w:before="0" w:after="80" w:line="300" w:lineRule="auto"/>
        <w:jc w:val="left"/>
      </w:pPr>
      <w:r>
        <w:rPr>
          <w:rFonts w:ascii="Times New Roman" w:hAnsi="Times New Roman" w:eastAsia="宋体"/>
          <w:b w:val="0"/>
          <w:i w:val="0"/>
          <w:color w:val="333333"/>
          <w:sz w:val="19"/>
        </w:rPr>
        <w:t>so 5a²/4=2ad and d=5a/8.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原来的总和是 50·38=1900。去掉 45+55=100 后，剩余各数之和为 1800，所以新的平均数为 1800/48=37.5。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sum is 50·38=1900. After removing 45+55=100, the remaining sum is 1800, so the new mean is 1800/48=37.5.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因为 P+R=Q+S，所以</w:t>
      </w:r>
    </w:p>
    <w:p>
      <w:pPr>
        <w:spacing w:before="0" w:after="80" w:line="300" w:lineRule="auto"/>
        <w:jc w:val="left"/>
      </w:pPr>
      <w:r>
        <w:rPr>
          <w:rFonts w:ascii="Times New Roman" w:hAnsi="Times New Roman" w:eastAsia="宋体"/>
          <w:b w:val="0"/>
          <w:i w:val="0"/>
          <w:sz w:val="21"/>
        </w:rPr>
        <w:t>S=P+R-Q</w:t>
      </w:r>
    </w:p>
    <w:p>
      <w:pPr>
        <w:spacing w:before="0" w:after="80" w:line="300" w:lineRule="auto"/>
        <w:jc w:val="left"/>
      </w:pPr>
      <w:r>
        <w:rPr>
          <w:rFonts w:ascii="Times New Roman" w:hAnsi="Times New Roman" w:eastAsia="宋体"/>
          <w:b w:val="0"/>
          <w:i w:val="0"/>
          <w:sz w:val="21"/>
        </w:rPr>
        <w:t>=(-3,-2)+(9,1)-(1,-5)</w:t>
      </w:r>
    </w:p>
    <w:p>
      <w:pPr>
        <w:spacing w:before="0" w:after="80" w:line="300" w:lineRule="auto"/>
        <w:jc w:val="left"/>
      </w:pPr>
      <w:r>
        <w:rPr>
          <w:rFonts w:ascii="Times New Roman" w:hAnsi="Times New Roman" w:eastAsia="宋体"/>
          <w:b w:val="0"/>
          <w:i w:val="0"/>
          <w:sz w:val="21"/>
        </w:rPr>
        <w:t>=(5,4)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坐标之和为 5+4=9。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P+R=Q+S,</w:t>
      </w:r>
    </w:p>
    <w:p>
      <w:pPr>
        <w:spacing w:before="0" w:after="80" w:line="300" w:lineRule="auto"/>
        <w:jc w:val="left"/>
      </w:pPr>
      <w:r>
        <w:rPr>
          <w:rFonts w:ascii="Times New Roman" w:hAnsi="Times New Roman" w:eastAsia="宋体"/>
          <w:b w:val="0"/>
          <w:i w:val="0"/>
          <w:color w:val="333333"/>
          <w:sz w:val="19"/>
        </w:rPr>
        <w:t>S=P+R-Q</w:t>
      </w:r>
    </w:p>
    <w:p>
      <w:pPr>
        <w:spacing w:before="0" w:after="80" w:line="300" w:lineRule="auto"/>
        <w:jc w:val="left"/>
      </w:pPr>
      <w:r>
        <w:rPr>
          <w:rFonts w:ascii="Times New Roman" w:hAnsi="Times New Roman" w:eastAsia="宋体"/>
          <w:b w:val="0"/>
          <w:i w:val="0"/>
          <w:color w:val="333333"/>
          <w:sz w:val="19"/>
        </w:rPr>
        <w:t>=(-3,-2)+(9,1)-(1,-5)</w:t>
      </w:r>
    </w:p>
    <w:p>
      <w:pPr>
        <w:spacing w:before="0" w:after="80" w:line="300" w:lineRule="auto"/>
        <w:jc w:val="left"/>
      </w:pPr>
      <w:r>
        <w:rPr>
          <w:rFonts w:ascii="Times New Roman" w:hAnsi="Times New Roman" w:eastAsia="宋体"/>
          <w:b w:val="0"/>
          <w:i w:val="0"/>
          <w:color w:val="333333"/>
          <w:sz w:val="19"/>
        </w:rPr>
        <w:t>=(5,4).</w:t>
      </w:r>
    </w:p>
    <w:p>
      <w:pPr>
        <w:spacing w:before="0" w:after="80" w:line="300" w:lineRule="auto"/>
        <w:jc w:val="left"/>
      </w:pPr>
      <w:r>
        <w:rPr>
          <w:rFonts w:ascii="Times New Roman" w:hAnsi="Times New Roman" w:eastAsia="宋体"/>
          <w:b w:val="0"/>
          <w:i w:val="0"/>
          <w:color w:val="333333"/>
          <w:sz w:val="19"/>
        </w:rPr>
        <w:t>The coordinate sum is 5+4=9.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化为最简分数后，左边的分母只能是 2 的幂，右边的分母只能是 3 的幂。两边相等就迫使两边都是整数。若 c 或 d 为负数，3ᶜ+3ᵈ 的分母中仍会含因数 3。因此 c,d≥0。</w:t>
      </w:r>
    </w:p>
    <w:p>
      <w:pPr>
        <w:spacing w:before="0" w:after="80" w:line="300" w:lineRule="auto"/>
        <w:jc w:val="left"/>
      </w:pPr>
      <w:r>
        <w:rPr>
          <w:rFonts w:ascii="Times New Roman" w:hAnsi="Times New Roman" w:eastAsia="宋体"/>
          <w:b w:val="0"/>
          <w:i w:val="0"/>
          <w:sz w:val="21"/>
        </w:rPr>
        <w:t>同理，a 或 b 为负数时，和为整数的唯一特殊情形是 a=b=-1，此时和为 1。但 3ᶜ+3ᵈ≥2。所以也有 a,b≥0，没有一个可以是负数。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lowest terms, the left side can have only a power of 2 in its denominator, while the right side can have only a power of 3. Equality therefore forces both sides to be integers. If either c or d were negative, 3ᶜ+3ᵈ would retain a factor 3 in its denominator. Thus c,d≥0.</w:t>
      </w:r>
    </w:p>
    <w:p>
      <w:pPr>
        <w:spacing w:before="0" w:after="80" w:line="300" w:lineRule="auto"/>
        <w:jc w:val="left"/>
      </w:pPr>
      <w:r>
        <w:rPr>
          <w:rFonts w:ascii="Times New Roman" w:hAnsi="Times New Roman" w:eastAsia="宋体"/>
          <w:b w:val="0"/>
          <w:i w:val="0"/>
          <w:color w:val="333333"/>
          <w:sz w:val="19"/>
        </w:rPr>
        <w:t>Likewise, negative a or b can give an integer only in the exceptional case a=b=-1, whose sum is 1. But 3ᶜ+3ᵈ≥2. Hence a,b≥0 as well, so none can be negative.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第一个方程的两根之和为 -k，第二个方程的两根之和为 k。因为两个根都增加了 5，所以 k=-k+10，从而 k=5。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pair of roots has sum -k, while the second has sum k. Since both roots increase by 5, k=-k+10, so k=5.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若圆的半径为 r，则等边三角形的边长为 2√(3)r，面积为 3√(3)r²。正方形的边长为 r√(2)，面积为 2r²。所求比为 3√(3):2。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circle has radius r, the equilateral triangle has side 2√(3)r and area 3√(3)r². The square has side r√(2) and area 2r². The ratio is 3√(3):2.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这些条件给出</w:t>
      </w:r>
    </w:p>
    <w:p>
      <w:pPr>
        <w:spacing w:before="0" w:after="80" w:line="300" w:lineRule="auto"/>
        <w:jc w:val="left"/>
      </w:pPr>
      <w:r>
        <w:rPr>
          <w:rFonts w:ascii="Times New Roman" w:hAnsi="Times New Roman" w:eastAsia="宋体"/>
          <w:b w:val="0"/>
          <w:i w:val="0"/>
          <w:sz w:val="21"/>
        </w:rPr>
        <w:t>2b=a+c,</w:t>
      </w:r>
    </w:p>
    <w:p>
      <w:pPr>
        <w:spacing w:before="0" w:after="80" w:line="300" w:lineRule="auto"/>
        <w:jc w:val="left"/>
      </w:pPr>
      <w:r>
        <w:rPr>
          <w:rFonts w:ascii="Times New Roman" w:hAnsi="Times New Roman" w:eastAsia="宋体"/>
          <w:b w:val="0"/>
          <w:i w:val="0"/>
          <w:sz w:val="21"/>
        </w:rPr>
        <w:t>b²=(a+1)c, b²=a(c+2)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比较后两个等式，得 c=2a。因此 b=3a/2，并且 9a²/4=2a(a+1)。由于 a≠0，得 a=8，所以 b=12。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conditions give</w:t>
      </w:r>
    </w:p>
    <w:p>
      <w:pPr>
        <w:spacing w:before="0" w:after="80" w:line="300" w:lineRule="auto"/>
        <w:jc w:val="left"/>
      </w:pPr>
      <w:r>
        <w:rPr>
          <w:rFonts w:ascii="Times New Roman" w:hAnsi="Times New Roman" w:eastAsia="宋体"/>
          <w:b w:val="0"/>
          <w:i w:val="0"/>
          <w:color w:val="333333"/>
          <w:sz w:val="19"/>
        </w:rPr>
        <w:t>2b=a+c,</w:t>
      </w:r>
    </w:p>
    <w:p>
      <w:pPr>
        <w:spacing w:before="0" w:after="80" w:line="300" w:lineRule="auto"/>
        <w:jc w:val="left"/>
      </w:pPr>
      <w:r>
        <w:rPr>
          <w:rFonts w:ascii="Times New Roman" w:hAnsi="Times New Roman" w:eastAsia="宋体"/>
          <w:b w:val="0"/>
          <w:i w:val="0"/>
          <w:color w:val="333333"/>
          <w:sz w:val="19"/>
        </w:rPr>
        <w:t>b²=(a+1)c, b²=a(c+2).</w:t>
      </w:r>
    </w:p>
    <w:p>
      <w:pPr>
        <w:spacing w:before="0" w:after="80" w:line="300" w:lineRule="auto"/>
        <w:jc w:val="left"/>
      </w:pPr>
      <w:r>
        <w:rPr>
          <w:rFonts w:ascii="Times New Roman" w:hAnsi="Times New Roman" w:eastAsia="宋体"/>
          <w:b w:val="0"/>
          <w:i w:val="0"/>
          <w:color w:val="333333"/>
          <w:sz w:val="19"/>
        </w:rPr>
        <w:t>Comparing the last two yields c=2a. Thus b=3a/2, and 9a²/4=2a(a+1). Since a≠0, a=8, so b=12.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当 y≠± a 时，分子化简为 a²+y²/a²-y²，分母恰为它的相反数。因此商为 -1。当 y=a 或 y=-a 时，原式没有定义。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y≠± a, the numerator simplifies to a²+y²/a²-y² and the denominator to its negative. Their quotient is therefore -1. The two values y=a and y=-a are undefined.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因为 EF 是直径，所以 ∠ EAF=90°。又因为 EF⊥ BC，所以 ∠ EMU=90°。由于 E,U,A 共线，两个三角形在 E 点有同一个锐角。因此 △ EUM∼△ EFA。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EF is a diameter, ∠ EAF=90°. Also EF⊥ BC, so ∠ EMU=90°. Because E,U,A are collinear, the two triangles share the same acute angle at E. Hence △ EUM∼△ EFA.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条件为</w:t>
      </w:r>
    </w:p>
    <w:p>
      <w:pPr>
        <w:spacing w:before="0" w:after="80" w:line="300" w:lineRule="auto"/>
        <w:jc w:val="left"/>
      </w:pPr>
      <w:r>
        <w:rPr>
          <w:rFonts w:ascii="Times New Roman" w:hAnsi="Times New Roman" w:eastAsia="宋体"/>
          <w:b w:val="0"/>
          <w:i w:val="0"/>
          <w:sz w:val="21"/>
        </w:rPr>
        <w:t>49+7/8(n-50)≥9/10n。</w:t>
      </w:r>
    </w:p>
    <w:p>
      <w:pPr>
        <w:spacing w:before="0" w:after="80" w:line="300" w:lineRule="auto"/>
        <w:jc w:val="left"/>
      </w:pPr>
      <w:r>
        <w:rPr>
          <w:rFonts w:ascii="Times New Roman" w:hAnsi="Times New Roman" w:eastAsia="宋体"/>
          <w:b w:val="0"/>
          <w:i w:val="0"/>
          <w:sz w:val="21"/>
        </w:rPr>
        <w:t>化简得 21/4≥ n/40，所以 n≤210。最大值为 210。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w:t>
      </w:r>
    </w:p>
    <w:p>
      <w:pPr>
        <w:spacing w:before="0" w:after="80" w:line="300" w:lineRule="auto"/>
        <w:jc w:val="left"/>
      </w:pPr>
      <w:r>
        <w:rPr>
          <w:rFonts w:ascii="Times New Roman" w:hAnsi="Times New Roman" w:eastAsia="宋体"/>
          <w:b w:val="0"/>
          <w:i w:val="0"/>
          <w:color w:val="333333"/>
          <w:sz w:val="19"/>
        </w:rPr>
        <w:t>49+7/8(n-50)≥9/10n.</w:t>
      </w:r>
    </w:p>
    <w:p>
      <w:pPr>
        <w:spacing w:before="0" w:after="80" w:line="300" w:lineRule="auto"/>
        <w:jc w:val="left"/>
      </w:pPr>
      <w:r>
        <w:rPr>
          <w:rFonts w:ascii="Times New Roman" w:hAnsi="Times New Roman" w:eastAsia="宋体"/>
          <w:b w:val="0"/>
          <w:i w:val="0"/>
          <w:color w:val="333333"/>
          <w:sz w:val="19"/>
        </w:rPr>
        <w:t>Simplifying gives 21/4≥ n/40, so n≤210. The maximum is 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在 h 小时内，第一个人走了 9h/2 英里。第二个人走过的路程是等差数列之和</w:t>
      </w:r>
    </w:p>
    <w:p>
      <w:pPr>
        <w:spacing w:before="0" w:after="80" w:line="300" w:lineRule="auto"/>
        <w:jc w:val="left"/>
      </w:pPr>
      <w:r>
        <w:rPr>
          <w:rFonts w:ascii="Times New Roman" w:hAnsi="Times New Roman" w:eastAsia="宋体"/>
          <w:b w:val="0"/>
          <w:i w:val="0"/>
          <w:sz w:val="21"/>
        </w:rPr>
        <w:t>h/2(2·13/4 +(h-1)1/2)</w:t>
      </w:r>
    </w:p>
    <w:p>
      <w:pPr>
        <w:spacing w:before="0" w:after="80" w:line="300" w:lineRule="auto"/>
        <w:jc w:val="left"/>
      </w:pPr>
      <w:r>
        <w:rPr>
          <w:rFonts w:ascii="Times New Roman" w:hAnsi="Times New Roman" w:eastAsia="宋体"/>
          <w:b w:val="0"/>
          <w:i w:val="0"/>
          <w:sz w:val="21"/>
        </w:rPr>
        <w:t>=3h+h²/4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两人的路程之和为 76，得到 h²+30h-304=0，其正根为 h=8。他们分别走了 36 英里和 40 英里，因此相遇点到 R 点比到 S 点近 4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 hours the first man walks 9h/2. The second walks an arithmetic-series total</w:t>
      </w:r>
    </w:p>
    <w:p>
      <w:pPr>
        <w:spacing w:before="0" w:after="80" w:line="300" w:lineRule="auto"/>
        <w:jc w:val="left"/>
      </w:pPr>
      <w:r>
        <w:rPr>
          <w:rFonts w:ascii="Times New Roman" w:hAnsi="Times New Roman" w:eastAsia="宋体"/>
          <w:b w:val="0"/>
          <w:i w:val="0"/>
          <w:color w:val="333333"/>
          <w:sz w:val="19"/>
        </w:rPr>
        <w:t>h/2(2·13/4 +(h-1)1/2)</w:t>
      </w:r>
    </w:p>
    <w:p>
      <w:pPr>
        <w:spacing w:before="0" w:after="80" w:line="300" w:lineRule="auto"/>
        <w:jc w:val="left"/>
      </w:pPr>
      <w:r>
        <w:rPr>
          <w:rFonts w:ascii="Times New Roman" w:hAnsi="Times New Roman" w:eastAsia="宋体"/>
          <w:b w:val="0"/>
          <w:i w:val="0"/>
          <w:color w:val="333333"/>
          <w:sz w:val="19"/>
        </w:rPr>
        <w:t>=3h+h²/4.</w:t>
      </w:r>
    </w:p>
    <w:p>
      <w:pPr>
        <w:spacing w:before="0" w:after="80" w:line="300" w:lineRule="auto"/>
        <w:jc w:val="left"/>
      </w:pPr>
      <w:r>
        <w:rPr>
          <w:rFonts w:ascii="Times New Roman" w:hAnsi="Times New Roman" w:eastAsia="宋体"/>
          <w:b w:val="0"/>
          <w:i w:val="0"/>
          <w:color w:val="333333"/>
          <w:sz w:val="19"/>
        </w:rPr>
        <w:t>Their distances sum to 76, giving h²+30h-304=0, whose positive root is h=8. They walk 36 and 40 miles, so the meeting point is 4 miles nearer R than 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令 u=y-z。两部分可分解为</w:t>
      </w:r>
    </w:p>
    <w:p>
      <w:pPr>
        <w:spacing w:before="0" w:after="80" w:line="300" w:lineRule="auto"/>
        <w:jc w:val="left"/>
      </w:pPr>
      <w:r>
        <w:rPr>
          <w:rFonts w:ascii="Times New Roman" w:hAnsi="Times New Roman" w:eastAsia="宋体"/>
          <w:b w:val="0"/>
          <w:i w:val="0"/>
          <w:sz w:val="21"/>
        </w:rPr>
        <w:t>x²-u²=(x+u)(x-u),</w:t>
      </w:r>
    </w:p>
    <w:p>
      <w:pPr>
        <w:spacing w:before="0" w:after="80" w:line="300" w:lineRule="auto"/>
        <w:jc w:val="left"/>
      </w:pPr>
      <w:r>
        <w:rPr>
          <w:rFonts w:ascii="Times New Roman" w:hAnsi="Times New Roman" w:eastAsia="宋体"/>
          <w:b w:val="0"/>
          <w:i w:val="0"/>
          <w:sz w:val="21"/>
        </w:rPr>
        <w:t>x+u=(x+u)·1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因此整个表达式是 (x+u)(x-u+1)，它的一个因式是 x-y+z+1。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u=y-z. The two groups factor as</w:t>
      </w:r>
    </w:p>
    <w:p>
      <w:pPr>
        <w:spacing w:before="0" w:after="80" w:line="300" w:lineRule="auto"/>
        <w:jc w:val="left"/>
      </w:pPr>
      <w:r>
        <w:rPr>
          <w:rFonts w:ascii="Times New Roman" w:hAnsi="Times New Roman" w:eastAsia="宋体"/>
          <w:b w:val="0"/>
          <w:i w:val="0"/>
          <w:color w:val="333333"/>
          <w:sz w:val="19"/>
        </w:rPr>
        <w:t>x²-u²=(x+u)(x-u),</w:t>
      </w:r>
    </w:p>
    <w:p>
      <w:pPr>
        <w:spacing w:before="0" w:after="80" w:line="300" w:lineRule="auto"/>
        <w:jc w:val="left"/>
      </w:pPr>
      <w:r>
        <w:rPr>
          <w:rFonts w:ascii="Times New Roman" w:hAnsi="Times New Roman" w:eastAsia="宋体"/>
          <w:b w:val="0"/>
          <w:i w:val="0"/>
          <w:color w:val="333333"/>
          <w:sz w:val="19"/>
        </w:rPr>
        <w:t>x+u=(x+u)·1.</w:t>
      </w:r>
    </w:p>
    <w:p>
      <w:pPr>
        <w:spacing w:before="0" w:after="80" w:line="300" w:lineRule="auto"/>
        <w:jc w:val="left"/>
      </w:pPr>
      <w:r>
        <w:rPr>
          <w:rFonts w:ascii="Times New Roman" w:hAnsi="Times New Roman" w:eastAsia="宋体"/>
          <w:b w:val="0"/>
          <w:i w:val="0"/>
          <w:color w:val="333333"/>
          <w:sz w:val="19"/>
        </w:rPr>
        <w:t>Thus the whole expression is (x+u)(x-u+1), and one factor is x-y+z+1.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劣弧 AC 的度数为 360°-120°-72°=168°。因为 OE⊥ AC，所以 E 平分该弧，故 ∠ BOE=72°+84°=156°。等腰三角形 OBE 给出 ∠ OBE=12°，而 ∠ BAC=(72°)/2=36°。二者之比为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Minor arc AC has measure 360°-120°-72°=168°. Since OE⊥ AC, E bisects that arc, so ∠ BOE=72°+84°=156°. Isosceles triangle OBE gives ∠ OBE=12°, while ∠ BAC=(72°)/2=36°. Their ratio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逆向还原这些交易。C 给钱之前，三人的钱数为 (8,8,32)。B 给钱之前，钱数为 (4,28,16)。A 给钱之前，B 和 C 必须分别有 14 和 8 美分，而 A 有 4+14+8=26 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Reverse the transactions. Before C gives, the holdings are (8,8,32). Before B gives, they are (4,28,16). Before A gives, B and C must have had 14 and 8, while A had 4+14+8=26.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当 c 依次等于 1、2、3、4、5 和 6 时，条件 b²≥4c 相应地允许 5、4、3、3、2 和 2 个给定集合中的 b 值。它们的总和为 5+4+3+3+2+2=19。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 equal to 1, 2, 3, 4, 5, and 6, the condition b²≥4c permits respectively 5, 4, 3, 3, 2, and 2 values of b in the given set. Their sum is 5+4+3+3+2+2=19.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互余的锐角和正方形的等边给出 △ CDF≅△ CBE，从而 CF=CE。由于 CF⊥ CE，</w:t>
      </w:r>
    </w:p>
    <w:p>
      <w:pPr>
        <w:spacing w:before="0" w:after="80" w:line="300" w:lineRule="auto"/>
        <w:jc w:val="left"/>
      </w:pPr>
      <w:r>
        <w:rPr>
          <w:rFonts w:ascii="Times New Roman" w:hAnsi="Times New Roman" w:eastAsia="宋体"/>
          <w:b w:val="0"/>
          <w:i w:val="0"/>
          <w:sz w:val="21"/>
        </w:rPr>
        <w:t>200=[CEF] =1/2 CE· CF</w:t>
      </w:r>
    </w:p>
    <w:p>
      <w:pPr>
        <w:spacing w:before="0" w:after="80" w:line="300" w:lineRule="auto"/>
        <w:jc w:val="left"/>
      </w:pPr>
      <w:r>
        <w:rPr>
          <w:rFonts w:ascii="Times New Roman" w:hAnsi="Times New Roman" w:eastAsia="宋体"/>
          <w:b w:val="0"/>
          <w:i w:val="0"/>
          <w:sz w:val="21"/>
        </w:rPr>
        <w:t>=1/2CE²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CE=20。正方形边长为 16，在直角三角形 CBE 中，BE=√(20²-16²)=12。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complementary acute angles and the equal square sides give △ CDF≅△ CBE, hence CF=CE. Since CF⊥ CE,</w:t>
      </w:r>
    </w:p>
    <w:p>
      <w:pPr>
        <w:spacing w:before="0" w:after="80" w:line="300" w:lineRule="auto"/>
        <w:jc w:val="left"/>
      </w:pPr>
      <w:r>
        <w:rPr>
          <w:rFonts w:ascii="Times New Roman" w:hAnsi="Times New Roman" w:eastAsia="宋体"/>
          <w:b w:val="0"/>
          <w:i w:val="0"/>
          <w:color w:val="333333"/>
          <w:sz w:val="19"/>
        </w:rPr>
        <w:t>200=[CEF] =1/2 CE· CF</w:t>
      </w:r>
    </w:p>
    <w:p>
      <w:pPr>
        <w:spacing w:before="0" w:after="80" w:line="300" w:lineRule="auto"/>
        <w:jc w:val="left"/>
      </w:pPr>
      <w:r>
        <w:rPr>
          <w:rFonts w:ascii="Times New Roman" w:hAnsi="Times New Roman" w:eastAsia="宋体"/>
          <w:b w:val="0"/>
          <w:i w:val="0"/>
          <w:color w:val="333333"/>
          <w:sz w:val="19"/>
        </w:rPr>
        <w:t>=1/2CE²,</w:t>
      </w:r>
    </w:p>
    <w:p>
      <w:pPr>
        <w:spacing w:before="0" w:after="80" w:line="300" w:lineRule="auto"/>
        <w:jc w:val="left"/>
      </w:pPr>
      <w:r>
        <w:rPr>
          <w:rFonts w:ascii="Times New Roman" w:hAnsi="Times New Roman" w:eastAsia="宋体"/>
          <w:b w:val="0"/>
          <w:i w:val="0"/>
          <w:color w:val="333333"/>
          <w:sz w:val="19"/>
        </w:rPr>
        <w:t>so CE=20. The square side is 16, and right triangle CBE gives BE=√(20²-16²)=12.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在情形 (1) 和 (3) 中，p→ q 为假，所以外层蕴含为真。在情形 (2) 和 (4) 中，p→ q 为真，而 r 也为真，所以外层蕴含仍为真。因此四个命题都能推出它。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cases (1) and (3), p→ q is false, so the outer implication is true. In cases (2) and (4), p→ q is true, but r is also true, so the outer implication is again true. All four statements imply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依次画出的直线分别新增 1,2,…,6 个区域。因此区域总数为</w:t>
      </w:r>
    </w:p>
    <w:p>
      <w:pPr>
        <w:spacing w:before="0" w:after="80" w:line="300" w:lineRule="auto"/>
        <w:jc w:val="left"/>
      </w:pPr>
      <w:r>
        <w:rPr>
          <w:rFonts w:ascii="Times New Roman" w:hAnsi="Times New Roman" w:eastAsia="宋体"/>
          <w:b w:val="0"/>
          <w:i w:val="0"/>
          <w:sz w:val="21"/>
        </w:rPr>
        <w:t>1+Σₖ₌₁⁶k=1+21=22。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Successive lines create 1,2,…,6 new regions. Thus the total is</w:t>
      </w:r>
    </w:p>
    <w:p>
      <w:pPr>
        <w:spacing w:before="0" w:after="80" w:line="300" w:lineRule="auto"/>
        <w:jc w:val="left"/>
      </w:pPr>
      <w:r>
        <w:rPr>
          <w:rFonts w:ascii="Times New Roman" w:hAnsi="Times New Roman" w:eastAsia="宋体"/>
          <w:b w:val="0"/>
          <w:i w:val="0"/>
          <w:color w:val="333333"/>
          <w:sz w:val="19"/>
        </w:rPr>
        <w:t>1+Σₖ₌₁⁶k=1+21=22.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有实根要求 16-12k≥0，所以 k≤4/3。两根之积为 k/3，它随 k 增大。因此在 k=4/3 时达到最大。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roots require 16-12k≥0, so k≤4/3. The root product is k/3, which increases with k. It is therefore largest at k=4/3.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顶点对应的时刻为 t=-160/(2·-16)=5。此时</w:t>
      </w:r>
    </w:p>
    <w:p>
      <w:pPr>
        <w:spacing w:before="0" w:after="80" w:line="300" w:lineRule="auto"/>
        <w:jc w:val="left"/>
      </w:pPr>
      <w:r>
        <w:rPr>
          <w:rFonts w:ascii="Times New Roman" w:hAnsi="Times New Roman" w:eastAsia="宋体"/>
          <w:b w:val="0"/>
          <w:i w:val="0"/>
          <w:sz w:val="21"/>
        </w:rPr>
        <w:t>s(5)=160(5)-16(25)=400。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occurs at t=-160/(2·-16)=5. Then</w:t>
      </w:r>
    </w:p>
    <w:p>
      <w:pPr>
        <w:spacing w:before="0" w:after="80" w:line="300" w:lineRule="auto"/>
        <w:jc w:val="left"/>
      </w:pPr>
      <w:r>
        <w:rPr>
          <w:rFonts w:ascii="Times New Roman" w:hAnsi="Times New Roman" w:eastAsia="宋体"/>
          <w:b w:val="0"/>
          <w:i w:val="0"/>
          <w:color w:val="333333"/>
          <w:sz w:val="19"/>
        </w:rPr>
        <w:t>s(5)=160(5)-16(25)=400.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令 u=3x+x³/1+3x²，则</w:t>
      </w:r>
    </w:p>
    <w:p>
      <w:pPr>
        <w:spacing w:before="0" w:after="80" w:line="300" w:lineRule="auto"/>
        <w:jc w:val="left"/>
      </w:pPr>
      <w:r>
        <w:rPr>
          <w:rFonts w:ascii="Times New Roman" w:hAnsi="Times New Roman" w:eastAsia="宋体"/>
          <w:b w:val="0"/>
          <w:i w:val="0"/>
          <w:sz w:val="21"/>
        </w:rPr>
        <w:t>1+u/1-u =1+3x+3x²+x³/1-3x+3x²-x³</w:t>
      </w:r>
    </w:p>
    <w:p>
      <w:pPr>
        <w:spacing w:before="0" w:after="80" w:line="300" w:lineRule="auto"/>
        <w:jc w:val="left"/>
      </w:pPr>
      <w:r>
        <w:rPr>
          <w:rFonts w:ascii="Times New Roman" w:hAnsi="Times New Roman" w:eastAsia="宋体"/>
          <w:b w:val="0"/>
          <w:i w:val="0"/>
          <w:sz w:val="21"/>
        </w:rPr>
        <w:t>=(1+x/1-x)³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G=log(1+x/1-x)³，所以 G=3F。</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u=3x+x³/1+3x²,</w:t>
      </w:r>
    </w:p>
    <w:p>
      <w:pPr>
        <w:spacing w:before="0" w:after="80" w:line="300" w:lineRule="auto"/>
        <w:jc w:val="left"/>
      </w:pPr>
      <w:r>
        <w:rPr>
          <w:rFonts w:ascii="Times New Roman" w:hAnsi="Times New Roman" w:eastAsia="宋体"/>
          <w:b w:val="0"/>
          <w:i w:val="0"/>
          <w:color w:val="333333"/>
          <w:sz w:val="19"/>
        </w:rPr>
        <w:t>1+u/1-u =1+3x+3x²+x³/1-3x+3x²-x³</w:t>
      </w:r>
    </w:p>
    <w:p>
      <w:pPr>
        <w:spacing w:before="0" w:after="80" w:line="300" w:lineRule="auto"/>
        <w:jc w:val="left"/>
      </w:pPr>
      <w:r>
        <w:rPr>
          <w:rFonts w:ascii="Times New Roman" w:hAnsi="Times New Roman" w:eastAsia="宋体"/>
          <w:b w:val="0"/>
          <w:i w:val="0"/>
          <w:color w:val="333333"/>
          <w:sz w:val="19"/>
        </w:rPr>
        <w:t>=(1+x/1-x)³.</w:t>
      </w:r>
    </w:p>
    <w:p>
      <w:pPr>
        <w:spacing w:before="0" w:after="80" w:line="300" w:lineRule="auto"/>
        <w:jc w:val="left"/>
      </w:pPr>
      <w:r>
        <w:rPr>
          <w:rFonts w:ascii="Times New Roman" w:hAnsi="Times New Roman" w:eastAsia="宋体"/>
          <w:b w:val="0"/>
          <w:i w:val="0"/>
          <w:color w:val="333333"/>
          <w:sz w:val="19"/>
        </w:rPr>
        <w:t>Therefore G=log(1+x/1-x)³, so G=3F.</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y 必须为奇数，才能使 763-3y 为偶数；正数条件给出 1≤ y≤253。奇数 1、3、… 和 253 共有 253+1/2=127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need y odd so that 763-3y is even, and positivity gives 1≤ y≤253. The odd values 1, 3, …, and 253 number 253+1/2=127.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A</w:t>
      </w:r>
    </w:p>
    <w:p>
      <w:pPr>
        <w:spacing w:before="0" w:after="80" w:line="300" w:lineRule="auto"/>
        <w:jc w:val="left"/>
      </w:pPr>
      <w:r>
        <w:rPr>
          <w:rFonts w:ascii="Times New Roman" w:hAnsi="Times New Roman" w:eastAsia="宋体"/>
          <w:b w:val="0"/>
          <w:i w:val="0"/>
          <w:sz w:val="21"/>
        </w:rPr>
        <w:t>这些条件给出 3(x+y)=a+b 和 3xy=ab。相除得到</w:t>
      </w:r>
    </w:p>
    <w:p>
      <w:pPr>
        <w:spacing w:before="0" w:after="80" w:line="300" w:lineRule="auto"/>
        <w:jc w:val="left"/>
      </w:pPr>
      <w:r>
        <w:rPr>
          <w:rFonts w:ascii="Times New Roman" w:hAnsi="Times New Roman" w:eastAsia="宋体"/>
          <w:b w:val="0"/>
          <w:i w:val="0"/>
          <w:sz w:val="21"/>
        </w:rPr>
        <w:t>1/x+1/y=1/a+1/b。</w:t>
      </w:r>
    </w:p>
    <w:p>
      <w:pPr>
        <w:spacing w:before="0" w:after="80" w:line="300" w:lineRule="auto"/>
        <w:jc w:val="left"/>
      </w:pPr>
      <w:r>
        <w:rPr>
          <w:rFonts w:ascii="Times New Roman" w:hAnsi="Times New Roman" w:eastAsia="宋体"/>
          <w:b w:val="0"/>
          <w:i w:val="0"/>
          <w:sz w:val="21"/>
        </w:rPr>
        <w:t>但是 x&lt; a 且 y&lt; a 使左边大于 2/a，而 a&lt; b 使右边小于 2/a。这不可能成立。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conditions give 3(x+y)=a+b and 3xy=ab. Dividing yields</w:t>
      </w:r>
    </w:p>
    <w:p>
      <w:pPr>
        <w:spacing w:before="0" w:after="80" w:line="300" w:lineRule="auto"/>
        <w:jc w:val="left"/>
      </w:pPr>
      <w:r>
        <w:rPr>
          <w:rFonts w:ascii="Times New Roman" w:hAnsi="Times New Roman" w:eastAsia="宋体"/>
          <w:b w:val="0"/>
          <w:i w:val="0"/>
          <w:color w:val="333333"/>
          <w:sz w:val="19"/>
        </w:rPr>
        <w:t>1/x+1/y=1/a+1/b.</w:t>
      </w:r>
    </w:p>
    <w:p>
      <w:pPr>
        <w:spacing w:before="0" w:after="80" w:line="300" w:lineRule="auto"/>
        <w:jc w:val="left"/>
      </w:pPr>
      <w:r>
        <w:rPr>
          <w:rFonts w:ascii="Times New Roman" w:hAnsi="Times New Roman" w:eastAsia="宋体"/>
          <w:b w:val="0"/>
          <w:i w:val="0"/>
          <w:color w:val="333333"/>
          <w:sz w:val="19"/>
        </w:rPr>
        <w:t>But x&lt; a and y&lt; a make the left side greater than 2/a, while a&lt; b makes the right side less than 2/a. This is impossible.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已知直线可写成 3x-4y+24=0。平行直线 y=3x/4+b 可写成 3x-4y+4b=0，所以两直线间的距离为 (|24-4b|)/5。令它等于 4，得到 |6-b|=5，从而 b=1 或 11。选项 A 是可能的。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line is 3x-4y+24=0. A parallel line y=3x/4+b is 3x-4y+4b=0, so the distance is (|24-4b|)/5. Setting this equal to 4 gives |6-b|=5, hence b=1 or 11. Choice A is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余弦定理给出</w:t>
      </w:r>
    </w:p>
    <w:p>
      <w:pPr>
        <w:spacing w:before="0" w:after="80" w:line="300" w:lineRule="auto"/>
        <w:jc w:val="left"/>
      </w:pPr>
      <w:r>
        <w:rPr>
          <w:rFonts w:ascii="Times New Roman" w:hAnsi="Times New Roman" w:eastAsia="宋体"/>
          <w:b w:val="0"/>
          <w:i w:val="0"/>
          <w:sz w:val="21"/>
        </w:rPr>
        <w:t>cos C=3+3-c²/(2√(3)√(3))=6-c²/6。</w:t>
      </w:r>
    </w:p>
    <w:p>
      <w:pPr>
        <w:spacing w:before="0" w:after="80" w:line="300" w:lineRule="auto"/>
        <w:jc w:val="left"/>
      </w:pPr>
      <w:r>
        <w:rPr>
          <w:rFonts w:ascii="Times New Roman" w:hAnsi="Times New Roman" w:eastAsia="宋体"/>
          <w:b w:val="0"/>
          <w:i w:val="0"/>
          <w:sz w:val="21"/>
        </w:rPr>
        <w:t>因为 c&gt;3，所以 cos C&lt;-1/2，从而 C&gt;120°。角度可以趋近 120°，只要 c 从右侧趋近 3，所以能保证的最大下界是 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law of cosines gives</w:t>
      </w:r>
    </w:p>
    <w:p>
      <w:pPr>
        <w:spacing w:before="0" w:after="80" w:line="300" w:lineRule="auto"/>
        <w:jc w:val="left"/>
      </w:pPr>
      <w:r>
        <w:rPr>
          <w:rFonts w:ascii="Times New Roman" w:hAnsi="Times New Roman" w:eastAsia="宋体"/>
          <w:b w:val="0"/>
          <w:i w:val="0"/>
          <w:color w:val="333333"/>
          <w:sz w:val="19"/>
        </w:rPr>
        <w:t>cos C=3+3-c²/(2√(3)√(3))=6-c²/6.</w:t>
      </w:r>
    </w:p>
    <w:p>
      <w:pPr>
        <w:spacing w:before="0" w:after="80" w:line="300" w:lineRule="auto"/>
        <w:jc w:val="left"/>
      </w:pPr>
      <w:r>
        <w:rPr>
          <w:rFonts w:ascii="Times New Roman" w:hAnsi="Times New Roman" w:eastAsia="宋体"/>
          <w:b w:val="0"/>
          <w:i w:val="0"/>
          <w:color w:val="333333"/>
          <w:sz w:val="19"/>
        </w:rPr>
        <w:t>Since c&gt;3, cos C&lt;-1/2, so C&gt;120°. Values can approach 120° as c approaches 3 from above, so the largest guaranteed bound is 120.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设另外两边为 x 和 27-x，并令 x≤27-x。半周长是 24，所以海伦公式给出</w:t>
      </w:r>
    </w:p>
    <w:p>
      <w:pPr>
        <w:spacing w:before="0" w:after="80" w:line="300" w:lineRule="auto"/>
        <w:jc w:val="left"/>
      </w:pPr>
      <w:r>
        <w:rPr>
          <w:rFonts w:ascii="Times New Roman" w:hAnsi="Times New Roman" w:eastAsia="宋体"/>
          <w:b w:val="0"/>
          <w:i w:val="0"/>
          <w:sz w:val="21"/>
        </w:rPr>
        <w:t>K² =24·3(24-x)(x-3)</w:t>
      </w:r>
    </w:p>
    <w:p>
      <w:pPr>
        <w:spacing w:before="0" w:after="80" w:line="300" w:lineRule="auto"/>
        <w:jc w:val="left"/>
      </w:pPr>
      <w:r>
        <w:rPr>
          <w:rFonts w:ascii="Times New Roman" w:hAnsi="Times New Roman" w:eastAsia="宋体"/>
          <w:b w:val="0"/>
          <w:i w:val="0"/>
          <w:sz w:val="21"/>
        </w:rPr>
        <w:t>=72(24-x)(x-3)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三角形不等式给出 4≤ x≤13。逐一检查这些整数，当 x=4,…,9 时该表达式都不是完全平方数；当 x=10 时，它等于 72·14·7=7056=84²。因此最短边长为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other sides be x and 27-x, with x≤27-x. The semiperimeter is 24, so Heron’s formula gives</w:t>
      </w:r>
    </w:p>
    <w:p>
      <w:pPr>
        <w:spacing w:before="0" w:after="80" w:line="300" w:lineRule="auto"/>
        <w:jc w:val="left"/>
      </w:pPr>
      <w:r>
        <w:rPr>
          <w:rFonts w:ascii="Times New Roman" w:hAnsi="Times New Roman" w:eastAsia="宋体"/>
          <w:b w:val="0"/>
          <w:i w:val="0"/>
          <w:color w:val="333333"/>
          <w:sz w:val="19"/>
        </w:rPr>
        <w:t>K² =24·3(24-x)(x-3)</w:t>
      </w:r>
    </w:p>
    <w:p>
      <w:pPr>
        <w:spacing w:before="0" w:after="80" w:line="300" w:lineRule="auto"/>
        <w:jc w:val="left"/>
      </w:pPr>
      <w:r>
        <w:rPr>
          <w:rFonts w:ascii="Times New Roman" w:hAnsi="Times New Roman" w:eastAsia="宋体"/>
          <w:b w:val="0"/>
          <w:i w:val="0"/>
          <w:color w:val="333333"/>
          <w:sz w:val="19"/>
        </w:rPr>
        <w:t>=72(24-x)(x-3).</w:t>
      </w:r>
    </w:p>
    <w:p>
      <w:pPr>
        <w:spacing w:before="0" w:after="80" w:line="300" w:lineRule="auto"/>
        <w:jc w:val="left"/>
      </w:pPr>
      <w:r>
        <w:rPr>
          <w:rFonts w:ascii="Times New Roman" w:hAnsi="Times New Roman" w:eastAsia="宋体"/>
          <w:b w:val="0"/>
          <w:i w:val="0"/>
          <w:color w:val="333333"/>
          <w:sz w:val="19"/>
        </w:rPr>
        <w:t>The triangle inequalities give 4≤ x≤13. Checking these integers, the expression is not a square for x=4,…,9, while at x=10 it is 72·14·7=7056=84². Thus the shortest side is 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C</w:t>
      </w:r>
    </w:p>
    <w:p>
      <w:pPr>
        <w:spacing w:before="0" w:after="80" w:line="300" w:lineRule="auto"/>
        <w:jc w:val="left"/>
      </w:pPr>
      <w:r>
        <w:rPr>
          <w:rFonts w:ascii="Times New Roman" w:hAnsi="Times New Roman" w:eastAsia="宋体"/>
          <w:b w:val="0"/>
          <w:i w:val="0"/>
          <w:sz w:val="21"/>
        </w:rPr>
        <w:t>三胜三负之后，剩余钱数（单位：美分）为</w:t>
      </w:r>
    </w:p>
    <w:p>
      <w:pPr>
        <w:spacing w:before="0" w:after="80" w:line="300" w:lineRule="auto"/>
        <w:jc w:val="left"/>
      </w:pPr>
      <w:r>
        <w:rPr>
          <w:rFonts w:ascii="Times New Roman" w:hAnsi="Times New Roman" w:eastAsia="宋体"/>
          <w:b w:val="0"/>
          <w:i w:val="0"/>
          <w:sz w:val="21"/>
        </w:rPr>
        <w:t>64(3/2)³ (1/2)³ =64·27/64</w:t>
      </w:r>
    </w:p>
    <w:p>
      <w:pPr>
        <w:spacing w:before="0" w:after="80" w:line="300" w:lineRule="auto"/>
        <w:jc w:val="left"/>
      </w:pPr>
      <w:r>
        <w:rPr>
          <w:rFonts w:ascii="Times New Roman" w:hAnsi="Times New Roman" w:eastAsia="宋体"/>
          <w:b w:val="0"/>
          <w:i w:val="0"/>
          <w:sz w:val="21"/>
        </w:rPr>
        <w:t>=27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因此无论次序如何，损失都是 64-27=37 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three wins and three losses, the amount, in cents, is</w:t>
      </w:r>
    </w:p>
    <w:p>
      <w:pPr>
        <w:spacing w:before="0" w:after="80" w:line="300" w:lineRule="auto"/>
        <w:jc w:val="left"/>
      </w:pPr>
      <w:r>
        <w:rPr>
          <w:rFonts w:ascii="Times New Roman" w:hAnsi="Times New Roman" w:eastAsia="宋体"/>
          <w:b w:val="0"/>
          <w:i w:val="0"/>
          <w:color w:val="333333"/>
          <w:sz w:val="19"/>
        </w:rPr>
        <w:t>64(3/2)³ (1/2)³ =64·27/64</w:t>
      </w:r>
    </w:p>
    <w:p>
      <w:pPr>
        <w:spacing w:before="0" w:after="80" w:line="300" w:lineRule="auto"/>
        <w:jc w:val="left"/>
      </w:pPr>
      <w:r>
        <w:rPr>
          <w:rFonts w:ascii="Times New Roman" w:hAnsi="Times New Roman" w:eastAsia="宋体"/>
          <w:b w:val="0"/>
          <w:i w:val="0"/>
          <w:color w:val="333333"/>
          <w:sz w:val="19"/>
        </w:rPr>
        <w:t>=27.</w:t>
      </w:r>
    </w:p>
    <w:p>
      <w:pPr>
        <w:spacing w:before="0" w:after="80" w:line="300" w:lineRule="auto"/>
        <w:jc w:val="left"/>
      </w:pPr>
      <w:r>
        <w:rPr>
          <w:rFonts w:ascii="Times New Roman" w:hAnsi="Times New Roman" w:eastAsia="宋体"/>
          <w:b w:val="0"/>
          <w:i w:val="0"/>
          <w:color w:val="333333"/>
          <w:sz w:val="19"/>
        </w:rPr>
        <w:t>The loss is 64-27=37 cents, regardless of order.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D</w:t>
      </w:r>
    </w:p>
    <w:p>
      <w:pPr>
        <w:spacing w:before="0" w:after="80" w:line="300" w:lineRule="auto"/>
        <w:jc w:val="left"/>
      </w:pPr>
      <w:r>
        <w:rPr>
          <w:rFonts w:ascii="Times New Roman" w:hAnsi="Times New Roman" w:eastAsia="宋体"/>
          <w:b w:val="0"/>
          <w:i w:val="0"/>
          <w:sz w:val="21"/>
        </w:rPr>
        <w:t>对任意一对 Pᵢ,P₈₋ᵢ，距离之和 PPᵢ+PP₈₋ᵢ 在 P 位于它们之间时最小。这三个区间都包含 P₄。剩余的一项 PP₄ 仅在 P=P₄ 时达到最小。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pair Pᵢ,P₈₋ᵢ, the sum PPᵢ+PP₈₋ᵢ is minimized when P lies between them. The three such intervals all contain P₄. The remaining term PP₄ is uniquely minimized at P=P₄.</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E</w:t>
      </w:r>
    </w:p>
    <w:p>
      <w:pPr>
        <w:spacing w:before="0" w:after="80" w:line="300" w:lineRule="auto"/>
        <w:jc w:val="left"/>
      </w:pPr>
      <w:r>
        <w:rPr>
          <w:rFonts w:ascii="Times New Roman" w:hAnsi="Times New Roman" w:eastAsia="宋体"/>
          <w:b w:val="0"/>
          <w:i w:val="0"/>
          <w:sz w:val="21"/>
        </w:rPr>
        <w:t>取仿射坐标 A=0、B=u、D=v、C=u+v，以及 F=tv。FB 上一点可写为 su+t(1-s)v。与 DC 相交得到 s_(G)=t-1/t，与 AC 相交得到 s_(E)=t/t+1。因此</w:t>
      </w:r>
    </w:p>
    <w:p>
      <w:pPr>
        <w:spacing w:before="0" w:after="80" w:line="300" w:lineRule="auto"/>
        <w:jc w:val="left"/>
      </w:pPr>
      <w:r>
        <w:rPr>
          <w:rFonts w:ascii="Times New Roman" w:hAnsi="Times New Roman" w:eastAsia="宋体"/>
          <w:b w:val="0"/>
          <w:i w:val="0"/>
          <w:sz w:val="21"/>
        </w:rPr>
        <w:t>GF/EF =(s_(G))/(s_(E)) =t²-1/t²</w:t>
      </w:r>
    </w:p>
    <w:p>
      <w:pPr>
        <w:spacing w:before="0" w:after="80" w:line="300" w:lineRule="auto"/>
        <w:jc w:val="left"/>
      </w:pPr>
      <w:r>
        <w:rPr>
          <w:rFonts w:ascii="Times New Roman" w:hAnsi="Times New Roman" w:eastAsia="宋体"/>
          <w:b w:val="0"/>
          <w:i w:val="0"/>
          <w:sz w:val="21"/>
        </w:rPr>
        <w:t>=24/32=3/4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t=2，且 s_(E)=2/3。于是 EF=(2/3)FB=32，从而 FB=48，BE=16。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affine coordinates A=0, B=u, D=v, C=u+v, and F=tv. A point on FB is su+t(1-s)v. Intersecting DC gives s_(G)=t-1/t, while intersecting AC gives s_(E)=t/t+1. Therefore</w:t>
      </w:r>
    </w:p>
    <w:p>
      <w:pPr>
        <w:spacing w:before="0" w:after="80" w:line="300" w:lineRule="auto"/>
        <w:jc w:val="left"/>
      </w:pPr>
      <w:r>
        <w:rPr>
          <w:rFonts w:ascii="Times New Roman" w:hAnsi="Times New Roman" w:eastAsia="宋体"/>
          <w:b w:val="0"/>
          <w:i w:val="0"/>
          <w:color w:val="333333"/>
          <w:sz w:val="19"/>
        </w:rPr>
        <w:t>GF/EF =(s_(G))/(s_(E)) =t²-1/t²</w:t>
      </w:r>
    </w:p>
    <w:p>
      <w:pPr>
        <w:spacing w:before="0" w:after="80" w:line="300" w:lineRule="auto"/>
        <w:jc w:val="left"/>
      </w:pPr>
      <w:r>
        <w:rPr>
          <w:rFonts w:ascii="Times New Roman" w:hAnsi="Times New Roman" w:eastAsia="宋体"/>
          <w:b w:val="0"/>
          <w:i w:val="0"/>
          <w:color w:val="333333"/>
          <w:sz w:val="19"/>
        </w:rPr>
        <w:t>=24/32=3/4,</w:t>
      </w:r>
    </w:p>
    <w:p>
      <w:pPr>
        <w:spacing w:before="0" w:after="80" w:line="300" w:lineRule="auto"/>
        <w:jc w:val="left"/>
      </w:pPr>
      <w:r>
        <w:rPr>
          <w:rFonts w:ascii="Times New Roman" w:hAnsi="Times New Roman" w:eastAsia="宋体"/>
          <w:b w:val="0"/>
          <w:i w:val="0"/>
          <w:color w:val="333333"/>
          <w:sz w:val="19"/>
        </w:rPr>
        <w:t>so t=2 and s_(E)=2/3. Thus EF=(2/3)FB=32, making FB=48 and BE=16.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D</w:t>
      </w:r>
    </w:p>
    <w:p>
      <w:pPr>
        <w:spacing w:before="0" w:after="80" w:line="300" w:lineRule="auto"/>
        <w:jc w:val="left"/>
      </w:pPr>
      <w:r>
        <w:rPr>
          <w:rFonts w:ascii="Times New Roman" w:hAnsi="Times New Roman" w:eastAsia="宋体"/>
          <w:b w:val="0"/>
          <w:i w:val="0"/>
          <w:sz w:val="21"/>
        </w:rPr>
        <w:t>比 AE:EB=3:2 对应质量 m_(A)=2 和 m_(B)=3。比 CD:DB=3:1 随即给出 m_(C)=1。点 E 的质量为 m_(A)+m_(B)=5，所以在塞瓦线 CE 上，</w:t>
      </w:r>
    </w:p>
    <w:p>
      <w:pPr>
        <w:spacing w:before="0" w:after="80" w:line="300" w:lineRule="auto"/>
        <w:jc w:val="left"/>
      </w:pPr>
      <w:r>
        <w:rPr>
          <w:rFonts w:ascii="Times New Roman" w:hAnsi="Times New Roman" w:eastAsia="宋体"/>
          <w:b w:val="0"/>
          <w:i w:val="0"/>
          <w:sz w:val="21"/>
        </w:rPr>
        <w:t>CP/PE=(m_(E))/(m_(C))=5/1=5。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AE:EB=3:2 is represented by masses m_(A)=2 and m_(B)=3. The ratio CD:DB=3:1 then gives m_(C)=1. Point E has mass m_(A)+m_(B)=5, so along cevian CE,</w:t>
      </w:r>
    </w:p>
    <w:p>
      <w:pPr>
        <w:spacing w:before="0" w:after="80" w:line="300" w:lineRule="auto"/>
        <w:jc w:val="left"/>
      </w:pPr>
      <w:r>
        <w:rPr>
          <w:rFonts w:ascii="Times New Roman" w:hAnsi="Times New Roman" w:eastAsia="宋体"/>
          <w:b w:val="0"/>
          <w:i w:val="0"/>
          <w:color w:val="333333"/>
          <w:sz w:val="19"/>
        </w:rPr>
        <w:t>CP/PE=(m_(E))/(m_(C))=5/1=5.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C</w:t>
      </w:r>
    </w:p>
    <w:p>
      <w:pPr>
        <w:spacing w:before="0" w:after="80" w:line="300" w:lineRule="auto"/>
        <w:jc w:val="left"/>
      </w:pPr>
      <w:r>
        <w:rPr>
          <w:rFonts w:ascii="Times New Roman" w:hAnsi="Times New Roman" w:eastAsia="宋体"/>
          <w:b w:val="0"/>
          <w:i w:val="0"/>
          <w:sz w:val="21"/>
        </w:rPr>
        <w:t>令 u=³√(x+9)，v=³√(x-9)。则 u-v=3，并且</w:t>
      </w:r>
    </w:p>
    <w:p>
      <w:pPr>
        <w:spacing w:before="0" w:after="80" w:line="300" w:lineRule="auto"/>
        <w:jc w:val="left"/>
      </w:pPr>
      <w:r>
        <w:rPr>
          <w:rFonts w:ascii="Times New Roman" w:hAnsi="Times New Roman" w:eastAsia="宋体"/>
          <w:b w:val="0"/>
          <w:i w:val="0"/>
          <w:sz w:val="21"/>
        </w:rPr>
        <w:t>18=u³-v³</w:t>
      </w:r>
    </w:p>
    <w:p>
      <w:pPr>
        <w:spacing w:before="0" w:after="80" w:line="300" w:lineRule="auto"/>
        <w:jc w:val="left"/>
      </w:pPr>
      <w:r>
        <w:rPr>
          <w:rFonts w:ascii="Times New Roman" w:hAnsi="Times New Roman" w:eastAsia="宋体"/>
          <w:b w:val="0"/>
          <w:i w:val="0"/>
          <w:sz w:val="21"/>
        </w:rPr>
        <w:t>=(u-v)(u²+uv+v²)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u²+uv+v²=6。与 (u-v)²=9 比较，得 uv=-1。因此 (u+v)²=5。对 2u=3±√(5) 两边取立方，得到 x=±4√(5)；无论哪种情形，x²=80，介于 75 与 85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u=³√(x+9) and v=³√(x-9). Then u-v=3 and</w:t>
      </w:r>
    </w:p>
    <w:p>
      <w:pPr>
        <w:spacing w:before="0" w:after="80" w:line="300" w:lineRule="auto"/>
        <w:jc w:val="left"/>
      </w:pPr>
      <w:r>
        <w:rPr>
          <w:rFonts w:ascii="Times New Roman" w:hAnsi="Times New Roman" w:eastAsia="宋体"/>
          <w:b w:val="0"/>
          <w:i w:val="0"/>
          <w:color w:val="333333"/>
          <w:sz w:val="19"/>
        </w:rPr>
        <w:t>18=u³-v³</w:t>
      </w:r>
    </w:p>
    <w:p>
      <w:pPr>
        <w:spacing w:before="0" w:after="80" w:line="300" w:lineRule="auto"/>
        <w:jc w:val="left"/>
      </w:pPr>
      <w:r>
        <w:rPr>
          <w:rFonts w:ascii="Times New Roman" w:hAnsi="Times New Roman" w:eastAsia="宋体"/>
          <w:b w:val="0"/>
          <w:i w:val="0"/>
          <w:color w:val="333333"/>
          <w:sz w:val="19"/>
        </w:rPr>
        <w:t>=(u-v)(u²+uv+v²),</w:t>
      </w:r>
    </w:p>
    <w:p>
      <w:pPr>
        <w:spacing w:before="0" w:after="80" w:line="300" w:lineRule="auto"/>
        <w:jc w:val="left"/>
      </w:pPr>
      <w:r>
        <w:rPr>
          <w:rFonts w:ascii="Times New Roman" w:hAnsi="Times New Roman" w:eastAsia="宋体"/>
          <w:b w:val="0"/>
          <w:i w:val="0"/>
          <w:color w:val="333333"/>
          <w:sz w:val="19"/>
        </w:rPr>
        <w:t>so u²+uv+v²=6. Comparing with (u-v)²=9 gives uv=-1. Hence (u+v)²=5. Cubing 2u=3±√(5) gives x=±4√(5), and either way x²=80, between 75 and 85.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