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00" w:line="300" w:lineRule="auto"/>
        <w:jc w:val="center"/>
      </w:pPr>
      <w:r>
        <w:rPr>
          <w:rFonts w:ascii="Times New Roman" w:hAnsi="Times New Roman" w:eastAsia="宋体"/>
          <w:b/>
          <w:i w:val="0"/>
          <w:sz w:val="36"/>
        </w:rPr>
        <w:t>1962 年 AMC 12 真题与解答</w:t>
      </w:r>
    </w:p>
    <w:p>
      <w:pPr>
        <w:spacing w:before="0" w:after="40" w:line="300" w:lineRule="auto"/>
        <w:jc w:val="center"/>
      </w:pPr>
      <w:r>
        <w:rPr>
          <w:rFonts w:ascii="Times New Roman" w:hAnsi="Times New Roman" w:eastAsia="宋体"/>
          <w:b w:val="0"/>
          <w:i w:val="0"/>
          <w:color w:val="555555"/>
          <w:sz w:val="21"/>
        </w:rPr>
        <w:t>American Mathematics Competitions 12 · 中英双语</w:t>
      </w:r>
    </w:p>
    <w:p>
      <w:pPr>
        <w:spacing w:before="0" w:after="280" w:line="300" w:lineRule="auto"/>
        <w:jc w:val="center"/>
      </w:pPr>
      <w:r>
        <w:rPr>
          <w:rFonts w:ascii="Times New Roman" w:hAnsi="Times New Roman" w:eastAsia="宋体"/>
          <w:b w:val="0"/>
          <w:i w:val="0"/>
          <w:color w:val="555555"/>
          <w:sz w:val="19"/>
        </w:rPr>
        <w:t>共 40 题；单项选择题。本卷为历史卷（早期 AHSME/AMC 赛制），题量与现行的 25 题不同。</w:t>
      </w:r>
    </w:p>
    <w:p>
      <w:pPr>
        <w:spacing w:before="0" w:after="200" w:line="300" w:lineRule="auto"/>
      </w:pPr>
      <w:r>
        <w:rPr>
          <w:rFonts w:ascii="Times New Roman" w:hAnsi="Times New Roman" w:eastAsia="宋体"/>
          <w:b w:val="0"/>
          <w:i w:val="0"/>
          <w:color w:val="666666"/>
          <w:sz w:val="18"/>
        </w:rPr>
        <w:t>编排说明：第一部分为题目（先中文、后英文原题），第二部分为解答与答案，便于先做题后对答案。</w:t>
      </w:r>
    </w:p>
    <w:p>
      <w:pPr>
        <w:spacing w:before="280" w:after="160" w:line="300" w:lineRule="auto"/>
      </w:pPr>
      <w:r>
        <w:rPr>
          <w:rFonts w:ascii="Times New Roman" w:hAnsi="Times New Roman" w:eastAsia="宋体"/>
          <w:b/>
          <w:i w:val="0"/>
          <w:sz w:val="28"/>
        </w:rPr>
        <w:t>第一部分　题目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表达式 (1⁴ʸ⁻¹)/(5⁻¹+3⁻¹) 等于：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（A）4y-1/8　　（B）8　　（C）15/2　　（D）15/8　　（E）1/8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expression (1⁴ʸ⁻¹)/(5⁻¹+3⁻¹) is equal to: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4y-1/8　　(B) 8　　(C) 15/2　　(D) 15/8　　(E) 1/8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表达式 √(4/3)-√(3/4) 等于：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（A）(√(3))/6　　（B）-(√(3))/6　　（C）(√(-3))/6　　（D）(5√(3))/6　　（E）1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expression √(4/3)-√(3/4) is equal to: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(√(3))/6　　(B) -(√(3))/6　　(C) (√(-3))/6　　(D) (5√(3))/6　　(E) 1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某等差数列的前三项依次为 x-1、x+1、2x+3。x 的值为：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（A）-2　　（B）0　　（C）2　　（D）4　　（E）无法确定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first three terms of an arithmetic progression are x-1, x+1, 2x+3, in the order shown. The value of x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-2　　(B) 0　　(C) 2　　(D) 4　　(E) undetermined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4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若 8ˣ=32，则 x 等于：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（A）4　　（B）5/3　　（C）3/2　　（D）3/5　　（E）1/4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If 8ˣ=32, then x equals: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4　　(B) 5/3　　(C) 3/2　　(D) 3/5　　(E) 1/4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5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若将一个圆的半径增加 1 个单位，则新圆的周长与直径之比为：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（A）π+2　　（B）2π+1/2　　（C）π　　（D）2π-1/2　　（E）π-2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If the radius of a circle is increased by 1 unit, the ratio of the new circumference to the new diameter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π+2　　(B) 2π+1/2　　(C) π　　(D) 2π-1/2　　(E) π-2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6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一个正方形与一个等边三角形的周长相等。该三角形的面积为 9√(3) 平方英寸。以英寸为单位，正方形的对角线长为：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（A）9/2　　（B）2√(5)　　（C）4√(2)　　（D）(9√(2))/2　　（E）以上都不是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A square and an equilateral triangle have equal perimeters. The area of the triangle is 9√(3) square inches. Expressed in inches the diagonal of the square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9/2　　(B) 2√(5)　　(C) 4√(2)　　(D) (9√(2))/2　　(E) none of these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7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设三角形 ABC 在 B 和 C 处的外角平分线交于 D。若所有角度均以度为单位，则角 BDC 等于：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（A）1/2(90-A)　　（B）90-A　　（C）1/2(180-A)　　（D）180-A　　（E）180-2A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Let the bisectors of the exterior angles at B and C of triangle ABC meet at D. Then, if all measurements are in degrees, angle BDC equals: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1/2(90-A)　　(B) 90-A　　(C) 1/2(180-A)　　(D) 180-A　　(E) 180-2A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8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已知一组 n 个数，其中 n&gt;1，一个数是 1-1/n，其余各数都是 1。这 n 个数的算术平均数为：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（A）1　　（B）n-1/n　　（C）n-1/n²　　（D）1-1/n²　　（E）1-1/n-1/n²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Given the set of n numbers, n&gt;1, of which one is 1-1/n and all the others are 1. The arithmetic mean of the n numbers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1　　(B) n-1/n　　(C) n-1/n²　　(D) 1-1/n²　　(E) 1-1/n-1/n²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9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将 x⁹-x 尽可能完全地分解为具有整数系数的多项式和单项式之积，所得因式的个数为：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（A）多于 5 个　　（B）5　　（C）4　　（D）3　　（E）2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When x⁹-x is factored as completely as possible into polynomials and monomials with integral coefficients, the number of factors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more than 5　　(B) 5　　(C) 4　　(D) 3　　(E) 2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10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某人开车前往海滨，150 英里的路程用时 3 小时 20 分钟。他从海滨返回出发点用时 4 小时 10 分钟。设全程平均速度为 r。则去程平均速度比 r 高多少英里每小时？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（A）5　　（B）41/2　　（C）4　　（D）2　　（E）1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A man drives 150 miles to the seashore in 3 hours and 20 minutes. He returns from the shore to the starting point in 4 hours and 10 minutes. Let r be the average rate for the entire trip. Then the average rate for the trip going exceeds r, in miles per hour, by: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5　　(B) 41/2　　(C) 4　　(D) 2　　(E) 1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11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方程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x²-px+p²-1/4=0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的较大根与较小根之差为：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（A）0　　（B）1　　（C）2　　（D）p　　（E）p+1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difference between the larger root and the smaller root of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x²-px+p²-1/4=0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0　　(B) 1　　(C) 2　　(D) p　　(E) p+1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12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展开 (1-1/a)⁶ 后，最后三项的系数之和为：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（A）22　　（B）11　　（C）10　　（D）-10　　（E）-11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When (1-1/a)⁶ is expanded, the sum of the last three coefficients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22　　(B) 11　　(C) 10　　(D) -10　　(E) -11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13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R 与 S 成正比，与 T 成反比。当 R=4/3 且 T=9/14 时，S=3/7。求当 R=√(48) 且 T=√(75) 时的 S。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（A）28　　（B）30　　（C）40　　（D）42　　（E）60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R varies directly as S and inversely as T. When R=4/3 and T=9/14, S=3/7. Find S when R=√(48) and T=√(75).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28　　(B) 30　　(C) 40　　(D) 42　　(E) 60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14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当项数无限增加时，设等比级数 4-8/3+16/9-⋯ 的极限和为 s。则 s 等于：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（A）0 与 1 之间的一个数　　（B）2.4　　（C）2.5　　（D）3.6　　（E）12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Let s be the limiting sum of the geometric series 4-8/3+16/9-⋯, as the number of terms increases without bound. Then s equals: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a number between 0 and 1　　(B) 2.4　　(C) 2.5　　(D) 3.6　　(E) 12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15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已知三角形 ABC 的底边 AB 的长度与位置固定。当顶点 C 沿一条直线移动时，三条中线的交点沿下列哪种轨迹移动：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（A）圆　　（B）抛物线　　（C）椭圆　　（D）直线　　（E）以上未列出的一条曲线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Given triangle ABC with base AB fixed in length and position. As the vertex C moves on a straight line, the intersection point of the three medians moves on: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a circle　　(B) a parabola　　(C) an ellipse　　(D) a straight line　　(E) a curve here not listed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16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已知矩形 R₁ 的一边长为 2 英寸，面积为 12 平方英寸。对角线长为 15 英寸的矩形 R₂ 与 R₁ 相似。以平方英寸为单位，R₂ 的面积为：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（A）9/2　　（B）36　　（C）135/2　　（D）9√(10)　　（E）(27√(10))/4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Given rectangle R₁ with one side 2 inches and area 12 square inches. Rectangle R₂ with diagonal 15 inches is similar to R₁. Expressed in square inches the area of R₂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9/2　　(B) 36　　(C) 135/2　　(D) 9√(10)　　(E) (27√(10))/4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17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若 a=log₈ 225 且 b=log₂ 15，则用 b 表示的 a 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（A）b/2　　（B）2b/3　　（C）b　　（D）3b/2　　（E）2b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If a=log₈ 225 and b=log₂ 15, then a, in terms of b,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b/2　　(B) 2b/3　　(C) b　　(D) 3b/2　　(E) 2b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18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一个正十二边形（12 条边）内接于半径为 r 英寸的圆。以平方英寸为单位，该十二边形的面积为：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（A）3r²　　（B）2r²　　（C）(3r²√(3))/4　　（D）r²√(3)　　（E）3r²√(3)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A regular dodecagon (12 sides) is inscribed in a circle with radius r inches. The area of the dodecagon, in square inches,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3r²　　(B) 2r²　　(C) (3r²√(3))/4　　(D) r²√(3)　　(E) 3r²√(3)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19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若抛物线 y=ax²+bx+c 经过点 (-1,12)、(0,5) 和 (2,-3)，则 a+b+c 的值为：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（A）-4　　（B）-2　　（C）0　　（D）1　　（E）2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If the parabola y=ax²+bx+c passes through the points (-1,12), (0,5), and (2,-3), the value of a+b+c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-4　　(B) -2　　(C) 0　　(D) 1　　(E) 2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20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一个五边形的五个内角成等差数列。其中必有一个角的度数为：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（A）108　　（B）90　　（C）72　　（D）54　　（E）36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angles of a pentagon are in arithmetic progression. One of the angles, in degrees, must be: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108　　(B) 90　　(C) 72　　(D) 54　　(E) 36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21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已知 2x²+rx+s=0 的一个根为 3+2i，其中 r 和 s 为实数，这里 (i=√(-1))。则 s 的值为：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（A）无法确定　　（B）5　　（C）6　　（D）-13　　（E）26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It is given that one root of 2x²+rx+s=0, with r and s real numbers, is 3+2i (i=√(-1)). The value of s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undetermined　　(B) 5　　(C) 6　　(D) -13　　(E) 26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22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用整数进制 b 表示的数 121_(b) 在下列何种情况下是某个整数的平方：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（A）仅当 b=10　　（B）仅当 b=10 或 b=5　　（C）2≤ b≤10　　（D）b&gt;2　　（E）不存在 b 的取值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number 121_(b), written in the integral base b, is the square of an integer, for: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b=10, only　　(B) b=10 and b=5, only　　(C) 2≤ b≤10　　(D) b&gt;2　　(E) no value of b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23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在三角形 ABC 中，CD 是 AB 边上的高，AE 是 BC 边上的高。若 AB、CD 和 AE 的长度已知，则 DB 的长度：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（A）无法由所给信息确定　　（B）仅当 A 为锐角时才能确定　　（C）仅当 B 为锐角时才能确定　　（D）仅当 ABC 为锐角三角形时才能确定　　（E）以上说法均不正确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In triangle ABC, CD is the altitude to AB and AE is the altitude to BC. If the lengths of AB, CD, and AE are known, the length of DB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not determined by the information given　　(B) determined only if A is an acute angle　　(C) determined only if B is an acute angle　　(D) determined only if ABC is an acute triangle　　(E) none of these is correct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24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三台机器 P、Q 和 R 合作可在 x 小时内完成一项工作。若单独工作，P 完成该工作还需多用 6 小时，Q 还需多用一小时，而 R 还需多用 x 小时。x 的值为：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（A）2/3　　（B）11/12　　（C）3/2　　（D）2　　（E）3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Three machines P, Q, and R, working together, can do a job in x hours. When working alone, P needs an additional 6 hours to do the job; Q, one additional hour; and R, x additional hours. The value of x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2/3　　(B) 11/12　　(C) 3/2　　(D) 2　　(E) 3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25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已知正方形 ABCD 的边长为 8 英尺。作一个经过顶点 A 和 D 且与边 BC 相切的圆。以英尺为单位，该圆的半径为：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（A）4　　（B）4√(2)　　（C）5　　（D）5√(2)　　（E）6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Given square ABCD with side 8 feet. A circle is drawn through vertices A and D and tangent to side BC. The radius of the circle, in feet,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4　　(B) 4√(2)　　(C) 5　　(D) 5√(2)　　(E) 6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26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当 x 取任意实数时，8x-3x² 的最大值为：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（A）0　　（B）8/3　　（C）4　　（D）5　　（E）16/3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For any real value of x the maximum value of 8x-3x²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0　　(B) 8/3　　(C) 4　　(D) 5　　(E) 16/3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27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令 amathbin@b 表示对两个数 a 和 b 取较大者的运算，并规定 amathbin@a=a。令 amathbin!b 表示取两数中较小者的运算，并规定 amathbin!a=a。以下三条法则中哪些正确？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(1)quadamathbin@b=bmathbin@a,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(2)quadamathbin@(bmathbin@c)=(amathbin@b)mathbin@c,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(3)quadamathbin!(bmathbin@c)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=(amathbin!b)mathbin@(amathbin!c)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（A）仅 (1)　　（B）仅 (2)　　（C）仅 (1) 和 (2)　　（D）仅 (1) 和 (3)　　（E）三条都正确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Let amathbin@b represent the operation on two numbers, a and b, which selects the larger of the two numbers, with amathbin@a=a. Let amathbin!b represent the operation which selects the smaller of the two numbers, with amathbin!a=a. Which of the following three rules is (are) correct?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(1)quadamathbin@b=bmathbin@a,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(2)quadamathbin@(bmathbin@c)=(amathbin@b)mathbin@c,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(3)quadamathbin!(bmathbin@c)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=(amathbin!b)mathbin@(amathbin!c).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(1) only　　(B) (2) only　　(C) (1) and (2) only　　(D) (1) and (3) only　　(E) all three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28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满足方程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x^(log₁₀x)=x³/100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的 x 值集合为：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（A）仅 1/10　　（B）仅 10　　（C）仅 100　　（D）仅 10 或 100　　（E）多于两个实数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set of x-values satisfying the equation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x^(log₁₀x)=x³/100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consists of: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1/10, only　　(B) 10, only　　(C) 100, only　　(D) 10 or 100, only　　(E) more than two real numbers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29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下列哪组 x 值满足不等式 2x²+x&lt;6？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（A）-2&lt; x&lt;3/2　　（B）x&gt;3/2 或 x&lt;-2　　（C）x&lt;3/2　　（D）3/2&lt; x&lt;2　　（E）x&lt;-2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Which of the following sets of x-values satisfy the inequality 2x²+x&lt;6?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-2&lt; x&lt;3/2　　(B) x&gt;3/2 or x&lt;-2　　(C) x&lt;3/2　　(D) 3/2&lt; x&lt;2　　(E) x&lt;-2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30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考虑以下陈述：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(1) p 和 q 都为真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(2) p 为真且 q 为假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(3) p 为假且 q 为真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(4) p 和 q 都为假。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其中有多少个陈述蕴含“p 和 q 都为真”这一命题的否定？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（A）0　　（B）1　　（C）2　　（D）3　　（E）4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Consider the statements: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(1) p and q are both true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(2) p is true and q is false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(3) p is false and q is true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(4) p is false and q is false.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How many of these imply the negation of the statement “p and q are both true”?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0　　(B) 1　　(C) 2　　(D) 3　　(E) 4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31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两个边长均为单位长度的正多边形的内角之比为 3:2。这样的多边形对有多少组？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（A）1　　（B）2　　（C）3　　（D）4　　（E）无穷多组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ratio of the interior angles of two regular polygons with sides of unit length is 3:2. How many such pairs are there?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1　　(B) 2　　(C) 3　　(D) 4　　(E) infinitely many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32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若对 k=1、2、…、n-1，有 xₖ₊₁=xₖ+1/2，且 x₁=1，求 x₁+x₂+⋯+xₙ。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（A）n+1/2　　（B）n+3/2　　（C）n²-1/2　　（D）n²+n/4　　（E）n²+3n/4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If xₖ₊₁=xₖ+1/2 for k=1, 2, …, n-1 and x₁=1, find x₁+x₂+⋯+xₙ.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n+1/2　　(B) n+3/2　　(C) n²-1/2　　(D) n²+n/4　　(E) n²+3n/4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33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满足不等式 2≤|x-1|≤5 的 x 值集合为：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（A）-4≤ x≤-1 或 3≤ x≤6　　（B）3≤ x≤6 或 -6≤ x≤-3　　（C）x≤-1 或 x≥3　　（D）-1≤ x≤3　　（E）-4≤ x≤6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set of x-values satisfying the inequality 2≤|x-1|≤5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-4≤ x≤-1 or 3≤ x≤6　　(B) 3≤ x≤6 or -6≤ x≤-3　　(C) x≤-1 or x≥3　　(D) -1≤ x≤3　　(E) -4≤ x≤6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34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当实数 K 取哪些值时，方程 x=K²(x-1)(x-2) 有实根？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（A）没有任何值　　（B）-2&lt; K&lt;1　　（C）-2√(2)&lt; K&lt;2√(2)　　（D）K&gt;1 或 K&lt;-2　　（E）所有实数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For what real values of K does x=K²(x-1)(x-2) have real roots?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none　　(B) -2&lt; K&lt;1　　(C) -2√(2)&lt; K&lt;2√(2)　　(D) K&gt;1 or K&lt;-2　　(E) all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35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某人在下午 6:00 刚过不久外出赴宴时，看到手表的时针与分针成 110° 角。他在下午 7:00 前返回时，发现两根指针再次成 110° 角。他离开的分钟数为：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（A）362/3　　（B）40　　（C）42　　（D）42.4　　（E）45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A man on his way to dinner shortly after 6:00 p.m. observes that the hands of his watch form an angle of 110°. Returning before 7:00 p.m. he notices that again the hands of his watch form an angle of 110°. The number of minutes that he has been away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362/3　　(B) 40　　(C) 42　　(D) 42.4　　(E) 45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36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若 x 和 y 都是整数，则方程 (x-8)(x-10)=2ʸ 有多少组解？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（A）0　　（B）1　　（C）2　　（D）3　　（E）多于 3 组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If both x and y are integers, how many solutions are there to the equation (x-8)(x-10)=2ʸ?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0　　(B) 1　　(C) 2　　(D) 3　　(E) more than 3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37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ABCD 是边长为单位长度的正方形。分别在边 AB 和 AD 上取点 E 和 F，使得 AE=AF，且四边形 CDFE 的面积最大。以平方单位计，此最大面积为：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（A）1/2　　（B）9/16　　（C）19/32　　（D）5/8　　（E）2/3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ABCD is a square with side of unit length. Points E and F are taken respectively on sides AB and AD so that AE=AF and the quadrilateral CDFE has maximum area. In square units this maximum area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1/2　　(B) 9/16　　(C) 19/32　　(D) 5/8　　(E) 2/3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38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诺萨奇镇的人口曾经是一个完全平方数。后来人口增加 100 后，比某个完全平方数多一。现在人口又增加 100，再次成为完全平方数。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原来的人口是下列哪个数的倍数：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（A）3　　（B）7　　（C）9　　（D）11　　（E）17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population of Nosuch Junction at one time was a perfect square. Later, with an increase of 100, the population was one more than a perfect square. Now, with an additional increase of 100, the population is again a perfect square.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original population is a multiple of: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3　　(B) 7　　(C) 9　　(D) 11　　(E) 17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39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一个各边不等的三角形，其两条中线 AN 和 BP 的长度分别为 3 英寸和 6 英寸。其面积为 3√(15) 平方英寸。以英寸为单位，第三条中线的长度为：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（A）4　　（B）3√(3)　　（C）3√(6)　　（D）6√(3)　　（E）6√(6)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medians AN and BP of a triangle with unequal sides are, respectively, 3 inches and 6 inches long. Its area is 3√(15) square inches. The length of the third median, in inches,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4　　(B) 3√(3)　　(C) 3√(6)　　(D) 6√(3)　　(E) 6√(6)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40 题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无穷级数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1/10+2/10²+3/10³+⋯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的第 n 项为 n/10ⁿ，其极限和为：</w:t>
      </w:r>
    </w:p>
    <w:p>
      <w:pPr>
        <w:spacing w:before="0" w:after="120" w:line="300" w:lineRule="auto"/>
      </w:pPr>
      <w:r>
        <w:rPr>
          <w:rFonts w:ascii="Times New Roman" w:hAnsi="Times New Roman" w:eastAsia="宋体"/>
          <w:b w:val="0"/>
          <w:i w:val="0"/>
          <w:sz w:val="21"/>
        </w:rPr>
        <w:t>（A）1/9　　（B）10/81　　（C）1/8　　（D）17/72　　（E）大于任何有限量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limiting sum of the infinite series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1/10+2/10²+3/10³+⋯,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whose nth term is n/10ⁿ, is:</w:t>
      </w:r>
    </w:p>
    <w:p>
      <w:pPr>
        <w:spacing w:before="0" w:after="160" w:line="300" w:lineRule="auto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(A) 1/9　　(B) 10/81　　(C) 1/8　　(D) 17/72　　(E) larger than any finite quantity</w:t>
      </w:r>
    </w:p>
    <w:p>
      <w:r>
        <w:br w:type="page"/>
      </w:r>
    </w:p>
    <w:p>
      <w:pPr>
        <w:spacing w:before="280" w:after="160" w:line="300" w:lineRule="auto"/>
      </w:pPr>
      <w:r>
        <w:rPr>
          <w:rFonts w:ascii="Times New Roman" w:hAnsi="Times New Roman" w:eastAsia="宋体"/>
          <w:b/>
          <w:i w:val="0"/>
          <w:sz w:val="28"/>
        </w:rPr>
        <w:t>第二部分　解答</w:t>
      </w:r>
    </w:p>
    <w:p>
      <w:pPr>
        <w:spacing w:before="0" w:after="40" w:line="300" w:lineRule="auto"/>
      </w:pPr>
      <w:r>
        <w:rPr>
          <w:rFonts w:ascii="Times New Roman" w:hAnsi="Times New Roman" w:eastAsia="宋体"/>
          <w:b/>
          <w:i w:val="0"/>
          <w:sz w:val="19"/>
        </w:rPr>
        <w:t>答案速查：</w:t>
      </w:r>
    </w:p>
    <w:p>
      <w:pPr>
        <w:spacing w:before="0" w:after="0" w:line="300" w:lineRule="auto"/>
      </w:pPr>
      <w:r>
        <w:rPr>
          <w:rFonts w:ascii="Times New Roman" w:hAnsi="Times New Roman" w:eastAsia="宋体"/>
          <w:b w:val="0"/>
          <w:i w:val="0"/>
          <w:sz w:val="18"/>
        </w:rPr>
        <w:t>题号　1　2　3　4　5　6　7　8　9</w:t>
      </w:r>
    </w:p>
    <w:p>
      <w:pPr>
        <w:spacing w:before="0" w:after="80" w:line="300" w:lineRule="auto"/>
      </w:pPr>
      <w:r>
        <w:rPr>
          <w:rFonts w:ascii="Times New Roman" w:hAnsi="Times New Roman" w:eastAsia="宋体"/>
          <w:b/>
          <w:i w:val="0"/>
          <w:sz w:val="18"/>
        </w:rPr>
        <w:t>答案　D　A　B　B　C　D　C　D　B</w:t>
      </w:r>
    </w:p>
    <w:p>
      <w:pPr>
        <w:spacing w:before="0" w:after="0" w:line="300" w:lineRule="auto"/>
      </w:pPr>
      <w:r>
        <w:rPr>
          <w:rFonts w:ascii="Times New Roman" w:hAnsi="Times New Roman" w:eastAsia="宋体"/>
          <w:b w:val="0"/>
          <w:i w:val="0"/>
          <w:sz w:val="18"/>
        </w:rPr>
        <w:t>题号　10　11　12　13　14　15　16　17　18</w:t>
      </w:r>
    </w:p>
    <w:p>
      <w:pPr>
        <w:spacing w:before="0" w:after="80" w:line="300" w:lineRule="auto"/>
      </w:pPr>
      <w:r>
        <w:rPr>
          <w:rFonts w:ascii="Times New Roman" w:hAnsi="Times New Roman" w:eastAsia="宋体"/>
          <w:b/>
          <w:i w:val="0"/>
          <w:sz w:val="18"/>
        </w:rPr>
        <w:t>答案　A　B　C　B　B　D　C　B　A</w:t>
      </w:r>
    </w:p>
    <w:p>
      <w:pPr>
        <w:spacing w:before="0" w:after="0" w:line="300" w:lineRule="auto"/>
      </w:pPr>
      <w:r>
        <w:rPr>
          <w:rFonts w:ascii="Times New Roman" w:hAnsi="Times New Roman" w:eastAsia="宋体"/>
          <w:b w:val="0"/>
          <w:i w:val="0"/>
          <w:sz w:val="18"/>
        </w:rPr>
        <w:t>题号　19　20　21　22　23　24　25　26　27</w:t>
      </w:r>
    </w:p>
    <w:p>
      <w:pPr>
        <w:spacing w:before="0" w:after="80" w:line="300" w:lineRule="auto"/>
      </w:pPr>
      <w:r>
        <w:rPr>
          <w:rFonts w:ascii="Times New Roman" w:hAnsi="Times New Roman" w:eastAsia="宋体"/>
          <w:b/>
          <w:i w:val="0"/>
          <w:sz w:val="18"/>
        </w:rPr>
        <w:t>答案　C　A　E　D　E　A　C　E　E</w:t>
      </w:r>
    </w:p>
    <w:p>
      <w:pPr>
        <w:spacing w:before="0" w:after="0" w:line="300" w:lineRule="auto"/>
      </w:pPr>
      <w:r>
        <w:rPr>
          <w:rFonts w:ascii="Times New Roman" w:hAnsi="Times New Roman" w:eastAsia="宋体"/>
          <w:b w:val="0"/>
          <w:i w:val="0"/>
          <w:sz w:val="18"/>
        </w:rPr>
        <w:t>题号　28　29　30　31　32　33　34　35　36</w:t>
      </w:r>
    </w:p>
    <w:p>
      <w:pPr>
        <w:spacing w:before="0" w:after="80" w:line="300" w:lineRule="auto"/>
      </w:pPr>
      <w:r>
        <w:rPr>
          <w:rFonts w:ascii="Times New Roman" w:hAnsi="Times New Roman" w:eastAsia="宋体"/>
          <w:b/>
          <w:i w:val="0"/>
          <w:sz w:val="18"/>
        </w:rPr>
        <w:t>答案　D　A　D　C　E　A　E　B　C</w:t>
      </w:r>
    </w:p>
    <w:p>
      <w:pPr>
        <w:spacing w:before="0" w:after="0" w:line="300" w:lineRule="auto"/>
      </w:pPr>
      <w:r>
        <w:rPr>
          <w:rFonts w:ascii="Times New Roman" w:hAnsi="Times New Roman" w:eastAsia="宋体"/>
          <w:b w:val="0"/>
          <w:i w:val="0"/>
          <w:sz w:val="18"/>
        </w:rPr>
        <w:t>题号　37　38　39　40</w:t>
      </w:r>
    </w:p>
    <w:p>
      <w:pPr>
        <w:spacing w:before="0" w:after="80" w:line="300" w:lineRule="auto"/>
      </w:pPr>
      <w:r>
        <w:rPr>
          <w:rFonts w:ascii="Times New Roman" w:hAnsi="Times New Roman" w:eastAsia="宋体"/>
          <w:b/>
          <w:i w:val="0"/>
          <w:sz w:val="18"/>
        </w:rPr>
        <w:t>答案　D　B　C　B</w:t>
      </w:r>
    </w:p>
    <w:p>
      <w:pPr>
        <w:spacing w:before="0" w:after="200" w:line="300" w:lineRule="auto"/>
      </w:pPr>
      <w:r>
        <w:rPr>
          <w:rFonts w:ascii="Times New Roman" w:hAnsi="Times New Roman" w:eastAsia="宋体"/>
          <w:b w:val="0"/>
          <w:i w:val="0"/>
          <w:color w:val="666666"/>
          <w:sz w:val="18"/>
        </w:rPr>
        <w:t>答案串：DABBCDCDBABCBBDCBACAEDEACEEDADCEAEBCDBCB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 题　答案 D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分子为 1，而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5⁻¹+3⁻¹=1/5+1/3=8/15。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因此该表达式等于 1/(8/15)=15/8。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D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numerator is 1, while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5⁻¹+3⁻¹=1/5+1/3=8/15.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Therefore the expression equals 1/(8/15)=15/8.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D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 题　答案 A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有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2/(√(3))-(√(3))/2 =4-3/(2√(3)) =(√(3))/6。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A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We have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2/(√(3))-(√(3))/2 =4-3/(2√(3)) =(√(3))/6.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Therefore,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A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 题　答案 B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由相邻项之差相等可得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2=(2x+3)-(x+1)=x+2，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 x=0。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B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Equality of consecutive differences gives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2=(2x+3)-(x+1)=x+2,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so x=0.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B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4 题　答案 B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因为 8=2³ 且 32=2⁵，原方程化为 2³ˣ=2⁵。因此 3x=5，且 x=5/3。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B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Since 8=2³ and 32=2⁵, the equation becomes 2³ˣ=2⁵. Hence 3x=5 and x=5/3.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Therefore,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B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5 题　答案 C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对于任意圆，无论半径多大，周长除以直径都等于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(2π R)/2R=π。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C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For every circle, regardless of its radius, the circumference divided by the diameter is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(2π R)/2R=π.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C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6 题　答案 D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若三角形的边长为 s，则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(√(3))/4s²=9√(3)，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 s=6。其周长为 18，故正方形边长为 18/4=9/2。因此正方形的对角线长为 (9√(2))/2。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D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If s is the triangle’s side, then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(√(3))/4s²=9√(3),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so s=6. Its perimeter is 18, making the square’s side 18/4=9/2. The square’s diagonal is therefore (9√(2))/2.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D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7 题　答案 C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三角形 BDC 在 B 和 C 处的角分别为 90°-B/2 和 90°-C/2。因此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∠ BDC =180°-(90°-B/2)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-(90°-C/2)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=B+C/2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=(180°-A)/2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C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angles of triangle BDC at B and C are 90°-B/2 and 90°-C/2. Thus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∠ BDC =180°-(90°-B/2)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-(90°-C/2)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=B+C/2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=(180°-A)/2.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Therefore,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C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8 题　答案 D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这些数的总和为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(n-1)+(1-1/n)=n-1/n。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再除以 n，得到 1-1/n²。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D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sum is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(n-1)+(1-1/n)=n-1/n.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Dividing by n gives 1-1/n².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D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9 题　答案 B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在整数范围内分解得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x⁹-x =x(x-1)(x+1)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·(x²+1)(x⁴+1)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最后两个非常数因式在整数范围内不可约，所以共有 5 个因式。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B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Factoring over the integers gives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x⁹-x =x(x-1)(x+1)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·(x²+1)(x⁴+1).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last two nonconstant factors are irreducible over the integers, so there are 5 factors.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B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10 题　答案 A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去程速度为每小时 150/(10/3)=45 英里。全程在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31/3+41/6=71/2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小时内行驶 300 英里，所以 r=300/(15/2)=40。速度之差为 45-40=5。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A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outbound rate is 150/(10/3)=45 miles per hour. The entire trip covers 300 miles in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31/3+41/6=71/2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hours, so r=300/(15/2)=40. The difference is 45-40=5.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A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11 题　答案 B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判别式为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p²-4(p²-1/4)=1。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两根为 p+1/2 和 p-1/2，两者之差为 1。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B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discriminant is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p²-4(p²-1/4)=1.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roots are p+1/2 and p-1/2, whose difference is 1.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Therefore,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B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12 题　答案 C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最后三项的系数为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C(6, 4), -C(6, 5), C(6, 6)，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所以它们的和为 15-6+1=10。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C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last three terms have coefficients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C(6, 4), -C(6, 5), C(6, 6),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so their sum is 15-6+1=10.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C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13 题　答案 B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因为 R=kS/T，所以 S=RT/k。于是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S₂/S₁ =R₂T₂/R₁T₁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=(√(48)√(75))/((4/3)(9/14))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=60/(6/7)=70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因此 S₂=(3/7)·70=30。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B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Because R=kS/T, we have S=RT/k. Hence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S₂/S₁ =R₂T₂/R₁T₁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=(√(48)√(75))/((4/3)(9/14))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=60/(6/7)=70.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Therefore S₂=(3/7)·70=30.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B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14 题　答案 B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首项为 4，公比为 -2/3。因此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s=4/(1-(-2/3))=12/5=2.4。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B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first term is 4 and the common ratio is -2/3. Thus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s=4/(1-(-2/3))=12/5=2.4.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Therefore,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B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15 题　答案 D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也用 A、B 和 C 表示相应的位置向量。重心为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G=A+B+C/3。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因为 A 和 B 固定，所以这是将 C 的位置按 1/3 缩放后再平移。因此直线轨迹仍映射成直线轨迹。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D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Let A, B, and C also denote their position vectors. The centroid is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G=A+B+C/3.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Since A and B are fixed, this is a translation and scaling by 1/3 of the position of C. A straight-line locus therefore maps to a straight-line locus.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D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16 题　答案 C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R₁ 的对角线长为 √(2²+6²)=2√(10)。因此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([R₂])/([R₁]) =(15/(2√(10)))² =45/8。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 [R₂]=12(45/8)=135/2。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C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diagonal of R₁ is √(2²+6²)=2√(10). Therefore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([R₂])/([R₁]) =(15/(2√(10)))² =45/8.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 [R₂]=12(45/8)=135/2.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Therefore,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C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17 题　答案 B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换成以 2 为底，得到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a=(log₂(15²))/(log₂(2³))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=(2log₂ 15)/3 =2b/3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B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Changing to base 2 gives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a=(log₂(15²))/(log₂(2³))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=(2log₂ 15)/3 =2b/3.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B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18 题　答案 A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这 12 个以圆心为顶点的三角形，每个面积为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1/2r²sin30°=r²/4。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因此总面积为 12(r²/4)=3r²。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A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Each of the 12 central triangles has area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1/2r²sin30°=r²/4.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Their total area is 12(r²/4)=3r².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A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19 题　答案 C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由点 (0,5) 得 c=5。另外两个点给出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a-b=7, 4a+2b=-8。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解得 a=1、b=-6。因此 a+b+c=1-6+5=0。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C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point (0,5) gives c=5. The other two points give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a-b=7, 4a+2b=-8.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Solving yields a=1 and b=-6. Hence a+b+c=1-6+5=0.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C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20 题　答案 A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五个角的平均数为 (540°)/5=108°。对于五个成等差数列的数，中间项等于平均数，所以必有一个角为 108°。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A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average of the five angles is (540°)/5=108°. For five terms in arithmetic progression, the middle term equals the average, so one angle must be 108°.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A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21 题　答案 E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另一个根为 3-2i。两根之积为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(3+2i)(3-2i)=9+4=13。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由韦达定理得 s/2=13，所以 s=26。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E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other root is 3-2i. Their product is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(3+2i)(3-2i)=9+4=13.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Vieta’s formula gives s/2=13, so s=26.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Therefore,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E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22 题　答案 D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用通常的记数法，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121_(b)=b²+2b+1=(b+1)²。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对每个允许的进制，这都是一个平方数。由于出现了数字 2，恰好只有满足 b&gt;2 的整数进制才可用。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D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In ordinary notation,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121_(b)=b²+2b+1=(b+1)².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This is a square for every allowable base. Since digit 2 occurs, precisely the integral bases b&gt;2 are allowable.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D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23 题　答案 E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设 AB=c、CD=h，且 AE=e。令两个面积公式相等，得到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1/2ch=1/2(BC)e，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 BC=ch/e。由于三角形 BCD 在 D 处为直角，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DB=√(BC²-CD²)。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无论原三角形是锐角、直角还是钝角三角形，这都能确定 DB，所以前四个选项均不正确。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E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Let AB=c, CD=h, and AE=e. Equating two area formulas gives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1/2ch=1/2(BC)e,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so BC=ch/e. Since triangle BCD is right at D,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DB=√(BC²-CD²).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This determines DB whether the original triangle is acute, right, or obtuse, so none of the first four choices is correct.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E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24 题　答案 A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工作速度满足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1/x+6+1/x+1+1/2x=1/x。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因此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1/x+6+1/x+1=1/2x，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化简得 3x²+7x-6=0，即 (3x-2)(x+3)=0。时间必须为正，所以 x=2/3。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A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rates satisfy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1/x+6+1/x+1+1/2x=1/x.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1/x+6+1/x+1=1/2x,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which simplifies to 3x²+7x-6=0, or (3x-2)(x+3)=0. A time must be positive, so x=2/3.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Therefore,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A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25 题　答案 C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设圆心为 (h,4)。由于圆经过 A，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r²=h²+16。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与 x=8 相切给出 r=8-h。因此 h²+16=(8-h)²，所以 h=3，且 r=5。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C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Place the center at (h,4). Since the circle passes through A,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r²=h²+16.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Tangency to x=8 gives r=8-h. Therefore h²+16=(8-h)², so h=3 and r=5.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C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26 题　答案 E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配方得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8x-3x² =16/3-3(x-4/3)²。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平方项非负，所以最大值为 16/3。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E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Completing the square,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8x-3x² =16/3-3(x-4/3)².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square term is nonnegative, so the maximum is 16/3.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E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27 题　答案 E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取最大值满足交换律和结合律，所以 (1) 与 (2) 成立。法则 (3) 是分配恒等式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min(a,max(b,c))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=max(min(a,b),min(a,c))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若 a≥max(b,c)，两边都等于 max(b,c)；若 a&lt;max(b,c)，两边都等于 a。因此 (3) 也成立。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E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Maximum is commutative and associative, so (1) and (2) hold. Rule (3) is the distributive identity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min(a,max(b,c))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=max(min(a,b),min(a,c)).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If a≥max(b,c), both sides equal max(b,c); if a&lt;max(b,c), both sides equal a. Thus (3) also holds.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Therefore,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E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28 题　答案 D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令 y=log₁₀x，则 x=10ʸ。两边取以 10 为底的对数，得到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y²=3y-2。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因此 (y-1)(y-2)=0，所以 x=10 或 x=100。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D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Set y=log₁₀x, so x=10ʸ. Taking base-10 logarithms gives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y²=3y-2.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Hence (y-1)(y-2)=0, so x=10 or x=100.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D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29 题　答案 A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该不等式为 2x²+x-6&lt;0。分解得 (2x-3)(x+2)&lt;0。乘积在两根之间为负，所以 -2&lt; x&lt;3/2。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A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inequality is 2x²+x-6&lt;0. Factoring gives (2x-3)(x+2)&lt;0. The product is negative between its roots, so -2&lt; x&lt;3/2.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A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30 题　答案 D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只要 p 和 q 中至少一个为假，“p 和 q 都为真”的否定就成立。这发生在情形 (2)、(3) 和 (4) 中，共有 3 种。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D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negation of “p and q are both true” holds whenever at least one of p and q is false. This occurs in cases (2), (3), and (4), for a total of 3.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D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31 题　答案 C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设较小和较大的多边形分别有 n 和 N 条边。则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(N-2/N)/(n-2/n)=3/2，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解得 N=4n/6-n。由正数条件及 N&gt; n，可得 n=3、n=4 或 n=5。它们分别给出 N=4、N=8 和 N=20。因此共有 3 组。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C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Let the smaller and larger polygons have n and N sides. Then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(N-2/N)/(n-2/n)=3/2,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which gives N=4n/6-n. Positivity and N&gt; n require n=3, n=4, or n=5. These give N=4, N=8, and N=20, respectively. Thus there are 3 pairs.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Therefore,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C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32 题　答案 E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有 xₙ=1+n-1/2=n+1/2。因此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x₁+⋯+xₙ =n/2(1+n+1/2)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=n²+3n/4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E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We have xₙ=1+n-1/2=n+1/2. Therefore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x₁+⋯+xₙ =n/2(1+n+1/2)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=n²+3n/4.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E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33 题　答案 A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当 x-1≥0 时，界限给出 3≤ x≤6。当 x-1≤0 时，给出 -4≤ x≤-1。解集是这两个区间的并集。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A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For x-1≥0, the bounds give 3≤ x≤6. For x-1≤0, they give -4≤ x≤-1. The solution is the union of these two intervals.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A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34 题　答案 E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整理得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K²x²-(3K²+1)x+2K²=0。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对每个实数 K，其判别式均满足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(3K²+1)²-8K⁴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=K⁴+6K²+1&gt;0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这也包括 K=0 的情形，此时原方程给出 x=0。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E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Rearranging gives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K²x²-(3K²+1)x+2K²=0.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Its discriminant is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(3K²+1)²-8K⁴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=K⁴+6K²+1&gt;0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for every real K. This also covers K=0, when the original equation gives x=0.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Therefore,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E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35 题　答案 B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两次观察分别位于两针重合时刻的前后两侧。带符号的角度差变化了 220°。由于分针每分钟比时针多转 6-0.5=5.5°，所以经过的时间为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220/5.5=40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分钟。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B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two observations lie on opposite sides of the instant when the hands coincide. Their signed angular separation changes by 220°. Since the minute hand gains on the hour hand at 6-0.5=5.5° per minute, the elapsed time is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220/5.5=40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minutes.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B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36 题　答案 C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令 n=x-9。则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2ʸ=n²-1=(n-1)(n+1)。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由于乘积是 2 的幂，两个因式都不能含有奇素因子。相差 2 且均为带符号的 2 的幂的相邻偶数，只有 (-4,-2) 和 (2,4)。因此 n=±3 且 y=3，给出 x=6 或 12。共有 2 个有序数对 (x,y)。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C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Put n=x-9. Then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2ʸ=n²-1=(n-1)(n+1).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Since the product is a power of 2, both factors must have no odd prime divisor. The only consecutive even integers differing by 2 that are both signed powers of 2 are (-4,-2) and (2,4). Thus n=±3 and y=3, giving x=6 or 12. There are 2 ordered pairs (x,y).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Therefore,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C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37 题　答案 D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令 A=(0,0)、B=(1,0)、C=(1,1) 且 D=(0,1)。则 E=(t,0)，且 F=(0,t)。由鞋带公式得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[CDFE]=1+t-t²/2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=5/8-1/2 (t-1/2)²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其最大值为 5/8。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D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Set A=(0,0), B=(1,0), C=(1,1), and D=(0,1). Then E=(t,0) and F=(0,t). The shoelace formula gives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[CDFE]=1+t-t²/2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=5/8-1/2 (t-1/2)².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Its maximum is 5/8.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D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38 题　答案 B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设原来的人口为 a²。则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b²-a²=99,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c²-a²=200。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由 (b-a)(b+a)=99，a 的正数可能值为 49、15 和 1。检验第二个条件，只有 a=49 可行，因为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49²+200=2601=51²。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人口为 49²=7⁴，是 7 的倍数。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B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Let the original population be a². Then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b²-a²=99,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c²-a²=200.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From (b-a)(b+a)=99, the positive possibilities for a are 49, 15, and 1. Checking the second condition, only a=49 works, since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49²+200=2601=51².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population is 49²=7⁴, a multiple of 7.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B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39 题　答案 C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以三条中线为边所组成的三角形，其面积为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3/4(3√(15))=(9√(15))/4。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若 θ 是边长 3 与 6 的夹角，则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9sinθ=(9√(15))/4，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 cosθ=±1/4。由余弦定理，第三条中线 m 满足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m²=3²+6²-2(3)(6)cosθ，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得到 m²=36 或 54。若 m=6，则两条中线相等，从而两条边也相等。由于原三角形各边不等，故 m=√(54)=3√(6)。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C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 triangle whose sides are the three medians has area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3/4(3√(15))=(9√(15))/4.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If θ is the included angle between its sides 3 and 6, then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9sinθ=(9√(15))/4,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so cosθ=±1/4. By the law of cosines, the third median m satisfies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m²=3²+6²-2(3)(6)cosθ,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giving m²=36 or 54. The value m=6 would make two medians, and hence two sides, equal. Because the triangle has unequal sides, m=√(54)=3√(6).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Therefore,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C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p>
      <w:pPr>
        <w:spacing w:before="200" w:after="80" w:line="300" w:lineRule="auto"/>
      </w:pPr>
      <w:r>
        <w:rPr>
          <w:rFonts w:ascii="Times New Roman" w:hAnsi="Times New Roman" w:eastAsia="宋体"/>
          <w:b/>
          <w:i w:val="0"/>
          <w:sz w:val="23"/>
        </w:rPr>
        <w:t>第 40 题　答案 B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当 |x|&lt;1 时，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Σₙ₌₁^(∞)nxⁿ=x/((1-x)²)。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取 x=1/10，得到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(1/10)/((9/10)²)=10/81。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sz w:val="21"/>
        </w:rPr>
        <w:t>所以正确答案是</w:t>
      </w:r>
      <w:r>
        <w:rPr>
          <w:rFonts w:ascii="Times New Roman" w:hAnsi="Times New Roman" w:eastAsia="宋体"/>
          <w:b/>
          <w:i w:val="0"/>
          <w:sz w:val="21"/>
        </w:rPr>
        <w:t>B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p>
      <w:pPr>
        <w:spacing w:before="40" w:after="0" w:line="300" w:lineRule="auto"/>
      </w:pPr>
      <w:r>
        <w:rPr>
          <w:rFonts w:ascii="Times New Roman" w:hAnsi="Times New Roman" w:eastAsia="宋体"/>
          <w:b/>
          <w:i w:val="0"/>
          <w:color w:val="888888"/>
          <w:sz w:val="17"/>
        </w:rPr>
        <w:t>English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For |x|&lt;1,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Σₙ₌₁^(∞)nxⁿ=x/((1-x)²).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Taking x=1/10 gives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(1/10)/((9/10)²)=10/81.</w:t>
      </w:r>
    </w:p>
    <w:p>
      <w:pPr>
        <w:spacing w:before="0" w:after="80" w:line="300" w:lineRule="auto"/>
        <w:jc w:val="left"/>
      </w:pPr>
      <w:r>
        <w:rPr>
          <w:rFonts w:ascii="Times New Roman" w:hAnsi="Times New Roman" w:eastAsia="宋体"/>
          <w:b w:val="0"/>
          <w:i w:val="0"/>
          <w:color w:val="333333"/>
          <w:sz w:val="19"/>
        </w:rPr>
        <w:t>Thus, the correct answer is</w:t>
      </w:r>
      <w:r>
        <w:rPr>
          <w:rFonts w:ascii="Times New Roman" w:hAnsi="Times New Roman" w:eastAsia="宋体"/>
          <w:b/>
          <w:i w:val="0"/>
          <w:color w:val="333333"/>
          <w:sz w:val="19"/>
        </w:rPr>
        <w:t>B</w:t>
      </w:r>
      <w:r>
        <w:rPr>
          <w:rFonts w:ascii="Times New Roman" w:hAnsi="Times New Roman" w:eastAsia="宋体"/>
          <w:b w:val="0"/>
          <w:i w:val="0"/>
          <w:color w:val="333333"/>
          <w:sz w:val="19"/>
        </w:rPr>
        <w:t>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