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1961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40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化简 (-1/125)^(-2/3)，结果为：</w:t>
      </w:r>
    </w:p>
    <w:p>
      <w:pPr>
        <w:spacing w:before="0" w:after="120" w:line="300" w:lineRule="auto"/>
      </w:pPr>
      <w:r>
        <w:rPr>
          <w:rFonts w:ascii="Times New Roman" w:hAnsi="Times New Roman" w:eastAsia="宋体"/>
          <w:b w:val="0"/>
          <w:i w:val="0"/>
          <w:sz w:val="21"/>
        </w:rPr>
        <w:t>（A）1/25　　（B）-1/25　　（C）25　　（D）-25　　（E）25√(-1)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simplified, (-1/125)^(-2/3) becomes:</w:t>
      </w:r>
    </w:p>
    <w:p>
      <w:pPr>
        <w:spacing w:before="0" w:after="160" w:line="300" w:lineRule="auto"/>
      </w:pPr>
      <w:r>
        <w:rPr>
          <w:rFonts w:ascii="Times New Roman" w:hAnsi="Times New Roman" w:eastAsia="宋体"/>
          <w:b w:val="0"/>
          <w:i w:val="0"/>
          <w:color w:val="333333"/>
          <w:sz w:val="19"/>
        </w:rPr>
        <w:t>(A) 1/25　　(B) -1/25　　(C) 25　　(D) -25　　(E) 25√(-1)</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一辆汽车在 r 秒内行驶 a/6 英尺。若以此速度行驶 3 分钟，它在这 3 分钟内共行驶多少码？</w:t>
      </w:r>
    </w:p>
    <w:p>
      <w:pPr>
        <w:spacing w:before="0" w:after="120" w:line="300" w:lineRule="auto"/>
      </w:pPr>
      <w:r>
        <w:rPr>
          <w:rFonts w:ascii="Times New Roman" w:hAnsi="Times New Roman" w:eastAsia="宋体"/>
          <w:b w:val="0"/>
          <w:i w:val="0"/>
          <w:sz w:val="21"/>
        </w:rPr>
        <w:t>（A）a/1080r　　（B）30r/a　　（C）30a/r　　（D）10r/a　　（E）10a/r</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automobile travels a/6 feet in r seconds. If this rate is maintained for 3 minutes, how many yards does it travel in the 3 minutes?</w:t>
      </w:r>
    </w:p>
    <w:p>
      <w:pPr>
        <w:spacing w:before="0" w:after="160" w:line="300" w:lineRule="auto"/>
      </w:pPr>
      <w:r>
        <w:rPr>
          <w:rFonts w:ascii="Times New Roman" w:hAnsi="Times New Roman" w:eastAsia="宋体"/>
          <w:b w:val="0"/>
          <w:i w:val="0"/>
          <w:color w:val="333333"/>
          <w:sz w:val="19"/>
        </w:rPr>
        <w:t>(A) a/1080r　　(B) 30r/a　　(C) 30a/r　　(D) 10r/a　　(E) 10a/r</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 2y+x+3=0 与 3y+ax+2=0 的图像垂直相交，则 a 的值为：</w:t>
      </w:r>
    </w:p>
    <w:p>
      <w:pPr>
        <w:spacing w:before="0" w:after="120" w:line="300" w:lineRule="auto"/>
      </w:pPr>
      <w:r>
        <w:rPr>
          <w:rFonts w:ascii="Times New Roman" w:hAnsi="Times New Roman" w:eastAsia="宋体"/>
          <w:b w:val="0"/>
          <w:i w:val="0"/>
          <w:sz w:val="21"/>
        </w:rPr>
        <w:t>（A）±2/3　　（B）-2/3　　（C）-3/2　　（D）6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graphs of 2y+x+3=0 and 3y+ax+2=0 are to meet at right angles, the value of a is:</w:t>
      </w:r>
    </w:p>
    <w:p>
      <w:pPr>
        <w:spacing w:before="0" w:after="160" w:line="300" w:lineRule="auto"/>
      </w:pPr>
      <w:r>
        <w:rPr>
          <w:rFonts w:ascii="Times New Roman" w:hAnsi="Times New Roman" w:eastAsia="宋体"/>
          <w:b w:val="0"/>
          <w:i w:val="0"/>
          <w:color w:val="333333"/>
          <w:sz w:val="19"/>
        </w:rPr>
        <w:t>(A) ±2/3　　(B) -2/3　　(C) -3/2　　(D) 6　　(E) -6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将由正整数的平方组成的集合记为 u；也就是说，u 是集合 1、4、9、…。若对集合中的一个或多个元素进行某种运算，所得结果总仍属于该集合，就称该集合对这种运算封闭。那么 u 对下列哪种运算封闭？</w:t>
      </w:r>
    </w:p>
    <w:p>
      <w:pPr>
        <w:spacing w:before="0" w:after="120" w:line="300" w:lineRule="auto"/>
      </w:pPr>
      <w:r>
        <w:rPr>
          <w:rFonts w:ascii="Times New Roman" w:hAnsi="Times New Roman" w:eastAsia="宋体"/>
          <w:b w:val="0"/>
          <w:i w:val="0"/>
          <w:sz w:val="21"/>
        </w:rPr>
        <w:t>（A）加法　　（B）乘法　　（C）除法　　（D）开正整数次方根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set consisting of the squares of the positive integers be called u; thus u is the set 1, 4, 9, …. If a certain operation on one or more members of the set always yields a member of the set, we say that the set is closed under that operation. Then u is closed under:</w:t>
      </w:r>
    </w:p>
    <w:p>
      <w:pPr>
        <w:spacing w:before="0" w:after="160" w:line="300" w:lineRule="auto"/>
      </w:pPr>
      <w:r>
        <w:rPr>
          <w:rFonts w:ascii="Times New Roman" w:hAnsi="Times New Roman" w:eastAsia="宋体"/>
          <w:b w:val="0"/>
          <w:i w:val="0"/>
          <w:color w:val="333333"/>
          <w:sz w:val="19"/>
        </w:rPr>
        <w:t>(A) addition　　(B) multiplication　　(C) division　　(D) extraction of a positive integral root　　(E) none of these</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设 S=(x-1)⁴+4(x-1)³ +6(x-1)²+4(x-1)+1。则 S 等于：</w:t>
      </w:r>
    </w:p>
    <w:p>
      <w:pPr>
        <w:spacing w:before="0" w:after="120" w:line="300" w:lineRule="auto"/>
      </w:pPr>
      <w:r>
        <w:rPr>
          <w:rFonts w:ascii="Times New Roman" w:hAnsi="Times New Roman" w:eastAsia="宋体"/>
          <w:b w:val="0"/>
          <w:i w:val="0"/>
          <w:sz w:val="21"/>
        </w:rPr>
        <w:t>（A）(x-2)⁴　　（B）(x-1)⁴　　（C）x⁴　　（D）(x+1)⁴　　（E）x⁴+1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S=(x-1)⁴+4(x-1)³ +6(x-1)²+4(x-1)+1. Then S equals:</w:t>
      </w:r>
    </w:p>
    <w:p>
      <w:pPr>
        <w:spacing w:before="0" w:after="160" w:line="300" w:lineRule="auto"/>
      </w:pPr>
      <w:r>
        <w:rPr>
          <w:rFonts w:ascii="Times New Roman" w:hAnsi="Times New Roman" w:eastAsia="宋体"/>
          <w:b w:val="0"/>
          <w:i w:val="0"/>
          <w:color w:val="333333"/>
          <w:sz w:val="19"/>
        </w:rPr>
        <w:t>(A) (x-2)⁴　　(B) (x-1)⁴　　(C) x⁴　　(D) (x+1)⁴　　(E) x⁴+1</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化简 log 8÷log1/8，结果为：</w:t>
      </w:r>
    </w:p>
    <w:p>
      <w:pPr>
        <w:spacing w:before="0" w:after="120" w:line="300" w:lineRule="auto"/>
      </w:pPr>
      <w:r>
        <w:rPr>
          <w:rFonts w:ascii="Times New Roman" w:hAnsi="Times New Roman" w:eastAsia="宋体"/>
          <w:b w:val="0"/>
          <w:i w:val="0"/>
          <w:sz w:val="21"/>
        </w:rPr>
        <w:t>（A）6log2　　（B）log2　　（C）1　　（D）0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simplified, log 8÷log1/8 becomes:</w:t>
      </w:r>
    </w:p>
    <w:p>
      <w:pPr>
        <w:spacing w:before="0" w:after="160" w:line="300" w:lineRule="auto"/>
      </w:pPr>
      <w:r>
        <w:rPr>
          <w:rFonts w:ascii="Times New Roman" w:hAnsi="Times New Roman" w:eastAsia="宋体"/>
          <w:b w:val="0"/>
          <w:i w:val="0"/>
          <w:color w:val="333333"/>
          <w:sz w:val="19"/>
        </w:rPr>
        <w:t>(A) 6log2　　(B) log2　　(C) 1　　(D) 0　　(E) -1</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展开式</w:t>
      </w:r>
    </w:p>
    <w:p>
      <w:pPr>
        <w:spacing w:before="0" w:after="80" w:line="300" w:lineRule="auto"/>
        <w:jc w:val="left"/>
      </w:pPr>
      <w:r>
        <w:rPr>
          <w:rFonts w:ascii="Times New Roman" w:hAnsi="Times New Roman" w:eastAsia="宋体"/>
          <w:b w:val="0"/>
          <w:i w:val="0"/>
          <w:sz w:val="21"/>
        </w:rPr>
        <w:t>(a/(√(x))-(√(x))/a²)⁶</w:t>
      </w:r>
    </w:p>
    <w:p>
      <w:pPr>
        <w:spacing w:before="0" w:after="80" w:line="300" w:lineRule="auto"/>
        <w:jc w:val="left"/>
      </w:pPr>
      <w:r>
        <w:rPr>
          <w:rFonts w:ascii="Times New Roman" w:hAnsi="Times New Roman" w:eastAsia="宋体"/>
          <w:b w:val="0"/>
          <w:i w:val="0"/>
          <w:sz w:val="21"/>
        </w:rPr>
        <w:t>的第三项化简后为：</w:t>
      </w:r>
    </w:p>
    <w:p>
      <w:pPr>
        <w:spacing w:before="0" w:after="120" w:line="300" w:lineRule="auto"/>
      </w:pPr>
      <w:r>
        <w:rPr>
          <w:rFonts w:ascii="Times New Roman" w:hAnsi="Times New Roman" w:eastAsia="宋体"/>
          <w:b w:val="0"/>
          <w:i w:val="0"/>
          <w:sz w:val="21"/>
        </w:rPr>
        <w:t>（A）15/x　　（B）-15/x　　（C）-6x²/a⁹　　（D）20/a³　　（E）-20/a³</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simplified, the third term in the expansion of</w:t>
      </w:r>
    </w:p>
    <w:p>
      <w:pPr>
        <w:spacing w:before="0" w:after="80" w:line="300" w:lineRule="auto"/>
        <w:jc w:val="left"/>
      </w:pPr>
      <w:r>
        <w:rPr>
          <w:rFonts w:ascii="Times New Roman" w:hAnsi="Times New Roman" w:eastAsia="宋体"/>
          <w:b w:val="0"/>
          <w:i w:val="0"/>
          <w:color w:val="333333"/>
          <w:sz w:val="19"/>
        </w:rPr>
        <w:t>(a/(√(x))-(√(x))/a²)⁶</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15/x　　(B) -15/x　　(C) -6x²/a⁹　　(D) 20/a³　　(E) -20/a³</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设三角形的两个底角为 A 和 B，且 B 大于 A。底边上的高将顶角 C 分成 C₁ 和 C₂ 两部分，其中 C₂ 与边 a 相邻。则：</w:t>
      </w:r>
    </w:p>
    <w:p>
      <w:pPr>
        <w:spacing w:before="0" w:after="120" w:line="300" w:lineRule="auto"/>
      </w:pPr>
      <w:r>
        <w:rPr>
          <w:rFonts w:ascii="Times New Roman" w:hAnsi="Times New Roman" w:eastAsia="宋体"/>
          <w:b w:val="0"/>
          <w:i w:val="0"/>
          <w:sz w:val="21"/>
        </w:rPr>
        <w:t>（A）C₁+C₂=A+B　　（B）C₁-C₂=B-A　　（C）C₁-C₂=A-B　　（D）C₁+C₂=B-A　　（E）C₁-C₂=A+B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two base angles of a triangle be A and B, with B larger than A. The altitude to the base divides the vertex angle C into two parts, C₁ and C₂, with C₂ adjacent to side a. Then:</w:t>
      </w:r>
    </w:p>
    <w:p>
      <w:pPr>
        <w:spacing w:before="0" w:after="160" w:line="300" w:lineRule="auto"/>
      </w:pPr>
      <w:r>
        <w:rPr>
          <w:rFonts w:ascii="Times New Roman" w:hAnsi="Times New Roman" w:eastAsia="宋体"/>
          <w:b w:val="0"/>
          <w:i w:val="0"/>
          <w:color w:val="333333"/>
          <w:sz w:val="19"/>
        </w:rPr>
        <w:t>(A) C₁+C₂=A+B　　(B) C₁-C₂=B-A　　(C) C₁-C₂=A-B　　(D) C₁+C₂=B-A　　(E) C₁-C₂=A+B</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将 aᵇ 的底数和指数都加倍，所得结果记为 r，其中 b≠0。若 r 等于 aᵇ 与 xᵇ 的乘积，则 x 等于：</w:t>
      </w:r>
    </w:p>
    <w:p>
      <w:pPr>
        <w:spacing w:before="0" w:after="120" w:line="300" w:lineRule="auto"/>
      </w:pPr>
      <w:r>
        <w:rPr>
          <w:rFonts w:ascii="Times New Roman" w:hAnsi="Times New Roman" w:eastAsia="宋体"/>
          <w:b w:val="0"/>
          <w:i w:val="0"/>
          <w:sz w:val="21"/>
        </w:rPr>
        <w:t>（A）a　　（B）2a　　（C）4a　　（D）2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result of doubling both the base and the exponent of aᵇ, b≠0. If r equals the product of aᵇ by xᵇ, then x equals:</w:t>
      </w:r>
    </w:p>
    <w:p>
      <w:pPr>
        <w:spacing w:before="0" w:after="160" w:line="300" w:lineRule="auto"/>
      </w:pPr>
      <w:r>
        <w:rPr>
          <w:rFonts w:ascii="Times New Roman" w:hAnsi="Times New Roman" w:eastAsia="宋体"/>
          <w:b w:val="0"/>
          <w:i w:val="0"/>
          <w:color w:val="333333"/>
          <w:sz w:val="19"/>
        </w:rPr>
        <w:t>(A) a　　(B) 2a　　(C) 4a　　(D) 2　　(E) 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三角形 ABC 的每条边长均为 12 个单位。由 A 向 BC 作垂线，垂足为 D，且 E 是 AD 的中点。以同一单位计，BE 的长度为：</w:t>
      </w:r>
    </w:p>
    <w:p>
      <w:pPr>
        <w:spacing w:before="0" w:after="120" w:line="300" w:lineRule="auto"/>
      </w:pPr>
      <w:r>
        <w:rPr>
          <w:rFonts w:ascii="Times New Roman" w:hAnsi="Times New Roman" w:eastAsia="宋体"/>
          <w:b w:val="0"/>
          <w:i w:val="0"/>
          <w:sz w:val="21"/>
        </w:rPr>
        <w:t>（A）√(18)　　（B）√(28)　　（C）6　　（D）√(63)　　（E）√(98)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side of triangle ABC is 12 units. D is the foot of the perpendicular dropped from A on BC, and E is the midpoint of AD. The length of BE, in the same unit, is:</w:t>
      </w:r>
    </w:p>
    <w:p>
      <w:pPr>
        <w:spacing w:before="0" w:after="160" w:line="300" w:lineRule="auto"/>
      </w:pPr>
      <w:r>
        <w:rPr>
          <w:rFonts w:ascii="Times New Roman" w:hAnsi="Times New Roman" w:eastAsia="宋体"/>
          <w:b w:val="0"/>
          <w:i w:val="0"/>
          <w:color w:val="333333"/>
          <w:sz w:val="19"/>
        </w:rPr>
        <w:t>(A) √(18)　　(B) √(28)　　(C) 6　　(D) √(63)　　(E) √(98)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从圆外一点 A 向圆作两条切线，切点分别为 B 和 C。第三条切线与线段 AB 交于 P，与 AC 交于 R，并与圆相切于 Q。若 AB=20，则三角形 APR 的周长为：</w:t>
      </w:r>
    </w:p>
    <w:p>
      <w:pPr>
        <w:spacing w:before="0" w:after="120" w:line="300" w:lineRule="auto"/>
      </w:pPr>
      <w:r>
        <w:rPr>
          <w:rFonts w:ascii="Times New Roman" w:hAnsi="Times New Roman" w:eastAsia="宋体"/>
          <w:b w:val="0"/>
          <w:i w:val="0"/>
          <w:sz w:val="21"/>
        </w:rPr>
        <w:t>（A）42　　（B）40.5　　（C）40　　（D）397/8　　（E）无法由已知信息确定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tangents are drawn to a circle from an exterior point A; they touch the circle at points B and C, respectively. A third tangent intersects segment AB in P and AC in R, and touches the circle at Q. If AB=20, then the perimeter of triangle APR is:</w:t>
      </w:r>
    </w:p>
    <w:p>
      <w:pPr>
        <w:spacing w:before="0" w:after="160" w:line="300" w:lineRule="auto"/>
      </w:pPr>
      <w:r>
        <w:rPr>
          <w:rFonts w:ascii="Times New Roman" w:hAnsi="Times New Roman" w:eastAsia="宋体"/>
          <w:b w:val="0"/>
          <w:i w:val="0"/>
          <w:color w:val="333333"/>
          <w:sz w:val="19"/>
        </w:rPr>
        <w:t>(A) 42　　(B) 40.5　　(C) 40　　(D) 397/8　　(E) not determined by the given information</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一个等比数列的前三项为 √(2)、³√(2)、⁶√(2)。求第四项。</w:t>
      </w:r>
    </w:p>
    <w:p>
      <w:pPr>
        <w:spacing w:before="0" w:after="120" w:line="300" w:lineRule="auto"/>
      </w:pPr>
      <w:r>
        <w:rPr>
          <w:rFonts w:ascii="Times New Roman" w:hAnsi="Times New Roman" w:eastAsia="宋体"/>
          <w:b w:val="0"/>
          <w:i w:val="0"/>
          <w:sz w:val="21"/>
        </w:rPr>
        <w:t>（A）1　　（B）⁷√(2)　　（C）⁸√(2)　　（D）⁹√(2)　　（E）¹⁰√(2)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three terms of a geometric progression are √(2), ³√(2), ⁶√(2). Find the fourth term.</w:t>
      </w:r>
    </w:p>
    <w:p>
      <w:pPr>
        <w:spacing w:before="0" w:after="160" w:line="300" w:lineRule="auto"/>
      </w:pPr>
      <w:r>
        <w:rPr>
          <w:rFonts w:ascii="Times New Roman" w:hAnsi="Times New Roman" w:eastAsia="宋体"/>
          <w:b w:val="0"/>
          <w:i w:val="0"/>
          <w:color w:val="333333"/>
          <w:sz w:val="19"/>
        </w:rPr>
        <w:t>(A) 1　　(B) ⁷√(2)　　(C) ⁸√(2)　　(D) ⁹√(2)　　(E) ¹⁰√(2)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符号 |a| 表示：当 a 为正数或零时取 a，当 a 为负数时取 -a。对于 t 的所有实数值，表达式 √(t⁴+t²) 等于：</w:t>
      </w:r>
    </w:p>
    <w:p>
      <w:pPr>
        <w:spacing w:before="0" w:after="120" w:line="300" w:lineRule="auto"/>
      </w:pPr>
      <w:r>
        <w:rPr>
          <w:rFonts w:ascii="Times New Roman" w:hAnsi="Times New Roman" w:eastAsia="宋体"/>
          <w:b w:val="0"/>
          <w:i w:val="0"/>
          <w:sz w:val="21"/>
        </w:rPr>
        <w:t>（A）t³　　（B）t²+t　　（C）|t²+t|　　（D）t√(t²+1)　　（E）|t|√(1+t²)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symbol |a| means a if a is a positive number or zero, and -a if a is a negative number. For all real values of t the expression √(t⁴+t²) is equal to:</w:t>
      </w:r>
    </w:p>
    <w:p>
      <w:pPr>
        <w:spacing w:before="0" w:after="160" w:line="300" w:lineRule="auto"/>
      </w:pPr>
      <w:r>
        <w:rPr>
          <w:rFonts w:ascii="Times New Roman" w:hAnsi="Times New Roman" w:eastAsia="宋体"/>
          <w:b w:val="0"/>
          <w:i w:val="0"/>
          <w:color w:val="333333"/>
          <w:sz w:val="19"/>
        </w:rPr>
        <w:t>(A) t³　　(B) t²+t　　(C) |t²+t|　　(D) t√(t²+1)　　(E) |t|√(1+t²)</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一个菱形的一条对角线长度是另一条的两倍。用 K 表示该菱形的边长，其中 K 是以平方英寸为单位的菱形面积。</w:t>
      </w:r>
    </w:p>
    <w:p>
      <w:pPr>
        <w:spacing w:before="0" w:after="120" w:line="300" w:lineRule="auto"/>
      </w:pPr>
      <w:r>
        <w:rPr>
          <w:rFonts w:ascii="Times New Roman" w:hAnsi="Times New Roman" w:eastAsia="宋体"/>
          <w:b w:val="0"/>
          <w:i w:val="0"/>
          <w:sz w:val="21"/>
        </w:rPr>
        <w:t>（A）√(K)　　（B）1/2√(2K)　　（C）1/3√(3K)　　（D）1/4√(4K)　　（E）以上都不正确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rhombus is given with one diagonal twice the length of the other diagonal. Express the side of the rhombus in terms of K, where K is the area of the rhombus in square inches.</w:t>
      </w:r>
    </w:p>
    <w:p>
      <w:pPr>
        <w:spacing w:before="0" w:after="160" w:line="300" w:lineRule="auto"/>
      </w:pPr>
      <w:r>
        <w:rPr>
          <w:rFonts w:ascii="Times New Roman" w:hAnsi="Times New Roman" w:eastAsia="宋体"/>
          <w:b w:val="0"/>
          <w:i w:val="0"/>
          <w:color w:val="333333"/>
          <w:sz w:val="19"/>
        </w:rPr>
        <w:t>(A) √(K)　　(B) 1/2√(2K)　　(C) 1/3√(3K)　　(D) 1/4√(4K)　　(E) none of these are correct</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若 x 名工人每天工作 x 小时，连续工作 x 天，共生产 x 件产品，那么 y 名工人每天工作 y 小时，连续工作 y 天，所生产的产品件数（不一定是整数）为：</w:t>
      </w:r>
    </w:p>
    <w:p>
      <w:pPr>
        <w:spacing w:before="0" w:after="120" w:line="300" w:lineRule="auto"/>
      </w:pPr>
      <w:r>
        <w:rPr>
          <w:rFonts w:ascii="Times New Roman" w:hAnsi="Times New Roman" w:eastAsia="宋体"/>
          <w:b w:val="0"/>
          <w:i w:val="0"/>
          <w:sz w:val="21"/>
        </w:rPr>
        <w:t>（A）x³/y²　　（B）y³/x²　　（C）x²/y³　　（D）y²/x³　　（E）y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men working x hours a day for x days produce x articles, then the number of articles (not necessarily an integer) produced by y men working y hours a day for y days is:</w:t>
      </w:r>
    </w:p>
    <w:p>
      <w:pPr>
        <w:spacing w:before="0" w:after="160" w:line="300" w:lineRule="auto"/>
      </w:pPr>
      <w:r>
        <w:rPr>
          <w:rFonts w:ascii="Times New Roman" w:hAnsi="Times New Roman" w:eastAsia="宋体"/>
          <w:b w:val="0"/>
          <w:i w:val="0"/>
          <w:color w:val="333333"/>
          <w:sz w:val="19"/>
        </w:rPr>
        <w:t>(A) x³/y²　　(B) y³/x²　　(C) x²/y³　　(D) y²/x³　　(E) y</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将三角形的一条高 h 增加 m。为了使新三角形的面积为原三角形面积的一半，对应底边 b 必须减去多少？</w:t>
      </w:r>
    </w:p>
    <w:p>
      <w:pPr>
        <w:spacing w:before="0" w:after="120" w:line="300" w:lineRule="auto"/>
      </w:pPr>
      <w:r>
        <w:rPr>
          <w:rFonts w:ascii="Times New Roman" w:hAnsi="Times New Roman" w:eastAsia="宋体"/>
          <w:b w:val="0"/>
          <w:i w:val="0"/>
          <w:sz w:val="21"/>
        </w:rPr>
        <w:t>（A）bm/h+m　　（B）bh/2h+2m　　（C）(b(2m+h))/m+h　　（D）(b(m+h))/2m+h　　（E）(b(2m+h))/(2(h+m))</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altitude h of a triangle is increased by a length m. How much must be taken from the corresponding base b so that the area of the new triangle is one-half that of the original triangle?</w:t>
      </w:r>
    </w:p>
    <w:p>
      <w:pPr>
        <w:spacing w:before="0" w:after="160" w:line="300" w:lineRule="auto"/>
      </w:pPr>
      <w:r>
        <w:rPr>
          <w:rFonts w:ascii="Times New Roman" w:hAnsi="Times New Roman" w:eastAsia="宋体"/>
          <w:b w:val="0"/>
          <w:i w:val="0"/>
          <w:color w:val="333333"/>
          <w:sz w:val="19"/>
        </w:rPr>
        <w:t>(A) bm/h+m　　(B) bh/2h+2m　　(C) (b(2m+h))/m+h　　(D) (b(m+h))/2m+h　　(E) (b(2m+h))/(2(h+m))</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在十进制中，数 526 表示 5·10²+2·10+6。但在“数学国”，数是用 r 进制书写的。琼斯在那里花 440 个货币单位（缩写为 m.u.）购买一辆汽车。他交给售货员一张 1000 m.u. 的钞票，并找回 340 m.u.。进制的底 r 为：</w:t>
      </w:r>
    </w:p>
    <w:p>
      <w:pPr>
        <w:spacing w:before="0" w:after="120" w:line="300" w:lineRule="auto"/>
      </w:pPr>
      <w:r>
        <w:rPr>
          <w:rFonts w:ascii="Times New Roman" w:hAnsi="Times New Roman" w:eastAsia="宋体"/>
          <w:b w:val="0"/>
          <w:i w:val="0"/>
          <w:sz w:val="21"/>
        </w:rPr>
        <w:t>（A）2　　（B）5　　（C）7　　（D）8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base ten number system the number 526 means 5·10²+2·10+6. In the Land of Mathesis, however, numbers are written in the base r. Jones purchases an automobile there for 440 monetary units (abbreviated m.u.). He gives the salesman a 1000 m.u. bill, and receives, in change, 340 m.u. The base r is:</w:t>
      </w:r>
    </w:p>
    <w:p>
      <w:pPr>
        <w:spacing w:before="0" w:after="160" w:line="300" w:lineRule="auto"/>
      </w:pPr>
      <w:r>
        <w:rPr>
          <w:rFonts w:ascii="Times New Roman" w:hAnsi="Times New Roman" w:eastAsia="宋体"/>
          <w:b w:val="0"/>
          <w:i w:val="0"/>
          <w:color w:val="333333"/>
          <w:sz w:val="19"/>
        </w:rPr>
        <w:t>(A) 2　　(B) 5　　(C) 7　　(D) 8　　(E) 12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某镇人口在连续四年中的逐年变化依次为：增加 25%、增加 25%、减少 25%、减少 25%。这四年的净变化取到最接近的百分数为：</w:t>
      </w:r>
    </w:p>
    <w:p>
      <w:pPr>
        <w:spacing w:before="0" w:after="120" w:line="300" w:lineRule="auto"/>
      </w:pPr>
      <w:r>
        <w:rPr>
          <w:rFonts w:ascii="Times New Roman" w:hAnsi="Times New Roman" w:eastAsia="宋体"/>
          <w:b w:val="0"/>
          <w:i w:val="0"/>
          <w:sz w:val="21"/>
        </w:rPr>
        <w:t>（A）-12　　（B）-1　　（C）0　　（D）1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yearly changes in the population census of a town for four consecutive years are, respectively, 25% increase, 25% increase, 25% decrease, 25% decrease. The net change over the four years, to the nearest percent, is:</w:t>
      </w:r>
    </w:p>
    <w:p>
      <w:pPr>
        <w:spacing w:before="0" w:after="160" w:line="300" w:lineRule="auto"/>
      </w:pPr>
      <w:r>
        <w:rPr>
          <w:rFonts w:ascii="Times New Roman" w:hAnsi="Times New Roman" w:eastAsia="宋体"/>
          <w:b w:val="0"/>
          <w:i w:val="0"/>
          <w:color w:val="333333"/>
          <w:sz w:val="19"/>
        </w:rPr>
        <w:t>(A) -12　　(B) -1　　(C) 0　　(D) 1　　(E) 12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考虑 y=2log x 和 y=log2x 的图像。可以说：</w:t>
      </w:r>
    </w:p>
    <w:p>
      <w:pPr>
        <w:spacing w:before="0" w:after="120" w:line="300" w:lineRule="auto"/>
      </w:pPr>
      <w:r>
        <w:rPr>
          <w:rFonts w:ascii="Times New Roman" w:hAnsi="Times New Roman" w:eastAsia="宋体"/>
          <w:b w:val="0"/>
          <w:i w:val="0"/>
          <w:sz w:val="21"/>
        </w:rPr>
        <w:t>（A）它们不相交　　（B）它们恰好交于 1 个点　　（C）它们恰好交于 2 个点　　（D）它们交于有限个点，但交点数大于 2　　（E）它们重合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graphs of y=2log x and y=log2x. We may say that:</w:t>
      </w:r>
    </w:p>
    <w:p>
      <w:pPr>
        <w:spacing w:before="0" w:after="160" w:line="300" w:lineRule="auto"/>
      </w:pPr>
      <w:r>
        <w:rPr>
          <w:rFonts w:ascii="Times New Roman" w:hAnsi="Times New Roman" w:eastAsia="宋体"/>
          <w:b w:val="0"/>
          <w:i w:val="0"/>
          <w:color w:val="333333"/>
          <w:sz w:val="19"/>
        </w:rPr>
        <w:t>(A) they do not intersect　　(B) they intersect at 1 point only　　(C) they intersect at 2 points only　　(D) they intersect at a finite number of points but greater than</w:t>
        <w:br/>
        <w:t>2　　(E) they coincide</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同时满足不等式 y&gt;2x 和 y&gt;4-x 的点集完全位于下列象限：</w:t>
      </w:r>
    </w:p>
    <w:p>
      <w:pPr>
        <w:spacing w:before="0" w:after="120" w:line="300" w:lineRule="auto"/>
      </w:pPr>
      <w:r>
        <w:rPr>
          <w:rFonts w:ascii="Times New Roman" w:hAnsi="Times New Roman" w:eastAsia="宋体"/>
          <w:b w:val="0"/>
          <w:i w:val="0"/>
          <w:sz w:val="21"/>
        </w:rPr>
        <w:t>（A）I 和 II　　（B）II 和 III　　（C）I 和 III　　（D）III 和 IV　　（E）I 和 IV</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of points satisfying the pair of inequalities y&gt;2x and y&gt;4-x is contained entirely in quadrants:</w:t>
      </w:r>
    </w:p>
    <w:p>
      <w:pPr>
        <w:spacing w:before="0" w:after="160" w:line="300" w:lineRule="auto"/>
      </w:pPr>
      <w:r>
        <w:rPr>
          <w:rFonts w:ascii="Times New Roman" w:hAnsi="Times New Roman" w:eastAsia="宋体"/>
          <w:b w:val="0"/>
          <w:i w:val="0"/>
          <w:color w:val="333333"/>
          <w:sz w:val="19"/>
        </w:rPr>
        <w:t>(A) I and II　　(B) II and III　　(C) I and III　　(D) III and IV　　(E) I and IV</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三角形 ABC 的中线 AD 和 CE 交于 M。AE 的中点为 N。若三角形 MNE 的面积是三角形 ABC 面积的 k 倍，则 k 等于：</w:t>
      </w:r>
    </w:p>
    <w:p>
      <w:pPr>
        <w:spacing w:before="0" w:after="120" w:line="300" w:lineRule="auto"/>
      </w:pPr>
      <w:r>
        <w:rPr>
          <w:rFonts w:ascii="Times New Roman" w:hAnsi="Times New Roman" w:eastAsia="宋体"/>
          <w:b w:val="0"/>
          <w:i w:val="0"/>
          <w:sz w:val="21"/>
        </w:rPr>
        <w:t>（A）1/6　　（B）1/8　　（C）1/9　　（D）1/12　　（E）1/16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Medians AD and CE of triangle ABC intersect in M. The midpoint of AE is N. Let the area of triangle MNE be k times the area of triangle ABC. Then k equals:</w:t>
      </w:r>
    </w:p>
    <w:p>
      <w:pPr>
        <w:spacing w:before="0" w:after="160" w:line="300" w:lineRule="auto"/>
      </w:pPr>
      <w:r>
        <w:rPr>
          <w:rFonts w:ascii="Times New Roman" w:hAnsi="Times New Roman" w:eastAsia="宋体"/>
          <w:b w:val="0"/>
          <w:i w:val="0"/>
          <w:color w:val="333333"/>
          <w:sz w:val="19"/>
        </w:rPr>
        <w:t>(A) 1/6　　(B) 1/8　　(C) 1/9　　(D) 1/12　　(E) 1/16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若 3x³-9x²+kx-12 能被 x-3 整除，则它也能被下式整除：</w:t>
      </w:r>
    </w:p>
    <w:p>
      <w:pPr>
        <w:spacing w:before="0" w:after="120" w:line="300" w:lineRule="auto"/>
      </w:pPr>
      <w:r>
        <w:rPr>
          <w:rFonts w:ascii="Times New Roman" w:hAnsi="Times New Roman" w:eastAsia="宋体"/>
          <w:b w:val="0"/>
          <w:i w:val="0"/>
          <w:sz w:val="21"/>
        </w:rPr>
        <w:t>（A）3x²-x+4　　（B）3x²-4　　（C）3x²+4　　（D）3x-4　　（E）3x+4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3x³-9x²+kx-12 is divisible by x-3, then it is also divisible by:</w:t>
      </w:r>
    </w:p>
    <w:p>
      <w:pPr>
        <w:spacing w:before="0" w:after="160" w:line="300" w:lineRule="auto"/>
      </w:pPr>
      <w:r>
        <w:rPr>
          <w:rFonts w:ascii="Times New Roman" w:hAnsi="Times New Roman" w:eastAsia="宋体"/>
          <w:b w:val="0"/>
          <w:i w:val="0"/>
          <w:color w:val="333333"/>
          <w:sz w:val="19"/>
        </w:rPr>
        <w:t>(A) 3x²-x+4　　(B) 3x²-4　　(C) 3x²+4　　(D) 3x-4　　(E) 3x+4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点 P 和 Q 都在线段 AB 上，并位于其中点的同一侧。P 以 2:3 的比内分 AB，Q 以 3:4 的比内分 AB。若 PQ=2，则 AB 的长度为：</w:t>
      </w:r>
    </w:p>
    <w:p>
      <w:pPr>
        <w:spacing w:before="0" w:after="120" w:line="300" w:lineRule="auto"/>
      </w:pPr>
      <w:r>
        <w:rPr>
          <w:rFonts w:ascii="Times New Roman" w:hAnsi="Times New Roman" w:eastAsia="宋体"/>
          <w:b w:val="0"/>
          <w:i w:val="0"/>
          <w:sz w:val="21"/>
        </w:rPr>
        <w:t>（A）60　　（B）70　　（C）75　　（D）80　　（E）85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P and Q are both in the line segment AB and on the same side of its midpoint. P divides AB in the ratio 2:3, and Q divides AB in the ratio 3:4. If PQ=2, then the length of AB is:</w:t>
      </w:r>
    </w:p>
    <w:p>
      <w:pPr>
        <w:spacing w:before="0" w:after="160" w:line="300" w:lineRule="auto"/>
      </w:pPr>
      <w:r>
        <w:rPr>
          <w:rFonts w:ascii="Times New Roman" w:hAnsi="Times New Roman" w:eastAsia="宋体"/>
          <w:b w:val="0"/>
          <w:i w:val="0"/>
          <w:color w:val="333333"/>
          <w:sz w:val="19"/>
        </w:rPr>
        <w:t>(A) 60　　(B) 70　　(C) 75　　(D) 80　　(E) 85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三十一本书从左到右按价格递增排列。每本书与相邻书的价格相差 $2。用最右端一本书的价格，顾客可以买到中间一本书和与它相邻的一本书。则：</w:t>
      </w:r>
    </w:p>
    <w:p>
      <w:pPr>
        <w:spacing w:before="0" w:after="120" w:line="300" w:lineRule="auto"/>
      </w:pPr>
      <w:r>
        <w:rPr>
          <w:rFonts w:ascii="Times New Roman" w:hAnsi="Times New Roman" w:eastAsia="宋体"/>
          <w:b w:val="0"/>
          <w:i w:val="0"/>
          <w:sz w:val="21"/>
        </w:rPr>
        <w:t>（A）所指的相邻书位于中间那本书的左侧　　（B）中间那本书售价 $36　　（C）最便宜的书售价 $4　　（D）最贵的书售价 $64　　（E）以上都不正确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Thirty-one books are arranged from left to right in order of increasing prices. The price of each book differs by $2 from that of each adjacent book. For the price of the book at the extreme right a customer can buy the middle book and an adjacent one. Then:</w:t>
      </w:r>
    </w:p>
    <w:p>
      <w:pPr>
        <w:spacing w:before="0" w:after="160" w:line="300" w:lineRule="auto"/>
      </w:pPr>
      <w:r>
        <w:rPr>
          <w:rFonts w:ascii="Times New Roman" w:hAnsi="Times New Roman" w:eastAsia="宋体"/>
          <w:b w:val="0"/>
          <w:i w:val="0"/>
          <w:color w:val="333333"/>
          <w:sz w:val="19"/>
        </w:rPr>
        <w:t>(A) the adjacent book referred to is at the left of</w:t>
        <w:br/>
        <w:t>the middle book　　(B) the middle book sells for $36　　(C) the cheapest book sells for $4　　(D) the most expensive book sells for $64　　(E) none of these are correct</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三角形 ABC 是以 AC 为底的等腰三角形。点 P 和 Q 分别位于 CB 和 AB 上，且 AC=AP=PQ=QB。角 B 的度数为：</w:t>
      </w:r>
    </w:p>
    <w:p>
      <w:pPr>
        <w:spacing w:before="0" w:after="120" w:line="300" w:lineRule="auto"/>
      </w:pPr>
      <w:r>
        <w:rPr>
          <w:rFonts w:ascii="Times New Roman" w:hAnsi="Times New Roman" w:eastAsia="宋体"/>
          <w:b w:val="0"/>
          <w:i w:val="0"/>
          <w:sz w:val="21"/>
        </w:rPr>
        <w:t>（A）255/7　　（B）261/3　　（C）30　　（D）40　　（E）无法由已知信息确定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is isosceles with base AC. Points P and Q are respectively in CB and AB and such that AC=AP=PQ=QB. The number of degrees in angle B is:</w:t>
      </w:r>
    </w:p>
    <w:p>
      <w:pPr>
        <w:spacing w:before="0" w:after="160" w:line="300" w:lineRule="auto"/>
      </w:pPr>
      <w:r>
        <w:rPr>
          <w:rFonts w:ascii="Times New Roman" w:hAnsi="Times New Roman" w:eastAsia="宋体"/>
          <w:b w:val="0"/>
          <w:i w:val="0"/>
          <w:color w:val="333333"/>
          <w:sz w:val="19"/>
        </w:rPr>
        <w:t>(A) 255/7　　(B) 261/3　　(C) 30　　(D) 40　　(E) not determined by the information given</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某等差数列的前 50 项之和为 200，接下来的 50 项之和为 2700。该数列的首项为：</w:t>
      </w:r>
    </w:p>
    <w:p>
      <w:pPr>
        <w:spacing w:before="0" w:after="120" w:line="300" w:lineRule="auto"/>
      </w:pPr>
      <w:r>
        <w:rPr>
          <w:rFonts w:ascii="Times New Roman" w:hAnsi="Times New Roman" w:eastAsia="宋体"/>
          <w:b w:val="0"/>
          <w:i w:val="0"/>
          <w:sz w:val="21"/>
        </w:rPr>
        <w:t>（A）-121/2　　（B）-21.5　　（C）-20.5　　（D）3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given arithmetic series the sum of the first 50 terms is 200, and the sum of the next 50 terms is 2700. The first term in the series is:</w:t>
      </w:r>
    </w:p>
    <w:p>
      <w:pPr>
        <w:spacing w:before="0" w:after="160" w:line="300" w:lineRule="auto"/>
      </w:pPr>
      <w:r>
        <w:rPr>
          <w:rFonts w:ascii="Times New Roman" w:hAnsi="Times New Roman" w:eastAsia="宋体"/>
          <w:b w:val="0"/>
          <w:i w:val="0"/>
          <w:color w:val="333333"/>
          <w:sz w:val="19"/>
        </w:rPr>
        <w:t>(A) -121/2　　(B) -21.5　　(C) -20.5　　(D) 3　　(E) 3.5</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给定边数不同的两个等角多边形 P₁ 和 P₂；P₁ 的每个角为 x 度，P₂ 的每个角为 kx 度，其中 k 是大于 1 的整数。数对 (x,k) 的可能个数为：</w:t>
      </w:r>
    </w:p>
    <w:p>
      <w:pPr>
        <w:spacing w:before="0" w:after="120" w:line="300" w:lineRule="auto"/>
      </w:pPr>
      <w:r>
        <w:rPr>
          <w:rFonts w:ascii="Times New Roman" w:hAnsi="Times New Roman" w:eastAsia="宋体"/>
          <w:b w:val="0"/>
          <w:i w:val="0"/>
          <w:sz w:val="21"/>
        </w:rPr>
        <w:t>（A）无穷多个　　（B）有限个，但多于两个　　（C）两个　　（D）一个　　（E）零个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two equiangular polygons P₁ and P₂ with different numbers of sides; each angle of P₁ is x degrees and each angle of P₂ is kx degrees, where k is an integer greater than 1. The number of possibilities for the pair (x,k) is:</w:t>
      </w:r>
    </w:p>
    <w:p>
      <w:pPr>
        <w:spacing w:before="0" w:after="160" w:line="300" w:lineRule="auto"/>
      </w:pPr>
      <w:r>
        <w:rPr>
          <w:rFonts w:ascii="Times New Roman" w:hAnsi="Times New Roman" w:eastAsia="宋体"/>
          <w:b w:val="0"/>
          <w:i w:val="0"/>
          <w:color w:val="333333"/>
          <w:sz w:val="19"/>
        </w:rPr>
        <w:t>(A) infinite　　(B) finite, but greater than two　　(C) two　　(D) one　　(E) zero</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将 2137⁷⁵³ 完全乘开后，所得乘积的个位数字为：</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2137⁷⁵³ is multiplied out, the units’ digit in the final product is:</w:t>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设 ax²+bx+c=0 的两根为 r 和 s。以 ar+b 和 as+b 为根的方程是：</w:t>
      </w:r>
    </w:p>
    <w:p>
      <w:pPr>
        <w:spacing w:before="0" w:after="120" w:line="300" w:lineRule="auto"/>
      </w:pPr>
      <w:r>
        <w:rPr>
          <w:rFonts w:ascii="Times New Roman" w:hAnsi="Times New Roman" w:eastAsia="宋体"/>
          <w:b w:val="0"/>
          <w:i w:val="0"/>
          <w:sz w:val="21"/>
        </w:rPr>
        <w:t>（A）x²-bx-ac=0　　（B）x²-bx+ac=0　　（C）x²+3bx+ca+2b²=0　　（D）x²+3bx-ca+2b²=0　　（E）x²+bx(2-a) +a²c+b²(a+1)=0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roots of ax²+bx+c=0 be r and s. The equation with roots ar+b and as+b is:</w:t>
      </w:r>
    </w:p>
    <w:p>
      <w:pPr>
        <w:spacing w:before="0" w:after="160" w:line="300" w:lineRule="auto"/>
      </w:pPr>
      <w:r>
        <w:rPr>
          <w:rFonts w:ascii="Times New Roman" w:hAnsi="Times New Roman" w:eastAsia="宋体"/>
          <w:b w:val="0"/>
          <w:i w:val="0"/>
          <w:color w:val="333333"/>
          <w:sz w:val="19"/>
        </w:rPr>
        <w:t>(A) x²-bx-ac=0　　(B) x²-bx+ac=0　　(C) x²+3bx+ca+2b²=0　　(D) x²+3bx-ca+2b²=0　　(E) x²+bx(2-a) +a²c+b²(a+1)=0</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若 log₁₀2=a 且 log₁₀3=b，则 log₅ 12 等于：</w:t>
      </w:r>
    </w:p>
    <w:p>
      <w:pPr>
        <w:spacing w:before="0" w:after="120" w:line="300" w:lineRule="auto"/>
      </w:pPr>
      <w:r>
        <w:rPr>
          <w:rFonts w:ascii="Times New Roman" w:hAnsi="Times New Roman" w:eastAsia="宋体"/>
          <w:b w:val="0"/>
          <w:i w:val="0"/>
          <w:sz w:val="21"/>
        </w:rPr>
        <w:t>（A）a+b/a+1　　（B）2a+b/a+1　　（C）a+2b/1+a　　（D）2a+b/1-a　　（E）a+2b/1-a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log₁₀2=a and log₁₀3=b, then log₅ 12 equals:</w:t>
      </w:r>
    </w:p>
    <w:p>
      <w:pPr>
        <w:spacing w:before="0" w:after="160" w:line="300" w:lineRule="auto"/>
      </w:pPr>
      <w:r>
        <w:rPr>
          <w:rFonts w:ascii="Times New Roman" w:hAnsi="Times New Roman" w:eastAsia="宋体"/>
          <w:b w:val="0"/>
          <w:i w:val="0"/>
          <w:color w:val="333333"/>
          <w:sz w:val="19"/>
        </w:rPr>
        <w:t>(A) a+b/a+1　　(B) 2a+b/a+1　　(C) a+2b/1+a　　(D) 2a+b/1-a　　(E) a+2b/1-a</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在三角形 ABC 中，AC:CB 为 3:4。顶点 C 处外角的平分线与 BA 的延长线交于 P（A 位于 P 与 B 之间）。比值 PA:AB 为：</w:t>
      </w:r>
    </w:p>
    <w:p>
      <w:pPr>
        <w:spacing w:before="0" w:after="120" w:line="300" w:lineRule="auto"/>
      </w:pPr>
      <w:r>
        <w:rPr>
          <w:rFonts w:ascii="Times New Roman" w:hAnsi="Times New Roman" w:eastAsia="宋体"/>
          <w:b w:val="0"/>
          <w:i w:val="0"/>
          <w:sz w:val="21"/>
        </w:rPr>
        <w:t>（A）1:3　　（B）3:4　　（C）4:3　　（D）3:1　　（E）7:1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the ratio AC:CB is 3:4. The bisector of the exterior angle at C intersects BA extended at P (A is between P and B). The ratio PA:AB is:</w:t>
      </w:r>
    </w:p>
    <w:p>
      <w:pPr>
        <w:spacing w:before="0" w:after="160" w:line="300" w:lineRule="auto"/>
      </w:pPr>
      <w:r>
        <w:rPr>
          <w:rFonts w:ascii="Times New Roman" w:hAnsi="Times New Roman" w:eastAsia="宋体"/>
          <w:b w:val="0"/>
          <w:i w:val="0"/>
          <w:color w:val="333333"/>
          <w:sz w:val="19"/>
        </w:rPr>
        <w:t>(A) 1:3　　(B) 3:4　　(C) 4:3　　(D) 3:1　　(E) 7:1</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一个 n 边正多边形内接于半径为 R 的圆。多边形的面积为 3R²。则 n 等于：</w:t>
      </w:r>
    </w:p>
    <w:p>
      <w:pPr>
        <w:spacing w:before="0" w:after="120" w:line="300" w:lineRule="auto"/>
      </w:pPr>
      <w:r>
        <w:rPr>
          <w:rFonts w:ascii="Times New Roman" w:hAnsi="Times New Roman" w:eastAsia="宋体"/>
          <w:b w:val="0"/>
          <w:i w:val="0"/>
          <w:sz w:val="21"/>
        </w:rPr>
        <w:t>（A）8　　（B）10　　（C）12　　（D）15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polygon of n sides is inscribed in a circle of radius R. The area of the polygon is 3R². Then n equals:</w:t>
      </w:r>
    </w:p>
    <w:p>
      <w:pPr>
        <w:spacing w:before="0" w:after="160" w:line="300" w:lineRule="auto"/>
      </w:pPr>
      <w:r>
        <w:rPr>
          <w:rFonts w:ascii="Times New Roman" w:hAnsi="Times New Roman" w:eastAsia="宋体"/>
          <w:b w:val="0"/>
          <w:i w:val="0"/>
          <w:color w:val="333333"/>
          <w:sz w:val="19"/>
        </w:rPr>
        <w:t>(A) 8　　(B) 10　　(C) 12　　(D) 15　　(E) 18</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方程 2²ˣ-3²ʸ=55 中 x 和 y 均为整数，其解的个数为：</w:t>
      </w:r>
    </w:p>
    <w:p>
      <w:pPr>
        <w:spacing w:before="0" w:after="120" w:line="300" w:lineRule="auto"/>
      </w:pPr>
      <w:r>
        <w:rPr>
          <w:rFonts w:ascii="Times New Roman" w:hAnsi="Times New Roman" w:eastAsia="宋体"/>
          <w:b w:val="0"/>
          <w:i w:val="0"/>
          <w:sz w:val="21"/>
        </w:rPr>
        <w:t>（A）0　　（B）1　　（C）2　　（D）3　　（E）多于三个，但为有限个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solutions of 2²ˣ-3²ʸ=55, in which x and y are integers, is:</w:t>
      </w:r>
    </w:p>
    <w:p>
      <w:pPr>
        <w:spacing w:before="0" w:after="160" w:line="300" w:lineRule="auto"/>
      </w:pPr>
      <w:r>
        <w:rPr>
          <w:rFonts w:ascii="Times New Roman" w:hAnsi="Times New Roman" w:eastAsia="宋体"/>
          <w:b w:val="0"/>
          <w:i w:val="0"/>
          <w:color w:val="333333"/>
          <w:sz w:val="19"/>
        </w:rPr>
        <w:t>(A) 0　　(B) 1　　(C) 2　　(D) 3　　(E) more than three, but finite</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当 x 取区间 x≥0 中的任意值时，设分式</w:t>
      </w:r>
    </w:p>
    <w:p>
      <w:pPr>
        <w:spacing w:before="0" w:after="80" w:line="300" w:lineRule="auto"/>
        <w:jc w:val="left"/>
      </w:pPr>
      <w:r>
        <w:rPr>
          <w:rFonts w:ascii="Times New Roman" w:hAnsi="Times New Roman" w:eastAsia="宋体"/>
          <w:b w:val="0"/>
          <w:i w:val="0"/>
          <w:sz w:val="21"/>
        </w:rPr>
        <w:t>2x+3/x+2</w:t>
      </w:r>
    </w:p>
    <w:p>
      <w:pPr>
        <w:spacing w:before="0" w:after="80" w:line="300" w:lineRule="auto"/>
        <w:jc w:val="left"/>
      </w:pPr>
      <w:r>
        <w:rPr>
          <w:rFonts w:ascii="Times New Roman" w:hAnsi="Times New Roman" w:eastAsia="宋体"/>
          <w:b w:val="0"/>
          <w:i w:val="0"/>
          <w:sz w:val="21"/>
        </w:rPr>
        <w:t>的所有可能值组成集合 S。设 M 是 S 的最小上界，m 是 S 的最大下界。于是可以说：</w:t>
      </w:r>
    </w:p>
    <w:p>
      <w:pPr>
        <w:spacing w:before="0" w:after="120" w:line="300" w:lineRule="auto"/>
      </w:pPr>
      <w:r>
        <w:rPr>
          <w:rFonts w:ascii="Times New Roman" w:hAnsi="Times New Roman" w:eastAsia="宋体"/>
          <w:b w:val="0"/>
          <w:i w:val="0"/>
          <w:sz w:val="21"/>
        </w:rPr>
        <w:t>（A）m 属于 S，但 M 不属于 S　　（B）M 属于 S，但 m 不属于 S　　（C）m 和 M 都属于 S　　（D）m 和 M 都不属于 S　　（E）M 在 S 内外都不存在</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values assumed by the fraction</w:t>
      </w:r>
    </w:p>
    <w:p>
      <w:pPr>
        <w:spacing w:before="0" w:after="80" w:line="300" w:lineRule="auto"/>
        <w:jc w:val="left"/>
      </w:pPr>
      <w:r>
        <w:rPr>
          <w:rFonts w:ascii="Times New Roman" w:hAnsi="Times New Roman" w:eastAsia="宋体"/>
          <w:b w:val="0"/>
          <w:i w:val="0"/>
          <w:color w:val="333333"/>
          <w:sz w:val="19"/>
        </w:rPr>
        <w:t>2x+3/x+2</w:t>
      </w:r>
    </w:p>
    <w:p>
      <w:pPr>
        <w:spacing w:before="0" w:after="80" w:line="300" w:lineRule="auto"/>
        <w:jc w:val="left"/>
      </w:pPr>
      <w:r>
        <w:rPr>
          <w:rFonts w:ascii="Times New Roman" w:hAnsi="Times New Roman" w:eastAsia="宋体"/>
          <w:b w:val="0"/>
          <w:i w:val="0"/>
          <w:color w:val="333333"/>
          <w:sz w:val="19"/>
        </w:rPr>
        <w:t>when x is any member of the interval x≥0. Let M be the least upper bound of S, and let m be the greatest lower bound of S. We may then say:</w:t>
      </w:r>
    </w:p>
    <w:p>
      <w:pPr>
        <w:spacing w:before="0" w:after="160" w:line="300" w:lineRule="auto"/>
      </w:pPr>
      <w:r>
        <w:rPr>
          <w:rFonts w:ascii="Times New Roman" w:hAnsi="Times New Roman" w:eastAsia="宋体"/>
          <w:b w:val="0"/>
          <w:i w:val="0"/>
          <w:color w:val="333333"/>
          <w:sz w:val="19"/>
        </w:rPr>
        <w:t>(A) m is in S, but M is not in</w:t>
        <w:br/>
        <w:t>S　　(B) M is in S, but m is not in S　　(C) both m and M are in S　　(D) neither m nor M is in S　　(E) M does not exist either in or outside S</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将数 695 用阶乘进制表示，即</w:t>
      </w:r>
    </w:p>
    <w:p>
      <w:pPr>
        <w:spacing w:before="0" w:after="80" w:line="300" w:lineRule="auto"/>
        <w:jc w:val="left"/>
      </w:pPr>
      <w:r>
        <w:rPr>
          <w:rFonts w:ascii="Times New Roman" w:hAnsi="Times New Roman" w:eastAsia="宋体"/>
          <w:b w:val="0"/>
          <w:i w:val="0"/>
          <w:sz w:val="21"/>
        </w:rPr>
        <w:t>695=a₁+a₂·2!+a₃·3!</w:t>
      </w:r>
    </w:p>
    <w:p>
      <w:pPr>
        <w:spacing w:before="0" w:after="80" w:line="300" w:lineRule="auto"/>
        <w:jc w:val="left"/>
      </w:pPr>
      <w:r>
        <w:rPr>
          <w:rFonts w:ascii="Times New Roman" w:hAnsi="Times New Roman" w:eastAsia="宋体"/>
          <w:b w:val="0"/>
          <w:i w:val="0"/>
          <w:sz w:val="21"/>
        </w:rPr>
        <w:t>+⋯+aₙ· n!</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a₁、a₂、a₃、…、aₙ 是满足 0≤ aₖ≤ k 的整数，且 n! 表示 n(n-1)(n-2)⋯2·1。求 a₄。</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695 is to be written with a factorial base of numeration, that is,</w:t>
      </w:r>
    </w:p>
    <w:p>
      <w:pPr>
        <w:spacing w:before="0" w:after="80" w:line="300" w:lineRule="auto"/>
        <w:jc w:val="left"/>
      </w:pPr>
      <w:r>
        <w:rPr>
          <w:rFonts w:ascii="Times New Roman" w:hAnsi="Times New Roman" w:eastAsia="宋体"/>
          <w:b w:val="0"/>
          <w:i w:val="0"/>
          <w:color w:val="333333"/>
          <w:sz w:val="19"/>
        </w:rPr>
        <w:t>695=a₁+a₂·2!+a₃·3!</w:t>
      </w:r>
    </w:p>
    <w:p>
      <w:pPr>
        <w:spacing w:before="0" w:after="80" w:line="300" w:lineRule="auto"/>
        <w:jc w:val="left"/>
      </w:pPr>
      <w:r>
        <w:rPr>
          <w:rFonts w:ascii="Times New Roman" w:hAnsi="Times New Roman" w:eastAsia="宋体"/>
          <w:b w:val="0"/>
          <w:i w:val="0"/>
          <w:color w:val="333333"/>
          <w:sz w:val="19"/>
        </w:rPr>
        <w:t>+⋯+aₙ· n!,</w:t>
      </w:r>
    </w:p>
    <w:p>
      <w:pPr>
        <w:spacing w:before="0" w:after="80" w:line="300" w:lineRule="auto"/>
        <w:jc w:val="left"/>
      </w:pPr>
      <w:r>
        <w:rPr>
          <w:rFonts w:ascii="Times New Roman" w:hAnsi="Times New Roman" w:eastAsia="宋体"/>
          <w:b w:val="0"/>
          <w:i w:val="0"/>
          <w:color w:val="333333"/>
          <w:sz w:val="19"/>
        </w:rPr>
        <w:t>where a₁, a₂, a₃, …, aₙ are integers such that 0≤ aₖ≤ k, and n! means n(n-1)(n-2)⋯2·1. Find a₄.</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在三角形 ABC 中，从 A 引出的中线垂直于从 B 引出的中线。若 BC=7 且 AC=6，求 AB 的长度。</w:t>
      </w:r>
    </w:p>
    <w:p>
      <w:pPr>
        <w:spacing w:before="0" w:after="120" w:line="300" w:lineRule="auto"/>
      </w:pPr>
      <w:r>
        <w:rPr>
          <w:rFonts w:ascii="Times New Roman" w:hAnsi="Times New Roman" w:eastAsia="宋体"/>
          <w:b w:val="0"/>
          <w:i w:val="0"/>
          <w:sz w:val="21"/>
        </w:rPr>
        <w:t>（A）4　　（B）√(17)　　（C）4.25　　（D）2√(5)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the median from A is perpendicular to the median from B. If BC=7 and AC=6, find the length of AB.</w:t>
      </w:r>
    </w:p>
    <w:p>
      <w:pPr>
        <w:spacing w:before="0" w:after="160" w:line="300" w:lineRule="auto"/>
      </w:pPr>
      <w:r>
        <w:rPr>
          <w:rFonts w:ascii="Times New Roman" w:hAnsi="Times New Roman" w:eastAsia="宋体"/>
          <w:b w:val="0"/>
          <w:i w:val="0"/>
          <w:color w:val="333333"/>
          <w:sz w:val="19"/>
        </w:rPr>
        <w:t>(A) 4　　(B) √(17)　　(C) 4.25　　(D) 2√(5)　　(E) 4.5</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在全程为 d 码的匀速赛跑中，A 可领先 B 20 码，B 可领先 C 10 码，且 A 可领先 C 28 码。则以码为单位的 d 等于：</w:t>
      </w:r>
    </w:p>
    <w:p>
      <w:pPr>
        <w:spacing w:before="0" w:after="120" w:line="300" w:lineRule="auto"/>
      </w:pPr>
      <w:r>
        <w:rPr>
          <w:rFonts w:ascii="Times New Roman" w:hAnsi="Times New Roman" w:eastAsia="宋体"/>
          <w:b w:val="0"/>
          <w:i w:val="0"/>
          <w:sz w:val="21"/>
        </w:rPr>
        <w:t>（A）无法由已知信息确定　　（B）58　　（C）100　　（D）116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racing over a distance d at uniform speed, A can beat B by 20 yards, B can beat C by 10 yards, and A can beat C by 28 yards. Then d, in yards, equals:</w:t>
      </w:r>
    </w:p>
    <w:p>
      <w:pPr>
        <w:spacing w:before="0" w:after="160" w:line="300" w:lineRule="auto"/>
      </w:pPr>
      <w:r>
        <w:rPr>
          <w:rFonts w:ascii="Times New Roman" w:hAnsi="Times New Roman" w:eastAsia="宋体"/>
          <w:b w:val="0"/>
          <w:i w:val="0"/>
          <w:color w:val="333333"/>
          <w:sz w:val="19"/>
        </w:rPr>
        <w:t>(A) not determined by the given information　　(B) 58　　(C) 100　　(D) 116　　(E) 120</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三角形 ABC 内接于半径为 r 的半圆，且其底边 AB 与直径 AB 重合。点 C 不与 A 或 B 重合。令 s=AC+BC。则对于 C 的所有允许位置：</w:t>
      </w:r>
    </w:p>
    <w:p>
      <w:pPr>
        <w:spacing w:before="0" w:after="120" w:line="300" w:lineRule="auto"/>
      </w:pPr>
      <w:r>
        <w:rPr>
          <w:rFonts w:ascii="Times New Roman" w:hAnsi="Times New Roman" w:eastAsia="宋体"/>
          <w:b w:val="0"/>
          <w:i w:val="0"/>
          <w:sz w:val="21"/>
        </w:rPr>
        <w:t>（A）s²≤8r²　　（B）s²=8r²　　（C）s²≥8r²　　（D）s²≤4r²　　（E）s²=4r²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is inscribed in a semicircle of radius r so that its base AB coincides with diameter AB. Point C does not coincide with either A or B. Let s=AC+BC. Then, for all permissible positions of C:</w:t>
      </w:r>
    </w:p>
    <w:p>
      <w:pPr>
        <w:spacing w:before="0" w:after="160" w:line="300" w:lineRule="auto"/>
      </w:pPr>
      <w:r>
        <w:rPr>
          <w:rFonts w:ascii="Times New Roman" w:hAnsi="Times New Roman" w:eastAsia="宋体"/>
          <w:b w:val="0"/>
          <w:i w:val="0"/>
          <w:color w:val="333333"/>
          <w:sz w:val="19"/>
        </w:rPr>
        <w:t>(A) s²≤8r²　　(B) s²=8r²　　(C) s²≥8r²　　(D) s²≤4r²　　(E) s²=4r²</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在边长为 1 的正方形内部或边界上任取五个点。设 a 是满足下述性质的最小数：从这五点中总能选出一对，使其距离小于或等于 a。则 a 为：</w:t>
      </w:r>
    </w:p>
    <w:p>
      <w:pPr>
        <w:spacing w:before="0" w:after="120" w:line="300" w:lineRule="auto"/>
      </w:pPr>
      <w:r>
        <w:rPr>
          <w:rFonts w:ascii="Times New Roman" w:hAnsi="Times New Roman" w:eastAsia="宋体"/>
          <w:b w:val="0"/>
          <w:i w:val="0"/>
          <w:sz w:val="21"/>
        </w:rPr>
        <w:t>（A）(√(3))/3　　（B）(√(2))/2　　（C）(2√(2))/3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Any five points are taken inside or on a square with side length 1. Let a be the smallest possible number with the property that it is always possible to select one pair of points from these five such that the distance between them is equal to or less than a. Then a is:</w:t>
      </w:r>
    </w:p>
    <w:p>
      <w:pPr>
        <w:spacing w:before="0" w:after="160" w:line="300" w:lineRule="auto"/>
      </w:pPr>
      <w:r>
        <w:rPr>
          <w:rFonts w:ascii="Times New Roman" w:hAnsi="Times New Roman" w:eastAsia="宋体"/>
          <w:b w:val="0"/>
          <w:i w:val="0"/>
          <w:color w:val="333333"/>
          <w:sz w:val="19"/>
        </w:rPr>
        <w:t>(A) (√(3))/3　　(B) (√(2))/2　　(C) (2√(2))/3　　(D) 1　　(E) √(2)</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若 5x+12y=60，求 √(x²+y²) 的最小值。</w:t>
      </w:r>
    </w:p>
    <w:p>
      <w:pPr>
        <w:spacing w:before="0" w:after="120" w:line="300" w:lineRule="auto"/>
      </w:pPr>
      <w:r>
        <w:rPr>
          <w:rFonts w:ascii="Times New Roman" w:hAnsi="Times New Roman" w:eastAsia="宋体"/>
          <w:b w:val="0"/>
          <w:i w:val="0"/>
          <w:sz w:val="21"/>
        </w:rPr>
        <w:t>（A）60/13　　（B）13/5　　（C）13/12　　（D）1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minimum value of √(x²+y²) if 5x+12y=60.</w:t>
      </w:r>
    </w:p>
    <w:p>
      <w:pPr>
        <w:spacing w:before="0" w:after="160" w:line="300" w:lineRule="auto"/>
      </w:pPr>
      <w:r>
        <w:rPr>
          <w:rFonts w:ascii="Times New Roman" w:hAnsi="Times New Roman" w:eastAsia="宋体"/>
          <w:b w:val="0"/>
          <w:i w:val="0"/>
          <w:color w:val="333333"/>
          <w:sz w:val="19"/>
        </w:rPr>
        <w:t>(A) 60/13　　(B) 13/5　　(C) 13/12　　(D) 1　　(E) 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E　E　B　C　E　A　B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A　E　E　B　E　D　A</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A　D　C　B　A　A　C　D</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D　B　D　D　C　B　A　D　B</w:t>
      </w:r>
    </w:p>
    <w:p>
      <w:pPr>
        <w:spacing w:before="0" w:after="0" w:line="300" w:lineRule="auto"/>
      </w:pPr>
      <w:r>
        <w:rPr>
          <w:rFonts w:ascii="Times New Roman" w:hAnsi="Times New Roman" w:eastAsia="宋体"/>
          <w:b w:val="0"/>
          <w:i w:val="0"/>
          <w:sz w:val="18"/>
        </w:rPr>
        <w:t>题号　37　38　39　40</w:t>
      </w:r>
    </w:p>
    <w:p>
      <w:pPr>
        <w:spacing w:before="0" w:after="80" w:line="300" w:lineRule="auto"/>
      </w:pPr>
      <w:r>
        <w:rPr>
          <w:rFonts w:ascii="Times New Roman" w:hAnsi="Times New Roman" w:eastAsia="宋体"/>
          <w:b/>
          <w:i w:val="0"/>
          <w:sz w:val="18"/>
        </w:rPr>
        <w:t>答案　C　A　B　A</w:t>
      </w:r>
    </w:p>
    <w:p>
      <w:pPr>
        <w:spacing w:before="0" w:after="200" w:line="300" w:lineRule="auto"/>
      </w:pPr>
      <w:r>
        <w:rPr>
          <w:rFonts w:ascii="Times New Roman" w:hAnsi="Times New Roman" w:eastAsia="宋体"/>
          <w:b w:val="0"/>
          <w:i w:val="0"/>
          <w:color w:val="666666"/>
          <w:sz w:val="18"/>
        </w:rPr>
        <w:t>答案串：CEEBCEABCDCAEEBEDABADCBAACDDBDDCBADBCABA</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由于立方根是实数，</w:t>
      </w:r>
    </w:p>
    <w:p>
      <w:pPr>
        <w:spacing w:before="0" w:after="80" w:line="300" w:lineRule="auto"/>
        <w:jc w:val="left"/>
      </w:pPr>
      <w:r>
        <w:rPr>
          <w:rFonts w:ascii="Times New Roman" w:hAnsi="Times New Roman" w:eastAsia="宋体"/>
          <w:b w:val="0"/>
          <w:i w:val="0"/>
          <w:sz w:val="21"/>
        </w:rPr>
        <w:t>(-1/125)^(2/3) =(-1/5)²=1/25。</w:t>
      </w:r>
    </w:p>
    <w:p>
      <w:pPr>
        <w:spacing w:before="0" w:after="80" w:line="300" w:lineRule="auto"/>
        <w:jc w:val="left"/>
      </w:pPr>
      <w:r>
        <w:rPr>
          <w:rFonts w:ascii="Times New Roman" w:hAnsi="Times New Roman" w:eastAsia="宋体"/>
          <w:b w:val="0"/>
          <w:i w:val="0"/>
          <w:sz w:val="21"/>
        </w:rPr>
        <w:t>负指数表示取倒数，因此得到 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the cube root is real,</w:t>
      </w:r>
    </w:p>
    <w:p>
      <w:pPr>
        <w:spacing w:before="0" w:after="80" w:line="300" w:lineRule="auto"/>
        <w:jc w:val="left"/>
      </w:pPr>
      <w:r>
        <w:rPr>
          <w:rFonts w:ascii="Times New Roman" w:hAnsi="Times New Roman" w:eastAsia="宋体"/>
          <w:b w:val="0"/>
          <w:i w:val="0"/>
          <w:color w:val="333333"/>
          <w:sz w:val="19"/>
        </w:rPr>
        <w:t>(-1/125)^(2/3) =(-1/5)²=1/25.</w:t>
      </w:r>
    </w:p>
    <w:p>
      <w:pPr>
        <w:spacing w:before="0" w:after="80" w:line="300" w:lineRule="auto"/>
        <w:jc w:val="left"/>
      </w:pPr>
      <w:r>
        <w:rPr>
          <w:rFonts w:ascii="Times New Roman" w:hAnsi="Times New Roman" w:eastAsia="宋体"/>
          <w:b w:val="0"/>
          <w:i w:val="0"/>
          <w:color w:val="333333"/>
          <w:sz w:val="19"/>
        </w:rPr>
        <w:t>The negative exponent takes the reciprocal, giving 25.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汽车的速度为每秒 a/6r 英尺。在 180 秒内，汽车行驶</w:t>
      </w:r>
    </w:p>
    <w:p>
      <w:pPr>
        <w:spacing w:before="0" w:after="80" w:line="300" w:lineRule="auto"/>
        <w:jc w:val="left"/>
      </w:pPr>
      <w:r>
        <w:rPr>
          <w:rFonts w:ascii="Times New Roman" w:hAnsi="Times New Roman" w:eastAsia="宋体"/>
          <w:b w:val="0"/>
          <w:i w:val="0"/>
          <w:sz w:val="21"/>
        </w:rPr>
        <w:t>180·a/6r=30a/r</w:t>
      </w:r>
    </w:p>
    <w:p>
      <w:pPr>
        <w:spacing w:before="0" w:after="80" w:line="300" w:lineRule="auto"/>
        <w:jc w:val="left"/>
      </w:pPr>
      <w:r>
        <w:rPr>
          <w:rFonts w:ascii="Times New Roman" w:hAnsi="Times New Roman" w:eastAsia="宋体"/>
          <w:b w:val="0"/>
          <w:i w:val="0"/>
          <w:sz w:val="21"/>
        </w:rPr>
        <w:t>英尺，也就是 10a/r 码。</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speed is a/6r feet per second. In 180 seconds the automobile travels</w:t>
      </w:r>
    </w:p>
    <w:p>
      <w:pPr>
        <w:spacing w:before="0" w:after="80" w:line="300" w:lineRule="auto"/>
        <w:jc w:val="left"/>
      </w:pPr>
      <w:r>
        <w:rPr>
          <w:rFonts w:ascii="Times New Roman" w:hAnsi="Times New Roman" w:eastAsia="宋体"/>
          <w:b w:val="0"/>
          <w:i w:val="0"/>
          <w:color w:val="333333"/>
          <w:sz w:val="19"/>
        </w:rPr>
        <w:t>180·a/6r=30a/r</w:t>
      </w:r>
    </w:p>
    <w:p>
      <w:pPr>
        <w:spacing w:before="0" w:after="80" w:line="300" w:lineRule="auto"/>
        <w:jc w:val="left"/>
      </w:pPr>
      <w:r>
        <w:rPr>
          <w:rFonts w:ascii="Times New Roman" w:hAnsi="Times New Roman" w:eastAsia="宋体"/>
          <w:b w:val="0"/>
          <w:i w:val="0"/>
          <w:color w:val="333333"/>
          <w:sz w:val="19"/>
        </w:rPr>
        <w:t>feet, or 10a/r yards.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两条直线的斜率分别为 -1/2 和 -a/3。垂直条件要求</w:t>
      </w:r>
    </w:p>
    <w:p>
      <w:pPr>
        <w:spacing w:before="0" w:after="80" w:line="300" w:lineRule="auto"/>
        <w:jc w:val="left"/>
      </w:pPr>
      <w:r>
        <w:rPr>
          <w:rFonts w:ascii="Times New Roman" w:hAnsi="Times New Roman" w:eastAsia="宋体"/>
          <w:b w:val="0"/>
          <w:i w:val="0"/>
          <w:sz w:val="21"/>
        </w:rPr>
        <w:t>(-1/2)(-a/3)=-1，</w:t>
      </w:r>
    </w:p>
    <w:p>
      <w:pPr>
        <w:spacing w:before="0" w:after="80" w:line="300" w:lineRule="auto"/>
        <w:jc w:val="left"/>
      </w:pPr>
      <w:r>
        <w:rPr>
          <w:rFonts w:ascii="Times New Roman" w:hAnsi="Times New Roman" w:eastAsia="宋体"/>
          <w:b w:val="0"/>
          <w:i w:val="0"/>
          <w:sz w:val="21"/>
        </w:rPr>
        <w:t>因而 a=-6。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slopes are -1/2 and -a/3. Perpendicularity requires</w:t>
      </w:r>
    </w:p>
    <w:p>
      <w:pPr>
        <w:spacing w:before="0" w:after="80" w:line="300" w:lineRule="auto"/>
        <w:jc w:val="left"/>
      </w:pPr>
      <w:r>
        <w:rPr>
          <w:rFonts w:ascii="Times New Roman" w:hAnsi="Times New Roman" w:eastAsia="宋体"/>
          <w:b w:val="0"/>
          <w:i w:val="0"/>
          <w:color w:val="333333"/>
          <w:sz w:val="19"/>
        </w:rPr>
        <w:t>(-1/2)(-a/3)=-1,</w:t>
      </w:r>
    </w:p>
    <w:p>
      <w:pPr>
        <w:spacing w:before="0" w:after="80" w:line="300" w:lineRule="auto"/>
        <w:jc w:val="left"/>
      </w:pPr>
      <w:r>
        <w:rPr>
          <w:rFonts w:ascii="Times New Roman" w:hAnsi="Times New Roman" w:eastAsia="宋体"/>
          <w:b w:val="0"/>
          <w:i w:val="0"/>
          <w:color w:val="333333"/>
          <w:sz w:val="19"/>
        </w:rPr>
        <w:t>so a=-6.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对于正整数 m,n，</w:t>
      </w:r>
    </w:p>
    <w:p>
      <w:pPr>
        <w:spacing w:before="0" w:after="80" w:line="300" w:lineRule="auto"/>
        <w:jc w:val="left"/>
      </w:pPr>
      <w:r>
        <w:rPr>
          <w:rFonts w:ascii="Times New Roman" w:hAnsi="Times New Roman" w:eastAsia="宋体"/>
          <w:b w:val="0"/>
          <w:i w:val="0"/>
          <w:sz w:val="21"/>
        </w:rPr>
        <w:t>m²n²=(mn)²，</w:t>
      </w:r>
    </w:p>
    <w:p>
      <w:pPr>
        <w:spacing w:before="0" w:after="80" w:line="300" w:lineRule="auto"/>
        <w:jc w:val="left"/>
      </w:pPr>
      <w:r>
        <w:rPr>
          <w:rFonts w:ascii="Times New Roman" w:hAnsi="Times New Roman" w:eastAsia="宋体"/>
          <w:b w:val="0"/>
          <w:i w:val="0"/>
          <w:sz w:val="21"/>
        </w:rPr>
        <w:t>它仍是一个正整数的平方。其他运算均不满足，例如 1+4=5,1/4 以及 √(4)=2。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positive integers m,n,</w:t>
      </w:r>
    </w:p>
    <w:p>
      <w:pPr>
        <w:spacing w:before="0" w:after="80" w:line="300" w:lineRule="auto"/>
        <w:jc w:val="left"/>
      </w:pPr>
      <w:r>
        <w:rPr>
          <w:rFonts w:ascii="Times New Roman" w:hAnsi="Times New Roman" w:eastAsia="宋体"/>
          <w:b w:val="0"/>
          <w:i w:val="0"/>
          <w:color w:val="333333"/>
          <w:sz w:val="19"/>
        </w:rPr>
        <w:t>m²n²=(mn)²,</w:t>
      </w:r>
    </w:p>
    <w:p>
      <w:pPr>
        <w:spacing w:before="0" w:after="80" w:line="300" w:lineRule="auto"/>
        <w:jc w:val="left"/>
      </w:pPr>
      <w:r>
        <w:rPr>
          <w:rFonts w:ascii="Times New Roman" w:hAnsi="Times New Roman" w:eastAsia="宋体"/>
          <w:b w:val="0"/>
          <w:i w:val="0"/>
          <w:color w:val="333333"/>
          <w:sz w:val="19"/>
        </w:rPr>
        <w:t>which is again the square of a positive integer. The other operations fail, for example 1+4=5,1/4, and √(4)=2.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该式正是二项式展开</w:t>
      </w:r>
    </w:p>
    <w:p>
      <w:pPr>
        <w:spacing w:before="0" w:after="80" w:line="300" w:lineRule="auto"/>
        <w:jc w:val="left"/>
      </w:pPr>
      <w:r>
        <w:rPr>
          <w:rFonts w:ascii="Times New Roman" w:hAnsi="Times New Roman" w:eastAsia="宋体"/>
          <w:b w:val="0"/>
          <w:i w:val="0"/>
          <w:sz w:val="21"/>
        </w:rPr>
        <w:t>((x-1)+1)⁴=x⁴。</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is the binomial expansion</w:t>
      </w:r>
    </w:p>
    <w:p>
      <w:pPr>
        <w:spacing w:before="0" w:after="80" w:line="300" w:lineRule="auto"/>
        <w:jc w:val="left"/>
      </w:pPr>
      <w:r>
        <w:rPr>
          <w:rFonts w:ascii="Times New Roman" w:hAnsi="Times New Roman" w:eastAsia="宋体"/>
          <w:b w:val="0"/>
          <w:i w:val="0"/>
          <w:color w:val="333333"/>
          <w:sz w:val="19"/>
        </w:rPr>
        <w:t>((x-1)+1)⁴=x⁴.</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由于 log(1/8)=log(8⁻¹)=-log8，</w:t>
      </w:r>
    </w:p>
    <w:p>
      <w:pPr>
        <w:spacing w:before="0" w:after="80" w:line="300" w:lineRule="auto"/>
        <w:jc w:val="left"/>
      </w:pPr>
      <w:r>
        <w:rPr>
          <w:rFonts w:ascii="Times New Roman" w:hAnsi="Times New Roman" w:eastAsia="宋体"/>
          <w:b w:val="0"/>
          <w:i w:val="0"/>
          <w:sz w:val="21"/>
        </w:rPr>
        <w:t>log8/(log(1/8))=-1。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log(1/8)=log(8⁻¹)=-log8,</w:t>
      </w:r>
    </w:p>
    <w:p>
      <w:pPr>
        <w:spacing w:before="0" w:after="80" w:line="300" w:lineRule="auto"/>
        <w:jc w:val="left"/>
      </w:pPr>
      <w:r>
        <w:rPr>
          <w:rFonts w:ascii="Times New Roman" w:hAnsi="Times New Roman" w:eastAsia="宋体"/>
          <w:b w:val="0"/>
          <w:i w:val="0"/>
          <w:color w:val="333333"/>
          <w:sz w:val="19"/>
        </w:rPr>
        <w:t>log8/(log(1/8))=-1.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第三项为</w:t>
      </w:r>
    </w:p>
    <w:p>
      <w:pPr>
        <w:spacing w:before="0" w:after="80" w:line="300" w:lineRule="auto"/>
        <w:jc w:val="left"/>
      </w:pPr>
      <w:r>
        <w:rPr>
          <w:rFonts w:ascii="Times New Roman" w:hAnsi="Times New Roman" w:eastAsia="宋体"/>
          <w:b w:val="0"/>
          <w:i w:val="0"/>
          <w:sz w:val="21"/>
        </w:rPr>
        <w:t>C(6, 2)(a/(√(x)))⁴ (-(√(x))/a²)²</w:t>
      </w:r>
    </w:p>
    <w:p>
      <w:pPr>
        <w:spacing w:before="0" w:after="80" w:line="300" w:lineRule="auto"/>
        <w:jc w:val="left"/>
      </w:pPr>
      <w:r>
        <w:rPr>
          <w:rFonts w:ascii="Times New Roman" w:hAnsi="Times New Roman" w:eastAsia="宋体"/>
          <w:b w:val="0"/>
          <w:i w:val="0"/>
          <w:sz w:val="21"/>
        </w:rPr>
        <w:t>=15·a⁴/x²·x/a⁴ =15/x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third term is</w:t>
      </w:r>
    </w:p>
    <w:p>
      <w:pPr>
        <w:spacing w:before="0" w:after="80" w:line="300" w:lineRule="auto"/>
        <w:jc w:val="left"/>
      </w:pPr>
      <w:r>
        <w:rPr>
          <w:rFonts w:ascii="Times New Roman" w:hAnsi="Times New Roman" w:eastAsia="宋体"/>
          <w:b w:val="0"/>
          <w:i w:val="0"/>
          <w:color w:val="333333"/>
          <w:sz w:val="19"/>
        </w:rPr>
        <w:t>C(6, 2)(a/(√(x)))⁴ (-(√(x))/a²)²</w:t>
      </w:r>
    </w:p>
    <w:p>
      <w:pPr>
        <w:spacing w:before="0" w:after="80" w:line="300" w:lineRule="auto"/>
        <w:jc w:val="left"/>
      </w:pPr>
      <w:r>
        <w:rPr>
          <w:rFonts w:ascii="Times New Roman" w:hAnsi="Times New Roman" w:eastAsia="宋体"/>
          <w:b w:val="0"/>
          <w:i w:val="0"/>
          <w:color w:val="333333"/>
          <w:sz w:val="19"/>
        </w:rPr>
        <w:t>=15·a⁴/x²·x/a⁴ =15/x.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由两个直角三角形可得</w:t>
      </w:r>
    </w:p>
    <w:p>
      <w:pPr>
        <w:spacing w:before="0" w:after="80" w:line="300" w:lineRule="auto"/>
        <w:jc w:val="left"/>
      </w:pPr>
      <w:r>
        <w:rPr>
          <w:rFonts w:ascii="Times New Roman" w:hAnsi="Times New Roman" w:eastAsia="宋体"/>
          <w:b w:val="0"/>
          <w:i w:val="0"/>
          <w:sz w:val="21"/>
        </w:rPr>
        <w:t>A+C₁=90°,</w:t>
      </w:r>
    </w:p>
    <w:p>
      <w:pPr>
        <w:spacing w:before="0" w:after="80" w:line="300" w:lineRule="auto"/>
        <w:jc w:val="left"/>
      </w:pPr>
      <w:r>
        <w:rPr>
          <w:rFonts w:ascii="Times New Roman" w:hAnsi="Times New Roman" w:eastAsia="宋体"/>
          <w:b w:val="0"/>
          <w:i w:val="0"/>
          <w:sz w:val="21"/>
        </w:rPr>
        <w:t>B+C₂=90°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用第一个关系式减去第二个关系式，得到 C₁-C₂=B-A。</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right triangles give</w:t>
      </w:r>
    </w:p>
    <w:p>
      <w:pPr>
        <w:spacing w:before="0" w:after="80" w:line="300" w:lineRule="auto"/>
        <w:jc w:val="left"/>
      </w:pPr>
      <w:r>
        <w:rPr>
          <w:rFonts w:ascii="Times New Roman" w:hAnsi="Times New Roman" w:eastAsia="宋体"/>
          <w:b w:val="0"/>
          <w:i w:val="0"/>
          <w:color w:val="333333"/>
          <w:sz w:val="19"/>
        </w:rPr>
        <w:t>A+C₁=90°,</w:t>
      </w:r>
    </w:p>
    <w:p>
      <w:pPr>
        <w:spacing w:before="0" w:after="80" w:line="300" w:lineRule="auto"/>
        <w:jc w:val="left"/>
      </w:pPr>
      <w:r>
        <w:rPr>
          <w:rFonts w:ascii="Times New Roman" w:hAnsi="Times New Roman" w:eastAsia="宋体"/>
          <w:b w:val="0"/>
          <w:i w:val="0"/>
          <w:color w:val="333333"/>
          <w:sz w:val="19"/>
        </w:rPr>
        <w:t>B+C₂=90°.</w:t>
      </w:r>
    </w:p>
    <w:p>
      <w:pPr>
        <w:spacing w:before="0" w:after="80" w:line="300" w:lineRule="auto"/>
        <w:jc w:val="left"/>
      </w:pPr>
      <w:r>
        <w:rPr>
          <w:rFonts w:ascii="Times New Roman" w:hAnsi="Times New Roman" w:eastAsia="宋体"/>
          <w:b w:val="0"/>
          <w:i w:val="0"/>
          <w:color w:val="333333"/>
          <w:sz w:val="19"/>
        </w:rPr>
        <w:t>Subtracting the second relation from the first gives C₁-C₂=B-A.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r=(2a)²ᵇ=(4a²)ᵇ</w:t>
      </w:r>
    </w:p>
    <w:p>
      <w:pPr>
        <w:spacing w:before="0" w:after="80" w:line="300" w:lineRule="auto"/>
        <w:jc w:val="left"/>
      </w:pPr>
      <w:r>
        <w:rPr>
          <w:rFonts w:ascii="Times New Roman" w:hAnsi="Times New Roman" w:eastAsia="宋体"/>
          <w:b w:val="0"/>
          <w:i w:val="0"/>
          <w:sz w:val="21"/>
        </w:rPr>
        <w:t>同时 r=aᵇxᵇ=(ax)ᵇ。因此 ax=4a²，所以 x=4a。</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r=(2a)²ᵇ=(4a²)ᵇ</w:t>
      </w:r>
    </w:p>
    <w:p>
      <w:pPr>
        <w:spacing w:before="0" w:after="80" w:line="300" w:lineRule="auto"/>
        <w:jc w:val="left"/>
      </w:pPr>
      <w:r>
        <w:rPr>
          <w:rFonts w:ascii="Times New Roman" w:hAnsi="Times New Roman" w:eastAsia="宋体"/>
          <w:b w:val="0"/>
          <w:i w:val="0"/>
          <w:color w:val="333333"/>
          <w:sz w:val="19"/>
        </w:rPr>
        <w:t>and also r=aᵇxᵇ=(ax)ᵇ. Thus ax=4a², so x=4a.</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在等边三角形中，BD=6，且 AD=6√(3)。因此 DE=3√(3)，再由直角三角形 BDE 得</w:t>
      </w:r>
    </w:p>
    <w:p>
      <w:pPr>
        <w:spacing w:before="0" w:after="80" w:line="300" w:lineRule="auto"/>
        <w:jc w:val="left"/>
      </w:pPr>
      <w:r>
        <w:rPr>
          <w:rFonts w:ascii="Times New Roman" w:hAnsi="Times New Roman" w:eastAsia="宋体"/>
          <w:b w:val="0"/>
          <w:i w:val="0"/>
          <w:sz w:val="21"/>
        </w:rPr>
        <w:t>BE²=6²+(3√(3))²</w:t>
      </w:r>
    </w:p>
    <w:p>
      <w:pPr>
        <w:spacing w:before="0" w:after="80" w:line="300" w:lineRule="auto"/>
        <w:jc w:val="left"/>
      </w:pPr>
      <w:r>
        <w:rPr>
          <w:rFonts w:ascii="Times New Roman" w:hAnsi="Times New Roman" w:eastAsia="宋体"/>
          <w:b w:val="0"/>
          <w:i w:val="0"/>
          <w:sz w:val="21"/>
        </w:rPr>
        <w:t>=36+27=63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BE=√(63)。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equilateral triangle, BD=6 and AD=6√(3). Hence DE=3√(3), and right triangle BDE gives</w:t>
      </w:r>
    </w:p>
    <w:p>
      <w:pPr>
        <w:spacing w:before="0" w:after="80" w:line="300" w:lineRule="auto"/>
        <w:jc w:val="left"/>
      </w:pPr>
      <w:r>
        <w:rPr>
          <w:rFonts w:ascii="Times New Roman" w:hAnsi="Times New Roman" w:eastAsia="宋体"/>
          <w:b w:val="0"/>
          <w:i w:val="0"/>
          <w:color w:val="333333"/>
          <w:sz w:val="19"/>
        </w:rPr>
        <w:t>BE²=6²+(3√(3))²</w:t>
      </w:r>
    </w:p>
    <w:p>
      <w:pPr>
        <w:spacing w:before="0" w:after="80" w:line="300" w:lineRule="auto"/>
        <w:jc w:val="left"/>
      </w:pPr>
      <w:r>
        <w:rPr>
          <w:rFonts w:ascii="Times New Roman" w:hAnsi="Times New Roman" w:eastAsia="宋体"/>
          <w:b w:val="0"/>
          <w:i w:val="0"/>
          <w:color w:val="333333"/>
          <w:sz w:val="19"/>
        </w:rPr>
        <w:t>=36+27=63.</w:t>
      </w:r>
    </w:p>
    <w:p>
      <w:pPr>
        <w:spacing w:before="0" w:after="80" w:line="300" w:lineRule="auto"/>
        <w:jc w:val="left"/>
      </w:pPr>
      <w:r>
        <w:rPr>
          <w:rFonts w:ascii="Times New Roman" w:hAnsi="Times New Roman" w:eastAsia="宋体"/>
          <w:b w:val="0"/>
          <w:i w:val="0"/>
          <w:color w:val="333333"/>
          <w:sz w:val="19"/>
        </w:rPr>
        <w:t>Therefore BE=√(63).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由切线段相等可得 PQ=PB 且 RQ=RC。因此</w:t>
      </w:r>
    </w:p>
    <w:p>
      <w:pPr>
        <w:spacing w:before="0" w:after="80" w:line="300" w:lineRule="auto"/>
        <w:jc w:val="left"/>
      </w:pPr>
      <w:r>
        <w:rPr>
          <w:rFonts w:ascii="Times New Roman" w:hAnsi="Times New Roman" w:eastAsia="宋体"/>
          <w:b w:val="0"/>
          <w:i w:val="0"/>
          <w:sz w:val="21"/>
        </w:rPr>
        <w:t>AP+PR+RA =AP+PQ</w:t>
      </w:r>
    </w:p>
    <w:p>
      <w:pPr>
        <w:spacing w:before="0" w:after="80" w:line="300" w:lineRule="auto"/>
        <w:jc w:val="left"/>
      </w:pPr>
      <w:r>
        <w:rPr>
          <w:rFonts w:ascii="Times New Roman" w:hAnsi="Times New Roman" w:eastAsia="宋体"/>
          <w:b w:val="0"/>
          <w:i w:val="0"/>
          <w:sz w:val="21"/>
        </w:rPr>
        <w:t>+RQ+RA</w:t>
      </w:r>
    </w:p>
    <w:p>
      <w:pPr>
        <w:spacing w:before="0" w:after="80" w:line="300" w:lineRule="auto"/>
        <w:jc w:val="left"/>
      </w:pPr>
      <w:r>
        <w:rPr>
          <w:rFonts w:ascii="Times New Roman" w:hAnsi="Times New Roman" w:eastAsia="宋体"/>
          <w:b w:val="0"/>
          <w:i w:val="0"/>
          <w:sz w:val="21"/>
        </w:rPr>
        <w:t>=AP+PB</w:t>
      </w:r>
    </w:p>
    <w:p>
      <w:pPr>
        <w:spacing w:before="0" w:after="80" w:line="300" w:lineRule="auto"/>
        <w:jc w:val="left"/>
      </w:pPr>
      <w:r>
        <w:rPr>
          <w:rFonts w:ascii="Times New Roman" w:hAnsi="Times New Roman" w:eastAsia="宋体"/>
          <w:b w:val="0"/>
          <w:i w:val="0"/>
          <w:sz w:val="21"/>
        </w:rPr>
        <w:t>+RC+RA</w:t>
      </w:r>
    </w:p>
    <w:p>
      <w:pPr>
        <w:spacing w:before="0" w:after="80" w:line="300" w:lineRule="auto"/>
        <w:jc w:val="left"/>
      </w:pPr>
      <w:r>
        <w:rPr>
          <w:rFonts w:ascii="Times New Roman" w:hAnsi="Times New Roman" w:eastAsia="宋体"/>
          <w:b w:val="0"/>
          <w:i w:val="0"/>
          <w:sz w:val="21"/>
        </w:rPr>
        <w:t>=AB+AC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又因为 AB=AC=20，所以周长为 40。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Equal tangent segments give PQ=PB and RQ=RC. Thus</w:t>
      </w:r>
    </w:p>
    <w:p>
      <w:pPr>
        <w:spacing w:before="0" w:after="80" w:line="300" w:lineRule="auto"/>
        <w:jc w:val="left"/>
      </w:pPr>
      <w:r>
        <w:rPr>
          <w:rFonts w:ascii="Times New Roman" w:hAnsi="Times New Roman" w:eastAsia="宋体"/>
          <w:b w:val="0"/>
          <w:i w:val="0"/>
          <w:color w:val="333333"/>
          <w:sz w:val="19"/>
        </w:rPr>
        <w:t>AP+PR+RA =AP+PQ</w:t>
      </w:r>
    </w:p>
    <w:p>
      <w:pPr>
        <w:spacing w:before="0" w:after="80" w:line="300" w:lineRule="auto"/>
        <w:jc w:val="left"/>
      </w:pPr>
      <w:r>
        <w:rPr>
          <w:rFonts w:ascii="Times New Roman" w:hAnsi="Times New Roman" w:eastAsia="宋体"/>
          <w:b w:val="0"/>
          <w:i w:val="0"/>
          <w:color w:val="333333"/>
          <w:sz w:val="19"/>
        </w:rPr>
        <w:t>+RQ+RA</w:t>
      </w:r>
    </w:p>
    <w:p>
      <w:pPr>
        <w:spacing w:before="0" w:after="80" w:line="300" w:lineRule="auto"/>
        <w:jc w:val="left"/>
      </w:pPr>
      <w:r>
        <w:rPr>
          <w:rFonts w:ascii="Times New Roman" w:hAnsi="Times New Roman" w:eastAsia="宋体"/>
          <w:b w:val="0"/>
          <w:i w:val="0"/>
          <w:color w:val="333333"/>
          <w:sz w:val="19"/>
        </w:rPr>
        <w:t>=AP+PB</w:t>
      </w:r>
    </w:p>
    <w:p>
      <w:pPr>
        <w:spacing w:before="0" w:after="80" w:line="300" w:lineRule="auto"/>
        <w:jc w:val="left"/>
      </w:pPr>
      <w:r>
        <w:rPr>
          <w:rFonts w:ascii="Times New Roman" w:hAnsi="Times New Roman" w:eastAsia="宋体"/>
          <w:b w:val="0"/>
          <w:i w:val="0"/>
          <w:color w:val="333333"/>
          <w:sz w:val="19"/>
        </w:rPr>
        <w:t>+RC+RA</w:t>
      </w:r>
    </w:p>
    <w:p>
      <w:pPr>
        <w:spacing w:before="0" w:after="80" w:line="300" w:lineRule="auto"/>
        <w:jc w:val="left"/>
      </w:pPr>
      <w:r>
        <w:rPr>
          <w:rFonts w:ascii="Times New Roman" w:hAnsi="Times New Roman" w:eastAsia="宋体"/>
          <w:b w:val="0"/>
          <w:i w:val="0"/>
          <w:color w:val="333333"/>
          <w:sz w:val="19"/>
        </w:rPr>
        <w:t>=AB+AC.</w:t>
      </w:r>
    </w:p>
    <w:p>
      <w:pPr>
        <w:spacing w:before="0" w:after="80" w:line="300" w:lineRule="auto"/>
        <w:jc w:val="left"/>
      </w:pPr>
      <w:r>
        <w:rPr>
          <w:rFonts w:ascii="Times New Roman" w:hAnsi="Times New Roman" w:eastAsia="宋体"/>
          <w:b w:val="0"/>
          <w:i w:val="0"/>
          <w:color w:val="333333"/>
          <w:sz w:val="19"/>
        </w:rPr>
        <w:t>Also AB=AC=20, so the perimeter is 40.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各项的指数为 1/2、1/3、1/6。每一项都是前一项乘以 2^(-1/6) 得到的，所以后一项的指数为 1/6-1/6=0。第四项是 2⁰=1。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exponents are 1/2, 1/3, and 1/6. Each term is obtained by multiplying by 2^(-1/6), so the next exponent is 1/6-1/6=0. The fourth term is 2⁰=1.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在根号内因式分解可得</w:t>
      </w:r>
    </w:p>
    <w:p>
      <w:pPr>
        <w:spacing w:before="0" w:after="80" w:line="300" w:lineRule="auto"/>
        <w:jc w:val="left"/>
      </w:pPr>
      <w:r>
        <w:rPr>
          <w:rFonts w:ascii="Times New Roman" w:hAnsi="Times New Roman" w:eastAsia="宋体"/>
          <w:b w:val="0"/>
          <w:i w:val="0"/>
          <w:sz w:val="21"/>
        </w:rPr>
        <w:t>√(t²(t²+1)) =√(t²)√(t²+1)</w:t>
      </w:r>
    </w:p>
    <w:p>
      <w:pPr>
        <w:spacing w:before="0" w:after="80" w:line="300" w:lineRule="auto"/>
        <w:jc w:val="left"/>
      </w:pPr>
      <w:r>
        <w:rPr>
          <w:rFonts w:ascii="Times New Roman" w:hAnsi="Times New Roman" w:eastAsia="宋体"/>
          <w:b w:val="0"/>
          <w:i w:val="0"/>
          <w:sz w:val="21"/>
        </w:rPr>
        <w:t>=|t|√(1+t²)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inside the radical gives</w:t>
      </w:r>
    </w:p>
    <w:p>
      <w:pPr>
        <w:spacing w:before="0" w:after="80" w:line="300" w:lineRule="auto"/>
        <w:jc w:val="left"/>
      </w:pPr>
      <w:r>
        <w:rPr>
          <w:rFonts w:ascii="Times New Roman" w:hAnsi="Times New Roman" w:eastAsia="宋体"/>
          <w:b w:val="0"/>
          <w:i w:val="0"/>
          <w:color w:val="333333"/>
          <w:sz w:val="19"/>
        </w:rPr>
        <w:t>√(t²(t²+1)) =√(t²)√(t²+1)</w:t>
      </w:r>
    </w:p>
    <w:p>
      <w:pPr>
        <w:spacing w:before="0" w:after="80" w:line="300" w:lineRule="auto"/>
        <w:jc w:val="left"/>
      </w:pPr>
      <w:r>
        <w:rPr>
          <w:rFonts w:ascii="Times New Roman" w:hAnsi="Times New Roman" w:eastAsia="宋体"/>
          <w:b w:val="0"/>
          <w:i w:val="0"/>
          <w:color w:val="333333"/>
          <w:sz w:val="19"/>
        </w:rPr>
        <w:t>=|t|√(1+t²).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设两条对角线为 d 和 2d。则 K=(d(2d))/2=d²。一条边的长度为</w:t>
      </w:r>
    </w:p>
    <w:p>
      <w:pPr>
        <w:spacing w:before="0" w:after="80" w:line="300" w:lineRule="auto"/>
        <w:jc w:val="left"/>
      </w:pPr>
      <w:r>
        <w:rPr>
          <w:rFonts w:ascii="Times New Roman" w:hAnsi="Times New Roman" w:eastAsia="宋体"/>
          <w:b w:val="0"/>
          <w:i w:val="0"/>
          <w:sz w:val="21"/>
        </w:rPr>
        <w:t>√((d/2)²+d²) =(√(5))/2d</w:t>
      </w:r>
    </w:p>
    <w:p>
      <w:pPr>
        <w:spacing w:before="0" w:after="80" w:line="300" w:lineRule="auto"/>
        <w:jc w:val="left"/>
      </w:pPr>
      <w:r>
        <w:rPr>
          <w:rFonts w:ascii="Times New Roman" w:hAnsi="Times New Roman" w:eastAsia="宋体"/>
          <w:b w:val="0"/>
          <w:i w:val="0"/>
          <w:sz w:val="21"/>
        </w:rPr>
        <w:t>=1/2√(5K)</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前四个选项中没有这个结果。</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diagonals be d and 2d. Then K=(d(2d))/2=d². A side has length</w:t>
      </w:r>
    </w:p>
    <w:p>
      <w:pPr>
        <w:spacing w:before="0" w:after="80" w:line="300" w:lineRule="auto"/>
        <w:jc w:val="left"/>
      </w:pPr>
      <w:r>
        <w:rPr>
          <w:rFonts w:ascii="Times New Roman" w:hAnsi="Times New Roman" w:eastAsia="宋体"/>
          <w:b w:val="0"/>
          <w:i w:val="0"/>
          <w:color w:val="333333"/>
          <w:sz w:val="19"/>
        </w:rPr>
        <w:t>√((d/2)²+d²) =(√(5))/2d</w:t>
      </w:r>
    </w:p>
    <w:p>
      <w:pPr>
        <w:spacing w:before="0" w:after="80" w:line="300" w:lineRule="auto"/>
        <w:jc w:val="left"/>
      </w:pPr>
      <w:r>
        <w:rPr>
          <w:rFonts w:ascii="Times New Roman" w:hAnsi="Times New Roman" w:eastAsia="宋体"/>
          <w:b w:val="0"/>
          <w:i w:val="0"/>
          <w:color w:val="333333"/>
          <w:sz w:val="19"/>
        </w:rPr>
        <w:t>=1/2√(5K).</w:t>
      </w:r>
    </w:p>
    <w:p>
      <w:pPr>
        <w:spacing w:before="0" w:after="80" w:line="300" w:lineRule="auto"/>
        <w:jc w:val="left"/>
      </w:pPr>
      <w:r>
        <w:rPr>
          <w:rFonts w:ascii="Times New Roman" w:hAnsi="Times New Roman" w:eastAsia="宋体"/>
          <w:b w:val="0"/>
          <w:i w:val="0"/>
          <w:color w:val="333333"/>
          <w:sz w:val="19"/>
        </w:rPr>
        <w:t>This is not among the first four choices.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第一组用 x³ 个工时生产 x 件产品，所以每工时的产量为 1/x² 件。第二组提供 y³ 个工时，因此生产 y³/x² 件产品。</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group uses x³ man-hours to make x articles, so the rate is 1/x² article per man-hour. The second group supplies y³ man-hours and therefore makes y³/x² articles.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若减去 t，新面积应满足</w:t>
      </w:r>
    </w:p>
    <w:p>
      <w:pPr>
        <w:spacing w:before="0" w:after="80" w:line="300" w:lineRule="auto"/>
        <w:jc w:val="left"/>
      </w:pPr>
      <w:r>
        <w:rPr>
          <w:rFonts w:ascii="Times New Roman" w:hAnsi="Times New Roman" w:eastAsia="宋体"/>
          <w:b w:val="0"/>
          <w:i w:val="0"/>
          <w:sz w:val="21"/>
        </w:rPr>
        <w:t>1/2(b-t)(h+m)=1/2(1/2bh)。</w:t>
      </w:r>
    </w:p>
    <w:p>
      <w:pPr>
        <w:spacing w:before="0" w:after="80" w:line="300" w:lineRule="auto"/>
        <w:jc w:val="left"/>
      </w:pPr>
      <w:r>
        <w:rPr>
          <w:rFonts w:ascii="Times New Roman" w:hAnsi="Times New Roman" w:eastAsia="宋体"/>
          <w:b w:val="0"/>
          <w:i w:val="0"/>
          <w:sz w:val="21"/>
        </w:rPr>
        <w:t>因此 b-t=bh/(2(h+m))，所以</w:t>
      </w:r>
    </w:p>
    <w:p>
      <w:pPr>
        <w:spacing w:before="0" w:after="80" w:line="300" w:lineRule="auto"/>
        <w:jc w:val="left"/>
      </w:pPr>
      <w:r>
        <w:rPr>
          <w:rFonts w:ascii="Times New Roman" w:hAnsi="Times New Roman" w:eastAsia="宋体"/>
          <w:b w:val="0"/>
          <w:i w:val="0"/>
          <w:sz w:val="21"/>
        </w:rPr>
        <w:t>t=b-bh/(2(h+m))</w:t>
      </w:r>
    </w:p>
    <w:p>
      <w:pPr>
        <w:spacing w:before="0" w:after="80" w:line="300" w:lineRule="auto"/>
        <w:jc w:val="left"/>
      </w:pPr>
      <w:r>
        <w:rPr>
          <w:rFonts w:ascii="Times New Roman" w:hAnsi="Times New Roman" w:eastAsia="宋体"/>
          <w:b w:val="0"/>
          <w:i w:val="0"/>
          <w:sz w:val="21"/>
        </w:rPr>
        <w:t>=(b(2m+h))/(2(h+m))</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 is removed, the new area condition is</w:t>
      </w:r>
    </w:p>
    <w:p>
      <w:pPr>
        <w:spacing w:before="0" w:after="80" w:line="300" w:lineRule="auto"/>
        <w:jc w:val="left"/>
      </w:pPr>
      <w:r>
        <w:rPr>
          <w:rFonts w:ascii="Times New Roman" w:hAnsi="Times New Roman" w:eastAsia="宋体"/>
          <w:b w:val="0"/>
          <w:i w:val="0"/>
          <w:color w:val="333333"/>
          <w:sz w:val="19"/>
        </w:rPr>
        <w:t>1/2(b-t)(h+m)=1/2(1/2bh).</w:t>
      </w:r>
    </w:p>
    <w:p>
      <w:pPr>
        <w:spacing w:before="0" w:after="80" w:line="300" w:lineRule="auto"/>
        <w:jc w:val="left"/>
      </w:pPr>
      <w:r>
        <w:rPr>
          <w:rFonts w:ascii="Times New Roman" w:hAnsi="Times New Roman" w:eastAsia="宋体"/>
          <w:b w:val="0"/>
          <w:i w:val="0"/>
          <w:color w:val="333333"/>
          <w:sz w:val="19"/>
        </w:rPr>
        <w:t>Hence b-t=bh/(2(h+m)), so</w:t>
      </w:r>
    </w:p>
    <w:p>
      <w:pPr>
        <w:spacing w:before="0" w:after="80" w:line="300" w:lineRule="auto"/>
        <w:jc w:val="left"/>
      </w:pPr>
      <w:r>
        <w:rPr>
          <w:rFonts w:ascii="Times New Roman" w:hAnsi="Times New Roman" w:eastAsia="宋体"/>
          <w:b w:val="0"/>
          <w:i w:val="0"/>
          <w:color w:val="333333"/>
          <w:sz w:val="19"/>
        </w:rPr>
        <w:t>t=b-bh/(2(h+m))</w:t>
      </w:r>
    </w:p>
    <w:p>
      <w:pPr>
        <w:spacing w:before="0" w:after="80" w:line="300" w:lineRule="auto"/>
        <w:jc w:val="left"/>
      </w:pPr>
      <w:r>
        <w:rPr>
          <w:rFonts w:ascii="Times New Roman" w:hAnsi="Times New Roman" w:eastAsia="宋体"/>
          <w:b w:val="0"/>
          <w:i w:val="0"/>
          <w:color w:val="333333"/>
          <w:sz w:val="19"/>
        </w:rPr>
        <w:t>=(b(2m+h))/(2(h+m)).</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用通常的记法，这笔交易表示为</w:t>
      </w:r>
    </w:p>
    <w:p>
      <w:pPr>
        <w:spacing w:before="0" w:after="80" w:line="300" w:lineRule="auto"/>
        <w:jc w:val="left"/>
      </w:pPr>
      <w:r>
        <w:rPr>
          <w:rFonts w:ascii="Times New Roman" w:hAnsi="Times New Roman" w:eastAsia="宋体"/>
          <w:b w:val="0"/>
          <w:i w:val="0"/>
          <w:sz w:val="21"/>
        </w:rPr>
        <w:t>r³-(4r²+4r)=3r²+4r。</w:t>
      </w:r>
    </w:p>
    <w:p>
      <w:pPr>
        <w:spacing w:before="0" w:after="80" w:line="300" w:lineRule="auto"/>
        <w:jc w:val="left"/>
      </w:pPr>
      <w:r>
        <w:rPr>
          <w:rFonts w:ascii="Times New Roman" w:hAnsi="Times New Roman" w:eastAsia="宋体"/>
          <w:b w:val="0"/>
          <w:i w:val="0"/>
          <w:sz w:val="21"/>
        </w:rPr>
        <w:t>因此 r(r²-7r-8)=0，所以 r=8 或 r=-1。进制的底必须为正且大于 4，故 r=8。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ordinary notation the transaction says</w:t>
      </w:r>
    </w:p>
    <w:p>
      <w:pPr>
        <w:spacing w:before="0" w:after="80" w:line="300" w:lineRule="auto"/>
        <w:jc w:val="left"/>
      </w:pPr>
      <w:r>
        <w:rPr>
          <w:rFonts w:ascii="Times New Roman" w:hAnsi="Times New Roman" w:eastAsia="宋体"/>
          <w:b w:val="0"/>
          <w:i w:val="0"/>
          <w:color w:val="333333"/>
          <w:sz w:val="19"/>
        </w:rPr>
        <w:t>r³-(4r²+4r)=3r²+4r.</w:t>
      </w:r>
    </w:p>
    <w:p>
      <w:pPr>
        <w:spacing w:before="0" w:after="80" w:line="300" w:lineRule="auto"/>
        <w:jc w:val="left"/>
      </w:pPr>
      <w:r>
        <w:rPr>
          <w:rFonts w:ascii="Times New Roman" w:hAnsi="Times New Roman" w:eastAsia="宋体"/>
          <w:b w:val="0"/>
          <w:i w:val="0"/>
          <w:color w:val="333333"/>
          <w:sz w:val="19"/>
        </w:rPr>
        <w:t>Thus r(r²-7r-8)=0, so r=8 or r=-1. A numeral base must be positive and exceed 4, hence r=8.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最终人口相当于原人口乘以</w:t>
      </w:r>
    </w:p>
    <w:p>
      <w:pPr>
        <w:spacing w:before="0" w:after="80" w:line="300" w:lineRule="auto"/>
        <w:jc w:val="left"/>
      </w:pPr>
      <w:r>
        <w:rPr>
          <w:rFonts w:ascii="Times New Roman" w:hAnsi="Times New Roman" w:eastAsia="宋体"/>
          <w:b w:val="0"/>
          <w:i w:val="0"/>
          <w:sz w:val="21"/>
        </w:rPr>
        <w:t>(1.25)²(0.75)²=225/256≈0.879。</w:t>
      </w:r>
    </w:p>
    <w:p>
      <w:pPr>
        <w:spacing w:before="0" w:after="80" w:line="300" w:lineRule="auto"/>
        <w:jc w:val="left"/>
      </w:pPr>
      <w:r>
        <w:rPr>
          <w:rFonts w:ascii="Times New Roman" w:hAnsi="Times New Roman" w:eastAsia="宋体"/>
          <w:b w:val="0"/>
          <w:i w:val="0"/>
          <w:sz w:val="21"/>
        </w:rPr>
        <w:t>这表示约减少 12.1%，取整后为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final population is multiplied by</w:t>
      </w:r>
    </w:p>
    <w:p>
      <w:pPr>
        <w:spacing w:before="0" w:after="80" w:line="300" w:lineRule="auto"/>
        <w:jc w:val="left"/>
      </w:pPr>
      <w:r>
        <w:rPr>
          <w:rFonts w:ascii="Times New Roman" w:hAnsi="Times New Roman" w:eastAsia="宋体"/>
          <w:b w:val="0"/>
          <w:i w:val="0"/>
          <w:color w:val="333333"/>
          <w:sz w:val="19"/>
        </w:rPr>
        <w:t>(1.25)²(0.75)²=225/256≈0.879.</w:t>
      </w:r>
    </w:p>
    <w:p>
      <w:pPr>
        <w:spacing w:before="0" w:after="80" w:line="300" w:lineRule="auto"/>
        <w:jc w:val="left"/>
      </w:pPr>
      <w:r>
        <w:rPr>
          <w:rFonts w:ascii="Times New Roman" w:hAnsi="Times New Roman" w:eastAsia="宋体"/>
          <w:b w:val="0"/>
          <w:i w:val="0"/>
          <w:color w:val="333333"/>
          <w:sz w:val="19"/>
        </w:rPr>
        <w:t>This is a decrease of about 12.1%, which rounds to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在定义域 x&gt;0 上，两式相等要求</w:t>
      </w:r>
    </w:p>
    <w:p>
      <w:pPr>
        <w:spacing w:before="0" w:after="80" w:line="300" w:lineRule="auto"/>
        <w:jc w:val="left"/>
      </w:pPr>
      <w:r>
        <w:rPr>
          <w:rFonts w:ascii="Times New Roman" w:hAnsi="Times New Roman" w:eastAsia="宋体"/>
          <w:b w:val="0"/>
          <w:i w:val="0"/>
          <w:sz w:val="21"/>
        </w:rPr>
        <w:t>log(x²)=log(2x)，</w:t>
      </w:r>
    </w:p>
    <w:p>
      <w:pPr>
        <w:spacing w:before="0" w:after="80" w:line="300" w:lineRule="auto"/>
        <w:jc w:val="left"/>
      </w:pPr>
      <w:r>
        <w:rPr>
          <w:rFonts w:ascii="Times New Roman" w:hAnsi="Times New Roman" w:eastAsia="宋体"/>
          <w:b w:val="0"/>
          <w:i w:val="0"/>
          <w:sz w:val="21"/>
        </w:rPr>
        <w:t>因而 x²=2x。唯一的正解是 x=2，所以恰有一个交点。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domain x&gt;0, equality requires</w:t>
      </w:r>
    </w:p>
    <w:p>
      <w:pPr>
        <w:spacing w:before="0" w:after="80" w:line="300" w:lineRule="auto"/>
        <w:jc w:val="left"/>
      </w:pPr>
      <w:r>
        <w:rPr>
          <w:rFonts w:ascii="Times New Roman" w:hAnsi="Times New Roman" w:eastAsia="宋体"/>
          <w:b w:val="0"/>
          <w:i w:val="0"/>
          <w:color w:val="333333"/>
          <w:sz w:val="19"/>
        </w:rPr>
        <w:t>log(x²)=log(2x),</w:t>
      </w:r>
    </w:p>
    <w:p>
      <w:pPr>
        <w:spacing w:before="0" w:after="80" w:line="300" w:lineRule="auto"/>
        <w:jc w:val="left"/>
      </w:pPr>
      <w:r>
        <w:rPr>
          <w:rFonts w:ascii="Times New Roman" w:hAnsi="Times New Roman" w:eastAsia="宋体"/>
          <w:b w:val="0"/>
          <w:i w:val="0"/>
          <w:color w:val="333333"/>
          <w:sz w:val="19"/>
        </w:rPr>
        <w:t>so x²=2x. The only positive solution is x=2, giving exactly one intersection.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若 x≥0，则 y&gt;2x≥0。若 x&lt;0，则 y&gt;4-x&gt;0。因此每个满足条件的点都位于 x 轴上方，同时正、负 x 值都能出现。该区域位于第 I、II 象限。</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x≥0, then y&gt;2x≥0. If x&lt;0, then y&gt;4-x&gt;0. Thus every feasible point is above the x-axis, while both positive and negative x-values occur. The region lies in quadrants I and II.</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令 A=0、B=b、C=c。则</w:t>
      </w:r>
    </w:p>
    <w:p>
      <w:pPr>
        <w:spacing w:before="0" w:after="80" w:line="300" w:lineRule="auto"/>
        <w:jc w:val="left"/>
      </w:pPr>
      <w:r>
        <w:rPr>
          <w:rFonts w:ascii="Times New Roman" w:hAnsi="Times New Roman" w:eastAsia="宋体"/>
          <w:b w:val="0"/>
          <w:i w:val="0"/>
          <w:sz w:val="21"/>
        </w:rPr>
        <w:t>E=b/2,</w:t>
      </w:r>
    </w:p>
    <w:p>
      <w:pPr>
        <w:spacing w:before="0" w:after="80" w:line="300" w:lineRule="auto"/>
        <w:jc w:val="left"/>
      </w:pPr>
      <w:r>
        <w:rPr>
          <w:rFonts w:ascii="Times New Roman" w:hAnsi="Times New Roman" w:eastAsia="宋体"/>
          <w:b w:val="0"/>
          <w:i w:val="0"/>
          <w:sz w:val="21"/>
        </w:rPr>
        <w:t>N=b/4,</w:t>
      </w:r>
    </w:p>
    <w:p>
      <w:pPr>
        <w:spacing w:before="0" w:after="80" w:line="300" w:lineRule="auto"/>
        <w:jc w:val="left"/>
      </w:pPr>
      <w:r>
        <w:rPr>
          <w:rFonts w:ascii="Times New Roman" w:hAnsi="Times New Roman" w:eastAsia="宋体"/>
          <w:b w:val="0"/>
          <w:i w:val="0"/>
          <w:sz w:val="21"/>
        </w:rPr>
        <w:t>M=b+c/3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计算行列式得</w:t>
      </w:r>
    </w:p>
    <w:p>
      <w:pPr>
        <w:spacing w:before="0" w:after="80" w:line="300" w:lineRule="auto"/>
        <w:jc w:val="left"/>
      </w:pPr>
      <w:r>
        <w:rPr>
          <w:rFonts w:ascii="Times New Roman" w:hAnsi="Times New Roman" w:eastAsia="宋体"/>
          <w:b w:val="0"/>
          <w:i w:val="0"/>
          <w:sz w:val="21"/>
        </w:rPr>
        <w:t>[MNE]=1/24 |det(b,c)|，</w:t>
      </w:r>
    </w:p>
    <w:p>
      <w:pPr>
        <w:spacing w:before="0" w:after="80" w:line="300" w:lineRule="auto"/>
        <w:jc w:val="left"/>
      </w:pPr>
      <w:r>
        <w:rPr>
          <w:rFonts w:ascii="Times New Roman" w:hAnsi="Times New Roman" w:eastAsia="宋体"/>
          <w:b w:val="0"/>
          <w:i w:val="0"/>
          <w:sz w:val="21"/>
        </w:rPr>
        <w:t>而</w:t>
      </w:r>
    </w:p>
    <w:p>
      <w:pPr>
        <w:spacing w:before="0" w:after="80" w:line="300" w:lineRule="auto"/>
        <w:jc w:val="left"/>
      </w:pPr>
      <w:r>
        <w:rPr>
          <w:rFonts w:ascii="Times New Roman" w:hAnsi="Times New Roman" w:eastAsia="宋体"/>
          <w:b w:val="0"/>
          <w:i w:val="0"/>
          <w:sz w:val="21"/>
        </w:rPr>
        <w:t>[ABC]=1/2 |det(b,c)|。</w:t>
      </w:r>
    </w:p>
    <w:p>
      <w:pPr>
        <w:spacing w:before="0" w:after="80" w:line="300" w:lineRule="auto"/>
        <w:jc w:val="left"/>
      </w:pPr>
      <w:r>
        <w:rPr>
          <w:rFonts w:ascii="Times New Roman" w:hAnsi="Times New Roman" w:eastAsia="宋体"/>
          <w:b w:val="0"/>
          <w:i w:val="0"/>
          <w:sz w:val="21"/>
        </w:rPr>
        <w:t>两者之比为 1/12。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A=0, B=b, and C=c. Then</w:t>
      </w:r>
    </w:p>
    <w:p>
      <w:pPr>
        <w:spacing w:before="0" w:after="80" w:line="300" w:lineRule="auto"/>
        <w:jc w:val="left"/>
      </w:pPr>
      <w:r>
        <w:rPr>
          <w:rFonts w:ascii="Times New Roman" w:hAnsi="Times New Roman" w:eastAsia="宋体"/>
          <w:b w:val="0"/>
          <w:i w:val="0"/>
          <w:color w:val="333333"/>
          <w:sz w:val="19"/>
        </w:rPr>
        <w:t>E=b/2,</w:t>
      </w:r>
    </w:p>
    <w:p>
      <w:pPr>
        <w:spacing w:before="0" w:after="80" w:line="300" w:lineRule="auto"/>
        <w:jc w:val="left"/>
      </w:pPr>
      <w:r>
        <w:rPr>
          <w:rFonts w:ascii="Times New Roman" w:hAnsi="Times New Roman" w:eastAsia="宋体"/>
          <w:b w:val="0"/>
          <w:i w:val="0"/>
          <w:color w:val="333333"/>
          <w:sz w:val="19"/>
        </w:rPr>
        <w:t>N=b/4,</w:t>
      </w:r>
    </w:p>
    <w:p>
      <w:pPr>
        <w:spacing w:before="0" w:after="80" w:line="300" w:lineRule="auto"/>
        <w:jc w:val="left"/>
      </w:pPr>
      <w:r>
        <w:rPr>
          <w:rFonts w:ascii="Times New Roman" w:hAnsi="Times New Roman" w:eastAsia="宋体"/>
          <w:b w:val="0"/>
          <w:i w:val="0"/>
          <w:color w:val="333333"/>
          <w:sz w:val="19"/>
        </w:rPr>
        <w:t>M=b+c/3.</w:t>
      </w:r>
    </w:p>
    <w:p>
      <w:pPr>
        <w:spacing w:before="0" w:after="80" w:line="300" w:lineRule="auto"/>
        <w:jc w:val="left"/>
      </w:pPr>
      <w:r>
        <w:rPr>
          <w:rFonts w:ascii="Times New Roman" w:hAnsi="Times New Roman" w:eastAsia="宋体"/>
          <w:b w:val="0"/>
          <w:i w:val="0"/>
          <w:color w:val="333333"/>
          <w:sz w:val="19"/>
        </w:rPr>
        <w:t>A determinant calculation gives</w:t>
      </w:r>
    </w:p>
    <w:p>
      <w:pPr>
        <w:spacing w:before="0" w:after="80" w:line="300" w:lineRule="auto"/>
        <w:jc w:val="left"/>
      </w:pPr>
      <w:r>
        <w:rPr>
          <w:rFonts w:ascii="Times New Roman" w:hAnsi="Times New Roman" w:eastAsia="宋体"/>
          <w:b w:val="0"/>
          <w:i w:val="0"/>
          <w:color w:val="333333"/>
          <w:sz w:val="19"/>
        </w:rPr>
        <w:t>[MNE]=1/24 |det(b,c)|,</w:t>
      </w:r>
    </w:p>
    <w:p>
      <w:pPr>
        <w:spacing w:before="0" w:after="80" w:line="300" w:lineRule="auto"/>
        <w:jc w:val="left"/>
      </w:pPr>
      <w:r>
        <w:rPr>
          <w:rFonts w:ascii="Times New Roman" w:hAnsi="Times New Roman" w:eastAsia="宋体"/>
          <w:b w:val="0"/>
          <w:i w:val="0"/>
          <w:color w:val="333333"/>
          <w:sz w:val="19"/>
        </w:rPr>
        <w:t>while</w:t>
      </w:r>
    </w:p>
    <w:p>
      <w:pPr>
        <w:spacing w:before="0" w:after="80" w:line="300" w:lineRule="auto"/>
        <w:jc w:val="left"/>
      </w:pPr>
      <w:r>
        <w:rPr>
          <w:rFonts w:ascii="Times New Roman" w:hAnsi="Times New Roman" w:eastAsia="宋体"/>
          <w:b w:val="0"/>
          <w:i w:val="0"/>
          <w:color w:val="333333"/>
          <w:sz w:val="19"/>
        </w:rPr>
        <w:t>[ABC]=1/2 |det(b,c)|.</w:t>
      </w:r>
    </w:p>
    <w:p>
      <w:pPr>
        <w:spacing w:before="0" w:after="80" w:line="300" w:lineRule="auto"/>
        <w:jc w:val="left"/>
      </w:pPr>
      <w:r>
        <w:rPr>
          <w:rFonts w:ascii="Times New Roman" w:hAnsi="Times New Roman" w:eastAsia="宋体"/>
          <w:b w:val="0"/>
          <w:i w:val="0"/>
          <w:color w:val="333333"/>
          <w:sz w:val="19"/>
        </w:rPr>
        <w:t>Their ratio is 1/12.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令 P(x)=3x³-9x²+kx-12。由于 x-3 是因式，</w:t>
      </w:r>
    </w:p>
    <w:p>
      <w:pPr>
        <w:spacing w:before="0" w:after="80" w:line="300" w:lineRule="auto"/>
        <w:jc w:val="left"/>
      </w:pPr>
      <w:r>
        <w:rPr>
          <w:rFonts w:ascii="Times New Roman" w:hAnsi="Times New Roman" w:eastAsia="宋体"/>
          <w:b w:val="0"/>
          <w:i w:val="0"/>
          <w:sz w:val="21"/>
        </w:rPr>
        <w:t>P(3)=81-81+3k-12=0，</w:t>
      </w:r>
    </w:p>
    <w:p>
      <w:pPr>
        <w:spacing w:before="0" w:after="80" w:line="300" w:lineRule="auto"/>
        <w:jc w:val="left"/>
      </w:pPr>
      <w:r>
        <w:rPr>
          <w:rFonts w:ascii="Times New Roman" w:hAnsi="Times New Roman" w:eastAsia="宋体"/>
          <w:b w:val="0"/>
          <w:i w:val="0"/>
          <w:sz w:val="21"/>
        </w:rPr>
        <w:t>所以 k=4。直接相除得</w:t>
      </w:r>
    </w:p>
    <w:p>
      <w:pPr>
        <w:spacing w:before="0" w:after="80" w:line="300" w:lineRule="auto"/>
        <w:jc w:val="left"/>
      </w:pPr>
      <w:r>
        <w:rPr>
          <w:rFonts w:ascii="Times New Roman" w:hAnsi="Times New Roman" w:eastAsia="宋体"/>
          <w:b w:val="0"/>
          <w:i w:val="0"/>
          <w:sz w:val="21"/>
        </w:rPr>
        <w:t>P(x)=(x-3)(3x²+4)。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P(x)=3x³-9x²+kx-12. Since x-3 is a factor,</w:t>
      </w:r>
    </w:p>
    <w:p>
      <w:pPr>
        <w:spacing w:before="0" w:after="80" w:line="300" w:lineRule="auto"/>
        <w:jc w:val="left"/>
      </w:pPr>
      <w:r>
        <w:rPr>
          <w:rFonts w:ascii="Times New Roman" w:hAnsi="Times New Roman" w:eastAsia="宋体"/>
          <w:b w:val="0"/>
          <w:i w:val="0"/>
          <w:color w:val="333333"/>
          <w:sz w:val="19"/>
        </w:rPr>
        <w:t>P(3)=81-81+3k-12=0,</w:t>
      </w:r>
    </w:p>
    <w:p>
      <w:pPr>
        <w:spacing w:before="0" w:after="80" w:line="300" w:lineRule="auto"/>
        <w:jc w:val="left"/>
      </w:pPr>
      <w:r>
        <w:rPr>
          <w:rFonts w:ascii="Times New Roman" w:hAnsi="Times New Roman" w:eastAsia="宋体"/>
          <w:b w:val="0"/>
          <w:i w:val="0"/>
          <w:color w:val="333333"/>
          <w:sz w:val="19"/>
        </w:rPr>
        <w:t>so k=4. Direct division gives</w:t>
      </w:r>
    </w:p>
    <w:p>
      <w:pPr>
        <w:spacing w:before="0" w:after="80" w:line="300" w:lineRule="auto"/>
        <w:jc w:val="left"/>
      </w:pPr>
      <w:r>
        <w:rPr>
          <w:rFonts w:ascii="Times New Roman" w:hAnsi="Times New Roman" w:eastAsia="宋体"/>
          <w:b w:val="0"/>
          <w:i w:val="0"/>
          <w:color w:val="333333"/>
          <w:sz w:val="19"/>
        </w:rPr>
        <w:t>P(x)=(x-3)(3x²+4).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由分点比得 AP/AB=2/5 和 AQ/AB=3/7。因此 PQ=(3/7-2/5)AB=AB/35。因为 PQ=2，所以 AB=70。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division ratios give AP/AB=2/5 and AQ/AB=3/7. Hence PQ=(3/7-2/5)AB=AB/35. Since PQ=2, we obtain AB=70.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各书价格为 p、p+2、…、p+60，中间一本的价格为 p+30。若取右侧相邻书，则</w:t>
      </w:r>
    </w:p>
    <w:p>
      <w:pPr>
        <w:spacing w:before="0" w:after="80" w:line="300" w:lineRule="auto"/>
        <w:jc w:val="left"/>
      </w:pPr>
      <w:r>
        <w:rPr>
          <w:rFonts w:ascii="Times New Roman" w:hAnsi="Times New Roman" w:eastAsia="宋体"/>
          <w:b w:val="0"/>
          <w:i w:val="0"/>
          <w:sz w:val="21"/>
        </w:rPr>
        <w:t>(p+30)+(p+32)=p+60，</w:t>
      </w:r>
    </w:p>
    <w:p>
      <w:pPr>
        <w:spacing w:before="0" w:after="80" w:line="300" w:lineRule="auto"/>
        <w:jc w:val="left"/>
      </w:pPr>
      <w:r>
        <w:rPr>
          <w:rFonts w:ascii="Times New Roman" w:hAnsi="Times New Roman" w:eastAsia="宋体"/>
          <w:b w:val="0"/>
          <w:i w:val="0"/>
          <w:sz w:val="21"/>
        </w:rPr>
        <w:t>得 p=-2，不可能是售价。取左侧相邻书时</w:t>
      </w:r>
    </w:p>
    <w:p>
      <w:pPr>
        <w:spacing w:before="0" w:after="80" w:line="300" w:lineRule="auto"/>
        <w:jc w:val="left"/>
      </w:pPr>
      <w:r>
        <w:rPr>
          <w:rFonts w:ascii="Times New Roman" w:hAnsi="Times New Roman" w:eastAsia="宋体"/>
          <w:b w:val="0"/>
          <w:i w:val="0"/>
          <w:sz w:val="21"/>
        </w:rPr>
        <w:t>(p+30)+(p+28)=p+60，</w:t>
      </w:r>
    </w:p>
    <w:p>
      <w:pPr>
        <w:spacing w:before="0" w:after="80" w:line="300" w:lineRule="auto"/>
        <w:jc w:val="left"/>
      </w:pPr>
      <w:r>
        <w:rPr>
          <w:rFonts w:ascii="Times New Roman" w:hAnsi="Times New Roman" w:eastAsia="宋体"/>
          <w:b w:val="0"/>
          <w:i w:val="0"/>
          <w:sz w:val="21"/>
        </w:rPr>
        <w:t>所以 p=2。因此相邻书必须是左侧那一本。</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prices are p, p+2, …, p+60, and the middle price is p+30. If the right neighbor is used, then</w:t>
      </w:r>
    </w:p>
    <w:p>
      <w:pPr>
        <w:spacing w:before="0" w:after="80" w:line="300" w:lineRule="auto"/>
        <w:jc w:val="left"/>
      </w:pPr>
      <w:r>
        <w:rPr>
          <w:rFonts w:ascii="Times New Roman" w:hAnsi="Times New Roman" w:eastAsia="宋体"/>
          <w:b w:val="0"/>
          <w:i w:val="0"/>
          <w:color w:val="333333"/>
          <w:sz w:val="19"/>
        </w:rPr>
        <w:t>(p+30)+(p+32)=p+60,</w:t>
      </w:r>
    </w:p>
    <w:p>
      <w:pPr>
        <w:spacing w:before="0" w:after="80" w:line="300" w:lineRule="auto"/>
        <w:jc w:val="left"/>
      </w:pPr>
      <w:r>
        <w:rPr>
          <w:rFonts w:ascii="Times New Roman" w:hAnsi="Times New Roman" w:eastAsia="宋体"/>
          <w:b w:val="0"/>
          <w:i w:val="0"/>
          <w:color w:val="333333"/>
          <w:sz w:val="19"/>
        </w:rPr>
        <w:t>which gives p=-2, impossible for a selling price. The left neighbor gives</w:t>
      </w:r>
    </w:p>
    <w:p>
      <w:pPr>
        <w:spacing w:before="0" w:after="80" w:line="300" w:lineRule="auto"/>
        <w:jc w:val="left"/>
      </w:pPr>
      <w:r>
        <w:rPr>
          <w:rFonts w:ascii="Times New Roman" w:hAnsi="Times New Roman" w:eastAsia="宋体"/>
          <w:b w:val="0"/>
          <w:i w:val="0"/>
          <w:color w:val="333333"/>
          <w:sz w:val="19"/>
        </w:rPr>
        <w:t>(p+30)+(p+28)=p+60,</w:t>
      </w:r>
    </w:p>
    <w:p>
      <w:pPr>
        <w:spacing w:before="0" w:after="80" w:line="300" w:lineRule="auto"/>
        <w:jc w:val="left"/>
      </w:pPr>
      <w:r>
        <w:rPr>
          <w:rFonts w:ascii="Times New Roman" w:hAnsi="Times New Roman" w:eastAsia="宋体"/>
          <w:b w:val="0"/>
          <w:i w:val="0"/>
          <w:color w:val="333333"/>
          <w:sz w:val="19"/>
        </w:rPr>
        <w:t>so p=2. Thus the adjacent book must be the one to the left.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令 ∠ B=m。由 PQ=QB，三角形 BQP 给出 ∠ QPB=m 和 ∠ AQP=2m。由 AP=PQ，三角形 AQP 给出 ∠ QAP=2m，故 ∠ QPA=180°-4m。由于 B,P,C 共线，∠ APC=3m。再由 AP=AC 得 ∠ ACP=3m。最后，AB=BC 使 ABC 的两个底角均为 3m，且</w:t>
      </w:r>
    </w:p>
    <w:p>
      <w:pPr>
        <w:spacing w:before="0" w:after="80" w:line="300" w:lineRule="auto"/>
        <w:jc w:val="left"/>
      </w:pPr>
      <w:r>
        <w:rPr>
          <w:rFonts w:ascii="Times New Roman" w:hAnsi="Times New Roman" w:eastAsia="宋体"/>
          <w:b w:val="0"/>
          <w:i w:val="0"/>
          <w:sz w:val="21"/>
        </w:rPr>
        <w:t>m+3m+3m=180°。</w:t>
      </w:r>
    </w:p>
    <w:p>
      <w:pPr>
        <w:spacing w:before="0" w:after="80" w:line="300" w:lineRule="auto"/>
        <w:jc w:val="left"/>
      </w:pPr>
      <w:r>
        <w:rPr>
          <w:rFonts w:ascii="Times New Roman" w:hAnsi="Times New Roman" w:eastAsia="宋体"/>
          <w:b w:val="0"/>
          <w:i w:val="0"/>
          <w:sz w:val="21"/>
        </w:rPr>
        <w:t>因此 m=(180°)/7=255/7°。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B=m. Since PQ=QB, triangle BQP gives ∠ QPB=m and ∠ AQP=2m. Since AP=PQ, triangle AQP gives ∠ QAP=2m, so ∠ QPA=180°-4m. As B,P,C are collinear, ∠ APC=3m. Now AP=AC gives ∠ ACP=3m. Finally AB=BC makes both base angles of ABC equal to 3m, and</w:t>
      </w:r>
    </w:p>
    <w:p>
      <w:pPr>
        <w:spacing w:before="0" w:after="80" w:line="300" w:lineRule="auto"/>
        <w:jc w:val="left"/>
      </w:pPr>
      <w:r>
        <w:rPr>
          <w:rFonts w:ascii="Times New Roman" w:hAnsi="Times New Roman" w:eastAsia="宋体"/>
          <w:b w:val="0"/>
          <w:i w:val="0"/>
          <w:color w:val="333333"/>
          <w:sz w:val="19"/>
        </w:rPr>
        <w:t>m+3m+3m=180°.</w:t>
      </w:r>
    </w:p>
    <w:p>
      <w:pPr>
        <w:spacing w:before="0" w:after="80" w:line="300" w:lineRule="auto"/>
        <w:jc w:val="left"/>
      </w:pPr>
      <w:r>
        <w:rPr>
          <w:rFonts w:ascii="Times New Roman" w:hAnsi="Times New Roman" w:eastAsia="宋体"/>
          <w:b w:val="0"/>
          <w:i w:val="0"/>
          <w:color w:val="333333"/>
          <w:sz w:val="19"/>
        </w:rPr>
        <w:t>Therefore m=(180°)/7=255/7°.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两个和给出</w:t>
      </w:r>
    </w:p>
    <w:p>
      <w:pPr>
        <w:spacing w:before="0" w:after="80" w:line="300" w:lineRule="auto"/>
        <w:jc w:val="left"/>
      </w:pPr>
      <w:r>
        <w:rPr>
          <w:rFonts w:ascii="Times New Roman" w:hAnsi="Times New Roman" w:eastAsia="宋体"/>
          <w:b w:val="0"/>
          <w:i w:val="0"/>
          <w:sz w:val="21"/>
        </w:rPr>
        <w:t>25(2a+49d)=200,</w:t>
      </w:r>
    </w:p>
    <w:p>
      <w:pPr>
        <w:spacing w:before="0" w:after="80" w:line="300" w:lineRule="auto"/>
        <w:jc w:val="left"/>
      </w:pPr>
      <w:r>
        <w:rPr>
          <w:rFonts w:ascii="Times New Roman" w:hAnsi="Times New Roman" w:eastAsia="宋体"/>
          <w:b w:val="0"/>
          <w:i w:val="0"/>
          <w:sz w:val="21"/>
        </w:rPr>
        <w:t>25(2a+149d)=2700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2a+49d=8 且 2a+149d=108。相减得 d=1，继而 2a=-41，所以 a=-20.5。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sums give</w:t>
      </w:r>
    </w:p>
    <w:p>
      <w:pPr>
        <w:spacing w:before="0" w:after="80" w:line="300" w:lineRule="auto"/>
        <w:jc w:val="left"/>
      </w:pPr>
      <w:r>
        <w:rPr>
          <w:rFonts w:ascii="Times New Roman" w:hAnsi="Times New Roman" w:eastAsia="宋体"/>
          <w:b w:val="0"/>
          <w:i w:val="0"/>
          <w:color w:val="333333"/>
          <w:sz w:val="19"/>
        </w:rPr>
        <w:t>25(2a+49d)=200,</w:t>
      </w:r>
    </w:p>
    <w:p>
      <w:pPr>
        <w:spacing w:before="0" w:after="80" w:line="300" w:lineRule="auto"/>
        <w:jc w:val="left"/>
      </w:pPr>
      <w:r>
        <w:rPr>
          <w:rFonts w:ascii="Times New Roman" w:hAnsi="Times New Roman" w:eastAsia="宋体"/>
          <w:b w:val="0"/>
          <w:i w:val="0"/>
          <w:color w:val="333333"/>
          <w:sz w:val="19"/>
        </w:rPr>
        <w:t>25(2a+149d)=2700.</w:t>
      </w:r>
    </w:p>
    <w:p>
      <w:pPr>
        <w:spacing w:before="0" w:after="80" w:line="300" w:lineRule="auto"/>
        <w:jc w:val="left"/>
      </w:pPr>
      <w:r>
        <w:rPr>
          <w:rFonts w:ascii="Times New Roman" w:hAnsi="Times New Roman" w:eastAsia="宋体"/>
          <w:b w:val="0"/>
          <w:i w:val="0"/>
          <w:color w:val="333333"/>
          <w:sz w:val="19"/>
        </w:rPr>
        <w:t>Thus 2a+49d=8 and 2a+149d=108. Subtraction gives d=1, and then 2a=-41, so a=-20.5.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D</w:t>
      </w:r>
    </w:p>
    <w:p>
      <w:pPr>
        <w:spacing w:before="0" w:after="80" w:line="300" w:lineRule="auto"/>
        <w:jc w:val="left"/>
      </w:pPr>
      <w:r>
        <w:rPr>
          <w:rFonts w:ascii="Times New Roman" w:hAnsi="Times New Roman" w:eastAsia="宋体"/>
          <w:b w:val="0"/>
          <w:i w:val="0"/>
          <w:sz w:val="21"/>
        </w:rPr>
        <w:t>每个多边形内角至少为 60°，每个凸多边形内角小于 180°。由于 k≥2 且 kx&lt;180°，必须有 x&lt;90°。区间 [60°,90°) 内唯一可能的等角多边形内角是三角形的 x=60°。此时 k=2 给出 kx=120°，即正六边形的内角；更大的 k 不可能。因此只有一对。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polygon angle is at least 60°, and every convex polygon angle is less than 180°. Since k≥2 and kx&lt;180°, we need x&lt;90°. The only possible equiangular polygon angle in [60°,90°) is the triangle angle x=60°. Then k=2 gives kx=120°, the angle of a regular hexagon; larger k is impossible. Hence there is one pair.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7 的各次幂个位数字按 7、9、3、1 循环，周期为 4。由于 753≡1pmod4，2137⁷⁵³ 的个位数字为 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Powers of 7 have units digits 7, 9, 3, 1 in a cycle of length 4. Since 753≡1pmod4, the units digit of 2137⁷⁵³ is 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B</w:t>
      </w:r>
    </w:p>
    <w:p>
      <w:pPr>
        <w:spacing w:before="0" w:after="80" w:line="300" w:lineRule="auto"/>
        <w:jc w:val="left"/>
      </w:pPr>
      <w:r>
        <w:rPr>
          <w:rFonts w:ascii="Times New Roman" w:hAnsi="Times New Roman" w:eastAsia="宋体"/>
          <w:b w:val="0"/>
          <w:i w:val="0"/>
          <w:sz w:val="21"/>
        </w:rPr>
        <w:t>变换后的两根之和为</w:t>
      </w:r>
    </w:p>
    <w:p>
      <w:pPr>
        <w:spacing w:before="0" w:after="80" w:line="300" w:lineRule="auto"/>
        <w:jc w:val="left"/>
      </w:pPr>
      <w:r>
        <w:rPr>
          <w:rFonts w:ascii="Times New Roman" w:hAnsi="Times New Roman" w:eastAsia="宋体"/>
          <w:b w:val="0"/>
          <w:i w:val="0"/>
          <w:sz w:val="21"/>
        </w:rPr>
        <w:t>a(r+s)+2b=-b+2b=b</w:t>
      </w:r>
    </w:p>
    <w:p>
      <w:pPr>
        <w:spacing w:before="0" w:after="80" w:line="300" w:lineRule="auto"/>
        <w:jc w:val="left"/>
      </w:pPr>
      <w:r>
        <w:rPr>
          <w:rFonts w:ascii="Times New Roman" w:hAnsi="Times New Roman" w:eastAsia="宋体"/>
          <w:b w:val="0"/>
          <w:i w:val="0"/>
          <w:sz w:val="21"/>
        </w:rPr>
        <w:t>乘积为</w:t>
      </w:r>
    </w:p>
    <w:p>
      <w:pPr>
        <w:spacing w:before="0" w:after="80" w:line="300" w:lineRule="auto"/>
        <w:jc w:val="left"/>
      </w:pPr>
      <w:r>
        <w:rPr>
          <w:rFonts w:ascii="Times New Roman" w:hAnsi="Times New Roman" w:eastAsia="宋体"/>
          <w:b w:val="0"/>
          <w:i w:val="0"/>
          <w:sz w:val="21"/>
        </w:rPr>
        <w:t>(ar+b)(as+b)</w:t>
      </w:r>
    </w:p>
    <w:p>
      <w:pPr>
        <w:spacing w:before="0" w:after="80" w:line="300" w:lineRule="auto"/>
        <w:jc w:val="left"/>
      </w:pPr>
      <w:r>
        <w:rPr>
          <w:rFonts w:ascii="Times New Roman" w:hAnsi="Times New Roman" w:eastAsia="宋体"/>
          <w:b w:val="0"/>
          <w:i w:val="0"/>
          <w:sz w:val="21"/>
        </w:rPr>
        <w:t>=a²rs+ab(r+s)+b²</w:t>
      </w:r>
    </w:p>
    <w:p>
      <w:pPr>
        <w:spacing w:before="0" w:after="80" w:line="300" w:lineRule="auto"/>
        <w:jc w:val="left"/>
      </w:pPr>
      <w:r>
        <w:rPr>
          <w:rFonts w:ascii="Times New Roman" w:hAnsi="Times New Roman" w:eastAsia="宋体"/>
          <w:b w:val="0"/>
          <w:i w:val="0"/>
          <w:sz w:val="21"/>
        </w:rPr>
        <w:t>=ac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因此以它们为根的首一方程为 x²-bx+ac=0。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transformed roots have sum</w:t>
      </w:r>
    </w:p>
    <w:p>
      <w:pPr>
        <w:spacing w:before="0" w:after="80" w:line="300" w:lineRule="auto"/>
        <w:jc w:val="left"/>
      </w:pPr>
      <w:r>
        <w:rPr>
          <w:rFonts w:ascii="Times New Roman" w:hAnsi="Times New Roman" w:eastAsia="宋体"/>
          <w:b w:val="0"/>
          <w:i w:val="0"/>
          <w:color w:val="333333"/>
          <w:sz w:val="19"/>
        </w:rPr>
        <w:t>a(r+s)+2b=-b+2b=b</w:t>
      </w:r>
    </w:p>
    <w:p>
      <w:pPr>
        <w:spacing w:before="0" w:after="80" w:line="300" w:lineRule="auto"/>
        <w:jc w:val="left"/>
      </w:pPr>
      <w:r>
        <w:rPr>
          <w:rFonts w:ascii="Times New Roman" w:hAnsi="Times New Roman" w:eastAsia="宋体"/>
          <w:b w:val="0"/>
          <w:i w:val="0"/>
          <w:color w:val="333333"/>
          <w:sz w:val="19"/>
        </w:rPr>
        <w:t>and product</w:t>
      </w:r>
    </w:p>
    <w:p>
      <w:pPr>
        <w:spacing w:before="0" w:after="80" w:line="300" w:lineRule="auto"/>
        <w:jc w:val="left"/>
      </w:pPr>
      <w:r>
        <w:rPr>
          <w:rFonts w:ascii="Times New Roman" w:hAnsi="Times New Roman" w:eastAsia="宋体"/>
          <w:b w:val="0"/>
          <w:i w:val="0"/>
          <w:color w:val="333333"/>
          <w:sz w:val="19"/>
        </w:rPr>
        <w:t>(ar+b)(as+b)</w:t>
      </w:r>
    </w:p>
    <w:p>
      <w:pPr>
        <w:spacing w:before="0" w:after="80" w:line="300" w:lineRule="auto"/>
        <w:jc w:val="left"/>
      </w:pPr>
      <w:r>
        <w:rPr>
          <w:rFonts w:ascii="Times New Roman" w:hAnsi="Times New Roman" w:eastAsia="宋体"/>
          <w:b w:val="0"/>
          <w:i w:val="0"/>
          <w:color w:val="333333"/>
          <w:sz w:val="19"/>
        </w:rPr>
        <w:t>=a²rs+ab(r+s)+b²</w:t>
      </w:r>
    </w:p>
    <w:p>
      <w:pPr>
        <w:spacing w:before="0" w:after="80" w:line="300" w:lineRule="auto"/>
        <w:jc w:val="left"/>
      </w:pPr>
      <w:r>
        <w:rPr>
          <w:rFonts w:ascii="Times New Roman" w:hAnsi="Times New Roman" w:eastAsia="宋体"/>
          <w:b w:val="0"/>
          <w:i w:val="0"/>
          <w:color w:val="333333"/>
          <w:sz w:val="19"/>
        </w:rPr>
        <w:t>=ac.</w:t>
      </w:r>
    </w:p>
    <w:p>
      <w:pPr>
        <w:spacing w:before="0" w:after="80" w:line="300" w:lineRule="auto"/>
        <w:jc w:val="left"/>
      </w:pPr>
      <w:r>
        <w:rPr>
          <w:rFonts w:ascii="Times New Roman" w:hAnsi="Times New Roman" w:eastAsia="宋体"/>
          <w:b w:val="0"/>
          <w:i w:val="0"/>
          <w:color w:val="333333"/>
          <w:sz w:val="19"/>
        </w:rPr>
        <w:t>Therefore their monic equation is x²-bx+ac=0.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由换底公式，</w:t>
      </w:r>
    </w:p>
    <w:p>
      <w:pPr>
        <w:spacing w:before="0" w:after="80" w:line="300" w:lineRule="auto"/>
        <w:jc w:val="left"/>
      </w:pPr>
      <w:r>
        <w:rPr>
          <w:rFonts w:ascii="Times New Roman" w:hAnsi="Times New Roman" w:eastAsia="宋体"/>
          <w:b w:val="0"/>
          <w:i w:val="0"/>
          <w:sz w:val="21"/>
        </w:rPr>
        <w:t>log₅ 12 =log12/log5</w:t>
      </w:r>
    </w:p>
    <w:p>
      <w:pPr>
        <w:spacing w:before="0" w:after="80" w:line="300" w:lineRule="auto"/>
        <w:jc w:val="left"/>
      </w:pPr>
      <w:r>
        <w:rPr>
          <w:rFonts w:ascii="Times New Roman" w:hAnsi="Times New Roman" w:eastAsia="宋体"/>
          <w:b w:val="0"/>
          <w:i w:val="0"/>
          <w:sz w:val="21"/>
        </w:rPr>
        <w:t>=2log2+log3/log10-log2</w:t>
      </w:r>
    </w:p>
    <w:p>
      <w:pPr>
        <w:spacing w:before="0" w:after="80" w:line="300" w:lineRule="auto"/>
        <w:jc w:val="left"/>
      </w:pPr>
      <w:r>
        <w:rPr>
          <w:rFonts w:ascii="Times New Roman" w:hAnsi="Times New Roman" w:eastAsia="宋体"/>
          <w:b w:val="0"/>
          <w:i w:val="0"/>
          <w:sz w:val="21"/>
        </w:rPr>
        <w:t>=2a+b/1-a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change of base,</w:t>
      </w:r>
    </w:p>
    <w:p>
      <w:pPr>
        <w:spacing w:before="0" w:after="80" w:line="300" w:lineRule="auto"/>
        <w:jc w:val="left"/>
      </w:pPr>
      <w:r>
        <w:rPr>
          <w:rFonts w:ascii="Times New Roman" w:hAnsi="Times New Roman" w:eastAsia="宋体"/>
          <w:b w:val="0"/>
          <w:i w:val="0"/>
          <w:color w:val="333333"/>
          <w:sz w:val="19"/>
        </w:rPr>
        <w:t>log₅ 12 =log12/log5</w:t>
      </w:r>
    </w:p>
    <w:p>
      <w:pPr>
        <w:spacing w:before="0" w:after="80" w:line="300" w:lineRule="auto"/>
        <w:jc w:val="left"/>
      </w:pPr>
      <w:r>
        <w:rPr>
          <w:rFonts w:ascii="Times New Roman" w:hAnsi="Times New Roman" w:eastAsia="宋体"/>
          <w:b w:val="0"/>
          <w:i w:val="0"/>
          <w:color w:val="333333"/>
          <w:sz w:val="19"/>
        </w:rPr>
        <w:t>=2log2+log3/log10-log2</w:t>
      </w:r>
    </w:p>
    <w:p>
      <w:pPr>
        <w:spacing w:before="0" w:after="80" w:line="300" w:lineRule="auto"/>
        <w:jc w:val="left"/>
      </w:pPr>
      <w:r>
        <w:rPr>
          <w:rFonts w:ascii="Times New Roman" w:hAnsi="Times New Roman" w:eastAsia="宋体"/>
          <w:b w:val="0"/>
          <w:i w:val="0"/>
          <w:color w:val="333333"/>
          <w:sz w:val="19"/>
        </w:rPr>
        <w:t>=2a+b/1-a.</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D</w:t>
      </w:r>
    </w:p>
    <w:p>
      <w:pPr>
        <w:spacing w:before="0" w:after="80" w:line="300" w:lineRule="auto"/>
        <w:jc w:val="left"/>
      </w:pPr>
      <w:r>
        <w:rPr>
          <w:rFonts w:ascii="Times New Roman" w:hAnsi="Times New Roman" w:eastAsia="宋体"/>
          <w:b w:val="0"/>
          <w:i w:val="0"/>
          <w:sz w:val="21"/>
        </w:rPr>
        <w:t>由外角平分线定理，</w:t>
      </w:r>
    </w:p>
    <w:p>
      <w:pPr>
        <w:spacing w:before="0" w:after="80" w:line="300" w:lineRule="auto"/>
        <w:jc w:val="left"/>
      </w:pPr>
      <w:r>
        <w:rPr>
          <w:rFonts w:ascii="Times New Roman" w:hAnsi="Times New Roman" w:eastAsia="宋体"/>
          <w:b w:val="0"/>
          <w:i w:val="0"/>
          <w:sz w:val="21"/>
        </w:rPr>
        <w:t>PA/PB=AC/CB=3/4。</w:t>
      </w:r>
    </w:p>
    <w:p>
      <w:pPr>
        <w:spacing w:before="0" w:after="80" w:line="300" w:lineRule="auto"/>
        <w:jc w:val="left"/>
      </w:pPr>
      <w:r>
        <w:rPr>
          <w:rFonts w:ascii="Times New Roman" w:hAnsi="Times New Roman" w:eastAsia="宋体"/>
          <w:b w:val="0"/>
          <w:i w:val="0"/>
          <w:sz w:val="21"/>
        </w:rPr>
        <w:t>因为 PB=PA+AB，令 PA=3t、PB=4t。则 AB=t，所以 PA:AB=3:1。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exterior angle bisector theorem gives</w:t>
      </w:r>
    </w:p>
    <w:p>
      <w:pPr>
        <w:spacing w:before="0" w:after="80" w:line="300" w:lineRule="auto"/>
        <w:jc w:val="left"/>
      </w:pPr>
      <w:r>
        <w:rPr>
          <w:rFonts w:ascii="Times New Roman" w:hAnsi="Times New Roman" w:eastAsia="宋体"/>
          <w:b w:val="0"/>
          <w:i w:val="0"/>
          <w:color w:val="333333"/>
          <w:sz w:val="19"/>
        </w:rPr>
        <w:t>PA/PB=AC/CB=3/4.</w:t>
      </w:r>
    </w:p>
    <w:p>
      <w:pPr>
        <w:spacing w:before="0" w:after="80" w:line="300" w:lineRule="auto"/>
        <w:jc w:val="left"/>
      </w:pPr>
      <w:r>
        <w:rPr>
          <w:rFonts w:ascii="Times New Roman" w:hAnsi="Times New Roman" w:eastAsia="宋体"/>
          <w:b w:val="0"/>
          <w:i w:val="0"/>
          <w:color w:val="333333"/>
          <w:sz w:val="19"/>
        </w:rPr>
        <w:t>Since PB=PA+AB, write PA=3t, PB=4t. Then AB=t, so PA:AB=3:1.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C</w:t>
      </w:r>
    </w:p>
    <w:p>
      <w:pPr>
        <w:spacing w:before="0" w:after="80" w:line="300" w:lineRule="auto"/>
        <w:jc w:val="left"/>
      </w:pPr>
      <w:r>
        <w:rPr>
          <w:rFonts w:ascii="Times New Roman" w:hAnsi="Times New Roman" w:eastAsia="宋体"/>
          <w:b w:val="0"/>
          <w:i w:val="0"/>
          <w:sz w:val="21"/>
        </w:rPr>
        <w:t>多边形的面积为</w:t>
      </w:r>
    </w:p>
    <w:p>
      <w:pPr>
        <w:spacing w:before="0" w:after="80" w:line="300" w:lineRule="auto"/>
        <w:jc w:val="left"/>
      </w:pPr>
      <w:r>
        <w:rPr>
          <w:rFonts w:ascii="Times New Roman" w:hAnsi="Times New Roman" w:eastAsia="宋体"/>
          <w:b w:val="0"/>
          <w:i w:val="0"/>
          <w:sz w:val="21"/>
        </w:rPr>
        <w:t>n/2R²sin(360°)/n。</w:t>
      </w:r>
    </w:p>
    <w:p>
      <w:pPr>
        <w:spacing w:before="0" w:after="80" w:line="300" w:lineRule="auto"/>
        <w:jc w:val="left"/>
      </w:pPr>
      <w:r>
        <w:rPr>
          <w:rFonts w:ascii="Times New Roman" w:hAnsi="Times New Roman" w:eastAsia="宋体"/>
          <w:b w:val="0"/>
          <w:i w:val="0"/>
          <w:sz w:val="21"/>
        </w:rPr>
        <w:t>当 n=12 时，它变为</w:t>
      </w:r>
    </w:p>
    <w:p>
      <w:pPr>
        <w:spacing w:before="0" w:after="80" w:line="300" w:lineRule="auto"/>
        <w:jc w:val="left"/>
      </w:pPr>
      <w:r>
        <w:rPr>
          <w:rFonts w:ascii="Times New Roman" w:hAnsi="Times New Roman" w:eastAsia="宋体"/>
          <w:b w:val="0"/>
          <w:i w:val="0"/>
          <w:sz w:val="21"/>
        </w:rPr>
        <w:t>6R²sin30°=3R²，</w:t>
      </w:r>
    </w:p>
    <w:p>
      <w:pPr>
        <w:spacing w:before="0" w:after="80" w:line="300" w:lineRule="auto"/>
        <w:jc w:val="left"/>
      </w:pPr>
      <w:r>
        <w:rPr>
          <w:rFonts w:ascii="Times New Roman" w:hAnsi="Times New Roman" w:eastAsia="宋体"/>
          <w:b w:val="0"/>
          <w:i w:val="0"/>
          <w:sz w:val="21"/>
        </w:rPr>
        <w:t>符合要求。</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polygon’s area is</w:t>
      </w:r>
    </w:p>
    <w:p>
      <w:pPr>
        <w:spacing w:before="0" w:after="80" w:line="300" w:lineRule="auto"/>
        <w:jc w:val="left"/>
      </w:pPr>
      <w:r>
        <w:rPr>
          <w:rFonts w:ascii="Times New Roman" w:hAnsi="Times New Roman" w:eastAsia="宋体"/>
          <w:b w:val="0"/>
          <w:i w:val="0"/>
          <w:color w:val="333333"/>
          <w:sz w:val="19"/>
        </w:rPr>
        <w:t>n/2R²sin(360°)/n.</w:t>
      </w:r>
    </w:p>
    <w:p>
      <w:pPr>
        <w:spacing w:before="0" w:after="80" w:line="300" w:lineRule="auto"/>
        <w:jc w:val="left"/>
      </w:pPr>
      <w:r>
        <w:rPr>
          <w:rFonts w:ascii="Times New Roman" w:hAnsi="Times New Roman" w:eastAsia="宋体"/>
          <w:b w:val="0"/>
          <w:i w:val="0"/>
          <w:color w:val="333333"/>
          <w:sz w:val="19"/>
        </w:rPr>
        <w:t>For n=12, this becomes</w:t>
      </w:r>
    </w:p>
    <w:p>
      <w:pPr>
        <w:spacing w:before="0" w:after="80" w:line="300" w:lineRule="auto"/>
        <w:jc w:val="left"/>
      </w:pPr>
      <w:r>
        <w:rPr>
          <w:rFonts w:ascii="Times New Roman" w:hAnsi="Times New Roman" w:eastAsia="宋体"/>
          <w:b w:val="0"/>
          <w:i w:val="0"/>
          <w:color w:val="333333"/>
          <w:sz w:val="19"/>
        </w:rPr>
        <w:t>6R²sin30°=3R²,</w:t>
      </w:r>
    </w:p>
    <w:p>
      <w:pPr>
        <w:spacing w:before="0" w:after="80" w:line="300" w:lineRule="auto"/>
        <w:jc w:val="left"/>
      </w:pPr>
      <w:r>
        <w:rPr>
          <w:rFonts w:ascii="Times New Roman" w:hAnsi="Times New Roman" w:eastAsia="宋体"/>
          <w:b w:val="0"/>
          <w:i w:val="0"/>
          <w:color w:val="333333"/>
          <w:sz w:val="19"/>
        </w:rPr>
        <w:t>as required.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B</w:t>
      </w:r>
    </w:p>
    <w:p>
      <w:pPr>
        <w:spacing w:before="0" w:after="80" w:line="300" w:lineRule="auto"/>
        <w:jc w:val="left"/>
      </w:pPr>
      <w:r>
        <w:rPr>
          <w:rFonts w:ascii="Times New Roman" w:hAnsi="Times New Roman" w:eastAsia="宋体"/>
          <w:b w:val="0"/>
          <w:i w:val="0"/>
          <w:sz w:val="21"/>
        </w:rPr>
        <w:t>因式分解得</w:t>
      </w:r>
    </w:p>
    <w:p>
      <w:pPr>
        <w:spacing w:before="0" w:after="80" w:line="300" w:lineRule="auto"/>
        <w:jc w:val="left"/>
      </w:pPr>
      <w:r>
        <w:rPr>
          <w:rFonts w:ascii="Times New Roman" w:hAnsi="Times New Roman" w:eastAsia="宋体"/>
          <w:b w:val="0"/>
          <w:i w:val="0"/>
          <w:sz w:val="21"/>
        </w:rPr>
        <w:t>(2ˣ-3ʸ)(2ˣ+3ʸ)=55。</w:t>
      </w:r>
    </w:p>
    <w:p>
      <w:pPr>
        <w:spacing w:before="0" w:after="80" w:line="300" w:lineRule="auto"/>
        <w:jc w:val="left"/>
      </w:pPr>
      <w:r>
        <w:rPr>
          <w:rFonts w:ascii="Times New Roman" w:hAnsi="Times New Roman" w:eastAsia="宋体"/>
          <w:b w:val="0"/>
          <w:i w:val="0"/>
          <w:sz w:val="21"/>
        </w:rPr>
        <w:t>首先，x&gt;0。若 y≤0，则 55&lt;4ˣ≤56，而 4 的整数次幂不可能落在这个范围内。因此 y&gt;0，两个因数都是正奇整数。因数对 5、11 给出 2ˣ⁺¹=16 和 2·3ʸ=6，所以 (x,y)=(3,1)。因数对 1、55 则要求 2ˣ=28，不可能。因此恰有一个解。</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w:t>
      </w:r>
    </w:p>
    <w:p>
      <w:pPr>
        <w:spacing w:before="0" w:after="80" w:line="300" w:lineRule="auto"/>
        <w:jc w:val="left"/>
      </w:pPr>
      <w:r>
        <w:rPr>
          <w:rFonts w:ascii="Times New Roman" w:hAnsi="Times New Roman" w:eastAsia="宋体"/>
          <w:b w:val="0"/>
          <w:i w:val="0"/>
          <w:color w:val="333333"/>
          <w:sz w:val="19"/>
        </w:rPr>
        <w:t>(2ˣ-3ʸ)(2ˣ+3ʸ)=55.</w:t>
      </w:r>
    </w:p>
    <w:p>
      <w:pPr>
        <w:spacing w:before="0" w:after="80" w:line="300" w:lineRule="auto"/>
        <w:jc w:val="left"/>
      </w:pPr>
      <w:r>
        <w:rPr>
          <w:rFonts w:ascii="Times New Roman" w:hAnsi="Times New Roman" w:eastAsia="宋体"/>
          <w:b w:val="0"/>
          <w:i w:val="0"/>
          <w:color w:val="333333"/>
          <w:sz w:val="19"/>
        </w:rPr>
        <w:t>First, x&gt;0. If y≤0, then 55&lt;4ˣ≤56, which is impossible for an integral power of 4. Hence y&gt;0, so both factors are positive odd integers. The factor pair 5, 11 gives 2ˣ⁺¹=16 and 2·3ʸ=6, so (x,y)=(3,1). The factor pair 1, 55 would require 2ˣ=28, impossible. Hence there is exactly one solution.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A</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2x+3/x+2=2-1/x+2。</w:t>
      </w:r>
    </w:p>
    <w:p>
      <w:pPr>
        <w:spacing w:before="0" w:after="80" w:line="300" w:lineRule="auto"/>
        <w:jc w:val="left"/>
      </w:pPr>
      <w:r>
        <w:rPr>
          <w:rFonts w:ascii="Times New Roman" w:hAnsi="Times New Roman" w:eastAsia="宋体"/>
          <w:b w:val="0"/>
          <w:i w:val="0"/>
          <w:sz w:val="21"/>
        </w:rPr>
        <w:t>当 x≥0 时，该值从 3/2 递增并趋近 2，但不等于 2。因此 S=[3/2,2)，其最大下界 m=3/2 属于 S，而最小上界 M=2 不属于其中。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2x+3/x+2=2-1/x+2.</w:t>
      </w:r>
    </w:p>
    <w:p>
      <w:pPr>
        <w:spacing w:before="0" w:after="80" w:line="300" w:lineRule="auto"/>
        <w:jc w:val="left"/>
      </w:pPr>
      <w:r>
        <w:rPr>
          <w:rFonts w:ascii="Times New Roman" w:hAnsi="Times New Roman" w:eastAsia="宋体"/>
          <w:b w:val="0"/>
          <w:i w:val="0"/>
          <w:color w:val="333333"/>
          <w:sz w:val="19"/>
        </w:rPr>
        <w:t>For x≥0, this increases from 3/2 toward 2 without reaching 2. Thus S=[3/2,2), so its greatest lower bound m=3/2 belongs to S, while its least upper bound M=2 does not.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D</w:t>
      </w:r>
    </w:p>
    <w:p>
      <w:pPr>
        <w:spacing w:before="0" w:after="80" w:line="300" w:lineRule="auto"/>
        <w:jc w:val="left"/>
      </w:pPr>
      <w:r>
        <w:rPr>
          <w:rFonts w:ascii="Times New Roman" w:hAnsi="Times New Roman" w:eastAsia="宋体"/>
          <w:b w:val="0"/>
          <w:i w:val="0"/>
          <w:sz w:val="21"/>
        </w:rPr>
        <w:t>因为 5!=120，</w:t>
      </w:r>
    </w:p>
    <w:p>
      <w:pPr>
        <w:spacing w:before="0" w:after="80" w:line="300" w:lineRule="auto"/>
        <w:jc w:val="left"/>
      </w:pPr>
      <w:r>
        <w:rPr>
          <w:rFonts w:ascii="Times New Roman" w:hAnsi="Times New Roman" w:eastAsia="宋体"/>
          <w:b w:val="0"/>
          <w:i w:val="0"/>
          <w:sz w:val="21"/>
        </w:rPr>
        <w:t>695=5·120+95。</w:t>
      </w:r>
    </w:p>
    <w:p>
      <w:pPr>
        <w:spacing w:before="0" w:after="80" w:line="300" w:lineRule="auto"/>
        <w:jc w:val="left"/>
      </w:pPr>
      <w:r>
        <w:rPr>
          <w:rFonts w:ascii="Times New Roman" w:hAnsi="Times New Roman" w:eastAsia="宋体"/>
          <w:b w:val="0"/>
          <w:i w:val="0"/>
          <w:sz w:val="21"/>
        </w:rPr>
        <w:t>接着 4!=24，且 95=3·24+23。因此系数 a₄ 为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5!=120,</w:t>
      </w:r>
    </w:p>
    <w:p>
      <w:pPr>
        <w:spacing w:before="0" w:after="80" w:line="300" w:lineRule="auto"/>
        <w:jc w:val="left"/>
      </w:pPr>
      <w:r>
        <w:rPr>
          <w:rFonts w:ascii="Times New Roman" w:hAnsi="Times New Roman" w:eastAsia="宋体"/>
          <w:b w:val="0"/>
          <w:i w:val="0"/>
          <w:color w:val="333333"/>
          <w:sz w:val="19"/>
        </w:rPr>
        <w:t>695=5·120+95.</w:t>
      </w:r>
    </w:p>
    <w:p>
      <w:pPr>
        <w:spacing w:before="0" w:after="80" w:line="300" w:lineRule="auto"/>
        <w:jc w:val="left"/>
      </w:pPr>
      <w:r>
        <w:rPr>
          <w:rFonts w:ascii="Times New Roman" w:hAnsi="Times New Roman" w:eastAsia="宋体"/>
          <w:b w:val="0"/>
          <w:i w:val="0"/>
          <w:color w:val="333333"/>
          <w:sz w:val="19"/>
        </w:rPr>
        <w:t>Next 4!=24, and 95=3·24+23. Therefore the coefficient a₄ is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B</w:t>
      </w:r>
    </w:p>
    <w:p>
      <w:pPr>
        <w:spacing w:before="0" w:after="80" w:line="300" w:lineRule="auto"/>
        <w:jc w:val="left"/>
      </w:pPr>
      <w:r>
        <w:rPr>
          <w:rFonts w:ascii="Times New Roman" w:hAnsi="Times New Roman" w:eastAsia="宋体"/>
          <w:b w:val="0"/>
          <w:i w:val="0"/>
          <w:sz w:val="21"/>
        </w:rPr>
        <w:t>令 A=0、B=b、C=c，其中 |b|=ell、|c|=6，且 |c-b|=7。从 A 和 B 引出的中线方向分别为 b+c/2 和 c/2-b。其点积为零，故</w:t>
      </w:r>
    </w:p>
    <w:p>
      <w:pPr>
        <w:spacing w:before="0" w:after="80" w:line="300" w:lineRule="auto"/>
        <w:jc w:val="left"/>
      </w:pPr>
      <w:r>
        <w:rPr>
          <w:rFonts w:ascii="Times New Roman" w:hAnsi="Times New Roman" w:eastAsia="宋体"/>
          <w:b w:val="0"/>
          <w:i w:val="0"/>
          <w:sz w:val="21"/>
        </w:rPr>
        <w:t>(b+c)mathbin·(c-2b)=0。</w:t>
      </w:r>
    </w:p>
    <w:p>
      <w:pPr>
        <w:spacing w:before="0" w:after="80" w:line="300" w:lineRule="auto"/>
        <w:jc w:val="left"/>
      </w:pPr>
      <w:r>
        <w:rPr>
          <w:rFonts w:ascii="Times New Roman" w:hAnsi="Times New Roman" w:eastAsia="宋体"/>
          <w:b w:val="0"/>
          <w:i w:val="0"/>
          <w:sz w:val="21"/>
        </w:rPr>
        <w:t>使用 bmathbin·c=ell²+36-49/2，化简得 ell²=17。所以 AB=√(17)。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A=0, B=b, and C=c, with |b|=ell, |c|=6, and |c-b|=7. The median directions are b+c/2 from A and c/2-b from B. Their dot product is zero, so</w:t>
      </w:r>
    </w:p>
    <w:p>
      <w:pPr>
        <w:spacing w:before="0" w:after="80" w:line="300" w:lineRule="auto"/>
        <w:jc w:val="left"/>
      </w:pPr>
      <w:r>
        <w:rPr>
          <w:rFonts w:ascii="Times New Roman" w:hAnsi="Times New Roman" w:eastAsia="宋体"/>
          <w:b w:val="0"/>
          <w:i w:val="0"/>
          <w:color w:val="333333"/>
          <w:sz w:val="19"/>
        </w:rPr>
        <w:t>(b+c)mathbin·(c-2b)=0.</w:t>
      </w:r>
    </w:p>
    <w:p>
      <w:pPr>
        <w:spacing w:before="0" w:after="80" w:line="300" w:lineRule="auto"/>
        <w:jc w:val="left"/>
      </w:pPr>
      <w:r>
        <w:rPr>
          <w:rFonts w:ascii="Times New Roman" w:hAnsi="Times New Roman" w:eastAsia="宋体"/>
          <w:b w:val="0"/>
          <w:i w:val="0"/>
          <w:color w:val="333333"/>
          <w:sz w:val="19"/>
        </w:rPr>
        <w:t>Using bmathbin·c=ell²+36-49/2, this simplifies to ell²=17. Hence AB=√(17).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C</w:t>
      </w:r>
    </w:p>
    <w:p>
      <w:pPr>
        <w:spacing w:before="0" w:after="80" w:line="300" w:lineRule="auto"/>
        <w:jc w:val="left"/>
      </w:pPr>
      <w:r>
        <w:rPr>
          <w:rFonts w:ascii="Times New Roman" w:hAnsi="Times New Roman" w:eastAsia="宋体"/>
          <w:b w:val="0"/>
          <w:i w:val="0"/>
          <w:sz w:val="21"/>
        </w:rPr>
        <w:t>由领先距离得</w:t>
      </w:r>
    </w:p>
    <w:p>
      <w:pPr>
        <w:spacing w:before="0" w:after="80" w:line="300" w:lineRule="auto"/>
        <w:jc w:val="left"/>
      </w:pPr>
      <w:r>
        <w:rPr>
          <w:rFonts w:ascii="Times New Roman" w:hAnsi="Times New Roman" w:eastAsia="宋体"/>
          <w:b w:val="0"/>
          <w:i w:val="0"/>
          <w:sz w:val="21"/>
        </w:rPr>
        <w:t>(v_(B))/(v_(A))=d-20/d,</w:t>
      </w:r>
    </w:p>
    <w:p>
      <w:pPr>
        <w:spacing w:before="0" w:after="80" w:line="300" w:lineRule="auto"/>
        <w:jc w:val="left"/>
      </w:pPr>
      <w:r>
        <w:rPr>
          <w:rFonts w:ascii="Times New Roman" w:hAnsi="Times New Roman" w:eastAsia="宋体"/>
          <w:b w:val="0"/>
          <w:i w:val="0"/>
          <w:sz w:val="21"/>
        </w:rPr>
        <w:t>(v_(C))/(v_(B))=d-10/d,</w:t>
      </w:r>
    </w:p>
    <w:p>
      <w:pPr>
        <w:spacing w:before="0" w:after="80" w:line="300" w:lineRule="auto"/>
        <w:jc w:val="left"/>
      </w:pPr>
      <w:r>
        <w:rPr>
          <w:rFonts w:ascii="Times New Roman" w:hAnsi="Times New Roman" w:eastAsia="宋体"/>
          <w:b w:val="0"/>
          <w:i w:val="0"/>
          <w:sz w:val="21"/>
        </w:rPr>
        <w:t>(v_(C))/(v_(A))=d-28/d</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((d-20)(d-10))/d²=d-28/d。</w:t>
      </w:r>
    </w:p>
    <w:p>
      <w:pPr>
        <w:spacing w:before="0" w:after="80" w:line="300" w:lineRule="auto"/>
        <w:jc w:val="left"/>
      </w:pPr>
      <w:r>
        <w:rPr>
          <w:rFonts w:ascii="Times New Roman" w:hAnsi="Times New Roman" w:eastAsia="宋体"/>
          <w:b w:val="0"/>
          <w:i w:val="0"/>
          <w:sz w:val="21"/>
        </w:rPr>
        <w:t>展开并化简得 2d=200，所以 d=100。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margins give</w:t>
      </w:r>
    </w:p>
    <w:p>
      <w:pPr>
        <w:spacing w:before="0" w:after="80" w:line="300" w:lineRule="auto"/>
        <w:jc w:val="left"/>
      </w:pPr>
      <w:r>
        <w:rPr>
          <w:rFonts w:ascii="Times New Roman" w:hAnsi="Times New Roman" w:eastAsia="宋体"/>
          <w:b w:val="0"/>
          <w:i w:val="0"/>
          <w:color w:val="333333"/>
          <w:sz w:val="19"/>
        </w:rPr>
        <w:t>(v_(B))/(v_(A))=d-20/d,</w:t>
      </w:r>
    </w:p>
    <w:p>
      <w:pPr>
        <w:spacing w:before="0" w:after="80" w:line="300" w:lineRule="auto"/>
        <w:jc w:val="left"/>
      </w:pPr>
      <w:r>
        <w:rPr>
          <w:rFonts w:ascii="Times New Roman" w:hAnsi="Times New Roman" w:eastAsia="宋体"/>
          <w:b w:val="0"/>
          <w:i w:val="0"/>
          <w:color w:val="333333"/>
          <w:sz w:val="19"/>
        </w:rPr>
        <w:t>(v_(C))/(v_(B))=d-10/d,</w:t>
      </w:r>
    </w:p>
    <w:p>
      <w:pPr>
        <w:spacing w:before="0" w:after="80" w:line="300" w:lineRule="auto"/>
        <w:jc w:val="left"/>
      </w:pPr>
      <w:r>
        <w:rPr>
          <w:rFonts w:ascii="Times New Roman" w:hAnsi="Times New Roman" w:eastAsia="宋体"/>
          <w:b w:val="0"/>
          <w:i w:val="0"/>
          <w:color w:val="333333"/>
          <w:sz w:val="19"/>
        </w:rPr>
        <w:t>(v_(C))/(v_(A))=d-28/d.</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((d-20)(d-10))/d²=d-28/d.</w:t>
      </w:r>
    </w:p>
    <w:p>
      <w:pPr>
        <w:spacing w:before="0" w:after="80" w:line="300" w:lineRule="auto"/>
        <w:jc w:val="left"/>
      </w:pPr>
      <w:r>
        <w:rPr>
          <w:rFonts w:ascii="Times New Roman" w:hAnsi="Times New Roman" w:eastAsia="宋体"/>
          <w:b w:val="0"/>
          <w:i w:val="0"/>
          <w:color w:val="333333"/>
          <w:sz w:val="19"/>
        </w:rPr>
        <w:t>Expanding and simplifying yields 2d=200, so d=100.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A</w:t>
      </w:r>
    </w:p>
    <w:p>
      <w:pPr>
        <w:spacing w:before="0" w:after="80" w:line="300" w:lineRule="auto"/>
        <w:jc w:val="left"/>
      </w:pPr>
      <w:r>
        <w:rPr>
          <w:rFonts w:ascii="Times New Roman" w:hAnsi="Times New Roman" w:eastAsia="宋体"/>
          <w:b w:val="0"/>
          <w:i w:val="0"/>
          <w:sz w:val="21"/>
        </w:rPr>
        <w:t>由泰勒斯定理，ABC 在 C 处为直角。令 p=AC、q=BC。则</w:t>
      </w:r>
    </w:p>
    <w:p>
      <w:pPr>
        <w:spacing w:before="0" w:after="80" w:line="300" w:lineRule="auto"/>
        <w:jc w:val="left"/>
      </w:pPr>
      <w:r>
        <w:rPr>
          <w:rFonts w:ascii="Times New Roman" w:hAnsi="Times New Roman" w:eastAsia="宋体"/>
          <w:b w:val="0"/>
          <w:i w:val="0"/>
          <w:sz w:val="21"/>
        </w:rPr>
        <w:t>p²+q²=AB²=4r²。</w:t>
      </w:r>
    </w:p>
    <w:p>
      <w:pPr>
        <w:spacing w:before="0" w:after="80" w:line="300" w:lineRule="auto"/>
        <w:jc w:val="left"/>
      </w:pPr>
      <w:r>
        <w:rPr>
          <w:rFonts w:ascii="Times New Roman" w:hAnsi="Times New Roman" w:eastAsia="宋体"/>
          <w:b w:val="0"/>
          <w:i w:val="0"/>
          <w:sz w:val="21"/>
        </w:rPr>
        <w:t>因为 (p-q)²≥0，所以 2pq≤ p²+q²。因此</w:t>
      </w:r>
    </w:p>
    <w:p>
      <w:pPr>
        <w:spacing w:before="0" w:after="80" w:line="300" w:lineRule="auto"/>
        <w:jc w:val="left"/>
      </w:pPr>
      <w:r>
        <w:rPr>
          <w:rFonts w:ascii="Times New Roman" w:hAnsi="Times New Roman" w:eastAsia="宋体"/>
          <w:b w:val="0"/>
          <w:i w:val="0"/>
          <w:sz w:val="21"/>
        </w:rPr>
        <w:t>s²=(p+q)²≤2(p²+q²)=8r²。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Thales’ theorem, ABC is right at C. Put p=AC and q=BC. Then</w:t>
      </w:r>
    </w:p>
    <w:p>
      <w:pPr>
        <w:spacing w:before="0" w:after="80" w:line="300" w:lineRule="auto"/>
        <w:jc w:val="left"/>
      </w:pPr>
      <w:r>
        <w:rPr>
          <w:rFonts w:ascii="Times New Roman" w:hAnsi="Times New Roman" w:eastAsia="宋体"/>
          <w:b w:val="0"/>
          <w:i w:val="0"/>
          <w:color w:val="333333"/>
          <w:sz w:val="19"/>
        </w:rPr>
        <w:t>p²+q²=AB²=4r².</w:t>
      </w:r>
    </w:p>
    <w:p>
      <w:pPr>
        <w:spacing w:before="0" w:after="80" w:line="300" w:lineRule="auto"/>
        <w:jc w:val="left"/>
      </w:pPr>
      <w:r>
        <w:rPr>
          <w:rFonts w:ascii="Times New Roman" w:hAnsi="Times New Roman" w:eastAsia="宋体"/>
          <w:b w:val="0"/>
          <w:i w:val="0"/>
          <w:color w:val="333333"/>
          <w:sz w:val="19"/>
        </w:rPr>
        <w:t>Since (p-q)²≥0, we have 2pq≤ p²+q². Therefore</w:t>
      </w:r>
    </w:p>
    <w:p>
      <w:pPr>
        <w:spacing w:before="0" w:after="80" w:line="300" w:lineRule="auto"/>
        <w:jc w:val="left"/>
      </w:pPr>
      <w:r>
        <w:rPr>
          <w:rFonts w:ascii="Times New Roman" w:hAnsi="Times New Roman" w:eastAsia="宋体"/>
          <w:b w:val="0"/>
          <w:i w:val="0"/>
          <w:color w:val="333333"/>
          <w:sz w:val="19"/>
        </w:rPr>
        <w:t>s²=(p+q)²≤2(p²+q²)=8r².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B</w:t>
      </w:r>
    </w:p>
    <w:p>
      <w:pPr>
        <w:spacing w:before="0" w:after="80" w:line="300" w:lineRule="auto"/>
        <w:jc w:val="left"/>
      </w:pPr>
      <w:r>
        <w:rPr>
          <w:rFonts w:ascii="Times New Roman" w:hAnsi="Times New Roman" w:eastAsia="宋体"/>
          <w:b w:val="0"/>
          <w:i w:val="0"/>
          <w:sz w:val="21"/>
        </w:rPr>
        <w:t>将正方形分成四个边长为 1/2 的小正方形。五点中有两点落在同一小正方形内，所以它们的距离至多为其对角线 (√(2))/2。在四个顶点和中心各放一点可以达到此界：此时最短距离为 (√(2))/2。因此所求最小保证值是 (√(2))/2。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Divide the square into four squares of side 1/2. Two of the five points lie in the same small square, so their distance is at most its diagonal, (√(2))/2. This bound is attainable by placing points at the four corners and the center: the shortest distance is then (√(2))/2. Hence the least guaranteed value is (√(2))/2.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A</w:t>
      </w:r>
    </w:p>
    <w:p>
      <w:pPr>
        <w:spacing w:before="0" w:after="80" w:line="300" w:lineRule="auto"/>
        <w:jc w:val="left"/>
      </w:pPr>
      <w:r>
        <w:rPr>
          <w:rFonts w:ascii="Times New Roman" w:hAnsi="Times New Roman" w:eastAsia="宋体"/>
          <w:b w:val="0"/>
          <w:i w:val="0"/>
          <w:sz w:val="21"/>
        </w:rPr>
        <w:t>由柯西-施瓦茨不等式，</w:t>
      </w:r>
    </w:p>
    <w:p>
      <w:pPr>
        <w:spacing w:before="0" w:after="80" w:line="300" w:lineRule="auto"/>
        <w:jc w:val="left"/>
      </w:pPr>
      <w:r>
        <w:rPr>
          <w:rFonts w:ascii="Times New Roman" w:hAnsi="Times New Roman" w:eastAsia="宋体"/>
          <w:b w:val="0"/>
          <w:i w:val="0"/>
          <w:sz w:val="21"/>
        </w:rPr>
        <w:t>60=5x+12y</w:t>
      </w:r>
    </w:p>
    <w:p>
      <w:pPr>
        <w:spacing w:before="0" w:after="80" w:line="300" w:lineRule="auto"/>
        <w:jc w:val="left"/>
      </w:pPr>
      <w:r>
        <w:rPr>
          <w:rFonts w:ascii="Times New Roman" w:hAnsi="Times New Roman" w:eastAsia="宋体"/>
          <w:b w:val="0"/>
          <w:i w:val="0"/>
          <w:sz w:val="21"/>
        </w:rPr>
        <w:t>≤√(5²+12²)</w:t>
      </w:r>
    </w:p>
    <w:p>
      <w:pPr>
        <w:spacing w:before="0" w:after="80" w:line="300" w:lineRule="auto"/>
        <w:jc w:val="left"/>
      </w:pPr>
      <w:r>
        <w:rPr>
          <w:rFonts w:ascii="Times New Roman" w:hAnsi="Times New Roman" w:eastAsia="宋体"/>
          <w:b w:val="0"/>
          <w:i w:val="0"/>
          <w:sz w:val="21"/>
        </w:rPr>
        <w:t>·√(x²+y²)</w:t>
      </w:r>
    </w:p>
    <w:p>
      <w:pPr>
        <w:spacing w:before="0" w:after="80" w:line="300" w:lineRule="auto"/>
        <w:jc w:val="left"/>
      </w:pPr>
      <w:r>
        <w:rPr>
          <w:rFonts w:ascii="Times New Roman" w:hAnsi="Times New Roman" w:eastAsia="宋体"/>
          <w:b w:val="0"/>
          <w:i w:val="0"/>
          <w:sz w:val="21"/>
        </w:rPr>
        <w:t>=13√(x²+y²)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因此该距离至少为 60/13。当 (x,y) 与 (5,12) 成比例时取等号，所以最小值为 60/13。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Cauchy-Schwarz,</w:t>
      </w:r>
    </w:p>
    <w:p>
      <w:pPr>
        <w:spacing w:before="0" w:after="80" w:line="300" w:lineRule="auto"/>
        <w:jc w:val="left"/>
      </w:pPr>
      <w:r>
        <w:rPr>
          <w:rFonts w:ascii="Times New Roman" w:hAnsi="Times New Roman" w:eastAsia="宋体"/>
          <w:b w:val="0"/>
          <w:i w:val="0"/>
          <w:color w:val="333333"/>
          <w:sz w:val="19"/>
        </w:rPr>
        <w:t>60=5x+12y</w:t>
      </w:r>
    </w:p>
    <w:p>
      <w:pPr>
        <w:spacing w:before="0" w:after="80" w:line="300" w:lineRule="auto"/>
        <w:jc w:val="left"/>
      </w:pPr>
      <w:r>
        <w:rPr>
          <w:rFonts w:ascii="Times New Roman" w:hAnsi="Times New Roman" w:eastAsia="宋体"/>
          <w:b w:val="0"/>
          <w:i w:val="0"/>
          <w:color w:val="333333"/>
          <w:sz w:val="19"/>
        </w:rPr>
        <w:t>≤√(5²+12²)</w:t>
      </w:r>
    </w:p>
    <w:p>
      <w:pPr>
        <w:spacing w:before="0" w:after="80" w:line="300" w:lineRule="auto"/>
        <w:jc w:val="left"/>
      </w:pPr>
      <w:r>
        <w:rPr>
          <w:rFonts w:ascii="Times New Roman" w:hAnsi="Times New Roman" w:eastAsia="宋体"/>
          <w:b w:val="0"/>
          <w:i w:val="0"/>
          <w:color w:val="333333"/>
          <w:sz w:val="19"/>
        </w:rPr>
        <w:t>·√(x²+y²)</w:t>
      </w:r>
    </w:p>
    <w:p>
      <w:pPr>
        <w:spacing w:before="0" w:after="80" w:line="300" w:lineRule="auto"/>
        <w:jc w:val="left"/>
      </w:pPr>
      <w:r>
        <w:rPr>
          <w:rFonts w:ascii="Times New Roman" w:hAnsi="Times New Roman" w:eastAsia="宋体"/>
          <w:b w:val="0"/>
          <w:i w:val="0"/>
          <w:color w:val="333333"/>
          <w:sz w:val="19"/>
        </w:rPr>
        <w:t>=13√(x²+y²).</w:t>
      </w:r>
    </w:p>
    <w:p>
      <w:pPr>
        <w:spacing w:before="0" w:after="80" w:line="300" w:lineRule="auto"/>
        <w:jc w:val="left"/>
      </w:pPr>
      <w:r>
        <w:rPr>
          <w:rFonts w:ascii="Times New Roman" w:hAnsi="Times New Roman" w:eastAsia="宋体"/>
          <w:b w:val="0"/>
          <w:i w:val="0"/>
          <w:color w:val="333333"/>
          <w:sz w:val="19"/>
        </w:rPr>
        <w:t>Thus the distance is at least 60/13. Equality occurs when (x,y) is proportional to (5,12), so the minimum is 60/13.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