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1960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2 是方程 x³+hx+10=0 的一个解（根），则 h 等于：</w:t>
      </w:r>
    </w:p>
    <w:p>
      <w:pPr>
        <w:spacing w:before="0" w:after="120" w:line="300" w:lineRule="auto"/>
      </w:pPr>
      <w:r>
        <w:rPr>
          <w:rFonts w:ascii="Times New Roman" w:hAnsi="Times New Roman" w:eastAsia="宋体"/>
          <w:b w:val="0"/>
          <w:i w:val="0"/>
          <w:sz w:val="21"/>
        </w:rPr>
        <w:t>（A）10　　（B）9　　（C）2　　（D）-2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 is a solution (root) of x³+hx+10=0, then h equals:</w:t>
      </w:r>
    </w:p>
    <w:p>
      <w:pPr>
        <w:spacing w:before="0" w:after="160" w:line="300" w:lineRule="auto"/>
      </w:pPr>
      <w:r>
        <w:rPr>
          <w:rFonts w:ascii="Times New Roman" w:hAnsi="Times New Roman" w:eastAsia="宋体"/>
          <w:b w:val="0"/>
          <w:i w:val="0"/>
          <w:color w:val="333333"/>
          <w:sz w:val="19"/>
        </w:rPr>
        <w:t>(A) 10　　(B) 9　　(C) 2　　(D) -2　　(E) -9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一只钟从恰好 6:00 开始敲响 6 下，共用 5 秒。若每相邻两次敲响的时间间隔相同，那么敲响 12 下需要多少秒？</w:t>
      </w:r>
    </w:p>
    <w:p>
      <w:pPr>
        <w:spacing w:before="0" w:after="120" w:line="300" w:lineRule="auto"/>
      </w:pPr>
      <w:r>
        <w:rPr>
          <w:rFonts w:ascii="Times New Roman" w:hAnsi="Times New Roman" w:eastAsia="宋体"/>
          <w:b w:val="0"/>
          <w:i w:val="0"/>
          <w:sz w:val="21"/>
        </w:rPr>
        <w:t>（A）91/3　　（B）10　　（C）11　　（D）142/3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takes 5 seconds for a clock to strike 6 o’clock beginning at 6:00 o’clock precisely. If the strikings are uniformly spaced, how long, in seconds, does it take to strike 12 o’clock?</w:t>
      </w:r>
    </w:p>
    <w:p>
      <w:pPr>
        <w:spacing w:before="0" w:after="160" w:line="300" w:lineRule="auto"/>
      </w:pPr>
      <w:r>
        <w:rPr>
          <w:rFonts w:ascii="Times New Roman" w:hAnsi="Times New Roman" w:eastAsia="宋体"/>
          <w:b w:val="0"/>
          <w:i w:val="0"/>
          <w:color w:val="333333"/>
          <w:sz w:val="19"/>
        </w:rPr>
        <w:t>(A) 91/3　　(B) 10　　(C) 11　　(D) 142/3　　(E) none of these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对一张金额为 $10,000 的账单，打 40% 的折扣与先后打 36% 和 4% 的两次折扣之间的差额（以美元计）是：</w:t>
      </w:r>
    </w:p>
    <w:p>
      <w:pPr>
        <w:spacing w:before="0" w:after="120" w:line="300" w:lineRule="auto"/>
      </w:pPr>
      <w:r>
        <w:rPr>
          <w:rFonts w:ascii="Times New Roman" w:hAnsi="Times New Roman" w:eastAsia="宋体"/>
          <w:b w:val="0"/>
          <w:i w:val="0"/>
          <w:sz w:val="21"/>
        </w:rPr>
        <w:t>（A）0　　（B）144　　（C）256　　（D）400　　（E）416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Applied to a bill for $10,000 the difference between a discount of 40% and two successive discounts of 36% and 4%, expressed in dollars, is:</w:t>
      </w:r>
    </w:p>
    <w:p>
      <w:pPr>
        <w:spacing w:before="0" w:after="160" w:line="300" w:lineRule="auto"/>
      </w:pPr>
      <w:r>
        <w:rPr>
          <w:rFonts w:ascii="Times New Roman" w:hAnsi="Times New Roman" w:eastAsia="宋体"/>
          <w:b w:val="0"/>
          <w:i w:val="0"/>
          <w:color w:val="333333"/>
          <w:sz w:val="19"/>
        </w:rPr>
        <w:t>(A) 0　　(B) 144　　(C) 256　　(D) 400　　(E) 416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一个三角形的两个角均为 60°，它们的夹边长为 4 英寸。这个三角形的面积（以平方英寸计）是：</w:t>
      </w:r>
    </w:p>
    <w:p>
      <w:pPr>
        <w:spacing w:before="0" w:after="120" w:line="300" w:lineRule="auto"/>
      </w:pPr>
      <w:r>
        <w:rPr>
          <w:rFonts w:ascii="Times New Roman" w:hAnsi="Times New Roman" w:eastAsia="宋体"/>
          <w:b w:val="0"/>
          <w:i w:val="0"/>
          <w:sz w:val="21"/>
        </w:rPr>
        <w:t>（A）8√(3)　　（B）8　　（C）4√(3)　　（D）4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two angles of a triangle is 60° and the included side is 4 inches. The area of the triangle, in square inches, is:</w:t>
      </w:r>
    </w:p>
    <w:p>
      <w:pPr>
        <w:spacing w:before="0" w:after="160" w:line="300" w:lineRule="auto"/>
      </w:pPr>
      <w:r>
        <w:rPr>
          <w:rFonts w:ascii="Times New Roman" w:hAnsi="Times New Roman" w:eastAsia="宋体"/>
          <w:b w:val="0"/>
          <w:i w:val="0"/>
          <w:color w:val="333333"/>
          <w:sz w:val="19"/>
        </w:rPr>
        <w:t>(A) 8√(3)　　(B) 8　　(C) 4√(3)　　(D) 4　　(E) 2√(3)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图像 x²+y²=9 与 y²=9 的不同公共点共有：</w:t>
      </w:r>
    </w:p>
    <w:p>
      <w:pPr>
        <w:spacing w:before="0" w:after="120" w:line="300" w:lineRule="auto"/>
      </w:pPr>
      <w:r>
        <w:rPr>
          <w:rFonts w:ascii="Times New Roman" w:hAnsi="Times New Roman" w:eastAsia="宋体"/>
          <w:b w:val="0"/>
          <w:i w:val="0"/>
          <w:sz w:val="21"/>
        </w:rPr>
        <w:t>（A）无穷多个　　（B）四个　　（C）两个　　（D）一个　　（E）没有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points common to the graphs of x²+y²=9 and y²=9 is:</w:t>
      </w:r>
    </w:p>
    <w:p>
      <w:pPr>
        <w:spacing w:before="0" w:after="160" w:line="300" w:lineRule="auto"/>
      </w:pPr>
      <w:r>
        <w:rPr>
          <w:rFonts w:ascii="Times New Roman" w:hAnsi="Times New Roman" w:eastAsia="宋体"/>
          <w:b w:val="0"/>
          <w:i w:val="0"/>
          <w:color w:val="333333"/>
          <w:sz w:val="19"/>
        </w:rPr>
        <w:t>(A) infinitely many　　(B) four　　(C) two　　(D) one　　(E) none</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一个圆的周长为 100 英寸。该圆内接正方形的边长（以英寸计）是：</w:t>
      </w:r>
    </w:p>
    <w:p>
      <w:pPr>
        <w:spacing w:before="0" w:after="120" w:line="300" w:lineRule="auto"/>
      </w:pPr>
      <w:r>
        <w:rPr>
          <w:rFonts w:ascii="Times New Roman" w:hAnsi="Times New Roman" w:eastAsia="宋体"/>
          <w:b w:val="0"/>
          <w:i w:val="0"/>
          <w:sz w:val="21"/>
        </w:rPr>
        <w:t>（A）(25√(2))/π　　（B）(50√(2))/π　　（C）100/π　　（D）(100√(2))/π　　（E）50√(2)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circumference of a circle is 100 inches. The side of a square inscribed in this circle, expressed in inches, is:</w:t>
      </w:r>
    </w:p>
    <w:p>
      <w:pPr>
        <w:spacing w:before="0" w:after="160" w:line="300" w:lineRule="auto"/>
      </w:pPr>
      <w:r>
        <w:rPr>
          <w:rFonts w:ascii="Times New Roman" w:hAnsi="Times New Roman" w:eastAsia="宋体"/>
          <w:b w:val="0"/>
          <w:i w:val="0"/>
          <w:color w:val="333333"/>
          <w:sz w:val="19"/>
        </w:rPr>
        <w:t>(A) (25√(2))/π　　(B) (50√(2))/π　　(C) 100/π　　(D) (100√(2))/π　　(E) 50√(2)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圆 I 经过圆 II 的圆心，并与圆 II 相切。圆 I 的面积为 4 平方英寸。那么圆 II 的面积（以平方英寸计）是：</w:t>
      </w:r>
    </w:p>
    <w:p>
      <w:pPr>
        <w:spacing w:before="0" w:after="120" w:line="300" w:lineRule="auto"/>
      </w:pPr>
      <w:r>
        <w:rPr>
          <w:rFonts w:ascii="Times New Roman" w:hAnsi="Times New Roman" w:eastAsia="宋体"/>
          <w:b w:val="0"/>
          <w:i w:val="0"/>
          <w:sz w:val="21"/>
        </w:rPr>
        <w:t>（A）8　　（B）8√(2)　　（C）8√(π)　　（D）16　　（E）16√(2)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I passes through the center of, and is tangent to, circle II. The area of circle I is 4 square inches. Then the area of circle II, in square inches, is:</w:t>
      </w:r>
    </w:p>
    <w:p>
      <w:pPr>
        <w:spacing w:before="0" w:after="160" w:line="300" w:lineRule="auto"/>
      </w:pPr>
      <w:r>
        <w:rPr>
          <w:rFonts w:ascii="Times New Roman" w:hAnsi="Times New Roman" w:eastAsia="宋体"/>
          <w:b w:val="0"/>
          <w:i w:val="0"/>
          <w:color w:val="333333"/>
          <w:sz w:val="19"/>
        </w:rPr>
        <w:t>(A) 8　　(B) 8√(2)　　(C) 8√(π)　　(D) 16　　(E) 16√(2)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数 2.5252525… 可以写成分数。将该分数约成最简分数后，其分子与分母之和是：</w:t>
      </w:r>
    </w:p>
    <w:p>
      <w:pPr>
        <w:spacing w:before="0" w:after="120" w:line="300" w:lineRule="auto"/>
      </w:pPr>
      <w:r>
        <w:rPr>
          <w:rFonts w:ascii="Times New Roman" w:hAnsi="Times New Roman" w:eastAsia="宋体"/>
          <w:b w:val="0"/>
          <w:i w:val="0"/>
          <w:sz w:val="21"/>
        </w:rPr>
        <w:t>（A）7　　（B）29　　（C）141　　（D）349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2.5252525… can be written as a fraction. When reduced to lowest terms the sum of the numerator and denominator of this fraction is:</w:t>
      </w:r>
    </w:p>
    <w:p>
      <w:pPr>
        <w:spacing w:before="0" w:after="160" w:line="300" w:lineRule="auto"/>
      </w:pPr>
      <w:r>
        <w:rPr>
          <w:rFonts w:ascii="Times New Roman" w:hAnsi="Times New Roman" w:eastAsia="宋体"/>
          <w:b w:val="0"/>
          <w:i w:val="0"/>
          <w:color w:val="333333"/>
          <w:sz w:val="19"/>
        </w:rPr>
        <w:t>(A) 7　　(B) 29　　(C) 141　　(D) 349　　(E) none of these</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分式</w:t>
      </w:r>
    </w:p>
    <w:p>
      <w:pPr>
        <w:spacing w:before="0" w:after="80" w:line="300" w:lineRule="auto"/>
        <w:jc w:val="left"/>
      </w:pPr>
      <w:r>
        <w:rPr>
          <w:rFonts w:ascii="Times New Roman" w:hAnsi="Times New Roman" w:eastAsia="宋体"/>
          <w:b w:val="0"/>
          <w:i w:val="0"/>
          <w:sz w:val="21"/>
        </w:rPr>
        <w:t>a²+b²-c²+2ab/a²+c²-b²+2ac</w:t>
      </w:r>
    </w:p>
    <w:p>
      <w:pPr>
        <w:spacing w:before="0" w:after="80" w:line="300" w:lineRule="auto"/>
        <w:jc w:val="left"/>
      </w:pPr>
      <w:r>
        <w:rPr>
          <w:rFonts w:ascii="Times New Roman" w:hAnsi="Times New Roman" w:eastAsia="宋体"/>
          <w:b w:val="0"/>
          <w:i w:val="0"/>
          <w:sz w:val="21"/>
        </w:rPr>
        <w:t>在 a、b 和 c 的取值满足适当限制时：</w:t>
      </w:r>
    </w:p>
    <w:p>
      <w:pPr>
        <w:spacing w:before="0" w:after="120" w:line="300" w:lineRule="auto"/>
      </w:pPr>
      <w:r>
        <w:rPr>
          <w:rFonts w:ascii="Times New Roman" w:hAnsi="Times New Roman" w:eastAsia="宋体"/>
          <w:b w:val="0"/>
          <w:i w:val="0"/>
          <w:sz w:val="21"/>
        </w:rPr>
        <w:t>（A）不能约简　　（B）可约简为 -1　　（C）可约简为一个三项式　　（D）可约简为 a-b+c/a+b-c　　（E）可约简为 a+b-c/a-b+c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w:t>
      </w:r>
    </w:p>
    <w:p>
      <w:pPr>
        <w:spacing w:before="0" w:after="80" w:line="300" w:lineRule="auto"/>
        <w:jc w:val="left"/>
      </w:pPr>
      <w:r>
        <w:rPr>
          <w:rFonts w:ascii="Times New Roman" w:hAnsi="Times New Roman" w:eastAsia="宋体"/>
          <w:b w:val="0"/>
          <w:i w:val="0"/>
          <w:color w:val="333333"/>
          <w:sz w:val="19"/>
        </w:rPr>
        <w:t>a²+b²-c²+2ab/a²+c²-b²+2ac</w:t>
      </w:r>
    </w:p>
    <w:p>
      <w:pPr>
        <w:spacing w:before="0" w:after="80" w:line="300" w:lineRule="auto"/>
        <w:jc w:val="left"/>
      </w:pPr>
      <w:r>
        <w:rPr>
          <w:rFonts w:ascii="Times New Roman" w:hAnsi="Times New Roman" w:eastAsia="宋体"/>
          <w:b w:val="0"/>
          <w:i w:val="0"/>
          <w:color w:val="333333"/>
          <w:sz w:val="19"/>
        </w:rPr>
        <w:t>is (with suitable restrictions on the values of a, b, and c):</w:t>
      </w:r>
    </w:p>
    <w:p>
      <w:pPr>
        <w:spacing w:before="0" w:after="160" w:line="300" w:lineRule="auto"/>
      </w:pPr>
      <w:r>
        <w:rPr>
          <w:rFonts w:ascii="Times New Roman" w:hAnsi="Times New Roman" w:eastAsia="宋体"/>
          <w:b w:val="0"/>
          <w:i w:val="0"/>
          <w:color w:val="333333"/>
          <w:sz w:val="19"/>
        </w:rPr>
        <w:t>(A) irreducible　　(B) reducible to -1　　(C) reducible to a polynomial of three terms　　(D) reducible to a-b+c/a+b-c　　(E) reducible to a+b-c/a-b+c</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给出以下六个陈述：</w:t>
      </w:r>
    </w:p>
    <w:p>
      <w:pPr>
        <w:spacing w:before="0" w:after="80" w:line="300" w:lineRule="auto"/>
        <w:jc w:val="left"/>
      </w:pPr>
      <w:r>
        <w:rPr>
          <w:rFonts w:ascii="Times New Roman" w:hAnsi="Times New Roman" w:eastAsia="宋体"/>
          <w:b w:val="0"/>
          <w:i w:val="0"/>
          <w:sz w:val="21"/>
        </w:rPr>
        <w:t>(1) 所有女性都是好驾驶员。</w:t>
      </w:r>
    </w:p>
    <w:p>
      <w:pPr>
        <w:spacing w:before="0" w:after="80" w:line="300" w:lineRule="auto"/>
        <w:jc w:val="left"/>
      </w:pPr>
      <w:r>
        <w:rPr>
          <w:rFonts w:ascii="Times New Roman" w:hAnsi="Times New Roman" w:eastAsia="宋体"/>
          <w:b w:val="0"/>
          <w:i w:val="0"/>
          <w:sz w:val="21"/>
        </w:rPr>
        <w:t>(2) 有些女性是好驾驶员。</w:t>
      </w:r>
    </w:p>
    <w:p>
      <w:pPr>
        <w:spacing w:before="0" w:after="80" w:line="300" w:lineRule="auto"/>
        <w:jc w:val="left"/>
      </w:pPr>
      <w:r>
        <w:rPr>
          <w:rFonts w:ascii="Times New Roman" w:hAnsi="Times New Roman" w:eastAsia="宋体"/>
          <w:b w:val="0"/>
          <w:i w:val="0"/>
          <w:sz w:val="21"/>
        </w:rPr>
        <w:t>(3) 没有男性是好驾驶员。</w:t>
      </w:r>
    </w:p>
    <w:p>
      <w:pPr>
        <w:spacing w:before="0" w:after="80" w:line="300" w:lineRule="auto"/>
        <w:jc w:val="left"/>
      </w:pPr>
      <w:r>
        <w:rPr>
          <w:rFonts w:ascii="Times New Roman" w:hAnsi="Times New Roman" w:eastAsia="宋体"/>
          <w:b w:val="0"/>
          <w:i w:val="0"/>
          <w:sz w:val="21"/>
        </w:rPr>
        <w:t>(4) 所有男性都是差驾驶员。</w:t>
      </w:r>
    </w:p>
    <w:p>
      <w:pPr>
        <w:spacing w:before="0" w:after="80" w:line="300" w:lineRule="auto"/>
        <w:jc w:val="left"/>
      </w:pPr>
      <w:r>
        <w:rPr>
          <w:rFonts w:ascii="Times New Roman" w:hAnsi="Times New Roman" w:eastAsia="宋体"/>
          <w:b w:val="0"/>
          <w:i w:val="0"/>
          <w:sz w:val="21"/>
        </w:rPr>
        <w:t>(5) 至少有一名男性是差驾驶员。</w:t>
      </w:r>
    </w:p>
    <w:p>
      <w:pPr>
        <w:spacing w:before="0" w:after="80" w:line="300" w:lineRule="auto"/>
        <w:jc w:val="left"/>
      </w:pPr>
      <w:r>
        <w:rPr>
          <w:rFonts w:ascii="Times New Roman" w:hAnsi="Times New Roman" w:eastAsia="宋体"/>
          <w:b w:val="0"/>
          <w:i w:val="0"/>
          <w:sz w:val="21"/>
        </w:rPr>
        <w:t>(6) 所有男性都是好驾驶员。</w:t>
      </w:r>
    </w:p>
    <w:p>
      <w:pPr>
        <w:spacing w:before="0" w:after="80" w:line="300" w:lineRule="auto"/>
        <w:jc w:val="left"/>
      </w:pPr>
      <w:r>
        <w:rPr>
          <w:rFonts w:ascii="Times New Roman" w:hAnsi="Times New Roman" w:eastAsia="宋体"/>
          <w:b w:val="0"/>
          <w:i w:val="0"/>
          <w:sz w:val="21"/>
        </w:rPr>
        <w:t>否定陈述 (6) 的陈述是：</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following six statements:</w:t>
      </w:r>
    </w:p>
    <w:p>
      <w:pPr>
        <w:spacing w:before="0" w:after="80" w:line="300" w:lineRule="auto"/>
        <w:jc w:val="left"/>
      </w:pPr>
      <w:r>
        <w:rPr>
          <w:rFonts w:ascii="Times New Roman" w:hAnsi="Times New Roman" w:eastAsia="宋体"/>
          <w:b w:val="0"/>
          <w:i w:val="0"/>
          <w:color w:val="333333"/>
          <w:sz w:val="19"/>
        </w:rPr>
        <w:t>(1) All women are good drivers.</w:t>
      </w:r>
    </w:p>
    <w:p>
      <w:pPr>
        <w:spacing w:before="0" w:after="80" w:line="300" w:lineRule="auto"/>
        <w:jc w:val="left"/>
      </w:pPr>
      <w:r>
        <w:rPr>
          <w:rFonts w:ascii="Times New Roman" w:hAnsi="Times New Roman" w:eastAsia="宋体"/>
          <w:b w:val="0"/>
          <w:i w:val="0"/>
          <w:color w:val="333333"/>
          <w:sz w:val="19"/>
        </w:rPr>
        <w:t>(2) Some women are good drivers.</w:t>
      </w:r>
    </w:p>
    <w:p>
      <w:pPr>
        <w:spacing w:before="0" w:after="80" w:line="300" w:lineRule="auto"/>
        <w:jc w:val="left"/>
      </w:pPr>
      <w:r>
        <w:rPr>
          <w:rFonts w:ascii="Times New Roman" w:hAnsi="Times New Roman" w:eastAsia="宋体"/>
          <w:b w:val="0"/>
          <w:i w:val="0"/>
          <w:color w:val="333333"/>
          <w:sz w:val="19"/>
        </w:rPr>
        <w:t>(3) No men are good drivers.</w:t>
      </w:r>
    </w:p>
    <w:p>
      <w:pPr>
        <w:spacing w:before="0" w:after="80" w:line="300" w:lineRule="auto"/>
        <w:jc w:val="left"/>
      </w:pPr>
      <w:r>
        <w:rPr>
          <w:rFonts w:ascii="Times New Roman" w:hAnsi="Times New Roman" w:eastAsia="宋体"/>
          <w:b w:val="0"/>
          <w:i w:val="0"/>
          <w:color w:val="333333"/>
          <w:sz w:val="19"/>
        </w:rPr>
        <w:t>(4) All men are bad drivers.</w:t>
      </w:r>
    </w:p>
    <w:p>
      <w:pPr>
        <w:spacing w:before="0" w:after="80" w:line="300" w:lineRule="auto"/>
        <w:jc w:val="left"/>
      </w:pPr>
      <w:r>
        <w:rPr>
          <w:rFonts w:ascii="Times New Roman" w:hAnsi="Times New Roman" w:eastAsia="宋体"/>
          <w:b w:val="0"/>
          <w:i w:val="0"/>
          <w:color w:val="333333"/>
          <w:sz w:val="19"/>
        </w:rPr>
        <w:t>(5) At least one man is a bad driver.</w:t>
      </w:r>
    </w:p>
    <w:p>
      <w:pPr>
        <w:spacing w:before="0" w:after="80" w:line="300" w:lineRule="auto"/>
        <w:jc w:val="left"/>
      </w:pPr>
      <w:r>
        <w:rPr>
          <w:rFonts w:ascii="Times New Roman" w:hAnsi="Times New Roman" w:eastAsia="宋体"/>
          <w:b w:val="0"/>
          <w:i w:val="0"/>
          <w:color w:val="333333"/>
          <w:sz w:val="19"/>
        </w:rPr>
        <w:t>(6) All men are good drivers.</w:t>
      </w:r>
    </w:p>
    <w:p>
      <w:pPr>
        <w:spacing w:before="0" w:after="80" w:line="300" w:lineRule="auto"/>
        <w:jc w:val="left"/>
      </w:pPr>
      <w:r>
        <w:rPr>
          <w:rFonts w:ascii="Times New Roman" w:hAnsi="Times New Roman" w:eastAsia="宋体"/>
          <w:b w:val="0"/>
          <w:i w:val="0"/>
          <w:color w:val="333333"/>
          <w:sz w:val="19"/>
        </w:rPr>
        <w:t>The statement that negates statement (6) is: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对于某个给定的 k，方程</w:t>
      </w:r>
    </w:p>
    <w:p>
      <w:pPr>
        <w:spacing w:before="0" w:after="80" w:line="300" w:lineRule="auto"/>
        <w:jc w:val="left"/>
      </w:pPr>
      <w:r>
        <w:rPr>
          <w:rFonts w:ascii="Times New Roman" w:hAnsi="Times New Roman" w:eastAsia="宋体"/>
          <w:b w:val="0"/>
          <w:i w:val="0"/>
          <w:sz w:val="21"/>
        </w:rPr>
        <w:t>x²-3kx+2k²-1=0</w:t>
      </w:r>
    </w:p>
    <w:p>
      <w:pPr>
        <w:spacing w:before="0" w:after="80" w:line="300" w:lineRule="auto"/>
        <w:jc w:val="left"/>
      </w:pPr>
      <w:r>
        <w:rPr>
          <w:rFonts w:ascii="Times New Roman" w:hAnsi="Times New Roman" w:eastAsia="宋体"/>
          <w:b w:val="0"/>
          <w:i w:val="0"/>
          <w:sz w:val="21"/>
        </w:rPr>
        <w:t>的两根之积为 7。这两个根可以描述为：</w:t>
      </w:r>
    </w:p>
    <w:p>
      <w:pPr>
        <w:spacing w:before="0" w:after="120" w:line="300" w:lineRule="auto"/>
      </w:pPr>
      <w:r>
        <w:rPr>
          <w:rFonts w:ascii="Times New Roman" w:hAnsi="Times New Roman" w:eastAsia="宋体"/>
          <w:b w:val="0"/>
          <w:i w:val="0"/>
          <w:sz w:val="21"/>
        </w:rPr>
        <w:t>（A）正整数　　（B）负整数　　（C）有理数，但不是整数　　（D）无理数　　（E）虚数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given value of k, the product of the roots of</w:t>
      </w:r>
    </w:p>
    <w:p>
      <w:pPr>
        <w:spacing w:before="0" w:after="80" w:line="300" w:lineRule="auto"/>
        <w:jc w:val="left"/>
      </w:pPr>
      <w:r>
        <w:rPr>
          <w:rFonts w:ascii="Times New Roman" w:hAnsi="Times New Roman" w:eastAsia="宋体"/>
          <w:b w:val="0"/>
          <w:i w:val="0"/>
          <w:color w:val="333333"/>
          <w:sz w:val="19"/>
        </w:rPr>
        <w:t>x²-3kx+2k²-1=0</w:t>
      </w:r>
    </w:p>
    <w:p>
      <w:pPr>
        <w:spacing w:before="0" w:after="80" w:line="300" w:lineRule="auto"/>
        <w:jc w:val="left"/>
      </w:pPr>
      <w:r>
        <w:rPr>
          <w:rFonts w:ascii="Times New Roman" w:hAnsi="Times New Roman" w:eastAsia="宋体"/>
          <w:b w:val="0"/>
          <w:i w:val="0"/>
          <w:color w:val="333333"/>
          <w:sz w:val="19"/>
        </w:rPr>
        <w:t>is 7. The roots may be characterized as:</w:t>
      </w:r>
    </w:p>
    <w:p>
      <w:pPr>
        <w:spacing w:before="0" w:after="160" w:line="300" w:lineRule="auto"/>
      </w:pPr>
      <w:r>
        <w:rPr>
          <w:rFonts w:ascii="Times New Roman" w:hAnsi="Times New Roman" w:eastAsia="宋体"/>
          <w:b w:val="0"/>
          <w:i w:val="0"/>
          <w:color w:val="333333"/>
          <w:sz w:val="19"/>
        </w:rPr>
        <w:t>(A) integral and positive　　(B) integral and negative　　(C) rational, but not integral　　(D) irrational　　(E) imaginary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在同一平面内，所有半径为给定值 a，且经过一个定点的圆，其圆心的轨迹是：</w:t>
      </w:r>
    </w:p>
    <w:p>
      <w:pPr>
        <w:spacing w:before="0" w:after="120" w:line="300" w:lineRule="auto"/>
      </w:pPr>
      <w:r>
        <w:rPr>
          <w:rFonts w:ascii="Times New Roman" w:hAnsi="Times New Roman" w:eastAsia="宋体"/>
          <w:b w:val="0"/>
          <w:i w:val="0"/>
          <w:sz w:val="21"/>
        </w:rPr>
        <w:t>（A）一个点　　（B）一条直线　　（C）两条直线　　（D）一个圆　　（E）两个圆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locus of the centers of all circles of given radius a, in the same plane, passing through a fixed point, is:</w:t>
      </w:r>
    </w:p>
    <w:p>
      <w:pPr>
        <w:spacing w:before="0" w:after="160" w:line="300" w:lineRule="auto"/>
      </w:pPr>
      <w:r>
        <w:rPr>
          <w:rFonts w:ascii="Times New Roman" w:hAnsi="Times New Roman" w:eastAsia="宋体"/>
          <w:b w:val="0"/>
          <w:i w:val="0"/>
          <w:color w:val="333333"/>
          <w:sz w:val="19"/>
        </w:rPr>
        <w:t>(A) a point　　(B) a straight line　　(C) two straight lines　　(D) a circle　　(E) two circles</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由 y=3x+2、y=-3x+2 和 y=-2 围成的多边形是：</w:t>
      </w:r>
    </w:p>
    <w:p>
      <w:pPr>
        <w:spacing w:before="0" w:after="120" w:line="300" w:lineRule="auto"/>
      </w:pPr>
      <w:r>
        <w:rPr>
          <w:rFonts w:ascii="Times New Roman" w:hAnsi="Times New Roman" w:eastAsia="宋体"/>
          <w:b w:val="0"/>
          <w:i w:val="0"/>
          <w:sz w:val="21"/>
        </w:rPr>
        <w:t>（A）等边三角形　　（B）等腰三角形　　（C）直角三角形　　（D）一个三角形和一个梯形　　（E）四边形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polygon(s) formed by y=3x+2, y=-3x+2, and y=-2, is (are):</w:t>
      </w:r>
    </w:p>
    <w:p>
      <w:pPr>
        <w:spacing w:before="0" w:after="160" w:line="300" w:lineRule="auto"/>
      </w:pPr>
      <w:r>
        <w:rPr>
          <w:rFonts w:ascii="Times New Roman" w:hAnsi="Times New Roman" w:eastAsia="宋体"/>
          <w:b w:val="0"/>
          <w:i w:val="0"/>
          <w:color w:val="333333"/>
          <w:sz w:val="19"/>
        </w:rPr>
        <w:t>(A) an equilateral triangle　　(B) an isosceles triangle　　(C) a right triangle　　(D) a triangle and a trapezoid　　(E) a quadrilateral</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 a 和 b 是实数，则方程 3x-5+a=bx+1 有唯一解 x 的条件是［符号 a≠0 表示 a 不等于零］：</w:t>
      </w:r>
    </w:p>
    <w:p>
      <w:pPr>
        <w:spacing w:before="0" w:after="120" w:line="300" w:lineRule="auto"/>
      </w:pPr>
      <w:r>
        <w:rPr>
          <w:rFonts w:ascii="Times New Roman" w:hAnsi="Times New Roman" w:eastAsia="宋体"/>
          <w:b w:val="0"/>
          <w:i w:val="0"/>
          <w:sz w:val="21"/>
        </w:rPr>
        <w:t>（A）对所有 a 和 b　　（B）当 a≠2b 时　　（C）当 a≠6 时　　（D）当 b≠0 时　　（E）当 b≠3 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real numbers, the equation 3x-5+a=bx+1 has a unique solution x [the symbol a≠0 means that a is different from zero]:</w:t>
      </w:r>
    </w:p>
    <w:p>
      <w:pPr>
        <w:spacing w:before="0" w:after="160" w:line="300" w:lineRule="auto"/>
      </w:pPr>
      <w:r>
        <w:rPr>
          <w:rFonts w:ascii="Times New Roman" w:hAnsi="Times New Roman" w:eastAsia="宋体"/>
          <w:b w:val="0"/>
          <w:i w:val="0"/>
          <w:color w:val="333333"/>
          <w:sz w:val="19"/>
        </w:rPr>
        <w:t>(A) for all a and b　　(B) if a≠2b　　(C) if a≠6　　(D) if b≠0　　(E) if b≠3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三角形 I 是等边三角形，边长为 A、周长为 P、面积为 K、外接圆半径为 R。三角形 II 也是等边三角形，边长为 a、周长为 p、面积为 k、外接圆半径为 r。若 A 不同于 a，则：</w:t>
      </w:r>
    </w:p>
    <w:p>
      <w:pPr>
        <w:spacing w:before="0" w:after="120" w:line="300" w:lineRule="auto"/>
      </w:pPr>
      <w:r>
        <w:rPr>
          <w:rFonts w:ascii="Times New Roman" w:hAnsi="Times New Roman" w:eastAsia="宋体"/>
          <w:b w:val="0"/>
          <w:i w:val="0"/>
          <w:sz w:val="21"/>
        </w:rPr>
        <w:t>（A）P:p=R:r 仅在某些情况下成立　　（B）P:p=R:r 总是成立　　（C）P:p=K:k 仅在某些情况下成立　　（D）R:r=K:k 总是成立　　（E）R:r=K:k 仅在某些情况下成立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I is equilateral with side A, perimeter P, area K, and circumradius R (radius of the circumscribed circle). Triangle II is equilateral with side a, perimeter p, area k, and circumradius r. If A is different from a, then:</w:t>
      </w:r>
    </w:p>
    <w:p>
      <w:pPr>
        <w:spacing w:before="0" w:after="160" w:line="300" w:lineRule="auto"/>
      </w:pPr>
      <w:r>
        <w:rPr>
          <w:rFonts w:ascii="Times New Roman" w:hAnsi="Times New Roman" w:eastAsia="宋体"/>
          <w:b w:val="0"/>
          <w:i w:val="0"/>
          <w:color w:val="333333"/>
          <w:sz w:val="19"/>
        </w:rPr>
        <w:t>(A) P:p=R:r only sometimes　　(B) P:p=R:r always　　(C) P:p=K:k only sometimes　　(D) R:r=K:k always　　(E) R:r=K:k only sometimes</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在以 5 为底的计数系统中，数数方式如下：1、2、3、4、10、11、12、13、14、20、…。在十进位系统中表示为 69 的数，用 5 进制表示时，其数位是：</w:t>
      </w:r>
    </w:p>
    <w:p>
      <w:pPr>
        <w:spacing w:before="0" w:after="120" w:line="300" w:lineRule="auto"/>
      </w:pPr>
      <w:r>
        <w:rPr>
          <w:rFonts w:ascii="Times New Roman" w:hAnsi="Times New Roman" w:eastAsia="宋体"/>
          <w:b w:val="0"/>
          <w:i w:val="0"/>
          <w:sz w:val="21"/>
        </w:rPr>
        <w:t>（A）两个连续的数字　　（B）两个不连续的数字　　（C）三个连续的数字　　（D）三个不连续的数字　　（E）四个数字</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numeration system with base 5, counting is as follows: 1, 2, 3, 4, 10, 11, 12, 13, 14, 20, … The number whose description in the decimal system is 69, when described in the base 5 system, is a number with:</w:t>
      </w:r>
    </w:p>
    <w:p>
      <w:pPr>
        <w:spacing w:before="0" w:after="160" w:line="300" w:lineRule="auto"/>
      </w:pPr>
      <w:r>
        <w:rPr>
          <w:rFonts w:ascii="Times New Roman" w:hAnsi="Times New Roman" w:eastAsia="宋体"/>
          <w:b w:val="0"/>
          <w:i w:val="0"/>
          <w:color w:val="333333"/>
          <w:sz w:val="19"/>
        </w:rPr>
        <w:t>(A) two consecutive digits　　(B) two non-consecutive digits　　(C) three consecutive digits　　(D) three non-consecutive digits　　(E) four digits</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对某一群体，公式 N=8·10⁸· x^(-3/2) 给出了收入超过 x 美元的人数。收入最高的 800 人中，最低收入至少为多少美元？</w:t>
      </w:r>
    </w:p>
    <w:p>
      <w:pPr>
        <w:spacing w:before="0" w:after="120" w:line="300" w:lineRule="auto"/>
      </w:pPr>
      <w:r>
        <w:rPr>
          <w:rFonts w:ascii="Times New Roman" w:hAnsi="Times New Roman" w:eastAsia="宋体"/>
          <w:b w:val="0"/>
          <w:i w:val="0"/>
          <w:sz w:val="21"/>
        </w:rPr>
        <w:t>（A）10⁴　　（B）10⁶　　（C）10⁸　　（D）10¹²　　（E）10¹⁶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formula N=8·10⁸· x^(-3/2) gives, for a certain group, the number of individuals whose income exceeds x dollars. The lowest income, in dollars, of the wealthiest 800 individuals is at least:</w:t>
      </w:r>
    </w:p>
    <w:p>
      <w:pPr>
        <w:spacing w:before="0" w:after="160" w:line="300" w:lineRule="auto"/>
      </w:pPr>
      <w:r>
        <w:rPr>
          <w:rFonts w:ascii="Times New Roman" w:hAnsi="Times New Roman" w:eastAsia="宋体"/>
          <w:b w:val="0"/>
          <w:i w:val="0"/>
          <w:color w:val="333333"/>
          <w:sz w:val="19"/>
        </w:rPr>
        <w:t>(A) 10⁴　　(B) 10⁶　　(C) 10⁸　　(D) 10¹²　　(E) 10¹⁶</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方程组 3ˣ⁺ʸ=81 和 81ˣ⁻ʸ=3：</w:t>
      </w:r>
    </w:p>
    <w:p>
      <w:pPr>
        <w:spacing w:before="0" w:after="120" w:line="300" w:lineRule="auto"/>
      </w:pPr>
      <w:r>
        <w:rPr>
          <w:rFonts w:ascii="Times New Roman" w:hAnsi="Times New Roman" w:eastAsia="宋体"/>
          <w:b w:val="0"/>
          <w:i w:val="0"/>
          <w:sz w:val="21"/>
        </w:rPr>
        <w:t>（A）没有公共解　　（B）解为 x=2、y=2　　（C）解为 x=21/2、y=11/2　　（D）有由一正一负两个整数组成的公共解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pair of equations 3ˣ⁺ʸ=81 and 81ˣ⁻ʸ=3 has:</w:t>
      </w:r>
    </w:p>
    <w:p>
      <w:pPr>
        <w:spacing w:before="0" w:after="160" w:line="300" w:lineRule="auto"/>
      </w:pPr>
      <w:r>
        <w:rPr>
          <w:rFonts w:ascii="Times New Roman" w:hAnsi="Times New Roman" w:eastAsia="宋体"/>
          <w:b w:val="0"/>
          <w:i w:val="0"/>
          <w:color w:val="333333"/>
          <w:sz w:val="19"/>
        </w:rPr>
        <w:t>(A) no common solution　　(B) the solution x=2, y=2　　(C) the solution x=21/2, y=11/2　　(D) a common solution in positive and negative integers　　(E) none of these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考虑方程 I：x+y+z=46，其中 x、y 和 z 为正整数；以及方程 II：x+y+z+w=46，其中 x、y、z 和 w 为正整数。则：</w:t>
      </w:r>
    </w:p>
    <w:p>
      <w:pPr>
        <w:spacing w:before="0" w:after="120" w:line="300" w:lineRule="auto"/>
      </w:pPr>
      <w:r>
        <w:rPr>
          <w:rFonts w:ascii="Times New Roman" w:hAnsi="Times New Roman" w:eastAsia="宋体"/>
          <w:b w:val="0"/>
          <w:i w:val="0"/>
          <w:sz w:val="21"/>
        </w:rPr>
        <w:t>（A）I 可由连续整数满足　　（B）I 可由连续偶数满足　　（C）II 可由连续整数满足　　（D）II 可由连续偶数满足　　（E）II 可由连续奇数满足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equation I: x+y+z=46, where x, y, and z are positive integers, and equation II: x+y+z+w=46, where x, y, z, and w are positive integers. Then:</w:t>
      </w:r>
    </w:p>
    <w:p>
      <w:pPr>
        <w:spacing w:before="0" w:after="160" w:line="300" w:lineRule="auto"/>
      </w:pPr>
      <w:r>
        <w:rPr>
          <w:rFonts w:ascii="Times New Roman" w:hAnsi="Times New Roman" w:eastAsia="宋体"/>
          <w:b w:val="0"/>
          <w:i w:val="0"/>
          <w:color w:val="333333"/>
          <w:sz w:val="19"/>
        </w:rPr>
        <w:t>(A) I can be solved in consecutive integers　　(B) I can be solved in consecutive even integers　　(C) II can be solved in consecutive</w:t>
        <w:br/>
        <w:t>integers　　(D) II can be solved in consecutive even integers　　(E) II can be solved in consecutive odd integers</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w:t>
      </w:r>
    </w:p>
    <w:p>
      <w:pPr>
        <w:spacing w:before="0" w:after="80" w:line="300" w:lineRule="auto"/>
        <w:jc w:val="left"/>
      </w:pPr>
      <w:r>
        <w:rPr>
          <w:rFonts w:ascii="Times New Roman" w:hAnsi="Times New Roman" w:eastAsia="宋体"/>
          <w:b w:val="0"/>
          <w:i w:val="0"/>
          <w:sz w:val="21"/>
        </w:rPr>
        <w:t>(x²/2-2/x)⁸</w:t>
      </w:r>
    </w:p>
    <w:p>
      <w:pPr>
        <w:spacing w:before="0" w:after="80" w:line="300" w:lineRule="auto"/>
        <w:jc w:val="left"/>
      </w:pPr>
      <w:r>
        <w:rPr>
          <w:rFonts w:ascii="Times New Roman" w:hAnsi="Times New Roman" w:eastAsia="宋体"/>
          <w:b w:val="0"/>
          <w:i w:val="0"/>
          <w:sz w:val="21"/>
        </w:rPr>
        <w:t>的展开式中，x⁷ 的系数是：</w:t>
      </w:r>
    </w:p>
    <w:p>
      <w:pPr>
        <w:spacing w:before="0" w:after="120" w:line="300" w:lineRule="auto"/>
      </w:pPr>
      <w:r>
        <w:rPr>
          <w:rFonts w:ascii="Times New Roman" w:hAnsi="Times New Roman" w:eastAsia="宋体"/>
          <w:b w:val="0"/>
          <w:i w:val="0"/>
          <w:sz w:val="21"/>
        </w:rPr>
        <w:t>（A）56　　（B）-56　　（C）14　　（D）-14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coefficient of x⁷ in the expansion of</w:t>
      </w:r>
    </w:p>
    <w:p>
      <w:pPr>
        <w:spacing w:before="0" w:after="80" w:line="300" w:lineRule="auto"/>
        <w:jc w:val="left"/>
      </w:pPr>
      <w:r>
        <w:rPr>
          <w:rFonts w:ascii="Times New Roman" w:hAnsi="Times New Roman" w:eastAsia="宋体"/>
          <w:b w:val="0"/>
          <w:i w:val="0"/>
          <w:color w:val="333333"/>
          <w:sz w:val="19"/>
        </w:rPr>
        <w:t>(x²/2-2/x)⁸</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56　　(B) -56　　(C) 14　　(D) -14　　(E) 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正方形 I 的对角线长为 a+b。面积为正方形 I 两倍的正方形 II，其周长是：</w:t>
      </w:r>
    </w:p>
    <w:p>
      <w:pPr>
        <w:spacing w:before="0" w:after="120" w:line="300" w:lineRule="auto"/>
      </w:pPr>
      <w:r>
        <w:rPr>
          <w:rFonts w:ascii="Times New Roman" w:hAnsi="Times New Roman" w:eastAsia="宋体"/>
          <w:b w:val="0"/>
          <w:i w:val="0"/>
          <w:sz w:val="21"/>
        </w:rPr>
        <w:t>（A）(a+b)²　　（B）√(2)(a+b)²　　（C）2(a+b)　　（D）√(8)(a+b)　　（E）4(a+b)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 of square I is a+b. The perimeter of square II with twice the area of I is:</w:t>
      </w:r>
    </w:p>
    <w:p>
      <w:pPr>
        <w:spacing w:before="0" w:after="160" w:line="300" w:lineRule="auto"/>
      </w:pPr>
      <w:r>
        <w:rPr>
          <w:rFonts w:ascii="Times New Roman" w:hAnsi="Times New Roman" w:eastAsia="宋体"/>
          <w:b w:val="0"/>
          <w:i w:val="0"/>
          <w:color w:val="333333"/>
          <w:sz w:val="19"/>
        </w:rPr>
        <w:t>(A) (a+b)²　　(B) √(2)(a+b)²　　(C) 2(a+b)　　(D) √(8)(a+b)　　(E) 4(a+b)</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在等式 (x+m)²-(x+n)²=(m-n)² 中，m 和 n 是不相等的非零常数。若 x=am+bn 满足该等式，则：</w:t>
      </w:r>
    </w:p>
    <w:p>
      <w:pPr>
        <w:spacing w:before="0" w:after="120" w:line="300" w:lineRule="auto"/>
      </w:pPr>
      <w:r>
        <w:rPr>
          <w:rFonts w:ascii="Times New Roman" w:hAnsi="Times New Roman" w:eastAsia="宋体"/>
          <w:b w:val="0"/>
          <w:i w:val="0"/>
          <w:sz w:val="21"/>
        </w:rPr>
        <w:t>（A）a=0，且 b 有唯一的非零值　　（B）a=0，且 b 有两个非零值　　（C）b=0，且 a 有唯一的非零值　　（D）b=0，且 a 有两个非零值　　（E）a 和 b 各有唯一的非零值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equality (x+m)²-(x+n)²=(m-n)², where m and n are unequal non-zero constants, is satisfied by x=am+bn where:</w:t>
      </w:r>
    </w:p>
    <w:p>
      <w:pPr>
        <w:spacing w:before="0" w:after="160" w:line="300" w:lineRule="auto"/>
      </w:pPr>
      <w:r>
        <w:rPr>
          <w:rFonts w:ascii="Times New Roman" w:hAnsi="Times New Roman" w:eastAsia="宋体"/>
          <w:b w:val="0"/>
          <w:i w:val="0"/>
          <w:color w:val="333333"/>
          <w:sz w:val="19"/>
        </w:rPr>
        <w:t>(A) a=0, b has a unique non-zero value　　(B) a=0, b has two non-zero values　　(C) b=0, a has a unique non-zero value　　(D) b=0, a has two non-zero values　　(E) a and b each have a unique non-zero value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一个圆柱形盒子的半径 R 为 8 英寸，高 H 为 3 英寸。体积为 V=π R²H。将 R 增加 x 英寸与将 H 增加 x 英寸时，体积要增加同一个固定的正数。满足这一条件的是：</w:t>
      </w:r>
    </w:p>
    <w:p>
      <w:pPr>
        <w:spacing w:before="0" w:after="120" w:line="300" w:lineRule="auto"/>
      </w:pPr>
      <w:r>
        <w:rPr>
          <w:rFonts w:ascii="Times New Roman" w:hAnsi="Times New Roman" w:eastAsia="宋体"/>
          <w:b w:val="0"/>
          <w:i w:val="0"/>
          <w:sz w:val="21"/>
        </w:rPr>
        <w:t>（A）x 没有实数取值　　（B）x 有一个整数取值　　（C）x 有一个有理数但非整数的取值　　（D）x 有一个无理数取值　　（E）x 有两个实数取值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R of a cylindrical box is 8 inches, the height H is 3 inches. The volume V=π R²H is to be increased by the same fixed positive amount when R is increased by x inches as when H is increased by x inches. This condition is satisfied by:</w:t>
      </w:r>
    </w:p>
    <w:p>
      <w:pPr>
        <w:spacing w:before="0" w:after="160" w:line="300" w:lineRule="auto"/>
      </w:pPr>
      <w:r>
        <w:rPr>
          <w:rFonts w:ascii="Times New Roman" w:hAnsi="Times New Roman" w:eastAsia="宋体"/>
          <w:b w:val="0"/>
          <w:i w:val="0"/>
          <w:color w:val="333333"/>
          <w:sz w:val="19"/>
        </w:rPr>
        <w:t>(A) no real value of x　　(B) one integral value of x　　(C) one rational, but not integral, value of</w:t>
        <w:br/>
        <w:t>x　　(D) one irrational value of x　　(E) two real values of x</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 log₂ₓ216=x，其中 x 为实数，则 x 是：</w:t>
      </w:r>
    </w:p>
    <w:p>
      <w:pPr>
        <w:spacing w:before="0" w:after="120" w:line="300" w:lineRule="auto"/>
      </w:pPr>
      <w:r>
        <w:rPr>
          <w:rFonts w:ascii="Times New Roman" w:hAnsi="Times New Roman" w:eastAsia="宋体"/>
          <w:b w:val="0"/>
          <w:i w:val="0"/>
          <w:sz w:val="21"/>
        </w:rPr>
        <w:t>（A）既不是完全平方数也不是完全立方数的整数　　（B）既不是完全平方数也不是完全立方数的非整数有理数　　（C）无理数　　（D）完全平方数　　（E）完全立方数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log₂ₓ216=x, where x is real, then x is:</w:t>
      </w:r>
    </w:p>
    <w:p>
      <w:pPr>
        <w:spacing w:before="0" w:after="160" w:line="300" w:lineRule="auto"/>
      </w:pPr>
      <w:r>
        <w:rPr>
          <w:rFonts w:ascii="Times New Roman" w:hAnsi="Times New Roman" w:eastAsia="宋体"/>
          <w:b w:val="0"/>
          <w:i w:val="0"/>
          <w:color w:val="333333"/>
          <w:sz w:val="19"/>
        </w:rPr>
        <w:t>(A) a non-square, non-cube integer　　(B) a non-square, non-cube, non-integral rational number　　(C) an irrational number　　(D) a perfect square　　(E) a perfect cube</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m 和 n 为任意两个奇数，且 n 小于 m。能整除所有可能的 m²-n² 的最大整数是：</w:t>
      </w:r>
    </w:p>
    <w:p>
      <w:pPr>
        <w:spacing w:before="0" w:after="120" w:line="300" w:lineRule="auto"/>
      </w:pPr>
      <w:r>
        <w:rPr>
          <w:rFonts w:ascii="Times New Roman" w:hAnsi="Times New Roman" w:eastAsia="宋体"/>
          <w:b w:val="0"/>
          <w:i w:val="0"/>
          <w:sz w:val="21"/>
        </w:rPr>
        <w:t>（A）2　　（B）4　　（C）6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and n be any two odd numbers, with n less than m. The largest integer which divides all possible numbers of the form m²-n² is:</w:t>
      </w:r>
    </w:p>
    <w:p>
      <w:pPr>
        <w:spacing w:before="0" w:after="160" w:line="300" w:lineRule="auto"/>
      </w:pPr>
      <w:r>
        <w:rPr>
          <w:rFonts w:ascii="Times New Roman" w:hAnsi="Times New Roman" w:eastAsia="宋体"/>
          <w:b w:val="0"/>
          <w:i w:val="0"/>
          <w:color w:val="333333"/>
          <w:sz w:val="19"/>
        </w:rPr>
        <w:t>(A) 2　　(B) 4　　(C) 6　　(D) 8　　(E) 16</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求满足下列不等式的所有 x 值：</w:t>
      </w:r>
    </w:p>
    <w:p>
      <w:pPr>
        <w:spacing w:before="0" w:after="80" w:line="300" w:lineRule="auto"/>
        <w:jc w:val="left"/>
      </w:pPr>
      <w:r>
        <w:rPr>
          <w:rFonts w:ascii="Times New Roman" w:hAnsi="Times New Roman" w:eastAsia="宋体"/>
          <w:b w:val="0"/>
          <w:i w:val="0"/>
          <w:sz w:val="21"/>
        </w:rPr>
        <w:t>|5-x/3|&lt;2</w:t>
      </w:r>
    </w:p>
    <w:p>
      <w:pPr>
        <w:spacing w:before="0" w:after="80" w:line="300" w:lineRule="auto"/>
        <w:jc w:val="left"/>
      </w:pPr>
      <w:r>
        <w:rPr>
          <w:rFonts w:ascii="Times New Roman" w:hAnsi="Times New Roman" w:eastAsia="宋体"/>
          <w:b w:val="0"/>
          <w:i w:val="0"/>
          <w:sz w:val="21"/>
        </w:rPr>
        <w:t>［符号 |a| 表示：若 a 为正，则取 +a；若 a 为负，则取 -a；若 a 为零，则取 0。记号 1&lt; a&lt;2 表示 a 可以取 1 与 2 之间的任意值，但不包括 1 和 2。］</w:t>
      </w:r>
    </w:p>
    <w:p>
      <w:pPr>
        <w:spacing w:before="0" w:after="120" w:line="300" w:lineRule="auto"/>
      </w:pPr>
      <w:r>
        <w:rPr>
          <w:rFonts w:ascii="Times New Roman" w:hAnsi="Times New Roman" w:eastAsia="宋体"/>
          <w:b w:val="0"/>
          <w:i w:val="0"/>
          <w:sz w:val="21"/>
        </w:rPr>
        <w:t>（A）1&lt; x&lt;11　　（B）-1&lt; x&lt;11　　（C）x&lt;11　　（D）x&gt;11　　（E）|x|&lt;6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set of x-values satisfying the inequality</w:t>
      </w:r>
    </w:p>
    <w:p>
      <w:pPr>
        <w:spacing w:before="0" w:after="80" w:line="300" w:lineRule="auto"/>
        <w:jc w:val="left"/>
      </w:pPr>
      <w:r>
        <w:rPr>
          <w:rFonts w:ascii="Times New Roman" w:hAnsi="Times New Roman" w:eastAsia="宋体"/>
          <w:b w:val="0"/>
          <w:i w:val="0"/>
          <w:color w:val="333333"/>
          <w:sz w:val="19"/>
        </w:rPr>
        <w:t>|5-x/3|&lt;2.</w:t>
      </w:r>
    </w:p>
    <w:p>
      <w:pPr>
        <w:spacing w:before="0" w:after="80" w:line="300" w:lineRule="auto"/>
        <w:jc w:val="left"/>
      </w:pPr>
      <w:r>
        <w:rPr>
          <w:rFonts w:ascii="Times New Roman" w:hAnsi="Times New Roman" w:eastAsia="宋体"/>
          <w:b w:val="0"/>
          <w:i w:val="0"/>
          <w:color w:val="333333"/>
          <w:sz w:val="19"/>
        </w:rPr>
        <w:t>[The symbol |a| means +a if a is positive, -a if a is negative, 0 if a is zero. The notation 1&lt; a&lt;2 means that a can have any value between 1 and 2, excluding 1 and 2.]</w:t>
      </w:r>
    </w:p>
    <w:p>
      <w:pPr>
        <w:spacing w:before="0" w:after="160" w:line="300" w:lineRule="auto"/>
      </w:pPr>
      <w:r>
        <w:rPr>
          <w:rFonts w:ascii="Times New Roman" w:hAnsi="Times New Roman" w:eastAsia="宋体"/>
          <w:b w:val="0"/>
          <w:i w:val="0"/>
          <w:color w:val="333333"/>
          <w:sz w:val="19"/>
        </w:rPr>
        <w:t>(A) 1&lt; x&lt;11　　(B) -1&lt; x&lt;11　　(C) x&lt;11　　(D) x&gt;11　　(E) |x|&lt;6</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设多边形 P 的内角和为 S，且每个内角都是同一顶点处外角的 71/2 倍。则：</w:t>
      </w:r>
    </w:p>
    <w:p>
      <w:pPr>
        <w:spacing w:before="0" w:after="120" w:line="300" w:lineRule="auto"/>
      </w:pPr>
      <w:r>
        <w:rPr>
          <w:rFonts w:ascii="Times New Roman" w:hAnsi="Times New Roman" w:eastAsia="宋体"/>
          <w:b w:val="0"/>
          <w:i w:val="0"/>
          <w:sz w:val="21"/>
        </w:rPr>
        <w:t>（A）S=2660°，且 P 可能是正多边形　　（B）S=2660°，且 P 不是正多边形　　（C）S=2700°，且 P 是正多边形　　（D）S=2700°，且 P 不是正多边形　　（E）S=2700°，且 P 可能是正多边形，也可能不是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sum of the interior angles of a polygon P for which each interior angle is 71/2 times the exterior angle at the same vertex. Then:</w:t>
      </w:r>
    </w:p>
    <w:p>
      <w:pPr>
        <w:spacing w:before="0" w:after="160" w:line="300" w:lineRule="auto"/>
      </w:pPr>
      <w:r>
        <w:rPr>
          <w:rFonts w:ascii="Times New Roman" w:hAnsi="Times New Roman" w:eastAsia="宋体"/>
          <w:b w:val="0"/>
          <w:i w:val="0"/>
          <w:color w:val="333333"/>
          <w:sz w:val="19"/>
        </w:rPr>
        <w:t>(A) S=2660° and P may be regular　　(B) S=2660° and P is not regular　　(C) S=2700° and P is regular　　(D) S=2700° and P is not regular　　(E) S=2700° and P may or may not be</w:t>
        <w:br/>
        <w:t>regular</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x-7/x-3=3-7/x-3</w:t>
      </w:r>
    </w:p>
    <w:p>
      <w:pPr>
        <w:spacing w:before="0" w:after="80" w:line="300" w:lineRule="auto"/>
        <w:jc w:val="left"/>
      </w:pPr>
      <w:r>
        <w:rPr>
          <w:rFonts w:ascii="Times New Roman" w:hAnsi="Times New Roman" w:eastAsia="宋体"/>
          <w:b w:val="0"/>
          <w:i w:val="0"/>
          <w:sz w:val="21"/>
        </w:rPr>
        <w:t>的根的情况是：</w:t>
      </w:r>
    </w:p>
    <w:p>
      <w:pPr>
        <w:spacing w:before="0" w:after="120" w:line="300" w:lineRule="auto"/>
      </w:pPr>
      <w:r>
        <w:rPr>
          <w:rFonts w:ascii="Times New Roman" w:hAnsi="Times New Roman" w:eastAsia="宋体"/>
          <w:b w:val="0"/>
          <w:i w:val="0"/>
          <w:sz w:val="21"/>
        </w:rPr>
        <w:t>（A）有无穷多个整数根　　（B）无根　　（C）有一个整数根　　（D）有两个相等的整数根　　（E）有两个相等的非整数根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w:t>
      </w:r>
    </w:p>
    <w:p>
      <w:pPr>
        <w:spacing w:before="0" w:after="80" w:line="300" w:lineRule="auto"/>
        <w:jc w:val="left"/>
      </w:pPr>
      <w:r>
        <w:rPr>
          <w:rFonts w:ascii="Times New Roman" w:hAnsi="Times New Roman" w:eastAsia="宋体"/>
          <w:b w:val="0"/>
          <w:i w:val="0"/>
          <w:color w:val="333333"/>
          <w:sz w:val="19"/>
        </w:rPr>
        <w:t>x-7/x-3=3-7/x-3</w:t>
      </w:r>
    </w:p>
    <w:p>
      <w:pPr>
        <w:spacing w:before="0" w:after="80" w:line="300" w:lineRule="auto"/>
        <w:jc w:val="left"/>
      </w:pPr>
      <w:r>
        <w:rPr>
          <w:rFonts w:ascii="Times New Roman" w:hAnsi="Times New Roman" w:eastAsia="宋体"/>
          <w:b w:val="0"/>
          <w:i w:val="0"/>
          <w:color w:val="333333"/>
          <w:sz w:val="19"/>
        </w:rPr>
        <w:t>has:</w:t>
      </w:r>
    </w:p>
    <w:p>
      <w:pPr>
        <w:spacing w:before="0" w:after="160" w:line="300" w:lineRule="auto"/>
      </w:pPr>
      <w:r>
        <w:rPr>
          <w:rFonts w:ascii="Times New Roman" w:hAnsi="Times New Roman" w:eastAsia="宋体"/>
          <w:b w:val="0"/>
          <w:i w:val="0"/>
          <w:color w:val="333333"/>
          <w:sz w:val="19"/>
        </w:rPr>
        <w:t>(A) infinitely many integral roots　　(B) no root　　(C) one integral root　　(D) two equal integral roots　　(E) two equal non-integral roots</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A 的钱的五倍加上 B 的钱多于 $51.00。A 的钱的三倍减去 B 的钱等于 $21.00。若 a 表示 A 的钱（美元），b 表示 B 的钱（美元），则：</w:t>
      </w:r>
    </w:p>
    <w:p>
      <w:pPr>
        <w:spacing w:before="0" w:after="120" w:line="300" w:lineRule="auto"/>
      </w:pPr>
      <w:r>
        <w:rPr>
          <w:rFonts w:ascii="Times New Roman" w:hAnsi="Times New Roman" w:eastAsia="宋体"/>
          <w:b w:val="0"/>
          <w:i w:val="0"/>
          <w:sz w:val="21"/>
        </w:rPr>
        <w:t>（A）a&gt;9，b&gt;6　　（B）a&gt;9，b&lt;6　　（C）a&gt;9，b=6　　（D）a&gt;9，但无法给 b 确定界限　　（E）2a=3b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times A’s money added to B’s money is more than $51.00. Three times A’s money minus B’s money is $21.00. If a represents A’s money in dollars and b represents B’s money in dollars, then:</w:t>
      </w:r>
    </w:p>
    <w:p>
      <w:pPr>
        <w:spacing w:before="0" w:after="160" w:line="300" w:lineRule="auto"/>
      </w:pPr>
      <w:r>
        <w:rPr>
          <w:rFonts w:ascii="Times New Roman" w:hAnsi="Times New Roman" w:eastAsia="宋体"/>
          <w:b w:val="0"/>
          <w:i w:val="0"/>
          <w:color w:val="333333"/>
          <w:sz w:val="19"/>
        </w:rPr>
        <w:t>(A) a&gt;9, b&gt;6　　(B) a&gt;9, b&lt;6　　(C) a&gt;9, b=6　　(D) a&gt;9, but we can put no bounds on b　　(E) 2a=3b</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给定直线 3x+5y=15，考察该直线上到两坐标轴距离相等的点。这样的点存在于：</w:t>
      </w:r>
    </w:p>
    <w:p>
      <w:pPr>
        <w:spacing w:before="0" w:after="120" w:line="300" w:lineRule="auto"/>
      </w:pPr>
      <w:r>
        <w:rPr>
          <w:rFonts w:ascii="Times New Roman" w:hAnsi="Times New Roman" w:eastAsia="宋体"/>
          <w:b w:val="0"/>
          <w:i w:val="0"/>
          <w:sz w:val="21"/>
        </w:rPr>
        <w:t>（A）任何象限都没有　　（B）仅第 I 象限　　（C）仅第 I、II 象限　　（D）仅第 I、II、III 象限　　（E）每个象限</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line 3x+5y=15 and a point on this line equidistant from the coordinate axes. Such a point exists in:</w:t>
      </w:r>
    </w:p>
    <w:p>
      <w:pPr>
        <w:spacing w:before="0" w:after="160" w:line="300" w:lineRule="auto"/>
      </w:pPr>
      <w:r>
        <w:rPr>
          <w:rFonts w:ascii="Times New Roman" w:hAnsi="Times New Roman" w:eastAsia="宋体"/>
          <w:b w:val="0"/>
          <w:i w:val="0"/>
          <w:color w:val="333333"/>
          <w:sz w:val="19"/>
        </w:rPr>
        <w:t>(A) none of the quadrants　　(B) quadrant I only　　(C) quadrants I, II</w:t>
        <w:br/>
        <w:t>only　　(D) quadrants I, II, III</w:t>
        <w:br/>
        <w:t>only　　(E) each of the quadrants</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要使 x²+2x+5 成为 x⁴+px²+q 的因式，p 和 q 的值必须依次为：</w:t>
      </w:r>
    </w:p>
    <w:p>
      <w:pPr>
        <w:spacing w:before="0" w:after="120" w:line="300" w:lineRule="auto"/>
      </w:pPr>
      <w:r>
        <w:rPr>
          <w:rFonts w:ascii="Times New Roman" w:hAnsi="Times New Roman" w:eastAsia="宋体"/>
          <w:b w:val="0"/>
          <w:i w:val="0"/>
          <w:sz w:val="21"/>
        </w:rPr>
        <w:t>（A）-2，5　　（B）5，25　　（C）10，20　　（D）6，25　　（E）14，25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x²+2x+5 to be a factor of x⁴+px²+q, the values of p and q must be, respectively:</w:t>
      </w:r>
    </w:p>
    <w:p>
      <w:pPr>
        <w:spacing w:before="0" w:after="160" w:line="300" w:lineRule="auto"/>
      </w:pPr>
      <w:r>
        <w:rPr>
          <w:rFonts w:ascii="Times New Roman" w:hAnsi="Times New Roman" w:eastAsia="宋体"/>
          <w:b w:val="0"/>
          <w:i w:val="0"/>
          <w:color w:val="333333"/>
          <w:sz w:val="19"/>
        </w:rPr>
        <w:t>(A) -2, 5　　(B) 5, 25　　(C) 10, 20　　(D) 6, 25　　(E) 14, 25</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在图中，圆心为 O。AB⊥BC，ADOE 是一条直线，AP=AD，且 AB 的长度是半径的两倍。则：</w:t>
      </w:r>
    </w:p>
    <w:p>
      <w:pPr>
        <w:spacing w:before="80" w:after="80"/>
        <w:jc w:val="center"/>
      </w:pPr>
      <w:r>
        <w:drawing>
          <wp:inline xmlns:a="http://schemas.openxmlformats.org/drawingml/2006/main" xmlns:pic="http://schemas.openxmlformats.org/drawingml/2006/picture">
            <wp:extent cx="2680644" cy="1538471"/>
            <wp:docPr id="1" name="Picture 1"/>
            <wp:cNvGraphicFramePr>
              <a:graphicFrameLocks noChangeAspect="1"/>
            </wp:cNvGraphicFramePr>
            <a:graphic>
              <a:graphicData uri="http://schemas.openxmlformats.org/drawingml/2006/picture">
                <pic:pic>
                  <pic:nvPicPr>
                    <pic:cNvPr id="0" name="q32-1@300dpi.png"/>
                    <pic:cNvPicPr/>
                  </pic:nvPicPr>
                  <pic:blipFill>
                    <a:blip r:embed="rId9"/>
                    <a:stretch>
                      <a:fillRect/>
                    </a:stretch>
                  </pic:blipFill>
                  <pic:spPr>
                    <a:xfrm>
                      <a:off x="0" y="0"/>
                      <a:ext cx="2680644" cy="1538471"/>
                    </a:xfrm>
                    <a:prstGeom prst="rect"/>
                  </pic:spPr>
                </pic:pic>
              </a:graphicData>
            </a:graphic>
          </wp:inline>
        </w:drawing>
      </w:r>
    </w:p>
    <w:p>
      <w:pPr>
        <w:spacing w:before="0" w:after="120" w:line="300" w:lineRule="auto"/>
      </w:pPr>
      <w:r>
        <w:rPr>
          <w:rFonts w:ascii="Times New Roman" w:hAnsi="Times New Roman" w:eastAsia="宋体"/>
          <w:b w:val="0"/>
          <w:i w:val="0"/>
          <w:sz w:val="21"/>
        </w:rPr>
        <w:t>（A）AP²=PB·AB　　（B）AP·DO=PB·AD　　（C）AB²=AD·DE　　（D）AB·AD=OB·AO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figure the center of the circle is O. AB⊥BC, ADOE is a straight line, AP=AD, and AB has a length twice the radius. Then:</w:t>
      </w:r>
    </w:p>
    <w:p>
      <w:pPr>
        <w:spacing w:before="80" w:after="80"/>
        <w:jc w:val="center"/>
      </w:pPr>
      <w:r>
        <w:drawing>
          <wp:inline xmlns:a="http://schemas.openxmlformats.org/drawingml/2006/main" xmlns:pic="http://schemas.openxmlformats.org/drawingml/2006/picture">
            <wp:extent cx="2680644" cy="1538471"/>
            <wp:docPr id="2" name="Picture 2"/>
            <wp:cNvGraphicFramePr>
              <a:graphicFrameLocks noChangeAspect="1"/>
            </wp:cNvGraphicFramePr>
            <a:graphic>
              <a:graphicData uri="http://schemas.openxmlformats.org/drawingml/2006/picture">
                <pic:pic>
                  <pic:nvPicPr>
                    <pic:cNvPr id="0" name="q32-1@300dpi.png"/>
                    <pic:cNvPicPr/>
                  </pic:nvPicPr>
                  <pic:blipFill>
                    <a:blip r:embed="rId9"/>
                    <a:stretch>
                      <a:fillRect/>
                    </a:stretch>
                  </pic:blipFill>
                  <pic:spPr>
                    <a:xfrm>
                      <a:off x="0" y="0"/>
                      <a:ext cx="2680644" cy="15384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AP²=PB·AB　　(B) AP·DO=PB·AD　　(C) AB²=AD·DE　　(D) AB·AD=OB·AO　　(E) none of these</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给定一个含 58 项的数列；每一项都形如 P+n，其中 P 表示所有不超过 61 的质数的乘积 2·3·5⋯61，而 n 依次取值 2、3、4、…、59。设该数列中质数的个数为 N。则 N 是：</w:t>
      </w:r>
    </w:p>
    <w:p>
      <w:pPr>
        <w:spacing w:before="0" w:after="120" w:line="300" w:lineRule="auto"/>
      </w:pPr>
      <w:r>
        <w:rPr>
          <w:rFonts w:ascii="Times New Roman" w:hAnsi="Times New Roman" w:eastAsia="宋体"/>
          <w:b w:val="0"/>
          <w:i w:val="0"/>
          <w:sz w:val="21"/>
        </w:rPr>
        <w:t>（A）0　　（B）16　　（C）17　　（D）57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You are given a sequence of 58 terms; each term has the form P+n where P stands for the product 2·3·5⋯61 of all prime numbers less than or equal to 61, and n takes, successively, the values 2, 3, 4, …, 59. Let N be the number of primes appearing in this sequence. Then N is:</w:t>
      </w:r>
    </w:p>
    <w:p>
      <w:pPr>
        <w:spacing w:before="0" w:after="160" w:line="300" w:lineRule="auto"/>
      </w:pPr>
      <w:r>
        <w:rPr>
          <w:rFonts w:ascii="Times New Roman" w:hAnsi="Times New Roman" w:eastAsia="宋体"/>
          <w:b w:val="0"/>
          <w:i w:val="0"/>
          <w:color w:val="333333"/>
          <w:sz w:val="19"/>
        </w:rPr>
        <w:t>(A) 0　　(B) 16　　(C) 17　　(D) 57　　(E) 58</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两名游泳者分别位于一个长 90 英尺的泳池两端，同时开始沿泳池长度方向游泳，一人的速度为每秒 3 英尺，另一人的速度为每秒 2 英尺。他们来回游了 12 分钟。假设转身不耗费时间，求他们相互经过的次数。</w:t>
      </w:r>
    </w:p>
    <w:p>
      <w:pPr>
        <w:spacing w:before="0" w:after="120" w:line="300" w:lineRule="auto"/>
      </w:pPr>
      <w:r>
        <w:rPr>
          <w:rFonts w:ascii="Times New Roman" w:hAnsi="Times New Roman" w:eastAsia="宋体"/>
          <w:b w:val="0"/>
          <w:i w:val="0"/>
          <w:sz w:val="21"/>
        </w:rPr>
        <w:t>（A）24　　（B）21　　（C）20　　（D）19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swimmers, at opposite ends of a 90-foot pool, start to swim the length of the pool, one at the rate of 3 feet per second, the other at 2 feet per second. They swim back and forth for 12 minutes. Allowing no loss of time at the turns, find the number of times they pass each other.</w:t>
      </w:r>
    </w:p>
    <w:p>
      <w:pPr>
        <w:spacing w:before="0" w:after="160" w:line="300" w:lineRule="auto"/>
      </w:pPr>
      <w:r>
        <w:rPr>
          <w:rFonts w:ascii="Times New Roman" w:hAnsi="Times New Roman" w:eastAsia="宋体"/>
          <w:b w:val="0"/>
          <w:i w:val="0"/>
          <w:color w:val="333333"/>
          <w:sz w:val="19"/>
        </w:rPr>
        <w:t>(A) 24　　(B) 21　　(C) 20　　(D) 19　　(E) 18</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从周长为 10 个单位的圆外一点 P 作圆的切线；又从 P 作一条割线，将圆分成长度分别为 m 和 n 的两段不等弧。已知切线长 t 是 m 与 n 的比例中项。若 m 和 t 都是整数，则 t 可能取值的个数为：</w:t>
      </w:r>
    </w:p>
    <w:p>
      <w:pPr>
        <w:spacing w:before="0" w:after="120" w:line="300" w:lineRule="auto"/>
      </w:pPr>
      <w:r>
        <w:rPr>
          <w:rFonts w:ascii="Times New Roman" w:hAnsi="Times New Roman" w:eastAsia="宋体"/>
          <w:b w:val="0"/>
          <w:i w:val="0"/>
          <w:sz w:val="21"/>
        </w:rPr>
        <w:t>（A）零个　　（B）一个　　（C）两个　　（D）三个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point P outside a circle, with a circumference of 10 units, a tangent is drawn. Also from P a secant is drawn dividing the circle into unequal arcs with lengths m and n. It is found that t, the length of the tangent, is the mean proportional between m and n. If m and t are integers, then t may have the following number of values:</w:t>
      </w:r>
    </w:p>
    <w:p>
      <w:pPr>
        <w:spacing w:before="0" w:after="160" w:line="300" w:lineRule="auto"/>
      </w:pPr>
      <w:r>
        <w:rPr>
          <w:rFonts w:ascii="Times New Roman" w:hAnsi="Times New Roman" w:eastAsia="宋体"/>
          <w:b w:val="0"/>
          <w:i w:val="0"/>
          <w:color w:val="333333"/>
          <w:sz w:val="19"/>
        </w:rPr>
        <w:t>(A) zero　　(B) one　　(C) two　　(D) three　　(E) infinitely many</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在同一个首项为 a、公差为 d 的等差数列中，设前 n、2n、3n 项的和依次为 s₁、s₂、s₃。令 R=s₃-s₂-s₁。则 R 取决于：</w:t>
      </w:r>
    </w:p>
    <w:p>
      <w:pPr>
        <w:spacing w:before="0" w:after="120" w:line="300" w:lineRule="auto"/>
      </w:pPr>
      <w:r>
        <w:rPr>
          <w:rFonts w:ascii="Times New Roman" w:hAnsi="Times New Roman" w:eastAsia="宋体"/>
          <w:b w:val="0"/>
          <w:i w:val="0"/>
          <w:sz w:val="21"/>
        </w:rPr>
        <w:t>（A）a 和 d　　（B）d 和 n　　（C）a 和 n　　（D）a、d 和 n　　（E）不取决于 a、d 或 n 中的任何一个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s₁, s₂, s₃ be the respective sums of n, 2n, 3n terms of the same arithmetic progression with a as the first term and d as the common difference. Let R=s₃-s₂-s₁. Then R is dependent on:</w:t>
      </w:r>
    </w:p>
    <w:p>
      <w:pPr>
        <w:spacing w:before="0" w:after="160" w:line="300" w:lineRule="auto"/>
      </w:pPr>
      <w:r>
        <w:rPr>
          <w:rFonts w:ascii="Times New Roman" w:hAnsi="Times New Roman" w:eastAsia="宋体"/>
          <w:b w:val="0"/>
          <w:i w:val="0"/>
          <w:color w:val="333333"/>
          <w:sz w:val="19"/>
        </w:rPr>
        <w:t>(A) a and d　　(B) d and n　　(C) a and n　　(D) a, d, and n　　(E) neither a nor d nor n</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一个三角形的底长为 b，高为 h。在该三角形内接一个高为 x 的矩形，且矩形的底边在三角形的底边上。该矩形的面积是：</w:t>
      </w:r>
    </w:p>
    <w:p>
      <w:pPr>
        <w:spacing w:before="0" w:after="120" w:line="300" w:lineRule="auto"/>
      </w:pPr>
      <w:r>
        <w:rPr>
          <w:rFonts w:ascii="Times New Roman" w:hAnsi="Times New Roman" w:eastAsia="宋体"/>
          <w:b w:val="0"/>
          <w:i w:val="0"/>
          <w:sz w:val="21"/>
        </w:rPr>
        <w:t>（A）bx/h(h-x)　　（B）hx/b(b-x)　　（C）bx/h(h-2x)　　（D）x(b-x)　　（E）x(h-x)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 triangle is of length b, and the altitude is of length h. A rectangle of height x is inscribed in the triangle with the base of the rectangle in the base of the triangle. The area of the rectangle is:</w:t>
      </w:r>
    </w:p>
    <w:p>
      <w:pPr>
        <w:spacing w:before="0" w:after="160" w:line="300" w:lineRule="auto"/>
      </w:pPr>
      <w:r>
        <w:rPr>
          <w:rFonts w:ascii="Times New Roman" w:hAnsi="Times New Roman" w:eastAsia="宋体"/>
          <w:b w:val="0"/>
          <w:i w:val="0"/>
          <w:color w:val="333333"/>
          <w:sz w:val="19"/>
        </w:rPr>
        <w:t>(A) bx/h(h-x)　　(B) hx/b(b-x)　　(C) bx/h(h-2x)　　(D) x(b-x)　　(E) x(h-x)</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在图中，AB 和 AC 是等腰三角形 ABC 的两条等长边，其中内接等边三角形 DEF。记角 BFD 为 a、角 ADE 为 b、角 FEC 为 c。则：</w:t>
      </w:r>
    </w:p>
    <w:p>
      <w:pPr>
        <w:spacing w:before="80" w:after="80"/>
        <w:jc w:val="center"/>
      </w:pPr>
      <w:r>
        <w:drawing>
          <wp:inline xmlns:a="http://schemas.openxmlformats.org/drawingml/2006/main" xmlns:pic="http://schemas.openxmlformats.org/drawingml/2006/picture">
            <wp:extent cx="2069693" cy="2061543"/>
            <wp:docPr id="3" name="Picture 3"/>
            <wp:cNvGraphicFramePr>
              <a:graphicFrameLocks noChangeAspect="1"/>
            </wp:cNvGraphicFramePr>
            <a:graphic>
              <a:graphicData uri="http://schemas.openxmlformats.org/drawingml/2006/picture">
                <pic:pic>
                  <pic:nvPicPr>
                    <pic:cNvPr id="0" name="q38-1@300dpi.png"/>
                    <pic:cNvPicPr/>
                  </pic:nvPicPr>
                  <pic:blipFill>
                    <a:blip r:embed="rId10"/>
                    <a:stretch>
                      <a:fillRect/>
                    </a:stretch>
                  </pic:blipFill>
                  <pic:spPr>
                    <a:xfrm>
                      <a:off x="0" y="0"/>
                      <a:ext cx="2069693" cy="2061543"/>
                    </a:xfrm>
                    <a:prstGeom prst="rect"/>
                  </pic:spPr>
                </pic:pic>
              </a:graphicData>
            </a:graphic>
          </wp:inline>
        </w:drawing>
      </w:r>
    </w:p>
    <w:p>
      <w:pPr>
        <w:spacing w:before="0" w:after="120" w:line="300" w:lineRule="auto"/>
      </w:pPr>
      <w:r>
        <w:rPr>
          <w:rFonts w:ascii="Times New Roman" w:hAnsi="Times New Roman" w:eastAsia="宋体"/>
          <w:b w:val="0"/>
          <w:i w:val="0"/>
          <w:sz w:val="21"/>
        </w:rPr>
        <w:t>（A）b=a+c/2　　（B）b=a-c/2　　（C）a=b-c/2　　（D）a=b+c/2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diagram AB and AC are the equal sides of an isosceles triangle ABC, in which is inscribed equilateral triangle DEF. Designate angle BFD by a, angle ADE by b, and angle FEC by c. Then:</w:t>
      </w:r>
    </w:p>
    <w:p>
      <w:pPr>
        <w:spacing w:before="80" w:after="80"/>
        <w:jc w:val="center"/>
      </w:pPr>
      <w:r>
        <w:drawing>
          <wp:inline xmlns:a="http://schemas.openxmlformats.org/drawingml/2006/main" xmlns:pic="http://schemas.openxmlformats.org/drawingml/2006/picture">
            <wp:extent cx="2069693" cy="2061543"/>
            <wp:docPr id="4" name="Picture 4"/>
            <wp:cNvGraphicFramePr>
              <a:graphicFrameLocks noChangeAspect="1"/>
            </wp:cNvGraphicFramePr>
            <a:graphic>
              <a:graphicData uri="http://schemas.openxmlformats.org/drawingml/2006/picture">
                <pic:pic>
                  <pic:nvPicPr>
                    <pic:cNvPr id="0" name="q38-1@300dpi.png"/>
                    <pic:cNvPicPr/>
                  </pic:nvPicPr>
                  <pic:blipFill>
                    <a:blip r:embed="rId10"/>
                    <a:stretch>
                      <a:fillRect/>
                    </a:stretch>
                  </pic:blipFill>
                  <pic:spPr>
                    <a:xfrm>
                      <a:off x="0" y="0"/>
                      <a:ext cx="2069693" cy="20615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b=a+c/2　　(B) b=a-c/2　　(C) a=b-c/2　　(D) a=b+c/2　　(E) none of these</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要满足方程</w:t>
      </w:r>
    </w:p>
    <w:p>
      <w:pPr>
        <w:spacing w:before="0" w:after="80" w:line="300" w:lineRule="auto"/>
        <w:jc w:val="left"/>
      </w:pPr>
      <w:r>
        <w:rPr>
          <w:rFonts w:ascii="Times New Roman" w:hAnsi="Times New Roman" w:eastAsia="宋体"/>
          <w:b w:val="0"/>
          <w:i w:val="0"/>
          <w:sz w:val="21"/>
        </w:rPr>
        <w:t>a+b/a=b/a+b，</w:t>
      </w:r>
    </w:p>
    <w:p>
      <w:pPr>
        <w:spacing w:before="0" w:after="80" w:line="300" w:lineRule="auto"/>
        <w:jc w:val="left"/>
      </w:pPr>
      <w:r>
        <w:rPr>
          <w:rFonts w:ascii="Times New Roman" w:hAnsi="Times New Roman" w:eastAsia="宋体"/>
          <w:b w:val="0"/>
          <w:i w:val="0"/>
          <w:sz w:val="21"/>
        </w:rPr>
        <w:t>a 和 b 必须：</w:t>
      </w:r>
    </w:p>
    <w:p>
      <w:pPr>
        <w:spacing w:before="0" w:after="120" w:line="300" w:lineRule="auto"/>
      </w:pPr>
      <w:r>
        <w:rPr>
          <w:rFonts w:ascii="Times New Roman" w:hAnsi="Times New Roman" w:eastAsia="宋体"/>
          <w:b w:val="0"/>
          <w:i w:val="0"/>
          <w:sz w:val="21"/>
        </w:rPr>
        <w:t>（A）都是有理数　　（B）都是实数但不是有理数　　（C）都不是实数　　（D）一个是实数，另一个不是实数　　（E）一个是实数而另一个不是，或者两者都不是实数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satisfy the equation</w:t>
      </w:r>
    </w:p>
    <w:p>
      <w:pPr>
        <w:spacing w:before="0" w:after="80" w:line="300" w:lineRule="auto"/>
        <w:jc w:val="left"/>
      </w:pPr>
      <w:r>
        <w:rPr>
          <w:rFonts w:ascii="Times New Roman" w:hAnsi="Times New Roman" w:eastAsia="宋体"/>
          <w:b w:val="0"/>
          <w:i w:val="0"/>
          <w:color w:val="333333"/>
          <w:sz w:val="19"/>
        </w:rPr>
        <w:t>a+b/a=b/a+b,</w:t>
      </w:r>
    </w:p>
    <w:p>
      <w:pPr>
        <w:spacing w:before="0" w:after="80" w:line="300" w:lineRule="auto"/>
        <w:jc w:val="left"/>
      </w:pPr>
      <w:r>
        <w:rPr>
          <w:rFonts w:ascii="Times New Roman" w:hAnsi="Times New Roman" w:eastAsia="宋体"/>
          <w:b w:val="0"/>
          <w:i w:val="0"/>
          <w:color w:val="333333"/>
          <w:sz w:val="19"/>
        </w:rPr>
        <w:t>a and b must be:</w:t>
      </w:r>
    </w:p>
    <w:p>
      <w:pPr>
        <w:spacing w:before="0" w:after="160" w:line="300" w:lineRule="auto"/>
      </w:pPr>
      <w:r>
        <w:rPr>
          <w:rFonts w:ascii="Times New Roman" w:hAnsi="Times New Roman" w:eastAsia="宋体"/>
          <w:b w:val="0"/>
          <w:i w:val="0"/>
          <w:color w:val="333333"/>
          <w:sz w:val="19"/>
        </w:rPr>
        <w:t>(A) both rational　　(B) both real but not rational　　(C) both not real　　(D) one real, one not real　　(E) one real, one not real or both not real</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给定直角三角形 ABC，两直角边为 BC=3、AC=4。求从 C 引向斜边的两条三等分角线中较短一条的长度：</w:t>
      </w:r>
    </w:p>
    <w:p>
      <w:pPr>
        <w:spacing w:before="0" w:after="120" w:line="300" w:lineRule="auto"/>
      </w:pPr>
      <w:r>
        <w:rPr>
          <w:rFonts w:ascii="Times New Roman" w:hAnsi="Times New Roman" w:eastAsia="宋体"/>
          <w:b w:val="0"/>
          <w:i w:val="0"/>
          <w:sz w:val="21"/>
        </w:rPr>
        <w:t>（A）(32√(3)-24)/13　　（B）(12√(3)-9)/13　　（C）6√(3)-8　　（D）(5√(10))/6　　（E）25/12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right triangle ABC with legs BC=3, AC=4. Find the length of the shorter angle trisector from C to the hypotenuse:</w:t>
      </w:r>
    </w:p>
    <w:p>
      <w:pPr>
        <w:spacing w:before="0" w:after="160" w:line="300" w:lineRule="auto"/>
      </w:pPr>
      <w:r>
        <w:rPr>
          <w:rFonts w:ascii="Times New Roman" w:hAnsi="Times New Roman" w:eastAsia="宋体"/>
          <w:b w:val="0"/>
          <w:i w:val="0"/>
          <w:color w:val="333333"/>
          <w:sz w:val="19"/>
        </w:rPr>
        <w:t>(A) (32√(3)-24)/13　　(B) (12√(3)-9)/13　　(C) 6√(3)-8　　(D) (5√(10))/6　　(E) 25/12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B　C　C　B　D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D　B　E　B　C　A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D　E　A　C　A　D　B　E</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A　C　D　A　A　C　C　B</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A　D　E　A</w:t>
      </w:r>
    </w:p>
    <w:p>
      <w:pPr>
        <w:spacing w:before="0" w:after="200" w:line="300" w:lineRule="auto"/>
      </w:pPr>
      <w:r>
        <w:rPr>
          <w:rFonts w:ascii="Times New Roman" w:hAnsi="Times New Roman" w:eastAsia="宋体"/>
          <w:b w:val="0"/>
          <w:i w:val="0"/>
          <w:color w:val="666666"/>
          <w:sz w:val="18"/>
        </w:rPr>
        <w:t>答案串：ECBCCBDDEEDDBEBCAECDEACADBEBACDAACCBADEA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代入给定的根，得到</w:t>
      </w:r>
    </w:p>
    <w:p>
      <w:pPr>
        <w:spacing w:before="0" w:after="80" w:line="300" w:lineRule="auto"/>
        <w:jc w:val="left"/>
      </w:pPr>
      <w:r>
        <w:rPr>
          <w:rFonts w:ascii="Times New Roman" w:hAnsi="Times New Roman" w:eastAsia="宋体"/>
          <w:b w:val="0"/>
          <w:i w:val="0"/>
          <w:sz w:val="21"/>
        </w:rPr>
        <w:t>2³+2h+10=0。</w:t>
      </w:r>
    </w:p>
    <w:p>
      <w:pPr>
        <w:spacing w:before="0" w:after="80" w:line="300" w:lineRule="auto"/>
        <w:jc w:val="left"/>
      </w:pPr>
      <w:r>
        <w:rPr>
          <w:rFonts w:ascii="Times New Roman" w:hAnsi="Times New Roman" w:eastAsia="宋体"/>
          <w:b w:val="0"/>
          <w:i w:val="0"/>
          <w:sz w:val="21"/>
        </w:rPr>
        <w:t>因此 2h=-18，所以 h=-9。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the given root gives</w:t>
      </w:r>
    </w:p>
    <w:p>
      <w:pPr>
        <w:spacing w:before="0" w:after="80" w:line="300" w:lineRule="auto"/>
        <w:jc w:val="left"/>
      </w:pPr>
      <w:r>
        <w:rPr>
          <w:rFonts w:ascii="Times New Roman" w:hAnsi="Times New Roman" w:eastAsia="宋体"/>
          <w:b w:val="0"/>
          <w:i w:val="0"/>
          <w:color w:val="333333"/>
          <w:sz w:val="19"/>
        </w:rPr>
        <w:t>2³+2h+10=0.</w:t>
      </w:r>
    </w:p>
    <w:p>
      <w:pPr>
        <w:spacing w:before="0" w:after="80" w:line="300" w:lineRule="auto"/>
        <w:jc w:val="left"/>
      </w:pPr>
      <w:r>
        <w:rPr>
          <w:rFonts w:ascii="Times New Roman" w:hAnsi="Times New Roman" w:eastAsia="宋体"/>
          <w:b w:val="0"/>
          <w:i w:val="0"/>
          <w:color w:val="333333"/>
          <w:sz w:val="19"/>
        </w:rPr>
        <w:t>Thus 2h=-18, so h=-9.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从 6 下中的第一下到最后一下共有 5 个相等的时间间隔，所以每个间隔为 1 秒。敲响十二下共有 11 个这样的间隔，因此需要 11 秒。</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equal intervals from the first of 6 strikes to the last, so each interval lasts 1 second. Twelve strikes contain 11 such intervals and therefore take 11 seconds.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40% 的折扣为 $4000。两次连续折扣的总额为</w:t>
      </w:r>
    </w:p>
    <w:p>
      <w:pPr>
        <w:spacing w:before="0" w:after="80" w:line="300" w:lineRule="auto"/>
        <w:jc w:val="left"/>
      </w:pPr>
      <w:r>
        <w:rPr>
          <w:rFonts w:ascii="Times New Roman" w:hAnsi="Times New Roman" w:eastAsia="宋体"/>
          <w:b w:val="0"/>
          <w:i w:val="0"/>
          <w:sz w:val="21"/>
        </w:rPr>
        <w:t>3600+0.04(6400)=3856。</w:t>
      </w:r>
    </w:p>
    <w:p>
      <w:pPr>
        <w:spacing w:before="0" w:after="80" w:line="300" w:lineRule="auto"/>
        <w:jc w:val="left"/>
      </w:pPr>
      <w:r>
        <w:rPr>
          <w:rFonts w:ascii="Times New Roman" w:hAnsi="Times New Roman" w:eastAsia="宋体"/>
          <w:b w:val="0"/>
          <w:i w:val="0"/>
          <w:sz w:val="21"/>
        </w:rPr>
        <w:t>两者之差为 4000-3856=144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40% discount is $4000. The successive discounts total</w:t>
      </w:r>
    </w:p>
    <w:p>
      <w:pPr>
        <w:spacing w:before="0" w:after="80" w:line="300" w:lineRule="auto"/>
        <w:jc w:val="left"/>
      </w:pPr>
      <w:r>
        <w:rPr>
          <w:rFonts w:ascii="Times New Roman" w:hAnsi="Times New Roman" w:eastAsia="宋体"/>
          <w:b w:val="0"/>
          <w:i w:val="0"/>
          <w:color w:val="333333"/>
          <w:sz w:val="19"/>
        </w:rPr>
        <w:t>3600+0.04(6400)=3856.</w:t>
      </w:r>
    </w:p>
    <w:p>
      <w:pPr>
        <w:spacing w:before="0" w:after="80" w:line="300" w:lineRule="auto"/>
        <w:jc w:val="left"/>
      </w:pPr>
      <w:r>
        <w:rPr>
          <w:rFonts w:ascii="Times New Roman" w:hAnsi="Times New Roman" w:eastAsia="宋体"/>
          <w:b w:val="0"/>
          <w:i w:val="0"/>
          <w:color w:val="333333"/>
          <w:sz w:val="19"/>
        </w:rPr>
        <w:t>Their difference is 4000-3856=144 dollars.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第三个角也是 60°，所以该三角形是边长为 4 的等边三角形。其面积为</w:t>
      </w:r>
    </w:p>
    <w:p>
      <w:pPr>
        <w:spacing w:before="0" w:after="80" w:line="300" w:lineRule="auto"/>
        <w:jc w:val="left"/>
      </w:pPr>
      <w:r>
        <w:rPr>
          <w:rFonts w:ascii="Times New Roman" w:hAnsi="Times New Roman" w:eastAsia="宋体"/>
          <w:b w:val="0"/>
          <w:i w:val="0"/>
          <w:sz w:val="21"/>
        </w:rPr>
        <w:t>(√(3))/4(4)²=4√(3)。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third angle is also 60°, so the triangle is equilateral with side 4. Its area is</w:t>
      </w:r>
    </w:p>
    <w:p>
      <w:pPr>
        <w:spacing w:before="0" w:after="80" w:line="300" w:lineRule="auto"/>
        <w:jc w:val="left"/>
      </w:pPr>
      <w:r>
        <w:rPr>
          <w:rFonts w:ascii="Times New Roman" w:hAnsi="Times New Roman" w:eastAsia="宋体"/>
          <w:b w:val="0"/>
          <w:i w:val="0"/>
          <w:color w:val="333333"/>
          <w:sz w:val="19"/>
        </w:rPr>
        <w:t>(√(3))/4(4)²=4√(3).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代入得 x²+9=9，所以 x=0。再由 y²=9 得 y=3 或 y=-3。因此共有两个公共点。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 x²+9=9, so x=0. Then y²=9 gives y=3 or y=-3. Hence there are two common points.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直径为 100/π。若正方形的边长为 s，则其对角线为 s√(2)，所以</w:t>
      </w:r>
    </w:p>
    <w:p>
      <w:pPr>
        <w:spacing w:before="0" w:after="80" w:line="300" w:lineRule="auto"/>
        <w:jc w:val="left"/>
      </w:pPr>
      <w:r>
        <w:rPr>
          <w:rFonts w:ascii="Times New Roman" w:hAnsi="Times New Roman" w:eastAsia="宋体"/>
          <w:b w:val="0"/>
          <w:i w:val="0"/>
          <w:sz w:val="21"/>
        </w:rPr>
        <w:t>s√(2)=100/π。</w:t>
      </w:r>
    </w:p>
    <w:p>
      <w:pPr>
        <w:spacing w:before="0" w:after="80" w:line="300" w:lineRule="auto"/>
        <w:jc w:val="left"/>
      </w:pPr>
      <w:r>
        <w:rPr>
          <w:rFonts w:ascii="Times New Roman" w:hAnsi="Times New Roman" w:eastAsia="宋体"/>
          <w:b w:val="0"/>
          <w:i w:val="0"/>
          <w:sz w:val="21"/>
        </w:rPr>
        <w:t>因此 s=(50√(2))/π。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diameter is 100/π. If the square has side s, its diagonal is s√(2), so</w:t>
      </w:r>
    </w:p>
    <w:p>
      <w:pPr>
        <w:spacing w:before="0" w:after="80" w:line="300" w:lineRule="auto"/>
        <w:jc w:val="left"/>
      </w:pPr>
      <w:r>
        <w:rPr>
          <w:rFonts w:ascii="Times New Roman" w:hAnsi="Times New Roman" w:eastAsia="宋体"/>
          <w:b w:val="0"/>
          <w:i w:val="0"/>
          <w:color w:val="333333"/>
          <w:sz w:val="19"/>
        </w:rPr>
        <w:t>s√(2)=100/π.</w:t>
      </w:r>
    </w:p>
    <w:p>
      <w:pPr>
        <w:spacing w:before="0" w:after="80" w:line="300" w:lineRule="auto"/>
        <w:jc w:val="left"/>
      </w:pPr>
      <w:r>
        <w:rPr>
          <w:rFonts w:ascii="Times New Roman" w:hAnsi="Times New Roman" w:eastAsia="宋体"/>
          <w:b w:val="0"/>
          <w:i w:val="0"/>
          <w:color w:val="333333"/>
          <w:sz w:val="19"/>
        </w:rPr>
        <w:t>Therefore s=(50√(2))/π.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因为圆 I 经过圆 II 的圆心，所以两圆心之间的距离等于圆 I 的半径 r。内切又使该距离等于 R-r，其中 R 是圆 II 的半径。因此 R=2r，面积便乘以 2²=4。所以圆 II 的面积为 4·4=16。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circle I passes through the center of circle II, the distance between the centers equals the radius r of circle I. Internal tangency also makes that distance R-r, where R is the radius of circle II. Thus R=2r, and the area is multiplied by 2²=4. It is therefore 4·4=16.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2.525252…=2+52/99=250/99。</w:t>
      </w:r>
    </w:p>
    <w:p>
      <w:pPr>
        <w:spacing w:before="0" w:after="80" w:line="300" w:lineRule="auto"/>
        <w:jc w:val="left"/>
      </w:pPr>
      <w:r>
        <w:rPr>
          <w:rFonts w:ascii="Times New Roman" w:hAnsi="Times New Roman" w:eastAsia="宋体"/>
          <w:b w:val="0"/>
          <w:i w:val="0"/>
          <w:sz w:val="21"/>
        </w:rPr>
        <w:t>这个分数已经是最简分数，并且 250+99=349。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2.525252…=2+52/99=250/99.</w:t>
      </w:r>
    </w:p>
    <w:p>
      <w:pPr>
        <w:spacing w:before="0" w:after="80" w:line="300" w:lineRule="auto"/>
        <w:jc w:val="left"/>
      </w:pPr>
      <w:r>
        <w:rPr>
          <w:rFonts w:ascii="Times New Roman" w:hAnsi="Times New Roman" w:eastAsia="宋体"/>
          <w:b w:val="0"/>
          <w:i w:val="0"/>
          <w:color w:val="333333"/>
          <w:sz w:val="19"/>
        </w:rPr>
        <w:t>This fraction is already in lowest terms, and 250+99=349.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a²+b²-c²+2ab</w:t>
      </w:r>
    </w:p>
    <w:p>
      <w:pPr>
        <w:spacing w:before="0" w:after="80" w:line="300" w:lineRule="auto"/>
        <w:jc w:val="left"/>
      </w:pPr>
      <w:r>
        <w:rPr>
          <w:rFonts w:ascii="Times New Roman" w:hAnsi="Times New Roman" w:eastAsia="宋体"/>
          <w:b w:val="0"/>
          <w:i w:val="0"/>
          <w:sz w:val="21"/>
        </w:rPr>
        <w:t>=(a+b-c)(a+b+c),</w:t>
      </w:r>
    </w:p>
    <w:p>
      <w:pPr>
        <w:spacing w:before="0" w:after="80" w:line="300" w:lineRule="auto"/>
        <w:jc w:val="left"/>
      </w:pPr>
      <w:r>
        <w:rPr>
          <w:rFonts w:ascii="Times New Roman" w:hAnsi="Times New Roman" w:eastAsia="宋体"/>
          <w:b w:val="0"/>
          <w:i w:val="0"/>
          <w:sz w:val="21"/>
        </w:rPr>
        <w:t>a²+c²-b²+2ac</w:t>
      </w:r>
    </w:p>
    <w:p>
      <w:pPr>
        <w:spacing w:before="0" w:after="80" w:line="300" w:lineRule="auto"/>
        <w:jc w:val="left"/>
      </w:pPr>
      <w:r>
        <w:rPr>
          <w:rFonts w:ascii="Times New Roman" w:hAnsi="Times New Roman" w:eastAsia="宋体"/>
          <w:b w:val="0"/>
          <w:i w:val="0"/>
          <w:sz w:val="21"/>
        </w:rPr>
        <w:t>=(a-b+c)(a+b+c)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在题述的适当限制下约去公因式，得到</w:t>
      </w:r>
    </w:p>
    <w:p>
      <w:pPr>
        <w:spacing w:before="0" w:after="80" w:line="300" w:lineRule="auto"/>
        <w:jc w:val="left"/>
      </w:pPr>
      <w:r>
        <w:rPr>
          <w:rFonts w:ascii="Times New Roman" w:hAnsi="Times New Roman" w:eastAsia="宋体"/>
          <w:b w:val="0"/>
          <w:i w:val="0"/>
          <w:sz w:val="21"/>
        </w:rPr>
        <w:t>a+b-c/a-b+c。</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a²+b²-c²+2ab</w:t>
      </w:r>
    </w:p>
    <w:p>
      <w:pPr>
        <w:spacing w:before="0" w:after="80" w:line="300" w:lineRule="auto"/>
        <w:jc w:val="left"/>
      </w:pPr>
      <w:r>
        <w:rPr>
          <w:rFonts w:ascii="Times New Roman" w:hAnsi="Times New Roman" w:eastAsia="宋体"/>
          <w:b w:val="0"/>
          <w:i w:val="0"/>
          <w:color w:val="333333"/>
          <w:sz w:val="19"/>
        </w:rPr>
        <w:t>=(a+b-c)(a+b+c),</w:t>
      </w:r>
    </w:p>
    <w:p>
      <w:pPr>
        <w:spacing w:before="0" w:after="80" w:line="300" w:lineRule="auto"/>
        <w:jc w:val="left"/>
      </w:pPr>
      <w:r>
        <w:rPr>
          <w:rFonts w:ascii="Times New Roman" w:hAnsi="Times New Roman" w:eastAsia="宋体"/>
          <w:b w:val="0"/>
          <w:i w:val="0"/>
          <w:color w:val="333333"/>
          <w:sz w:val="19"/>
        </w:rPr>
        <w:t>a²+c²-b²+2ac</w:t>
      </w:r>
    </w:p>
    <w:p>
      <w:pPr>
        <w:spacing w:before="0" w:after="80" w:line="300" w:lineRule="auto"/>
        <w:jc w:val="left"/>
      </w:pPr>
      <w:r>
        <w:rPr>
          <w:rFonts w:ascii="Times New Roman" w:hAnsi="Times New Roman" w:eastAsia="宋体"/>
          <w:b w:val="0"/>
          <w:i w:val="0"/>
          <w:color w:val="333333"/>
          <w:sz w:val="19"/>
        </w:rPr>
        <w:t>=(a-b+c)(a+b+c).</w:t>
      </w:r>
    </w:p>
    <w:p>
      <w:pPr>
        <w:spacing w:before="0" w:after="80" w:line="300" w:lineRule="auto"/>
        <w:jc w:val="left"/>
      </w:pPr>
      <w:r>
        <w:rPr>
          <w:rFonts w:ascii="Times New Roman" w:hAnsi="Times New Roman" w:eastAsia="宋体"/>
          <w:b w:val="0"/>
          <w:i w:val="0"/>
          <w:color w:val="333333"/>
          <w:sz w:val="19"/>
        </w:rPr>
        <w:t>Cancelling the common factor, under the stated suitable restrictions, leaves</w:t>
      </w:r>
    </w:p>
    <w:p>
      <w:pPr>
        <w:spacing w:before="0" w:after="80" w:line="300" w:lineRule="auto"/>
        <w:jc w:val="left"/>
      </w:pPr>
      <w:r>
        <w:rPr>
          <w:rFonts w:ascii="Times New Roman" w:hAnsi="Times New Roman" w:eastAsia="宋体"/>
          <w:b w:val="0"/>
          <w:i w:val="0"/>
          <w:color w:val="333333"/>
          <w:sz w:val="19"/>
        </w:rPr>
        <w:t>a+b-c/a-b+c.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“所有男性都是好驾驶员”的否定是“至少有一名男性不是好驾驶员”。按照选项中的说法，这就是陈述 (5)：“至少有一名男性是差驾驶员。”</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negation of “All men are good drivers” is “At least one man is not a good driver.” In the terminology of the choices, that is statement (5), “At least one man is a bad driver.”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由韦达定理，2k²-1=7，所以 k=±2。当 k=2 时，两根为 3±√(2)；当 k=-2 时，两根为 -3±√(2)。无论哪种情况，两根都是无理数。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2k²-1=7, so k=±2. The roots are 3±√(2) when k=2, and -3±√(2) when k=-2. In either case both roots are irrational.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半径为 a 的圆经过该定点，当且仅当其圆心到该点的距离为 a。所有这些圆心的轨迹是一个半径为 a 的圆。</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a passes through the fixed point exactly when its center is distance a from that point. The locus of all such centers is a circle of radius 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两条斜线交于 (0,2)，而它们与 y=-2 的交点分别为 (-4/3,-2) 和 (4/3,-2)。后两个点关于 y 轴对称，所以两条斜边等长。该图形是等腰三角形。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slanted lines meet at (0,2), while their intersections with y=-2 are (-4/3,-2) and (4/3,-2). The latter two points are symmetric about the y-axis, so the two slanted sides have equal length. The figure is an isosceles triangle.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整理得</w:t>
      </w:r>
    </w:p>
    <w:p>
      <w:pPr>
        <w:spacing w:before="0" w:after="80" w:line="300" w:lineRule="auto"/>
        <w:jc w:val="left"/>
      </w:pPr>
      <w:r>
        <w:rPr>
          <w:rFonts w:ascii="Times New Roman" w:hAnsi="Times New Roman" w:eastAsia="宋体"/>
          <w:b w:val="0"/>
          <w:i w:val="0"/>
          <w:sz w:val="21"/>
        </w:rPr>
        <w:t>(3-b)x=6-a。</w:t>
      </w:r>
    </w:p>
    <w:p>
      <w:pPr>
        <w:spacing w:before="0" w:after="80" w:line="300" w:lineRule="auto"/>
        <w:jc w:val="left"/>
      </w:pPr>
      <w:r>
        <w:rPr>
          <w:rFonts w:ascii="Times New Roman" w:hAnsi="Times New Roman" w:eastAsia="宋体"/>
          <w:b w:val="0"/>
          <w:i w:val="0"/>
          <w:sz w:val="21"/>
        </w:rPr>
        <w:t>当且仅当 3-b≠0，即 b≠3 时，该方程有唯一解。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Rearranging gives</w:t>
      </w:r>
    </w:p>
    <w:p>
      <w:pPr>
        <w:spacing w:before="0" w:after="80" w:line="300" w:lineRule="auto"/>
        <w:jc w:val="left"/>
      </w:pPr>
      <w:r>
        <w:rPr>
          <w:rFonts w:ascii="Times New Roman" w:hAnsi="Times New Roman" w:eastAsia="宋体"/>
          <w:b w:val="0"/>
          <w:i w:val="0"/>
          <w:color w:val="333333"/>
          <w:sz w:val="19"/>
        </w:rPr>
        <w:t>(3-b)x=6-a.</w:t>
      </w:r>
    </w:p>
    <w:p>
      <w:pPr>
        <w:spacing w:before="0" w:after="80" w:line="300" w:lineRule="auto"/>
        <w:jc w:val="left"/>
      </w:pPr>
      <w:r>
        <w:rPr>
          <w:rFonts w:ascii="Times New Roman" w:hAnsi="Times New Roman" w:eastAsia="宋体"/>
          <w:b w:val="0"/>
          <w:i w:val="0"/>
          <w:color w:val="333333"/>
          <w:sz w:val="19"/>
        </w:rPr>
        <w:t>This has a unique solution exactly when 3-b≠0, or b≠3.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对于等边三角形，P=3A，且 R=A/(√(3))；p 和 r 的关系同理。因此</w:t>
      </w:r>
    </w:p>
    <w:p>
      <w:pPr>
        <w:spacing w:before="0" w:after="80" w:line="300" w:lineRule="auto"/>
        <w:jc w:val="left"/>
      </w:pPr>
      <w:r>
        <w:rPr>
          <w:rFonts w:ascii="Times New Roman" w:hAnsi="Times New Roman" w:eastAsia="宋体"/>
          <w:b w:val="0"/>
          <w:i w:val="0"/>
          <w:sz w:val="21"/>
        </w:rPr>
        <w:t>P:p=A:a=R:r</w:t>
      </w:r>
    </w:p>
    <w:p>
      <w:pPr>
        <w:spacing w:before="0" w:after="80" w:line="300" w:lineRule="auto"/>
        <w:jc w:val="left"/>
      </w:pPr>
      <w:r>
        <w:rPr>
          <w:rFonts w:ascii="Times New Roman" w:hAnsi="Times New Roman" w:eastAsia="宋体"/>
          <w:b w:val="0"/>
          <w:i w:val="0"/>
          <w:sz w:val="21"/>
        </w:rPr>
        <w:t>对任意这样的一对三角形都成立。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equilateral triangles, P=3A and R=A/(√(3)), with analogous formulas for p and r. Therefore</w:t>
      </w:r>
    </w:p>
    <w:p>
      <w:pPr>
        <w:spacing w:before="0" w:after="80" w:line="300" w:lineRule="auto"/>
        <w:jc w:val="left"/>
      </w:pPr>
      <w:r>
        <w:rPr>
          <w:rFonts w:ascii="Times New Roman" w:hAnsi="Times New Roman" w:eastAsia="宋体"/>
          <w:b w:val="0"/>
          <w:i w:val="0"/>
          <w:color w:val="333333"/>
          <w:sz w:val="19"/>
        </w:rPr>
        <w:t>P:p=A:a=R:r</w:t>
      </w:r>
    </w:p>
    <w:p>
      <w:pPr>
        <w:spacing w:before="0" w:after="80" w:line="300" w:lineRule="auto"/>
        <w:jc w:val="left"/>
      </w:pPr>
      <w:r>
        <w:rPr>
          <w:rFonts w:ascii="Times New Roman" w:hAnsi="Times New Roman" w:eastAsia="宋体"/>
          <w:b w:val="0"/>
          <w:i w:val="0"/>
          <w:color w:val="333333"/>
          <w:sz w:val="19"/>
        </w:rPr>
        <w:t>for every such pair of triangles.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69=2·25+3·5+4，</w:t>
      </w:r>
    </w:p>
    <w:p>
      <w:pPr>
        <w:spacing w:before="0" w:after="80" w:line="300" w:lineRule="auto"/>
        <w:jc w:val="left"/>
      </w:pPr>
      <w:r>
        <w:rPr>
          <w:rFonts w:ascii="Times New Roman" w:hAnsi="Times New Roman" w:eastAsia="宋体"/>
          <w:b w:val="0"/>
          <w:i w:val="0"/>
          <w:sz w:val="21"/>
        </w:rPr>
        <w:t>所以它的 5 进制表示是 234₅。其中三个数字 2、3、4 是连续的。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69=2·25+3·5+4,</w:t>
      </w:r>
    </w:p>
    <w:p>
      <w:pPr>
        <w:spacing w:before="0" w:after="80" w:line="300" w:lineRule="auto"/>
        <w:jc w:val="left"/>
      </w:pPr>
      <w:r>
        <w:rPr>
          <w:rFonts w:ascii="Times New Roman" w:hAnsi="Times New Roman" w:eastAsia="宋体"/>
          <w:b w:val="0"/>
          <w:i w:val="0"/>
          <w:color w:val="333333"/>
          <w:sz w:val="19"/>
        </w:rPr>
        <w:t>its base-5 representation is 234₅. Its three digits 2, 3, and 4 are consecutive.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在分界点，</w:t>
      </w:r>
    </w:p>
    <w:p>
      <w:pPr>
        <w:spacing w:before="0" w:after="80" w:line="300" w:lineRule="auto"/>
        <w:jc w:val="left"/>
      </w:pPr>
      <w:r>
        <w:rPr>
          <w:rFonts w:ascii="Times New Roman" w:hAnsi="Times New Roman" w:eastAsia="宋体"/>
          <w:b w:val="0"/>
          <w:i w:val="0"/>
          <w:sz w:val="21"/>
        </w:rPr>
        <w:t>800=8·10⁸x^(-3/2)。</w:t>
      </w:r>
    </w:p>
    <w:p>
      <w:pPr>
        <w:spacing w:before="0" w:after="80" w:line="300" w:lineRule="auto"/>
        <w:jc w:val="left"/>
      </w:pPr>
      <w:r>
        <w:rPr>
          <w:rFonts w:ascii="Times New Roman" w:hAnsi="Times New Roman" w:eastAsia="宋体"/>
          <w:b w:val="0"/>
          <w:i w:val="0"/>
          <w:sz w:val="21"/>
        </w:rPr>
        <w:t>因此 x^(3/2)=10⁶，将两边都取 2/3 次幂，得到 x=10⁴。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cutoff,</w:t>
      </w:r>
    </w:p>
    <w:p>
      <w:pPr>
        <w:spacing w:before="0" w:after="80" w:line="300" w:lineRule="auto"/>
        <w:jc w:val="left"/>
      </w:pPr>
      <w:r>
        <w:rPr>
          <w:rFonts w:ascii="Times New Roman" w:hAnsi="Times New Roman" w:eastAsia="宋体"/>
          <w:b w:val="0"/>
          <w:i w:val="0"/>
          <w:color w:val="333333"/>
          <w:sz w:val="19"/>
        </w:rPr>
        <w:t>800=8·10⁸x^(-3/2).</w:t>
      </w:r>
    </w:p>
    <w:p>
      <w:pPr>
        <w:spacing w:before="0" w:after="80" w:line="300" w:lineRule="auto"/>
        <w:jc w:val="left"/>
      </w:pPr>
      <w:r>
        <w:rPr>
          <w:rFonts w:ascii="Times New Roman" w:hAnsi="Times New Roman" w:eastAsia="宋体"/>
          <w:b w:val="0"/>
          <w:i w:val="0"/>
          <w:color w:val="333333"/>
          <w:sz w:val="19"/>
        </w:rPr>
        <w:t>Hence x^(3/2)=10⁶, and raising both sides to the 2/3 power gives x=10⁴.</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第一个方程给出 x+y=4。第二个方程给出</w:t>
      </w:r>
    </w:p>
    <w:p>
      <w:pPr>
        <w:spacing w:before="0" w:after="80" w:line="300" w:lineRule="auto"/>
        <w:jc w:val="left"/>
      </w:pPr>
      <w:r>
        <w:rPr>
          <w:rFonts w:ascii="Times New Roman" w:hAnsi="Times New Roman" w:eastAsia="宋体"/>
          <w:b w:val="0"/>
          <w:i w:val="0"/>
          <w:sz w:val="21"/>
        </w:rPr>
        <w:t>3⁴⁽ˣ⁻ʸ⁾=3，</w:t>
      </w:r>
    </w:p>
    <w:p>
      <w:pPr>
        <w:spacing w:before="0" w:after="80" w:line="300" w:lineRule="auto"/>
        <w:jc w:val="left"/>
      </w:pPr>
      <w:r>
        <w:rPr>
          <w:rFonts w:ascii="Times New Roman" w:hAnsi="Times New Roman" w:eastAsia="宋体"/>
          <w:b w:val="0"/>
          <w:i w:val="0"/>
          <w:sz w:val="21"/>
        </w:rPr>
        <w:t>所以 x-y=1/4。因此 x=17/8，且 y=15/8。这组解不在前四个选项中。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equation gives x+y=4. The second gives</w:t>
      </w:r>
    </w:p>
    <w:p>
      <w:pPr>
        <w:spacing w:before="0" w:after="80" w:line="300" w:lineRule="auto"/>
        <w:jc w:val="left"/>
      </w:pPr>
      <w:r>
        <w:rPr>
          <w:rFonts w:ascii="Times New Roman" w:hAnsi="Times New Roman" w:eastAsia="宋体"/>
          <w:b w:val="0"/>
          <w:i w:val="0"/>
          <w:color w:val="333333"/>
          <w:sz w:val="19"/>
        </w:rPr>
        <w:t>3⁴⁽ˣ⁻ʸ⁾=3,</w:t>
      </w:r>
    </w:p>
    <w:p>
      <w:pPr>
        <w:spacing w:before="0" w:after="80" w:line="300" w:lineRule="auto"/>
        <w:jc w:val="left"/>
      </w:pPr>
      <w:r>
        <w:rPr>
          <w:rFonts w:ascii="Times New Roman" w:hAnsi="Times New Roman" w:eastAsia="宋体"/>
          <w:b w:val="0"/>
          <w:i w:val="0"/>
          <w:color w:val="333333"/>
          <w:sz w:val="19"/>
        </w:rPr>
        <w:t>so x-y=1/4. Therefore x=17/8 and y=15/8. This pair is not listed among the first four choices.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三个连续整数之和能被 3 整除，所以不可能是 46。从 n 开始的四个连续整数之和为 4n+6。令 4n+6=46，得 n=10，并且确实有</w:t>
      </w:r>
    </w:p>
    <w:p>
      <w:pPr>
        <w:spacing w:before="0" w:after="80" w:line="300" w:lineRule="auto"/>
        <w:jc w:val="left"/>
      </w:pPr>
      <w:r>
        <w:rPr>
          <w:rFonts w:ascii="Times New Roman" w:hAnsi="Times New Roman" w:eastAsia="宋体"/>
          <w:b w:val="0"/>
          <w:i w:val="0"/>
          <w:sz w:val="21"/>
        </w:rPr>
        <w:t>10+11+12+13=46。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three consecutive integers is divisible by 3, so it cannot be 46. Four consecutive integers beginning with n have sum 4n+6. Setting 4n+6=46 gives n=10, and indeed</w:t>
      </w:r>
    </w:p>
    <w:p>
      <w:pPr>
        <w:spacing w:before="0" w:after="80" w:line="300" w:lineRule="auto"/>
        <w:jc w:val="left"/>
      </w:pPr>
      <w:r>
        <w:rPr>
          <w:rFonts w:ascii="Times New Roman" w:hAnsi="Times New Roman" w:eastAsia="宋体"/>
          <w:b w:val="0"/>
          <w:i w:val="0"/>
          <w:color w:val="333333"/>
          <w:sz w:val="19"/>
        </w:rPr>
        <w:t>10+11+12+13=46.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选用 k 个 -2/x 因子的项，其指数为</w:t>
      </w:r>
    </w:p>
    <w:p>
      <w:pPr>
        <w:spacing w:before="0" w:after="80" w:line="300" w:lineRule="auto"/>
        <w:jc w:val="left"/>
      </w:pPr>
      <w:r>
        <w:rPr>
          <w:rFonts w:ascii="Times New Roman" w:hAnsi="Times New Roman" w:eastAsia="宋体"/>
          <w:b w:val="0"/>
          <w:i w:val="0"/>
          <w:sz w:val="21"/>
        </w:rPr>
        <w:t>2(8-k)-k=16-3k。</w:t>
      </w:r>
    </w:p>
    <w:p>
      <w:pPr>
        <w:spacing w:before="0" w:after="80" w:line="300" w:lineRule="auto"/>
        <w:jc w:val="left"/>
      </w:pPr>
      <w:r>
        <w:rPr>
          <w:rFonts w:ascii="Times New Roman" w:hAnsi="Times New Roman" w:eastAsia="宋体"/>
          <w:b w:val="0"/>
          <w:i w:val="0"/>
          <w:sz w:val="21"/>
        </w:rPr>
        <w:t>要得到 x⁷，需要 k=3。其系数为</w:t>
      </w:r>
    </w:p>
    <w:p>
      <w:pPr>
        <w:spacing w:before="0" w:after="80" w:line="300" w:lineRule="auto"/>
        <w:jc w:val="left"/>
      </w:pPr>
      <w:r>
        <w:rPr>
          <w:rFonts w:ascii="Times New Roman" w:hAnsi="Times New Roman" w:eastAsia="宋体"/>
          <w:b w:val="0"/>
          <w:i w:val="0"/>
          <w:sz w:val="21"/>
        </w:rPr>
        <w:t>C(8, 3)(1/2)⁵(-2)³=-14。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term using k factors of -2/x has exponent</w:t>
      </w:r>
    </w:p>
    <w:p>
      <w:pPr>
        <w:spacing w:before="0" w:after="80" w:line="300" w:lineRule="auto"/>
        <w:jc w:val="left"/>
      </w:pPr>
      <w:r>
        <w:rPr>
          <w:rFonts w:ascii="Times New Roman" w:hAnsi="Times New Roman" w:eastAsia="宋体"/>
          <w:b w:val="0"/>
          <w:i w:val="0"/>
          <w:color w:val="333333"/>
          <w:sz w:val="19"/>
        </w:rPr>
        <w:t>2(8-k)-k=16-3k.</w:t>
      </w:r>
    </w:p>
    <w:p>
      <w:pPr>
        <w:spacing w:before="0" w:after="80" w:line="300" w:lineRule="auto"/>
        <w:jc w:val="left"/>
      </w:pPr>
      <w:r>
        <w:rPr>
          <w:rFonts w:ascii="Times New Roman" w:hAnsi="Times New Roman" w:eastAsia="宋体"/>
          <w:b w:val="0"/>
          <w:i w:val="0"/>
          <w:color w:val="333333"/>
          <w:sz w:val="19"/>
        </w:rPr>
        <w:t>To obtain x⁷, we need k=3. Its coefficient is</w:t>
      </w:r>
    </w:p>
    <w:p>
      <w:pPr>
        <w:spacing w:before="0" w:after="80" w:line="300" w:lineRule="auto"/>
        <w:jc w:val="left"/>
      </w:pPr>
      <w:r>
        <w:rPr>
          <w:rFonts w:ascii="Times New Roman" w:hAnsi="Times New Roman" w:eastAsia="宋体"/>
          <w:b w:val="0"/>
          <w:i w:val="0"/>
          <w:color w:val="333333"/>
          <w:sz w:val="19"/>
        </w:rPr>
        <w:t>C(8, 3)(1/2)⁵(-2)³=-14.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对角线长为 a+b 的正方形，其面积为 ((a+b)²)/2。因此正方形 II 的面积为 (a+b)²，所以它的边长为 a+b，周长为 4(a+b)。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diagonal a+b has area ((a+b)²)/2. Square II therefore has area (a+b)², so its side is a+b and its perimeter is 4(a+b).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利用 m≠ n 并因式分解，得</w:t>
      </w:r>
    </w:p>
    <w:p>
      <w:pPr>
        <w:spacing w:before="0" w:after="80" w:line="300" w:lineRule="auto"/>
        <w:jc w:val="left"/>
      </w:pPr>
      <w:r>
        <w:rPr>
          <w:rFonts w:ascii="Times New Roman" w:hAnsi="Times New Roman" w:eastAsia="宋体"/>
          <w:b w:val="0"/>
          <w:i w:val="0"/>
          <w:sz w:val="21"/>
        </w:rPr>
        <w:t>(m-n)(2x+m+n)</w:t>
      </w:r>
    </w:p>
    <w:p>
      <w:pPr>
        <w:spacing w:before="0" w:after="80" w:line="300" w:lineRule="auto"/>
        <w:jc w:val="left"/>
      </w:pPr>
      <w:r>
        <w:rPr>
          <w:rFonts w:ascii="Times New Roman" w:hAnsi="Times New Roman" w:eastAsia="宋体"/>
          <w:b w:val="0"/>
          <w:i w:val="0"/>
          <w:sz w:val="21"/>
        </w:rPr>
        <w:t>=(m-n)²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2x+m+n=m-n，所以 x=-n。于是 a=0，且 b=-1，这是唯一的非零值。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and using m≠ n gives</w:t>
      </w:r>
    </w:p>
    <w:p>
      <w:pPr>
        <w:spacing w:before="0" w:after="80" w:line="300" w:lineRule="auto"/>
        <w:jc w:val="left"/>
      </w:pPr>
      <w:r>
        <w:rPr>
          <w:rFonts w:ascii="Times New Roman" w:hAnsi="Times New Roman" w:eastAsia="宋体"/>
          <w:b w:val="0"/>
          <w:i w:val="0"/>
          <w:color w:val="333333"/>
          <w:sz w:val="19"/>
        </w:rPr>
        <w:t>(m-n)(2x+m+n)</w:t>
      </w:r>
    </w:p>
    <w:p>
      <w:pPr>
        <w:spacing w:before="0" w:after="80" w:line="300" w:lineRule="auto"/>
        <w:jc w:val="left"/>
      </w:pPr>
      <w:r>
        <w:rPr>
          <w:rFonts w:ascii="Times New Roman" w:hAnsi="Times New Roman" w:eastAsia="宋体"/>
          <w:b w:val="0"/>
          <w:i w:val="0"/>
          <w:color w:val="333333"/>
          <w:sz w:val="19"/>
        </w:rPr>
        <w:t>=(m-n)².</w:t>
      </w:r>
    </w:p>
    <w:p>
      <w:pPr>
        <w:spacing w:before="0" w:after="80" w:line="300" w:lineRule="auto"/>
        <w:jc w:val="left"/>
      </w:pPr>
      <w:r>
        <w:rPr>
          <w:rFonts w:ascii="Times New Roman" w:hAnsi="Times New Roman" w:eastAsia="宋体"/>
          <w:b w:val="0"/>
          <w:i w:val="0"/>
          <w:color w:val="333333"/>
          <w:sz w:val="19"/>
        </w:rPr>
        <w:t>Hence 2x+m+n=m-n, so x=-n. Thus a=0 and b=-1, a unique nonzero value.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增加半径时，体积增加</w:t>
      </w:r>
    </w:p>
    <w:p>
      <w:pPr>
        <w:spacing w:before="0" w:after="80" w:line="300" w:lineRule="auto"/>
        <w:jc w:val="left"/>
      </w:pPr>
      <w:r>
        <w:rPr>
          <w:rFonts w:ascii="Times New Roman" w:hAnsi="Times New Roman" w:eastAsia="宋体"/>
          <w:b w:val="0"/>
          <w:i w:val="0"/>
          <w:sz w:val="21"/>
        </w:rPr>
        <w:t>3π((8+x)²-8²)，</w:t>
      </w:r>
    </w:p>
    <w:p>
      <w:pPr>
        <w:spacing w:before="0" w:after="80" w:line="300" w:lineRule="auto"/>
        <w:jc w:val="left"/>
      </w:pPr>
      <w:r>
        <w:rPr>
          <w:rFonts w:ascii="Times New Roman" w:hAnsi="Times New Roman" w:eastAsia="宋体"/>
          <w:b w:val="0"/>
          <w:i w:val="0"/>
          <w:sz w:val="21"/>
        </w:rPr>
        <w:t>而增加高度时，体积增加 64π x。令两者相等，得</w:t>
      </w:r>
    </w:p>
    <w:p>
      <w:pPr>
        <w:spacing w:before="0" w:after="80" w:line="300" w:lineRule="auto"/>
        <w:jc w:val="left"/>
      </w:pPr>
      <w:r>
        <w:rPr>
          <w:rFonts w:ascii="Times New Roman" w:hAnsi="Times New Roman" w:eastAsia="宋体"/>
          <w:b w:val="0"/>
          <w:i w:val="0"/>
          <w:sz w:val="21"/>
        </w:rPr>
        <w:t>48x+3x²=64x，</w:t>
      </w:r>
    </w:p>
    <w:p>
      <w:pPr>
        <w:spacing w:before="0" w:after="80" w:line="300" w:lineRule="auto"/>
        <w:jc w:val="left"/>
      </w:pPr>
      <w:r>
        <w:rPr>
          <w:rFonts w:ascii="Times New Roman" w:hAnsi="Times New Roman" w:eastAsia="宋体"/>
          <w:b w:val="0"/>
          <w:i w:val="0"/>
          <w:sz w:val="21"/>
        </w:rPr>
        <w:t>所以 x=0 或 x=16/3。增加量必须为正，因此只剩一个有理数但非整数的取值。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Increasing the radius changes the volume by</w:t>
      </w:r>
    </w:p>
    <w:p>
      <w:pPr>
        <w:spacing w:before="0" w:after="80" w:line="300" w:lineRule="auto"/>
        <w:jc w:val="left"/>
      </w:pPr>
      <w:r>
        <w:rPr>
          <w:rFonts w:ascii="Times New Roman" w:hAnsi="Times New Roman" w:eastAsia="宋体"/>
          <w:b w:val="0"/>
          <w:i w:val="0"/>
          <w:color w:val="333333"/>
          <w:sz w:val="19"/>
        </w:rPr>
        <w:t>3π((8+x)²-8²),</w:t>
      </w:r>
    </w:p>
    <w:p>
      <w:pPr>
        <w:spacing w:before="0" w:after="80" w:line="300" w:lineRule="auto"/>
        <w:jc w:val="left"/>
      </w:pPr>
      <w:r>
        <w:rPr>
          <w:rFonts w:ascii="Times New Roman" w:hAnsi="Times New Roman" w:eastAsia="宋体"/>
          <w:b w:val="0"/>
          <w:i w:val="0"/>
          <w:color w:val="333333"/>
          <w:sz w:val="19"/>
        </w:rPr>
        <w:t>while increasing the height changes it by 64π x. Equating these gives</w:t>
      </w:r>
    </w:p>
    <w:p>
      <w:pPr>
        <w:spacing w:before="0" w:after="80" w:line="300" w:lineRule="auto"/>
        <w:jc w:val="left"/>
      </w:pPr>
      <w:r>
        <w:rPr>
          <w:rFonts w:ascii="Times New Roman" w:hAnsi="Times New Roman" w:eastAsia="宋体"/>
          <w:b w:val="0"/>
          <w:i w:val="0"/>
          <w:color w:val="333333"/>
          <w:sz w:val="19"/>
        </w:rPr>
        <w:t>48x+3x²=64x,</w:t>
      </w:r>
    </w:p>
    <w:p>
      <w:pPr>
        <w:spacing w:before="0" w:after="80" w:line="300" w:lineRule="auto"/>
        <w:jc w:val="left"/>
      </w:pPr>
      <w:r>
        <w:rPr>
          <w:rFonts w:ascii="Times New Roman" w:hAnsi="Times New Roman" w:eastAsia="宋体"/>
          <w:b w:val="0"/>
          <w:i w:val="0"/>
          <w:color w:val="333333"/>
          <w:sz w:val="19"/>
        </w:rPr>
        <w:t>so x=0 or x=16/3. The increase must be positive, leaving one rational but nonintegral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该方程等价于</w:t>
      </w:r>
    </w:p>
    <w:p>
      <w:pPr>
        <w:spacing w:before="0" w:after="80" w:line="300" w:lineRule="auto"/>
        <w:jc w:val="left"/>
      </w:pPr>
      <w:r>
        <w:rPr>
          <w:rFonts w:ascii="Times New Roman" w:hAnsi="Times New Roman" w:eastAsia="宋体"/>
          <w:b w:val="0"/>
          <w:i w:val="0"/>
          <w:sz w:val="21"/>
        </w:rPr>
        <w:t>(2x)ˣ=216。</w:t>
      </w:r>
    </w:p>
    <w:p>
      <w:pPr>
        <w:spacing w:before="0" w:after="80" w:line="300" w:lineRule="auto"/>
        <w:jc w:val="left"/>
      </w:pPr>
      <w:r>
        <w:rPr>
          <w:rFonts w:ascii="Times New Roman" w:hAnsi="Times New Roman" w:eastAsia="宋体"/>
          <w:b w:val="0"/>
          <w:i w:val="0"/>
          <w:sz w:val="21"/>
        </w:rPr>
        <w:t>由于 216=6³，x=3 满足方程。为说明它是唯一允许的实数解，注意对数的底要求 x&gt;0 且 2x≠1；当 0&lt; x&lt;1/2 时，xln(2x)&lt;0；而当 x&gt;1/2 时，函数 xln(2x) 严格递增。因此 x=3 是一个既非完全平方数又非完全立方数的整数。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equivalent to</w:t>
      </w:r>
    </w:p>
    <w:p>
      <w:pPr>
        <w:spacing w:before="0" w:after="80" w:line="300" w:lineRule="auto"/>
        <w:jc w:val="left"/>
      </w:pPr>
      <w:r>
        <w:rPr>
          <w:rFonts w:ascii="Times New Roman" w:hAnsi="Times New Roman" w:eastAsia="宋体"/>
          <w:b w:val="0"/>
          <w:i w:val="0"/>
          <w:color w:val="333333"/>
          <w:sz w:val="19"/>
        </w:rPr>
        <w:t>(2x)ˣ=216.</w:t>
      </w:r>
    </w:p>
    <w:p>
      <w:pPr>
        <w:spacing w:before="0" w:after="80" w:line="300" w:lineRule="auto"/>
        <w:jc w:val="left"/>
      </w:pPr>
      <w:r>
        <w:rPr>
          <w:rFonts w:ascii="Times New Roman" w:hAnsi="Times New Roman" w:eastAsia="宋体"/>
          <w:b w:val="0"/>
          <w:i w:val="0"/>
          <w:color w:val="333333"/>
          <w:sz w:val="19"/>
        </w:rPr>
        <w:t>Since 216=6³, x=3 satisfies the equation. To see it is the only admissible real solution, note that the base requires x&gt;0 and 2x≠1; on 0&lt; x&lt;1/2, xln(2x)&lt;0, while for x&gt;1/2 the function xln(2x) is strictly increasing. Thus x=3, a non-square, non-cube integer.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m²-n²=(m-n)(m+n)。</w:t>
      </w:r>
    </w:p>
    <w:p>
      <w:pPr>
        <w:spacing w:before="0" w:after="80" w:line="300" w:lineRule="auto"/>
        <w:jc w:val="left"/>
      </w:pPr>
      <w:r>
        <w:rPr>
          <w:rFonts w:ascii="Times New Roman" w:hAnsi="Times New Roman" w:eastAsia="宋体"/>
          <w:b w:val="0"/>
          <w:i w:val="0"/>
          <w:sz w:val="21"/>
        </w:rPr>
        <w:t>两个因子都是偶数，其中一个能被 4 整除，所以每个这样的差都能被 8 整除。取 m=3,n=1，得到 m²-n²=8，这说明不存在总能整除它的更大整数。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m²-n²=(m-n)(m+n).</w:t>
      </w:r>
    </w:p>
    <w:p>
      <w:pPr>
        <w:spacing w:before="0" w:after="80" w:line="300" w:lineRule="auto"/>
        <w:jc w:val="left"/>
      </w:pPr>
      <w:r>
        <w:rPr>
          <w:rFonts w:ascii="Times New Roman" w:hAnsi="Times New Roman" w:eastAsia="宋体"/>
          <w:b w:val="0"/>
          <w:i w:val="0"/>
          <w:color w:val="333333"/>
          <w:sz w:val="19"/>
        </w:rPr>
        <w:t>Both factors are even, and one is divisible by 4, so every such difference is divisible by 8. Taking m=3,n=1 gives m²-n²=8, proving that no larger integer always divides 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该不等式等价于</w:t>
      </w:r>
    </w:p>
    <w:p>
      <w:pPr>
        <w:spacing w:before="0" w:after="80" w:line="300" w:lineRule="auto"/>
        <w:jc w:val="left"/>
      </w:pPr>
      <w:r>
        <w:rPr>
          <w:rFonts w:ascii="Times New Roman" w:hAnsi="Times New Roman" w:eastAsia="宋体"/>
          <w:b w:val="0"/>
          <w:i w:val="0"/>
          <w:sz w:val="21"/>
        </w:rPr>
        <w:t>|5-x|&lt;6，</w:t>
      </w:r>
    </w:p>
    <w:p>
      <w:pPr>
        <w:spacing w:before="0" w:after="80" w:line="300" w:lineRule="auto"/>
        <w:jc w:val="left"/>
      </w:pPr>
      <w:r>
        <w:rPr>
          <w:rFonts w:ascii="Times New Roman" w:hAnsi="Times New Roman" w:eastAsia="宋体"/>
          <w:b w:val="0"/>
          <w:i w:val="0"/>
          <w:sz w:val="21"/>
        </w:rPr>
        <w:t>所以 -6&lt;5-x&lt;6。减去 5 并按需要变号，得到</w:t>
      </w:r>
    </w:p>
    <w:p>
      <w:pPr>
        <w:spacing w:before="0" w:after="80" w:line="300" w:lineRule="auto"/>
        <w:jc w:val="left"/>
      </w:pPr>
      <w:r>
        <w:rPr>
          <w:rFonts w:ascii="Times New Roman" w:hAnsi="Times New Roman" w:eastAsia="宋体"/>
          <w:b w:val="0"/>
          <w:i w:val="0"/>
          <w:sz w:val="21"/>
        </w:rPr>
        <w:t>-1&lt; x&lt;11。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is equivalent to</w:t>
      </w:r>
    </w:p>
    <w:p>
      <w:pPr>
        <w:spacing w:before="0" w:after="80" w:line="300" w:lineRule="auto"/>
        <w:jc w:val="left"/>
      </w:pPr>
      <w:r>
        <w:rPr>
          <w:rFonts w:ascii="Times New Roman" w:hAnsi="Times New Roman" w:eastAsia="宋体"/>
          <w:b w:val="0"/>
          <w:i w:val="0"/>
          <w:color w:val="333333"/>
          <w:sz w:val="19"/>
        </w:rPr>
        <w:t>|5-x|&lt;6,</w:t>
      </w:r>
    </w:p>
    <w:p>
      <w:pPr>
        <w:spacing w:before="0" w:after="80" w:line="300" w:lineRule="auto"/>
        <w:jc w:val="left"/>
      </w:pPr>
      <w:r>
        <w:rPr>
          <w:rFonts w:ascii="Times New Roman" w:hAnsi="Times New Roman" w:eastAsia="宋体"/>
          <w:b w:val="0"/>
          <w:i w:val="0"/>
          <w:color w:val="333333"/>
          <w:sz w:val="19"/>
        </w:rPr>
        <w:t>so -6&lt;5-x&lt;6. Subtracting 5 and reversing signs as needed gives</w:t>
      </w:r>
    </w:p>
    <w:p>
      <w:pPr>
        <w:spacing w:before="0" w:after="80" w:line="300" w:lineRule="auto"/>
        <w:jc w:val="left"/>
      </w:pPr>
      <w:r>
        <w:rPr>
          <w:rFonts w:ascii="Times New Roman" w:hAnsi="Times New Roman" w:eastAsia="宋体"/>
          <w:b w:val="0"/>
          <w:i w:val="0"/>
          <w:color w:val="333333"/>
          <w:sz w:val="19"/>
        </w:rPr>
        <w:t>-1&lt; x&lt;11.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若一个外角为 e，则</w:t>
      </w:r>
    </w:p>
    <w:p>
      <w:pPr>
        <w:spacing w:before="0" w:after="80" w:line="300" w:lineRule="auto"/>
        <w:jc w:val="left"/>
      </w:pPr>
      <w:r>
        <w:rPr>
          <w:rFonts w:ascii="Times New Roman" w:hAnsi="Times New Roman" w:eastAsia="宋体"/>
          <w:b w:val="0"/>
          <w:i w:val="0"/>
          <w:sz w:val="21"/>
        </w:rPr>
        <w:t>e+15/2e=180°，</w:t>
      </w:r>
    </w:p>
    <w:p>
      <w:pPr>
        <w:spacing w:before="0" w:after="80" w:line="300" w:lineRule="auto"/>
        <w:jc w:val="left"/>
      </w:pPr>
      <w:r>
        <w:rPr>
          <w:rFonts w:ascii="Times New Roman" w:hAnsi="Times New Roman" w:eastAsia="宋体"/>
          <w:b w:val="0"/>
          <w:i w:val="0"/>
          <w:sz w:val="21"/>
        </w:rPr>
        <w:t>所以 e=(360°)/17。由于外角和为 360°，多边形有 17 个顶点，并且</w:t>
      </w:r>
    </w:p>
    <w:p>
      <w:pPr>
        <w:spacing w:before="0" w:after="80" w:line="300" w:lineRule="auto"/>
        <w:jc w:val="left"/>
      </w:pPr>
      <w:r>
        <w:rPr>
          <w:rFonts w:ascii="Times New Roman" w:hAnsi="Times New Roman" w:eastAsia="宋体"/>
          <w:b w:val="0"/>
          <w:i w:val="0"/>
          <w:sz w:val="21"/>
        </w:rPr>
        <w:t>S=(17-2)180°=2700°。</w:t>
      </w:r>
    </w:p>
    <w:p>
      <w:pPr>
        <w:spacing w:before="0" w:after="80" w:line="300" w:lineRule="auto"/>
        <w:jc w:val="left"/>
      </w:pPr>
      <w:r>
        <w:rPr>
          <w:rFonts w:ascii="Times New Roman" w:hAnsi="Times New Roman" w:eastAsia="宋体"/>
          <w:b w:val="0"/>
          <w:i w:val="0"/>
          <w:sz w:val="21"/>
        </w:rPr>
        <w:t>它的所有角都相等，但各边不一定相等，所以它可能是正多边形，也可能不是。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exterior angle is e, then</w:t>
      </w:r>
    </w:p>
    <w:p>
      <w:pPr>
        <w:spacing w:before="0" w:after="80" w:line="300" w:lineRule="auto"/>
        <w:jc w:val="left"/>
      </w:pPr>
      <w:r>
        <w:rPr>
          <w:rFonts w:ascii="Times New Roman" w:hAnsi="Times New Roman" w:eastAsia="宋体"/>
          <w:b w:val="0"/>
          <w:i w:val="0"/>
          <w:color w:val="333333"/>
          <w:sz w:val="19"/>
        </w:rPr>
        <w:t>e+15/2e=180°,</w:t>
      </w:r>
    </w:p>
    <w:p>
      <w:pPr>
        <w:spacing w:before="0" w:after="80" w:line="300" w:lineRule="auto"/>
        <w:jc w:val="left"/>
      </w:pPr>
      <w:r>
        <w:rPr>
          <w:rFonts w:ascii="Times New Roman" w:hAnsi="Times New Roman" w:eastAsia="宋体"/>
          <w:b w:val="0"/>
          <w:i w:val="0"/>
          <w:color w:val="333333"/>
          <w:sz w:val="19"/>
        </w:rPr>
        <w:t>so e=(360°)/17. Since the exterior angles total 360°, the polygon has 17 vertices and</w:t>
      </w:r>
    </w:p>
    <w:p>
      <w:pPr>
        <w:spacing w:before="0" w:after="80" w:line="300" w:lineRule="auto"/>
        <w:jc w:val="left"/>
      </w:pPr>
      <w:r>
        <w:rPr>
          <w:rFonts w:ascii="Times New Roman" w:hAnsi="Times New Roman" w:eastAsia="宋体"/>
          <w:b w:val="0"/>
          <w:i w:val="0"/>
          <w:color w:val="333333"/>
          <w:sz w:val="19"/>
        </w:rPr>
        <w:t>S=(17-2)180°=2700°.</w:t>
      </w:r>
    </w:p>
    <w:p>
      <w:pPr>
        <w:spacing w:before="0" w:after="80" w:line="300" w:lineRule="auto"/>
        <w:jc w:val="left"/>
      </w:pPr>
      <w:r>
        <w:rPr>
          <w:rFonts w:ascii="Times New Roman" w:hAnsi="Times New Roman" w:eastAsia="宋体"/>
          <w:b w:val="0"/>
          <w:i w:val="0"/>
          <w:color w:val="333333"/>
          <w:sz w:val="19"/>
        </w:rPr>
        <w:t>All its angles are equal, but its sides need not be equal, so it may or may not be regular.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当 x≠3 时，从两边减去相同的分式后只剩 x=3。但 x=3 会使原式的分母为零，所以它不在定义域内。该方程无根。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x≠3, subtracting the identical fractions from both sides leaves x=3. But x=3 makes the original denominators zero, so it is not in the domain. The equation has no root.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由 3a-b=21，得 b=3a-21。代入不等式，得到</w:t>
      </w:r>
    </w:p>
    <w:p>
      <w:pPr>
        <w:spacing w:before="0" w:after="80" w:line="300" w:lineRule="auto"/>
        <w:jc w:val="left"/>
      </w:pPr>
      <w:r>
        <w:rPr>
          <w:rFonts w:ascii="Times New Roman" w:hAnsi="Times New Roman" w:eastAsia="宋体"/>
          <w:b w:val="0"/>
          <w:i w:val="0"/>
          <w:sz w:val="21"/>
        </w:rPr>
        <w:t>5a+3a-21&gt;51，</w:t>
      </w:r>
    </w:p>
    <w:p>
      <w:pPr>
        <w:spacing w:before="0" w:after="80" w:line="300" w:lineRule="auto"/>
        <w:jc w:val="left"/>
      </w:pPr>
      <w:r>
        <w:rPr>
          <w:rFonts w:ascii="Times New Roman" w:hAnsi="Times New Roman" w:eastAsia="宋体"/>
          <w:b w:val="0"/>
          <w:i w:val="0"/>
          <w:sz w:val="21"/>
        </w:rPr>
        <w:t>所以 a&gt;9。进而 b=3a-21&gt;6。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3a-b=21, we have b=3a-21. Substitution into the inequality gives</w:t>
      </w:r>
    </w:p>
    <w:p>
      <w:pPr>
        <w:spacing w:before="0" w:after="80" w:line="300" w:lineRule="auto"/>
        <w:jc w:val="left"/>
      </w:pPr>
      <w:r>
        <w:rPr>
          <w:rFonts w:ascii="Times New Roman" w:hAnsi="Times New Roman" w:eastAsia="宋体"/>
          <w:b w:val="0"/>
          <w:i w:val="0"/>
          <w:color w:val="333333"/>
          <w:sz w:val="19"/>
        </w:rPr>
        <w:t>5a+3a-21&gt;51,</w:t>
      </w:r>
    </w:p>
    <w:p>
      <w:pPr>
        <w:spacing w:before="0" w:after="80" w:line="300" w:lineRule="auto"/>
        <w:jc w:val="left"/>
      </w:pPr>
      <w:r>
        <w:rPr>
          <w:rFonts w:ascii="Times New Roman" w:hAnsi="Times New Roman" w:eastAsia="宋体"/>
          <w:b w:val="0"/>
          <w:i w:val="0"/>
          <w:color w:val="333333"/>
          <w:sz w:val="19"/>
        </w:rPr>
        <w:t>so a&gt;9. It follows that b=3a-21&gt;6.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当 y=x 时，直线给出 8x=15，所得点在第一象限。当 y=-x 时，得到 -2x=15，所以 x&lt;0 且 y&gt;0，所得点在第二象限。没有其他可能。</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y=x, the line gives 8x=15, producing a point in quadrant I. For y=-x, it gives -2x=15, so x&lt;0 and y&gt;0, producing a point in quadrant II. There are no other possibilities.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对 x²+2x+5 取模，有 x²=-2x-5。于是</w:t>
      </w:r>
    </w:p>
    <w:p>
      <w:pPr>
        <w:spacing w:before="0" w:after="80" w:line="300" w:lineRule="auto"/>
        <w:jc w:val="left"/>
      </w:pPr>
      <w:r>
        <w:rPr>
          <w:rFonts w:ascii="Times New Roman" w:hAnsi="Times New Roman" w:eastAsia="宋体"/>
          <w:b w:val="0"/>
          <w:i w:val="0"/>
          <w:sz w:val="21"/>
        </w:rPr>
        <w:t>x³=10-x, x⁴=12x+5。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x⁴+px²+q</w:t>
      </w:r>
    </w:p>
    <w:p>
      <w:pPr>
        <w:spacing w:before="0" w:after="80" w:line="300" w:lineRule="auto"/>
        <w:jc w:val="left"/>
      </w:pPr>
      <w:r>
        <w:rPr>
          <w:rFonts w:ascii="Times New Roman" w:hAnsi="Times New Roman" w:eastAsia="宋体"/>
          <w:b w:val="0"/>
          <w:i w:val="0"/>
          <w:sz w:val="21"/>
        </w:rPr>
        <w:t>≡(12-2p)x+(5-5p+q)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p=6 且 q=25 时，两个系数都为零。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x²+2x+5, we have x²=-2x-5. Then</w:t>
      </w:r>
    </w:p>
    <w:p>
      <w:pPr>
        <w:spacing w:before="0" w:after="80" w:line="300" w:lineRule="auto"/>
        <w:jc w:val="left"/>
      </w:pPr>
      <w:r>
        <w:rPr>
          <w:rFonts w:ascii="Times New Roman" w:hAnsi="Times New Roman" w:eastAsia="宋体"/>
          <w:b w:val="0"/>
          <w:i w:val="0"/>
          <w:color w:val="333333"/>
          <w:sz w:val="19"/>
        </w:rPr>
        <w:t>x³=10-x, x⁴=12x+5.</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x⁴+px²+q</w:t>
      </w:r>
    </w:p>
    <w:p>
      <w:pPr>
        <w:spacing w:before="0" w:after="80" w:line="300" w:lineRule="auto"/>
        <w:jc w:val="left"/>
      </w:pPr>
      <w:r>
        <w:rPr>
          <w:rFonts w:ascii="Times New Roman" w:hAnsi="Times New Roman" w:eastAsia="宋体"/>
          <w:b w:val="0"/>
          <w:i w:val="0"/>
          <w:color w:val="333333"/>
          <w:sz w:val="19"/>
        </w:rPr>
        <w:t>≡(12-2p)x+(5-5p+q).</w:t>
      </w:r>
    </w:p>
    <w:p>
      <w:pPr>
        <w:spacing w:before="0" w:after="80" w:line="300" w:lineRule="auto"/>
        <w:jc w:val="left"/>
      </w:pPr>
      <w:r>
        <w:rPr>
          <w:rFonts w:ascii="Times New Roman" w:hAnsi="Times New Roman" w:eastAsia="宋体"/>
          <w:b w:val="0"/>
          <w:i w:val="0"/>
          <w:color w:val="333333"/>
          <w:sz w:val="19"/>
        </w:rPr>
        <w:t>Both coefficients vanish when p=6 and q=25.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A</w:t>
      </w:r>
    </w:p>
    <w:p>
      <w:pPr>
        <w:spacing w:before="0" w:after="80" w:line="300" w:lineRule="auto"/>
        <w:jc w:val="left"/>
      </w:pPr>
      <w:r>
        <w:rPr>
          <w:rFonts w:ascii="Times New Roman" w:hAnsi="Times New Roman" w:eastAsia="宋体"/>
          <w:b w:val="0"/>
          <w:i w:val="0"/>
          <w:sz w:val="21"/>
        </w:rPr>
        <w:t>设半径为 r。因为 AB 在 B 点处与圆相切，所以</w:t>
      </w:r>
    </w:p>
    <w:p>
      <w:pPr>
        <w:spacing w:before="0" w:after="80" w:line="300" w:lineRule="auto"/>
        <w:jc w:val="left"/>
      </w:pPr>
      <w:r>
        <w:rPr>
          <w:rFonts w:ascii="Times New Roman" w:hAnsi="Times New Roman" w:eastAsia="宋体"/>
          <w:b w:val="0"/>
          <w:i w:val="0"/>
          <w:sz w:val="21"/>
        </w:rPr>
        <w:t>AB²=AD· AE。</w:t>
      </w:r>
    </w:p>
    <w:p>
      <w:pPr>
        <w:spacing w:before="0" w:after="80" w:line="300" w:lineRule="auto"/>
        <w:jc w:val="left"/>
      </w:pPr>
      <w:r>
        <w:rPr>
          <w:rFonts w:ascii="Times New Roman" w:hAnsi="Times New Roman" w:eastAsia="宋体"/>
          <w:b w:val="0"/>
          <w:i w:val="0"/>
          <w:sz w:val="21"/>
        </w:rPr>
        <w:t>令 AD=t。由于割线经过圆心，AE=t+2r，而 AB=2r。因此</w:t>
      </w:r>
    </w:p>
    <w:p>
      <w:pPr>
        <w:spacing w:before="0" w:after="80" w:line="300" w:lineRule="auto"/>
        <w:jc w:val="left"/>
      </w:pPr>
      <w:r>
        <w:rPr>
          <w:rFonts w:ascii="Times New Roman" w:hAnsi="Times New Roman" w:eastAsia="宋体"/>
          <w:b w:val="0"/>
          <w:i w:val="0"/>
          <w:sz w:val="21"/>
        </w:rPr>
        <w:t>t(t+2r)=4r²。</w:t>
      </w:r>
    </w:p>
    <w:p>
      <w:pPr>
        <w:spacing w:before="0" w:after="80" w:line="300" w:lineRule="auto"/>
        <w:jc w:val="left"/>
      </w:pPr>
      <w:r>
        <w:rPr>
          <w:rFonts w:ascii="Times New Roman" w:hAnsi="Times New Roman" w:eastAsia="宋体"/>
          <w:b w:val="0"/>
          <w:i w:val="0"/>
          <w:sz w:val="21"/>
        </w:rPr>
        <w:t>另外，AP=AD=t，且 PB=AB-AP=2r-t。将上式整理为</w:t>
      </w:r>
    </w:p>
    <w:p>
      <w:pPr>
        <w:spacing w:before="0" w:after="80" w:line="300" w:lineRule="auto"/>
        <w:jc w:val="left"/>
      </w:pPr>
      <w:r>
        <w:rPr>
          <w:rFonts w:ascii="Times New Roman" w:hAnsi="Times New Roman" w:eastAsia="宋体"/>
          <w:b w:val="0"/>
          <w:i w:val="0"/>
          <w:sz w:val="21"/>
        </w:rPr>
        <w:t>t²=2r(2r-t)=PB· AB。</w:t>
      </w:r>
    </w:p>
    <w:p>
      <w:pPr>
        <w:spacing w:before="0" w:after="80" w:line="300" w:lineRule="auto"/>
        <w:jc w:val="left"/>
      </w:pPr>
      <w:r>
        <w:rPr>
          <w:rFonts w:ascii="Times New Roman" w:hAnsi="Times New Roman" w:eastAsia="宋体"/>
          <w:b w:val="0"/>
          <w:i w:val="0"/>
          <w:sz w:val="21"/>
        </w:rPr>
        <w:t>因此 AP²=PB· 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radius be r. Since AB is tangent at B,</w:t>
      </w:r>
    </w:p>
    <w:p>
      <w:pPr>
        <w:spacing w:before="0" w:after="80" w:line="300" w:lineRule="auto"/>
        <w:jc w:val="left"/>
      </w:pPr>
      <w:r>
        <w:rPr>
          <w:rFonts w:ascii="Times New Roman" w:hAnsi="Times New Roman" w:eastAsia="宋体"/>
          <w:b w:val="0"/>
          <w:i w:val="0"/>
          <w:color w:val="333333"/>
          <w:sz w:val="19"/>
        </w:rPr>
        <w:t>AB²=AD· AE.</w:t>
      </w:r>
    </w:p>
    <w:p>
      <w:pPr>
        <w:spacing w:before="0" w:after="80" w:line="300" w:lineRule="auto"/>
        <w:jc w:val="left"/>
      </w:pPr>
      <w:r>
        <w:rPr>
          <w:rFonts w:ascii="Times New Roman" w:hAnsi="Times New Roman" w:eastAsia="宋体"/>
          <w:b w:val="0"/>
          <w:i w:val="0"/>
          <w:color w:val="333333"/>
          <w:sz w:val="19"/>
        </w:rPr>
        <w:t>Write AD=t. Because the secant passes through the center, AE=t+2r, while AB=2r. Hence</w:t>
      </w:r>
    </w:p>
    <w:p>
      <w:pPr>
        <w:spacing w:before="0" w:after="80" w:line="300" w:lineRule="auto"/>
        <w:jc w:val="left"/>
      </w:pPr>
      <w:r>
        <w:rPr>
          <w:rFonts w:ascii="Times New Roman" w:hAnsi="Times New Roman" w:eastAsia="宋体"/>
          <w:b w:val="0"/>
          <w:i w:val="0"/>
          <w:color w:val="333333"/>
          <w:sz w:val="19"/>
        </w:rPr>
        <w:t>t(t+2r)=4r².</w:t>
      </w:r>
    </w:p>
    <w:p>
      <w:pPr>
        <w:spacing w:before="0" w:after="80" w:line="300" w:lineRule="auto"/>
        <w:jc w:val="left"/>
      </w:pPr>
      <w:r>
        <w:rPr>
          <w:rFonts w:ascii="Times New Roman" w:hAnsi="Times New Roman" w:eastAsia="宋体"/>
          <w:b w:val="0"/>
          <w:i w:val="0"/>
          <w:color w:val="333333"/>
          <w:sz w:val="19"/>
        </w:rPr>
        <w:t>Also AP=AD=t and PB=AB-AP=2r-t. The displayed equation rearranges to</w:t>
      </w:r>
    </w:p>
    <w:p>
      <w:pPr>
        <w:spacing w:before="0" w:after="80" w:line="300" w:lineRule="auto"/>
        <w:jc w:val="left"/>
      </w:pPr>
      <w:r>
        <w:rPr>
          <w:rFonts w:ascii="Times New Roman" w:hAnsi="Times New Roman" w:eastAsia="宋体"/>
          <w:b w:val="0"/>
          <w:i w:val="0"/>
          <w:color w:val="333333"/>
          <w:sz w:val="19"/>
        </w:rPr>
        <w:t>t²=2r(2r-t)=PB· AB.</w:t>
      </w:r>
    </w:p>
    <w:p>
      <w:pPr>
        <w:spacing w:before="0" w:after="80" w:line="300" w:lineRule="auto"/>
        <w:jc w:val="left"/>
      </w:pPr>
      <w:r>
        <w:rPr>
          <w:rFonts w:ascii="Times New Roman" w:hAnsi="Times New Roman" w:eastAsia="宋体"/>
          <w:b w:val="0"/>
          <w:i w:val="0"/>
          <w:color w:val="333333"/>
          <w:sz w:val="19"/>
        </w:rPr>
        <w:t>Therefore AP²=PB· 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A</w:t>
      </w:r>
    </w:p>
    <w:p>
      <w:pPr>
        <w:spacing w:before="0" w:after="80" w:line="300" w:lineRule="auto"/>
        <w:jc w:val="left"/>
      </w:pPr>
      <w:r>
        <w:rPr>
          <w:rFonts w:ascii="Times New Roman" w:hAnsi="Times New Roman" w:eastAsia="宋体"/>
          <w:b w:val="0"/>
          <w:i w:val="0"/>
          <w:sz w:val="21"/>
        </w:rPr>
        <w:t>对给定范围内的每个 n，选择 n 的一个质因子 p。由于 p≤59，它是 P 的一个因子。因此 p 整除 P+n。又因为 P+n&gt;p，所以 P+n 是合数。没有一项是质数，故 N=0。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n in the given range, choose a prime divisor p of n. Since p≤59, it is one of the factors of P. Therefore p divides P+n. Moreover P+n&gt;p, so P+n is composite. No term is prime, and N=0.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速度较快者的位置每 60 秒重复一次，速度较慢者的位置每 90 秒重复一次。因此，两人的位置变化共同以 180 秒为周期。在一个周期内，他们的位置在</w:t>
      </w:r>
    </w:p>
    <w:p>
      <w:pPr>
        <w:spacing w:before="0" w:after="80" w:line="300" w:lineRule="auto"/>
        <w:jc w:val="left"/>
      </w:pPr>
      <w:r>
        <w:rPr>
          <w:rFonts w:ascii="Times New Roman" w:hAnsi="Times New Roman" w:eastAsia="宋体"/>
          <w:b w:val="0"/>
          <w:i w:val="0"/>
          <w:sz w:val="21"/>
        </w:rPr>
        <w:t>t=18,54,90,126,162</w:t>
      </w:r>
    </w:p>
    <w:p>
      <w:pPr>
        <w:spacing w:before="0" w:after="80" w:line="300" w:lineRule="auto"/>
        <w:jc w:val="left"/>
      </w:pPr>
      <w:r>
        <w:rPr>
          <w:rFonts w:ascii="Times New Roman" w:hAnsi="Times New Roman" w:eastAsia="宋体"/>
          <w:b w:val="0"/>
          <w:i w:val="0"/>
          <w:sz w:val="21"/>
        </w:rPr>
        <w:t>秒时重合。原题答案采用的计数方式把 t=90 秒时两人在端点同时转身也计作一次相遇。因此每个周期计 5 次，12 分钟内共有 4 个周期，得到 5·4=20。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faster swimmer’s position repeats every 60 seconds, and the slower swimmer’s position repeats every 90 seconds. Thus their joint position pattern repeats every 180 seconds. During one such cycle, their positions coincide at</w:t>
      </w:r>
    </w:p>
    <w:p>
      <w:pPr>
        <w:spacing w:before="0" w:after="80" w:line="300" w:lineRule="auto"/>
        <w:jc w:val="left"/>
      </w:pPr>
      <w:r>
        <w:rPr>
          <w:rFonts w:ascii="Times New Roman" w:hAnsi="Times New Roman" w:eastAsia="宋体"/>
          <w:b w:val="0"/>
          <w:i w:val="0"/>
          <w:color w:val="333333"/>
          <w:sz w:val="19"/>
        </w:rPr>
        <w:t>t=18,54,90,126,162</w:t>
      </w:r>
    </w:p>
    <w:p>
      <w:pPr>
        <w:spacing w:before="0" w:after="80" w:line="300" w:lineRule="auto"/>
        <w:jc w:val="left"/>
      </w:pPr>
      <w:r>
        <w:rPr>
          <w:rFonts w:ascii="Times New Roman" w:hAnsi="Times New Roman" w:eastAsia="宋体"/>
          <w:b w:val="0"/>
          <w:i w:val="0"/>
          <w:color w:val="333333"/>
          <w:sz w:val="19"/>
        </w:rPr>
        <w:t>seconds. The keyed interpretation counts the simultaneous turn at the endpoint when t=90 as one of these encounters. Thus there are 5 counted encounters per cycle and 4 cycles in 12 minutes, giving 5·4=20.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C</w:t>
      </w:r>
    </w:p>
    <w:p>
      <w:pPr>
        <w:spacing w:before="0" w:after="80" w:line="300" w:lineRule="auto"/>
        <w:jc w:val="left"/>
      </w:pPr>
      <w:r>
        <w:rPr>
          <w:rFonts w:ascii="Times New Roman" w:hAnsi="Times New Roman" w:eastAsia="宋体"/>
          <w:b w:val="0"/>
          <w:i w:val="0"/>
          <w:sz w:val="21"/>
        </w:rPr>
        <w:t>弧长满足 m+n=10，而比例中项条件给出</w:t>
      </w:r>
    </w:p>
    <w:p>
      <w:pPr>
        <w:spacing w:before="0" w:after="80" w:line="300" w:lineRule="auto"/>
        <w:jc w:val="left"/>
      </w:pPr>
      <w:r>
        <w:rPr>
          <w:rFonts w:ascii="Times New Roman" w:hAnsi="Times New Roman" w:eastAsia="宋体"/>
          <w:b w:val="0"/>
          <w:i w:val="0"/>
          <w:sz w:val="21"/>
        </w:rPr>
        <w:t>t²=mn=m(10-m)。</w:t>
      </w:r>
    </w:p>
    <w:p>
      <w:pPr>
        <w:spacing w:before="0" w:after="80" w:line="300" w:lineRule="auto"/>
        <w:jc w:val="left"/>
      </w:pPr>
      <w:r>
        <w:rPr>
          <w:rFonts w:ascii="Times New Roman" w:hAnsi="Times New Roman" w:eastAsia="宋体"/>
          <w:b w:val="0"/>
          <w:i w:val="0"/>
          <w:sz w:val="21"/>
        </w:rPr>
        <w:t>当 m 取从 1 到 9 的整数时，不计对称重复，可能的乘积为 9、16、21、24 和 25。最后一个来自相等的两弧 m=n=5，应排除。其余完全平方数给出 t=3 和 t=4，共两个值。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arc lengths satisfy m+n=10, while the mean-proportional condition gives</w:t>
      </w:r>
    </w:p>
    <w:p>
      <w:pPr>
        <w:spacing w:before="0" w:after="80" w:line="300" w:lineRule="auto"/>
        <w:jc w:val="left"/>
      </w:pPr>
      <w:r>
        <w:rPr>
          <w:rFonts w:ascii="Times New Roman" w:hAnsi="Times New Roman" w:eastAsia="宋体"/>
          <w:b w:val="0"/>
          <w:i w:val="0"/>
          <w:color w:val="333333"/>
          <w:sz w:val="19"/>
        </w:rPr>
        <w:t>t²=mn=m(10-m).</w:t>
      </w:r>
    </w:p>
    <w:p>
      <w:pPr>
        <w:spacing w:before="0" w:after="80" w:line="300" w:lineRule="auto"/>
        <w:jc w:val="left"/>
      </w:pPr>
      <w:r>
        <w:rPr>
          <w:rFonts w:ascii="Times New Roman" w:hAnsi="Times New Roman" w:eastAsia="宋体"/>
          <w:b w:val="0"/>
          <w:i w:val="0"/>
          <w:color w:val="333333"/>
          <w:sz w:val="19"/>
        </w:rPr>
        <w:t>For integral m from 1 through 9, the possible products, up to symmetry, are 9, 16, 21, 24, and 25. The last comes from equal arcs m=n=5 and is excluded. The remaining squares give t=3 and t=4, two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B</w:t>
      </w:r>
    </w:p>
    <w:p>
      <w:pPr>
        <w:spacing w:before="0" w:after="80" w:line="300" w:lineRule="auto"/>
        <w:jc w:val="left"/>
      </w:pPr>
      <w:r>
        <w:rPr>
          <w:rFonts w:ascii="Times New Roman" w:hAnsi="Times New Roman" w:eastAsia="宋体"/>
          <w:b w:val="0"/>
          <w:i w:val="0"/>
          <w:sz w:val="21"/>
        </w:rPr>
        <w:t>使用等差数列求和公式，</w:t>
      </w:r>
    </w:p>
    <w:p>
      <w:pPr>
        <w:spacing w:before="0" w:after="80" w:line="300" w:lineRule="auto"/>
        <w:jc w:val="left"/>
      </w:pPr>
      <w:r>
        <w:rPr>
          <w:rFonts w:ascii="Times New Roman" w:hAnsi="Times New Roman" w:eastAsia="宋体"/>
          <w:b w:val="0"/>
          <w:i w:val="0"/>
          <w:sz w:val="21"/>
        </w:rPr>
        <w:t>sⱼ=jn/2(2a+(jn-1)d)。</w:t>
      </w:r>
    </w:p>
    <w:p>
      <w:pPr>
        <w:spacing w:before="0" w:after="80" w:line="300" w:lineRule="auto"/>
        <w:jc w:val="left"/>
      </w:pPr>
      <w:r>
        <w:rPr>
          <w:rFonts w:ascii="Times New Roman" w:hAnsi="Times New Roman" w:eastAsia="宋体"/>
          <w:b w:val="0"/>
          <w:i w:val="0"/>
          <w:sz w:val="21"/>
        </w:rPr>
        <w:t>在 s₃-s₂-s₁ 中，a 的系数为 3n-2n-n=0。化简其余各项，得到</w:t>
      </w:r>
    </w:p>
    <w:p>
      <w:pPr>
        <w:spacing w:before="0" w:after="80" w:line="300" w:lineRule="auto"/>
        <w:jc w:val="left"/>
      </w:pPr>
      <w:r>
        <w:rPr>
          <w:rFonts w:ascii="Times New Roman" w:hAnsi="Times New Roman" w:eastAsia="宋体"/>
          <w:b w:val="0"/>
          <w:i w:val="0"/>
          <w:sz w:val="21"/>
        </w:rPr>
        <w:t>R=2n²d。</w:t>
      </w:r>
    </w:p>
    <w:p>
      <w:pPr>
        <w:spacing w:before="0" w:after="80" w:line="300" w:lineRule="auto"/>
        <w:jc w:val="left"/>
      </w:pPr>
      <w:r>
        <w:rPr>
          <w:rFonts w:ascii="Times New Roman" w:hAnsi="Times New Roman" w:eastAsia="宋体"/>
          <w:b w:val="0"/>
          <w:i w:val="0"/>
          <w:sz w:val="21"/>
        </w:rPr>
        <w:t>因此 R 取决于 d 和 n，但不取决于 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arithmetic-series formula,</w:t>
      </w:r>
    </w:p>
    <w:p>
      <w:pPr>
        <w:spacing w:before="0" w:after="80" w:line="300" w:lineRule="auto"/>
        <w:jc w:val="left"/>
      </w:pPr>
      <w:r>
        <w:rPr>
          <w:rFonts w:ascii="Times New Roman" w:hAnsi="Times New Roman" w:eastAsia="宋体"/>
          <w:b w:val="0"/>
          <w:i w:val="0"/>
          <w:color w:val="333333"/>
          <w:sz w:val="19"/>
        </w:rPr>
        <w:t>sⱼ=jn/2(2a+(jn-1)d).</w:t>
      </w:r>
    </w:p>
    <w:p>
      <w:pPr>
        <w:spacing w:before="0" w:after="80" w:line="300" w:lineRule="auto"/>
        <w:jc w:val="left"/>
      </w:pPr>
      <w:r>
        <w:rPr>
          <w:rFonts w:ascii="Times New Roman" w:hAnsi="Times New Roman" w:eastAsia="宋体"/>
          <w:b w:val="0"/>
          <w:i w:val="0"/>
          <w:color w:val="333333"/>
          <w:sz w:val="19"/>
        </w:rPr>
        <w:t>In s₃-s₂-s₁, the coefficient of a is 3n-2n-n=0. Simplifying the remaining terms gives</w:t>
      </w:r>
    </w:p>
    <w:p>
      <w:pPr>
        <w:spacing w:before="0" w:after="80" w:line="300" w:lineRule="auto"/>
        <w:jc w:val="left"/>
      </w:pPr>
      <w:r>
        <w:rPr>
          <w:rFonts w:ascii="Times New Roman" w:hAnsi="Times New Roman" w:eastAsia="宋体"/>
          <w:b w:val="0"/>
          <w:i w:val="0"/>
          <w:color w:val="333333"/>
          <w:sz w:val="19"/>
        </w:rPr>
        <w:t>R=2n²d.</w:t>
      </w:r>
    </w:p>
    <w:p>
      <w:pPr>
        <w:spacing w:before="0" w:after="80" w:line="300" w:lineRule="auto"/>
        <w:jc w:val="left"/>
      </w:pPr>
      <w:r>
        <w:rPr>
          <w:rFonts w:ascii="Times New Roman" w:hAnsi="Times New Roman" w:eastAsia="宋体"/>
          <w:b w:val="0"/>
          <w:i w:val="0"/>
          <w:color w:val="333333"/>
          <w:sz w:val="19"/>
        </w:rPr>
        <w:t>Thus R depends on d and n, but not on 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A</w:t>
      </w:r>
    </w:p>
    <w:p>
      <w:pPr>
        <w:spacing w:before="0" w:after="80" w:line="300" w:lineRule="auto"/>
        <w:jc w:val="left"/>
      </w:pPr>
      <w:r>
        <w:rPr>
          <w:rFonts w:ascii="Times New Roman" w:hAnsi="Times New Roman" w:eastAsia="宋体"/>
          <w:b w:val="0"/>
          <w:i w:val="0"/>
          <w:sz w:val="21"/>
        </w:rPr>
        <w:t>由相似关系，高度 x 处平行于底边的截线长度为</w:t>
      </w:r>
    </w:p>
    <w:p>
      <w:pPr>
        <w:spacing w:before="0" w:after="80" w:line="300" w:lineRule="auto"/>
        <w:jc w:val="left"/>
      </w:pPr>
      <w:r>
        <w:rPr>
          <w:rFonts w:ascii="Times New Roman" w:hAnsi="Times New Roman" w:eastAsia="宋体"/>
          <w:b w:val="0"/>
          <w:i w:val="0"/>
          <w:sz w:val="21"/>
        </w:rPr>
        <w:t>b(1-x/h)=(b(h-x))/h。</w:t>
      </w:r>
    </w:p>
    <w:p>
      <w:pPr>
        <w:spacing w:before="0" w:after="80" w:line="300" w:lineRule="auto"/>
        <w:jc w:val="left"/>
      </w:pPr>
      <w:r>
        <w:rPr>
          <w:rFonts w:ascii="Times New Roman" w:hAnsi="Times New Roman" w:eastAsia="宋体"/>
          <w:b w:val="0"/>
          <w:i w:val="0"/>
          <w:sz w:val="21"/>
        </w:rPr>
        <w:t>将它乘以矩形的高 x，得到</w:t>
      </w:r>
    </w:p>
    <w:p>
      <w:pPr>
        <w:spacing w:before="0" w:after="80" w:line="300" w:lineRule="auto"/>
        <w:jc w:val="left"/>
      </w:pPr>
      <w:r>
        <w:rPr>
          <w:rFonts w:ascii="Times New Roman" w:hAnsi="Times New Roman" w:eastAsia="宋体"/>
          <w:b w:val="0"/>
          <w:i w:val="0"/>
          <w:sz w:val="21"/>
        </w:rPr>
        <w:t>bx/h(h-x)。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cross-section parallel to the base at height x has width</w:t>
      </w:r>
    </w:p>
    <w:p>
      <w:pPr>
        <w:spacing w:before="0" w:after="80" w:line="300" w:lineRule="auto"/>
        <w:jc w:val="left"/>
      </w:pPr>
      <w:r>
        <w:rPr>
          <w:rFonts w:ascii="Times New Roman" w:hAnsi="Times New Roman" w:eastAsia="宋体"/>
          <w:b w:val="0"/>
          <w:i w:val="0"/>
          <w:color w:val="333333"/>
          <w:sz w:val="19"/>
        </w:rPr>
        <w:t>b(1-x/h)=(b(h-x))/h</w:t>
      </w:r>
    </w:p>
    <w:p>
      <w:pPr>
        <w:spacing w:before="0" w:after="80" w:line="300" w:lineRule="auto"/>
        <w:jc w:val="left"/>
      </w:pPr>
      <w:r>
        <w:rPr>
          <w:rFonts w:ascii="Times New Roman" w:hAnsi="Times New Roman" w:eastAsia="宋体"/>
          <w:b w:val="0"/>
          <w:i w:val="0"/>
          <w:color w:val="333333"/>
          <w:sz w:val="19"/>
        </w:rPr>
        <w:t>by similarity. Multiplying by the rectangle’s height x gives</w:t>
      </w:r>
    </w:p>
    <w:p>
      <w:pPr>
        <w:spacing w:before="0" w:after="80" w:line="300" w:lineRule="auto"/>
        <w:jc w:val="left"/>
      </w:pPr>
      <w:r>
        <w:rPr>
          <w:rFonts w:ascii="Times New Roman" w:hAnsi="Times New Roman" w:eastAsia="宋体"/>
          <w:b w:val="0"/>
          <w:i w:val="0"/>
          <w:color w:val="333333"/>
          <w:sz w:val="19"/>
        </w:rPr>
        <w:t>bx/h(h-x).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设 ABC 的每个底角为 θ。从 BC 的方向量起，直线 FD 的方向角为 180°-a，所以由等边三角形条件，DE 的方向角为 60°-a。在 D 点处，</w:t>
      </w:r>
    </w:p>
    <w:p>
      <w:pPr>
        <w:spacing w:before="0" w:after="80" w:line="300" w:lineRule="auto"/>
        <w:jc w:val="left"/>
      </w:pPr>
      <w:r>
        <w:rPr>
          <w:rFonts w:ascii="Times New Roman" w:hAnsi="Times New Roman" w:eastAsia="宋体"/>
          <w:b w:val="0"/>
          <w:i w:val="0"/>
          <w:sz w:val="21"/>
        </w:rPr>
        <w:t>b=θ-(60°-a)=θ-60°+a。</w:t>
      </w:r>
    </w:p>
    <w:p>
      <w:pPr>
        <w:spacing w:before="0" w:after="80" w:line="300" w:lineRule="auto"/>
        <w:jc w:val="left"/>
      </w:pPr>
      <w:r>
        <w:rPr>
          <w:rFonts w:ascii="Times New Roman" w:hAnsi="Times New Roman" w:eastAsia="宋体"/>
          <w:b w:val="0"/>
          <w:i w:val="0"/>
          <w:sz w:val="21"/>
        </w:rPr>
        <w:t>同样，在 E 点追角可得</w:t>
      </w:r>
    </w:p>
    <w:p>
      <w:pPr>
        <w:spacing w:before="0" w:after="80" w:line="300" w:lineRule="auto"/>
        <w:jc w:val="left"/>
      </w:pPr>
      <w:r>
        <w:rPr>
          <w:rFonts w:ascii="Times New Roman" w:hAnsi="Times New Roman" w:eastAsia="宋体"/>
          <w:b w:val="0"/>
          <w:i w:val="0"/>
          <w:sz w:val="21"/>
        </w:rPr>
        <w:t>c=60°+a-θ。</w:t>
      </w:r>
    </w:p>
    <w:p>
      <w:pPr>
        <w:spacing w:before="0" w:after="80" w:line="300" w:lineRule="auto"/>
        <w:jc w:val="left"/>
      </w:pPr>
      <w:r>
        <w:rPr>
          <w:rFonts w:ascii="Times New Roman" w:hAnsi="Times New Roman" w:eastAsia="宋体"/>
          <w:b w:val="0"/>
          <w:i w:val="0"/>
          <w:sz w:val="21"/>
        </w:rPr>
        <w:t>两式相加，得到 b+c=2a。</w:t>
      </w:r>
    </w:p>
    <w:p>
      <w:pPr>
        <w:spacing w:before="0" w:after="80" w:line="300" w:lineRule="auto"/>
        <w:jc w:val="left"/>
      </w:pPr>
      <w:r>
        <w:rPr>
          <w:rFonts w:ascii="Times New Roman" w:hAnsi="Times New Roman" w:eastAsia="宋体"/>
          <w:b w:val="0"/>
          <w:i w:val="0"/>
          <w:sz w:val="21"/>
        </w:rPr>
        <w:t>因此 a=b+c/2，正确答案是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base angle of ABC be θ. Measured from the direction BC, the line FD has direction 180°-a, so the equilateral condition makes DE have direction 60°-a. At D,</w:t>
      </w:r>
    </w:p>
    <w:p>
      <w:pPr>
        <w:spacing w:before="0" w:after="80" w:line="300" w:lineRule="auto"/>
        <w:jc w:val="left"/>
      </w:pPr>
      <w:r>
        <w:rPr>
          <w:rFonts w:ascii="Times New Roman" w:hAnsi="Times New Roman" w:eastAsia="宋体"/>
          <w:b w:val="0"/>
          <w:i w:val="0"/>
          <w:color w:val="333333"/>
          <w:sz w:val="19"/>
        </w:rPr>
        <w:t>b=θ-(60°-a)=θ-60°+a.</w:t>
      </w:r>
    </w:p>
    <w:p>
      <w:pPr>
        <w:spacing w:before="0" w:after="80" w:line="300" w:lineRule="auto"/>
        <w:jc w:val="left"/>
      </w:pPr>
      <w:r>
        <w:rPr>
          <w:rFonts w:ascii="Times New Roman" w:hAnsi="Times New Roman" w:eastAsia="宋体"/>
          <w:b w:val="0"/>
          <w:i w:val="0"/>
          <w:color w:val="333333"/>
          <w:sz w:val="19"/>
        </w:rPr>
        <w:t>Similarly, angle chasing at E gives</w:t>
      </w:r>
    </w:p>
    <w:p>
      <w:pPr>
        <w:spacing w:before="0" w:after="80" w:line="300" w:lineRule="auto"/>
        <w:jc w:val="left"/>
      </w:pPr>
      <w:r>
        <w:rPr>
          <w:rFonts w:ascii="Times New Roman" w:hAnsi="Times New Roman" w:eastAsia="宋体"/>
          <w:b w:val="0"/>
          <w:i w:val="0"/>
          <w:color w:val="333333"/>
          <w:sz w:val="19"/>
        </w:rPr>
        <w:t>c=60°+a-θ.</w:t>
      </w:r>
    </w:p>
    <w:p>
      <w:pPr>
        <w:spacing w:before="0" w:after="80" w:line="300" w:lineRule="auto"/>
        <w:jc w:val="left"/>
      </w:pPr>
      <w:r>
        <w:rPr>
          <w:rFonts w:ascii="Times New Roman" w:hAnsi="Times New Roman" w:eastAsia="宋体"/>
          <w:b w:val="0"/>
          <w:i w:val="0"/>
          <w:color w:val="333333"/>
          <w:sz w:val="19"/>
        </w:rPr>
        <w:t>Adding these equations yields b+c=2a.</w:t>
      </w:r>
    </w:p>
    <w:p>
      <w:pPr>
        <w:spacing w:before="0" w:after="80" w:line="300" w:lineRule="auto"/>
        <w:jc w:val="left"/>
      </w:pPr>
      <w:r>
        <w:rPr>
          <w:rFonts w:ascii="Times New Roman" w:hAnsi="Times New Roman" w:eastAsia="宋体"/>
          <w:b w:val="0"/>
          <w:i w:val="0"/>
          <w:color w:val="333333"/>
          <w:sz w:val="19"/>
        </w:rPr>
        <w:t>Therefore a=b+c/2,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E</w:t>
      </w:r>
    </w:p>
    <w:p>
      <w:pPr>
        <w:spacing w:before="0" w:after="80" w:line="300" w:lineRule="auto"/>
        <w:jc w:val="left"/>
      </w:pPr>
      <w:r>
        <w:rPr>
          <w:rFonts w:ascii="Times New Roman" w:hAnsi="Times New Roman" w:eastAsia="宋体"/>
          <w:b w:val="0"/>
          <w:i w:val="0"/>
          <w:sz w:val="21"/>
        </w:rPr>
        <w:t>由分母可知 a≠0 且 a+b≠0。令 t=b/a 并交叉相乘，得到</w:t>
      </w:r>
    </w:p>
    <w:p>
      <w:pPr>
        <w:spacing w:before="0" w:after="80" w:line="300" w:lineRule="auto"/>
        <w:jc w:val="left"/>
      </w:pPr>
      <w:r>
        <w:rPr>
          <w:rFonts w:ascii="Times New Roman" w:hAnsi="Times New Roman" w:eastAsia="宋体"/>
          <w:b w:val="0"/>
          <w:i w:val="0"/>
          <w:sz w:val="21"/>
        </w:rPr>
        <w:t>(1+t)²=t，</w:t>
      </w:r>
    </w:p>
    <w:p>
      <w:pPr>
        <w:spacing w:before="0" w:after="80" w:line="300" w:lineRule="auto"/>
        <w:jc w:val="left"/>
      </w:pPr>
      <w:r>
        <w:rPr>
          <w:rFonts w:ascii="Times New Roman" w:hAnsi="Times New Roman" w:eastAsia="宋体"/>
          <w:b w:val="0"/>
          <w:i w:val="0"/>
          <w:sz w:val="21"/>
        </w:rPr>
        <w:t>即 t²+t+1=0。其判别式为 -3，所以 t 不是实数。因此 a 和 b 不可能都是实数。根据为 a 选择的非零复数倍数，可以一个为实数而另一个为非实数，也可以两者都是非实数。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denominators require a≠0 and a+b≠0. Setting t=b/a and cross-multiplying gives</w:t>
      </w:r>
    </w:p>
    <w:p>
      <w:pPr>
        <w:spacing w:before="0" w:after="80" w:line="300" w:lineRule="auto"/>
        <w:jc w:val="left"/>
      </w:pPr>
      <w:r>
        <w:rPr>
          <w:rFonts w:ascii="Times New Roman" w:hAnsi="Times New Roman" w:eastAsia="宋体"/>
          <w:b w:val="0"/>
          <w:i w:val="0"/>
          <w:color w:val="333333"/>
          <w:sz w:val="19"/>
        </w:rPr>
        <w:t>(1+t)²=t,</w:t>
      </w:r>
    </w:p>
    <w:p>
      <w:pPr>
        <w:spacing w:before="0" w:after="80" w:line="300" w:lineRule="auto"/>
        <w:jc w:val="left"/>
      </w:pPr>
      <w:r>
        <w:rPr>
          <w:rFonts w:ascii="Times New Roman" w:hAnsi="Times New Roman" w:eastAsia="宋体"/>
          <w:b w:val="0"/>
          <w:i w:val="0"/>
          <w:color w:val="333333"/>
          <w:sz w:val="19"/>
        </w:rPr>
        <w:t>or t²+t+1=0. Its discriminant is -3, so t is not real. Therefore a and b cannot both be real. Depending on the nonzero complex scale chosen for a, one can be real and the other nonreal, or both can be nonreal.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A</w:t>
      </w:r>
    </w:p>
    <w:p>
      <w:pPr>
        <w:spacing w:before="0" w:after="80" w:line="300" w:lineRule="auto"/>
        <w:jc w:val="left"/>
      </w:pPr>
      <w:r>
        <w:rPr>
          <w:rFonts w:ascii="Times New Roman" w:hAnsi="Times New Roman" w:eastAsia="宋体"/>
          <w:b w:val="0"/>
          <w:i w:val="0"/>
          <w:sz w:val="21"/>
        </w:rPr>
        <w:t>设 C=(0,0)、B=(3,0)、A=(0,4)。斜边的方程为 x/3+y/4=1。与水平边成 30° 的三等分角射线为 y=x/(√(3))。代入得</w:t>
      </w:r>
    </w:p>
    <w:p>
      <w:pPr>
        <w:spacing w:before="0" w:after="80" w:line="300" w:lineRule="auto"/>
        <w:jc w:val="left"/>
      </w:pPr>
      <w:r>
        <w:rPr>
          <w:rFonts w:ascii="Times New Roman" w:hAnsi="Times New Roman" w:eastAsia="宋体"/>
          <w:b w:val="0"/>
          <w:i w:val="0"/>
          <w:sz w:val="21"/>
        </w:rPr>
        <w:t>x=(12√(3))/(4√(3)+3)。</w:t>
      </w:r>
    </w:p>
    <w:p>
      <w:pPr>
        <w:spacing w:before="0" w:after="80" w:line="300" w:lineRule="auto"/>
        <w:jc w:val="left"/>
      </w:pPr>
      <w:r>
        <w:rPr>
          <w:rFonts w:ascii="Times New Roman" w:hAnsi="Times New Roman" w:eastAsia="宋体"/>
          <w:b w:val="0"/>
          <w:i w:val="0"/>
          <w:sz w:val="21"/>
        </w:rPr>
        <w:t>其长度为 x/(cos30°)=2x/(√(3))，即</w:t>
      </w:r>
    </w:p>
    <w:p>
      <w:pPr>
        <w:spacing w:before="0" w:after="80" w:line="300" w:lineRule="auto"/>
        <w:jc w:val="left"/>
      </w:pPr>
      <w:r>
        <w:rPr>
          <w:rFonts w:ascii="Times New Roman" w:hAnsi="Times New Roman" w:eastAsia="宋体"/>
          <w:b w:val="0"/>
          <w:i w:val="0"/>
          <w:sz w:val="21"/>
        </w:rPr>
        <w:t>24/(4√(3)+3) =(32√(3)-24)/13。</w:t>
      </w:r>
    </w:p>
    <w:p>
      <w:pPr>
        <w:spacing w:before="0" w:after="80" w:line="300" w:lineRule="auto"/>
        <w:jc w:val="left"/>
      </w:pPr>
      <w:r>
        <w:rPr>
          <w:rFonts w:ascii="Times New Roman" w:hAnsi="Times New Roman" w:eastAsia="宋体"/>
          <w:b w:val="0"/>
          <w:i w:val="0"/>
          <w:sz w:val="21"/>
        </w:rPr>
        <w:t>与水平边成 60° 的射线给出较长的三等分角线。</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C=(0,0), B=(3,0), A=(0,4). The hypotenuse has equation x/3+y/4=1. The 30° trisector ray is y=x/(√(3)). Substitution gives</w:t>
      </w:r>
    </w:p>
    <w:p>
      <w:pPr>
        <w:spacing w:before="0" w:after="80" w:line="300" w:lineRule="auto"/>
        <w:jc w:val="left"/>
      </w:pPr>
      <w:r>
        <w:rPr>
          <w:rFonts w:ascii="Times New Roman" w:hAnsi="Times New Roman" w:eastAsia="宋体"/>
          <w:b w:val="0"/>
          <w:i w:val="0"/>
          <w:color w:val="333333"/>
          <w:sz w:val="19"/>
        </w:rPr>
        <w:t>x=(12√(3))/(4√(3)+3).</w:t>
      </w:r>
    </w:p>
    <w:p>
      <w:pPr>
        <w:spacing w:before="0" w:after="80" w:line="300" w:lineRule="auto"/>
        <w:jc w:val="left"/>
      </w:pPr>
      <w:r>
        <w:rPr>
          <w:rFonts w:ascii="Times New Roman" w:hAnsi="Times New Roman" w:eastAsia="宋体"/>
          <w:b w:val="0"/>
          <w:i w:val="0"/>
          <w:color w:val="333333"/>
          <w:sz w:val="19"/>
        </w:rPr>
        <w:t>Its length is x/(cos30°)=2x/(√(3)), hence</w:t>
      </w:r>
    </w:p>
    <w:p>
      <w:pPr>
        <w:spacing w:before="0" w:after="80" w:line="300" w:lineRule="auto"/>
        <w:jc w:val="left"/>
      </w:pPr>
      <w:r>
        <w:rPr>
          <w:rFonts w:ascii="Times New Roman" w:hAnsi="Times New Roman" w:eastAsia="宋体"/>
          <w:b w:val="0"/>
          <w:i w:val="0"/>
          <w:color w:val="333333"/>
          <w:sz w:val="19"/>
        </w:rPr>
        <w:t>24/(4√(3)+3) =(32√(3)-24)/13.</w:t>
      </w:r>
    </w:p>
    <w:p>
      <w:pPr>
        <w:spacing w:before="0" w:after="80" w:line="300" w:lineRule="auto"/>
        <w:jc w:val="left"/>
      </w:pPr>
      <w:r>
        <w:rPr>
          <w:rFonts w:ascii="Times New Roman" w:hAnsi="Times New Roman" w:eastAsia="宋体"/>
          <w:b w:val="0"/>
          <w:i w:val="0"/>
          <w:color w:val="333333"/>
          <w:sz w:val="19"/>
        </w:rPr>
        <w:t>The 60° ray gives the longer trisector.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