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1959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50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一个立方体的每条棱都增加 50%。其表面积增加的百分数为：</w:t>
      </w:r>
    </w:p>
    <w:p>
      <w:pPr>
        <w:spacing w:before="0" w:after="120" w:line="300" w:lineRule="auto"/>
      </w:pPr>
      <w:r>
        <w:rPr>
          <w:rFonts w:ascii="Times New Roman" w:hAnsi="Times New Roman" w:eastAsia="宋体"/>
          <w:b w:val="0"/>
          <w:i w:val="0"/>
          <w:sz w:val="21"/>
        </w:rPr>
        <w:t>（A）50　　（B）125　　（C）150　　（D）300　　（E）750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edge of a cube is increased by 50%. The percent of increase of the surface area of the cube is:</w:t>
      </w:r>
    </w:p>
    <w:p>
      <w:pPr>
        <w:spacing w:before="0" w:after="160" w:line="300" w:lineRule="auto"/>
      </w:pPr>
      <w:r>
        <w:rPr>
          <w:rFonts w:ascii="Times New Roman" w:hAnsi="Times New Roman" w:eastAsia="宋体"/>
          <w:b w:val="0"/>
          <w:i w:val="0"/>
          <w:color w:val="333333"/>
          <w:sz w:val="19"/>
        </w:rPr>
        <w:t>(A) 50　　(B) 125　　(C) 150　　(D) 300　　(E) 750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过三角形 ABC 内一点 P 作一条平行于底边 AB 的直线，将三角形分成面积相等的两部分。若 AB 边上的高为 1，则点 P 到 AB 的距离为：</w:t>
      </w:r>
    </w:p>
    <w:p>
      <w:pPr>
        <w:spacing w:before="0" w:after="120" w:line="300" w:lineRule="auto"/>
      </w:pPr>
      <w:r>
        <w:rPr>
          <w:rFonts w:ascii="Times New Roman" w:hAnsi="Times New Roman" w:eastAsia="宋体"/>
          <w:b w:val="0"/>
          <w:i w:val="0"/>
          <w:sz w:val="21"/>
        </w:rPr>
        <w:t>（A）1/2　　（B）1/4　　（C）2-√(2)　　（D）(2-√(2))/2　　（E）(2+√(2))/8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Through a point P inside triangle ABC a line is drawn parallel to the base AB, dividing the triangle into two equal areas. If the altitude to AB has length 1, then the distance from P to AB is:</w:t>
      </w:r>
    </w:p>
    <w:p>
      <w:pPr>
        <w:spacing w:before="0" w:after="160" w:line="300" w:lineRule="auto"/>
      </w:pPr>
      <w:r>
        <w:rPr>
          <w:rFonts w:ascii="Times New Roman" w:hAnsi="Times New Roman" w:eastAsia="宋体"/>
          <w:b w:val="0"/>
          <w:i w:val="0"/>
          <w:color w:val="333333"/>
          <w:sz w:val="19"/>
        </w:rPr>
        <w:t>(A) 1/2　　(B) 1/4　　(C) 2-√(2)　　(D) (2-√(2))/2　　(E) (2+√(2))/8</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若一个四边形的两条对角线互相垂直，则该图形一定属于下列哪一大类：</w:t>
      </w:r>
    </w:p>
    <w:p>
      <w:pPr>
        <w:spacing w:before="0" w:after="120" w:line="300" w:lineRule="auto"/>
      </w:pPr>
      <w:r>
        <w:rPr>
          <w:rFonts w:ascii="Times New Roman" w:hAnsi="Times New Roman" w:eastAsia="宋体"/>
          <w:b w:val="0"/>
          <w:i w:val="0"/>
          <w:sz w:val="21"/>
        </w:rPr>
        <w:t>（A）菱形　　（B）矩形　　（C）正方形　　（D）等腰梯形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diagonals of a quadrilateral are perpendicular to each other, the figure would always be included under the general classification:</w:t>
      </w:r>
    </w:p>
    <w:p>
      <w:pPr>
        <w:spacing w:before="0" w:after="160" w:line="300" w:lineRule="auto"/>
      </w:pPr>
      <w:r>
        <w:rPr>
          <w:rFonts w:ascii="Times New Roman" w:hAnsi="Times New Roman" w:eastAsia="宋体"/>
          <w:b w:val="0"/>
          <w:i w:val="0"/>
          <w:color w:val="333333"/>
          <w:sz w:val="19"/>
        </w:rPr>
        <w:t>(A) rhombus　　(B) rectangle　　(C) square　　(D) isosceles trapezoid　　(E) none of these</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将 78 分成与 1、1/3、1/6 成比例的三部分，其中间一部分为：</w:t>
      </w:r>
    </w:p>
    <w:p>
      <w:pPr>
        <w:spacing w:before="0" w:after="120" w:line="300" w:lineRule="auto"/>
      </w:pPr>
      <w:r>
        <w:rPr>
          <w:rFonts w:ascii="Times New Roman" w:hAnsi="Times New Roman" w:eastAsia="宋体"/>
          <w:b w:val="0"/>
          <w:i w:val="0"/>
          <w:sz w:val="21"/>
        </w:rPr>
        <w:t>（A）91/3　　（B）13　　（C）171/3　　（D）181/3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78 is divided into three parts which are proportional to 1, 1/3, 1/6, the middle part is:</w:t>
      </w:r>
    </w:p>
    <w:p>
      <w:pPr>
        <w:spacing w:before="0" w:after="160" w:line="300" w:lineRule="auto"/>
      </w:pPr>
      <w:r>
        <w:rPr>
          <w:rFonts w:ascii="Times New Roman" w:hAnsi="Times New Roman" w:eastAsia="宋体"/>
          <w:b w:val="0"/>
          <w:i w:val="0"/>
          <w:color w:val="333333"/>
          <w:sz w:val="19"/>
        </w:rPr>
        <w:t>(A) 91/3　　(B) 13　　(C) 171/3　　(D) 181/3　　(E) 26</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(256)^(0.16)·(256)^(0.09) 的值为：</w:t>
      </w:r>
    </w:p>
    <w:p>
      <w:pPr>
        <w:spacing w:before="0" w:after="120" w:line="300" w:lineRule="auto"/>
      </w:pPr>
      <w:r>
        <w:rPr>
          <w:rFonts w:ascii="Times New Roman" w:hAnsi="Times New Roman" w:eastAsia="宋体"/>
          <w:b w:val="0"/>
          <w:i w:val="0"/>
          <w:sz w:val="21"/>
        </w:rPr>
        <w:t>（A）4　　（B）16　　（C）64　　（D）256.25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 (256)^(0.16)·(256)^(0.09) is:</w:t>
      </w:r>
    </w:p>
    <w:p>
      <w:pPr>
        <w:spacing w:before="0" w:after="160" w:line="300" w:lineRule="auto"/>
      </w:pPr>
      <w:r>
        <w:rPr>
          <w:rFonts w:ascii="Times New Roman" w:hAnsi="Times New Roman" w:eastAsia="宋体"/>
          <w:b w:val="0"/>
          <w:i w:val="0"/>
          <w:color w:val="333333"/>
          <w:sz w:val="19"/>
        </w:rPr>
        <w:t>(A) 4　　(B) 16　　(C) 64　　(D) 256.25　　(E) -16</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已知真命题：“若一个四边形是正方形，则它是矩形。”关于该真命题的逆命题和否命题，可以推出：</w:t>
      </w:r>
    </w:p>
    <w:p>
      <w:pPr>
        <w:spacing w:before="0" w:after="120" w:line="300" w:lineRule="auto"/>
      </w:pPr>
      <w:r>
        <w:rPr>
          <w:rFonts w:ascii="Times New Roman" w:hAnsi="Times New Roman" w:eastAsia="宋体"/>
          <w:b w:val="0"/>
          <w:i w:val="0"/>
          <w:sz w:val="21"/>
        </w:rPr>
        <w:t>（A）只有逆命题为真　　（B）只有否命题为真　　（C）二者都为真　　（D）二者都不为真　　（E）否命题为真，但逆命题有时为真</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true statement: If a quadrilateral is a square, then it is a rectangle. It follows that, of the converse and the inverse of this true statement:</w:t>
      </w:r>
    </w:p>
    <w:p>
      <w:pPr>
        <w:spacing w:before="0" w:after="160" w:line="300" w:lineRule="auto"/>
      </w:pPr>
      <w:r>
        <w:rPr>
          <w:rFonts w:ascii="Times New Roman" w:hAnsi="Times New Roman" w:eastAsia="宋体"/>
          <w:b w:val="0"/>
          <w:i w:val="0"/>
          <w:color w:val="333333"/>
          <w:sz w:val="19"/>
        </w:rPr>
        <w:t>(A) only the converse is true　　(B) only the inverse is true　　(C) both are true　　(D) neither is true　　(E) the inverse is true, but the converse is sometimes true</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一个直角三角形的三边为 a、a+d、a+2d，其中 a 和 d 均为正数。a 与 d 的比为：</w:t>
      </w:r>
    </w:p>
    <w:p>
      <w:pPr>
        <w:spacing w:before="0" w:after="120" w:line="300" w:lineRule="auto"/>
      </w:pPr>
      <w:r>
        <w:rPr>
          <w:rFonts w:ascii="Times New Roman" w:hAnsi="Times New Roman" w:eastAsia="宋体"/>
          <w:b w:val="0"/>
          <w:i w:val="0"/>
          <w:sz w:val="21"/>
        </w:rPr>
        <w:t>（A）1:3　　（B）1:4　　（C）2:1　　（D）3:1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of a right triangle are a, a+d, and a+2d, with a and d both positive. The ratio of a to d is:</w:t>
      </w:r>
    </w:p>
    <w:p>
      <w:pPr>
        <w:spacing w:before="0" w:after="160" w:line="300" w:lineRule="auto"/>
      </w:pPr>
      <w:r>
        <w:rPr>
          <w:rFonts w:ascii="Times New Roman" w:hAnsi="Times New Roman" w:eastAsia="宋体"/>
          <w:b w:val="0"/>
          <w:i w:val="0"/>
          <w:color w:val="333333"/>
          <w:sz w:val="19"/>
        </w:rPr>
        <w:t>(A) 1:3　　(B) 1:4　　(C) 2:1　　(D) 3:1　　(E) 3:4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x²-6x+13 的值不可能小于：</w:t>
      </w:r>
    </w:p>
    <w:p>
      <w:pPr>
        <w:spacing w:before="0" w:after="120" w:line="300" w:lineRule="auto"/>
      </w:pPr>
      <w:r>
        <w:rPr>
          <w:rFonts w:ascii="Times New Roman" w:hAnsi="Times New Roman" w:eastAsia="宋体"/>
          <w:b w:val="0"/>
          <w:i w:val="0"/>
          <w:sz w:val="21"/>
        </w:rPr>
        <w:t>（A）4　　（B）4.5　　（C）5　　（D）7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 x²-6x+13 can never be less than:</w:t>
      </w:r>
    </w:p>
    <w:p>
      <w:pPr>
        <w:spacing w:before="0" w:after="160" w:line="300" w:lineRule="auto"/>
      </w:pPr>
      <w:r>
        <w:rPr>
          <w:rFonts w:ascii="Times New Roman" w:hAnsi="Times New Roman" w:eastAsia="宋体"/>
          <w:b w:val="0"/>
          <w:i w:val="0"/>
          <w:color w:val="333333"/>
          <w:sz w:val="19"/>
        </w:rPr>
        <w:t>(A) 4　　(B) 4.5　　(C) 5　　(D) 7　　(E) 13</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一位农场主把共有 n 头的牛群分给四个儿子：第一个儿子得到牛群的一半，第二个得到四分之一，第三个得到五分之一，第四个得到 7 头牛。则 n 为：</w:t>
      </w:r>
    </w:p>
    <w:p>
      <w:pPr>
        <w:spacing w:before="0" w:after="120" w:line="300" w:lineRule="auto"/>
      </w:pPr>
      <w:r>
        <w:rPr>
          <w:rFonts w:ascii="Times New Roman" w:hAnsi="Times New Roman" w:eastAsia="宋体"/>
          <w:b w:val="0"/>
          <w:i w:val="0"/>
          <w:sz w:val="21"/>
        </w:rPr>
        <w:t>（A）80　　（B）100　　（C）140　　（D）180　　（E）240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farmer divides his herd of n cows among his four sons so that one son gets one-half the herd, a second son one-fourth, a third son one-fifth, and the fourth son 7 cows. Then n is:</w:t>
      </w:r>
    </w:p>
    <w:p>
      <w:pPr>
        <w:spacing w:before="0" w:after="160" w:line="300" w:lineRule="auto"/>
      </w:pPr>
      <w:r>
        <w:rPr>
          <w:rFonts w:ascii="Times New Roman" w:hAnsi="Times New Roman" w:eastAsia="宋体"/>
          <w:b w:val="0"/>
          <w:i w:val="0"/>
          <w:color w:val="333333"/>
          <w:sz w:val="19"/>
        </w:rPr>
        <w:t>(A) 80　　(B) 100　　(C) 140　　(D) 180　　(E) 240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在三角形 ABC 中，AB=AC=3.6。在 AB 上取一点 D，使其到 A 的距离为 1.2。连接点 D 与 AC 延长线上的点 E，使三角形 AED 与三角形 ABC 面积相等。则 AE 等于：</w:t>
      </w:r>
    </w:p>
    <w:p>
      <w:pPr>
        <w:spacing w:before="0" w:after="120" w:line="300" w:lineRule="auto"/>
      </w:pPr>
      <w:r>
        <w:rPr>
          <w:rFonts w:ascii="Times New Roman" w:hAnsi="Times New Roman" w:eastAsia="宋体"/>
          <w:b w:val="0"/>
          <w:i w:val="0"/>
          <w:sz w:val="21"/>
        </w:rPr>
        <w:t>（A）4.8　　（B）5.4　　（C）7.2　　（D）10.8　　（E）12.6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with AB=AC=3.6, a point D is taken on AB at a distance 1.2 from A. Point D is joined to point E in the prolongation of AC so that triangle AED is equal in area to triangle ABC. Then AE equals:</w:t>
      </w:r>
    </w:p>
    <w:p>
      <w:pPr>
        <w:spacing w:before="0" w:after="160" w:line="300" w:lineRule="auto"/>
      </w:pPr>
      <w:r>
        <w:rPr>
          <w:rFonts w:ascii="Times New Roman" w:hAnsi="Times New Roman" w:eastAsia="宋体"/>
          <w:b w:val="0"/>
          <w:i w:val="0"/>
          <w:color w:val="333333"/>
          <w:sz w:val="19"/>
        </w:rPr>
        <w:t>(A) 4.8　　(B) 5.4　　(C) 7.2　　(D) 10.8　　(E) 12.6</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以 2 为底的 0.0625 的对数为：</w:t>
      </w:r>
    </w:p>
    <w:p>
      <w:pPr>
        <w:spacing w:before="0" w:after="120" w:line="300" w:lineRule="auto"/>
      </w:pPr>
      <w:r>
        <w:rPr>
          <w:rFonts w:ascii="Times New Roman" w:hAnsi="Times New Roman" w:eastAsia="宋体"/>
          <w:b w:val="0"/>
          <w:i w:val="0"/>
          <w:sz w:val="21"/>
        </w:rPr>
        <w:t>（A）0.025　　（B）0.25　　（C）5　　（D）-4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logarithm of 0.0625 to the base 2 is:</w:t>
      </w:r>
    </w:p>
    <w:p>
      <w:pPr>
        <w:spacing w:before="0" w:after="160" w:line="300" w:lineRule="auto"/>
      </w:pPr>
      <w:r>
        <w:rPr>
          <w:rFonts w:ascii="Times New Roman" w:hAnsi="Times New Roman" w:eastAsia="宋体"/>
          <w:b w:val="0"/>
          <w:i w:val="0"/>
          <w:color w:val="333333"/>
          <w:sz w:val="19"/>
        </w:rPr>
        <w:t>(A) 0.025　　(B) 0.25　　(C) 5　　(D) -4　　(E) -2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分别给 20、50、100 加上同一个常数后，所得三数构成等比数列。其公比为：</w:t>
      </w:r>
    </w:p>
    <w:p>
      <w:pPr>
        <w:spacing w:before="0" w:after="120" w:line="300" w:lineRule="auto"/>
      </w:pPr>
      <w:r>
        <w:rPr>
          <w:rFonts w:ascii="Times New Roman" w:hAnsi="Times New Roman" w:eastAsia="宋体"/>
          <w:b w:val="0"/>
          <w:i w:val="0"/>
          <w:sz w:val="21"/>
        </w:rPr>
        <w:t>（A）5/3　　（B）4/3　　（C）3/2　　（D）1/2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adding the same constant to each of 20, 50, 100 a geometric progression results. The common ratio is:</w:t>
      </w:r>
    </w:p>
    <w:p>
      <w:pPr>
        <w:spacing w:before="0" w:after="160" w:line="300" w:lineRule="auto"/>
      </w:pPr>
      <w:r>
        <w:rPr>
          <w:rFonts w:ascii="Times New Roman" w:hAnsi="Times New Roman" w:eastAsia="宋体"/>
          <w:b w:val="0"/>
          <w:i w:val="0"/>
          <w:color w:val="333333"/>
          <w:sz w:val="19"/>
        </w:rPr>
        <w:t>(A) 5/3　　(B) 4/3　　(C) 3/2　　(D) 1/2　　(E) 1/3</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一组 50 个数的算术平均数为 38。若去掉 45 和 55 这两个数，则其余各数的平均数为：</w:t>
      </w:r>
    </w:p>
    <w:p>
      <w:pPr>
        <w:spacing w:before="0" w:after="120" w:line="300" w:lineRule="auto"/>
      </w:pPr>
      <w:r>
        <w:rPr>
          <w:rFonts w:ascii="Times New Roman" w:hAnsi="Times New Roman" w:eastAsia="宋体"/>
          <w:b w:val="0"/>
          <w:i w:val="0"/>
          <w:sz w:val="21"/>
        </w:rPr>
        <w:t>（A）36.5　　（B）37　　（C）37.2　　（D）37.5　　（E）37.52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arithmetic mean (average) of a set of 50 numbers is 38. If two numbers, namely, 45 and 55, are discarded, the mean of the remaining set of numbers is:</w:t>
      </w:r>
    </w:p>
    <w:p>
      <w:pPr>
        <w:spacing w:before="0" w:after="160" w:line="300" w:lineRule="auto"/>
      </w:pPr>
      <w:r>
        <w:rPr>
          <w:rFonts w:ascii="Times New Roman" w:hAnsi="Times New Roman" w:eastAsia="宋体"/>
          <w:b w:val="0"/>
          <w:i w:val="0"/>
          <w:color w:val="333333"/>
          <w:sz w:val="19"/>
        </w:rPr>
        <w:t>(A) 36.5　　(B) 37　　(C) 37.2　　(D) 37.5　　(E) 37.52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给定集合 S，其元素为零以及所有正、负偶数。对其中任意两个元素施行以下五种运算：(1) 加法，(2) 减法，(3) 乘法，(4) 除法，(5) 求算术平均数。结果一定仍属于 S 的运算有：</w:t>
      </w:r>
    </w:p>
    <w:p>
      <w:pPr>
        <w:spacing w:before="0" w:after="120" w:line="300" w:lineRule="auto"/>
      </w:pPr>
      <w:r>
        <w:rPr>
          <w:rFonts w:ascii="Times New Roman" w:hAnsi="Times New Roman" w:eastAsia="宋体"/>
          <w:b w:val="0"/>
          <w:i w:val="0"/>
          <w:sz w:val="21"/>
        </w:rPr>
        <w:t>（A）全部　　（B）1、2、3、4　　（C）1、2、3、5　　（D）1、2、3　　（E）1、3、5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set S whose elements are zero and the even integers, positive and negative. Of the five operations applied to any pair of elements: (1) addition, (2) subtraction, (3) multiplication, (4) division, (5) finding the arithmetic mean (average), those operations that yield only elements of S are:</w:t>
      </w:r>
    </w:p>
    <w:p>
      <w:pPr>
        <w:spacing w:before="0" w:after="160" w:line="300" w:lineRule="auto"/>
      </w:pPr>
      <w:r>
        <w:rPr>
          <w:rFonts w:ascii="Times New Roman" w:hAnsi="Times New Roman" w:eastAsia="宋体"/>
          <w:b w:val="0"/>
          <w:i w:val="0"/>
          <w:color w:val="333333"/>
          <w:sz w:val="19"/>
        </w:rPr>
        <w:t>(A) all　　(B) 1, 2, 3, 4　　(C) 1, 2, 3, 5　　(D) 1, 2, 3　　(E) 1, 3, 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在一个直角三角形中，斜边的平方等于两条直角边乘积的两倍。该三角形的一个锐角为：</w:t>
      </w:r>
    </w:p>
    <w:p>
      <w:pPr>
        <w:spacing w:before="0" w:after="120" w:line="300" w:lineRule="auto"/>
      </w:pPr>
      <w:r>
        <w:rPr>
          <w:rFonts w:ascii="Times New Roman" w:hAnsi="Times New Roman" w:eastAsia="宋体"/>
          <w:b w:val="0"/>
          <w:i w:val="0"/>
          <w:sz w:val="21"/>
        </w:rPr>
        <w:t>（A）15°　　（B）30°　　（C）45°　　（D）60°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right triangle the square of the hypotenuse is equal to twice the product of the legs. One of the acute angles of the triangle is:</w:t>
      </w:r>
    </w:p>
    <w:p>
      <w:pPr>
        <w:spacing w:before="0" w:after="160" w:line="300" w:lineRule="auto"/>
      </w:pPr>
      <w:r>
        <w:rPr>
          <w:rFonts w:ascii="Times New Roman" w:hAnsi="Times New Roman" w:eastAsia="宋体"/>
          <w:b w:val="0"/>
          <w:i w:val="0"/>
          <w:color w:val="333333"/>
          <w:sz w:val="19"/>
        </w:rPr>
        <w:t>(A) 15°　　(B) 30°　　(C) 45°　　(D) 60°　　(E) 75°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表达式</w:t>
      </w:r>
    </w:p>
    <w:p>
      <w:pPr>
        <w:spacing w:before="0" w:after="80" w:line="300" w:lineRule="auto"/>
        <w:jc w:val="left"/>
      </w:pPr>
      <w:r>
        <w:rPr>
          <w:rFonts w:ascii="Times New Roman" w:hAnsi="Times New Roman" w:eastAsia="宋体"/>
          <w:b w:val="0"/>
          <w:i w:val="0"/>
          <w:sz w:val="21"/>
        </w:rPr>
        <w:t>x²-3x+2/x²-5x+6÷ x²-5x+4/x²-7x+12，</w:t>
      </w:r>
    </w:p>
    <w:p>
      <w:pPr>
        <w:spacing w:before="0" w:after="80" w:line="300" w:lineRule="auto"/>
        <w:jc w:val="left"/>
      </w:pPr>
      <w:r>
        <w:rPr>
          <w:rFonts w:ascii="Times New Roman" w:hAnsi="Times New Roman" w:eastAsia="宋体"/>
          <w:b w:val="0"/>
          <w:i w:val="0"/>
          <w:sz w:val="21"/>
        </w:rPr>
        <w:t>化简后为：</w:t>
      </w:r>
    </w:p>
    <w:p>
      <w:pPr>
        <w:spacing w:before="0" w:after="120" w:line="300" w:lineRule="auto"/>
      </w:pPr>
      <w:r>
        <w:rPr>
          <w:rFonts w:ascii="Times New Roman" w:hAnsi="Times New Roman" w:eastAsia="宋体"/>
          <w:b w:val="0"/>
          <w:i w:val="0"/>
          <w:sz w:val="21"/>
        </w:rPr>
        <w:t>（A）((x-1)(x-6))/((x-3)(x-4))　　（B）x+3/x-3　　（C）x+1/x-1　　（D）1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w:t>
      </w:r>
    </w:p>
    <w:p>
      <w:pPr>
        <w:spacing w:before="0" w:after="80" w:line="300" w:lineRule="auto"/>
        <w:jc w:val="left"/>
      </w:pPr>
      <w:r>
        <w:rPr>
          <w:rFonts w:ascii="Times New Roman" w:hAnsi="Times New Roman" w:eastAsia="宋体"/>
          <w:b w:val="0"/>
          <w:i w:val="0"/>
          <w:color w:val="333333"/>
          <w:sz w:val="19"/>
        </w:rPr>
        <w:t>x²-3x+2/x²-5x+6÷ x²-5x+4/x²-7x+12,</w:t>
      </w:r>
    </w:p>
    <w:p>
      <w:pPr>
        <w:spacing w:before="0" w:after="80" w:line="300" w:lineRule="auto"/>
        <w:jc w:val="left"/>
      </w:pPr>
      <w:r>
        <w:rPr>
          <w:rFonts w:ascii="Times New Roman" w:hAnsi="Times New Roman" w:eastAsia="宋体"/>
          <w:b w:val="0"/>
          <w:i w:val="0"/>
          <w:color w:val="333333"/>
          <w:sz w:val="19"/>
        </w:rPr>
        <w:t>when simplified, is:</w:t>
      </w:r>
    </w:p>
    <w:p>
      <w:pPr>
        <w:spacing w:before="0" w:after="160" w:line="300" w:lineRule="auto"/>
      </w:pPr>
      <w:r>
        <w:rPr>
          <w:rFonts w:ascii="Times New Roman" w:hAnsi="Times New Roman" w:eastAsia="宋体"/>
          <w:b w:val="0"/>
          <w:i w:val="0"/>
          <w:color w:val="333333"/>
          <w:sz w:val="19"/>
        </w:rPr>
        <w:t>(A) ((x-1)(x-6))/((x-3)(x-4))　　(B) x+3/x-3　　(C) x+1/x-1　　(D) 1　　(E) 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若 y=a+b/x，其中 a 和 b 为常数；当 x=-1 时 y=1，当 x=-5 时 y=5，则 a+b 等于：</w:t>
      </w:r>
    </w:p>
    <w:p>
      <w:pPr>
        <w:spacing w:before="0" w:after="120" w:line="300" w:lineRule="auto"/>
      </w:pPr>
      <w:r>
        <w:rPr>
          <w:rFonts w:ascii="Times New Roman" w:hAnsi="Times New Roman" w:eastAsia="宋体"/>
          <w:b w:val="0"/>
          <w:i w:val="0"/>
          <w:sz w:val="21"/>
        </w:rPr>
        <w:t>（A）-1　　（B）0　　（C）1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y=a+b/x, where a and b are constants, and if y=1 when x=-1, and y=5 when x=-5, then a+b equals:</w:t>
      </w:r>
    </w:p>
    <w:p>
      <w:pPr>
        <w:spacing w:before="0" w:after="160" w:line="300" w:lineRule="auto"/>
      </w:pPr>
      <w:r>
        <w:rPr>
          <w:rFonts w:ascii="Times New Roman" w:hAnsi="Times New Roman" w:eastAsia="宋体"/>
          <w:b w:val="0"/>
          <w:i w:val="0"/>
          <w:color w:val="333333"/>
          <w:sz w:val="19"/>
        </w:rPr>
        <w:t>(A) -1　　(B) 0　　(C) 1　　(D) 10　　(E) 11</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前 n 个正整数的算术平均数为：</w:t>
      </w:r>
    </w:p>
    <w:p>
      <w:pPr>
        <w:spacing w:before="0" w:after="120" w:line="300" w:lineRule="auto"/>
      </w:pPr>
      <w:r>
        <w:rPr>
          <w:rFonts w:ascii="Times New Roman" w:hAnsi="Times New Roman" w:eastAsia="宋体"/>
          <w:b w:val="0"/>
          <w:i w:val="0"/>
          <w:sz w:val="21"/>
        </w:rPr>
        <w:t>（A）n/2　　（B）n²/2　　（C）n　　（D）n-1/2　　（E）n+1/2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arithmetic mean (average) of the first n positive integers is:</w:t>
      </w:r>
    </w:p>
    <w:p>
      <w:pPr>
        <w:spacing w:before="0" w:after="160" w:line="300" w:lineRule="auto"/>
      </w:pPr>
      <w:r>
        <w:rPr>
          <w:rFonts w:ascii="Times New Roman" w:hAnsi="Times New Roman" w:eastAsia="宋体"/>
          <w:b w:val="0"/>
          <w:i w:val="0"/>
          <w:color w:val="333333"/>
          <w:sz w:val="19"/>
        </w:rPr>
        <w:t>(A) n/2　　(B) n²/2　　(C) n　　(D) n-1/2　　(E) n+1/2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使用 1 磅、3 磅和 9 磅三个不同的砝码；若待称物体和这些砝码均可放在天平任意一盘中，可以称出多少种不同重量的物体？</w:t>
      </w:r>
    </w:p>
    <w:p>
      <w:pPr>
        <w:spacing w:before="0" w:after="120" w:line="300" w:lineRule="auto"/>
      </w:pPr>
      <w:r>
        <w:rPr>
          <w:rFonts w:ascii="Times New Roman" w:hAnsi="Times New Roman" w:eastAsia="宋体"/>
          <w:b w:val="0"/>
          <w:i w:val="0"/>
          <w:sz w:val="21"/>
        </w:rPr>
        <w:t>（A）15　　（B）13　　（C）11　　（D）9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the use of three different weights, namely, 1 lb., 3 lb., and 9 lb., how many objects of different weights can be weighed, if the objects to be weighed and the given weights may be placed in either pan of the scale?</w:t>
      </w:r>
    </w:p>
    <w:p>
      <w:pPr>
        <w:spacing w:before="0" w:after="160" w:line="300" w:lineRule="auto"/>
      </w:pPr>
      <w:r>
        <w:rPr>
          <w:rFonts w:ascii="Times New Roman" w:hAnsi="Times New Roman" w:eastAsia="宋体"/>
          <w:b w:val="0"/>
          <w:i w:val="0"/>
          <w:color w:val="333333"/>
          <w:sz w:val="19"/>
        </w:rPr>
        <w:t>(A) 15　　(B) 13　　(C) 11　　(D) 9　　(E) 7</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已知 x 与 y 成正比、与 z 的平方成反比；当 y=4 且 z=14 时，x=10。那么当 y=16 且 z=7 时，x 等于：</w:t>
      </w:r>
    </w:p>
    <w:p>
      <w:pPr>
        <w:spacing w:before="0" w:after="120" w:line="300" w:lineRule="auto"/>
      </w:pPr>
      <w:r>
        <w:rPr>
          <w:rFonts w:ascii="Times New Roman" w:hAnsi="Times New Roman" w:eastAsia="宋体"/>
          <w:b w:val="0"/>
          <w:i w:val="0"/>
          <w:sz w:val="21"/>
        </w:rPr>
        <w:t>（A）180　　（B）160　　（C）154　　（D）140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It is given that x varies directly as y and inversely as the square of z, and that x=10 when y=4 and z=14. Then, when y=16 and z=7, x equals:</w:t>
      </w:r>
    </w:p>
    <w:p>
      <w:pPr>
        <w:spacing w:before="0" w:after="160" w:line="300" w:lineRule="auto"/>
      </w:pPr>
      <w:r>
        <w:rPr>
          <w:rFonts w:ascii="Times New Roman" w:hAnsi="Times New Roman" w:eastAsia="宋体"/>
          <w:b w:val="0"/>
          <w:i w:val="0"/>
          <w:color w:val="333333"/>
          <w:sz w:val="19"/>
        </w:rPr>
        <w:t>(A) 180　　(B) 160　　(C) 154　　(D) 140　　(E) 120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若内接于一个圆的等边三角形周长为 p，则该圆的面积为：</w:t>
      </w:r>
    </w:p>
    <w:p>
      <w:pPr>
        <w:spacing w:before="0" w:after="120" w:line="300" w:lineRule="auto"/>
      </w:pPr>
      <w:r>
        <w:rPr>
          <w:rFonts w:ascii="Times New Roman" w:hAnsi="Times New Roman" w:eastAsia="宋体"/>
          <w:b w:val="0"/>
          <w:i w:val="0"/>
          <w:sz w:val="21"/>
        </w:rPr>
        <w:t>（A）(π p²)/3　　（B）(π p²)/9　　（C）(π p²)/27　　（D）(π p²)/81　　（E）(π p²√(3))/27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p is the perimeter of an equilateral triangle inscribed in a circle, the area of the circle is:</w:t>
      </w:r>
    </w:p>
    <w:p>
      <w:pPr>
        <w:spacing w:before="0" w:after="160" w:line="300" w:lineRule="auto"/>
      </w:pPr>
      <w:r>
        <w:rPr>
          <w:rFonts w:ascii="Times New Roman" w:hAnsi="Times New Roman" w:eastAsia="宋体"/>
          <w:b w:val="0"/>
          <w:i w:val="0"/>
          <w:color w:val="333333"/>
          <w:sz w:val="19"/>
        </w:rPr>
        <w:t>(A) (π p²)/3　　(B) (π p²)/9　　(C) (π p²)/27　　(D) (π p²)/81　　(E) (π p²√(3))/27</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连接一个梯形两条对角线中点的线段长为 3。若较长的底边长为 97，则较短的底边长为：</w:t>
      </w:r>
    </w:p>
    <w:p>
      <w:pPr>
        <w:spacing w:before="0" w:after="120" w:line="300" w:lineRule="auto"/>
      </w:pPr>
      <w:r>
        <w:rPr>
          <w:rFonts w:ascii="Times New Roman" w:hAnsi="Times New Roman" w:eastAsia="宋体"/>
          <w:b w:val="0"/>
          <w:i w:val="0"/>
          <w:sz w:val="21"/>
        </w:rPr>
        <w:t>（A）94　　（B）92　　（C）91　　（D）90　　（E）89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 joining the midpoints of the diagonals of a trapezoid has length 3. If the longer base is 97, then the shorter base is:</w:t>
      </w:r>
    </w:p>
    <w:p>
      <w:pPr>
        <w:spacing w:before="0" w:after="160" w:line="300" w:lineRule="auto"/>
      </w:pPr>
      <w:r>
        <w:rPr>
          <w:rFonts w:ascii="Times New Roman" w:hAnsi="Times New Roman" w:eastAsia="宋体"/>
          <w:b w:val="0"/>
          <w:i w:val="0"/>
          <w:color w:val="333333"/>
          <w:sz w:val="19"/>
        </w:rPr>
        <w:t>(A) 94　　(B) 92　　(C) 91　　(D) 90　　(E) 89</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方程 log₁₀(a²-15a)=2 的解集包含：</w:t>
      </w:r>
    </w:p>
    <w:p>
      <w:pPr>
        <w:spacing w:before="0" w:after="120" w:line="300" w:lineRule="auto"/>
      </w:pPr>
      <w:r>
        <w:rPr>
          <w:rFonts w:ascii="Times New Roman" w:hAnsi="Times New Roman" w:eastAsia="宋体"/>
          <w:b w:val="0"/>
          <w:i w:val="0"/>
          <w:sz w:val="21"/>
        </w:rPr>
        <w:t>（A）两个整数　　（B）一个整数和一个分数　　（C）两个无理数　　（D）两个非实数　　（E）没有数，即空集</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of solutions for the equation log₁₀(a²-15a)=2 consists of:</w:t>
      </w:r>
    </w:p>
    <w:p>
      <w:pPr>
        <w:spacing w:before="0" w:after="160" w:line="300" w:lineRule="auto"/>
      </w:pPr>
      <w:r>
        <w:rPr>
          <w:rFonts w:ascii="Times New Roman" w:hAnsi="Times New Roman" w:eastAsia="宋体"/>
          <w:b w:val="0"/>
          <w:i w:val="0"/>
          <w:color w:val="333333"/>
          <w:sz w:val="19"/>
        </w:rPr>
        <w:t>(A) two integers　　(B) one integer and one fraction　　(C) two irrational numbers　　(D) two non-real numbers　　(E) no numbers, that is, the set is empty</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一位化学家有 m 盎司含盐量为 m% 的盐水。他必须加入多少盎司盐，才能使溶液的含盐量变为 2m%？</w:t>
      </w:r>
    </w:p>
    <w:p>
      <w:pPr>
        <w:spacing w:before="0" w:after="120" w:line="300" w:lineRule="auto"/>
      </w:pPr>
      <w:r>
        <w:rPr>
          <w:rFonts w:ascii="Times New Roman" w:hAnsi="Times New Roman" w:eastAsia="宋体"/>
          <w:b w:val="0"/>
          <w:i w:val="0"/>
          <w:sz w:val="21"/>
        </w:rPr>
        <w:t>（A）m/100+m　　（B）2m/100-2m　　（C）m²/100-2m　　（D）m²/100+2m　　（E）2m/100+m</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chemist has m ounces of salt water that is m% salt. How many ounces of salt must he add to make a solution that is 2m% salt?</w:t>
      </w:r>
    </w:p>
    <w:p>
      <w:pPr>
        <w:spacing w:before="0" w:after="160" w:line="300" w:lineRule="auto"/>
      </w:pPr>
      <w:r>
        <w:rPr>
          <w:rFonts w:ascii="Times New Roman" w:hAnsi="Times New Roman" w:eastAsia="宋体"/>
          <w:b w:val="0"/>
          <w:i w:val="0"/>
          <w:color w:val="333333"/>
          <w:sz w:val="19"/>
        </w:rPr>
        <w:t>(A) m/100+m　　(B) 2m/100-2m　　(C) m²/100-2m　　(D) m²/100+2m　　(E) 2m/100+m</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若 a 大于或等于零，符号 |a| 表示 +a；若 a 小于或等于零，则表示 -a。符号 &lt; 表示“小于”，符号 &gt; 表示“大于”。满足不等式 |3-x|&lt;4 的 x 的取值集合，由所有满足下列条件的 x 组成：</w:t>
      </w:r>
    </w:p>
    <w:p>
      <w:pPr>
        <w:spacing w:before="0" w:after="120" w:line="300" w:lineRule="auto"/>
      </w:pPr>
      <w:r>
        <w:rPr>
          <w:rFonts w:ascii="Times New Roman" w:hAnsi="Times New Roman" w:eastAsia="宋体"/>
          <w:b w:val="0"/>
          <w:i w:val="0"/>
          <w:sz w:val="21"/>
        </w:rPr>
        <w:t>（A）x²&lt;49　　（B）x²&gt;1　　（C）1&lt; x²&lt;49　　（D）-1&lt; x&lt;7　　（E）-7&lt; x&lt;1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symbol |a| means +a if a is greater than or equal to zero, and -a if a is less than or equal to zero; the symbol &lt; means “less than”; the symbol &gt; means “greater than.” The set of values x satisfying the inequality |3-x|&lt;4 consists of all x such that:</w:t>
      </w:r>
    </w:p>
    <w:p>
      <w:pPr>
        <w:spacing w:before="0" w:after="160" w:line="300" w:lineRule="auto"/>
      </w:pPr>
      <w:r>
        <w:rPr>
          <w:rFonts w:ascii="Times New Roman" w:hAnsi="Times New Roman" w:eastAsia="宋体"/>
          <w:b w:val="0"/>
          <w:i w:val="0"/>
          <w:color w:val="333333"/>
          <w:sz w:val="19"/>
        </w:rPr>
        <w:t>(A) x²&lt;49　　(B) x²&gt;1　　(C) 1&lt; x²&lt;49　　(D) -1&lt; x&lt;7　　(E) -7&lt; x&lt;1</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一个等腰三角形的底边长为 √(2)。两条腰上的中线互相垂直。该三角形的面积为：</w:t>
      </w:r>
    </w:p>
    <w:p>
      <w:pPr>
        <w:spacing w:before="0" w:after="120" w:line="300" w:lineRule="auto"/>
      </w:pPr>
      <w:r>
        <w:rPr>
          <w:rFonts w:ascii="Times New Roman" w:hAnsi="Times New Roman" w:eastAsia="宋体"/>
          <w:b w:val="0"/>
          <w:i w:val="0"/>
          <w:sz w:val="21"/>
        </w:rPr>
        <w:t>（A）1.5　　（B）2　　（C）2.5　　（D）3.5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of an isosceles triangle is √(2). The medians to the legs intersect each other at right angles. The area of the triangle is:</w:t>
      </w:r>
    </w:p>
    <w:p>
      <w:pPr>
        <w:spacing w:before="0" w:after="160" w:line="300" w:lineRule="auto"/>
      </w:pPr>
      <w:r>
        <w:rPr>
          <w:rFonts w:ascii="Times New Roman" w:hAnsi="Times New Roman" w:eastAsia="宋体"/>
          <w:b w:val="0"/>
          <w:i w:val="0"/>
          <w:color w:val="333333"/>
          <w:sz w:val="19"/>
        </w:rPr>
        <w:t>(A) 1.5　　(B) 2　　(C) 2.5　　(D) 3.5　　(E) 4</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对于方程</w:t>
      </w:r>
    </w:p>
    <w:p>
      <w:pPr>
        <w:spacing w:before="0" w:after="80" w:line="300" w:lineRule="auto"/>
        <w:jc w:val="left"/>
      </w:pPr>
      <w:r>
        <w:rPr>
          <w:rFonts w:ascii="Times New Roman" w:hAnsi="Times New Roman" w:eastAsia="宋体"/>
          <w:b w:val="0"/>
          <w:i w:val="0"/>
          <w:sz w:val="21"/>
        </w:rPr>
        <w:t>ix²-x+2i=0，</w:t>
      </w:r>
    </w:p>
    <w:p>
      <w:pPr>
        <w:spacing w:before="0" w:after="80" w:line="300" w:lineRule="auto"/>
        <w:jc w:val="left"/>
      </w:pPr>
      <w:r>
        <w:rPr>
          <w:rFonts w:ascii="Times New Roman" w:hAnsi="Times New Roman" w:eastAsia="宋体"/>
          <w:b w:val="0"/>
          <w:i w:val="0"/>
          <w:sz w:val="21"/>
        </w:rPr>
        <w:t>其中 i=√(-1)，下列哪一个陈述不正确？</w:t>
      </w:r>
    </w:p>
    <w:p>
      <w:pPr>
        <w:spacing w:before="0" w:after="120" w:line="300" w:lineRule="auto"/>
      </w:pPr>
      <w:r>
        <w:rPr>
          <w:rFonts w:ascii="Times New Roman" w:hAnsi="Times New Roman" w:eastAsia="宋体"/>
          <w:b w:val="0"/>
          <w:i w:val="0"/>
          <w:sz w:val="21"/>
        </w:rPr>
        <w:t>（A）两根之和为 2　　（B）判别式为 9　　（C）两根都是虚数　　（D）可用求根公式求出两根　　（E）可在虚数范围内因式分解来求出两根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one of the following statements is not true for the equation</w:t>
      </w:r>
    </w:p>
    <w:p>
      <w:pPr>
        <w:spacing w:before="0" w:after="80" w:line="300" w:lineRule="auto"/>
        <w:jc w:val="left"/>
      </w:pPr>
      <w:r>
        <w:rPr>
          <w:rFonts w:ascii="Times New Roman" w:hAnsi="Times New Roman" w:eastAsia="宋体"/>
          <w:b w:val="0"/>
          <w:i w:val="0"/>
          <w:color w:val="333333"/>
          <w:sz w:val="19"/>
        </w:rPr>
        <w:t>ix²-x+2i=0,</w:t>
      </w:r>
    </w:p>
    <w:p>
      <w:pPr>
        <w:spacing w:before="0" w:after="80" w:line="300" w:lineRule="auto"/>
        <w:jc w:val="left"/>
      </w:pPr>
      <w:r>
        <w:rPr>
          <w:rFonts w:ascii="Times New Roman" w:hAnsi="Times New Roman" w:eastAsia="宋体"/>
          <w:b w:val="0"/>
          <w:i w:val="0"/>
          <w:color w:val="333333"/>
          <w:sz w:val="19"/>
        </w:rPr>
        <w:t>where i=√(-1)?</w:t>
      </w:r>
    </w:p>
    <w:p>
      <w:pPr>
        <w:spacing w:before="0" w:after="160" w:line="300" w:lineRule="auto"/>
      </w:pPr>
      <w:r>
        <w:rPr>
          <w:rFonts w:ascii="Times New Roman" w:hAnsi="Times New Roman" w:eastAsia="宋体"/>
          <w:b w:val="0"/>
          <w:i w:val="0"/>
          <w:color w:val="333333"/>
          <w:sz w:val="19"/>
        </w:rPr>
        <w:t>(A) The sum of the roots is 2　　(B) The discriminant is 9　　(C) The roots are imaginary　　(D) The roots can be found by using the quadratic formula　　(E) The roots can be found by factoring, using imaginary</w:t>
        <w:br/>
        <w:t>numbers</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在三角形 ABC 中，AL 平分角 A，CM 平分角 C。点 L 和 M 分别位于 BC 和 AB 上。三角形 ABC 的三边为 a、b 和 c。若 AM/MB=kCL/LB，则 k 为：</w:t>
      </w:r>
    </w:p>
    <w:p>
      <w:pPr>
        <w:spacing w:before="0" w:after="120" w:line="300" w:lineRule="auto"/>
      </w:pPr>
      <w:r>
        <w:rPr>
          <w:rFonts w:ascii="Times New Roman" w:hAnsi="Times New Roman" w:eastAsia="宋体"/>
          <w:b w:val="0"/>
          <w:i w:val="0"/>
          <w:sz w:val="21"/>
        </w:rPr>
        <w:t>（A）1　　（B）bc/a²　　（C）a²/bc　　（D）c/b　　（E）c/a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AL bisects angle A and CM bisects angle C. Points L and M are on BC and AB, respectively. The sides of triangle ABC are a, b, and c. Then AM/MB=kCL/LB, where k is:</w:t>
      </w:r>
    </w:p>
    <w:p>
      <w:pPr>
        <w:spacing w:before="0" w:after="160" w:line="300" w:lineRule="auto"/>
      </w:pPr>
      <w:r>
        <w:rPr>
          <w:rFonts w:ascii="Times New Roman" w:hAnsi="Times New Roman" w:eastAsia="宋体"/>
          <w:b w:val="0"/>
          <w:i w:val="0"/>
          <w:color w:val="333333"/>
          <w:sz w:val="19"/>
        </w:rPr>
        <w:t>(A) 1　　(B) bc/a²　　(C) a²/bc　　(D) c/b　　(E) c/a</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一场考试共有 n 道题，一名学生在前 20 道题中答对了 15 道，其余题目中答对了三分之一。每道题分值相同。若该生得分为 50%，则 n 有多少个不同的可能值？</w:t>
      </w:r>
    </w:p>
    <w:p>
      <w:pPr>
        <w:spacing w:before="0" w:after="120" w:line="300" w:lineRule="auto"/>
      </w:pPr>
      <w:r>
        <w:rPr>
          <w:rFonts w:ascii="Times New Roman" w:hAnsi="Times New Roman" w:eastAsia="宋体"/>
          <w:b w:val="0"/>
          <w:i w:val="0"/>
          <w:sz w:val="21"/>
        </w:rPr>
        <w:t>（A）4　　（B）3　　（C）2　　（D）1　　（E）无法确定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an examination of n questions a student answers correctly 15 of the first 20. Of the remaining questions he answers one third correctly. All the questions have the same credit. If the student’s mark is 50%, how many different values of n can there be?</w:t>
      </w:r>
    </w:p>
    <w:p>
      <w:pPr>
        <w:spacing w:before="0" w:after="160" w:line="300" w:lineRule="auto"/>
      </w:pPr>
      <w:r>
        <w:rPr>
          <w:rFonts w:ascii="Times New Roman" w:hAnsi="Times New Roman" w:eastAsia="宋体"/>
          <w:b w:val="0"/>
          <w:i w:val="0"/>
          <w:color w:val="333333"/>
          <w:sz w:val="19"/>
        </w:rPr>
        <w:t>(A) 4　　(B) 3　　(C) 2　　(D) 1　　(E) the problem cannot be solved</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A 跑完一圈圆形跑道需 40 秒。B 沿相反方向跑，每隔 15 秒与 A 相遇一次。B 跑完一圈需多少秒？</w:t>
      </w:r>
    </w:p>
    <w:p>
      <w:pPr>
        <w:spacing w:before="0" w:after="120" w:line="300" w:lineRule="auto"/>
      </w:pPr>
      <w:r>
        <w:rPr>
          <w:rFonts w:ascii="Times New Roman" w:hAnsi="Times New Roman" w:eastAsia="宋体"/>
          <w:b w:val="0"/>
          <w:i w:val="0"/>
          <w:sz w:val="21"/>
        </w:rPr>
        <w:t>（A）121/2　　（B）24　　（C）25　　（D）271/2　　（E）55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can run around a circular track in 40 seconds. B, running in the opposite direction, meets A every 15 seconds. What is B’s time to run around the track, expressed in seconds?</w:t>
      </w:r>
    </w:p>
    <w:p>
      <w:pPr>
        <w:spacing w:before="0" w:after="160" w:line="300" w:lineRule="auto"/>
      </w:pPr>
      <w:r>
        <w:rPr>
          <w:rFonts w:ascii="Times New Roman" w:hAnsi="Times New Roman" w:eastAsia="宋体"/>
          <w:b w:val="0"/>
          <w:i w:val="0"/>
          <w:color w:val="333333"/>
          <w:sz w:val="19"/>
        </w:rPr>
        <w:t>(A) 121/2　　(B) 24　　(C) 25　　(D) 271/2　　(E) 55</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一个面积为 40 的正方形内接于半圆。若在同一半径的整圆中内接一个正方形，则其面积为：</w:t>
      </w:r>
    </w:p>
    <w:p>
      <w:pPr>
        <w:spacing w:before="0" w:after="120" w:line="300" w:lineRule="auto"/>
      </w:pPr>
      <w:r>
        <w:rPr>
          <w:rFonts w:ascii="Times New Roman" w:hAnsi="Times New Roman" w:eastAsia="宋体"/>
          <w:b w:val="0"/>
          <w:i w:val="0"/>
          <w:sz w:val="21"/>
        </w:rPr>
        <w:t>（A）80　　（B）100　　（C）120　　（D）160　　（E）200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with an area of 40, is inscribed in a semicircle. The area of a square that could be inscribed in the entire circle with the same radius is:</w:t>
      </w:r>
    </w:p>
    <w:p>
      <w:pPr>
        <w:spacing w:before="0" w:after="160" w:line="300" w:lineRule="auto"/>
      </w:pPr>
      <w:r>
        <w:rPr>
          <w:rFonts w:ascii="Times New Roman" w:hAnsi="Times New Roman" w:eastAsia="宋体"/>
          <w:b w:val="0"/>
          <w:i w:val="0"/>
          <w:color w:val="333333"/>
          <w:sz w:val="19"/>
        </w:rPr>
        <w:t>(A) 80　　(B) 100　　(C) 120　　(D) 160　　(E) 200</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从点 A 向一个圆所作切线段长 l 是半径 r 的 4/3。点 A 到该圆的最短距离为：</w:t>
      </w:r>
    </w:p>
    <w:p>
      <w:pPr>
        <w:spacing w:before="0" w:after="120" w:line="300" w:lineRule="auto"/>
      </w:pPr>
      <w:r>
        <w:rPr>
          <w:rFonts w:ascii="Times New Roman" w:hAnsi="Times New Roman" w:eastAsia="宋体"/>
          <w:b w:val="0"/>
          <w:i w:val="0"/>
          <w:sz w:val="21"/>
        </w:rPr>
        <w:t>（A）1/2r　　（B）r　　（C）1/2l　　（D）2/3l　　（E）介于 r 与 l 之间的一个值</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length l of a tangent, drawn from a point A to a circle, is 4/3 of the radius r. The (shortest) distance from A to the circle is:</w:t>
      </w:r>
    </w:p>
    <w:p>
      <w:pPr>
        <w:spacing w:before="0" w:after="160" w:line="300" w:lineRule="auto"/>
      </w:pPr>
      <w:r>
        <w:rPr>
          <w:rFonts w:ascii="Times New Roman" w:hAnsi="Times New Roman" w:eastAsia="宋体"/>
          <w:b w:val="0"/>
          <w:i w:val="0"/>
          <w:color w:val="333333"/>
          <w:sz w:val="19"/>
        </w:rPr>
        <w:t>(A) 1/2r　　(B) r　　(C) 1/2l　　(D) 2/3l　　(E) a value between r and l</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调和数列是指其各项的倒数组成等差数列的数列。令 Sₙ 表示调和数列前 n 项之和；例如，S₃ 表示前三项之和。若某调和数列前三项为 3、4、6，则：</w:t>
      </w:r>
    </w:p>
    <w:p>
      <w:pPr>
        <w:spacing w:before="0" w:after="120" w:line="300" w:lineRule="auto"/>
      </w:pPr>
      <w:r>
        <w:rPr>
          <w:rFonts w:ascii="Times New Roman" w:hAnsi="Times New Roman" w:eastAsia="宋体"/>
          <w:b w:val="0"/>
          <w:i w:val="0"/>
          <w:sz w:val="21"/>
        </w:rPr>
        <w:t>（A）S₄=20　　（B）S₄=25　　（C）S₅=49　　（D）S₆=49　　（E）S₂=1/2S₄</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harmonic progression is a sequence of numbers such that their reciprocals are in arithmetic progression. Let Sₙ represent the sum of the first n terms of the harmonic progression; for example, S₃ represents the sum of the first three terms. If the first three terms of a harmonic progression are 3, 4, 6, then:</w:t>
      </w:r>
    </w:p>
    <w:p>
      <w:pPr>
        <w:spacing w:before="0" w:after="160" w:line="300" w:lineRule="auto"/>
      </w:pPr>
      <w:r>
        <w:rPr>
          <w:rFonts w:ascii="Times New Roman" w:hAnsi="Times New Roman" w:eastAsia="宋体"/>
          <w:b w:val="0"/>
          <w:i w:val="0"/>
          <w:color w:val="333333"/>
          <w:sz w:val="19"/>
        </w:rPr>
        <w:t>(A) S₄=20　　(B) S₄=25　　(C) S₅=49　　(D) S₆=49　　(E) S₂=1/2S₄</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设 x²-3x+1=0 的两根为 r 和 s。则表达式 r²+s² 是：</w:t>
      </w:r>
    </w:p>
    <w:p>
      <w:pPr>
        <w:spacing w:before="0" w:after="120" w:line="300" w:lineRule="auto"/>
      </w:pPr>
      <w:r>
        <w:rPr>
          <w:rFonts w:ascii="Times New Roman" w:hAnsi="Times New Roman" w:eastAsia="宋体"/>
          <w:b w:val="0"/>
          <w:i w:val="0"/>
          <w:sz w:val="21"/>
        </w:rPr>
        <w:t>（A）正整数　　（B）大于 1 的正分数　　（C）小于 1 的正分数　　（D）无理数　　（E）虚数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roots of x²-3x+1=0 be r and s. Then the expression r²+s² is:</w:t>
      </w:r>
    </w:p>
    <w:p>
      <w:pPr>
        <w:spacing w:before="0" w:after="160" w:line="300" w:lineRule="auto"/>
      </w:pPr>
      <w:r>
        <w:rPr>
          <w:rFonts w:ascii="Times New Roman" w:hAnsi="Times New Roman" w:eastAsia="宋体"/>
          <w:b w:val="0"/>
          <w:i w:val="0"/>
          <w:color w:val="333333"/>
          <w:sz w:val="19"/>
        </w:rPr>
        <w:t>(A) a positive integer　　(B) a positive fraction greater than 1　　(C) a positive fraction less than 1　　(D) an irrational number　　(E) an imaginary number</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符号 ≥ 表示“大于或等于”，符号 ≤ 表示“小于或等于”。在方程 (x-m)²-(x-n)²=(m-n)² 中，m 是固定正数，n 是固定负数。满足该方程的 x 的集合为：</w:t>
      </w:r>
    </w:p>
    <w:p>
      <w:pPr>
        <w:spacing w:before="0" w:after="120" w:line="300" w:lineRule="auto"/>
      </w:pPr>
      <w:r>
        <w:rPr>
          <w:rFonts w:ascii="Times New Roman" w:hAnsi="Times New Roman" w:eastAsia="宋体"/>
          <w:b w:val="0"/>
          <w:i w:val="0"/>
          <w:sz w:val="21"/>
        </w:rPr>
        <w:t>（A）x≥0　　（B）x≤ n　　（C）x=0　　（D）所有实数的集合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symbol ≥ means “greater than or equal to”; the symbol ≤ means “less than or equal to.” In the equation (x-m)²-(x-n)²=(m-n)², m is a fixed positive number, and n is a fixed negative number. The set of values x satisfying the equation is:</w:t>
      </w:r>
    </w:p>
    <w:p>
      <w:pPr>
        <w:spacing w:before="0" w:after="160" w:line="300" w:lineRule="auto"/>
      </w:pPr>
      <w:r>
        <w:rPr>
          <w:rFonts w:ascii="Times New Roman" w:hAnsi="Times New Roman" w:eastAsia="宋体"/>
          <w:b w:val="0"/>
          <w:i w:val="0"/>
          <w:color w:val="333333"/>
          <w:sz w:val="19"/>
        </w:rPr>
        <w:t>(A) x≥0　　(B) x≤ n　　(C) x=0　　(D) the set of all real numbers　　(E) none of these</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一个三角形的底边长为 80，其中一个底角为 60°，另两边长度之和为 90。最短边长为：</w:t>
      </w:r>
    </w:p>
    <w:p>
      <w:pPr>
        <w:spacing w:before="0" w:after="120" w:line="300" w:lineRule="auto"/>
      </w:pPr>
      <w:r>
        <w:rPr>
          <w:rFonts w:ascii="Times New Roman" w:hAnsi="Times New Roman" w:eastAsia="宋体"/>
          <w:b w:val="0"/>
          <w:i w:val="0"/>
          <w:sz w:val="21"/>
        </w:rPr>
        <w:t>（A）45　　（B）40　　（C）36　　（D）17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of a triangle is 80, and one of the base angles is 60°. The sum of the lengths of the other two sides is 90. The shortest side is:</w:t>
      </w:r>
    </w:p>
    <w:p>
      <w:pPr>
        <w:spacing w:before="0" w:after="160" w:line="300" w:lineRule="auto"/>
      </w:pPr>
      <w:r>
        <w:rPr>
          <w:rFonts w:ascii="Times New Roman" w:hAnsi="Times New Roman" w:eastAsia="宋体"/>
          <w:b w:val="0"/>
          <w:i w:val="0"/>
          <w:color w:val="333333"/>
          <w:sz w:val="19"/>
        </w:rPr>
        <w:t>(A) 45　　(B) 40　　(C) 36　　(D) 17　　(E) 12</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乘积</w:t>
      </w:r>
    </w:p>
    <w:p>
      <w:pPr>
        <w:spacing w:before="0" w:after="80" w:line="300" w:lineRule="auto"/>
        <w:jc w:val="left"/>
      </w:pPr>
      <w:r>
        <w:rPr>
          <w:rFonts w:ascii="Times New Roman" w:hAnsi="Times New Roman" w:eastAsia="宋体"/>
          <w:b w:val="0"/>
          <w:i w:val="0"/>
          <w:sz w:val="21"/>
        </w:rPr>
        <w:t>(1-1/3)(1-1/4)</w:t>
      </w:r>
    </w:p>
    <w:p>
      <w:pPr>
        <w:spacing w:before="0" w:after="80" w:line="300" w:lineRule="auto"/>
        <w:jc w:val="left"/>
      </w:pPr>
      <w:r>
        <w:rPr>
          <w:rFonts w:ascii="Times New Roman" w:hAnsi="Times New Roman" w:eastAsia="宋体"/>
          <w:b w:val="0"/>
          <w:i w:val="0"/>
          <w:sz w:val="21"/>
        </w:rPr>
        <w:t>·(1-1/5)⋯(1-1/n)</w:t>
      </w:r>
    </w:p>
    <w:p>
      <w:pPr>
        <w:spacing w:before="0" w:after="80" w:line="300" w:lineRule="auto"/>
        <w:jc w:val="left"/>
      </w:pPr>
      <w:r>
        <w:rPr>
          <w:rFonts w:ascii="Times New Roman" w:hAnsi="Times New Roman" w:eastAsia="宋体"/>
          <w:b w:val="0"/>
          <w:i w:val="0"/>
          <w:sz w:val="21"/>
        </w:rPr>
        <w:t>化简后为：</w:t>
      </w:r>
    </w:p>
    <w:p>
      <w:pPr>
        <w:spacing w:before="0" w:after="120" w:line="300" w:lineRule="auto"/>
      </w:pPr>
      <w:r>
        <w:rPr>
          <w:rFonts w:ascii="Times New Roman" w:hAnsi="Times New Roman" w:eastAsia="宋体"/>
          <w:b w:val="0"/>
          <w:i w:val="0"/>
          <w:sz w:val="21"/>
        </w:rPr>
        <w:t>（A）1/n　　（B）2/n　　（C）(2(n-1))/n　　（D）2/(n(n+1))　　（E）3/(n(n+1))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simplified the product</w:t>
      </w:r>
    </w:p>
    <w:p>
      <w:pPr>
        <w:spacing w:before="0" w:after="80" w:line="300" w:lineRule="auto"/>
        <w:jc w:val="left"/>
      </w:pPr>
      <w:r>
        <w:rPr>
          <w:rFonts w:ascii="Times New Roman" w:hAnsi="Times New Roman" w:eastAsia="宋体"/>
          <w:b w:val="0"/>
          <w:i w:val="0"/>
          <w:color w:val="333333"/>
          <w:sz w:val="19"/>
        </w:rPr>
        <w:t>(1-1/3)(1-1/4)</w:t>
      </w:r>
    </w:p>
    <w:p>
      <w:pPr>
        <w:spacing w:before="0" w:after="80" w:line="300" w:lineRule="auto"/>
        <w:jc w:val="left"/>
      </w:pPr>
      <w:r>
        <w:rPr>
          <w:rFonts w:ascii="Times New Roman" w:hAnsi="Times New Roman" w:eastAsia="宋体"/>
          <w:b w:val="0"/>
          <w:i w:val="0"/>
          <w:color w:val="333333"/>
          <w:sz w:val="19"/>
        </w:rPr>
        <w:t>·(1-1/5)⋯(1-1/n)</w:t>
      </w:r>
    </w:p>
    <w:p>
      <w:pPr>
        <w:spacing w:before="0" w:after="80" w:line="300" w:lineRule="auto"/>
        <w:jc w:val="left"/>
      </w:pPr>
      <w:r>
        <w:rPr>
          <w:rFonts w:ascii="Times New Roman" w:hAnsi="Times New Roman" w:eastAsia="宋体"/>
          <w:b w:val="0"/>
          <w:i w:val="0"/>
          <w:color w:val="333333"/>
          <w:sz w:val="19"/>
        </w:rPr>
        <w:t>becomes:</w:t>
      </w:r>
    </w:p>
    <w:p>
      <w:pPr>
        <w:spacing w:before="0" w:after="160" w:line="300" w:lineRule="auto"/>
      </w:pPr>
      <w:r>
        <w:rPr>
          <w:rFonts w:ascii="Times New Roman" w:hAnsi="Times New Roman" w:eastAsia="宋体"/>
          <w:b w:val="0"/>
          <w:i w:val="0"/>
          <w:color w:val="333333"/>
          <w:sz w:val="19"/>
        </w:rPr>
        <w:t>(A) 1/n　　(B) 2/n　　(C) (2(n-1))/n　　(D) 2/(n(n+1))　　(E) 3/(n(n+1))</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若 4x+√(2x)=1，则 x：</w:t>
      </w:r>
    </w:p>
    <w:p>
      <w:pPr>
        <w:spacing w:before="0" w:after="120" w:line="300" w:lineRule="auto"/>
      </w:pPr>
      <w:r>
        <w:rPr>
          <w:rFonts w:ascii="Times New Roman" w:hAnsi="Times New Roman" w:eastAsia="宋体"/>
          <w:b w:val="0"/>
          <w:i w:val="0"/>
          <w:sz w:val="21"/>
        </w:rPr>
        <w:t>（A）是整数　　（B）是分数　　（C）是无理数　　（D）是虚数　　（E）可能有两个不同的值</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4x+√(2x)=1, then x:</w:t>
      </w:r>
    </w:p>
    <w:p>
      <w:pPr>
        <w:spacing w:before="0" w:after="160" w:line="300" w:lineRule="auto"/>
      </w:pPr>
      <w:r>
        <w:rPr>
          <w:rFonts w:ascii="Times New Roman" w:hAnsi="Times New Roman" w:eastAsia="宋体"/>
          <w:b w:val="0"/>
          <w:i w:val="0"/>
          <w:color w:val="333333"/>
          <w:sz w:val="19"/>
        </w:rPr>
        <w:t>(A) is an integer　　(B) is fractional　　(C) is irrational　　(D) is imaginary　　(E) may have two different values</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设 S 为下列数列前九项之和：</w:t>
      </w:r>
    </w:p>
    <w:p>
      <w:pPr>
        <w:spacing w:before="0" w:after="80" w:line="300" w:lineRule="auto"/>
        <w:jc w:val="left"/>
      </w:pPr>
      <w:r>
        <w:rPr>
          <w:rFonts w:ascii="Times New Roman" w:hAnsi="Times New Roman" w:eastAsia="宋体"/>
          <w:b w:val="0"/>
          <w:i w:val="0"/>
          <w:sz w:val="21"/>
        </w:rPr>
        <w:t>x+a, x²+2a,</w:t>
      </w:r>
    </w:p>
    <w:p>
      <w:pPr>
        <w:spacing w:before="0" w:after="80" w:line="300" w:lineRule="auto"/>
        <w:jc w:val="left"/>
      </w:pPr>
      <w:r>
        <w:rPr>
          <w:rFonts w:ascii="Times New Roman" w:hAnsi="Times New Roman" w:eastAsia="宋体"/>
          <w:b w:val="0"/>
          <w:i w:val="0"/>
          <w:sz w:val="21"/>
        </w:rPr>
        <w:t>x³+3a, …</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 S 等于：</w:t>
      </w:r>
    </w:p>
    <w:p>
      <w:pPr>
        <w:spacing w:before="0" w:after="120" w:line="300" w:lineRule="auto"/>
      </w:pPr>
      <w:r>
        <w:rPr>
          <w:rFonts w:ascii="Times New Roman" w:hAnsi="Times New Roman" w:eastAsia="宋体"/>
          <w:b w:val="0"/>
          <w:i w:val="0"/>
          <w:sz w:val="21"/>
        </w:rPr>
        <w:t>（A）50a+x+x⁸/x+1　　（B）50a-x+x¹⁰/x-1　　（C）x⁹-1/x+1+45a　　（D）x¹⁰-x/x-1+45a　　（E）x¹¹-x/x-1+45a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sum of the first nine terms of the sequence</w:t>
      </w:r>
    </w:p>
    <w:p>
      <w:pPr>
        <w:spacing w:before="0" w:after="80" w:line="300" w:lineRule="auto"/>
        <w:jc w:val="left"/>
      </w:pPr>
      <w:r>
        <w:rPr>
          <w:rFonts w:ascii="Times New Roman" w:hAnsi="Times New Roman" w:eastAsia="宋体"/>
          <w:b w:val="0"/>
          <w:i w:val="0"/>
          <w:color w:val="333333"/>
          <w:sz w:val="19"/>
        </w:rPr>
        <w:t>x+a, x²+2a,</w:t>
      </w:r>
    </w:p>
    <w:p>
      <w:pPr>
        <w:spacing w:before="0" w:after="80" w:line="300" w:lineRule="auto"/>
        <w:jc w:val="left"/>
      </w:pPr>
      <w:r>
        <w:rPr>
          <w:rFonts w:ascii="Times New Roman" w:hAnsi="Times New Roman" w:eastAsia="宋体"/>
          <w:b w:val="0"/>
          <w:i w:val="0"/>
          <w:color w:val="333333"/>
          <w:sz w:val="19"/>
        </w:rPr>
        <w:t>x³+3a, ….</w:t>
      </w:r>
    </w:p>
    <w:p>
      <w:pPr>
        <w:spacing w:before="0" w:after="80" w:line="300" w:lineRule="auto"/>
        <w:jc w:val="left"/>
      </w:pPr>
      <w:r>
        <w:rPr>
          <w:rFonts w:ascii="Times New Roman" w:hAnsi="Times New Roman" w:eastAsia="宋体"/>
          <w:b w:val="0"/>
          <w:i w:val="0"/>
          <w:color w:val="333333"/>
          <w:sz w:val="19"/>
        </w:rPr>
        <w:t>Then S equals:</w:t>
      </w:r>
    </w:p>
    <w:p>
      <w:pPr>
        <w:spacing w:before="0" w:after="160" w:line="300" w:lineRule="auto"/>
      </w:pPr>
      <w:r>
        <w:rPr>
          <w:rFonts w:ascii="Times New Roman" w:hAnsi="Times New Roman" w:eastAsia="宋体"/>
          <w:b w:val="0"/>
          <w:i w:val="0"/>
          <w:color w:val="333333"/>
          <w:sz w:val="19"/>
        </w:rPr>
        <w:t>(A) 50a+x+x⁸/x+1　　(B) 50a-x+x¹⁰/x-1　　(C) x⁹-1/x+1+45a　　(D) x¹⁰-x/x-1+45a　　(E) x¹¹-x/x-1+45a</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在三角形 ABC 中，BD 是一条中线。CF 与 BD 相交于 E，且 BE=ED。点 F 位于 AB 上。若 BF=5，则 BA 等于：</w:t>
      </w:r>
    </w:p>
    <w:p>
      <w:pPr>
        <w:spacing w:before="0" w:after="120" w:line="300" w:lineRule="auto"/>
      </w:pPr>
      <w:r>
        <w:rPr>
          <w:rFonts w:ascii="Times New Roman" w:hAnsi="Times New Roman" w:eastAsia="宋体"/>
          <w:b w:val="0"/>
          <w:i w:val="0"/>
          <w:sz w:val="21"/>
        </w:rPr>
        <w:t>（A）10　　（B）12　　（C）15　　（D）20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BD is a median. CF intersects BD at E so that BE=ED. Point F is on AB. Then, if BF=5, BA equals:</w:t>
      </w:r>
    </w:p>
    <w:p>
      <w:pPr>
        <w:spacing w:before="0" w:after="160" w:line="300" w:lineRule="auto"/>
      </w:pPr>
      <w:r>
        <w:rPr>
          <w:rFonts w:ascii="Times New Roman" w:hAnsi="Times New Roman" w:eastAsia="宋体"/>
          <w:b w:val="0"/>
          <w:i w:val="0"/>
          <w:color w:val="333333"/>
          <w:sz w:val="19"/>
        </w:rPr>
        <w:t>(A) 10　　(B) 12　　(C) 15　　(D) 20　　(E) none of these</w:t>
      </w:r>
    </w:p>
    <w:p>
      <w:pPr>
        <w:spacing w:before="200" w:after="80" w:line="300" w:lineRule="auto"/>
      </w:pPr>
      <w:r>
        <w:rPr>
          <w:rFonts w:ascii="Times New Roman" w:hAnsi="Times New Roman" w:eastAsia="宋体"/>
          <w:b/>
          <w:i w:val="0"/>
          <w:sz w:val="23"/>
        </w:rPr>
        <w:t>第 41 题</w:t>
      </w:r>
    </w:p>
    <w:p>
      <w:pPr>
        <w:spacing w:before="0" w:after="80" w:line="300" w:lineRule="auto"/>
        <w:jc w:val="left"/>
      </w:pPr>
      <w:r>
        <w:rPr>
          <w:rFonts w:ascii="Times New Roman" w:hAnsi="Times New Roman" w:eastAsia="宋体"/>
          <w:b w:val="0"/>
          <w:i w:val="0"/>
          <w:sz w:val="21"/>
        </w:rPr>
        <w:t>在一条直线的同一侧画三个圆：一个半径为 4 英寸的圆与该直线相切，另两个圆全等，且每个圆都与该直线及另外两个圆相切。两个全等圆的半径为：</w:t>
      </w:r>
    </w:p>
    <w:p>
      <w:pPr>
        <w:spacing w:before="0" w:after="120" w:line="300" w:lineRule="auto"/>
      </w:pPr>
      <w:r>
        <w:rPr>
          <w:rFonts w:ascii="Times New Roman" w:hAnsi="Times New Roman" w:eastAsia="宋体"/>
          <w:b w:val="0"/>
          <w:i w:val="0"/>
          <w:sz w:val="21"/>
        </w:rPr>
        <w:t>（A）24　　（B）20　　（C）18　　（D）16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the same side of a straight line three circles are drawn as follows: a circle with a radius of 4 inches is tangent to the line, the other two circles are equal, and each is tangent to the line and to the other two circles. The radius of the equal circles is:</w:t>
      </w:r>
    </w:p>
    <w:p>
      <w:pPr>
        <w:spacing w:before="0" w:after="160" w:line="300" w:lineRule="auto"/>
      </w:pPr>
      <w:r>
        <w:rPr>
          <w:rFonts w:ascii="Times New Roman" w:hAnsi="Times New Roman" w:eastAsia="宋体"/>
          <w:b w:val="0"/>
          <w:i w:val="0"/>
          <w:color w:val="333333"/>
          <w:sz w:val="19"/>
        </w:rPr>
        <w:t>(A) 24　　(B) 20　　(C) 18　　(D) 16　　(E) 12</w:t>
      </w:r>
    </w:p>
    <w:p>
      <w:pPr>
        <w:spacing w:before="200" w:after="80" w:line="300" w:lineRule="auto"/>
      </w:pPr>
      <w:r>
        <w:rPr>
          <w:rFonts w:ascii="Times New Roman" w:hAnsi="Times New Roman" w:eastAsia="宋体"/>
          <w:b/>
          <w:i w:val="0"/>
          <w:sz w:val="23"/>
        </w:rPr>
        <w:t>第 42 题</w:t>
      </w:r>
    </w:p>
    <w:p>
      <w:pPr>
        <w:spacing w:before="0" w:after="80" w:line="300" w:lineRule="auto"/>
        <w:jc w:val="left"/>
      </w:pPr>
      <w:r>
        <w:rPr>
          <w:rFonts w:ascii="Times New Roman" w:hAnsi="Times New Roman" w:eastAsia="宋体"/>
          <w:b w:val="0"/>
          <w:i w:val="0"/>
          <w:sz w:val="21"/>
        </w:rPr>
        <w:t>给定三个正整数 a、b 和 c。它们的最大公因数为 D，最小公倍数为 M。下列哪两个陈述正确？</w:t>
      </w:r>
    </w:p>
    <w:p>
      <w:pPr>
        <w:spacing w:before="0" w:after="80" w:line="300" w:lineRule="auto"/>
        <w:jc w:val="left"/>
      </w:pPr>
      <w:r>
        <w:rPr>
          <w:rFonts w:ascii="Times New Roman" w:hAnsi="Times New Roman" w:eastAsia="宋体"/>
          <w:b w:val="0"/>
          <w:i w:val="0"/>
          <w:sz w:val="21"/>
        </w:rPr>
        <w:t>(1) 乘积 MD 不可能小于 abc。</w:t>
      </w:r>
    </w:p>
    <w:p>
      <w:pPr>
        <w:spacing w:before="0" w:after="80" w:line="300" w:lineRule="auto"/>
        <w:jc w:val="left"/>
      </w:pPr>
      <w:r>
        <w:rPr>
          <w:rFonts w:ascii="Times New Roman" w:hAnsi="Times New Roman" w:eastAsia="宋体"/>
          <w:b w:val="0"/>
          <w:i w:val="0"/>
          <w:sz w:val="21"/>
        </w:rPr>
        <w:t>(2) 乘积 MD 不可能大于 abc。</w:t>
      </w:r>
    </w:p>
    <w:p>
      <w:pPr>
        <w:spacing w:before="0" w:after="80" w:line="300" w:lineRule="auto"/>
        <w:jc w:val="left"/>
      </w:pPr>
      <w:r>
        <w:rPr>
          <w:rFonts w:ascii="Times New Roman" w:hAnsi="Times New Roman" w:eastAsia="宋体"/>
          <w:b w:val="0"/>
          <w:i w:val="0"/>
          <w:sz w:val="21"/>
        </w:rPr>
        <w:t>(3) 当且仅当 a、b、c 都是质数时，MD 等于 abc。</w:t>
      </w:r>
    </w:p>
    <w:p>
      <w:pPr>
        <w:spacing w:before="0" w:after="80" w:line="300" w:lineRule="auto"/>
        <w:jc w:val="left"/>
      </w:pPr>
      <w:r>
        <w:rPr>
          <w:rFonts w:ascii="Times New Roman" w:hAnsi="Times New Roman" w:eastAsia="宋体"/>
          <w:b w:val="0"/>
          <w:i w:val="0"/>
          <w:sz w:val="21"/>
        </w:rPr>
        <w:t>(4) 当且仅当 a、b、c 两两互质时，MD 等于 abc。（即任意两个数都没有大于 1 的公因数。）</w:t>
      </w:r>
    </w:p>
    <w:p>
      <w:pPr>
        <w:spacing w:before="0" w:after="120" w:line="300" w:lineRule="auto"/>
      </w:pPr>
      <w:r>
        <w:rPr>
          <w:rFonts w:ascii="Times New Roman" w:hAnsi="Times New Roman" w:eastAsia="宋体"/>
          <w:b w:val="0"/>
          <w:i w:val="0"/>
          <w:sz w:val="21"/>
        </w:rPr>
        <w:t>（A）1、2　　（B）1、3　　（C）1、4　　（D）2、3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three positive integers a, b, and c. Their greatest common divisor is D; their least common multiple is M. Then, which two of the following statements are true?</w:t>
      </w:r>
    </w:p>
    <w:p>
      <w:pPr>
        <w:spacing w:before="0" w:after="80" w:line="300" w:lineRule="auto"/>
        <w:jc w:val="left"/>
      </w:pPr>
      <w:r>
        <w:rPr>
          <w:rFonts w:ascii="Times New Roman" w:hAnsi="Times New Roman" w:eastAsia="宋体"/>
          <w:b w:val="0"/>
          <w:i w:val="0"/>
          <w:color w:val="333333"/>
          <w:sz w:val="19"/>
        </w:rPr>
        <w:t>(1) The product MD cannot be less than abc.</w:t>
      </w:r>
    </w:p>
    <w:p>
      <w:pPr>
        <w:spacing w:before="0" w:after="80" w:line="300" w:lineRule="auto"/>
        <w:jc w:val="left"/>
      </w:pPr>
      <w:r>
        <w:rPr>
          <w:rFonts w:ascii="Times New Roman" w:hAnsi="Times New Roman" w:eastAsia="宋体"/>
          <w:b w:val="0"/>
          <w:i w:val="0"/>
          <w:color w:val="333333"/>
          <w:sz w:val="19"/>
        </w:rPr>
        <w:t>(2) The product MD cannot be greater than abc.</w:t>
      </w:r>
    </w:p>
    <w:p>
      <w:pPr>
        <w:spacing w:before="0" w:after="80" w:line="300" w:lineRule="auto"/>
        <w:jc w:val="left"/>
      </w:pPr>
      <w:r>
        <w:rPr>
          <w:rFonts w:ascii="Times New Roman" w:hAnsi="Times New Roman" w:eastAsia="宋体"/>
          <w:b w:val="0"/>
          <w:i w:val="0"/>
          <w:color w:val="333333"/>
          <w:sz w:val="19"/>
        </w:rPr>
        <w:t>(3) MD equals abc if and only if a, b, c are each prime.</w:t>
      </w:r>
    </w:p>
    <w:p>
      <w:pPr>
        <w:spacing w:before="0" w:after="80" w:line="300" w:lineRule="auto"/>
        <w:jc w:val="left"/>
      </w:pPr>
      <w:r>
        <w:rPr>
          <w:rFonts w:ascii="Times New Roman" w:hAnsi="Times New Roman" w:eastAsia="宋体"/>
          <w:b w:val="0"/>
          <w:i w:val="0"/>
          <w:color w:val="333333"/>
          <w:sz w:val="19"/>
        </w:rPr>
        <w:t>(4) MD equals abc if and only if a, b, c are relatively prime in pairs. (This means: no two have a common factor greater than 1.)</w:t>
      </w:r>
    </w:p>
    <w:p>
      <w:pPr>
        <w:spacing w:before="0" w:after="160" w:line="300" w:lineRule="auto"/>
      </w:pPr>
      <w:r>
        <w:rPr>
          <w:rFonts w:ascii="Times New Roman" w:hAnsi="Times New Roman" w:eastAsia="宋体"/>
          <w:b w:val="0"/>
          <w:i w:val="0"/>
          <w:color w:val="333333"/>
          <w:sz w:val="19"/>
        </w:rPr>
        <w:t>(A) 1, 2　　(B) 1, 3　　(C) 1, 4　　(D) 2, 3　　(E) 2, 4</w:t>
      </w:r>
    </w:p>
    <w:p>
      <w:pPr>
        <w:spacing w:before="200" w:after="80" w:line="300" w:lineRule="auto"/>
      </w:pPr>
      <w:r>
        <w:rPr>
          <w:rFonts w:ascii="Times New Roman" w:hAnsi="Times New Roman" w:eastAsia="宋体"/>
          <w:b/>
          <w:i w:val="0"/>
          <w:sz w:val="23"/>
        </w:rPr>
        <w:t>第 43 题</w:t>
      </w:r>
    </w:p>
    <w:p>
      <w:pPr>
        <w:spacing w:before="0" w:after="80" w:line="300" w:lineRule="auto"/>
        <w:jc w:val="left"/>
      </w:pPr>
      <w:r>
        <w:rPr>
          <w:rFonts w:ascii="Times New Roman" w:hAnsi="Times New Roman" w:eastAsia="宋体"/>
          <w:b w:val="0"/>
          <w:i w:val="0"/>
          <w:sz w:val="21"/>
        </w:rPr>
        <w:t>一个三角形的三边长为 25、39、40。其外接圆直径为：</w:t>
      </w:r>
    </w:p>
    <w:p>
      <w:pPr>
        <w:spacing w:before="0" w:after="120" w:line="300" w:lineRule="auto"/>
      </w:pPr>
      <w:r>
        <w:rPr>
          <w:rFonts w:ascii="Times New Roman" w:hAnsi="Times New Roman" w:eastAsia="宋体"/>
          <w:b w:val="0"/>
          <w:i w:val="0"/>
          <w:sz w:val="21"/>
        </w:rPr>
        <w:t>（A）133/3　　（B）125/3　　（C）42　　（D）41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of a triangle are 25, 39, and 40. The diameter of the circumscribed circle is:</w:t>
      </w:r>
    </w:p>
    <w:p>
      <w:pPr>
        <w:spacing w:before="0" w:after="160" w:line="300" w:lineRule="auto"/>
      </w:pPr>
      <w:r>
        <w:rPr>
          <w:rFonts w:ascii="Times New Roman" w:hAnsi="Times New Roman" w:eastAsia="宋体"/>
          <w:b w:val="0"/>
          <w:i w:val="0"/>
          <w:color w:val="333333"/>
          <w:sz w:val="19"/>
        </w:rPr>
        <w:t>(A) 133/3　　(B) 125/3　　(C) 42　　(D) 41　　(E) 40</w:t>
      </w:r>
    </w:p>
    <w:p>
      <w:pPr>
        <w:spacing w:before="200" w:after="80" w:line="300" w:lineRule="auto"/>
      </w:pPr>
      <w:r>
        <w:rPr>
          <w:rFonts w:ascii="Times New Roman" w:hAnsi="Times New Roman" w:eastAsia="宋体"/>
          <w:b/>
          <w:i w:val="0"/>
          <w:sz w:val="23"/>
        </w:rPr>
        <w:t>第 44 题</w:t>
      </w:r>
    </w:p>
    <w:p>
      <w:pPr>
        <w:spacing w:before="0" w:after="80" w:line="300" w:lineRule="auto"/>
        <w:jc w:val="left"/>
      </w:pPr>
      <w:r>
        <w:rPr>
          <w:rFonts w:ascii="Times New Roman" w:hAnsi="Times New Roman" w:eastAsia="宋体"/>
          <w:b w:val="0"/>
          <w:i w:val="0"/>
          <w:sz w:val="21"/>
        </w:rPr>
        <w:t>方程 x²+bx+c=0 的两根均为大于 1 的实数。令 s=b+c+1。则 s：</w:t>
      </w:r>
    </w:p>
    <w:p>
      <w:pPr>
        <w:spacing w:before="0" w:after="120" w:line="300" w:lineRule="auto"/>
      </w:pPr>
      <w:r>
        <w:rPr>
          <w:rFonts w:ascii="Times New Roman" w:hAnsi="Times New Roman" w:eastAsia="宋体"/>
          <w:b w:val="0"/>
          <w:i w:val="0"/>
          <w:sz w:val="21"/>
        </w:rPr>
        <w:t>（A）可能小于零　　（B）可能等于零　　（C）必大于零　　（D）必小于零　　（E）必介于 -1 与 1 之间</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of x²+bx+c=0 are both real and greater than 1. Let s=b+c+1. Then s:</w:t>
      </w:r>
    </w:p>
    <w:p>
      <w:pPr>
        <w:spacing w:before="0" w:after="160" w:line="300" w:lineRule="auto"/>
      </w:pPr>
      <w:r>
        <w:rPr>
          <w:rFonts w:ascii="Times New Roman" w:hAnsi="Times New Roman" w:eastAsia="宋体"/>
          <w:b w:val="0"/>
          <w:i w:val="0"/>
          <w:color w:val="333333"/>
          <w:sz w:val="19"/>
        </w:rPr>
        <w:t>(A) may be less than zero　　(B) may be equal to zero　　(C) must be greater than zero　　(D) must be less than zero　　(E) must be between -1 and 1</w:t>
      </w:r>
    </w:p>
    <w:p>
      <w:pPr>
        <w:spacing w:before="200" w:after="80" w:line="300" w:lineRule="auto"/>
      </w:pPr>
      <w:r>
        <w:rPr>
          <w:rFonts w:ascii="Times New Roman" w:hAnsi="Times New Roman" w:eastAsia="宋体"/>
          <w:b/>
          <w:i w:val="0"/>
          <w:sz w:val="23"/>
        </w:rPr>
        <w:t>第 45 题</w:t>
      </w:r>
    </w:p>
    <w:p>
      <w:pPr>
        <w:spacing w:before="0" w:after="80" w:line="300" w:lineRule="auto"/>
        <w:jc w:val="left"/>
      </w:pPr>
      <w:r>
        <w:rPr>
          <w:rFonts w:ascii="Times New Roman" w:hAnsi="Times New Roman" w:eastAsia="宋体"/>
          <w:b w:val="0"/>
          <w:i w:val="0"/>
          <w:sz w:val="21"/>
        </w:rPr>
        <w:t>若</w:t>
      </w:r>
    </w:p>
    <w:p>
      <w:pPr>
        <w:spacing w:before="0" w:after="80" w:line="300" w:lineRule="auto"/>
        <w:jc w:val="left"/>
      </w:pPr>
      <w:r>
        <w:rPr>
          <w:rFonts w:ascii="Times New Roman" w:hAnsi="Times New Roman" w:eastAsia="宋体"/>
          <w:b w:val="0"/>
          <w:i w:val="0"/>
          <w:sz w:val="21"/>
        </w:rPr>
        <w:t>(log₃x)(logₓ2x)(log₂ₓy)</w:t>
      </w:r>
    </w:p>
    <w:p>
      <w:pPr>
        <w:spacing w:before="0" w:after="80" w:line="300" w:lineRule="auto"/>
        <w:jc w:val="left"/>
      </w:pPr>
      <w:r>
        <w:rPr>
          <w:rFonts w:ascii="Times New Roman" w:hAnsi="Times New Roman" w:eastAsia="宋体"/>
          <w:b w:val="0"/>
          <w:i w:val="0"/>
          <w:sz w:val="21"/>
        </w:rPr>
        <w:t>=logₓx²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 y 等于：</w:t>
      </w:r>
    </w:p>
    <w:p>
      <w:pPr>
        <w:spacing w:before="0" w:after="120" w:line="300" w:lineRule="auto"/>
      </w:pPr>
      <w:r>
        <w:rPr>
          <w:rFonts w:ascii="Times New Roman" w:hAnsi="Times New Roman" w:eastAsia="宋体"/>
          <w:b w:val="0"/>
          <w:i w:val="0"/>
          <w:sz w:val="21"/>
        </w:rPr>
        <w:t>（A）9/2　　（B）9　　（C）18　　（D）27　　（E）81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w:t>
      </w:r>
    </w:p>
    <w:p>
      <w:pPr>
        <w:spacing w:before="0" w:after="80" w:line="300" w:lineRule="auto"/>
        <w:jc w:val="left"/>
      </w:pPr>
      <w:r>
        <w:rPr>
          <w:rFonts w:ascii="Times New Roman" w:hAnsi="Times New Roman" w:eastAsia="宋体"/>
          <w:b w:val="0"/>
          <w:i w:val="0"/>
          <w:color w:val="333333"/>
          <w:sz w:val="19"/>
        </w:rPr>
        <w:t>(log₃x)(logₓ2x)(log₂ₓy)</w:t>
      </w:r>
    </w:p>
    <w:p>
      <w:pPr>
        <w:spacing w:before="0" w:after="80" w:line="300" w:lineRule="auto"/>
        <w:jc w:val="left"/>
      </w:pPr>
      <w:r>
        <w:rPr>
          <w:rFonts w:ascii="Times New Roman" w:hAnsi="Times New Roman" w:eastAsia="宋体"/>
          <w:b w:val="0"/>
          <w:i w:val="0"/>
          <w:color w:val="333333"/>
          <w:sz w:val="19"/>
        </w:rPr>
        <w:t>=logₓx²,</w:t>
      </w:r>
    </w:p>
    <w:p>
      <w:pPr>
        <w:spacing w:before="0" w:after="80" w:line="300" w:lineRule="auto"/>
        <w:jc w:val="left"/>
      </w:pPr>
      <w:r>
        <w:rPr>
          <w:rFonts w:ascii="Times New Roman" w:hAnsi="Times New Roman" w:eastAsia="宋体"/>
          <w:b w:val="0"/>
          <w:i w:val="0"/>
          <w:color w:val="333333"/>
          <w:sz w:val="19"/>
        </w:rPr>
        <w:t>then y equals:</w:t>
      </w:r>
    </w:p>
    <w:p>
      <w:pPr>
        <w:spacing w:before="0" w:after="160" w:line="300" w:lineRule="auto"/>
      </w:pPr>
      <w:r>
        <w:rPr>
          <w:rFonts w:ascii="Times New Roman" w:hAnsi="Times New Roman" w:eastAsia="宋体"/>
          <w:b w:val="0"/>
          <w:i w:val="0"/>
          <w:color w:val="333333"/>
          <w:sz w:val="19"/>
        </w:rPr>
        <w:t>(A) 9/2　　(B) 9　　(C) 18　　(D) 27　　(E) 81</w:t>
      </w:r>
    </w:p>
    <w:p>
      <w:pPr>
        <w:spacing w:before="200" w:after="80" w:line="300" w:lineRule="auto"/>
      </w:pPr>
      <w:r>
        <w:rPr>
          <w:rFonts w:ascii="Times New Roman" w:hAnsi="Times New Roman" w:eastAsia="宋体"/>
          <w:b/>
          <w:i w:val="0"/>
          <w:sz w:val="23"/>
        </w:rPr>
        <w:t>第 46 题</w:t>
      </w:r>
    </w:p>
    <w:p>
      <w:pPr>
        <w:spacing w:before="0" w:after="80" w:line="300" w:lineRule="auto"/>
        <w:jc w:val="left"/>
      </w:pPr>
      <w:r>
        <w:rPr>
          <w:rFonts w:ascii="Times New Roman" w:hAnsi="Times New Roman" w:eastAsia="宋体"/>
          <w:b w:val="0"/>
          <w:i w:val="0"/>
          <w:sz w:val="21"/>
        </w:rPr>
        <w:t>一名学生在为期 d 天的假期中观察到：</w:t>
      </w:r>
    </w:p>
    <w:p>
      <w:pPr>
        <w:spacing w:before="0" w:after="80" w:line="300" w:lineRule="auto"/>
        <w:jc w:val="left"/>
      </w:pPr>
      <w:r>
        <w:rPr>
          <w:rFonts w:ascii="Times New Roman" w:hAnsi="Times New Roman" w:eastAsia="宋体"/>
          <w:b w:val="0"/>
          <w:i w:val="0"/>
          <w:sz w:val="21"/>
        </w:rPr>
        <w:t>(1) 上午或下午共下雨 7 次；</w:t>
      </w:r>
    </w:p>
    <w:p>
      <w:pPr>
        <w:spacing w:before="0" w:after="80" w:line="300" w:lineRule="auto"/>
        <w:jc w:val="left"/>
      </w:pPr>
      <w:r>
        <w:rPr>
          <w:rFonts w:ascii="Times New Roman" w:hAnsi="Times New Roman" w:eastAsia="宋体"/>
          <w:b w:val="0"/>
          <w:i w:val="0"/>
          <w:sz w:val="21"/>
        </w:rPr>
        <w:t>(2) 若下午下雨，则当天上午晴朗；</w:t>
      </w:r>
    </w:p>
    <w:p>
      <w:pPr>
        <w:spacing w:before="0" w:after="80" w:line="300" w:lineRule="auto"/>
        <w:jc w:val="left"/>
      </w:pPr>
      <w:r>
        <w:rPr>
          <w:rFonts w:ascii="Times New Roman" w:hAnsi="Times New Roman" w:eastAsia="宋体"/>
          <w:b w:val="0"/>
          <w:i w:val="0"/>
          <w:sz w:val="21"/>
        </w:rPr>
        <w:t>(3) 有五个晴朗的下午；</w:t>
      </w:r>
    </w:p>
    <w:p>
      <w:pPr>
        <w:spacing w:before="0" w:after="80" w:line="300" w:lineRule="auto"/>
        <w:jc w:val="left"/>
      </w:pPr>
      <w:r>
        <w:rPr>
          <w:rFonts w:ascii="Times New Roman" w:hAnsi="Times New Roman" w:eastAsia="宋体"/>
          <w:b w:val="0"/>
          <w:i w:val="0"/>
          <w:sz w:val="21"/>
        </w:rPr>
        <w:t>(4) 有六个晴朗的上午。</w:t>
      </w:r>
    </w:p>
    <w:p>
      <w:pPr>
        <w:spacing w:before="0" w:after="80" w:line="300" w:lineRule="auto"/>
        <w:jc w:val="left"/>
      </w:pPr>
      <w:r>
        <w:rPr>
          <w:rFonts w:ascii="Times New Roman" w:hAnsi="Times New Roman" w:eastAsia="宋体"/>
          <w:b w:val="0"/>
          <w:i w:val="0"/>
          <w:sz w:val="21"/>
        </w:rPr>
        <w:t>则 d 等于：</w:t>
      </w:r>
    </w:p>
    <w:p>
      <w:pPr>
        <w:spacing w:before="0" w:after="120" w:line="300" w:lineRule="auto"/>
      </w:pPr>
      <w:r>
        <w:rPr>
          <w:rFonts w:ascii="Times New Roman" w:hAnsi="Times New Roman" w:eastAsia="宋体"/>
          <w:b w:val="0"/>
          <w:i w:val="0"/>
          <w:sz w:val="21"/>
        </w:rPr>
        <w:t>（A）7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student on vacation for d days observed that</w:t>
      </w:r>
    </w:p>
    <w:p>
      <w:pPr>
        <w:spacing w:before="0" w:after="80" w:line="300" w:lineRule="auto"/>
        <w:jc w:val="left"/>
      </w:pPr>
      <w:r>
        <w:rPr>
          <w:rFonts w:ascii="Times New Roman" w:hAnsi="Times New Roman" w:eastAsia="宋体"/>
          <w:b w:val="0"/>
          <w:i w:val="0"/>
          <w:color w:val="333333"/>
          <w:sz w:val="19"/>
        </w:rPr>
        <w:t>(1) it rained 7 times, morning or afternoon;</w:t>
      </w:r>
    </w:p>
    <w:p>
      <w:pPr>
        <w:spacing w:before="0" w:after="80" w:line="300" w:lineRule="auto"/>
        <w:jc w:val="left"/>
      </w:pPr>
      <w:r>
        <w:rPr>
          <w:rFonts w:ascii="Times New Roman" w:hAnsi="Times New Roman" w:eastAsia="宋体"/>
          <w:b w:val="0"/>
          <w:i w:val="0"/>
          <w:color w:val="333333"/>
          <w:sz w:val="19"/>
        </w:rPr>
        <w:t>(2) when it rained in the afternoon, it was clear in the morning;</w:t>
      </w:r>
    </w:p>
    <w:p>
      <w:pPr>
        <w:spacing w:before="0" w:after="80" w:line="300" w:lineRule="auto"/>
        <w:jc w:val="left"/>
      </w:pPr>
      <w:r>
        <w:rPr>
          <w:rFonts w:ascii="Times New Roman" w:hAnsi="Times New Roman" w:eastAsia="宋体"/>
          <w:b w:val="0"/>
          <w:i w:val="0"/>
          <w:color w:val="333333"/>
          <w:sz w:val="19"/>
        </w:rPr>
        <w:t>(3) there were five clear afternoons;</w:t>
      </w:r>
    </w:p>
    <w:p>
      <w:pPr>
        <w:spacing w:before="0" w:after="80" w:line="300" w:lineRule="auto"/>
        <w:jc w:val="left"/>
      </w:pPr>
      <w:r>
        <w:rPr>
          <w:rFonts w:ascii="Times New Roman" w:hAnsi="Times New Roman" w:eastAsia="宋体"/>
          <w:b w:val="0"/>
          <w:i w:val="0"/>
          <w:color w:val="333333"/>
          <w:sz w:val="19"/>
        </w:rPr>
        <w:t>(4) there were six clear mornings.</w:t>
      </w:r>
    </w:p>
    <w:p>
      <w:pPr>
        <w:spacing w:before="0" w:after="80" w:line="300" w:lineRule="auto"/>
        <w:jc w:val="left"/>
      </w:pPr>
      <w:r>
        <w:rPr>
          <w:rFonts w:ascii="Times New Roman" w:hAnsi="Times New Roman" w:eastAsia="宋体"/>
          <w:b w:val="0"/>
          <w:i w:val="0"/>
          <w:color w:val="333333"/>
          <w:sz w:val="19"/>
        </w:rPr>
        <w:t>Then d equals:</w:t>
      </w:r>
    </w:p>
    <w:p>
      <w:pPr>
        <w:spacing w:before="0" w:after="160" w:line="300" w:lineRule="auto"/>
      </w:pPr>
      <w:r>
        <w:rPr>
          <w:rFonts w:ascii="Times New Roman" w:hAnsi="Times New Roman" w:eastAsia="宋体"/>
          <w:b w:val="0"/>
          <w:i w:val="0"/>
          <w:color w:val="333333"/>
          <w:sz w:val="19"/>
        </w:rPr>
        <w:t>(A) 7　　(B) 9　　(C) 10　　(D) 11　　(E) 12</w:t>
      </w:r>
    </w:p>
    <w:p>
      <w:pPr>
        <w:spacing w:before="200" w:after="80" w:line="300" w:lineRule="auto"/>
      </w:pPr>
      <w:r>
        <w:rPr>
          <w:rFonts w:ascii="Times New Roman" w:hAnsi="Times New Roman" w:eastAsia="宋体"/>
          <w:b/>
          <w:i w:val="0"/>
          <w:sz w:val="23"/>
        </w:rPr>
        <w:t>第 47 题</w:t>
      </w:r>
    </w:p>
    <w:p>
      <w:pPr>
        <w:spacing w:before="0" w:after="80" w:line="300" w:lineRule="auto"/>
        <w:jc w:val="left"/>
      </w:pPr>
      <w:r>
        <w:rPr>
          <w:rFonts w:ascii="Times New Roman" w:hAnsi="Times New Roman" w:eastAsia="宋体"/>
          <w:b w:val="0"/>
          <w:i w:val="0"/>
          <w:sz w:val="21"/>
        </w:rPr>
        <w:t>假设下列三个陈述为真：</w:t>
      </w:r>
    </w:p>
    <w:p>
      <w:pPr>
        <w:spacing w:before="0" w:after="80" w:line="300" w:lineRule="auto"/>
        <w:jc w:val="left"/>
      </w:pPr>
      <w:r>
        <w:rPr>
          <w:rFonts w:ascii="Times New Roman" w:hAnsi="Times New Roman" w:eastAsia="宋体"/>
          <w:b w:val="0"/>
          <w:i w:val="0"/>
          <w:sz w:val="21"/>
        </w:rPr>
        <w:t>I. 所有新生都是人。</w:t>
      </w:r>
    </w:p>
    <w:p>
      <w:pPr>
        <w:spacing w:before="0" w:after="80" w:line="300" w:lineRule="auto"/>
        <w:jc w:val="left"/>
      </w:pPr>
      <w:r>
        <w:rPr>
          <w:rFonts w:ascii="Times New Roman" w:hAnsi="Times New Roman" w:eastAsia="宋体"/>
          <w:b w:val="0"/>
          <w:i w:val="0"/>
          <w:sz w:val="21"/>
        </w:rPr>
        <w:t>II. 所有学生都是人。</w:t>
      </w:r>
    </w:p>
    <w:p>
      <w:pPr>
        <w:spacing w:before="0" w:after="80" w:line="300" w:lineRule="auto"/>
        <w:jc w:val="left"/>
      </w:pPr>
      <w:r>
        <w:rPr>
          <w:rFonts w:ascii="Times New Roman" w:hAnsi="Times New Roman" w:eastAsia="宋体"/>
          <w:b w:val="0"/>
          <w:i w:val="0"/>
          <w:sz w:val="21"/>
        </w:rPr>
        <w:t>III. 有些学生会思考。</w:t>
      </w:r>
    </w:p>
    <w:p>
      <w:pPr>
        <w:spacing w:before="0" w:after="80" w:line="300" w:lineRule="auto"/>
        <w:jc w:val="left"/>
      </w:pPr>
      <w:r>
        <w:rPr>
          <w:rFonts w:ascii="Times New Roman" w:hAnsi="Times New Roman" w:eastAsia="宋体"/>
          <w:b w:val="0"/>
          <w:i w:val="0"/>
          <w:sz w:val="21"/>
        </w:rPr>
        <w:t>考虑下列四个陈述：</w:t>
      </w:r>
    </w:p>
    <w:p>
      <w:pPr>
        <w:spacing w:before="0" w:after="80" w:line="300" w:lineRule="auto"/>
        <w:jc w:val="left"/>
      </w:pPr>
      <w:r>
        <w:rPr>
          <w:rFonts w:ascii="Times New Roman" w:hAnsi="Times New Roman" w:eastAsia="宋体"/>
          <w:b w:val="0"/>
          <w:i w:val="0"/>
          <w:sz w:val="21"/>
        </w:rPr>
        <w:t>(1) 所有新生都是学生。</w:t>
      </w:r>
    </w:p>
    <w:p>
      <w:pPr>
        <w:spacing w:before="0" w:after="80" w:line="300" w:lineRule="auto"/>
        <w:jc w:val="left"/>
      </w:pPr>
      <w:r>
        <w:rPr>
          <w:rFonts w:ascii="Times New Roman" w:hAnsi="Times New Roman" w:eastAsia="宋体"/>
          <w:b w:val="0"/>
          <w:i w:val="0"/>
          <w:sz w:val="21"/>
        </w:rPr>
        <w:t>(2) 有些人会思考。</w:t>
      </w:r>
    </w:p>
    <w:p>
      <w:pPr>
        <w:spacing w:before="0" w:after="80" w:line="300" w:lineRule="auto"/>
        <w:jc w:val="left"/>
      </w:pPr>
      <w:r>
        <w:rPr>
          <w:rFonts w:ascii="Times New Roman" w:hAnsi="Times New Roman" w:eastAsia="宋体"/>
          <w:b w:val="0"/>
          <w:i w:val="0"/>
          <w:sz w:val="21"/>
        </w:rPr>
        <w:t>(3) 没有新生会思考。</w:t>
      </w:r>
    </w:p>
    <w:p>
      <w:pPr>
        <w:spacing w:before="0" w:after="80" w:line="300" w:lineRule="auto"/>
        <w:jc w:val="left"/>
      </w:pPr>
      <w:r>
        <w:rPr>
          <w:rFonts w:ascii="Times New Roman" w:hAnsi="Times New Roman" w:eastAsia="宋体"/>
          <w:b w:val="0"/>
          <w:i w:val="0"/>
          <w:sz w:val="21"/>
        </w:rPr>
        <w:t>(4) 有些会思考的人不是学生。</w:t>
      </w:r>
    </w:p>
    <w:p>
      <w:pPr>
        <w:spacing w:before="0" w:after="80" w:line="300" w:lineRule="auto"/>
        <w:jc w:val="left"/>
      </w:pPr>
      <w:r>
        <w:rPr>
          <w:rFonts w:ascii="Times New Roman" w:hAnsi="Times New Roman" w:eastAsia="宋体"/>
          <w:b w:val="0"/>
          <w:i w:val="0"/>
          <w:sz w:val="21"/>
        </w:rPr>
        <w:t>其中可由 I、II、III 逻辑推出的是：</w:t>
      </w:r>
    </w:p>
    <w:p>
      <w:pPr>
        <w:spacing w:before="0" w:after="120" w:line="300" w:lineRule="auto"/>
      </w:pPr>
      <w:r>
        <w:rPr>
          <w:rFonts w:ascii="Times New Roman" w:hAnsi="Times New Roman" w:eastAsia="宋体"/>
          <w:b w:val="0"/>
          <w:i w:val="0"/>
          <w:sz w:val="21"/>
        </w:rPr>
        <w:t>（A）2　　（B）4　　（C）2、3　　（D）2、4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Assume that the following three statements are true:</w:t>
      </w:r>
    </w:p>
    <w:p>
      <w:pPr>
        <w:spacing w:before="0" w:after="80" w:line="300" w:lineRule="auto"/>
        <w:jc w:val="left"/>
      </w:pPr>
      <w:r>
        <w:rPr>
          <w:rFonts w:ascii="Times New Roman" w:hAnsi="Times New Roman" w:eastAsia="宋体"/>
          <w:b w:val="0"/>
          <w:i w:val="0"/>
          <w:color w:val="333333"/>
          <w:sz w:val="19"/>
        </w:rPr>
        <w:t>I. All freshmen are human.</w:t>
      </w:r>
    </w:p>
    <w:p>
      <w:pPr>
        <w:spacing w:before="0" w:after="80" w:line="300" w:lineRule="auto"/>
        <w:jc w:val="left"/>
      </w:pPr>
      <w:r>
        <w:rPr>
          <w:rFonts w:ascii="Times New Roman" w:hAnsi="Times New Roman" w:eastAsia="宋体"/>
          <w:b w:val="0"/>
          <w:i w:val="0"/>
          <w:color w:val="333333"/>
          <w:sz w:val="19"/>
        </w:rPr>
        <w:t>II. All students are human.</w:t>
      </w:r>
    </w:p>
    <w:p>
      <w:pPr>
        <w:spacing w:before="0" w:after="80" w:line="300" w:lineRule="auto"/>
        <w:jc w:val="left"/>
      </w:pPr>
      <w:r>
        <w:rPr>
          <w:rFonts w:ascii="Times New Roman" w:hAnsi="Times New Roman" w:eastAsia="宋体"/>
          <w:b w:val="0"/>
          <w:i w:val="0"/>
          <w:color w:val="333333"/>
          <w:sz w:val="19"/>
        </w:rPr>
        <w:t>III. Some students think.</w:t>
      </w:r>
    </w:p>
    <w:p>
      <w:pPr>
        <w:spacing w:before="0" w:after="80" w:line="300" w:lineRule="auto"/>
        <w:jc w:val="left"/>
      </w:pPr>
      <w:r>
        <w:rPr>
          <w:rFonts w:ascii="Times New Roman" w:hAnsi="Times New Roman" w:eastAsia="宋体"/>
          <w:b w:val="0"/>
          <w:i w:val="0"/>
          <w:color w:val="333333"/>
          <w:sz w:val="19"/>
        </w:rPr>
        <w:t>Given the following four statements:</w:t>
      </w:r>
    </w:p>
    <w:p>
      <w:pPr>
        <w:spacing w:before="0" w:after="80" w:line="300" w:lineRule="auto"/>
        <w:jc w:val="left"/>
      </w:pPr>
      <w:r>
        <w:rPr>
          <w:rFonts w:ascii="Times New Roman" w:hAnsi="Times New Roman" w:eastAsia="宋体"/>
          <w:b w:val="0"/>
          <w:i w:val="0"/>
          <w:color w:val="333333"/>
          <w:sz w:val="19"/>
        </w:rPr>
        <w:t>(1) All freshmen are students.</w:t>
      </w:r>
    </w:p>
    <w:p>
      <w:pPr>
        <w:spacing w:before="0" w:after="80" w:line="300" w:lineRule="auto"/>
        <w:jc w:val="left"/>
      </w:pPr>
      <w:r>
        <w:rPr>
          <w:rFonts w:ascii="Times New Roman" w:hAnsi="Times New Roman" w:eastAsia="宋体"/>
          <w:b w:val="0"/>
          <w:i w:val="0"/>
          <w:color w:val="333333"/>
          <w:sz w:val="19"/>
        </w:rPr>
        <w:t>(2) Some humans think.</w:t>
      </w:r>
    </w:p>
    <w:p>
      <w:pPr>
        <w:spacing w:before="0" w:after="80" w:line="300" w:lineRule="auto"/>
        <w:jc w:val="left"/>
      </w:pPr>
      <w:r>
        <w:rPr>
          <w:rFonts w:ascii="Times New Roman" w:hAnsi="Times New Roman" w:eastAsia="宋体"/>
          <w:b w:val="0"/>
          <w:i w:val="0"/>
          <w:color w:val="333333"/>
          <w:sz w:val="19"/>
        </w:rPr>
        <w:t>(3) No freshmen think.</w:t>
      </w:r>
    </w:p>
    <w:p>
      <w:pPr>
        <w:spacing w:before="0" w:after="80" w:line="300" w:lineRule="auto"/>
        <w:jc w:val="left"/>
      </w:pPr>
      <w:r>
        <w:rPr>
          <w:rFonts w:ascii="Times New Roman" w:hAnsi="Times New Roman" w:eastAsia="宋体"/>
          <w:b w:val="0"/>
          <w:i w:val="0"/>
          <w:color w:val="333333"/>
          <w:sz w:val="19"/>
        </w:rPr>
        <w:t>(4) Some humans who think are not students.</w:t>
      </w:r>
    </w:p>
    <w:p>
      <w:pPr>
        <w:spacing w:before="0" w:after="80" w:line="300" w:lineRule="auto"/>
        <w:jc w:val="left"/>
      </w:pPr>
      <w:r>
        <w:rPr>
          <w:rFonts w:ascii="Times New Roman" w:hAnsi="Times New Roman" w:eastAsia="宋体"/>
          <w:b w:val="0"/>
          <w:i w:val="0"/>
          <w:color w:val="333333"/>
          <w:sz w:val="19"/>
        </w:rPr>
        <w:t>Those which are logical consequences of I, II, and III are:</w:t>
      </w:r>
    </w:p>
    <w:p>
      <w:pPr>
        <w:spacing w:before="0" w:after="160" w:line="300" w:lineRule="auto"/>
      </w:pPr>
      <w:r>
        <w:rPr>
          <w:rFonts w:ascii="Times New Roman" w:hAnsi="Times New Roman" w:eastAsia="宋体"/>
          <w:b w:val="0"/>
          <w:i w:val="0"/>
          <w:color w:val="333333"/>
          <w:sz w:val="19"/>
        </w:rPr>
        <w:t>(A) 2　　(B) 4　　(C) 2, 3　　(D) 2, 4　　(E) 1, 2</w:t>
      </w:r>
    </w:p>
    <w:p>
      <w:pPr>
        <w:spacing w:before="200" w:after="80" w:line="300" w:lineRule="auto"/>
      </w:pPr>
      <w:r>
        <w:rPr>
          <w:rFonts w:ascii="Times New Roman" w:hAnsi="Times New Roman" w:eastAsia="宋体"/>
          <w:b/>
          <w:i w:val="0"/>
          <w:sz w:val="23"/>
        </w:rPr>
        <w:t>第 48 题</w:t>
      </w:r>
    </w:p>
    <w:p>
      <w:pPr>
        <w:spacing w:before="0" w:after="80" w:line="300" w:lineRule="auto"/>
        <w:jc w:val="left"/>
      </w:pPr>
      <w:r>
        <w:rPr>
          <w:rFonts w:ascii="Times New Roman" w:hAnsi="Times New Roman" w:eastAsia="宋体"/>
          <w:b w:val="0"/>
          <w:i w:val="0"/>
          <w:sz w:val="21"/>
        </w:rPr>
        <w:t>给定多项式</w:t>
      </w:r>
    </w:p>
    <w:p>
      <w:pPr>
        <w:spacing w:before="0" w:after="80" w:line="300" w:lineRule="auto"/>
        <w:jc w:val="left"/>
      </w:pPr>
      <w:r>
        <w:rPr>
          <w:rFonts w:ascii="Times New Roman" w:hAnsi="Times New Roman" w:eastAsia="宋体"/>
          <w:b w:val="0"/>
          <w:i w:val="0"/>
          <w:sz w:val="21"/>
        </w:rPr>
        <w:t>a₀xⁿ+a₁xⁿ⁻¹+⋯</w:t>
      </w:r>
    </w:p>
    <w:p>
      <w:pPr>
        <w:spacing w:before="0" w:after="80" w:line="300" w:lineRule="auto"/>
        <w:jc w:val="left"/>
      </w:pPr>
      <w:r>
        <w:rPr>
          <w:rFonts w:ascii="Times New Roman" w:hAnsi="Times New Roman" w:eastAsia="宋体"/>
          <w:b w:val="0"/>
          <w:i w:val="0"/>
          <w:sz w:val="21"/>
        </w:rPr>
        <w:t>+aₙ₋₁x+aₙ</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 n 为正整数或零，a₀ 为正整数，其余各个 a 为整数或零。令</w:t>
      </w:r>
    </w:p>
    <w:p>
      <w:pPr>
        <w:spacing w:before="0" w:after="80" w:line="300" w:lineRule="auto"/>
        <w:jc w:val="left"/>
      </w:pPr>
      <w:r>
        <w:rPr>
          <w:rFonts w:ascii="Times New Roman" w:hAnsi="Times New Roman" w:eastAsia="宋体"/>
          <w:b w:val="0"/>
          <w:i w:val="0"/>
          <w:sz w:val="21"/>
        </w:rPr>
        <w:t>h=n+a₀+|a₁|+|a₂|</w:t>
      </w:r>
    </w:p>
    <w:p>
      <w:pPr>
        <w:spacing w:before="0" w:after="80" w:line="300" w:lineRule="auto"/>
        <w:jc w:val="left"/>
      </w:pPr>
      <w:r>
        <w:rPr>
          <w:rFonts w:ascii="Times New Roman" w:hAnsi="Times New Roman" w:eastAsia="宋体"/>
          <w:b w:val="0"/>
          <w:i w:val="0"/>
          <w:sz w:val="21"/>
        </w:rPr>
        <w:t>+⋯+|aₙ|</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【例题 25 说明了 |x| 的含义。】满足 h=3 的多项式个数为：</w:t>
      </w:r>
    </w:p>
    <w:p>
      <w:pPr>
        <w:spacing w:before="0" w:after="120" w:line="300" w:lineRule="auto"/>
      </w:pPr>
      <w:r>
        <w:rPr>
          <w:rFonts w:ascii="Times New Roman" w:hAnsi="Times New Roman" w:eastAsia="宋体"/>
          <w:b w:val="0"/>
          <w:i w:val="0"/>
          <w:sz w:val="21"/>
        </w:rPr>
        <w:t>（A）3　　（B）5　　（C）6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polynomial</w:t>
      </w:r>
    </w:p>
    <w:p>
      <w:pPr>
        <w:spacing w:before="0" w:after="80" w:line="300" w:lineRule="auto"/>
        <w:jc w:val="left"/>
      </w:pPr>
      <w:r>
        <w:rPr>
          <w:rFonts w:ascii="Times New Roman" w:hAnsi="Times New Roman" w:eastAsia="宋体"/>
          <w:b w:val="0"/>
          <w:i w:val="0"/>
          <w:color w:val="333333"/>
          <w:sz w:val="19"/>
        </w:rPr>
        <w:t>a₀xⁿ+a₁xⁿ⁻¹+⋯</w:t>
      </w:r>
    </w:p>
    <w:p>
      <w:pPr>
        <w:spacing w:before="0" w:after="80" w:line="300" w:lineRule="auto"/>
        <w:jc w:val="left"/>
      </w:pPr>
      <w:r>
        <w:rPr>
          <w:rFonts w:ascii="Times New Roman" w:hAnsi="Times New Roman" w:eastAsia="宋体"/>
          <w:b w:val="0"/>
          <w:i w:val="0"/>
          <w:color w:val="333333"/>
          <w:sz w:val="19"/>
        </w:rPr>
        <w:t>+aₙ₋₁x+aₙ,</w:t>
      </w:r>
    </w:p>
    <w:p>
      <w:pPr>
        <w:spacing w:before="0" w:after="80" w:line="300" w:lineRule="auto"/>
        <w:jc w:val="left"/>
      </w:pPr>
      <w:r>
        <w:rPr>
          <w:rFonts w:ascii="Times New Roman" w:hAnsi="Times New Roman" w:eastAsia="宋体"/>
          <w:b w:val="0"/>
          <w:i w:val="0"/>
          <w:color w:val="333333"/>
          <w:sz w:val="19"/>
        </w:rPr>
        <w:t>where n is a positive integer or zero, and a₀ is a positive integer. The remaining a’s are integers or zero. Set</w:t>
      </w:r>
    </w:p>
    <w:p>
      <w:pPr>
        <w:spacing w:before="0" w:after="80" w:line="300" w:lineRule="auto"/>
        <w:jc w:val="left"/>
      </w:pPr>
      <w:r>
        <w:rPr>
          <w:rFonts w:ascii="Times New Roman" w:hAnsi="Times New Roman" w:eastAsia="宋体"/>
          <w:b w:val="0"/>
          <w:i w:val="0"/>
          <w:color w:val="333333"/>
          <w:sz w:val="19"/>
        </w:rPr>
        <w:t>h=n+a₀+|a₁|+|a₂|</w:t>
      </w:r>
    </w:p>
    <w:p>
      <w:pPr>
        <w:spacing w:before="0" w:after="80" w:line="300" w:lineRule="auto"/>
        <w:jc w:val="left"/>
      </w:pPr>
      <w:r>
        <w:rPr>
          <w:rFonts w:ascii="Times New Roman" w:hAnsi="Times New Roman" w:eastAsia="宋体"/>
          <w:b w:val="0"/>
          <w:i w:val="0"/>
          <w:color w:val="333333"/>
          <w:sz w:val="19"/>
        </w:rPr>
        <w:t>+⋯+|aₙ|.</w:t>
      </w:r>
    </w:p>
    <w:p>
      <w:pPr>
        <w:spacing w:before="0" w:after="80" w:line="300" w:lineRule="auto"/>
        <w:jc w:val="left"/>
      </w:pPr>
      <w:r>
        <w:rPr>
          <w:rFonts w:ascii="Times New Roman" w:hAnsi="Times New Roman" w:eastAsia="宋体"/>
          <w:b w:val="0"/>
          <w:i w:val="0"/>
          <w:color w:val="333333"/>
          <w:sz w:val="19"/>
        </w:rPr>
        <w:t>[See example 25 for the meaning of |x|.] The number of polynomials with h=3 is:</w:t>
      </w:r>
    </w:p>
    <w:p>
      <w:pPr>
        <w:spacing w:before="0" w:after="160" w:line="300" w:lineRule="auto"/>
      </w:pPr>
      <w:r>
        <w:rPr>
          <w:rFonts w:ascii="Times New Roman" w:hAnsi="Times New Roman" w:eastAsia="宋体"/>
          <w:b w:val="0"/>
          <w:i w:val="0"/>
          <w:color w:val="333333"/>
          <w:sz w:val="19"/>
        </w:rPr>
        <w:t>(A) 3　　(B) 5　　(C) 6　　(D) 7　　(E) 9</w:t>
      </w:r>
    </w:p>
    <w:p>
      <w:pPr>
        <w:spacing w:before="200" w:after="80" w:line="300" w:lineRule="auto"/>
      </w:pPr>
      <w:r>
        <w:rPr>
          <w:rFonts w:ascii="Times New Roman" w:hAnsi="Times New Roman" w:eastAsia="宋体"/>
          <w:b/>
          <w:i w:val="0"/>
          <w:sz w:val="23"/>
        </w:rPr>
        <w:t>第 49 题</w:t>
      </w:r>
    </w:p>
    <w:p>
      <w:pPr>
        <w:spacing w:before="0" w:after="80" w:line="300" w:lineRule="auto"/>
        <w:jc w:val="left"/>
      </w:pPr>
      <w:r>
        <w:rPr>
          <w:rFonts w:ascii="Times New Roman" w:hAnsi="Times New Roman" w:eastAsia="宋体"/>
          <w:b w:val="0"/>
          <w:i w:val="0"/>
          <w:sz w:val="21"/>
        </w:rPr>
        <w:t>对无穷级数</w:t>
      </w:r>
    </w:p>
    <w:p>
      <w:pPr>
        <w:spacing w:before="0" w:after="80" w:line="300" w:lineRule="auto"/>
        <w:jc w:val="left"/>
      </w:pPr>
      <w:r>
        <w:rPr>
          <w:rFonts w:ascii="Times New Roman" w:hAnsi="Times New Roman" w:eastAsia="宋体"/>
          <w:b w:val="0"/>
          <w:i w:val="0"/>
          <w:sz w:val="21"/>
        </w:rPr>
        <w:t>1-1/2-1/4+1/8</w:t>
      </w:r>
    </w:p>
    <w:p>
      <w:pPr>
        <w:spacing w:before="0" w:after="80" w:line="300" w:lineRule="auto"/>
        <w:jc w:val="left"/>
      </w:pPr>
      <w:r>
        <w:rPr>
          <w:rFonts w:ascii="Times New Roman" w:hAnsi="Times New Roman" w:eastAsia="宋体"/>
          <w:b w:val="0"/>
          <w:i w:val="0"/>
          <w:sz w:val="21"/>
        </w:rPr>
        <w:t>-1/16-1/32+1/64</w:t>
      </w:r>
    </w:p>
    <w:p>
      <w:pPr>
        <w:spacing w:before="0" w:after="80" w:line="300" w:lineRule="auto"/>
        <w:jc w:val="left"/>
      </w:pPr>
      <w:r>
        <w:rPr>
          <w:rFonts w:ascii="Times New Roman" w:hAnsi="Times New Roman" w:eastAsia="宋体"/>
          <w:b w:val="0"/>
          <w:i w:val="0"/>
          <w:sz w:val="21"/>
        </w:rPr>
        <w:t>-1/128-⋯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设其极限和为 S。则 S 等于：</w:t>
      </w:r>
    </w:p>
    <w:p>
      <w:pPr>
        <w:spacing w:before="0" w:after="120" w:line="300" w:lineRule="auto"/>
      </w:pPr>
      <w:r>
        <w:rPr>
          <w:rFonts w:ascii="Times New Roman" w:hAnsi="Times New Roman" w:eastAsia="宋体"/>
          <w:b w:val="0"/>
          <w:i w:val="0"/>
          <w:sz w:val="21"/>
        </w:rPr>
        <w:t>（A）0　　（B）2/7　　（C）6/7　　（D）9/32　　（E）27/32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infinite series</w:t>
      </w:r>
    </w:p>
    <w:p>
      <w:pPr>
        <w:spacing w:before="0" w:after="80" w:line="300" w:lineRule="auto"/>
        <w:jc w:val="left"/>
      </w:pPr>
      <w:r>
        <w:rPr>
          <w:rFonts w:ascii="Times New Roman" w:hAnsi="Times New Roman" w:eastAsia="宋体"/>
          <w:b w:val="0"/>
          <w:i w:val="0"/>
          <w:color w:val="333333"/>
          <w:sz w:val="19"/>
        </w:rPr>
        <w:t>1-1/2-1/4+1/8</w:t>
      </w:r>
    </w:p>
    <w:p>
      <w:pPr>
        <w:spacing w:before="0" w:after="80" w:line="300" w:lineRule="auto"/>
        <w:jc w:val="left"/>
      </w:pPr>
      <w:r>
        <w:rPr>
          <w:rFonts w:ascii="Times New Roman" w:hAnsi="Times New Roman" w:eastAsia="宋体"/>
          <w:b w:val="0"/>
          <w:i w:val="0"/>
          <w:color w:val="333333"/>
          <w:sz w:val="19"/>
        </w:rPr>
        <w:t>-1/16-1/32+1/64</w:t>
      </w:r>
    </w:p>
    <w:p>
      <w:pPr>
        <w:spacing w:before="0" w:after="80" w:line="300" w:lineRule="auto"/>
        <w:jc w:val="left"/>
      </w:pPr>
      <w:r>
        <w:rPr>
          <w:rFonts w:ascii="Times New Roman" w:hAnsi="Times New Roman" w:eastAsia="宋体"/>
          <w:b w:val="0"/>
          <w:i w:val="0"/>
          <w:color w:val="333333"/>
          <w:sz w:val="19"/>
        </w:rPr>
        <w:t>-1/128-⋯,</w:t>
      </w:r>
    </w:p>
    <w:p>
      <w:pPr>
        <w:spacing w:before="0" w:after="80" w:line="300" w:lineRule="auto"/>
        <w:jc w:val="left"/>
      </w:pPr>
      <w:r>
        <w:rPr>
          <w:rFonts w:ascii="Times New Roman" w:hAnsi="Times New Roman" w:eastAsia="宋体"/>
          <w:b w:val="0"/>
          <w:i w:val="0"/>
          <w:color w:val="333333"/>
          <w:sz w:val="19"/>
        </w:rPr>
        <w:t>let S be the (limiting) sum. Then S equals:</w:t>
      </w:r>
    </w:p>
    <w:p>
      <w:pPr>
        <w:spacing w:before="0" w:after="160" w:line="300" w:lineRule="auto"/>
      </w:pPr>
      <w:r>
        <w:rPr>
          <w:rFonts w:ascii="Times New Roman" w:hAnsi="Times New Roman" w:eastAsia="宋体"/>
          <w:b w:val="0"/>
          <w:i w:val="0"/>
          <w:color w:val="333333"/>
          <w:sz w:val="19"/>
        </w:rPr>
        <w:t>(A) 0　　(B) 2/7　　(C) 6/7　　(D) 9/32　　(E) 27/32</w:t>
      </w:r>
    </w:p>
    <w:p>
      <w:pPr>
        <w:spacing w:before="200" w:after="80" w:line="300" w:lineRule="auto"/>
      </w:pPr>
      <w:r>
        <w:rPr>
          <w:rFonts w:ascii="Times New Roman" w:hAnsi="Times New Roman" w:eastAsia="宋体"/>
          <w:b/>
          <w:i w:val="0"/>
          <w:sz w:val="23"/>
        </w:rPr>
        <w:t>第 50 题</w:t>
      </w:r>
    </w:p>
    <w:p>
      <w:pPr>
        <w:spacing w:before="0" w:after="80" w:line="300" w:lineRule="auto"/>
        <w:jc w:val="left"/>
      </w:pPr>
      <w:r>
        <w:rPr>
          <w:rFonts w:ascii="Times New Roman" w:hAnsi="Times New Roman" w:eastAsia="宋体"/>
          <w:b w:val="0"/>
          <w:i w:val="0"/>
          <w:sz w:val="21"/>
        </w:rPr>
        <w:t>一个有 x 名成员的俱乐部按以下两条规则组成四个委员会：</w:t>
      </w:r>
    </w:p>
    <w:p>
      <w:pPr>
        <w:spacing w:before="0" w:after="80" w:line="300" w:lineRule="auto"/>
        <w:jc w:val="left"/>
      </w:pPr>
      <w:r>
        <w:rPr>
          <w:rFonts w:ascii="Times New Roman" w:hAnsi="Times New Roman" w:eastAsia="宋体"/>
          <w:b w:val="0"/>
          <w:i w:val="0"/>
          <w:sz w:val="21"/>
        </w:rPr>
        <w:t>(1) 每名成员属于且只属于两个委员会。</w:t>
      </w:r>
    </w:p>
    <w:p>
      <w:pPr>
        <w:spacing w:before="0" w:after="80" w:line="300" w:lineRule="auto"/>
        <w:jc w:val="left"/>
      </w:pPr>
      <w:r>
        <w:rPr>
          <w:rFonts w:ascii="Times New Roman" w:hAnsi="Times New Roman" w:eastAsia="宋体"/>
          <w:b w:val="0"/>
          <w:i w:val="0"/>
          <w:sz w:val="21"/>
        </w:rPr>
        <w:t>(2) 任意两个委员会恰有一名共同成员。</w:t>
      </w:r>
    </w:p>
    <w:p>
      <w:pPr>
        <w:spacing w:before="0" w:after="80" w:line="300" w:lineRule="auto"/>
        <w:jc w:val="left"/>
      </w:pPr>
      <w:r>
        <w:rPr>
          <w:rFonts w:ascii="Times New Roman" w:hAnsi="Times New Roman" w:eastAsia="宋体"/>
          <w:b w:val="0"/>
          <w:i w:val="0"/>
          <w:sz w:val="21"/>
        </w:rPr>
        <w:t>则 x：</w:t>
      </w:r>
    </w:p>
    <w:p>
      <w:pPr>
        <w:spacing w:before="0" w:after="120" w:line="300" w:lineRule="auto"/>
      </w:pPr>
      <w:r>
        <w:rPr>
          <w:rFonts w:ascii="Times New Roman" w:hAnsi="Times New Roman" w:eastAsia="宋体"/>
          <w:b w:val="0"/>
          <w:i w:val="0"/>
          <w:sz w:val="21"/>
        </w:rPr>
        <w:t>（A）无法确定　　（B）在 8 与 16 之间恰有一个值　　（C）在 8 与 16 之间有两个值　　（D）在 4 与 8 之间恰有一个值　　（E）在 4 与 8 之间有两个值</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club with x members is organized into four committees in accordance with these two rules:</w:t>
      </w:r>
    </w:p>
    <w:p>
      <w:pPr>
        <w:spacing w:before="0" w:after="80" w:line="300" w:lineRule="auto"/>
        <w:jc w:val="left"/>
      </w:pPr>
      <w:r>
        <w:rPr>
          <w:rFonts w:ascii="Times New Roman" w:hAnsi="Times New Roman" w:eastAsia="宋体"/>
          <w:b w:val="0"/>
          <w:i w:val="0"/>
          <w:color w:val="333333"/>
          <w:sz w:val="19"/>
        </w:rPr>
        <w:t>(1) Each member belongs to two and only two committees.</w:t>
      </w:r>
    </w:p>
    <w:p>
      <w:pPr>
        <w:spacing w:before="0" w:after="80" w:line="300" w:lineRule="auto"/>
        <w:jc w:val="left"/>
      </w:pPr>
      <w:r>
        <w:rPr>
          <w:rFonts w:ascii="Times New Roman" w:hAnsi="Times New Roman" w:eastAsia="宋体"/>
          <w:b w:val="0"/>
          <w:i w:val="0"/>
          <w:color w:val="333333"/>
          <w:sz w:val="19"/>
        </w:rPr>
        <w:t>(2) Each pair of committees has one and only one member in common.</w:t>
      </w:r>
    </w:p>
    <w:p>
      <w:pPr>
        <w:spacing w:before="0" w:after="80" w:line="300" w:lineRule="auto"/>
        <w:jc w:val="left"/>
      </w:pPr>
      <w:r>
        <w:rPr>
          <w:rFonts w:ascii="Times New Roman" w:hAnsi="Times New Roman" w:eastAsia="宋体"/>
          <w:b w:val="0"/>
          <w:i w:val="0"/>
          <w:color w:val="333333"/>
          <w:sz w:val="19"/>
        </w:rPr>
        <w:t>Then x:</w:t>
      </w:r>
    </w:p>
    <w:p>
      <w:pPr>
        <w:spacing w:before="0" w:after="160" w:line="300" w:lineRule="auto"/>
      </w:pPr>
      <w:r>
        <w:rPr>
          <w:rFonts w:ascii="Times New Roman" w:hAnsi="Times New Roman" w:eastAsia="宋体"/>
          <w:b w:val="0"/>
          <w:i w:val="0"/>
          <w:color w:val="333333"/>
          <w:sz w:val="19"/>
        </w:rPr>
        <w:t>(A) cannot be determined　　(B) has a single value between 8 and 16　　(C) has two values between 8 and 16　　(D) has a single value between 4 and 8　　(E) has two values between 4 and 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D　E　C　A　D　D　A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D　A　D　D　C　D　E　E</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B　B　C　C　A　C　D　A　A</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E　D　B　B　C　B　A　E　D</w:t>
      </w:r>
    </w:p>
    <w:p>
      <w:pPr>
        <w:spacing w:before="0" w:after="0" w:line="300" w:lineRule="auto"/>
      </w:pPr>
      <w:r>
        <w:rPr>
          <w:rFonts w:ascii="Times New Roman" w:hAnsi="Times New Roman" w:eastAsia="宋体"/>
          <w:b w:val="0"/>
          <w:i w:val="0"/>
          <w:sz w:val="18"/>
        </w:rPr>
        <w:t>题号　37　38　39　40　41　42　43　44　45</w:t>
      </w:r>
    </w:p>
    <w:p>
      <w:pPr>
        <w:spacing w:before="0" w:after="80" w:line="300" w:lineRule="auto"/>
      </w:pPr>
      <w:r>
        <w:rPr>
          <w:rFonts w:ascii="Times New Roman" w:hAnsi="Times New Roman" w:eastAsia="宋体"/>
          <w:b/>
          <w:i w:val="0"/>
          <w:sz w:val="18"/>
        </w:rPr>
        <w:t>答案　B　B　D　C　D　E　B　C　B</w:t>
      </w:r>
    </w:p>
    <w:p>
      <w:pPr>
        <w:spacing w:before="0" w:after="0" w:line="300" w:lineRule="auto"/>
      </w:pPr>
      <w:r>
        <w:rPr>
          <w:rFonts w:ascii="Times New Roman" w:hAnsi="Times New Roman" w:eastAsia="宋体"/>
          <w:b w:val="0"/>
          <w:i w:val="0"/>
          <w:sz w:val="18"/>
        </w:rPr>
        <w:t>题号　46　47　48　49　50</w:t>
      </w:r>
    </w:p>
    <w:p>
      <w:pPr>
        <w:spacing w:before="0" w:after="80" w:line="300" w:lineRule="auto"/>
      </w:pPr>
      <w:r>
        <w:rPr>
          <w:rFonts w:ascii="Times New Roman" w:hAnsi="Times New Roman" w:eastAsia="宋体"/>
          <w:b/>
          <w:i w:val="0"/>
          <w:sz w:val="18"/>
        </w:rPr>
        <w:t>答案　B　A　B　B　D</w:t>
      </w:r>
    </w:p>
    <w:p>
      <w:pPr>
        <w:spacing w:before="0" w:after="200" w:line="300" w:lineRule="auto"/>
      </w:pPr>
      <w:r>
        <w:rPr>
          <w:rFonts w:ascii="Times New Roman" w:hAnsi="Times New Roman" w:eastAsia="宋体"/>
          <w:b w:val="0"/>
          <w:i w:val="0"/>
          <w:color w:val="666666"/>
          <w:sz w:val="18"/>
        </w:rPr>
        <w:t>答案串：BDECADDACDDADDCDEEBBCCACDAAEDBBCBAEDBBDCDEBCBBABBD</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若原棱长为 s，则新棱长为 1.5s。因此表面积变为原来的</w:t>
      </w:r>
    </w:p>
    <w:p>
      <w:pPr>
        <w:spacing w:before="0" w:after="80" w:line="300" w:lineRule="auto"/>
        <w:jc w:val="left"/>
      </w:pPr>
      <w:r>
        <w:rPr>
          <w:rFonts w:ascii="Times New Roman" w:hAnsi="Times New Roman" w:eastAsia="宋体"/>
          <w:b w:val="0"/>
          <w:i w:val="0"/>
          <w:sz w:val="21"/>
        </w:rPr>
        <w:t>(1.5)²=2.25</w:t>
      </w:r>
    </w:p>
    <w:p>
      <w:pPr>
        <w:spacing w:before="0" w:after="80" w:line="300" w:lineRule="auto"/>
        <w:jc w:val="left"/>
      </w:pPr>
      <w:r>
        <w:rPr>
          <w:rFonts w:ascii="Times New Roman" w:hAnsi="Times New Roman" w:eastAsia="宋体"/>
          <w:b w:val="0"/>
          <w:i w:val="0"/>
          <w:sz w:val="21"/>
        </w:rPr>
        <w:t>倍。增加量是原表面积的 1.25 倍，即 125%。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original edge length is s, the new edge length is 1.5s. Thus the surface area is multiplied by</w:t>
      </w:r>
    </w:p>
    <w:p>
      <w:pPr>
        <w:spacing w:before="0" w:after="80" w:line="300" w:lineRule="auto"/>
        <w:jc w:val="left"/>
      </w:pPr>
      <w:r>
        <w:rPr>
          <w:rFonts w:ascii="Times New Roman" w:hAnsi="Times New Roman" w:eastAsia="宋体"/>
          <w:b w:val="0"/>
          <w:i w:val="0"/>
          <w:color w:val="333333"/>
          <w:sz w:val="19"/>
        </w:rPr>
        <w:t>(1.5)²=2.25.</w:t>
      </w:r>
    </w:p>
    <w:p>
      <w:pPr>
        <w:spacing w:before="0" w:after="80" w:line="300" w:lineRule="auto"/>
        <w:jc w:val="left"/>
      </w:pPr>
      <w:r>
        <w:rPr>
          <w:rFonts w:ascii="Times New Roman" w:hAnsi="Times New Roman" w:eastAsia="宋体"/>
          <w:b w:val="0"/>
          <w:i w:val="0"/>
          <w:color w:val="333333"/>
          <w:sz w:val="19"/>
        </w:rPr>
        <w:t>The increase is 1.25 times the original area, or 125%.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设所求距离为 x。平行线上方的三角形与原三角形相似，线性比为 1-x。其面积为原三角形的一半，所以</w:t>
      </w:r>
    </w:p>
    <w:p>
      <w:pPr>
        <w:spacing w:before="0" w:after="80" w:line="300" w:lineRule="auto"/>
        <w:jc w:val="left"/>
      </w:pPr>
      <w:r>
        <w:rPr>
          <w:rFonts w:ascii="Times New Roman" w:hAnsi="Times New Roman" w:eastAsia="宋体"/>
          <w:b w:val="0"/>
          <w:i w:val="0"/>
          <w:sz w:val="21"/>
        </w:rPr>
        <w:t>(1-x)²=1/2。</w:t>
      </w:r>
    </w:p>
    <w:p>
      <w:pPr>
        <w:spacing w:before="0" w:after="80" w:line="300" w:lineRule="auto"/>
        <w:jc w:val="left"/>
      </w:pPr>
      <w:r>
        <w:rPr>
          <w:rFonts w:ascii="Times New Roman" w:hAnsi="Times New Roman" w:eastAsia="宋体"/>
          <w:b w:val="0"/>
          <w:i w:val="0"/>
          <w:sz w:val="21"/>
        </w:rPr>
        <w:t>因为 0&lt; x&lt;1，所以 1-x=1/(√(2))，从而</w:t>
      </w:r>
    </w:p>
    <w:p>
      <w:pPr>
        <w:spacing w:before="0" w:after="80" w:line="300" w:lineRule="auto"/>
        <w:jc w:val="left"/>
      </w:pPr>
      <w:r>
        <w:rPr>
          <w:rFonts w:ascii="Times New Roman" w:hAnsi="Times New Roman" w:eastAsia="宋体"/>
          <w:b w:val="0"/>
          <w:i w:val="0"/>
          <w:sz w:val="21"/>
        </w:rPr>
        <w:t>x=1-1/(√(2))=(2-√(2))/2。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requested distance. The triangle above the parallel line is similar to the original triangle, with linear ratio 1-x. Its area is half the original area, so</w:t>
      </w:r>
    </w:p>
    <w:p>
      <w:pPr>
        <w:spacing w:before="0" w:after="80" w:line="300" w:lineRule="auto"/>
        <w:jc w:val="left"/>
      </w:pPr>
      <w:r>
        <w:rPr>
          <w:rFonts w:ascii="Times New Roman" w:hAnsi="Times New Roman" w:eastAsia="宋体"/>
          <w:b w:val="0"/>
          <w:i w:val="0"/>
          <w:color w:val="333333"/>
          <w:sz w:val="19"/>
        </w:rPr>
        <w:t>(1-x)²=1/2.</w:t>
      </w:r>
    </w:p>
    <w:p>
      <w:pPr>
        <w:spacing w:before="0" w:after="80" w:line="300" w:lineRule="auto"/>
        <w:jc w:val="left"/>
      </w:pPr>
      <w:r>
        <w:rPr>
          <w:rFonts w:ascii="Times New Roman" w:hAnsi="Times New Roman" w:eastAsia="宋体"/>
          <w:b w:val="0"/>
          <w:i w:val="0"/>
          <w:color w:val="333333"/>
          <w:sz w:val="19"/>
        </w:rPr>
        <w:t>Since 0&lt; x&lt;1, we have 1-x=1/(√(2)), and therefore</w:t>
      </w:r>
    </w:p>
    <w:p>
      <w:pPr>
        <w:spacing w:before="0" w:after="80" w:line="300" w:lineRule="auto"/>
        <w:jc w:val="left"/>
      </w:pPr>
      <w:r>
        <w:rPr>
          <w:rFonts w:ascii="Times New Roman" w:hAnsi="Times New Roman" w:eastAsia="宋体"/>
          <w:b w:val="0"/>
          <w:i w:val="0"/>
          <w:color w:val="333333"/>
          <w:sz w:val="19"/>
        </w:rPr>
        <w:t>x=1-1/(√(2))=(2-√(2))/2.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筝形的对角线可以互相垂直，但它未必是菱形、矩形、正方形或等腰梯形。因此，仅有对角线垂直这一条件不能保证它属于前四类中的任何一类。</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kite can have perpendicular diagonals without being a rhombus, rectangle, square, or isosceles trapezoid. Therefore perpendicular diagonals alone do not force any of the first four classifications.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设三部分为 x,x/3 和 x/6。则</w:t>
      </w:r>
    </w:p>
    <w:p>
      <w:pPr>
        <w:spacing w:before="0" w:after="80" w:line="300" w:lineRule="auto"/>
        <w:jc w:val="left"/>
      </w:pPr>
      <w:r>
        <w:rPr>
          <w:rFonts w:ascii="Times New Roman" w:hAnsi="Times New Roman" w:eastAsia="宋体"/>
          <w:b w:val="0"/>
          <w:i w:val="0"/>
          <w:sz w:val="21"/>
        </w:rPr>
        <w:t>x+x/3+x/6=3/2x=78，</w:t>
      </w:r>
    </w:p>
    <w:p>
      <w:pPr>
        <w:spacing w:before="0" w:after="80" w:line="300" w:lineRule="auto"/>
        <w:jc w:val="left"/>
      </w:pPr>
      <w:r>
        <w:rPr>
          <w:rFonts w:ascii="Times New Roman" w:hAnsi="Times New Roman" w:eastAsia="宋体"/>
          <w:b w:val="0"/>
          <w:i w:val="0"/>
          <w:sz w:val="21"/>
        </w:rPr>
        <w:t>所以 x=52。中间一部分为</w:t>
      </w:r>
    </w:p>
    <w:p>
      <w:pPr>
        <w:spacing w:before="0" w:after="80" w:line="300" w:lineRule="auto"/>
        <w:jc w:val="left"/>
      </w:pPr>
      <w:r>
        <w:rPr>
          <w:rFonts w:ascii="Times New Roman" w:hAnsi="Times New Roman" w:eastAsia="宋体"/>
          <w:b w:val="0"/>
          <w:i w:val="0"/>
          <w:sz w:val="21"/>
        </w:rPr>
        <w:t>x/3=52/3=171/3。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parts be x,x/3, and x/6. Then</w:t>
      </w:r>
    </w:p>
    <w:p>
      <w:pPr>
        <w:spacing w:before="0" w:after="80" w:line="300" w:lineRule="auto"/>
        <w:jc w:val="left"/>
      </w:pPr>
      <w:r>
        <w:rPr>
          <w:rFonts w:ascii="Times New Roman" w:hAnsi="Times New Roman" w:eastAsia="宋体"/>
          <w:b w:val="0"/>
          <w:i w:val="0"/>
          <w:color w:val="333333"/>
          <w:sz w:val="19"/>
        </w:rPr>
        <w:t>x+x/3+x/6=3/2x=78,</w:t>
      </w:r>
    </w:p>
    <w:p>
      <w:pPr>
        <w:spacing w:before="0" w:after="80" w:line="300" w:lineRule="auto"/>
        <w:jc w:val="left"/>
      </w:pPr>
      <w:r>
        <w:rPr>
          <w:rFonts w:ascii="Times New Roman" w:hAnsi="Times New Roman" w:eastAsia="宋体"/>
          <w:b w:val="0"/>
          <w:i w:val="0"/>
          <w:color w:val="333333"/>
          <w:sz w:val="19"/>
        </w:rPr>
        <w:t>so x=52. The middle part is</w:t>
      </w:r>
    </w:p>
    <w:p>
      <w:pPr>
        <w:spacing w:before="0" w:after="80" w:line="300" w:lineRule="auto"/>
        <w:jc w:val="left"/>
      </w:pPr>
      <w:r>
        <w:rPr>
          <w:rFonts w:ascii="Times New Roman" w:hAnsi="Times New Roman" w:eastAsia="宋体"/>
          <w:b w:val="0"/>
          <w:i w:val="0"/>
          <w:color w:val="333333"/>
          <w:sz w:val="19"/>
        </w:rPr>
        <w:t>x/3=52/3=171/3.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利用同底数幂的乘法法则，</w:t>
      </w:r>
    </w:p>
    <w:p>
      <w:pPr>
        <w:spacing w:before="0" w:after="80" w:line="300" w:lineRule="auto"/>
        <w:jc w:val="left"/>
      </w:pPr>
      <w:r>
        <w:rPr>
          <w:rFonts w:ascii="Times New Roman" w:hAnsi="Times New Roman" w:eastAsia="宋体"/>
          <w:b w:val="0"/>
          <w:i w:val="0"/>
          <w:sz w:val="21"/>
        </w:rPr>
        <w:t>256^(0.16)·256^(0.09) =256^(0.25)</w:t>
      </w:r>
    </w:p>
    <w:p>
      <w:pPr>
        <w:spacing w:before="0" w:after="80" w:line="300" w:lineRule="auto"/>
        <w:jc w:val="left"/>
      </w:pPr>
      <w:r>
        <w:rPr>
          <w:rFonts w:ascii="Times New Roman" w:hAnsi="Times New Roman" w:eastAsia="宋体"/>
          <w:b w:val="0"/>
          <w:i w:val="0"/>
          <w:sz w:val="21"/>
        </w:rPr>
        <w:t>=256^(1/4)=4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the product rule for powers,</w:t>
      </w:r>
    </w:p>
    <w:p>
      <w:pPr>
        <w:spacing w:before="0" w:after="80" w:line="300" w:lineRule="auto"/>
        <w:jc w:val="left"/>
      </w:pPr>
      <w:r>
        <w:rPr>
          <w:rFonts w:ascii="Times New Roman" w:hAnsi="Times New Roman" w:eastAsia="宋体"/>
          <w:b w:val="0"/>
          <w:i w:val="0"/>
          <w:color w:val="333333"/>
          <w:sz w:val="19"/>
        </w:rPr>
        <w:t>256^(0.16)·256^(0.09) =256^(0.25)</w:t>
      </w:r>
    </w:p>
    <w:p>
      <w:pPr>
        <w:spacing w:before="0" w:after="80" w:line="300" w:lineRule="auto"/>
        <w:jc w:val="left"/>
      </w:pPr>
      <w:r>
        <w:rPr>
          <w:rFonts w:ascii="Times New Roman" w:hAnsi="Times New Roman" w:eastAsia="宋体"/>
          <w:b w:val="0"/>
          <w:i w:val="0"/>
          <w:color w:val="333333"/>
          <w:sz w:val="19"/>
        </w:rPr>
        <w:t>=256^(1/4)=4.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逆命题声称每个矩形都是正方形，这是假的。否命题声称每个不是正方形的四边形都不是矩形，这也是假的，因为非正方形的矩形就是一个反例。</w:t>
      </w:r>
    </w:p>
    <w:p>
      <w:pPr>
        <w:spacing w:before="0" w:after="80" w:line="300" w:lineRule="auto"/>
        <w:jc w:val="left"/>
      </w:pPr>
      <w:r>
        <w:rPr>
          <w:rFonts w:ascii="Times New Roman" w:hAnsi="Times New Roman" w:eastAsia="宋体"/>
          <w:b w:val="0"/>
          <w:i w:val="0"/>
          <w:sz w:val="21"/>
        </w:rPr>
        <w:t>因此两个命题都不为真，正确答案是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converse says that every rectangle is a square, which is false. The inverse says that every quadrilateral that is not a square is not a rectangle, which is also false because a nonsquare rectangle is a counterexample.</w:t>
      </w:r>
    </w:p>
    <w:p>
      <w:pPr>
        <w:spacing w:before="0" w:after="80" w:line="300" w:lineRule="auto"/>
        <w:jc w:val="left"/>
      </w:pPr>
      <w:r>
        <w:rPr>
          <w:rFonts w:ascii="Times New Roman" w:hAnsi="Times New Roman" w:eastAsia="宋体"/>
          <w:b w:val="0"/>
          <w:i w:val="0"/>
          <w:color w:val="333333"/>
          <w:sz w:val="19"/>
        </w:rPr>
        <w:t>Thus neither statement is true, and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由勾股定理得</w:t>
      </w:r>
    </w:p>
    <w:p>
      <w:pPr>
        <w:spacing w:before="0" w:after="80" w:line="300" w:lineRule="auto"/>
        <w:jc w:val="left"/>
      </w:pPr>
      <w:r>
        <w:rPr>
          <w:rFonts w:ascii="Times New Roman" w:hAnsi="Times New Roman" w:eastAsia="宋体"/>
          <w:b w:val="0"/>
          <w:i w:val="0"/>
          <w:sz w:val="21"/>
        </w:rPr>
        <w:t>a²+(a+d)²=(a+2d)²。</w:t>
      </w:r>
    </w:p>
    <w:p>
      <w:pPr>
        <w:spacing w:before="0" w:after="80" w:line="300" w:lineRule="auto"/>
        <w:jc w:val="left"/>
      </w:pPr>
      <w:r>
        <w:rPr>
          <w:rFonts w:ascii="Times New Roman" w:hAnsi="Times New Roman" w:eastAsia="宋体"/>
          <w:b w:val="0"/>
          <w:i w:val="0"/>
          <w:sz w:val="21"/>
        </w:rPr>
        <w:t>化简得</w:t>
      </w:r>
    </w:p>
    <w:p>
      <w:pPr>
        <w:spacing w:before="0" w:after="80" w:line="300" w:lineRule="auto"/>
        <w:jc w:val="left"/>
      </w:pPr>
      <w:r>
        <w:rPr>
          <w:rFonts w:ascii="Times New Roman" w:hAnsi="Times New Roman" w:eastAsia="宋体"/>
          <w:b w:val="0"/>
          <w:i w:val="0"/>
          <w:sz w:val="21"/>
        </w:rPr>
        <w:t>a²-2ad-3d² =0,</w:t>
      </w:r>
    </w:p>
    <w:p>
      <w:pPr>
        <w:spacing w:before="0" w:after="80" w:line="300" w:lineRule="auto"/>
        <w:jc w:val="left"/>
      </w:pPr>
      <w:r>
        <w:rPr>
          <w:rFonts w:ascii="Times New Roman" w:hAnsi="Times New Roman" w:eastAsia="宋体"/>
          <w:b w:val="0"/>
          <w:i w:val="0"/>
          <w:sz w:val="21"/>
        </w:rPr>
        <w:t>(a-3d)(a+d) =0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因为二者为正，所以排除 a=-d，故 a=3d。</w:t>
      </w:r>
    </w:p>
    <w:p>
      <w:pPr>
        <w:spacing w:before="0" w:after="80" w:line="300" w:lineRule="auto"/>
        <w:jc w:val="left"/>
      </w:pPr>
      <w:r>
        <w:rPr>
          <w:rFonts w:ascii="Times New Roman" w:hAnsi="Times New Roman" w:eastAsia="宋体"/>
          <w:b w:val="0"/>
          <w:i w:val="0"/>
          <w:sz w:val="21"/>
        </w:rPr>
        <w:t>因此比为 3:1，正确答案是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Pythagorean theorem gives</w:t>
      </w:r>
    </w:p>
    <w:p>
      <w:pPr>
        <w:spacing w:before="0" w:after="80" w:line="300" w:lineRule="auto"/>
        <w:jc w:val="left"/>
      </w:pPr>
      <w:r>
        <w:rPr>
          <w:rFonts w:ascii="Times New Roman" w:hAnsi="Times New Roman" w:eastAsia="宋体"/>
          <w:b w:val="0"/>
          <w:i w:val="0"/>
          <w:color w:val="333333"/>
          <w:sz w:val="19"/>
        </w:rPr>
        <w:t>a²+(a+d)²=(a+2d)².</w:t>
      </w:r>
    </w:p>
    <w:p>
      <w:pPr>
        <w:spacing w:before="0" w:after="80" w:line="300" w:lineRule="auto"/>
        <w:jc w:val="left"/>
      </w:pPr>
      <w:r>
        <w:rPr>
          <w:rFonts w:ascii="Times New Roman" w:hAnsi="Times New Roman" w:eastAsia="宋体"/>
          <w:b w:val="0"/>
          <w:i w:val="0"/>
          <w:color w:val="333333"/>
          <w:sz w:val="19"/>
        </w:rPr>
        <w:t>Simplifying,</w:t>
      </w:r>
    </w:p>
    <w:p>
      <w:pPr>
        <w:spacing w:before="0" w:after="80" w:line="300" w:lineRule="auto"/>
        <w:jc w:val="left"/>
      </w:pPr>
      <w:r>
        <w:rPr>
          <w:rFonts w:ascii="Times New Roman" w:hAnsi="Times New Roman" w:eastAsia="宋体"/>
          <w:b w:val="0"/>
          <w:i w:val="0"/>
          <w:color w:val="333333"/>
          <w:sz w:val="19"/>
        </w:rPr>
        <w:t>a²-2ad-3d² =0,</w:t>
      </w:r>
    </w:p>
    <w:p>
      <w:pPr>
        <w:spacing w:before="0" w:after="80" w:line="300" w:lineRule="auto"/>
        <w:jc w:val="left"/>
      </w:pPr>
      <w:r>
        <w:rPr>
          <w:rFonts w:ascii="Times New Roman" w:hAnsi="Times New Roman" w:eastAsia="宋体"/>
          <w:b w:val="0"/>
          <w:i w:val="0"/>
          <w:color w:val="333333"/>
          <w:sz w:val="19"/>
        </w:rPr>
        <w:t>(a-3d)(a+d) =0.</w:t>
      </w:r>
    </w:p>
    <w:p>
      <w:pPr>
        <w:spacing w:before="0" w:after="80" w:line="300" w:lineRule="auto"/>
        <w:jc w:val="left"/>
      </w:pPr>
      <w:r>
        <w:rPr>
          <w:rFonts w:ascii="Times New Roman" w:hAnsi="Times New Roman" w:eastAsia="宋体"/>
          <w:b w:val="0"/>
          <w:i w:val="0"/>
          <w:color w:val="333333"/>
          <w:sz w:val="19"/>
        </w:rPr>
        <w:t>Positivity excludes a=-d, so a=3d.</w:t>
      </w:r>
    </w:p>
    <w:p>
      <w:pPr>
        <w:spacing w:before="0" w:after="80" w:line="300" w:lineRule="auto"/>
        <w:jc w:val="left"/>
      </w:pPr>
      <w:r>
        <w:rPr>
          <w:rFonts w:ascii="Times New Roman" w:hAnsi="Times New Roman" w:eastAsia="宋体"/>
          <w:b w:val="0"/>
          <w:i w:val="0"/>
          <w:color w:val="333333"/>
          <w:sz w:val="19"/>
        </w:rPr>
        <w:t>Thus the ratio is 3:1, and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配方得</w:t>
      </w:r>
    </w:p>
    <w:p>
      <w:pPr>
        <w:spacing w:before="0" w:after="80" w:line="300" w:lineRule="auto"/>
        <w:jc w:val="left"/>
      </w:pPr>
      <w:r>
        <w:rPr>
          <w:rFonts w:ascii="Times New Roman" w:hAnsi="Times New Roman" w:eastAsia="宋体"/>
          <w:b w:val="0"/>
          <w:i w:val="0"/>
          <w:sz w:val="21"/>
        </w:rPr>
        <w:t>x²-6x+13=(x-3)²+4。</w:t>
      </w:r>
    </w:p>
    <w:p>
      <w:pPr>
        <w:spacing w:before="0" w:after="80" w:line="300" w:lineRule="auto"/>
        <w:jc w:val="left"/>
      </w:pPr>
      <w:r>
        <w:rPr>
          <w:rFonts w:ascii="Times New Roman" w:hAnsi="Times New Roman" w:eastAsia="宋体"/>
          <w:b w:val="0"/>
          <w:i w:val="0"/>
          <w:sz w:val="21"/>
        </w:rPr>
        <w:t>此式至少为 4，并在 x=3 时取等号。</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Completing the square,</w:t>
      </w:r>
    </w:p>
    <w:p>
      <w:pPr>
        <w:spacing w:before="0" w:after="80" w:line="300" w:lineRule="auto"/>
        <w:jc w:val="left"/>
      </w:pPr>
      <w:r>
        <w:rPr>
          <w:rFonts w:ascii="Times New Roman" w:hAnsi="Times New Roman" w:eastAsia="宋体"/>
          <w:b w:val="0"/>
          <w:i w:val="0"/>
          <w:color w:val="333333"/>
          <w:sz w:val="19"/>
        </w:rPr>
        <w:t>x²-6x+13=(x-3)²+4.</w:t>
      </w:r>
    </w:p>
    <w:p>
      <w:pPr>
        <w:spacing w:before="0" w:after="80" w:line="300" w:lineRule="auto"/>
        <w:jc w:val="left"/>
      </w:pPr>
      <w:r>
        <w:rPr>
          <w:rFonts w:ascii="Times New Roman" w:hAnsi="Times New Roman" w:eastAsia="宋体"/>
          <w:b w:val="0"/>
          <w:i w:val="0"/>
          <w:color w:val="333333"/>
          <w:sz w:val="19"/>
        </w:rPr>
        <w:t>This expression is at least 4, with equality at x=3.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前三个儿子共得到牛群的</w:t>
      </w:r>
    </w:p>
    <w:p>
      <w:pPr>
        <w:spacing w:before="0" w:after="80" w:line="300" w:lineRule="auto"/>
        <w:jc w:val="left"/>
      </w:pPr>
      <w:r>
        <w:rPr>
          <w:rFonts w:ascii="Times New Roman" w:hAnsi="Times New Roman" w:eastAsia="宋体"/>
          <w:b w:val="0"/>
          <w:i w:val="0"/>
          <w:sz w:val="21"/>
        </w:rPr>
        <w:t>1/2+1/4+1/5=19/20。</w:t>
      </w:r>
    </w:p>
    <w:p>
      <w:pPr>
        <w:spacing w:before="0" w:after="80" w:line="300" w:lineRule="auto"/>
        <w:jc w:val="left"/>
      </w:pPr>
      <w:r>
        <w:rPr>
          <w:rFonts w:ascii="Times New Roman" w:hAnsi="Times New Roman" w:eastAsia="宋体"/>
          <w:b w:val="0"/>
          <w:i w:val="0"/>
          <w:sz w:val="21"/>
        </w:rPr>
        <w:t>因此剩余的 1/20 是 7 头牛，所以 n=140。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three sons receive</w:t>
      </w:r>
    </w:p>
    <w:p>
      <w:pPr>
        <w:spacing w:before="0" w:after="80" w:line="300" w:lineRule="auto"/>
        <w:jc w:val="left"/>
      </w:pPr>
      <w:r>
        <w:rPr>
          <w:rFonts w:ascii="Times New Roman" w:hAnsi="Times New Roman" w:eastAsia="宋体"/>
          <w:b w:val="0"/>
          <w:i w:val="0"/>
          <w:color w:val="333333"/>
          <w:sz w:val="19"/>
        </w:rPr>
        <w:t>1/2+1/4+1/5=19/20</w:t>
      </w:r>
    </w:p>
    <w:p>
      <w:pPr>
        <w:spacing w:before="0" w:after="80" w:line="300" w:lineRule="auto"/>
        <w:jc w:val="left"/>
      </w:pPr>
      <w:r>
        <w:rPr>
          <w:rFonts w:ascii="Times New Roman" w:hAnsi="Times New Roman" w:eastAsia="宋体"/>
          <w:b w:val="0"/>
          <w:i w:val="0"/>
          <w:color w:val="333333"/>
          <w:sz w:val="19"/>
        </w:rPr>
        <w:t>of the herd. Thus the remaining 1/20 of the herd is 7, so n=140.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三角形 AED 和 ABC 的底边位于同一直线 AC 上。由于</w:t>
      </w:r>
    </w:p>
    <w:p>
      <w:pPr>
        <w:spacing w:before="0" w:after="80" w:line="300" w:lineRule="auto"/>
        <w:jc w:val="left"/>
      </w:pPr>
      <w:r>
        <w:rPr>
          <w:rFonts w:ascii="Times New Roman" w:hAnsi="Times New Roman" w:eastAsia="宋体"/>
          <w:b w:val="0"/>
          <w:i w:val="0"/>
          <w:sz w:val="21"/>
        </w:rPr>
        <w:t>AD/AB=1.2/3.6=1/3，</w:t>
      </w:r>
    </w:p>
    <w:p>
      <w:pPr>
        <w:spacing w:before="0" w:after="80" w:line="300" w:lineRule="auto"/>
        <w:jc w:val="left"/>
      </w:pPr>
      <w:r>
        <w:rPr>
          <w:rFonts w:ascii="Times New Roman" w:hAnsi="Times New Roman" w:eastAsia="宋体"/>
          <w:b w:val="0"/>
          <w:i w:val="0"/>
          <w:sz w:val="21"/>
        </w:rPr>
        <w:t>点 D 到直线 AC 的垂直距离是点 B 到该直线相应距离的三分之一。要使面积相等，必须有</w:t>
      </w:r>
    </w:p>
    <w:p>
      <w:pPr>
        <w:spacing w:before="0" w:after="80" w:line="300" w:lineRule="auto"/>
        <w:jc w:val="left"/>
      </w:pPr>
      <w:r>
        <w:rPr>
          <w:rFonts w:ascii="Times New Roman" w:hAnsi="Times New Roman" w:eastAsia="宋体"/>
          <w:b w:val="0"/>
          <w:i w:val="0"/>
          <w:sz w:val="21"/>
        </w:rPr>
        <w:t>AE(h/3)=AC(h)，</w:t>
      </w:r>
    </w:p>
    <w:p>
      <w:pPr>
        <w:spacing w:before="0" w:after="80" w:line="300" w:lineRule="auto"/>
        <w:jc w:val="left"/>
      </w:pPr>
      <w:r>
        <w:rPr>
          <w:rFonts w:ascii="Times New Roman" w:hAnsi="Times New Roman" w:eastAsia="宋体"/>
          <w:b w:val="0"/>
          <w:i w:val="0"/>
          <w:sz w:val="21"/>
        </w:rPr>
        <w:t>因此 AE=3AC=10.8。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Triangles AED and ABC use bases on the same line AC. Since</w:t>
      </w:r>
    </w:p>
    <w:p>
      <w:pPr>
        <w:spacing w:before="0" w:after="80" w:line="300" w:lineRule="auto"/>
        <w:jc w:val="left"/>
      </w:pPr>
      <w:r>
        <w:rPr>
          <w:rFonts w:ascii="Times New Roman" w:hAnsi="Times New Roman" w:eastAsia="宋体"/>
          <w:b w:val="0"/>
          <w:i w:val="0"/>
          <w:color w:val="333333"/>
          <w:sz w:val="19"/>
        </w:rPr>
        <w:t>AD/AB=1.2/3.6=1/3,</w:t>
      </w:r>
    </w:p>
    <w:p>
      <w:pPr>
        <w:spacing w:before="0" w:after="80" w:line="300" w:lineRule="auto"/>
        <w:jc w:val="left"/>
      </w:pPr>
      <w:r>
        <w:rPr>
          <w:rFonts w:ascii="Times New Roman" w:hAnsi="Times New Roman" w:eastAsia="宋体"/>
          <w:b w:val="0"/>
          <w:i w:val="0"/>
          <w:color w:val="333333"/>
          <w:sz w:val="19"/>
        </w:rPr>
        <w:t>the perpendicular distance from D to line AC is one-third the corresponding distance from B. Equality of areas therefore requires</w:t>
      </w:r>
    </w:p>
    <w:p>
      <w:pPr>
        <w:spacing w:before="0" w:after="80" w:line="300" w:lineRule="auto"/>
        <w:jc w:val="left"/>
      </w:pPr>
      <w:r>
        <w:rPr>
          <w:rFonts w:ascii="Times New Roman" w:hAnsi="Times New Roman" w:eastAsia="宋体"/>
          <w:b w:val="0"/>
          <w:i w:val="0"/>
          <w:color w:val="333333"/>
          <w:sz w:val="19"/>
        </w:rPr>
        <w:t>AE(h/3)=AC(h),</w:t>
      </w:r>
    </w:p>
    <w:p>
      <w:pPr>
        <w:spacing w:before="0" w:after="80" w:line="300" w:lineRule="auto"/>
        <w:jc w:val="left"/>
      </w:pPr>
      <w:r>
        <w:rPr>
          <w:rFonts w:ascii="Times New Roman" w:hAnsi="Times New Roman" w:eastAsia="宋体"/>
          <w:b w:val="0"/>
          <w:i w:val="0"/>
          <w:color w:val="333333"/>
          <w:sz w:val="19"/>
        </w:rPr>
        <w:t>so AE=3AC=10.8.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因为</w:t>
      </w:r>
    </w:p>
    <w:p>
      <w:pPr>
        <w:spacing w:before="0" w:after="80" w:line="300" w:lineRule="auto"/>
        <w:jc w:val="left"/>
      </w:pPr>
      <w:r>
        <w:rPr>
          <w:rFonts w:ascii="Times New Roman" w:hAnsi="Times New Roman" w:eastAsia="宋体"/>
          <w:b w:val="0"/>
          <w:i w:val="0"/>
          <w:sz w:val="21"/>
        </w:rPr>
        <w:t>0.0625=1/16=2⁻⁴，</w:t>
      </w:r>
    </w:p>
    <w:p>
      <w:pPr>
        <w:spacing w:before="0" w:after="80" w:line="300" w:lineRule="auto"/>
        <w:jc w:val="left"/>
      </w:pPr>
      <w:r>
        <w:rPr>
          <w:rFonts w:ascii="Times New Roman" w:hAnsi="Times New Roman" w:eastAsia="宋体"/>
          <w:b w:val="0"/>
          <w:i w:val="0"/>
          <w:sz w:val="21"/>
        </w:rPr>
        <w:t>所以 log₂(0.0625)=-4。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w:t>
      </w:r>
    </w:p>
    <w:p>
      <w:pPr>
        <w:spacing w:before="0" w:after="80" w:line="300" w:lineRule="auto"/>
        <w:jc w:val="left"/>
      </w:pPr>
      <w:r>
        <w:rPr>
          <w:rFonts w:ascii="Times New Roman" w:hAnsi="Times New Roman" w:eastAsia="宋体"/>
          <w:b w:val="0"/>
          <w:i w:val="0"/>
          <w:color w:val="333333"/>
          <w:sz w:val="19"/>
        </w:rPr>
        <w:t>0.0625=1/16=2⁻⁴,</w:t>
      </w:r>
    </w:p>
    <w:p>
      <w:pPr>
        <w:spacing w:before="0" w:after="80" w:line="300" w:lineRule="auto"/>
        <w:jc w:val="left"/>
      </w:pPr>
      <w:r>
        <w:rPr>
          <w:rFonts w:ascii="Times New Roman" w:hAnsi="Times New Roman" w:eastAsia="宋体"/>
          <w:b w:val="0"/>
          <w:i w:val="0"/>
          <w:color w:val="333333"/>
          <w:sz w:val="19"/>
        </w:rPr>
        <w:t>we have log₂(0.0625)=-4.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等比数列的条件为</w:t>
      </w:r>
    </w:p>
    <w:p>
      <w:pPr>
        <w:spacing w:before="0" w:after="80" w:line="300" w:lineRule="auto"/>
        <w:jc w:val="left"/>
      </w:pPr>
      <w:r>
        <w:rPr>
          <w:rFonts w:ascii="Times New Roman" w:hAnsi="Times New Roman" w:eastAsia="宋体"/>
          <w:b w:val="0"/>
          <w:i w:val="0"/>
          <w:sz w:val="21"/>
        </w:rPr>
        <w:t>(50+c)²=(20+c)(100+c)。</w:t>
      </w:r>
    </w:p>
    <w:p>
      <w:pPr>
        <w:spacing w:before="0" w:after="80" w:line="300" w:lineRule="auto"/>
        <w:jc w:val="left"/>
      </w:pPr>
      <w:r>
        <w:rPr>
          <w:rFonts w:ascii="Times New Roman" w:hAnsi="Times New Roman" w:eastAsia="宋体"/>
          <w:b w:val="0"/>
          <w:i w:val="0"/>
          <w:sz w:val="21"/>
        </w:rPr>
        <w:t>展开并消去 c² 得 500=20c，所以 c=25。公比为</w:t>
      </w:r>
    </w:p>
    <w:p>
      <w:pPr>
        <w:spacing w:before="0" w:after="80" w:line="300" w:lineRule="auto"/>
        <w:jc w:val="left"/>
      </w:pPr>
      <w:r>
        <w:rPr>
          <w:rFonts w:ascii="Times New Roman" w:hAnsi="Times New Roman" w:eastAsia="宋体"/>
          <w:b w:val="0"/>
          <w:i w:val="0"/>
          <w:sz w:val="21"/>
        </w:rPr>
        <w:t>50+25/20+25=75/45=5/3。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geometric-progression condition is</w:t>
      </w:r>
    </w:p>
    <w:p>
      <w:pPr>
        <w:spacing w:before="0" w:after="80" w:line="300" w:lineRule="auto"/>
        <w:jc w:val="left"/>
      </w:pPr>
      <w:r>
        <w:rPr>
          <w:rFonts w:ascii="Times New Roman" w:hAnsi="Times New Roman" w:eastAsia="宋体"/>
          <w:b w:val="0"/>
          <w:i w:val="0"/>
          <w:color w:val="333333"/>
          <w:sz w:val="19"/>
        </w:rPr>
        <w:t>(50+c)²=(20+c)(100+c).</w:t>
      </w:r>
    </w:p>
    <w:p>
      <w:pPr>
        <w:spacing w:before="0" w:after="80" w:line="300" w:lineRule="auto"/>
        <w:jc w:val="left"/>
      </w:pPr>
      <w:r>
        <w:rPr>
          <w:rFonts w:ascii="Times New Roman" w:hAnsi="Times New Roman" w:eastAsia="宋体"/>
          <w:b w:val="0"/>
          <w:i w:val="0"/>
          <w:color w:val="333333"/>
          <w:sz w:val="19"/>
        </w:rPr>
        <w:t>Expanding and cancelling c² gives 500=20c, so c=25. The common ratio is</w:t>
      </w:r>
    </w:p>
    <w:p>
      <w:pPr>
        <w:spacing w:before="0" w:after="80" w:line="300" w:lineRule="auto"/>
        <w:jc w:val="left"/>
      </w:pPr>
      <w:r>
        <w:rPr>
          <w:rFonts w:ascii="Times New Roman" w:hAnsi="Times New Roman" w:eastAsia="宋体"/>
          <w:b w:val="0"/>
          <w:i w:val="0"/>
          <w:color w:val="333333"/>
          <w:sz w:val="19"/>
        </w:rPr>
        <w:t>50+25/20+25=75/45=5/3.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原来的总和为 50·38=1900。去掉 45 和 55 后，剩余总和为 1800，所以新的平均数为</w:t>
      </w:r>
    </w:p>
    <w:p>
      <w:pPr>
        <w:spacing w:before="0" w:after="80" w:line="300" w:lineRule="auto"/>
        <w:jc w:val="left"/>
      </w:pPr>
      <w:r>
        <w:rPr>
          <w:rFonts w:ascii="Times New Roman" w:hAnsi="Times New Roman" w:eastAsia="宋体"/>
          <w:b w:val="0"/>
          <w:i w:val="0"/>
          <w:sz w:val="21"/>
        </w:rPr>
        <w:t>1800/48=37.5。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sum is 50·38=1900. After removing 45 and 55, the remaining sum is 1800, so the new mean is</w:t>
      </w:r>
    </w:p>
    <w:p>
      <w:pPr>
        <w:spacing w:before="0" w:after="80" w:line="300" w:lineRule="auto"/>
        <w:jc w:val="left"/>
      </w:pPr>
      <w:r>
        <w:rPr>
          <w:rFonts w:ascii="Times New Roman" w:hAnsi="Times New Roman" w:eastAsia="宋体"/>
          <w:b w:val="0"/>
          <w:i w:val="0"/>
          <w:color w:val="333333"/>
          <w:sz w:val="19"/>
        </w:rPr>
        <w:t>1800/48=37.5.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偶数在加法、减法和乘法下封闭。除法不成立，因为 2/4=1/2∉ S。求平均数也不成立，因为 0 与 2 的平均数是 1∉ S。</w:t>
      </w:r>
    </w:p>
    <w:p>
      <w:pPr>
        <w:spacing w:before="0" w:after="80" w:line="300" w:lineRule="auto"/>
        <w:jc w:val="left"/>
      </w:pPr>
      <w:r>
        <w:rPr>
          <w:rFonts w:ascii="Times New Roman" w:hAnsi="Times New Roman" w:eastAsia="宋体"/>
          <w:b w:val="0"/>
          <w:i w:val="0"/>
          <w:sz w:val="21"/>
        </w:rPr>
        <w:t>因此只有运算 1、2 和 3 总是成立，正确答案是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Even integers are closed under addition, subtraction, and multiplication. Division fails, since 2/4=1/2∉ S. Averaging fails, since the mean of 0 and 2 is 1∉ S.</w:t>
      </w:r>
    </w:p>
    <w:p>
      <w:pPr>
        <w:spacing w:before="0" w:after="80" w:line="300" w:lineRule="auto"/>
        <w:jc w:val="left"/>
      </w:pPr>
      <w:r>
        <w:rPr>
          <w:rFonts w:ascii="Times New Roman" w:hAnsi="Times New Roman" w:eastAsia="宋体"/>
          <w:b w:val="0"/>
          <w:i w:val="0"/>
          <w:color w:val="333333"/>
          <w:sz w:val="19"/>
        </w:rPr>
        <w:t>Thus only operations 1, 2, and 3 always work, and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若两条直角边为 a,b，斜边为 c，则</w:t>
      </w:r>
    </w:p>
    <w:p>
      <w:pPr>
        <w:spacing w:before="0" w:after="80" w:line="300" w:lineRule="auto"/>
        <w:jc w:val="left"/>
      </w:pPr>
      <w:r>
        <w:rPr>
          <w:rFonts w:ascii="Times New Roman" w:hAnsi="Times New Roman" w:eastAsia="宋体"/>
          <w:b w:val="0"/>
          <w:i w:val="0"/>
          <w:sz w:val="21"/>
        </w:rPr>
        <w:t>a²+b²=c²=2ab。</w:t>
      </w:r>
    </w:p>
    <w:p>
      <w:pPr>
        <w:spacing w:before="0" w:after="80" w:line="300" w:lineRule="auto"/>
        <w:jc w:val="left"/>
      </w:pPr>
      <w:r>
        <w:rPr>
          <w:rFonts w:ascii="Times New Roman" w:hAnsi="Times New Roman" w:eastAsia="宋体"/>
          <w:b w:val="0"/>
          <w:i w:val="0"/>
          <w:sz w:val="21"/>
        </w:rPr>
        <w:t>因此 (a-b)²=0，所以两条直角边相等。这个直角三角形是等腰三角形，其锐角均为 45°。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legs are a,b and the hypotenuse is c, then</w:t>
      </w:r>
    </w:p>
    <w:p>
      <w:pPr>
        <w:spacing w:before="0" w:after="80" w:line="300" w:lineRule="auto"/>
        <w:jc w:val="left"/>
      </w:pPr>
      <w:r>
        <w:rPr>
          <w:rFonts w:ascii="Times New Roman" w:hAnsi="Times New Roman" w:eastAsia="宋体"/>
          <w:b w:val="0"/>
          <w:i w:val="0"/>
          <w:color w:val="333333"/>
          <w:sz w:val="19"/>
        </w:rPr>
        <w:t>a²+b²=c²=2ab.</w:t>
      </w:r>
    </w:p>
    <w:p>
      <w:pPr>
        <w:spacing w:before="0" w:after="80" w:line="300" w:lineRule="auto"/>
        <w:jc w:val="left"/>
      </w:pPr>
      <w:r>
        <w:rPr>
          <w:rFonts w:ascii="Times New Roman" w:hAnsi="Times New Roman" w:eastAsia="宋体"/>
          <w:b w:val="0"/>
          <w:i w:val="0"/>
          <w:color w:val="333333"/>
          <w:sz w:val="19"/>
        </w:rPr>
        <w:t>Hence (a-b)²=0, so the legs are equal. The right triangle is isosceles and its acute angles are 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因式分解并乘以倒数得</w:t>
      </w:r>
    </w:p>
    <w:p>
      <w:pPr>
        <w:spacing w:before="0" w:after="80" w:line="300" w:lineRule="auto"/>
        <w:jc w:val="left"/>
      </w:pPr>
      <w:r>
        <w:rPr>
          <w:rFonts w:ascii="Times New Roman" w:hAnsi="Times New Roman" w:eastAsia="宋体"/>
          <w:b w:val="0"/>
          <w:i w:val="0"/>
          <w:sz w:val="21"/>
        </w:rPr>
        <w:t>((x-1)(x-2))/((x-2)(x-3))</w:t>
      </w:r>
    </w:p>
    <w:p>
      <w:pPr>
        <w:spacing w:before="0" w:after="80" w:line="300" w:lineRule="auto"/>
        <w:jc w:val="left"/>
      </w:pPr>
      <w:r>
        <w:rPr>
          <w:rFonts w:ascii="Times New Roman" w:hAnsi="Times New Roman" w:eastAsia="宋体"/>
          <w:b w:val="0"/>
          <w:i w:val="0"/>
          <w:sz w:val="21"/>
        </w:rPr>
        <w:t>· ((x-3)(x-4))/((x-1)(x-4))=1</w:t>
      </w:r>
    </w:p>
    <w:p>
      <w:pPr>
        <w:spacing w:before="0" w:after="80" w:line="300" w:lineRule="auto"/>
        <w:jc w:val="left"/>
      </w:pPr>
      <w:r>
        <w:rPr>
          <w:rFonts w:ascii="Times New Roman" w:hAnsi="Times New Roman" w:eastAsia="宋体"/>
          <w:b w:val="0"/>
          <w:i w:val="0"/>
          <w:sz w:val="21"/>
        </w:rPr>
        <w:t>对原表达式定义域内的每个值都成立。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and multiplying by the reciprocal gives</w:t>
      </w:r>
    </w:p>
    <w:p>
      <w:pPr>
        <w:spacing w:before="0" w:after="80" w:line="300" w:lineRule="auto"/>
        <w:jc w:val="left"/>
      </w:pPr>
      <w:r>
        <w:rPr>
          <w:rFonts w:ascii="Times New Roman" w:hAnsi="Times New Roman" w:eastAsia="宋体"/>
          <w:b w:val="0"/>
          <w:i w:val="0"/>
          <w:color w:val="333333"/>
          <w:sz w:val="19"/>
        </w:rPr>
        <w:t>((x-1)(x-2))/((x-2)(x-3))</w:t>
      </w:r>
    </w:p>
    <w:p>
      <w:pPr>
        <w:spacing w:before="0" w:after="80" w:line="300" w:lineRule="auto"/>
        <w:jc w:val="left"/>
      </w:pPr>
      <w:r>
        <w:rPr>
          <w:rFonts w:ascii="Times New Roman" w:hAnsi="Times New Roman" w:eastAsia="宋体"/>
          <w:b w:val="0"/>
          <w:i w:val="0"/>
          <w:color w:val="333333"/>
          <w:sz w:val="19"/>
        </w:rPr>
        <w:t>· ((x-3)(x-4))/((x-1)(x-4))=1</w:t>
      </w:r>
    </w:p>
    <w:p>
      <w:pPr>
        <w:spacing w:before="0" w:after="80" w:line="300" w:lineRule="auto"/>
        <w:jc w:val="left"/>
      </w:pPr>
      <w:r>
        <w:rPr>
          <w:rFonts w:ascii="Times New Roman" w:hAnsi="Times New Roman" w:eastAsia="宋体"/>
          <w:b w:val="0"/>
          <w:i w:val="0"/>
          <w:color w:val="333333"/>
          <w:sz w:val="19"/>
        </w:rPr>
        <w:t>for every value in the domain of the original expression.</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两个条件给出</w:t>
      </w:r>
    </w:p>
    <w:p>
      <w:pPr>
        <w:spacing w:before="0" w:after="80" w:line="300" w:lineRule="auto"/>
        <w:jc w:val="left"/>
      </w:pPr>
      <w:r>
        <w:rPr>
          <w:rFonts w:ascii="Times New Roman" w:hAnsi="Times New Roman" w:eastAsia="宋体"/>
          <w:b w:val="0"/>
          <w:i w:val="0"/>
          <w:sz w:val="21"/>
        </w:rPr>
        <w:t>a-b=1, a-b/5=5。</w:t>
      </w:r>
    </w:p>
    <w:p>
      <w:pPr>
        <w:spacing w:before="0" w:after="80" w:line="300" w:lineRule="auto"/>
        <w:jc w:val="left"/>
      </w:pPr>
      <w:r>
        <w:rPr>
          <w:rFonts w:ascii="Times New Roman" w:hAnsi="Times New Roman" w:eastAsia="宋体"/>
          <w:b w:val="0"/>
          <w:i w:val="0"/>
          <w:sz w:val="21"/>
        </w:rPr>
        <w:t>两式相减得 4b/5=4，所以 b=5 且 a=6。因此 a+b=11。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conditions give</w:t>
      </w:r>
    </w:p>
    <w:p>
      <w:pPr>
        <w:spacing w:before="0" w:after="80" w:line="300" w:lineRule="auto"/>
        <w:jc w:val="left"/>
      </w:pPr>
      <w:r>
        <w:rPr>
          <w:rFonts w:ascii="Times New Roman" w:hAnsi="Times New Roman" w:eastAsia="宋体"/>
          <w:b w:val="0"/>
          <w:i w:val="0"/>
          <w:color w:val="333333"/>
          <w:sz w:val="19"/>
        </w:rPr>
        <w:t>a-b=1, a-b/5=5.</w:t>
      </w:r>
    </w:p>
    <w:p>
      <w:pPr>
        <w:spacing w:before="0" w:after="80" w:line="300" w:lineRule="auto"/>
        <w:jc w:val="left"/>
      </w:pPr>
      <w:r>
        <w:rPr>
          <w:rFonts w:ascii="Times New Roman" w:hAnsi="Times New Roman" w:eastAsia="宋体"/>
          <w:b w:val="0"/>
          <w:i w:val="0"/>
          <w:color w:val="333333"/>
          <w:sz w:val="19"/>
        </w:rPr>
        <w:t>Subtracting yields 4b/5=4, so b=5 and a=6. Therefore a+b=11.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前 n 个正整数之和为 (n(n+1))/2。除以 n 得平均数</w:t>
      </w:r>
    </w:p>
    <w:p>
      <w:pPr>
        <w:spacing w:before="0" w:after="80" w:line="300" w:lineRule="auto"/>
        <w:jc w:val="left"/>
      </w:pPr>
      <w:r>
        <w:rPr>
          <w:rFonts w:ascii="Times New Roman" w:hAnsi="Times New Roman" w:eastAsia="宋体"/>
          <w:b w:val="0"/>
          <w:i w:val="0"/>
          <w:sz w:val="21"/>
        </w:rPr>
        <w:t>n+1/2。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first n positive integers is (n(n+1))/2. Dividing by n gives the mean</w:t>
      </w:r>
    </w:p>
    <w:p>
      <w:pPr>
        <w:spacing w:before="0" w:after="80" w:line="300" w:lineRule="auto"/>
        <w:jc w:val="left"/>
      </w:pPr>
      <w:r>
        <w:rPr>
          <w:rFonts w:ascii="Times New Roman" w:hAnsi="Times New Roman" w:eastAsia="宋体"/>
          <w:b w:val="0"/>
          <w:i w:val="0"/>
          <w:color w:val="333333"/>
          <w:sz w:val="19"/>
        </w:rPr>
        <w:t>n+1/2.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对砝码 1,3,9 使用系数 -1,0,1，平衡三进制可以表示从 1 到</w:t>
      </w:r>
    </w:p>
    <w:p>
      <w:pPr>
        <w:spacing w:before="0" w:after="80" w:line="300" w:lineRule="auto"/>
        <w:jc w:val="left"/>
      </w:pPr>
      <w:r>
        <w:rPr>
          <w:rFonts w:ascii="Times New Roman" w:hAnsi="Times New Roman" w:eastAsia="宋体"/>
          <w:b w:val="0"/>
          <w:i w:val="0"/>
          <w:sz w:val="21"/>
        </w:rPr>
        <w:t>1+3+9=13</w:t>
      </w:r>
    </w:p>
    <w:p>
      <w:pPr>
        <w:spacing w:before="0" w:after="80" w:line="300" w:lineRule="auto"/>
        <w:jc w:val="left"/>
      </w:pPr>
      <w:r>
        <w:rPr>
          <w:rFonts w:ascii="Times New Roman" w:hAnsi="Times New Roman" w:eastAsia="宋体"/>
          <w:b w:val="0"/>
          <w:i w:val="0"/>
          <w:sz w:val="21"/>
        </w:rPr>
        <w:t>的每个整数重量。因此可以称量 13 种不同的正重量。</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coefficients -1,0,1 for the weights 1,3,9, balanced ternary represents every integer weight from 1 through</w:t>
      </w:r>
    </w:p>
    <w:p>
      <w:pPr>
        <w:spacing w:before="0" w:after="80" w:line="300" w:lineRule="auto"/>
        <w:jc w:val="left"/>
      </w:pPr>
      <w:r>
        <w:rPr>
          <w:rFonts w:ascii="Times New Roman" w:hAnsi="Times New Roman" w:eastAsia="宋体"/>
          <w:b w:val="0"/>
          <w:i w:val="0"/>
          <w:color w:val="333333"/>
          <w:sz w:val="19"/>
        </w:rPr>
        <w:t>1+3+9=13.</w:t>
      </w:r>
    </w:p>
    <w:p>
      <w:pPr>
        <w:spacing w:before="0" w:after="80" w:line="300" w:lineRule="auto"/>
        <w:jc w:val="left"/>
      </w:pPr>
      <w:r>
        <w:rPr>
          <w:rFonts w:ascii="Times New Roman" w:hAnsi="Times New Roman" w:eastAsia="宋体"/>
          <w:b w:val="0"/>
          <w:i w:val="0"/>
          <w:color w:val="333333"/>
          <w:sz w:val="19"/>
        </w:rPr>
        <w:t>Thus there are 13 different positive object weights that can be measured.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因为 x=ky/z²，所以</w:t>
      </w:r>
    </w:p>
    <w:p>
      <w:pPr>
        <w:spacing w:before="0" w:after="80" w:line="300" w:lineRule="auto"/>
        <w:jc w:val="left"/>
      </w:pPr>
      <w:r>
        <w:rPr>
          <w:rFonts w:ascii="Times New Roman" w:hAnsi="Times New Roman" w:eastAsia="宋体"/>
          <w:b w:val="0"/>
          <w:i w:val="0"/>
          <w:sz w:val="21"/>
        </w:rPr>
        <w:t>(x_(rm new))/10 =16/4(14/7)² =4·4=16。</w:t>
      </w:r>
    </w:p>
    <w:p>
      <w:pPr>
        <w:spacing w:before="0" w:after="80" w:line="300" w:lineRule="auto"/>
        <w:jc w:val="left"/>
      </w:pPr>
      <w:r>
        <w:rPr>
          <w:rFonts w:ascii="Times New Roman" w:hAnsi="Times New Roman" w:eastAsia="宋体"/>
          <w:b w:val="0"/>
          <w:i w:val="0"/>
          <w:sz w:val="21"/>
        </w:rPr>
        <w:t>因此 x_(rm new)=160。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x=ky/z²,</w:t>
      </w:r>
    </w:p>
    <w:p>
      <w:pPr>
        <w:spacing w:before="0" w:after="80" w:line="300" w:lineRule="auto"/>
        <w:jc w:val="left"/>
      </w:pPr>
      <w:r>
        <w:rPr>
          <w:rFonts w:ascii="Times New Roman" w:hAnsi="Times New Roman" w:eastAsia="宋体"/>
          <w:b w:val="0"/>
          <w:i w:val="0"/>
          <w:color w:val="333333"/>
          <w:sz w:val="19"/>
        </w:rPr>
        <w:t>(x_(rm new))/10 =16/4(14/7)² =4·4=16.</w:t>
      </w:r>
    </w:p>
    <w:p>
      <w:pPr>
        <w:spacing w:before="0" w:after="80" w:line="300" w:lineRule="auto"/>
        <w:jc w:val="left"/>
      </w:pPr>
      <w:r>
        <w:rPr>
          <w:rFonts w:ascii="Times New Roman" w:hAnsi="Times New Roman" w:eastAsia="宋体"/>
          <w:b w:val="0"/>
          <w:i w:val="0"/>
          <w:color w:val="333333"/>
          <w:sz w:val="19"/>
        </w:rPr>
        <w:t>Hence x_(rm new)=160.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边长为 p/3，所以外接圆半径为</w:t>
      </w:r>
    </w:p>
    <w:p>
      <w:pPr>
        <w:spacing w:before="0" w:after="80" w:line="300" w:lineRule="auto"/>
        <w:jc w:val="left"/>
      </w:pPr>
      <w:r>
        <w:rPr>
          <w:rFonts w:ascii="Times New Roman" w:hAnsi="Times New Roman" w:eastAsia="宋体"/>
          <w:b w:val="0"/>
          <w:i w:val="0"/>
          <w:sz w:val="21"/>
        </w:rPr>
        <w:t>R=(p/3)/(√(3))=p/(3√(3))。</w:t>
      </w:r>
    </w:p>
    <w:p>
      <w:pPr>
        <w:spacing w:before="0" w:after="80" w:line="300" w:lineRule="auto"/>
        <w:jc w:val="left"/>
      </w:pPr>
      <w:r>
        <w:rPr>
          <w:rFonts w:ascii="Times New Roman" w:hAnsi="Times New Roman" w:eastAsia="宋体"/>
          <w:b w:val="0"/>
          <w:i w:val="0"/>
          <w:sz w:val="21"/>
        </w:rPr>
        <w:t>因此圆的面积为</w:t>
      </w:r>
    </w:p>
    <w:p>
      <w:pPr>
        <w:spacing w:before="0" w:after="80" w:line="300" w:lineRule="auto"/>
        <w:jc w:val="left"/>
      </w:pPr>
      <w:r>
        <w:rPr>
          <w:rFonts w:ascii="Times New Roman" w:hAnsi="Times New Roman" w:eastAsia="宋体"/>
          <w:b w:val="0"/>
          <w:i w:val="0"/>
          <w:sz w:val="21"/>
        </w:rPr>
        <w:t>π R²=(π p²)/27。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 length is p/3, so the circumradius is</w:t>
      </w:r>
    </w:p>
    <w:p>
      <w:pPr>
        <w:spacing w:before="0" w:after="80" w:line="300" w:lineRule="auto"/>
        <w:jc w:val="left"/>
      </w:pPr>
      <w:r>
        <w:rPr>
          <w:rFonts w:ascii="Times New Roman" w:hAnsi="Times New Roman" w:eastAsia="宋体"/>
          <w:b w:val="0"/>
          <w:i w:val="0"/>
          <w:color w:val="333333"/>
          <w:sz w:val="19"/>
        </w:rPr>
        <w:t>R=(p/3)/(√(3))=p/(3√(3)).</w:t>
      </w:r>
    </w:p>
    <w:p>
      <w:pPr>
        <w:spacing w:before="0" w:after="80" w:line="300" w:lineRule="auto"/>
        <w:jc w:val="left"/>
      </w:pPr>
      <w:r>
        <w:rPr>
          <w:rFonts w:ascii="Times New Roman" w:hAnsi="Times New Roman" w:eastAsia="宋体"/>
          <w:b w:val="0"/>
          <w:i w:val="0"/>
          <w:color w:val="333333"/>
          <w:sz w:val="19"/>
        </w:rPr>
        <w:t>Therefore the circle’s area is</w:t>
      </w:r>
    </w:p>
    <w:p>
      <w:pPr>
        <w:spacing w:before="0" w:after="80" w:line="300" w:lineRule="auto"/>
        <w:jc w:val="left"/>
      </w:pPr>
      <w:r>
        <w:rPr>
          <w:rFonts w:ascii="Times New Roman" w:hAnsi="Times New Roman" w:eastAsia="宋体"/>
          <w:b w:val="0"/>
          <w:i w:val="0"/>
          <w:color w:val="333333"/>
          <w:sz w:val="19"/>
        </w:rPr>
        <w:t>π R²=(π p²)/27.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若较短底边为 b，则对角线中点连线的长度为两底边之差的一半：</w:t>
      </w:r>
    </w:p>
    <w:p>
      <w:pPr>
        <w:spacing w:before="0" w:after="80" w:line="300" w:lineRule="auto"/>
        <w:jc w:val="left"/>
      </w:pPr>
      <w:r>
        <w:rPr>
          <w:rFonts w:ascii="Times New Roman" w:hAnsi="Times New Roman" w:eastAsia="宋体"/>
          <w:b w:val="0"/>
          <w:i w:val="0"/>
          <w:sz w:val="21"/>
        </w:rPr>
        <w:t>97-b/2=3。</w:t>
      </w:r>
    </w:p>
    <w:p>
      <w:pPr>
        <w:spacing w:before="0" w:after="80" w:line="300" w:lineRule="auto"/>
        <w:jc w:val="left"/>
      </w:pPr>
      <w:r>
        <w:rPr>
          <w:rFonts w:ascii="Times New Roman" w:hAnsi="Times New Roman" w:eastAsia="宋体"/>
          <w:b w:val="0"/>
          <w:i w:val="0"/>
          <w:sz w:val="21"/>
        </w:rPr>
        <w:t>因此 97-b=6，且 b=91。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shorter base is b, the diagonal-midpoint segment has length half the difference of the bases:</w:t>
      </w:r>
    </w:p>
    <w:p>
      <w:pPr>
        <w:spacing w:before="0" w:after="80" w:line="300" w:lineRule="auto"/>
        <w:jc w:val="left"/>
      </w:pPr>
      <w:r>
        <w:rPr>
          <w:rFonts w:ascii="Times New Roman" w:hAnsi="Times New Roman" w:eastAsia="宋体"/>
          <w:b w:val="0"/>
          <w:i w:val="0"/>
          <w:color w:val="333333"/>
          <w:sz w:val="19"/>
        </w:rPr>
        <w:t>97-b/2=3.</w:t>
      </w:r>
    </w:p>
    <w:p>
      <w:pPr>
        <w:spacing w:before="0" w:after="80" w:line="300" w:lineRule="auto"/>
        <w:jc w:val="left"/>
      </w:pPr>
      <w:r>
        <w:rPr>
          <w:rFonts w:ascii="Times New Roman" w:hAnsi="Times New Roman" w:eastAsia="宋体"/>
          <w:b w:val="0"/>
          <w:i w:val="0"/>
          <w:color w:val="333333"/>
          <w:sz w:val="19"/>
        </w:rPr>
        <w:t>Thus 97-b=6 and b=91.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该方程等价于</w:t>
      </w:r>
    </w:p>
    <w:p>
      <w:pPr>
        <w:spacing w:before="0" w:after="80" w:line="300" w:lineRule="auto"/>
        <w:jc w:val="left"/>
      </w:pPr>
      <w:r>
        <w:rPr>
          <w:rFonts w:ascii="Times New Roman" w:hAnsi="Times New Roman" w:eastAsia="宋体"/>
          <w:b w:val="0"/>
          <w:i w:val="0"/>
          <w:sz w:val="21"/>
        </w:rPr>
        <w:t>a²-15a=100，</w:t>
      </w:r>
    </w:p>
    <w:p>
      <w:pPr>
        <w:spacing w:before="0" w:after="80" w:line="300" w:lineRule="auto"/>
        <w:jc w:val="left"/>
      </w:pPr>
      <w:r>
        <w:rPr>
          <w:rFonts w:ascii="Times New Roman" w:hAnsi="Times New Roman" w:eastAsia="宋体"/>
          <w:b w:val="0"/>
          <w:i w:val="0"/>
          <w:sz w:val="21"/>
        </w:rPr>
        <w:t>即 (a-20)(a+5)=0。因此 a=20 或 a=-5。两种情况下对数的真数都是 100，所以两个解都是有效的整数。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is equivalent to</w:t>
      </w:r>
    </w:p>
    <w:p>
      <w:pPr>
        <w:spacing w:before="0" w:after="80" w:line="300" w:lineRule="auto"/>
        <w:jc w:val="left"/>
      </w:pPr>
      <w:r>
        <w:rPr>
          <w:rFonts w:ascii="Times New Roman" w:hAnsi="Times New Roman" w:eastAsia="宋体"/>
          <w:b w:val="0"/>
          <w:i w:val="0"/>
          <w:color w:val="333333"/>
          <w:sz w:val="19"/>
        </w:rPr>
        <w:t>a²-15a=100,</w:t>
      </w:r>
    </w:p>
    <w:p>
      <w:pPr>
        <w:spacing w:before="0" w:after="80" w:line="300" w:lineRule="auto"/>
        <w:jc w:val="left"/>
      </w:pPr>
      <w:r>
        <w:rPr>
          <w:rFonts w:ascii="Times New Roman" w:hAnsi="Times New Roman" w:eastAsia="宋体"/>
          <w:b w:val="0"/>
          <w:i w:val="0"/>
          <w:color w:val="333333"/>
          <w:sz w:val="19"/>
        </w:rPr>
        <w:t>or (a-20)(a+5)=0. Thus a=20 or a=-5. In both cases the logarithm’s argument is 100, so both solutions are valid integers.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设加入 x 盎司盐。浓度方程为</w:t>
      </w:r>
    </w:p>
    <w:p>
      <w:pPr>
        <w:spacing w:before="0" w:after="80" w:line="300" w:lineRule="auto"/>
        <w:jc w:val="left"/>
      </w:pPr>
      <w:r>
        <w:rPr>
          <w:rFonts w:ascii="Times New Roman" w:hAnsi="Times New Roman" w:eastAsia="宋体"/>
          <w:b w:val="0"/>
          <w:i w:val="0"/>
          <w:sz w:val="21"/>
        </w:rPr>
        <w:t>(m²/100+x)/m+x=2m/100。</w:t>
      </w:r>
    </w:p>
    <w:p>
      <w:pPr>
        <w:spacing w:before="0" w:after="80" w:line="300" w:lineRule="auto"/>
        <w:jc w:val="left"/>
      </w:pPr>
      <w:r>
        <w:rPr>
          <w:rFonts w:ascii="Times New Roman" w:hAnsi="Times New Roman" w:eastAsia="宋体"/>
          <w:b w:val="0"/>
          <w:i w:val="0"/>
          <w:sz w:val="21"/>
        </w:rPr>
        <w:t>两边同乘分母并合并含 x 的项，得</w:t>
      </w:r>
    </w:p>
    <w:p>
      <w:pPr>
        <w:spacing w:before="0" w:after="80" w:line="300" w:lineRule="auto"/>
        <w:jc w:val="left"/>
      </w:pPr>
      <w:r>
        <w:rPr>
          <w:rFonts w:ascii="Times New Roman" w:hAnsi="Times New Roman" w:eastAsia="宋体"/>
          <w:b w:val="0"/>
          <w:i w:val="0"/>
          <w:sz w:val="21"/>
        </w:rPr>
        <w:t>x(100-2m)=m²，</w:t>
      </w:r>
    </w:p>
    <w:p>
      <w:pPr>
        <w:spacing w:before="0" w:after="80" w:line="300" w:lineRule="auto"/>
        <w:jc w:val="left"/>
      </w:pPr>
      <w:r>
        <w:rPr>
          <w:rFonts w:ascii="Times New Roman" w:hAnsi="Times New Roman" w:eastAsia="宋体"/>
          <w:b w:val="0"/>
          <w:i w:val="0"/>
          <w:sz w:val="21"/>
        </w:rPr>
        <w:t>所以 x=m²/100-2m。</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ounces of salt be added. The concentration equation is</w:t>
      </w:r>
    </w:p>
    <w:p>
      <w:pPr>
        <w:spacing w:before="0" w:after="80" w:line="300" w:lineRule="auto"/>
        <w:jc w:val="left"/>
      </w:pPr>
      <w:r>
        <w:rPr>
          <w:rFonts w:ascii="Times New Roman" w:hAnsi="Times New Roman" w:eastAsia="宋体"/>
          <w:b w:val="0"/>
          <w:i w:val="0"/>
          <w:color w:val="333333"/>
          <w:sz w:val="19"/>
        </w:rPr>
        <w:t>(m²/100+x)/m+x=2m/100.</w:t>
      </w:r>
    </w:p>
    <w:p>
      <w:pPr>
        <w:spacing w:before="0" w:after="80" w:line="300" w:lineRule="auto"/>
        <w:jc w:val="left"/>
      </w:pPr>
      <w:r>
        <w:rPr>
          <w:rFonts w:ascii="Times New Roman" w:hAnsi="Times New Roman" w:eastAsia="宋体"/>
          <w:b w:val="0"/>
          <w:i w:val="0"/>
          <w:color w:val="333333"/>
          <w:sz w:val="19"/>
        </w:rPr>
        <w:t>Multiplying through and collecting the x-terms gives</w:t>
      </w:r>
    </w:p>
    <w:p>
      <w:pPr>
        <w:spacing w:before="0" w:after="80" w:line="300" w:lineRule="auto"/>
        <w:jc w:val="left"/>
      </w:pPr>
      <w:r>
        <w:rPr>
          <w:rFonts w:ascii="Times New Roman" w:hAnsi="Times New Roman" w:eastAsia="宋体"/>
          <w:b w:val="0"/>
          <w:i w:val="0"/>
          <w:color w:val="333333"/>
          <w:sz w:val="19"/>
        </w:rPr>
        <w:t>x(100-2m)=m²,</w:t>
      </w:r>
    </w:p>
    <w:p>
      <w:pPr>
        <w:spacing w:before="0" w:after="80" w:line="300" w:lineRule="auto"/>
        <w:jc w:val="left"/>
      </w:pPr>
      <w:r>
        <w:rPr>
          <w:rFonts w:ascii="Times New Roman" w:hAnsi="Times New Roman" w:eastAsia="宋体"/>
          <w:b w:val="0"/>
          <w:i w:val="0"/>
          <w:color w:val="333333"/>
          <w:sz w:val="19"/>
        </w:rPr>
        <w:t>so x=m²/100-2m.</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该绝对值不等式等价于</w:t>
      </w:r>
    </w:p>
    <w:p>
      <w:pPr>
        <w:spacing w:before="0" w:after="80" w:line="300" w:lineRule="auto"/>
        <w:jc w:val="left"/>
      </w:pPr>
      <w:r>
        <w:rPr>
          <w:rFonts w:ascii="Times New Roman" w:hAnsi="Times New Roman" w:eastAsia="宋体"/>
          <w:b w:val="0"/>
          <w:i w:val="0"/>
          <w:sz w:val="21"/>
        </w:rPr>
        <w:t>-4&lt;3-x&lt;4。</w:t>
      </w:r>
    </w:p>
    <w:p>
      <w:pPr>
        <w:spacing w:before="0" w:after="80" w:line="300" w:lineRule="auto"/>
        <w:jc w:val="left"/>
      </w:pPr>
      <w:r>
        <w:rPr>
          <w:rFonts w:ascii="Times New Roman" w:hAnsi="Times New Roman" w:eastAsia="宋体"/>
          <w:b w:val="0"/>
          <w:i w:val="0"/>
          <w:sz w:val="21"/>
        </w:rPr>
        <w:t>减去 3 后再乘以 -1，不等号方向反转，得到</w:t>
      </w:r>
    </w:p>
    <w:p>
      <w:pPr>
        <w:spacing w:before="0" w:after="80" w:line="300" w:lineRule="auto"/>
        <w:jc w:val="left"/>
      </w:pPr>
      <w:r>
        <w:rPr>
          <w:rFonts w:ascii="Times New Roman" w:hAnsi="Times New Roman" w:eastAsia="宋体"/>
          <w:b w:val="0"/>
          <w:i w:val="0"/>
          <w:sz w:val="21"/>
        </w:rPr>
        <w:t>-1&lt; x&lt;7。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absolute-value inequality is equivalent to</w:t>
      </w:r>
    </w:p>
    <w:p>
      <w:pPr>
        <w:spacing w:before="0" w:after="80" w:line="300" w:lineRule="auto"/>
        <w:jc w:val="left"/>
      </w:pPr>
      <w:r>
        <w:rPr>
          <w:rFonts w:ascii="Times New Roman" w:hAnsi="Times New Roman" w:eastAsia="宋体"/>
          <w:b w:val="0"/>
          <w:i w:val="0"/>
          <w:color w:val="333333"/>
          <w:sz w:val="19"/>
        </w:rPr>
        <w:t>-4&lt;3-x&lt;4.</w:t>
      </w:r>
    </w:p>
    <w:p>
      <w:pPr>
        <w:spacing w:before="0" w:after="80" w:line="300" w:lineRule="auto"/>
        <w:jc w:val="left"/>
      </w:pPr>
      <w:r>
        <w:rPr>
          <w:rFonts w:ascii="Times New Roman" w:hAnsi="Times New Roman" w:eastAsia="宋体"/>
          <w:b w:val="0"/>
          <w:i w:val="0"/>
          <w:color w:val="333333"/>
          <w:sz w:val="19"/>
        </w:rPr>
        <w:t>Subtracting 3 and multiplying by -1 reverses the inequalities, giving</w:t>
      </w:r>
    </w:p>
    <w:p>
      <w:pPr>
        <w:spacing w:before="0" w:after="80" w:line="300" w:lineRule="auto"/>
        <w:jc w:val="left"/>
      </w:pPr>
      <w:r>
        <w:rPr>
          <w:rFonts w:ascii="Times New Roman" w:hAnsi="Times New Roman" w:eastAsia="宋体"/>
          <w:b w:val="0"/>
          <w:i w:val="0"/>
          <w:color w:val="333333"/>
          <w:sz w:val="19"/>
        </w:rPr>
        <w:t>-1&lt; x&lt;7.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A</w:t>
      </w:r>
    </w:p>
    <w:p>
      <w:pPr>
        <w:spacing w:before="0" w:after="80" w:line="300" w:lineRule="auto"/>
        <w:jc w:val="left"/>
      </w:pPr>
      <w:r>
        <w:rPr>
          <w:rFonts w:ascii="Times New Roman" w:hAnsi="Times New Roman" w:eastAsia="宋体"/>
          <w:b w:val="0"/>
          <w:i w:val="0"/>
          <w:sz w:val="21"/>
        </w:rPr>
        <w:t>将底边两端点置于 A=(-(√(2))/2,0) 和 B=((√(2))/2,0)，并设第三个顶点为 C=(0,h)。从 A 出发的中线方向为</w:t>
      </w:r>
    </w:p>
    <w:p>
      <w:pPr>
        <w:spacing w:before="0" w:after="80" w:line="300" w:lineRule="auto"/>
        <w:jc w:val="left"/>
      </w:pPr>
      <w:r>
        <w:rPr>
          <w:rFonts w:ascii="Times New Roman" w:hAnsi="Times New Roman" w:eastAsia="宋体"/>
          <w:b w:val="0"/>
          <w:i w:val="0"/>
          <w:sz w:val="21"/>
        </w:rPr>
        <w:t>((3√(2))/4,h/2)，</w:t>
      </w:r>
    </w:p>
    <w:p>
      <w:pPr>
        <w:spacing w:before="0" w:after="80" w:line="300" w:lineRule="auto"/>
        <w:jc w:val="left"/>
      </w:pPr>
      <w:r>
        <w:rPr>
          <w:rFonts w:ascii="Times New Roman" w:hAnsi="Times New Roman" w:eastAsia="宋体"/>
          <w:b w:val="0"/>
          <w:i w:val="0"/>
          <w:sz w:val="21"/>
        </w:rPr>
        <w:t>从 B 出发的中线方向为</w:t>
      </w:r>
    </w:p>
    <w:p>
      <w:pPr>
        <w:spacing w:before="0" w:after="80" w:line="300" w:lineRule="auto"/>
        <w:jc w:val="left"/>
      </w:pPr>
      <w:r>
        <w:rPr>
          <w:rFonts w:ascii="Times New Roman" w:hAnsi="Times New Roman" w:eastAsia="宋体"/>
          <w:b w:val="0"/>
          <w:i w:val="0"/>
          <w:sz w:val="21"/>
        </w:rPr>
        <w:t>(-(3√(2))/4,h/2)。</w:t>
      </w:r>
    </w:p>
    <w:p>
      <w:pPr>
        <w:spacing w:before="0" w:after="80" w:line="300" w:lineRule="auto"/>
        <w:jc w:val="left"/>
      </w:pPr>
      <w:r>
        <w:rPr>
          <w:rFonts w:ascii="Times New Roman" w:hAnsi="Times New Roman" w:eastAsia="宋体"/>
          <w:b w:val="0"/>
          <w:i w:val="0"/>
          <w:sz w:val="21"/>
        </w:rPr>
        <w:t>两者点积为零，所以</w:t>
      </w:r>
    </w:p>
    <w:p>
      <w:pPr>
        <w:spacing w:before="0" w:after="80" w:line="300" w:lineRule="auto"/>
        <w:jc w:val="left"/>
      </w:pPr>
      <w:r>
        <w:rPr>
          <w:rFonts w:ascii="Times New Roman" w:hAnsi="Times New Roman" w:eastAsia="宋体"/>
          <w:b w:val="0"/>
          <w:i w:val="0"/>
          <w:sz w:val="21"/>
        </w:rPr>
        <w:t>-9/8+h²/4=0，</w:t>
      </w:r>
    </w:p>
    <w:p>
      <w:pPr>
        <w:spacing w:before="0" w:after="80" w:line="300" w:lineRule="auto"/>
        <w:jc w:val="left"/>
      </w:pPr>
      <w:r>
        <w:rPr>
          <w:rFonts w:ascii="Times New Roman" w:hAnsi="Times New Roman" w:eastAsia="宋体"/>
          <w:b w:val="0"/>
          <w:i w:val="0"/>
          <w:sz w:val="21"/>
        </w:rPr>
        <w:t>且 h=(3√(2))/2。因此面积为</w:t>
      </w:r>
    </w:p>
    <w:p>
      <w:pPr>
        <w:spacing w:before="0" w:after="80" w:line="300" w:lineRule="auto"/>
        <w:jc w:val="left"/>
      </w:pPr>
      <w:r>
        <w:rPr>
          <w:rFonts w:ascii="Times New Roman" w:hAnsi="Times New Roman" w:eastAsia="宋体"/>
          <w:b w:val="0"/>
          <w:i w:val="0"/>
          <w:sz w:val="21"/>
        </w:rPr>
        <w:t>1/2·√(2)·(3√(2))/2=3/2。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the base endpoints at A=(-(√(2))/2,0) and B=((√(2))/2,0), and let the third vertex be C=(0,h). The median from A has direction</w:t>
      </w:r>
    </w:p>
    <w:p>
      <w:pPr>
        <w:spacing w:before="0" w:after="80" w:line="300" w:lineRule="auto"/>
        <w:jc w:val="left"/>
      </w:pPr>
      <w:r>
        <w:rPr>
          <w:rFonts w:ascii="Times New Roman" w:hAnsi="Times New Roman" w:eastAsia="宋体"/>
          <w:b w:val="0"/>
          <w:i w:val="0"/>
          <w:color w:val="333333"/>
          <w:sz w:val="19"/>
        </w:rPr>
        <w:t>((3√(2))/4,h/2),</w:t>
      </w:r>
    </w:p>
    <w:p>
      <w:pPr>
        <w:spacing w:before="0" w:after="80" w:line="300" w:lineRule="auto"/>
        <w:jc w:val="left"/>
      </w:pPr>
      <w:r>
        <w:rPr>
          <w:rFonts w:ascii="Times New Roman" w:hAnsi="Times New Roman" w:eastAsia="宋体"/>
          <w:b w:val="0"/>
          <w:i w:val="0"/>
          <w:color w:val="333333"/>
          <w:sz w:val="19"/>
        </w:rPr>
        <w:t>while the median from B has direction</w:t>
      </w:r>
    </w:p>
    <w:p>
      <w:pPr>
        <w:spacing w:before="0" w:after="80" w:line="300" w:lineRule="auto"/>
        <w:jc w:val="left"/>
      </w:pPr>
      <w:r>
        <w:rPr>
          <w:rFonts w:ascii="Times New Roman" w:hAnsi="Times New Roman" w:eastAsia="宋体"/>
          <w:b w:val="0"/>
          <w:i w:val="0"/>
          <w:color w:val="333333"/>
          <w:sz w:val="19"/>
        </w:rPr>
        <w:t>(-(3√(2))/4,h/2).</w:t>
      </w:r>
    </w:p>
    <w:p>
      <w:pPr>
        <w:spacing w:before="0" w:after="80" w:line="300" w:lineRule="auto"/>
        <w:jc w:val="left"/>
      </w:pPr>
      <w:r>
        <w:rPr>
          <w:rFonts w:ascii="Times New Roman" w:hAnsi="Times New Roman" w:eastAsia="宋体"/>
          <w:b w:val="0"/>
          <w:i w:val="0"/>
          <w:color w:val="333333"/>
          <w:sz w:val="19"/>
        </w:rPr>
        <w:t>Their dot product is zero, so</w:t>
      </w:r>
    </w:p>
    <w:p>
      <w:pPr>
        <w:spacing w:before="0" w:after="80" w:line="300" w:lineRule="auto"/>
        <w:jc w:val="left"/>
      </w:pPr>
      <w:r>
        <w:rPr>
          <w:rFonts w:ascii="Times New Roman" w:hAnsi="Times New Roman" w:eastAsia="宋体"/>
          <w:b w:val="0"/>
          <w:i w:val="0"/>
          <w:color w:val="333333"/>
          <w:sz w:val="19"/>
        </w:rPr>
        <w:t>-9/8+h²/4=0,</w:t>
      </w:r>
    </w:p>
    <w:p>
      <w:pPr>
        <w:spacing w:before="0" w:after="80" w:line="300" w:lineRule="auto"/>
        <w:jc w:val="left"/>
      </w:pPr>
      <w:r>
        <w:rPr>
          <w:rFonts w:ascii="Times New Roman" w:hAnsi="Times New Roman" w:eastAsia="宋体"/>
          <w:b w:val="0"/>
          <w:i w:val="0"/>
          <w:color w:val="333333"/>
          <w:sz w:val="19"/>
        </w:rPr>
        <w:t>and h=(3√(2))/2. Thus the area is</w:t>
      </w:r>
    </w:p>
    <w:p>
      <w:pPr>
        <w:spacing w:before="0" w:after="80" w:line="300" w:lineRule="auto"/>
        <w:jc w:val="left"/>
      </w:pPr>
      <w:r>
        <w:rPr>
          <w:rFonts w:ascii="Times New Roman" w:hAnsi="Times New Roman" w:eastAsia="宋体"/>
          <w:b w:val="0"/>
          <w:i w:val="0"/>
          <w:color w:val="333333"/>
          <w:sz w:val="19"/>
        </w:rPr>
        <w:t>1/2·√(2)·(3√(2))/2=3/2.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A</w:t>
      </w:r>
    </w:p>
    <w:p>
      <w:pPr>
        <w:spacing w:before="0" w:after="80" w:line="300" w:lineRule="auto"/>
        <w:jc w:val="left"/>
      </w:pPr>
      <w:r>
        <w:rPr>
          <w:rFonts w:ascii="Times New Roman" w:hAnsi="Times New Roman" w:eastAsia="宋体"/>
          <w:b w:val="0"/>
          <w:i w:val="0"/>
          <w:sz w:val="21"/>
        </w:rPr>
        <w:t>由韦达定理，两根之和为</w:t>
      </w:r>
    </w:p>
    <w:p>
      <w:pPr>
        <w:spacing w:before="0" w:after="80" w:line="300" w:lineRule="auto"/>
        <w:jc w:val="left"/>
      </w:pPr>
      <w:r>
        <w:rPr>
          <w:rFonts w:ascii="Times New Roman" w:hAnsi="Times New Roman" w:eastAsia="宋体"/>
          <w:b w:val="0"/>
          <w:i w:val="0"/>
          <w:sz w:val="21"/>
        </w:rPr>
        <w:t>--1/i=1/i=-i，</w:t>
      </w:r>
    </w:p>
    <w:p>
      <w:pPr>
        <w:spacing w:before="0" w:after="80" w:line="300" w:lineRule="auto"/>
        <w:jc w:val="left"/>
      </w:pPr>
      <w:r>
        <w:rPr>
          <w:rFonts w:ascii="Times New Roman" w:hAnsi="Times New Roman" w:eastAsia="宋体"/>
          <w:b w:val="0"/>
          <w:i w:val="0"/>
          <w:sz w:val="21"/>
        </w:rPr>
        <w:t>而不是 2。判别式为</w:t>
      </w:r>
    </w:p>
    <w:p>
      <w:pPr>
        <w:spacing w:before="0" w:after="80" w:line="300" w:lineRule="auto"/>
        <w:jc w:val="left"/>
      </w:pPr>
      <w:r>
        <w:rPr>
          <w:rFonts w:ascii="Times New Roman" w:hAnsi="Times New Roman" w:eastAsia="宋体"/>
          <w:b w:val="0"/>
          <w:i w:val="0"/>
          <w:sz w:val="21"/>
        </w:rPr>
        <w:t>(-1)²-4(i)(2i)=1-8i²=9。</w:t>
      </w:r>
    </w:p>
    <w:p>
      <w:pPr>
        <w:spacing w:before="0" w:after="80" w:line="300" w:lineRule="auto"/>
        <w:jc w:val="left"/>
      </w:pPr>
      <w:r>
        <w:rPr>
          <w:rFonts w:ascii="Times New Roman" w:hAnsi="Times New Roman" w:eastAsia="宋体"/>
          <w:b w:val="0"/>
          <w:i w:val="0"/>
          <w:sz w:val="21"/>
        </w:rPr>
        <w:t>求根公式给出虚根 i 和 -2i，所以其余陈述都正确。</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Vieta’s formula, the sum of the roots is</w:t>
      </w:r>
    </w:p>
    <w:p>
      <w:pPr>
        <w:spacing w:before="0" w:after="80" w:line="300" w:lineRule="auto"/>
        <w:jc w:val="left"/>
      </w:pPr>
      <w:r>
        <w:rPr>
          <w:rFonts w:ascii="Times New Roman" w:hAnsi="Times New Roman" w:eastAsia="宋体"/>
          <w:b w:val="0"/>
          <w:i w:val="0"/>
          <w:color w:val="333333"/>
          <w:sz w:val="19"/>
        </w:rPr>
        <w:t>--1/i=1/i=-i,</w:t>
      </w:r>
    </w:p>
    <w:p>
      <w:pPr>
        <w:spacing w:before="0" w:after="80" w:line="300" w:lineRule="auto"/>
        <w:jc w:val="left"/>
      </w:pPr>
      <w:r>
        <w:rPr>
          <w:rFonts w:ascii="Times New Roman" w:hAnsi="Times New Roman" w:eastAsia="宋体"/>
          <w:b w:val="0"/>
          <w:i w:val="0"/>
          <w:color w:val="333333"/>
          <w:sz w:val="19"/>
        </w:rPr>
        <w:t>not 2. Also the discriminant is</w:t>
      </w:r>
    </w:p>
    <w:p>
      <w:pPr>
        <w:spacing w:before="0" w:after="80" w:line="300" w:lineRule="auto"/>
        <w:jc w:val="left"/>
      </w:pPr>
      <w:r>
        <w:rPr>
          <w:rFonts w:ascii="Times New Roman" w:hAnsi="Times New Roman" w:eastAsia="宋体"/>
          <w:b w:val="0"/>
          <w:i w:val="0"/>
          <w:color w:val="333333"/>
          <w:sz w:val="19"/>
        </w:rPr>
        <w:t>(-1)²-4(i)(2i)=1-8i²=9.</w:t>
      </w:r>
    </w:p>
    <w:p>
      <w:pPr>
        <w:spacing w:before="0" w:after="80" w:line="300" w:lineRule="auto"/>
        <w:jc w:val="left"/>
      </w:pPr>
      <w:r>
        <w:rPr>
          <w:rFonts w:ascii="Times New Roman" w:hAnsi="Times New Roman" w:eastAsia="宋体"/>
          <w:b w:val="0"/>
          <w:i w:val="0"/>
          <w:color w:val="333333"/>
          <w:sz w:val="19"/>
        </w:rPr>
        <w:t>The quadratic formula gives the imaginary roots i and -2i, so the remaining statements are true.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E</w:t>
      </w:r>
    </w:p>
    <w:p>
      <w:pPr>
        <w:spacing w:before="0" w:after="80" w:line="300" w:lineRule="auto"/>
        <w:jc w:val="left"/>
      </w:pPr>
      <w:r>
        <w:rPr>
          <w:rFonts w:ascii="Times New Roman" w:hAnsi="Times New Roman" w:eastAsia="宋体"/>
          <w:b w:val="0"/>
          <w:i w:val="0"/>
          <w:sz w:val="21"/>
        </w:rPr>
        <w:t>由角平分线定理，</w:t>
      </w:r>
    </w:p>
    <w:p>
      <w:pPr>
        <w:spacing w:before="0" w:after="80" w:line="300" w:lineRule="auto"/>
        <w:jc w:val="left"/>
      </w:pPr>
      <w:r>
        <w:rPr>
          <w:rFonts w:ascii="Times New Roman" w:hAnsi="Times New Roman" w:eastAsia="宋体"/>
          <w:b w:val="0"/>
          <w:i w:val="0"/>
          <w:sz w:val="21"/>
        </w:rPr>
        <w:t>AM/MB=AC/CB=b/a,</w:t>
      </w:r>
    </w:p>
    <w:p>
      <w:pPr>
        <w:spacing w:before="0" w:after="80" w:line="300" w:lineRule="auto"/>
        <w:jc w:val="left"/>
      </w:pPr>
      <w:r>
        <w:rPr>
          <w:rFonts w:ascii="Times New Roman" w:hAnsi="Times New Roman" w:eastAsia="宋体"/>
          <w:b w:val="0"/>
          <w:i w:val="0"/>
          <w:sz w:val="21"/>
        </w:rPr>
        <w:t>CL/LB=AC/AB=b/c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k=(b/a)/(b/c)=c/a。</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angle bisector theorem,</w:t>
      </w:r>
    </w:p>
    <w:p>
      <w:pPr>
        <w:spacing w:before="0" w:after="80" w:line="300" w:lineRule="auto"/>
        <w:jc w:val="left"/>
      </w:pPr>
      <w:r>
        <w:rPr>
          <w:rFonts w:ascii="Times New Roman" w:hAnsi="Times New Roman" w:eastAsia="宋体"/>
          <w:b w:val="0"/>
          <w:i w:val="0"/>
          <w:color w:val="333333"/>
          <w:sz w:val="19"/>
        </w:rPr>
        <w:t>AM/MB=AC/CB=b/a,</w:t>
      </w:r>
    </w:p>
    <w:p>
      <w:pPr>
        <w:spacing w:before="0" w:after="80" w:line="300" w:lineRule="auto"/>
        <w:jc w:val="left"/>
      </w:pPr>
      <w:r>
        <w:rPr>
          <w:rFonts w:ascii="Times New Roman" w:hAnsi="Times New Roman" w:eastAsia="宋体"/>
          <w:b w:val="0"/>
          <w:i w:val="0"/>
          <w:color w:val="333333"/>
          <w:sz w:val="19"/>
        </w:rPr>
        <w:t>CL/LB=AC/AB=b/c.</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k=(b/a)/(b/c)=c/a.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D</w:t>
      </w:r>
    </w:p>
    <w:p>
      <w:pPr>
        <w:spacing w:before="0" w:after="80" w:line="300" w:lineRule="auto"/>
        <w:jc w:val="left"/>
      </w:pPr>
      <w:r>
        <w:rPr>
          <w:rFonts w:ascii="Times New Roman" w:hAnsi="Times New Roman" w:eastAsia="宋体"/>
          <w:b w:val="0"/>
          <w:i w:val="0"/>
          <w:sz w:val="21"/>
        </w:rPr>
        <w:t>得分条件给出</w:t>
      </w:r>
    </w:p>
    <w:p>
      <w:pPr>
        <w:spacing w:before="0" w:after="80" w:line="300" w:lineRule="auto"/>
        <w:jc w:val="left"/>
      </w:pPr>
      <w:r>
        <w:rPr>
          <w:rFonts w:ascii="Times New Roman" w:hAnsi="Times New Roman" w:eastAsia="宋体"/>
          <w:b w:val="0"/>
          <w:i w:val="0"/>
          <w:sz w:val="21"/>
        </w:rPr>
        <w:t>15+n-20/3=n/2。</w:t>
      </w:r>
    </w:p>
    <w:p>
      <w:pPr>
        <w:spacing w:before="0" w:after="80" w:line="300" w:lineRule="auto"/>
        <w:jc w:val="left"/>
      </w:pPr>
      <w:r>
        <w:rPr>
          <w:rFonts w:ascii="Times New Roman" w:hAnsi="Times New Roman" w:eastAsia="宋体"/>
          <w:b w:val="0"/>
          <w:i w:val="0"/>
          <w:sz w:val="21"/>
        </w:rPr>
        <w:t>两边乘以 6 得 90+2n-40=3n，所以 n=50。此值也使其余题目中答对的题数为整数。因此 n 恰有一个可能值。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score condition gives</w:t>
      </w:r>
    </w:p>
    <w:p>
      <w:pPr>
        <w:spacing w:before="0" w:after="80" w:line="300" w:lineRule="auto"/>
        <w:jc w:val="left"/>
      </w:pPr>
      <w:r>
        <w:rPr>
          <w:rFonts w:ascii="Times New Roman" w:hAnsi="Times New Roman" w:eastAsia="宋体"/>
          <w:b w:val="0"/>
          <w:i w:val="0"/>
          <w:color w:val="333333"/>
          <w:sz w:val="19"/>
        </w:rPr>
        <w:t>15+n-20/3=n/2.</w:t>
      </w:r>
    </w:p>
    <w:p>
      <w:pPr>
        <w:spacing w:before="0" w:after="80" w:line="300" w:lineRule="auto"/>
        <w:jc w:val="left"/>
      </w:pPr>
      <w:r>
        <w:rPr>
          <w:rFonts w:ascii="Times New Roman" w:hAnsi="Times New Roman" w:eastAsia="宋体"/>
          <w:b w:val="0"/>
          <w:i w:val="0"/>
          <w:color w:val="333333"/>
          <w:sz w:val="19"/>
        </w:rPr>
        <w:t>Multiplying by 6 yields 90+2n-40=3n, so n=50. This value also makes the number of remaining correct answers an integer. Hence there is exactly one possible value of n.</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B</w:t>
      </w:r>
    </w:p>
    <w:p>
      <w:pPr>
        <w:spacing w:before="0" w:after="80" w:line="300" w:lineRule="auto"/>
        <w:jc w:val="left"/>
      </w:pPr>
      <w:r>
        <w:rPr>
          <w:rFonts w:ascii="Times New Roman" w:hAnsi="Times New Roman" w:eastAsia="宋体"/>
          <w:b w:val="0"/>
          <w:i w:val="0"/>
          <w:sz w:val="21"/>
        </w:rPr>
        <w:t>若 B 跑一圈的时间为 t，则两人的相对速度为</w:t>
      </w:r>
    </w:p>
    <w:p>
      <w:pPr>
        <w:spacing w:before="0" w:after="80" w:line="300" w:lineRule="auto"/>
        <w:jc w:val="left"/>
      </w:pPr>
      <w:r>
        <w:rPr>
          <w:rFonts w:ascii="Times New Roman" w:hAnsi="Times New Roman" w:eastAsia="宋体"/>
          <w:b w:val="0"/>
          <w:i w:val="0"/>
          <w:sz w:val="21"/>
        </w:rPr>
        <w:t>1/40+1/t=1/15。</w:t>
      </w:r>
    </w:p>
    <w:p>
      <w:pPr>
        <w:spacing w:before="0" w:after="80" w:line="300" w:lineRule="auto"/>
        <w:jc w:val="left"/>
      </w:pPr>
      <w:r>
        <w:rPr>
          <w:rFonts w:ascii="Times New Roman" w:hAnsi="Times New Roman" w:eastAsia="宋体"/>
          <w:b w:val="0"/>
          <w:i w:val="0"/>
          <w:sz w:val="21"/>
        </w:rPr>
        <w:t>因此 1/t=1/24，所以 t=24 秒。</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B’s lap time is t, their relative speed is</w:t>
      </w:r>
    </w:p>
    <w:p>
      <w:pPr>
        <w:spacing w:before="0" w:after="80" w:line="300" w:lineRule="auto"/>
        <w:jc w:val="left"/>
      </w:pPr>
      <w:r>
        <w:rPr>
          <w:rFonts w:ascii="Times New Roman" w:hAnsi="Times New Roman" w:eastAsia="宋体"/>
          <w:b w:val="0"/>
          <w:i w:val="0"/>
          <w:color w:val="333333"/>
          <w:sz w:val="19"/>
        </w:rPr>
        <w:t>1/40+1/t=1/15.</w:t>
      </w:r>
    </w:p>
    <w:p>
      <w:pPr>
        <w:spacing w:before="0" w:after="80" w:line="300" w:lineRule="auto"/>
        <w:jc w:val="left"/>
      </w:pPr>
      <w:r>
        <w:rPr>
          <w:rFonts w:ascii="Times New Roman" w:hAnsi="Times New Roman" w:eastAsia="宋体"/>
          <w:b w:val="0"/>
          <w:i w:val="0"/>
          <w:color w:val="333333"/>
          <w:sz w:val="19"/>
        </w:rPr>
        <w:t>Thus 1/t=1/24, so t=24 seconds.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B</w:t>
      </w:r>
    </w:p>
    <w:p>
      <w:pPr>
        <w:spacing w:before="0" w:after="80" w:line="300" w:lineRule="auto"/>
        <w:jc w:val="left"/>
      </w:pPr>
      <w:r>
        <w:rPr>
          <w:rFonts w:ascii="Times New Roman" w:hAnsi="Times New Roman" w:eastAsia="宋体"/>
          <w:b w:val="0"/>
          <w:i w:val="0"/>
          <w:sz w:val="21"/>
        </w:rPr>
        <w:t>设半圆半径为 r，正方形边长为 s，其中 s²=40。正方形一个上顶点相对圆心的水平距离为 s/2，竖直距离为 s，所以</w:t>
      </w:r>
    </w:p>
    <w:p>
      <w:pPr>
        <w:spacing w:before="0" w:after="80" w:line="300" w:lineRule="auto"/>
        <w:jc w:val="left"/>
      </w:pPr>
      <w:r>
        <w:rPr>
          <w:rFonts w:ascii="Times New Roman" w:hAnsi="Times New Roman" w:eastAsia="宋体"/>
          <w:b w:val="0"/>
          <w:i w:val="0"/>
          <w:sz w:val="21"/>
        </w:rPr>
        <w:t>r²=s²+(s/2)²=5/4s²=50。</w:t>
      </w:r>
    </w:p>
    <w:p>
      <w:pPr>
        <w:spacing w:before="0" w:after="80" w:line="300" w:lineRule="auto"/>
        <w:jc w:val="left"/>
      </w:pPr>
      <w:r>
        <w:rPr>
          <w:rFonts w:ascii="Times New Roman" w:hAnsi="Times New Roman" w:eastAsia="宋体"/>
          <w:b w:val="0"/>
          <w:i w:val="0"/>
          <w:sz w:val="21"/>
        </w:rPr>
        <w:t>内接于整圆的正方形对角线长为 2r，故面积为 2r²=100。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semicircle have radius r and the square have side s, where s²=40. A top vertex of the square is s/2 horizontally and s vertically from the center, so</w:t>
      </w:r>
    </w:p>
    <w:p>
      <w:pPr>
        <w:spacing w:before="0" w:after="80" w:line="300" w:lineRule="auto"/>
        <w:jc w:val="left"/>
      </w:pPr>
      <w:r>
        <w:rPr>
          <w:rFonts w:ascii="Times New Roman" w:hAnsi="Times New Roman" w:eastAsia="宋体"/>
          <w:b w:val="0"/>
          <w:i w:val="0"/>
          <w:color w:val="333333"/>
          <w:sz w:val="19"/>
        </w:rPr>
        <w:t>r²=s²+(s/2)²=5/4s²=50.</w:t>
      </w:r>
    </w:p>
    <w:p>
      <w:pPr>
        <w:spacing w:before="0" w:after="80" w:line="300" w:lineRule="auto"/>
        <w:jc w:val="left"/>
      </w:pPr>
      <w:r>
        <w:rPr>
          <w:rFonts w:ascii="Times New Roman" w:hAnsi="Times New Roman" w:eastAsia="宋体"/>
          <w:b w:val="0"/>
          <w:i w:val="0"/>
          <w:color w:val="333333"/>
          <w:sz w:val="19"/>
        </w:rPr>
        <w:t>A square inscribed in the full circle has diagonal 2r, hence area 2r²=100.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C</w:t>
      </w:r>
    </w:p>
    <w:p>
      <w:pPr>
        <w:spacing w:before="0" w:after="80" w:line="300" w:lineRule="auto"/>
        <w:jc w:val="left"/>
      </w:pPr>
      <w:r>
        <w:rPr>
          <w:rFonts w:ascii="Times New Roman" w:hAnsi="Times New Roman" w:eastAsia="宋体"/>
          <w:b w:val="0"/>
          <w:i w:val="0"/>
          <w:sz w:val="21"/>
        </w:rPr>
        <w:t>若 O 为圆心，T 为切点，则 OT⊥ AT。因此</w:t>
      </w:r>
    </w:p>
    <w:p>
      <w:pPr>
        <w:spacing w:before="0" w:after="80" w:line="300" w:lineRule="auto"/>
        <w:jc w:val="left"/>
      </w:pPr>
      <w:r>
        <w:rPr>
          <w:rFonts w:ascii="Times New Roman" w:hAnsi="Times New Roman" w:eastAsia="宋体"/>
          <w:b w:val="0"/>
          <w:i w:val="0"/>
          <w:sz w:val="21"/>
        </w:rPr>
        <w:t>AO =√(r²+l²)</w:t>
      </w:r>
    </w:p>
    <w:p>
      <w:pPr>
        <w:spacing w:before="0" w:after="80" w:line="300" w:lineRule="auto"/>
        <w:jc w:val="left"/>
      </w:pPr>
      <w:r>
        <w:rPr>
          <w:rFonts w:ascii="Times New Roman" w:hAnsi="Times New Roman" w:eastAsia="宋体"/>
          <w:b w:val="0"/>
          <w:i w:val="0"/>
          <w:sz w:val="21"/>
        </w:rPr>
        <w:t>=√(r²+16r²/9)</w:t>
      </w:r>
    </w:p>
    <w:p>
      <w:pPr>
        <w:spacing w:before="0" w:after="80" w:line="300" w:lineRule="auto"/>
        <w:jc w:val="left"/>
      </w:pPr>
      <w:r>
        <w:rPr>
          <w:rFonts w:ascii="Times New Roman" w:hAnsi="Times New Roman" w:eastAsia="宋体"/>
          <w:b w:val="0"/>
          <w:i w:val="0"/>
          <w:sz w:val="21"/>
        </w:rPr>
        <w:t>=5r/3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点 A 到圆的最短距离为 AO-r=2r/3。由于 l=4r/3，此距离等于 l/2。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O is the center and T the point of tangency, then OT⊥ AT. Hence</w:t>
      </w:r>
    </w:p>
    <w:p>
      <w:pPr>
        <w:spacing w:before="0" w:after="80" w:line="300" w:lineRule="auto"/>
        <w:jc w:val="left"/>
      </w:pPr>
      <w:r>
        <w:rPr>
          <w:rFonts w:ascii="Times New Roman" w:hAnsi="Times New Roman" w:eastAsia="宋体"/>
          <w:b w:val="0"/>
          <w:i w:val="0"/>
          <w:color w:val="333333"/>
          <w:sz w:val="19"/>
        </w:rPr>
        <w:t>AO =√(r²+l²)</w:t>
      </w:r>
    </w:p>
    <w:p>
      <w:pPr>
        <w:spacing w:before="0" w:after="80" w:line="300" w:lineRule="auto"/>
        <w:jc w:val="left"/>
      </w:pPr>
      <w:r>
        <w:rPr>
          <w:rFonts w:ascii="Times New Roman" w:hAnsi="Times New Roman" w:eastAsia="宋体"/>
          <w:b w:val="0"/>
          <w:i w:val="0"/>
          <w:color w:val="333333"/>
          <w:sz w:val="19"/>
        </w:rPr>
        <w:t>=√(r²+16r²/9)</w:t>
      </w:r>
    </w:p>
    <w:p>
      <w:pPr>
        <w:spacing w:before="0" w:after="80" w:line="300" w:lineRule="auto"/>
        <w:jc w:val="left"/>
      </w:pPr>
      <w:r>
        <w:rPr>
          <w:rFonts w:ascii="Times New Roman" w:hAnsi="Times New Roman" w:eastAsia="宋体"/>
          <w:b w:val="0"/>
          <w:i w:val="0"/>
          <w:color w:val="333333"/>
          <w:sz w:val="19"/>
        </w:rPr>
        <w:t>=5r/3.</w:t>
      </w:r>
    </w:p>
    <w:p>
      <w:pPr>
        <w:spacing w:before="0" w:after="80" w:line="300" w:lineRule="auto"/>
        <w:jc w:val="left"/>
      </w:pPr>
      <w:r>
        <w:rPr>
          <w:rFonts w:ascii="Times New Roman" w:hAnsi="Times New Roman" w:eastAsia="宋体"/>
          <w:b w:val="0"/>
          <w:i w:val="0"/>
          <w:color w:val="333333"/>
          <w:sz w:val="19"/>
        </w:rPr>
        <w:t>The shortest distance from A to the circle is AO-r=2r/3. Since l=4r/3, this distance equals l/2.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B</w:t>
      </w:r>
    </w:p>
    <w:p>
      <w:pPr>
        <w:spacing w:before="0" w:after="80" w:line="300" w:lineRule="auto"/>
        <w:jc w:val="left"/>
      </w:pPr>
      <w:r>
        <w:rPr>
          <w:rFonts w:ascii="Times New Roman" w:hAnsi="Times New Roman" w:eastAsia="宋体"/>
          <w:b w:val="0"/>
          <w:i w:val="0"/>
          <w:sz w:val="21"/>
        </w:rPr>
        <w:t>各项的倒数开始为</w:t>
      </w:r>
    </w:p>
    <w:p>
      <w:pPr>
        <w:spacing w:before="0" w:after="80" w:line="300" w:lineRule="auto"/>
        <w:jc w:val="left"/>
      </w:pPr>
      <w:r>
        <w:rPr>
          <w:rFonts w:ascii="Times New Roman" w:hAnsi="Times New Roman" w:eastAsia="宋体"/>
          <w:b w:val="0"/>
          <w:i w:val="0"/>
          <w:sz w:val="21"/>
        </w:rPr>
        <w:t>1/3, 1/4, 1/6，</w:t>
      </w:r>
    </w:p>
    <w:p>
      <w:pPr>
        <w:spacing w:before="0" w:after="80" w:line="300" w:lineRule="auto"/>
        <w:jc w:val="left"/>
      </w:pPr>
      <w:r>
        <w:rPr>
          <w:rFonts w:ascii="Times New Roman" w:hAnsi="Times New Roman" w:eastAsia="宋体"/>
          <w:b w:val="0"/>
          <w:i w:val="0"/>
          <w:sz w:val="21"/>
        </w:rPr>
        <w:t>公差为 -1/12。下一个倒数是 1/12，所以第四项为 12。因此</w:t>
      </w:r>
    </w:p>
    <w:p>
      <w:pPr>
        <w:spacing w:before="0" w:after="80" w:line="300" w:lineRule="auto"/>
        <w:jc w:val="left"/>
      </w:pPr>
      <w:r>
        <w:rPr>
          <w:rFonts w:ascii="Times New Roman" w:hAnsi="Times New Roman" w:eastAsia="宋体"/>
          <w:b w:val="0"/>
          <w:i w:val="0"/>
          <w:sz w:val="21"/>
        </w:rPr>
        <w:t>S₄=3+4+6+12=25。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reciprocals begin</w:t>
      </w:r>
    </w:p>
    <w:p>
      <w:pPr>
        <w:spacing w:before="0" w:after="80" w:line="300" w:lineRule="auto"/>
        <w:jc w:val="left"/>
      </w:pPr>
      <w:r>
        <w:rPr>
          <w:rFonts w:ascii="Times New Roman" w:hAnsi="Times New Roman" w:eastAsia="宋体"/>
          <w:b w:val="0"/>
          <w:i w:val="0"/>
          <w:color w:val="333333"/>
          <w:sz w:val="19"/>
        </w:rPr>
        <w:t>1/3, 1/4, 1/6,</w:t>
      </w:r>
    </w:p>
    <w:p>
      <w:pPr>
        <w:spacing w:before="0" w:after="80" w:line="300" w:lineRule="auto"/>
        <w:jc w:val="left"/>
      </w:pPr>
      <w:r>
        <w:rPr>
          <w:rFonts w:ascii="Times New Roman" w:hAnsi="Times New Roman" w:eastAsia="宋体"/>
          <w:b w:val="0"/>
          <w:i w:val="0"/>
          <w:color w:val="333333"/>
          <w:sz w:val="19"/>
        </w:rPr>
        <w:t>with common difference -1/12. The next reciprocal is 1/12, so the fourth term is 12. Therefore</w:t>
      </w:r>
    </w:p>
    <w:p>
      <w:pPr>
        <w:spacing w:before="0" w:after="80" w:line="300" w:lineRule="auto"/>
        <w:jc w:val="left"/>
      </w:pPr>
      <w:r>
        <w:rPr>
          <w:rFonts w:ascii="Times New Roman" w:hAnsi="Times New Roman" w:eastAsia="宋体"/>
          <w:b w:val="0"/>
          <w:i w:val="0"/>
          <w:color w:val="333333"/>
          <w:sz w:val="19"/>
        </w:rPr>
        <w:t>S₄=3+4+6+12=25.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A</w:t>
      </w:r>
    </w:p>
    <w:p>
      <w:pPr>
        <w:spacing w:before="0" w:after="80" w:line="300" w:lineRule="auto"/>
        <w:jc w:val="left"/>
      </w:pPr>
      <w:r>
        <w:rPr>
          <w:rFonts w:ascii="Times New Roman" w:hAnsi="Times New Roman" w:eastAsia="宋体"/>
          <w:b w:val="0"/>
          <w:i w:val="0"/>
          <w:sz w:val="21"/>
        </w:rPr>
        <w:t>由韦达定理，r+s=3 且 rs=1。因此</w:t>
      </w:r>
    </w:p>
    <w:p>
      <w:pPr>
        <w:spacing w:before="0" w:after="80" w:line="300" w:lineRule="auto"/>
        <w:jc w:val="left"/>
      </w:pPr>
      <w:r>
        <w:rPr>
          <w:rFonts w:ascii="Times New Roman" w:hAnsi="Times New Roman" w:eastAsia="宋体"/>
          <w:b w:val="0"/>
          <w:i w:val="0"/>
          <w:sz w:val="21"/>
        </w:rPr>
        <w:t>r²+s² =(r+s)²-2rs</w:t>
      </w:r>
    </w:p>
    <w:p>
      <w:pPr>
        <w:spacing w:before="0" w:after="80" w:line="300" w:lineRule="auto"/>
        <w:jc w:val="left"/>
      </w:pPr>
      <w:r>
        <w:rPr>
          <w:rFonts w:ascii="Times New Roman" w:hAnsi="Times New Roman" w:eastAsia="宋体"/>
          <w:b w:val="0"/>
          <w:i w:val="0"/>
          <w:sz w:val="21"/>
        </w:rPr>
        <w:t>=9-2=7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它是正整数。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Vieta’s formulas give r+s=3 and rs=1. Therefore</w:t>
      </w:r>
    </w:p>
    <w:p>
      <w:pPr>
        <w:spacing w:before="0" w:after="80" w:line="300" w:lineRule="auto"/>
        <w:jc w:val="left"/>
      </w:pPr>
      <w:r>
        <w:rPr>
          <w:rFonts w:ascii="Times New Roman" w:hAnsi="Times New Roman" w:eastAsia="宋体"/>
          <w:b w:val="0"/>
          <w:i w:val="0"/>
          <w:color w:val="333333"/>
          <w:sz w:val="19"/>
        </w:rPr>
        <w:t>r²+s² =(r+s)²-2rs</w:t>
      </w:r>
    </w:p>
    <w:p>
      <w:pPr>
        <w:spacing w:before="0" w:after="80" w:line="300" w:lineRule="auto"/>
        <w:jc w:val="left"/>
      </w:pPr>
      <w:r>
        <w:rPr>
          <w:rFonts w:ascii="Times New Roman" w:hAnsi="Times New Roman" w:eastAsia="宋体"/>
          <w:b w:val="0"/>
          <w:i w:val="0"/>
          <w:color w:val="333333"/>
          <w:sz w:val="19"/>
        </w:rPr>
        <w:t>=9-2=7,</w:t>
      </w:r>
    </w:p>
    <w:p>
      <w:pPr>
        <w:spacing w:before="0" w:after="80" w:line="300" w:lineRule="auto"/>
        <w:jc w:val="left"/>
      </w:pPr>
      <w:r>
        <w:rPr>
          <w:rFonts w:ascii="Times New Roman" w:hAnsi="Times New Roman" w:eastAsia="宋体"/>
          <w:b w:val="0"/>
          <w:i w:val="0"/>
          <w:color w:val="333333"/>
          <w:sz w:val="19"/>
        </w:rPr>
        <w:t>which is a positive integer.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E</w:t>
      </w:r>
    </w:p>
    <w:p>
      <w:pPr>
        <w:spacing w:before="0" w:after="80" w:line="300" w:lineRule="auto"/>
        <w:jc w:val="left"/>
      </w:pPr>
      <w:r>
        <w:rPr>
          <w:rFonts w:ascii="Times New Roman" w:hAnsi="Times New Roman" w:eastAsia="宋体"/>
          <w:b w:val="0"/>
          <w:i w:val="0"/>
          <w:sz w:val="21"/>
        </w:rPr>
        <w:t>将左边因式分解得</w:t>
      </w:r>
    </w:p>
    <w:p>
      <w:pPr>
        <w:spacing w:before="0" w:after="80" w:line="300" w:lineRule="auto"/>
        <w:jc w:val="left"/>
      </w:pPr>
      <w:r>
        <w:rPr>
          <w:rFonts w:ascii="Times New Roman" w:hAnsi="Times New Roman" w:eastAsia="宋体"/>
          <w:b w:val="0"/>
          <w:i w:val="0"/>
          <w:sz w:val="21"/>
        </w:rPr>
        <w:t>(n-m)(2x-m-n)</w:t>
      </w:r>
    </w:p>
    <w:p>
      <w:pPr>
        <w:spacing w:before="0" w:after="80" w:line="300" w:lineRule="auto"/>
        <w:jc w:val="left"/>
      </w:pPr>
      <w:r>
        <w:rPr>
          <w:rFonts w:ascii="Times New Roman" w:hAnsi="Times New Roman" w:eastAsia="宋体"/>
          <w:b w:val="0"/>
          <w:i w:val="0"/>
          <w:sz w:val="21"/>
        </w:rPr>
        <w:t>=(m-n)²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m≠ n，除以 n-m 得 2x-m-n=n-m，所以 x=n。这个唯一的负值不属于选项 A 至 D 中的任何一种情况。</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the left side gives</w:t>
      </w:r>
    </w:p>
    <w:p>
      <w:pPr>
        <w:spacing w:before="0" w:after="80" w:line="300" w:lineRule="auto"/>
        <w:jc w:val="left"/>
      </w:pPr>
      <w:r>
        <w:rPr>
          <w:rFonts w:ascii="Times New Roman" w:hAnsi="Times New Roman" w:eastAsia="宋体"/>
          <w:b w:val="0"/>
          <w:i w:val="0"/>
          <w:color w:val="333333"/>
          <w:sz w:val="19"/>
        </w:rPr>
        <w:t>(n-m)(2x-m-n)</w:t>
      </w:r>
    </w:p>
    <w:p>
      <w:pPr>
        <w:spacing w:before="0" w:after="80" w:line="300" w:lineRule="auto"/>
        <w:jc w:val="left"/>
      </w:pPr>
      <w:r>
        <w:rPr>
          <w:rFonts w:ascii="Times New Roman" w:hAnsi="Times New Roman" w:eastAsia="宋体"/>
          <w:b w:val="0"/>
          <w:i w:val="0"/>
          <w:color w:val="333333"/>
          <w:sz w:val="19"/>
        </w:rPr>
        <w:t>=(m-n)².</w:t>
      </w:r>
    </w:p>
    <w:p>
      <w:pPr>
        <w:spacing w:before="0" w:after="80" w:line="300" w:lineRule="auto"/>
        <w:jc w:val="left"/>
      </w:pPr>
      <w:r>
        <w:rPr>
          <w:rFonts w:ascii="Times New Roman" w:hAnsi="Times New Roman" w:eastAsia="宋体"/>
          <w:b w:val="0"/>
          <w:i w:val="0"/>
          <w:color w:val="333333"/>
          <w:sz w:val="19"/>
        </w:rPr>
        <w:t>Since m≠ n, division by n-m yields 2x-m-n=n-m, so x=n. This single negative value is not any of choices A through 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D</w:t>
      </w:r>
    </w:p>
    <w:p>
      <w:pPr>
        <w:spacing w:before="0" w:after="80" w:line="300" w:lineRule="auto"/>
        <w:jc w:val="left"/>
      </w:pPr>
      <w:r>
        <w:rPr>
          <w:rFonts w:ascii="Times New Roman" w:hAnsi="Times New Roman" w:eastAsia="宋体"/>
          <w:b w:val="0"/>
          <w:i w:val="0"/>
          <w:sz w:val="21"/>
        </w:rPr>
        <w:t>设与 60° 底角相邻的边长为 x，对边长为 90-x。由余弦定理</w:t>
      </w:r>
    </w:p>
    <w:p>
      <w:pPr>
        <w:spacing w:before="0" w:after="80" w:line="300" w:lineRule="auto"/>
        <w:jc w:val="left"/>
      </w:pPr>
      <w:r>
        <w:rPr>
          <w:rFonts w:ascii="Times New Roman" w:hAnsi="Times New Roman" w:eastAsia="宋体"/>
          <w:b w:val="0"/>
          <w:i w:val="0"/>
          <w:sz w:val="21"/>
        </w:rPr>
        <w:t>(90-x)² =80²+x²</w:t>
      </w:r>
    </w:p>
    <w:p>
      <w:pPr>
        <w:spacing w:before="0" w:after="80" w:line="300" w:lineRule="auto"/>
        <w:jc w:val="left"/>
      </w:pPr>
      <w:r>
        <w:rPr>
          <w:rFonts w:ascii="Times New Roman" w:hAnsi="Times New Roman" w:eastAsia="宋体"/>
          <w:b w:val="0"/>
          <w:i w:val="0"/>
          <w:sz w:val="21"/>
        </w:rPr>
        <w:t>-2(80)(x)cos60°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化简得 8100-180x=6400-80x，所以 x=17。三边长为 17, 73 和 80，最短边为 17。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 adjacent to the 60° base angle be x, and let the opposite side be 90-x. The law of cosines gives</w:t>
      </w:r>
    </w:p>
    <w:p>
      <w:pPr>
        <w:spacing w:before="0" w:after="80" w:line="300" w:lineRule="auto"/>
        <w:jc w:val="left"/>
      </w:pPr>
      <w:r>
        <w:rPr>
          <w:rFonts w:ascii="Times New Roman" w:hAnsi="Times New Roman" w:eastAsia="宋体"/>
          <w:b w:val="0"/>
          <w:i w:val="0"/>
          <w:color w:val="333333"/>
          <w:sz w:val="19"/>
        </w:rPr>
        <w:t>(90-x)² =80²+x²</w:t>
      </w:r>
    </w:p>
    <w:p>
      <w:pPr>
        <w:spacing w:before="0" w:after="80" w:line="300" w:lineRule="auto"/>
        <w:jc w:val="left"/>
      </w:pPr>
      <w:r>
        <w:rPr>
          <w:rFonts w:ascii="Times New Roman" w:hAnsi="Times New Roman" w:eastAsia="宋体"/>
          <w:b w:val="0"/>
          <w:i w:val="0"/>
          <w:color w:val="333333"/>
          <w:sz w:val="19"/>
        </w:rPr>
        <w:t>-2(80)(x)cos60°.</w:t>
      </w:r>
    </w:p>
    <w:p>
      <w:pPr>
        <w:spacing w:before="0" w:after="80" w:line="300" w:lineRule="auto"/>
        <w:jc w:val="left"/>
      </w:pPr>
      <w:r>
        <w:rPr>
          <w:rFonts w:ascii="Times New Roman" w:hAnsi="Times New Roman" w:eastAsia="宋体"/>
          <w:b w:val="0"/>
          <w:i w:val="0"/>
          <w:color w:val="333333"/>
          <w:sz w:val="19"/>
        </w:rPr>
        <w:t>Simplifying yields 8100-180x=6400-80x, so x=17. The side lengths are 17, 73, and 80, and the shortest is 17.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B</w:t>
      </w:r>
    </w:p>
    <w:p>
      <w:pPr>
        <w:spacing w:before="0" w:after="80" w:line="300" w:lineRule="auto"/>
        <w:jc w:val="left"/>
      </w:pPr>
      <w:r>
        <w:rPr>
          <w:rFonts w:ascii="Times New Roman" w:hAnsi="Times New Roman" w:eastAsia="宋体"/>
          <w:b w:val="0"/>
          <w:i w:val="0"/>
          <w:sz w:val="21"/>
        </w:rPr>
        <w:t>该乘积逐项消去：</w:t>
      </w:r>
    </w:p>
    <w:p>
      <w:pPr>
        <w:spacing w:before="0" w:after="80" w:line="300" w:lineRule="auto"/>
        <w:jc w:val="left"/>
      </w:pPr>
      <w:r>
        <w:rPr>
          <w:rFonts w:ascii="Times New Roman" w:hAnsi="Times New Roman" w:eastAsia="宋体"/>
          <w:b w:val="0"/>
          <w:i w:val="0"/>
          <w:sz w:val="21"/>
        </w:rPr>
        <w:t>2/3·3/4·4/5⋯n-1/n =2/n。</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telescopes:</w:t>
      </w:r>
    </w:p>
    <w:p>
      <w:pPr>
        <w:spacing w:before="0" w:after="80" w:line="300" w:lineRule="auto"/>
        <w:jc w:val="left"/>
      </w:pPr>
      <w:r>
        <w:rPr>
          <w:rFonts w:ascii="Times New Roman" w:hAnsi="Times New Roman" w:eastAsia="宋体"/>
          <w:b w:val="0"/>
          <w:i w:val="0"/>
          <w:color w:val="333333"/>
          <w:sz w:val="19"/>
        </w:rPr>
        <w:t>2/3·3/4·4/5⋯n-1/n =2/n.</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B</w:t>
      </w:r>
    </w:p>
    <w:p>
      <w:pPr>
        <w:spacing w:before="0" w:after="80" w:line="300" w:lineRule="auto"/>
        <w:jc w:val="left"/>
      </w:pPr>
      <w:r>
        <w:rPr>
          <w:rFonts w:ascii="Times New Roman" w:hAnsi="Times New Roman" w:eastAsia="宋体"/>
          <w:b w:val="0"/>
          <w:i w:val="0"/>
          <w:sz w:val="21"/>
        </w:rPr>
        <w:t>令 u=√(2x)≥0。由于 x=u²/2，方程变为</w:t>
      </w:r>
    </w:p>
    <w:p>
      <w:pPr>
        <w:spacing w:before="0" w:after="80" w:line="300" w:lineRule="auto"/>
        <w:jc w:val="left"/>
      </w:pPr>
      <w:r>
        <w:rPr>
          <w:rFonts w:ascii="Times New Roman" w:hAnsi="Times New Roman" w:eastAsia="宋体"/>
          <w:b w:val="0"/>
          <w:i w:val="0"/>
          <w:sz w:val="21"/>
        </w:rPr>
        <w:t>2u²+u=1，</w:t>
      </w:r>
    </w:p>
    <w:p>
      <w:pPr>
        <w:spacing w:before="0" w:after="80" w:line="300" w:lineRule="auto"/>
        <w:jc w:val="left"/>
      </w:pPr>
      <w:r>
        <w:rPr>
          <w:rFonts w:ascii="Times New Roman" w:hAnsi="Times New Roman" w:eastAsia="宋体"/>
          <w:b w:val="0"/>
          <w:i w:val="0"/>
          <w:sz w:val="21"/>
        </w:rPr>
        <w:t>即 (2u-1)(u+1)=0。因此 u=1/2 且 x=u²/2=1/8。另一个二次方程根因 u≥0 而不合条件。故 x 是分数。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u=√(2x)≥0. Since x=u²/2, the equation becomes</w:t>
      </w:r>
    </w:p>
    <w:p>
      <w:pPr>
        <w:spacing w:before="0" w:after="80" w:line="300" w:lineRule="auto"/>
        <w:jc w:val="left"/>
      </w:pPr>
      <w:r>
        <w:rPr>
          <w:rFonts w:ascii="Times New Roman" w:hAnsi="Times New Roman" w:eastAsia="宋体"/>
          <w:b w:val="0"/>
          <w:i w:val="0"/>
          <w:color w:val="333333"/>
          <w:sz w:val="19"/>
        </w:rPr>
        <w:t>2u²+u=1,</w:t>
      </w:r>
    </w:p>
    <w:p>
      <w:pPr>
        <w:spacing w:before="0" w:after="80" w:line="300" w:lineRule="auto"/>
        <w:jc w:val="left"/>
      </w:pPr>
      <w:r>
        <w:rPr>
          <w:rFonts w:ascii="Times New Roman" w:hAnsi="Times New Roman" w:eastAsia="宋体"/>
          <w:b w:val="0"/>
          <w:i w:val="0"/>
          <w:color w:val="333333"/>
          <w:sz w:val="19"/>
        </w:rPr>
        <w:t>or (2u-1)(u+1)=0. Thus u=1/2 and x=u²/2=1/8. The other quadratic root is inadmissible because u≥0. Hence x is fractional.</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D</w:t>
      </w:r>
    </w:p>
    <w:p>
      <w:pPr>
        <w:spacing w:before="0" w:after="80" w:line="300" w:lineRule="auto"/>
        <w:jc w:val="left"/>
      </w:pPr>
      <w:r>
        <w:rPr>
          <w:rFonts w:ascii="Times New Roman" w:hAnsi="Times New Roman" w:eastAsia="宋体"/>
          <w:b w:val="0"/>
          <w:i w:val="0"/>
          <w:sz w:val="21"/>
        </w:rPr>
        <w:t>将前九项相加，得</w:t>
      </w:r>
    </w:p>
    <w:p>
      <w:pPr>
        <w:spacing w:before="0" w:after="80" w:line="300" w:lineRule="auto"/>
        <w:jc w:val="left"/>
      </w:pPr>
      <w:r>
        <w:rPr>
          <w:rFonts w:ascii="Times New Roman" w:hAnsi="Times New Roman" w:eastAsia="宋体"/>
          <w:b w:val="0"/>
          <w:i w:val="0"/>
          <w:sz w:val="21"/>
        </w:rPr>
        <w:t>S=(x+x²+⋯+x⁹)</w:t>
      </w:r>
    </w:p>
    <w:p>
      <w:pPr>
        <w:spacing w:before="0" w:after="80" w:line="300" w:lineRule="auto"/>
        <w:jc w:val="left"/>
      </w:pPr>
      <w:r>
        <w:rPr>
          <w:rFonts w:ascii="Times New Roman" w:hAnsi="Times New Roman" w:eastAsia="宋体"/>
          <w:b w:val="0"/>
          <w:i w:val="0"/>
          <w:sz w:val="21"/>
        </w:rPr>
        <w:t>+(1+2+⋯+9)a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S=x¹⁰-x/x-1+45a。</w:t>
      </w:r>
    </w:p>
    <w:p>
      <w:pPr>
        <w:spacing w:before="0" w:after="80" w:line="300" w:lineRule="auto"/>
        <w:jc w:val="left"/>
      </w:pPr>
      <w:r>
        <w:rPr>
          <w:rFonts w:ascii="Times New Roman" w:hAnsi="Times New Roman" w:eastAsia="宋体"/>
          <w:b w:val="0"/>
          <w:i w:val="0"/>
          <w:sz w:val="21"/>
        </w:rPr>
        <w:t>当 x=1 时按连续性理解此表达式，此时两种形式都等于 9+45a。</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the first nine terms gives</w:t>
      </w:r>
    </w:p>
    <w:p>
      <w:pPr>
        <w:spacing w:before="0" w:after="80" w:line="300" w:lineRule="auto"/>
        <w:jc w:val="left"/>
      </w:pPr>
      <w:r>
        <w:rPr>
          <w:rFonts w:ascii="Times New Roman" w:hAnsi="Times New Roman" w:eastAsia="宋体"/>
          <w:b w:val="0"/>
          <w:i w:val="0"/>
          <w:color w:val="333333"/>
          <w:sz w:val="19"/>
        </w:rPr>
        <w:t>S=(x+x²+⋯+x⁹)</w:t>
      </w:r>
    </w:p>
    <w:p>
      <w:pPr>
        <w:spacing w:before="0" w:after="80" w:line="300" w:lineRule="auto"/>
        <w:jc w:val="left"/>
      </w:pPr>
      <w:r>
        <w:rPr>
          <w:rFonts w:ascii="Times New Roman" w:hAnsi="Times New Roman" w:eastAsia="宋体"/>
          <w:b w:val="0"/>
          <w:i w:val="0"/>
          <w:color w:val="333333"/>
          <w:sz w:val="19"/>
        </w:rPr>
        <w:t>+(1+2+⋯+9)a.</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S=x¹⁰-x/x-1+45a.</w:t>
      </w:r>
    </w:p>
    <w:p>
      <w:pPr>
        <w:spacing w:before="0" w:after="80" w:line="300" w:lineRule="auto"/>
        <w:jc w:val="left"/>
      </w:pPr>
      <w:r>
        <w:rPr>
          <w:rFonts w:ascii="Times New Roman" w:hAnsi="Times New Roman" w:eastAsia="宋体"/>
          <w:b w:val="0"/>
          <w:i w:val="0"/>
          <w:color w:val="333333"/>
          <w:sz w:val="19"/>
        </w:rPr>
        <w:t>The expression is understood by continuity at x=1, where both forms equal 9+45a.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C</w:t>
      </w:r>
    </w:p>
    <w:p>
      <w:pPr>
        <w:spacing w:before="0" w:after="80" w:line="300" w:lineRule="auto"/>
        <w:jc w:val="left"/>
      </w:pPr>
      <w:r>
        <w:rPr>
          <w:rFonts w:ascii="Times New Roman" w:hAnsi="Times New Roman" w:eastAsia="宋体"/>
          <w:b w:val="0"/>
          <w:i w:val="0"/>
          <w:sz w:val="21"/>
        </w:rPr>
        <w:t>使用向量，令 A=0, B=b，且 C=c。因为 D=c/2，且 E 是 BD 的中点，所以</w:t>
      </w:r>
    </w:p>
    <w:p>
      <w:pPr>
        <w:spacing w:before="0" w:after="80" w:line="300" w:lineRule="auto"/>
        <w:jc w:val="left"/>
      </w:pPr>
      <w:r>
        <w:rPr>
          <w:rFonts w:ascii="Times New Roman" w:hAnsi="Times New Roman" w:eastAsia="宋体"/>
          <w:b w:val="0"/>
          <w:i w:val="0"/>
          <w:sz w:val="21"/>
        </w:rPr>
        <w:t>E=1/2b+1/4c。</w:t>
      </w:r>
    </w:p>
    <w:p>
      <w:pPr>
        <w:spacing w:before="0" w:after="80" w:line="300" w:lineRule="auto"/>
        <w:jc w:val="left"/>
      </w:pPr>
      <w:r>
        <w:rPr>
          <w:rFonts w:ascii="Times New Roman" w:hAnsi="Times New Roman" w:eastAsia="宋体"/>
          <w:b w:val="0"/>
          <w:i w:val="0"/>
          <w:sz w:val="21"/>
        </w:rPr>
        <w:t>AB 上一点 F 可写成 F=tb。由于 E 位于 CF 上，比较 c 的系数可得 E=1/4C+3/4F。于是</w:t>
      </w:r>
    </w:p>
    <w:p>
      <w:pPr>
        <w:spacing w:before="0" w:after="80" w:line="300" w:lineRule="auto"/>
        <w:jc w:val="left"/>
      </w:pPr>
      <w:r>
        <w:rPr>
          <w:rFonts w:ascii="Times New Roman" w:hAnsi="Times New Roman" w:eastAsia="宋体"/>
          <w:b w:val="0"/>
          <w:i w:val="0"/>
          <w:sz w:val="21"/>
        </w:rPr>
        <w:t>3/4t=1/2，</w:t>
      </w:r>
    </w:p>
    <w:p>
      <w:pPr>
        <w:spacing w:before="0" w:after="80" w:line="300" w:lineRule="auto"/>
        <w:jc w:val="left"/>
      </w:pPr>
      <w:r>
        <w:rPr>
          <w:rFonts w:ascii="Times New Roman" w:hAnsi="Times New Roman" w:eastAsia="宋体"/>
          <w:b w:val="0"/>
          <w:i w:val="0"/>
          <w:sz w:val="21"/>
        </w:rPr>
        <w:t>所以 t=2/3。因此 AF/AB=2/3，且 BF/BA=1/3。由于 BF=5，所以 BA=15。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Use vectors with A=0, B=b, and C=c. Since D=c/2 and E is the midpoint of BD,</w:t>
      </w:r>
    </w:p>
    <w:p>
      <w:pPr>
        <w:spacing w:before="0" w:after="80" w:line="300" w:lineRule="auto"/>
        <w:jc w:val="left"/>
      </w:pPr>
      <w:r>
        <w:rPr>
          <w:rFonts w:ascii="Times New Roman" w:hAnsi="Times New Roman" w:eastAsia="宋体"/>
          <w:b w:val="0"/>
          <w:i w:val="0"/>
          <w:color w:val="333333"/>
          <w:sz w:val="19"/>
        </w:rPr>
        <w:t>E=1/2b+1/4c.</w:t>
      </w:r>
    </w:p>
    <w:p>
      <w:pPr>
        <w:spacing w:before="0" w:after="80" w:line="300" w:lineRule="auto"/>
        <w:jc w:val="left"/>
      </w:pPr>
      <w:r>
        <w:rPr>
          <w:rFonts w:ascii="Times New Roman" w:hAnsi="Times New Roman" w:eastAsia="宋体"/>
          <w:b w:val="0"/>
          <w:i w:val="0"/>
          <w:color w:val="333333"/>
          <w:sz w:val="19"/>
        </w:rPr>
        <w:t>A point F on AB has the form F=tb. Since E lies on CF, comparison of the c-coefficient shows that E=1/4C+3/4F. Hence</w:t>
      </w:r>
    </w:p>
    <w:p>
      <w:pPr>
        <w:spacing w:before="0" w:after="80" w:line="300" w:lineRule="auto"/>
        <w:jc w:val="left"/>
      </w:pPr>
      <w:r>
        <w:rPr>
          <w:rFonts w:ascii="Times New Roman" w:hAnsi="Times New Roman" w:eastAsia="宋体"/>
          <w:b w:val="0"/>
          <w:i w:val="0"/>
          <w:color w:val="333333"/>
          <w:sz w:val="19"/>
        </w:rPr>
        <w:t>3/4t=1/2,</w:t>
      </w:r>
    </w:p>
    <w:p>
      <w:pPr>
        <w:spacing w:before="0" w:after="80" w:line="300" w:lineRule="auto"/>
        <w:jc w:val="left"/>
      </w:pPr>
      <w:r>
        <w:rPr>
          <w:rFonts w:ascii="Times New Roman" w:hAnsi="Times New Roman" w:eastAsia="宋体"/>
          <w:b w:val="0"/>
          <w:i w:val="0"/>
          <w:color w:val="333333"/>
          <w:sz w:val="19"/>
        </w:rPr>
        <w:t>so t=2/3. Thus AF/AB=2/3, and BF/BA=1/3. Since BF=5, BA=15.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41 题　答案 D</w:t>
      </w:r>
    </w:p>
    <w:p>
      <w:pPr>
        <w:spacing w:before="0" w:after="80" w:line="300" w:lineRule="auto"/>
        <w:jc w:val="left"/>
      </w:pPr>
      <w:r>
        <w:rPr>
          <w:rFonts w:ascii="Times New Roman" w:hAnsi="Times New Roman" w:eastAsia="宋体"/>
          <w:b w:val="0"/>
          <w:i w:val="0"/>
          <w:sz w:val="21"/>
        </w:rPr>
        <w:t>设两个全等圆的半径为 R。它们的圆心相距 2R，所以半径为 4 的圆的圆心位于两者正中间。小圆圆心与任一大圆圆心的水平距离和竖直距离分别为 R 和 R-4。由相切条件得</w:t>
      </w:r>
    </w:p>
    <w:p>
      <w:pPr>
        <w:spacing w:before="0" w:after="80" w:line="300" w:lineRule="auto"/>
        <w:jc w:val="left"/>
      </w:pPr>
      <w:r>
        <w:rPr>
          <w:rFonts w:ascii="Times New Roman" w:hAnsi="Times New Roman" w:eastAsia="宋体"/>
          <w:b w:val="0"/>
          <w:i w:val="0"/>
          <w:sz w:val="21"/>
        </w:rPr>
        <w:t>R²+(R-4)²=(R+4)²。</w:t>
      </w:r>
    </w:p>
    <w:p>
      <w:pPr>
        <w:spacing w:before="0" w:after="80" w:line="300" w:lineRule="auto"/>
        <w:jc w:val="left"/>
      </w:pPr>
      <w:r>
        <w:rPr>
          <w:rFonts w:ascii="Times New Roman" w:hAnsi="Times New Roman" w:eastAsia="宋体"/>
          <w:b w:val="0"/>
          <w:i w:val="0"/>
          <w:sz w:val="21"/>
        </w:rPr>
        <w:t>化简得 R²-16R=0，由正性知 R=16。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equal circles have radius R. Their centers are 2R apart, so the center of the radius-4 circle lies midway between them. The horizontal and vertical separations between its center and either large center are R and R-4. Tangency gives</w:t>
      </w:r>
    </w:p>
    <w:p>
      <w:pPr>
        <w:spacing w:before="0" w:after="80" w:line="300" w:lineRule="auto"/>
        <w:jc w:val="left"/>
      </w:pPr>
      <w:r>
        <w:rPr>
          <w:rFonts w:ascii="Times New Roman" w:hAnsi="Times New Roman" w:eastAsia="宋体"/>
          <w:b w:val="0"/>
          <w:i w:val="0"/>
          <w:color w:val="333333"/>
          <w:sz w:val="19"/>
        </w:rPr>
        <w:t>R²+(R-4)²=(R+4)².</w:t>
      </w:r>
    </w:p>
    <w:p>
      <w:pPr>
        <w:spacing w:before="0" w:after="80" w:line="300" w:lineRule="auto"/>
        <w:jc w:val="left"/>
      </w:pPr>
      <w:r>
        <w:rPr>
          <w:rFonts w:ascii="Times New Roman" w:hAnsi="Times New Roman" w:eastAsia="宋体"/>
          <w:b w:val="0"/>
          <w:i w:val="0"/>
          <w:color w:val="333333"/>
          <w:sz w:val="19"/>
        </w:rPr>
        <w:t>Simplifying yields R²-16R=0, and positivity gives R=16.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42 题　答案 E</w:t>
      </w:r>
    </w:p>
    <w:p>
      <w:pPr>
        <w:spacing w:before="0" w:after="80" w:line="300" w:lineRule="auto"/>
        <w:jc w:val="left"/>
      </w:pPr>
      <w:r>
        <w:rPr>
          <w:rFonts w:ascii="Times New Roman" w:hAnsi="Times New Roman" w:eastAsia="宋体"/>
          <w:b w:val="0"/>
          <w:i w:val="0"/>
          <w:sz w:val="21"/>
        </w:rPr>
        <w:t>对任一质数，设它在 a,b,c 中的指数为 u≤ v≤ w。它在 MD 中的指数为 u+w，而在 abc 中的指数为 u+v+w。因此 MD≤ abc，证明了陈述 (2)。对每个质数都恰有 v=0 时等号成立，这意味着没有任何质数同时整除 a,b,c 中的两个数。这正是两两互质，证明了陈述 (4)。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prime, let its exponents in a,b,c be u≤ v≤ w. Its exponent in MD is u+w, while its exponent in abc is u+v+w. Thus MD≤ abc, proving statement (2). Equality holds exactly when v=0 for every prime, meaning no prime divides two of a,b,c. That is precisely pairwise relative primality, proving statement (4).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43 题　答案 B</w:t>
      </w:r>
    </w:p>
    <w:p>
      <w:pPr>
        <w:spacing w:before="0" w:after="80" w:line="300" w:lineRule="auto"/>
        <w:jc w:val="left"/>
      </w:pPr>
      <w:r>
        <w:rPr>
          <w:rFonts w:ascii="Times New Roman" w:hAnsi="Times New Roman" w:eastAsia="宋体"/>
          <w:b w:val="0"/>
          <w:i w:val="0"/>
          <w:sz w:val="21"/>
        </w:rPr>
        <w:t>半周长为 52，所以由海伦公式</w:t>
      </w:r>
    </w:p>
    <w:p>
      <w:pPr>
        <w:spacing w:before="0" w:after="80" w:line="300" w:lineRule="auto"/>
        <w:jc w:val="left"/>
      </w:pPr>
      <w:r>
        <w:rPr>
          <w:rFonts w:ascii="Times New Roman" w:hAnsi="Times New Roman" w:eastAsia="宋体"/>
          <w:b w:val="0"/>
          <w:i w:val="0"/>
          <w:sz w:val="21"/>
        </w:rPr>
        <w:t>K=√(52·27·13·12)=468。</w:t>
      </w:r>
    </w:p>
    <w:p>
      <w:pPr>
        <w:spacing w:before="0" w:after="80" w:line="300" w:lineRule="auto"/>
        <w:jc w:val="left"/>
      </w:pPr>
      <w:r>
        <w:rPr>
          <w:rFonts w:ascii="Times New Roman" w:hAnsi="Times New Roman" w:eastAsia="宋体"/>
          <w:b w:val="0"/>
          <w:i w:val="0"/>
          <w:sz w:val="21"/>
        </w:rPr>
        <w:t>若 R 为外接圆半径，则</w:t>
      </w:r>
    </w:p>
    <w:p>
      <w:pPr>
        <w:spacing w:before="0" w:after="80" w:line="300" w:lineRule="auto"/>
        <w:jc w:val="left"/>
      </w:pPr>
      <w:r>
        <w:rPr>
          <w:rFonts w:ascii="Times New Roman" w:hAnsi="Times New Roman" w:eastAsia="宋体"/>
          <w:b w:val="0"/>
          <w:i w:val="0"/>
          <w:sz w:val="21"/>
        </w:rPr>
        <w:t>R=(25·39·40)/(4·468)=125/6。</w:t>
      </w:r>
    </w:p>
    <w:p>
      <w:pPr>
        <w:spacing w:before="0" w:after="80" w:line="300" w:lineRule="auto"/>
        <w:jc w:val="left"/>
      </w:pPr>
      <w:r>
        <w:rPr>
          <w:rFonts w:ascii="Times New Roman" w:hAnsi="Times New Roman" w:eastAsia="宋体"/>
          <w:b w:val="0"/>
          <w:i w:val="0"/>
          <w:sz w:val="21"/>
        </w:rPr>
        <w:t>因此直径为 2R=125/3。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semiperimeter is 52, so Heron’s formula gives</w:t>
      </w:r>
    </w:p>
    <w:p>
      <w:pPr>
        <w:spacing w:before="0" w:after="80" w:line="300" w:lineRule="auto"/>
        <w:jc w:val="left"/>
      </w:pPr>
      <w:r>
        <w:rPr>
          <w:rFonts w:ascii="Times New Roman" w:hAnsi="Times New Roman" w:eastAsia="宋体"/>
          <w:b w:val="0"/>
          <w:i w:val="0"/>
          <w:color w:val="333333"/>
          <w:sz w:val="19"/>
        </w:rPr>
        <w:t>K=√(52·27·13·12)=468.</w:t>
      </w:r>
    </w:p>
    <w:p>
      <w:pPr>
        <w:spacing w:before="0" w:after="80" w:line="300" w:lineRule="auto"/>
        <w:jc w:val="left"/>
      </w:pPr>
      <w:r>
        <w:rPr>
          <w:rFonts w:ascii="Times New Roman" w:hAnsi="Times New Roman" w:eastAsia="宋体"/>
          <w:b w:val="0"/>
          <w:i w:val="0"/>
          <w:color w:val="333333"/>
          <w:sz w:val="19"/>
        </w:rPr>
        <w:t>If R is the circumradius, then</w:t>
      </w:r>
    </w:p>
    <w:p>
      <w:pPr>
        <w:spacing w:before="0" w:after="80" w:line="300" w:lineRule="auto"/>
        <w:jc w:val="left"/>
      </w:pPr>
      <w:r>
        <w:rPr>
          <w:rFonts w:ascii="Times New Roman" w:hAnsi="Times New Roman" w:eastAsia="宋体"/>
          <w:b w:val="0"/>
          <w:i w:val="0"/>
          <w:color w:val="333333"/>
          <w:sz w:val="19"/>
        </w:rPr>
        <w:t>R=(25·39·40)/(4·468)=125/6.</w:t>
      </w:r>
    </w:p>
    <w:p>
      <w:pPr>
        <w:spacing w:before="0" w:after="80" w:line="300" w:lineRule="auto"/>
        <w:jc w:val="left"/>
      </w:pPr>
      <w:r>
        <w:rPr>
          <w:rFonts w:ascii="Times New Roman" w:hAnsi="Times New Roman" w:eastAsia="宋体"/>
          <w:b w:val="0"/>
          <w:i w:val="0"/>
          <w:color w:val="333333"/>
          <w:sz w:val="19"/>
        </w:rPr>
        <w:t>Hence the diameter is 2R=125/3.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44 题　答案 C</w:t>
      </w:r>
    </w:p>
    <w:p>
      <w:pPr>
        <w:spacing w:before="0" w:after="80" w:line="300" w:lineRule="auto"/>
        <w:jc w:val="left"/>
      </w:pPr>
      <w:r>
        <w:rPr>
          <w:rFonts w:ascii="Times New Roman" w:hAnsi="Times New Roman" w:eastAsia="宋体"/>
          <w:b w:val="0"/>
          <w:i w:val="0"/>
          <w:sz w:val="21"/>
        </w:rPr>
        <w:t>若两根为 u,v&gt;1，则 b=-(u+v) 且 c=uv。因此</w:t>
      </w:r>
    </w:p>
    <w:p>
      <w:pPr>
        <w:spacing w:before="0" w:after="80" w:line="300" w:lineRule="auto"/>
        <w:jc w:val="left"/>
      </w:pPr>
      <w:r>
        <w:rPr>
          <w:rFonts w:ascii="Times New Roman" w:hAnsi="Times New Roman" w:eastAsia="宋体"/>
          <w:b w:val="0"/>
          <w:i w:val="0"/>
          <w:sz w:val="21"/>
        </w:rPr>
        <w:t>s=1-u-v+uv</w:t>
      </w:r>
    </w:p>
    <w:p>
      <w:pPr>
        <w:spacing w:before="0" w:after="80" w:line="300" w:lineRule="auto"/>
        <w:jc w:val="left"/>
      </w:pPr>
      <w:r>
        <w:rPr>
          <w:rFonts w:ascii="Times New Roman" w:hAnsi="Times New Roman" w:eastAsia="宋体"/>
          <w:b w:val="0"/>
          <w:i w:val="0"/>
          <w:sz w:val="21"/>
        </w:rPr>
        <w:t>=(u-1)(v-1)&gt;0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s 必大于零，正确答案是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roots are u,v&gt;1, then b=-(u+v) and c=uv. Therefore</w:t>
      </w:r>
    </w:p>
    <w:p>
      <w:pPr>
        <w:spacing w:before="0" w:after="80" w:line="300" w:lineRule="auto"/>
        <w:jc w:val="left"/>
      </w:pPr>
      <w:r>
        <w:rPr>
          <w:rFonts w:ascii="Times New Roman" w:hAnsi="Times New Roman" w:eastAsia="宋体"/>
          <w:b w:val="0"/>
          <w:i w:val="0"/>
          <w:color w:val="333333"/>
          <w:sz w:val="19"/>
        </w:rPr>
        <w:t>s=1-u-v+uv</w:t>
      </w:r>
    </w:p>
    <w:p>
      <w:pPr>
        <w:spacing w:before="0" w:after="80" w:line="300" w:lineRule="auto"/>
        <w:jc w:val="left"/>
      </w:pPr>
      <w:r>
        <w:rPr>
          <w:rFonts w:ascii="Times New Roman" w:hAnsi="Times New Roman" w:eastAsia="宋体"/>
          <w:b w:val="0"/>
          <w:i w:val="0"/>
          <w:color w:val="333333"/>
          <w:sz w:val="19"/>
        </w:rPr>
        <w:t>=(u-1)(v-1)&gt;0.</w:t>
      </w:r>
    </w:p>
    <w:p>
      <w:pPr>
        <w:spacing w:before="0" w:after="80" w:line="300" w:lineRule="auto"/>
        <w:jc w:val="left"/>
      </w:pPr>
      <w:r>
        <w:rPr>
          <w:rFonts w:ascii="Times New Roman" w:hAnsi="Times New Roman" w:eastAsia="宋体"/>
          <w:b w:val="0"/>
          <w:i w:val="0"/>
          <w:color w:val="333333"/>
          <w:sz w:val="19"/>
        </w:rPr>
        <w:t>Thus s must be greater than zero, and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45 题　答案 B</w:t>
      </w:r>
    </w:p>
    <w:p>
      <w:pPr>
        <w:spacing w:before="0" w:after="80" w:line="300" w:lineRule="auto"/>
        <w:jc w:val="left"/>
      </w:pPr>
      <w:r>
        <w:rPr>
          <w:rFonts w:ascii="Times New Roman" w:hAnsi="Times New Roman" w:eastAsia="宋体"/>
          <w:b w:val="0"/>
          <w:i w:val="0"/>
          <w:sz w:val="21"/>
        </w:rPr>
        <w:t>这些对数逐项消去：</w:t>
      </w:r>
    </w:p>
    <w:p>
      <w:pPr>
        <w:spacing w:before="0" w:after="80" w:line="300" w:lineRule="auto"/>
        <w:jc w:val="left"/>
      </w:pPr>
      <w:r>
        <w:rPr>
          <w:rFonts w:ascii="Times New Roman" w:hAnsi="Times New Roman" w:eastAsia="宋体"/>
          <w:b w:val="0"/>
          <w:i w:val="0"/>
          <w:sz w:val="21"/>
        </w:rPr>
        <w:t>(log₃x)(logₓ2x)(log₂ₓy)</w:t>
      </w:r>
    </w:p>
    <w:p>
      <w:pPr>
        <w:spacing w:before="0" w:after="80" w:line="300" w:lineRule="auto"/>
        <w:jc w:val="left"/>
      </w:pPr>
      <w:r>
        <w:rPr>
          <w:rFonts w:ascii="Times New Roman" w:hAnsi="Times New Roman" w:eastAsia="宋体"/>
          <w:b w:val="0"/>
          <w:i w:val="0"/>
          <w:sz w:val="21"/>
        </w:rPr>
        <w:t>=log₃y</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又因为 logₓx²=2，所以 log₃y=2，且 y=3²=9。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logarithms telescope:</w:t>
      </w:r>
    </w:p>
    <w:p>
      <w:pPr>
        <w:spacing w:before="0" w:after="80" w:line="300" w:lineRule="auto"/>
        <w:jc w:val="left"/>
      </w:pPr>
      <w:r>
        <w:rPr>
          <w:rFonts w:ascii="Times New Roman" w:hAnsi="Times New Roman" w:eastAsia="宋体"/>
          <w:b w:val="0"/>
          <w:i w:val="0"/>
          <w:color w:val="333333"/>
          <w:sz w:val="19"/>
        </w:rPr>
        <w:t>(log₃x)(logₓ2x)(log₂ₓy)</w:t>
      </w:r>
    </w:p>
    <w:p>
      <w:pPr>
        <w:spacing w:before="0" w:after="80" w:line="300" w:lineRule="auto"/>
        <w:jc w:val="left"/>
      </w:pPr>
      <w:r>
        <w:rPr>
          <w:rFonts w:ascii="Times New Roman" w:hAnsi="Times New Roman" w:eastAsia="宋体"/>
          <w:b w:val="0"/>
          <w:i w:val="0"/>
          <w:color w:val="333333"/>
          <w:sz w:val="19"/>
        </w:rPr>
        <w:t>=log₃y.</w:t>
      </w:r>
    </w:p>
    <w:p>
      <w:pPr>
        <w:spacing w:before="0" w:after="80" w:line="300" w:lineRule="auto"/>
        <w:jc w:val="left"/>
      </w:pPr>
      <w:r>
        <w:rPr>
          <w:rFonts w:ascii="Times New Roman" w:hAnsi="Times New Roman" w:eastAsia="宋体"/>
          <w:b w:val="0"/>
          <w:i w:val="0"/>
          <w:color w:val="333333"/>
          <w:sz w:val="19"/>
        </w:rPr>
        <w:t>Also logₓx²=2, so log₃y=2 and y=3²=9.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46 题　答案 B</w:t>
      </w:r>
    </w:p>
    <w:p>
      <w:pPr>
        <w:spacing w:before="0" w:after="80" w:line="300" w:lineRule="auto"/>
        <w:jc w:val="left"/>
      </w:pPr>
      <w:r>
        <w:rPr>
          <w:rFonts w:ascii="Times New Roman" w:hAnsi="Times New Roman" w:eastAsia="宋体"/>
          <w:b w:val="0"/>
          <w:i w:val="0"/>
          <w:sz w:val="21"/>
        </w:rPr>
        <w:t>下雨的上午有 d-6 个，下雨的下午有 d-5 个。由条件 (2)，可知这些下雨时段互不重合，总数为 7。因此</w:t>
      </w:r>
    </w:p>
    <w:p>
      <w:pPr>
        <w:spacing w:before="0" w:after="80" w:line="300" w:lineRule="auto"/>
        <w:jc w:val="left"/>
      </w:pPr>
      <w:r>
        <w:rPr>
          <w:rFonts w:ascii="Times New Roman" w:hAnsi="Times New Roman" w:eastAsia="宋体"/>
          <w:b w:val="0"/>
          <w:i w:val="0"/>
          <w:sz w:val="21"/>
        </w:rPr>
        <w:t>(d-6)+(d-5)=7，</w:t>
      </w:r>
    </w:p>
    <w:p>
      <w:pPr>
        <w:spacing w:before="0" w:after="80" w:line="300" w:lineRule="auto"/>
        <w:jc w:val="left"/>
      </w:pPr>
      <w:r>
        <w:rPr>
          <w:rFonts w:ascii="Times New Roman" w:hAnsi="Times New Roman" w:eastAsia="宋体"/>
          <w:b w:val="0"/>
          <w:i w:val="0"/>
          <w:sz w:val="21"/>
        </w:rPr>
        <w:t>所以 2d=18，且 d=9。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d-6 rainy mornings and d-5 rainy afternoons. By condition (2), these are distinct rainy occasions, and their total is 7. Hence</w:t>
      </w:r>
    </w:p>
    <w:p>
      <w:pPr>
        <w:spacing w:before="0" w:after="80" w:line="300" w:lineRule="auto"/>
        <w:jc w:val="left"/>
      </w:pPr>
      <w:r>
        <w:rPr>
          <w:rFonts w:ascii="Times New Roman" w:hAnsi="Times New Roman" w:eastAsia="宋体"/>
          <w:b w:val="0"/>
          <w:i w:val="0"/>
          <w:color w:val="333333"/>
          <w:sz w:val="19"/>
        </w:rPr>
        <w:t>(d-6)+(d-5)=7,</w:t>
      </w:r>
    </w:p>
    <w:p>
      <w:pPr>
        <w:spacing w:before="0" w:after="80" w:line="300" w:lineRule="auto"/>
        <w:jc w:val="left"/>
      </w:pPr>
      <w:r>
        <w:rPr>
          <w:rFonts w:ascii="Times New Roman" w:hAnsi="Times New Roman" w:eastAsia="宋体"/>
          <w:b w:val="0"/>
          <w:i w:val="0"/>
          <w:color w:val="333333"/>
          <w:sz w:val="19"/>
        </w:rPr>
        <w:t>so 2d=18 and d=9.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47 题　答案 A</w:t>
      </w:r>
    </w:p>
    <w:p>
      <w:pPr>
        <w:spacing w:before="0" w:after="80" w:line="300" w:lineRule="auto"/>
        <w:jc w:val="left"/>
      </w:pPr>
      <w:r>
        <w:rPr>
          <w:rFonts w:ascii="Times New Roman" w:hAnsi="Times New Roman" w:eastAsia="宋体"/>
          <w:b w:val="0"/>
          <w:i w:val="0"/>
          <w:sz w:val="21"/>
        </w:rPr>
        <w:t>陈述 III 保证至少存在一名会思考的学生。由陈述 II，该学生是人，所以有些人会思考，从而推出陈述 (2)。题设没有说明新生与学生的关系，也没有说明新生是否会思考，更不能保证存在不属于学生的、会思考的人。因此 (1)、(3) 或 (4) 都不能推出。</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Statement III supplies at least one student who thinks. By statement II, that student is human, so some human thinks and statement (2) follows. Nothing relates freshmen to students, says whether freshmen think, or guarantees a thinking human outside the students. Thus none of (1), (3), or (4) follows.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48 题　答案 B</w:t>
      </w:r>
    </w:p>
    <w:p>
      <w:pPr>
        <w:spacing w:before="0" w:after="80" w:line="300" w:lineRule="auto"/>
        <w:jc w:val="left"/>
      </w:pPr>
      <w:r>
        <w:rPr>
          <w:rFonts w:ascii="Times New Roman" w:hAnsi="Times New Roman" w:eastAsia="宋体"/>
          <w:b w:val="0"/>
          <w:i w:val="0"/>
          <w:sz w:val="21"/>
        </w:rPr>
        <w:t>按次数分类计数。若 n=0，则 a₀=3，得到一个多项式。若 n=1，则</w:t>
      </w:r>
    </w:p>
    <w:p>
      <w:pPr>
        <w:spacing w:before="0" w:after="80" w:line="300" w:lineRule="auto"/>
        <w:jc w:val="left"/>
      </w:pPr>
      <w:r>
        <w:rPr>
          <w:rFonts w:ascii="Times New Roman" w:hAnsi="Times New Roman" w:eastAsia="宋体"/>
          <w:b w:val="0"/>
          <w:i w:val="0"/>
          <w:sz w:val="21"/>
        </w:rPr>
        <w:t>a₀+|a₁|=2。</w:t>
      </w:r>
    </w:p>
    <w:p>
      <w:pPr>
        <w:spacing w:before="0" w:after="80" w:line="300" w:lineRule="auto"/>
        <w:jc w:val="left"/>
      </w:pPr>
      <w:r>
        <w:rPr>
          <w:rFonts w:ascii="Times New Roman" w:hAnsi="Times New Roman" w:eastAsia="宋体"/>
          <w:b w:val="0"/>
          <w:i w:val="0"/>
          <w:sz w:val="21"/>
        </w:rPr>
        <w:t>此时 a₀=2,a₁=0 或 a₀=1,a₁=±1，共有三个多项式。若 n=2，则 a₀=1 且 a₁=a₂=0，再得一个。次数不可能更高。总数为 1+3+1=5。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count by degree. If n=0, then a₀=3, giving one polynomial. If n=1, then</w:t>
      </w:r>
    </w:p>
    <w:p>
      <w:pPr>
        <w:spacing w:before="0" w:after="80" w:line="300" w:lineRule="auto"/>
        <w:jc w:val="left"/>
      </w:pPr>
      <w:r>
        <w:rPr>
          <w:rFonts w:ascii="Times New Roman" w:hAnsi="Times New Roman" w:eastAsia="宋体"/>
          <w:b w:val="0"/>
          <w:i w:val="0"/>
          <w:color w:val="333333"/>
          <w:sz w:val="19"/>
        </w:rPr>
        <w:t>a₀+|a₁|=2.</w:t>
      </w:r>
    </w:p>
    <w:p>
      <w:pPr>
        <w:spacing w:before="0" w:after="80" w:line="300" w:lineRule="auto"/>
        <w:jc w:val="left"/>
      </w:pPr>
      <w:r>
        <w:rPr>
          <w:rFonts w:ascii="Times New Roman" w:hAnsi="Times New Roman" w:eastAsia="宋体"/>
          <w:b w:val="0"/>
          <w:i w:val="0"/>
          <w:color w:val="333333"/>
          <w:sz w:val="19"/>
        </w:rPr>
        <w:t>This gives a₀=2,a₁=0 or a₀=1,a₁=±1, for three polynomials. If n=2, then a₀=1 and a₁=a₂=0, giving one more. No higher degree is possible. The total is 1+3+1=5.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49 题　答案 B</w:t>
      </w:r>
    </w:p>
    <w:p>
      <w:pPr>
        <w:spacing w:before="0" w:after="80" w:line="300" w:lineRule="auto"/>
        <w:jc w:val="left"/>
      </w:pPr>
      <w:r>
        <w:rPr>
          <w:rFonts w:ascii="Times New Roman" w:hAnsi="Times New Roman" w:eastAsia="宋体"/>
          <w:b w:val="0"/>
          <w:i w:val="0"/>
          <w:sz w:val="21"/>
        </w:rPr>
        <w:t>将级数分组为</w:t>
      </w:r>
    </w:p>
    <w:p>
      <w:pPr>
        <w:spacing w:before="0" w:after="80" w:line="300" w:lineRule="auto"/>
        <w:jc w:val="left"/>
      </w:pPr>
      <w:r>
        <w:rPr>
          <w:rFonts w:ascii="Times New Roman" w:hAnsi="Times New Roman" w:eastAsia="宋体"/>
          <w:b w:val="0"/>
          <w:i w:val="0"/>
          <w:sz w:val="21"/>
        </w:rPr>
        <w:t>S=(1-1/2-1/4)</w:t>
      </w:r>
    </w:p>
    <w:p>
      <w:pPr>
        <w:spacing w:before="0" w:after="80" w:line="300" w:lineRule="auto"/>
        <w:jc w:val="left"/>
      </w:pPr>
      <w:r>
        <w:rPr>
          <w:rFonts w:ascii="Times New Roman" w:hAnsi="Times New Roman" w:eastAsia="宋体"/>
          <w:b w:val="0"/>
          <w:i w:val="0"/>
          <w:sz w:val="21"/>
        </w:rPr>
        <w:t>+(1/8-1/16-1/32) +⋯</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第一组为 1/4，各组构成公比为 1/8 的等比级数。因此</w:t>
      </w:r>
    </w:p>
    <w:p>
      <w:pPr>
        <w:spacing w:before="0" w:after="80" w:line="300" w:lineRule="auto"/>
        <w:jc w:val="left"/>
      </w:pPr>
      <w:r>
        <w:rPr>
          <w:rFonts w:ascii="Times New Roman" w:hAnsi="Times New Roman" w:eastAsia="宋体"/>
          <w:b w:val="0"/>
          <w:i w:val="0"/>
          <w:sz w:val="21"/>
        </w:rPr>
        <w:t>S=(1/4)/(1-1/8)=2/7。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 the series as</w:t>
      </w:r>
    </w:p>
    <w:p>
      <w:pPr>
        <w:spacing w:before="0" w:after="80" w:line="300" w:lineRule="auto"/>
        <w:jc w:val="left"/>
      </w:pPr>
      <w:r>
        <w:rPr>
          <w:rFonts w:ascii="Times New Roman" w:hAnsi="Times New Roman" w:eastAsia="宋体"/>
          <w:b w:val="0"/>
          <w:i w:val="0"/>
          <w:color w:val="333333"/>
          <w:sz w:val="19"/>
        </w:rPr>
        <w:t>S=(1-1/2-1/4)</w:t>
      </w:r>
    </w:p>
    <w:p>
      <w:pPr>
        <w:spacing w:before="0" w:after="80" w:line="300" w:lineRule="auto"/>
        <w:jc w:val="left"/>
      </w:pPr>
      <w:r>
        <w:rPr>
          <w:rFonts w:ascii="Times New Roman" w:hAnsi="Times New Roman" w:eastAsia="宋体"/>
          <w:b w:val="0"/>
          <w:i w:val="0"/>
          <w:color w:val="333333"/>
          <w:sz w:val="19"/>
        </w:rPr>
        <w:t>+(1/8-1/16-1/32) +⋯.</w:t>
      </w:r>
    </w:p>
    <w:p>
      <w:pPr>
        <w:spacing w:before="0" w:after="80" w:line="300" w:lineRule="auto"/>
        <w:jc w:val="left"/>
      </w:pPr>
      <w:r>
        <w:rPr>
          <w:rFonts w:ascii="Times New Roman" w:hAnsi="Times New Roman" w:eastAsia="宋体"/>
          <w:b w:val="0"/>
          <w:i w:val="0"/>
          <w:color w:val="333333"/>
          <w:sz w:val="19"/>
        </w:rPr>
        <w:t>The first block is 1/4, and successive blocks form a geometric series with ratio 1/8. Hence</w:t>
      </w:r>
    </w:p>
    <w:p>
      <w:pPr>
        <w:spacing w:before="0" w:after="80" w:line="300" w:lineRule="auto"/>
        <w:jc w:val="left"/>
      </w:pPr>
      <w:r>
        <w:rPr>
          <w:rFonts w:ascii="Times New Roman" w:hAnsi="Times New Roman" w:eastAsia="宋体"/>
          <w:b w:val="0"/>
          <w:i w:val="0"/>
          <w:color w:val="333333"/>
          <w:sz w:val="19"/>
        </w:rPr>
        <w:t>S=(1/4)/(1-1/8)=2/7.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50 题　答案 D</w:t>
      </w:r>
    </w:p>
    <w:p>
      <w:pPr>
        <w:spacing w:before="0" w:after="80" w:line="300" w:lineRule="auto"/>
        <w:jc w:val="left"/>
      </w:pPr>
      <w:r>
        <w:rPr>
          <w:rFonts w:ascii="Times New Roman" w:hAnsi="Times New Roman" w:eastAsia="宋体"/>
          <w:b w:val="0"/>
          <w:i w:val="0"/>
          <w:sz w:val="21"/>
        </w:rPr>
        <w:t>每名成员恰好对应一对无序的委员会。反之，每对委员会恰有一名共同成员。因此成员与四个委员会的两两组合一一对应，所以</w:t>
      </w:r>
    </w:p>
    <w:p>
      <w:pPr>
        <w:spacing w:before="0" w:after="80" w:line="300" w:lineRule="auto"/>
        <w:jc w:val="left"/>
      </w:pPr>
      <w:r>
        <w:rPr>
          <w:rFonts w:ascii="Times New Roman" w:hAnsi="Times New Roman" w:eastAsia="宋体"/>
          <w:b w:val="0"/>
          <w:i w:val="0"/>
          <w:sz w:val="21"/>
        </w:rPr>
        <w:t>x=C(4, 2)=6。</w:t>
      </w:r>
    </w:p>
    <w:p>
      <w:pPr>
        <w:spacing w:before="0" w:after="80" w:line="300" w:lineRule="auto"/>
        <w:jc w:val="left"/>
      </w:pPr>
      <w:r>
        <w:rPr>
          <w:rFonts w:ascii="Times New Roman" w:hAnsi="Times New Roman" w:eastAsia="宋体"/>
          <w:b w:val="0"/>
          <w:i w:val="0"/>
          <w:sz w:val="21"/>
        </w:rPr>
        <w:t>这是 4 与 8 之间的唯一值。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member belongs to exactly one unordered pair of committees. Conversely, each pair of committees has exactly one common member. Thus the members are in one-to-one correspondence with the pairs of four committees, so</w:t>
      </w:r>
    </w:p>
    <w:p>
      <w:pPr>
        <w:spacing w:before="0" w:after="80" w:line="300" w:lineRule="auto"/>
        <w:jc w:val="left"/>
      </w:pPr>
      <w:r>
        <w:rPr>
          <w:rFonts w:ascii="Times New Roman" w:hAnsi="Times New Roman" w:eastAsia="宋体"/>
          <w:b w:val="0"/>
          <w:i w:val="0"/>
          <w:color w:val="333333"/>
          <w:sz w:val="19"/>
        </w:rPr>
        <w:t>x=C(4, 2)=6.</w:t>
      </w:r>
    </w:p>
    <w:p>
      <w:pPr>
        <w:spacing w:before="0" w:after="80" w:line="300" w:lineRule="auto"/>
        <w:jc w:val="left"/>
      </w:pPr>
      <w:r>
        <w:rPr>
          <w:rFonts w:ascii="Times New Roman" w:hAnsi="Times New Roman" w:eastAsia="宋体"/>
          <w:b w:val="0"/>
          <w:i w:val="0"/>
          <w:color w:val="333333"/>
          <w:sz w:val="19"/>
        </w:rPr>
        <w:t>This is a single value between 4 and 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