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1958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50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[2-3(2-3)⁻¹]⁻¹ 的值为：</w:t>
      </w:r>
    </w:p>
    <w:p>
      <w:pPr>
        <w:spacing w:before="0" w:after="120" w:line="300" w:lineRule="auto"/>
      </w:pPr>
      <w:r>
        <w:rPr>
          <w:rFonts w:ascii="Times New Roman" w:hAnsi="Times New Roman" w:eastAsia="宋体"/>
          <w:b w:val="0"/>
          <w:i w:val="0"/>
          <w:sz w:val="21"/>
        </w:rPr>
        <w:t>（A）5　　（B）-5　　（C）1/5　　（D）-1/5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[2-3(2-3)⁻¹]⁻¹ is:</w:t>
      </w:r>
    </w:p>
    <w:p>
      <w:pPr>
        <w:spacing w:before="0" w:after="160" w:line="300" w:lineRule="auto"/>
      </w:pPr>
      <w:r>
        <w:rPr>
          <w:rFonts w:ascii="Times New Roman" w:hAnsi="Times New Roman" w:eastAsia="宋体"/>
          <w:b w:val="0"/>
          <w:i w:val="0"/>
          <w:color w:val="333333"/>
          <w:sz w:val="19"/>
        </w:rPr>
        <w:t>(A) 5　　(B) -5　　(C) 1/5　　(D) -1/5　　(E) 5/3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若 1/x-1/y=1/z，则 z 等于：</w:t>
      </w:r>
    </w:p>
    <w:p>
      <w:pPr>
        <w:spacing w:before="0" w:after="120" w:line="300" w:lineRule="auto"/>
      </w:pPr>
      <w:r>
        <w:rPr>
          <w:rFonts w:ascii="Times New Roman" w:hAnsi="Times New Roman" w:eastAsia="宋体"/>
          <w:b w:val="0"/>
          <w:i w:val="0"/>
          <w:sz w:val="21"/>
        </w:rPr>
        <w:t>（A）y-x　　（B）x-y　　（C）y-x/xy　　（D）xy/y-x　　（E）xy/x-y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1/x-1/y=1/z, then z equals:</w:t>
      </w:r>
    </w:p>
    <w:p>
      <w:pPr>
        <w:spacing w:before="0" w:after="160" w:line="300" w:lineRule="auto"/>
      </w:pPr>
      <w:r>
        <w:rPr>
          <w:rFonts w:ascii="Times New Roman" w:hAnsi="Times New Roman" w:eastAsia="宋体"/>
          <w:b w:val="0"/>
          <w:i w:val="0"/>
          <w:color w:val="333333"/>
          <w:sz w:val="19"/>
        </w:rPr>
        <w:t>(A) y-x　　(B) x-y　　(C) y-x/xy　　(D) xy/y-x　　(E) xy/x-y</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下列表达式中，等于 (a⁻¹b⁻¹)/(a⁻³-b⁻³) 的是：</w:t>
      </w:r>
    </w:p>
    <w:p>
      <w:pPr>
        <w:spacing w:before="0" w:after="120" w:line="300" w:lineRule="auto"/>
      </w:pPr>
      <w:r>
        <w:rPr>
          <w:rFonts w:ascii="Times New Roman" w:hAnsi="Times New Roman" w:eastAsia="宋体"/>
          <w:b w:val="0"/>
          <w:i w:val="0"/>
          <w:sz w:val="21"/>
        </w:rPr>
        <w:t>（A）a²b²/b²-a²　　（B）a²b²/b³-a³　　（C）ab/b³-a³　　（D）a³-b³/ab　　（E）a²b²/a-b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following expressions, the one equal to (a⁻¹b⁻¹)/(a⁻³-b⁻³) is:</w:t>
      </w:r>
    </w:p>
    <w:p>
      <w:pPr>
        <w:spacing w:before="0" w:after="160" w:line="300" w:lineRule="auto"/>
      </w:pPr>
      <w:r>
        <w:rPr>
          <w:rFonts w:ascii="Times New Roman" w:hAnsi="Times New Roman" w:eastAsia="宋体"/>
          <w:b w:val="0"/>
          <w:i w:val="0"/>
          <w:color w:val="333333"/>
          <w:sz w:val="19"/>
        </w:rPr>
        <w:t>(A) a²b²/b²-a²　　(B) a²b²/b³-a³　　(C) ab/b³-a³　　(D) a³-b³/ab　　(E) a²b²/a-b</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在表达式 x+1/x-1 中，将每个 x 都替换为 x+1/x-1。所得表达式在 x=1/2 时的值为：</w:t>
      </w:r>
    </w:p>
    <w:p>
      <w:pPr>
        <w:spacing w:before="0" w:after="120" w:line="300" w:lineRule="auto"/>
      </w:pPr>
      <w:r>
        <w:rPr>
          <w:rFonts w:ascii="Times New Roman" w:hAnsi="Times New Roman" w:eastAsia="宋体"/>
          <w:b w:val="0"/>
          <w:i w:val="0"/>
          <w:sz w:val="21"/>
        </w:rPr>
        <w:t>（A）3　　（B）-3　　（C）1　　（D）-1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expression x+1/x-1, each x is replaced by x+1/x-1. The resulting expression, evaluated for x=1/2, equals:</w:t>
      </w:r>
    </w:p>
    <w:p>
      <w:pPr>
        <w:spacing w:before="0" w:after="160" w:line="300" w:lineRule="auto"/>
      </w:pPr>
      <w:r>
        <w:rPr>
          <w:rFonts w:ascii="Times New Roman" w:hAnsi="Times New Roman" w:eastAsia="宋体"/>
          <w:b w:val="0"/>
          <w:i w:val="0"/>
          <w:color w:val="333333"/>
          <w:sz w:val="19"/>
        </w:rPr>
        <w:t>(A) 3　　(B) -3　　(C) 1　　(D) -1　　(E) none of these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表达式 2+√(2)+1/(2+√(2))+1/(√(2)-2) 等于：</w:t>
      </w:r>
    </w:p>
    <w:p>
      <w:pPr>
        <w:spacing w:before="0" w:after="120" w:line="300" w:lineRule="auto"/>
      </w:pPr>
      <w:r>
        <w:rPr>
          <w:rFonts w:ascii="Times New Roman" w:hAnsi="Times New Roman" w:eastAsia="宋体"/>
          <w:b w:val="0"/>
          <w:i w:val="0"/>
          <w:sz w:val="21"/>
        </w:rPr>
        <w:t>（A）2　　（B）2-√(2)　　（C）2+√(2)　　（D）2√(2)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2+√(2)+1/(2+√(2))+1/(√(2)-2) equals:</w:t>
      </w:r>
    </w:p>
    <w:p>
      <w:pPr>
        <w:spacing w:before="0" w:after="160" w:line="300" w:lineRule="auto"/>
      </w:pPr>
      <w:r>
        <w:rPr>
          <w:rFonts w:ascii="Times New Roman" w:hAnsi="Times New Roman" w:eastAsia="宋体"/>
          <w:b w:val="0"/>
          <w:i w:val="0"/>
          <w:color w:val="333333"/>
          <w:sz w:val="19"/>
        </w:rPr>
        <w:t>(A) 2　　(B) 2-√(2)　　(C) 2+√(2)　　(D) 2√(2)　　(E) (√(2))/2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当 x≠0 时，x+a/x 与 x-a/x 的算术平均数为：</w:t>
      </w:r>
    </w:p>
    <w:p>
      <w:pPr>
        <w:spacing w:before="0" w:after="120" w:line="300" w:lineRule="auto"/>
      </w:pPr>
      <w:r>
        <w:rPr>
          <w:rFonts w:ascii="Times New Roman" w:hAnsi="Times New Roman" w:eastAsia="宋体"/>
          <w:b w:val="0"/>
          <w:i w:val="0"/>
          <w:sz w:val="21"/>
        </w:rPr>
        <w:t>（A）当 a≠0 时为 2　　（B）1　　（C）仅当 a=0 时为 1　　（D）a/x　　（E）x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mean between x+a/x and x-a/x, when x≠0, is:</w:t>
      </w:r>
    </w:p>
    <w:p>
      <w:pPr>
        <w:spacing w:before="0" w:after="160" w:line="300" w:lineRule="auto"/>
      </w:pPr>
      <w:r>
        <w:rPr>
          <w:rFonts w:ascii="Times New Roman" w:hAnsi="Times New Roman" w:eastAsia="宋体"/>
          <w:b w:val="0"/>
          <w:i w:val="0"/>
          <w:color w:val="333333"/>
          <w:sz w:val="19"/>
        </w:rPr>
        <w:t>(A) 2, if a≠0　　(B) 1　　(C) 1, only if a=0　　(D) a/x　　(E) x</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一条直线经过点 (-1,1) 和 (3,9)。它的 x 轴截距为：</w:t>
      </w:r>
    </w:p>
    <w:p>
      <w:pPr>
        <w:spacing w:before="0" w:after="120" w:line="300" w:lineRule="auto"/>
      </w:pPr>
      <w:r>
        <w:rPr>
          <w:rFonts w:ascii="Times New Roman" w:hAnsi="Times New Roman" w:eastAsia="宋体"/>
          <w:b w:val="0"/>
          <w:i w:val="0"/>
          <w:sz w:val="21"/>
        </w:rPr>
        <w:t>（A）-3/2　　（B）-2/3　　（C）2/5　　（D）2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straight line joins the points (-1,1) and (3,9). Its x-intercept is:</w:t>
      </w:r>
    </w:p>
    <w:p>
      <w:pPr>
        <w:spacing w:before="0" w:after="160" w:line="300" w:lineRule="auto"/>
      </w:pPr>
      <w:r>
        <w:rPr>
          <w:rFonts w:ascii="Times New Roman" w:hAnsi="Times New Roman" w:eastAsia="宋体"/>
          <w:b w:val="0"/>
          <w:i w:val="0"/>
          <w:color w:val="333333"/>
          <w:sz w:val="19"/>
        </w:rPr>
        <w:t>(A) -3/2　　(B) -2/3　　(C) 2/5　　(D) 2　　(E) 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 √(π²)、³√(0.8)、⁴√(0.00016)、³√(-1)·√((0.09)⁻¹) 这四个数中，哪些是有理数？</w:t>
      </w:r>
    </w:p>
    <w:p>
      <w:pPr>
        <w:spacing w:before="0" w:after="120" w:line="300" w:lineRule="auto"/>
      </w:pPr>
      <w:r>
        <w:rPr>
          <w:rFonts w:ascii="Times New Roman" w:hAnsi="Times New Roman" w:eastAsia="宋体"/>
          <w:b w:val="0"/>
          <w:i w:val="0"/>
          <w:sz w:val="21"/>
        </w:rPr>
        <w:t>（A）一个也不是　　（B）全部都是　　（C）第一个和第四个　　（D）仅第四个　　（E）仅第一个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these four numbers, √(π²), ³√(0.8), ⁴√(0.00016), ³√(-1)·√((0.09)⁻¹), is (are) rational?</w:t>
      </w:r>
    </w:p>
    <w:p>
      <w:pPr>
        <w:spacing w:before="0" w:after="160" w:line="300" w:lineRule="auto"/>
      </w:pPr>
      <w:r>
        <w:rPr>
          <w:rFonts w:ascii="Times New Roman" w:hAnsi="Times New Roman" w:eastAsia="宋体"/>
          <w:b w:val="0"/>
          <w:i w:val="0"/>
          <w:color w:val="333333"/>
          <w:sz w:val="19"/>
        </w:rPr>
        <w:t>(A) none　　(B) all　　(C) the first and fourth　　(D) only the fourth　　(E) only the first</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满足方程 x²+b²=(a-x)² 的一个 x 值为：</w:t>
      </w:r>
    </w:p>
    <w:p>
      <w:pPr>
        <w:spacing w:before="0" w:after="120" w:line="300" w:lineRule="auto"/>
      </w:pPr>
      <w:r>
        <w:rPr>
          <w:rFonts w:ascii="Times New Roman" w:hAnsi="Times New Roman" w:eastAsia="宋体"/>
          <w:b w:val="0"/>
          <w:i w:val="0"/>
          <w:sz w:val="21"/>
        </w:rPr>
        <w:t>（A）b²+a²/2a　　（B）b²-a²/2a　　（C）a²-b²/2a　　（D）a-b/2　　（E）a²-b²/2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value of x satisfying the equation x²+b²=(a-x)² is:</w:t>
      </w:r>
    </w:p>
    <w:p>
      <w:pPr>
        <w:spacing w:before="0" w:after="160" w:line="300" w:lineRule="auto"/>
      </w:pPr>
      <w:r>
        <w:rPr>
          <w:rFonts w:ascii="Times New Roman" w:hAnsi="Times New Roman" w:eastAsia="宋体"/>
          <w:b w:val="0"/>
          <w:i w:val="0"/>
          <w:color w:val="333333"/>
          <w:sz w:val="19"/>
        </w:rPr>
        <w:t>(A) b²+a²/2a　　(B) b²-a²/2a　　(C) a²-b²/2a　　(D) a-b/2　　(E) a²-b²/2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除 k=0 外，在哪些实数 k 下，方程 x²+kx+k²=0 有实根？</w:t>
      </w:r>
    </w:p>
    <w:p>
      <w:pPr>
        <w:spacing w:before="0" w:after="120" w:line="300" w:lineRule="auto"/>
      </w:pPr>
      <w:r>
        <w:rPr>
          <w:rFonts w:ascii="Times New Roman" w:hAnsi="Times New Roman" w:eastAsia="宋体"/>
          <w:b w:val="0"/>
          <w:i w:val="0"/>
          <w:sz w:val="21"/>
        </w:rPr>
        <w:t>（A）k&lt;0　　（B）k&gt;0　　（C）k≥1　　（D）k 的所有值　　（E）不存在这样的 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what real values of k, other than k=0, does the equation x²+kx+k²=0 have real roots?</w:t>
      </w:r>
    </w:p>
    <w:p>
      <w:pPr>
        <w:spacing w:before="0" w:after="160" w:line="300" w:lineRule="auto"/>
      </w:pPr>
      <w:r>
        <w:rPr>
          <w:rFonts w:ascii="Times New Roman" w:hAnsi="Times New Roman" w:eastAsia="宋体"/>
          <w:b w:val="0"/>
          <w:i w:val="0"/>
          <w:color w:val="333333"/>
          <w:sz w:val="19"/>
        </w:rPr>
        <w:t>(A) k&lt;0　　(B) k&gt;0　　(C) k≥1　　(D) all values of k　　(E) no values of k</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满足方程 √(5-x)=x√(5-x) 的根的个数为：</w:t>
      </w:r>
    </w:p>
    <w:p>
      <w:pPr>
        <w:spacing w:before="0" w:after="120" w:line="300" w:lineRule="auto"/>
      </w:pPr>
      <w:r>
        <w:rPr>
          <w:rFonts w:ascii="Times New Roman" w:hAnsi="Times New Roman" w:eastAsia="宋体"/>
          <w:b w:val="0"/>
          <w:i w:val="0"/>
          <w:sz w:val="21"/>
        </w:rPr>
        <w:t>（A）无限多个　　（B）3　　（C）2　　（D）1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roots satisfying the equation √(5-x)=x√(5-x) is:</w:t>
      </w:r>
    </w:p>
    <w:p>
      <w:pPr>
        <w:spacing w:before="0" w:after="160" w:line="300" w:lineRule="auto"/>
      </w:pPr>
      <w:r>
        <w:rPr>
          <w:rFonts w:ascii="Times New Roman" w:hAnsi="Times New Roman" w:eastAsia="宋体"/>
          <w:b w:val="0"/>
          <w:i w:val="0"/>
          <w:color w:val="333333"/>
          <w:sz w:val="19"/>
        </w:rPr>
        <w:t>(A) unlimited　　(B) 3　　(C) 2　　(D) 1　　(E) 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 P=s/((1+k)ⁿ)，则 n 等于：</w:t>
      </w:r>
    </w:p>
    <w:p>
      <w:pPr>
        <w:spacing w:before="0" w:after="120" w:line="300" w:lineRule="auto"/>
      </w:pPr>
      <w:r>
        <w:rPr>
          <w:rFonts w:ascii="Times New Roman" w:hAnsi="Times New Roman" w:eastAsia="宋体"/>
          <w:b w:val="0"/>
          <w:i w:val="0"/>
          <w:sz w:val="21"/>
        </w:rPr>
        <w:t>（A）(log(s/P))/(log(1+k))　　（B）logs/(P(1+k))　　（C）logs-P/1+k　　（D）logs/P+log(1+k)　　（E）(log s)/(log(P(1+k)))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P=s/((1+k)ⁿ), then n equals:</w:t>
      </w:r>
    </w:p>
    <w:p>
      <w:pPr>
        <w:spacing w:before="0" w:after="160" w:line="300" w:lineRule="auto"/>
      </w:pPr>
      <w:r>
        <w:rPr>
          <w:rFonts w:ascii="Times New Roman" w:hAnsi="Times New Roman" w:eastAsia="宋体"/>
          <w:b w:val="0"/>
          <w:i w:val="0"/>
          <w:color w:val="333333"/>
          <w:sz w:val="19"/>
        </w:rPr>
        <w:t>(A) (log(s/P))/(log(1+k))　　(B) logs/(P(1+k))　　(C) logs-P/1+k　　(D) logs/P+log(1+k)　　(E) (log s)/(log(P(1+k)))</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两数之和为 10，乘积为 20。它们的倒数之和为：</w:t>
      </w:r>
    </w:p>
    <w:p>
      <w:pPr>
        <w:spacing w:before="0" w:after="120" w:line="300" w:lineRule="auto"/>
      </w:pPr>
      <w:r>
        <w:rPr>
          <w:rFonts w:ascii="Times New Roman" w:hAnsi="Times New Roman" w:eastAsia="宋体"/>
          <w:b w:val="0"/>
          <w:i w:val="0"/>
          <w:sz w:val="21"/>
        </w:rPr>
        <w:t>（A）1/10　　（B）1/2　　（C）1　　（D）2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numbers is 10; their product is 20. The sum of their reciprocals is:</w:t>
      </w:r>
    </w:p>
    <w:p>
      <w:pPr>
        <w:spacing w:before="0" w:after="160" w:line="300" w:lineRule="auto"/>
      </w:pPr>
      <w:r>
        <w:rPr>
          <w:rFonts w:ascii="Times New Roman" w:hAnsi="Times New Roman" w:eastAsia="宋体"/>
          <w:b w:val="0"/>
          <w:i w:val="0"/>
          <w:color w:val="333333"/>
          <w:sz w:val="19"/>
        </w:rPr>
        <w:t>(A) 1/10　　(B) 1/2　　(C) 1　　(D) 2　　(E) 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在一次舞会上，一群男孩和女孩按如下方式轮流跳舞：第一个男孩与 5 个女孩跳舞，第二个男孩与 6 个女孩跳舞，依此类推，最后一个男孩与所有女孩跳舞。若 b 表示男孩人数，g 表示女孩人数，则：</w:t>
      </w:r>
    </w:p>
    <w:p>
      <w:pPr>
        <w:spacing w:before="0" w:after="120" w:line="300" w:lineRule="auto"/>
      </w:pPr>
      <w:r>
        <w:rPr>
          <w:rFonts w:ascii="Times New Roman" w:hAnsi="Times New Roman" w:eastAsia="宋体"/>
          <w:b w:val="0"/>
          <w:i w:val="0"/>
          <w:sz w:val="21"/>
        </w:rPr>
        <w:t>（A）b=g　　（B）b=g/5　　（C）b=g-4　　（D）b=g-5　　（E）若不知道 b+g，就无法确定 b 与 g 的关系</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dance party a group of boys and girls exchange dances as follows: one boy dances with 5 girls, a second boy dances with 6 girls, and so on, the last boy dancing with all the girls. If b represents the number of boys and g the number of girls, then:</w:t>
      </w:r>
    </w:p>
    <w:p>
      <w:pPr>
        <w:spacing w:before="0" w:after="160" w:line="300" w:lineRule="auto"/>
      </w:pPr>
      <w:r>
        <w:rPr>
          <w:rFonts w:ascii="Times New Roman" w:hAnsi="Times New Roman" w:eastAsia="宋体"/>
          <w:b w:val="0"/>
          <w:i w:val="0"/>
          <w:color w:val="333333"/>
          <w:sz w:val="19"/>
        </w:rPr>
        <w:t>(A) b=g　　(B) b=g/5　　(C) b=g-4　　(D) b=g-5　　(E) It is impossible to determine a relation between b and</w:t>
        <w:br/>
        <w:t>g without knowing b+g</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一个四边形内接于圆。在四边形外部的四个弓形中各作一个圆周角，则这四个角的度数之和为：</w:t>
      </w:r>
    </w:p>
    <w:p>
      <w:pPr>
        <w:spacing w:before="0" w:after="120" w:line="300" w:lineRule="auto"/>
      </w:pPr>
      <w:r>
        <w:rPr>
          <w:rFonts w:ascii="Times New Roman" w:hAnsi="Times New Roman" w:eastAsia="宋体"/>
          <w:b w:val="0"/>
          <w:i w:val="0"/>
          <w:sz w:val="21"/>
        </w:rPr>
        <w:t>（A）1080　　（B）900　　（C）720　　（D）540　　（E）360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quadrilateral is inscribed in a circle. If an angle is inscribed into each of the four segments outside the quadrilateral, the sum of these four angles, expressed in degrees, is:</w:t>
      </w:r>
    </w:p>
    <w:p>
      <w:pPr>
        <w:spacing w:before="0" w:after="160" w:line="300" w:lineRule="auto"/>
      </w:pPr>
      <w:r>
        <w:rPr>
          <w:rFonts w:ascii="Times New Roman" w:hAnsi="Times New Roman" w:eastAsia="宋体"/>
          <w:b w:val="0"/>
          <w:i w:val="0"/>
          <w:color w:val="333333"/>
          <w:sz w:val="19"/>
        </w:rPr>
        <w:t>(A) 1080　　(B) 900　　(C) 720　　(D) 540　　(E) 360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正六边形内切圆的面积为 100π。该正六边形的面积为：</w:t>
      </w:r>
    </w:p>
    <w:p>
      <w:pPr>
        <w:spacing w:before="0" w:after="120" w:line="300" w:lineRule="auto"/>
      </w:pPr>
      <w:r>
        <w:rPr>
          <w:rFonts w:ascii="Times New Roman" w:hAnsi="Times New Roman" w:eastAsia="宋体"/>
          <w:b w:val="0"/>
          <w:i w:val="0"/>
          <w:sz w:val="21"/>
        </w:rPr>
        <w:t>（A）600　　（B）300　　（C）200√(2)　　（D）200√(3)　　（E）120√(5)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a circle inscribed in a regular hexagon is 100π. The area of the hexagon is:</w:t>
      </w:r>
    </w:p>
    <w:p>
      <w:pPr>
        <w:spacing w:before="0" w:after="160" w:line="300" w:lineRule="auto"/>
      </w:pPr>
      <w:r>
        <w:rPr>
          <w:rFonts w:ascii="Times New Roman" w:hAnsi="Times New Roman" w:eastAsia="宋体"/>
          <w:b w:val="0"/>
          <w:i w:val="0"/>
          <w:color w:val="333333"/>
          <w:sz w:val="19"/>
        </w:rPr>
        <w:t>(A) 600　　(B) 300　　(C) 200√(2)　　(D) 200√(3)　　(E) 120√(5)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x 为正数且 log x≥log2+1/2log x，则：</w:t>
      </w:r>
    </w:p>
    <w:p>
      <w:pPr>
        <w:spacing w:before="0" w:after="120" w:line="300" w:lineRule="auto"/>
      </w:pPr>
      <w:r>
        <w:rPr>
          <w:rFonts w:ascii="Times New Roman" w:hAnsi="Times New Roman" w:eastAsia="宋体"/>
          <w:b w:val="0"/>
          <w:i w:val="0"/>
          <w:sz w:val="21"/>
        </w:rPr>
        <w:t>（A）x 既无最小值也无最大值　　（B）x 的最大值为 1　　（C）x 的最小值为 1　　（D）x 的最大值为 4　　（E）x 的最小值为 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is positive and log x≥log2+1/2log x, then:</w:t>
      </w:r>
    </w:p>
    <w:p>
      <w:pPr>
        <w:spacing w:before="0" w:after="160" w:line="300" w:lineRule="auto"/>
      </w:pPr>
      <w:r>
        <w:rPr>
          <w:rFonts w:ascii="Times New Roman" w:hAnsi="Times New Roman" w:eastAsia="宋体"/>
          <w:b w:val="0"/>
          <w:i w:val="0"/>
          <w:color w:val="333333"/>
          <w:sz w:val="19"/>
        </w:rPr>
        <w:t>(A) x has no minimum or maximum value　　(B) the maximum value of x is 1　　(C) the minimum value of x is 1　　(D) the maximum value of x is 4　　(E) the minimum value of x is 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圆的半径 r 增加 n 后，面积变为原来的两倍。则 r 等于：</w:t>
      </w:r>
    </w:p>
    <w:p>
      <w:pPr>
        <w:spacing w:before="0" w:after="120" w:line="300" w:lineRule="auto"/>
      </w:pPr>
      <w:r>
        <w:rPr>
          <w:rFonts w:ascii="Times New Roman" w:hAnsi="Times New Roman" w:eastAsia="宋体"/>
          <w:b w:val="0"/>
          <w:i w:val="0"/>
          <w:sz w:val="21"/>
        </w:rPr>
        <w:t>（A）n(√(2)+1)　　（B）n(√(2)-1)　　（C）n　　（D）n(2-√(2))　　（E）nπ/(√(2)+1)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a circle is doubled when its radius r is increased by n. Then r equals:</w:t>
      </w:r>
    </w:p>
    <w:p>
      <w:pPr>
        <w:spacing w:before="0" w:after="160" w:line="300" w:lineRule="auto"/>
      </w:pPr>
      <w:r>
        <w:rPr>
          <w:rFonts w:ascii="Times New Roman" w:hAnsi="Times New Roman" w:eastAsia="宋体"/>
          <w:b w:val="0"/>
          <w:i w:val="0"/>
          <w:color w:val="333333"/>
          <w:sz w:val="19"/>
        </w:rPr>
        <w:t>(A) n(√(2)+1)　　(B) n(√(2)-1)　　(C) n　　(D) n(2-√(2))　　(E) nπ/(√(2)+1)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直角三角形的两条直角边为 a 和 b，斜边为 c。从直角顶点向斜边作垂线，将 c 分成线段 r 和 s，它们分别与 a 和 b 相邻。若 a:b=1:3，则 r 与 s 之比为：</w:t>
      </w:r>
    </w:p>
    <w:p>
      <w:pPr>
        <w:spacing w:before="0" w:after="120" w:line="300" w:lineRule="auto"/>
      </w:pPr>
      <w:r>
        <w:rPr>
          <w:rFonts w:ascii="Times New Roman" w:hAnsi="Times New Roman" w:eastAsia="宋体"/>
          <w:b w:val="0"/>
          <w:i w:val="0"/>
          <w:sz w:val="21"/>
        </w:rPr>
        <w:t>（A）1:3　　（B）1:9　　（C）1:10　　（D）3:10　　（E）1:√(10)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right triangle are a and b and the hypotenuse is c. A perpendicular from the vertex divides c into segments r and s, adjacent respectively to a and b. If a:b=1:3, then the ratio of r to s is:</w:t>
      </w:r>
    </w:p>
    <w:p>
      <w:pPr>
        <w:spacing w:before="0" w:after="160" w:line="300" w:lineRule="auto"/>
      </w:pPr>
      <w:r>
        <w:rPr>
          <w:rFonts w:ascii="Times New Roman" w:hAnsi="Times New Roman" w:eastAsia="宋体"/>
          <w:b w:val="0"/>
          <w:i w:val="0"/>
          <w:color w:val="333333"/>
          <w:sz w:val="19"/>
        </w:rPr>
        <w:t>(A) 1:3　　(B) 1:9　　(C) 1:10　　(D) 3:10　　(E) 1:√(10)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 4ˣ-4ˣ⁻¹=24，则 (2x)ˣ 等于：</w:t>
      </w:r>
    </w:p>
    <w:p>
      <w:pPr>
        <w:spacing w:before="0" w:after="120" w:line="300" w:lineRule="auto"/>
      </w:pPr>
      <w:r>
        <w:rPr>
          <w:rFonts w:ascii="Times New Roman" w:hAnsi="Times New Roman" w:eastAsia="宋体"/>
          <w:b w:val="0"/>
          <w:i w:val="0"/>
          <w:sz w:val="21"/>
        </w:rPr>
        <w:t>（A）5√(5)　　（B）√(5)　　（C）25√(5)　　（D）125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4ˣ-4ˣ⁻¹=24, then (2x)ˣ equals:</w:t>
      </w:r>
    </w:p>
    <w:p>
      <w:pPr>
        <w:spacing w:before="0" w:after="160" w:line="300" w:lineRule="auto"/>
      </w:pPr>
      <w:r>
        <w:rPr>
          <w:rFonts w:ascii="Times New Roman" w:hAnsi="Times New Roman" w:eastAsia="宋体"/>
          <w:b w:val="0"/>
          <w:i w:val="0"/>
          <w:color w:val="333333"/>
          <w:sz w:val="19"/>
        </w:rPr>
        <w:t>(A) 5√(5)　　(B) √(5)　　(C) 25√(5)　　(D) 125　　(E) 25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在附图中，CE 和 DE 是圆心为 O 的圆的两条等弦。弧 AB 是四分之一圆周。则三角形 CED 与三角形 AOB 的面积之比为：</w:t>
      </w:r>
    </w:p>
    <w:p>
      <w:pPr>
        <w:spacing w:before="80" w:after="80"/>
        <w:jc w:val="center"/>
      </w:pPr>
      <w:r>
        <w:drawing>
          <wp:inline xmlns:a="http://schemas.openxmlformats.org/drawingml/2006/main" xmlns:pic="http://schemas.openxmlformats.org/drawingml/2006/picture">
            <wp:extent cx="1466256" cy="1332116"/>
            <wp:docPr id="1" name="Picture 1"/>
            <wp:cNvGraphicFramePr>
              <a:graphicFrameLocks noChangeAspect="1"/>
            </wp:cNvGraphicFramePr>
            <a:graphic>
              <a:graphicData uri="http://schemas.openxmlformats.org/drawingml/2006/picture">
                <pic:pic>
                  <pic:nvPicPr>
                    <pic:cNvPr id="0" name="q21-1@300dpi.png"/>
                    <pic:cNvPicPr/>
                  </pic:nvPicPr>
                  <pic:blipFill>
                    <a:blip r:embed="rId9"/>
                    <a:stretch>
                      <a:fillRect/>
                    </a:stretch>
                  </pic:blipFill>
                  <pic:spPr>
                    <a:xfrm>
                      <a:off x="0" y="0"/>
                      <a:ext cx="1466256" cy="1332116"/>
                    </a:xfrm>
                    <a:prstGeom prst="rect"/>
                  </pic:spPr>
                </pic:pic>
              </a:graphicData>
            </a:graphic>
          </wp:inline>
        </w:drawing>
      </w:r>
    </w:p>
    <w:p>
      <w:pPr>
        <w:spacing w:before="0" w:after="120" w:line="300" w:lineRule="auto"/>
      </w:pPr>
      <w:r>
        <w:rPr>
          <w:rFonts w:ascii="Times New Roman" w:hAnsi="Times New Roman" w:eastAsia="宋体"/>
          <w:b w:val="0"/>
          <w:i w:val="0"/>
          <w:sz w:val="21"/>
        </w:rPr>
        <w:t>（A）√(2):1　　（B）√(3):1　　（C）4:1　　（D）3:1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accompanying figure CE and DE are equal chords of a circle with center O. Arc AB is a quarter-circle. Then the ratio of the area of triangle CED to the area of triangle AOB is:</w:t>
      </w:r>
    </w:p>
    <w:p>
      <w:pPr>
        <w:spacing w:before="80" w:after="80"/>
        <w:jc w:val="center"/>
      </w:pPr>
      <w:r>
        <w:drawing>
          <wp:inline xmlns:a="http://schemas.openxmlformats.org/drawingml/2006/main" xmlns:pic="http://schemas.openxmlformats.org/drawingml/2006/picture">
            <wp:extent cx="1466256" cy="1332116"/>
            <wp:docPr id="2" name="Picture 2"/>
            <wp:cNvGraphicFramePr>
              <a:graphicFrameLocks noChangeAspect="1"/>
            </wp:cNvGraphicFramePr>
            <a:graphic>
              <a:graphicData uri="http://schemas.openxmlformats.org/drawingml/2006/picture">
                <pic:pic>
                  <pic:nvPicPr>
                    <pic:cNvPr id="0" name="q21-1@300dpi.png"/>
                    <pic:cNvPicPr/>
                  </pic:nvPicPr>
                  <pic:blipFill>
                    <a:blip r:embed="rId9"/>
                    <a:stretch>
                      <a:fillRect/>
                    </a:stretch>
                  </pic:blipFill>
                  <pic:spPr>
                    <a:xfrm>
                      <a:off x="0" y="0"/>
                      <a:ext cx="1466256" cy="133211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　　(B) √(3):1　　(C) 4:1　　(D) 3:1　　(E) 2:1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将一个质点放在抛物线 y=x²-x-6 上纵坐标为 6 的点 P 处。让它沿抛物线滚动，直到到达纵坐标为 -6 的最近点 Q。质点移动的水平距离，即 P 与 Q 横坐标之差的绝对值，为：</w:t>
      </w:r>
    </w:p>
    <w:p>
      <w:pPr>
        <w:spacing w:before="0" w:after="120" w:line="300" w:lineRule="auto"/>
      </w:pPr>
      <w:r>
        <w:rPr>
          <w:rFonts w:ascii="Times New Roman" w:hAnsi="Times New Roman" w:eastAsia="宋体"/>
          <w:b w:val="0"/>
          <w:i w:val="0"/>
          <w:sz w:val="21"/>
        </w:rPr>
        <w:t>（A）5　　（B）4　　（C）3　　（D）2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particle is placed on the parabola y=x²-x-6 at a point P whose ordinate is 6. It is allowed to roll along the parabola until it reaches the nearest point Q whose ordinate is -6. The horizontal distance traveled by the particle (the numerical value of the difference in the abscissas of P and Q) is:</w:t>
      </w:r>
    </w:p>
    <w:p>
      <w:pPr>
        <w:spacing w:before="0" w:after="160" w:line="300" w:lineRule="auto"/>
      </w:pPr>
      <w:r>
        <w:rPr>
          <w:rFonts w:ascii="Times New Roman" w:hAnsi="Times New Roman" w:eastAsia="宋体"/>
          <w:b w:val="0"/>
          <w:i w:val="0"/>
          <w:color w:val="333333"/>
          <w:sz w:val="19"/>
        </w:rPr>
        <w:t>(A) 5　　(B) 4　　(C) 3　　(D) 2　　(E) 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在表达式 x²-3 中，若 x 增加或减少一个正数 a，则表达式的变化量为：</w:t>
      </w:r>
    </w:p>
    <w:p>
      <w:pPr>
        <w:spacing w:before="0" w:after="120" w:line="300" w:lineRule="auto"/>
      </w:pPr>
      <w:r>
        <w:rPr>
          <w:rFonts w:ascii="Times New Roman" w:hAnsi="Times New Roman" w:eastAsia="宋体"/>
          <w:b w:val="0"/>
          <w:i w:val="0"/>
          <w:sz w:val="21"/>
        </w:rPr>
        <w:t>（A）±2ax+a²　　（B）2ax± a²　　（C）± a²-3　　（D）(x+a)²-3　　（E）(x-a)²-3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in the expression x²-3, x increases or decreases by a positive amount a, the expression changes by an amount:</w:t>
      </w:r>
    </w:p>
    <w:p>
      <w:pPr>
        <w:spacing w:before="0" w:after="160" w:line="300" w:lineRule="auto"/>
      </w:pPr>
      <w:r>
        <w:rPr>
          <w:rFonts w:ascii="Times New Roman" w:hAnsi="Times New Roman" w:eastAsia="宋体"/>
          <w:b w:val="0"/>
          <w:i w:val="0"/>
          <w:color w:val="333333"/>
          <w:sz w:val="19"/>
        </w:rPr>
        <w:t>(A) ±2ax+a²　　(B) 2ax± a²　　(C) ± a²-3　　(D) (x+a)²-3　　(E) (x-a)²-3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一个人以每英里 2 分钟的速度向正北行进 m 英尺，再以每分钟 2 英里的速度向正南返回起点。全程的平均速度，以英里每小时计，为：</w:t>
      </w:r>
    </w:p>
    <w:p>
      <w:pPr>
        <w:spacing w:before="0" w:after="120" w:line="300" w:lineRule="auto"/>
      </w:pPr>
      <w:r>
        <w:rPr>
          <w:rFonts w:ascii="Times New Roman" w:hAnsi="Times New Roman" w:eastAsia="宋体"/>
          <w:b w:val="0"/>
          <w:i w:val="0"/>
          <w:sz w:val="21"/>
        </w:rPr>
        <w:t>（A）75　　（B）48　　（C）45　　（D）24　　（E）不知道 m 的值就无法确定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 travels m feet due north at 2 minutes per mile. He returns due south to his starting point at 2 miles per minute. The average rate in miles per hour for the entire trip is:</w:t>
      </w:r>
    </w:p>
    <w:p>
      <w:pPr>
        <w:spacing w:before="0" w:after="160" w:line="300" w:lineRule="auto"/>
      </w:pPr>
      <w:r>
        <w:rPr>
          <w:rFonts w:ascii="Times New Roman" w:hAnsi="Times New Roman" w:eastAsia="宋体"/>
          <w:b w:val="0"/>
          <w:i w:val="0"/>
          <w:color w:val="333333"/>
          <w:sz w:val="19"/>
        </w:rPr>
        <w:t>(A) 75　　(B) 48　　(C) 45　　(D) 24　　(E) impossible to determine without knowing the value of m</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若 logₖx·log₅k=3，则 x 等于：</w:t>
      </w:r>
    </w:p>
    <w:p>
      <w:pPr>
        <w:spacing w:before="0" w:after="120" w:line="300" w:lineRule="auto"/>
      </w:pPr>
      <w:r>
        <w:rPr>
          <w:rFonts w:ascii="Times New Roman" w:hAnsi="Times New Roman" w:eastAsia="宋体"/>
          <w:b w:val="0"/>
          <w:i w:val="0"/>
          <w:sz w:val="21"/>
        </w:rPr>
        <w:t>（A）k⁶　　（B）5k³　　（C）k³　　（D）243　　（E）125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logₖx·log₅k=3, then x equals:</w:t>
      </w:r>
    </w:p>
    <w:p>
      <w:pPr>
        <w:spacing w:before="0" w:after="160" w:line="300" w:lineRule="auto"/>
      </w:pPr>
      <w:r>
        <w:rPr>
          <w:rFonts w:ascii="Times New Roman" w:hAnsi="Times New Roman" w:eastAsia="宋体"/>
          <w:b w:val="0"/>
          <w:i w:val="0"/>
          <w:color w:val="333333"/>
          <w:sz w:val="19"/>
        </w:rPr>
        <w:t>(A) k⁶　　(B) 5k³　　(C) k³　　(D) 243　　(E) 125</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一组 n 个数的和为 s。将每个数先加 20，再乘 5，最后减 20。所得新一组数的和为：</w:t>
      </w:r>
    </w:p>
    <w:p>
      <w:pPr>
        <w:spacing w:before="0" w:after="120" w:line="300" w:lineRule="auto"/>
      </w:pPr>
      <w:r>
        <w:rPr>
          <w:rFonts w:ascii="Times New Roman" w:hAnsi="Times New Roman" w:eastAsia="宋体"/>
          <w:b w:val="0"/>
          <w:i w:val="0"/>
          <w:sz w:val="21"/>
        </w:rPr>
        <w:t>（A）s+20n　　（B）5s+80n　　（C）s　　（D）5s　　（E）5s+4n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n numbers has the sum s. Each number of the set is increased by 20, then multiplied by 5, and then decreased by 20. The sum of the numbers in the new set thus obtained is:</w:t>
      </w:r>
    </w:p>
    <w:p>
      <w:pPr>
        <w:spacing w:before="0" w:after="160" w:line="300" w:lineRule="auto"/>
      </w:pPr>
      <w:r>
        <w:rPr>
          <w:rFonts w:ascii="Times New Roman" w:hAnsi="Times New Roman" w:eastAsia="宋体"/>
          <w:b w:val="0"/>
          <w:i w:val="0"/>
          <w:color w:val="333333"/>
          <w:sz w:val="19"/>
        </w:rPr>
        <w:t>(A) s+20n　　(B) 5s+80n　　(C) s　　(D) 5s　　(E) 5s+4n</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点 (2,-3)、(4,3) 和 (5,k/2) 在同一直线上。k 的值为：</w:t>
      </w:r>
    </w:p>
    <w:p>
      <w:pPr>
        <w:spacing w:before="0" w:after="120" w:line="300" w:lineRule="auto"/>
      </w:pPr>
      <w:r>
        <w:rPr>
          <w:rFonts w:ascii="Times New Roman" w:hAnsi="Times New Roman" w:eastAsia="宋体"/>
          <w:b w:val="0"/>
          <w:i w:val="0"/>
          <w:sz w:val="21"/>
        </w:rPr>
        <w:t>（A）12　　（B）-12　　（C）±12　　（D）12 或 6　　（E）6 或 62/3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(2,-3), (4,3), and (5,k/2) are on the same straight line. The value(s) of k is (are):</w:t>
      </w:r>
    </w:p>
    <w:p>
      <w:pPr>
        <w:spacing w:before="0" w:after="160" w:line="300" w:lineRule="auto"/>
      </w:pPr>
      <w:r>
        <w:rPr>
          <w:rFonts w:ascii="Times New Roman" w:hAnsi="Times New Roman" w:eastAsia="宋体"/>
          <w:b w:val="0"/>
          <w:i w:val="0"/>
          <w:color w:val="333333"/>
          <w:sz w:val="19"/>
        </w:rPr>
        <w:t>(A) 12　　(B) -12　　(C) ±12　　(D) 12 or 6　　(E) 6 or 62/3</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一个容量为 16 夸脱的散热器中装满了水。取出四夸脱并补入纯防冻液；再从混合液中取出四夸脱并补入纯防冻液。如此再进行第三次和第四次。最终混合液中水所占的比例为：</w:t>
      </w:r>
    </w:p>
    <w:p>
      <w:pPr>
        <w:spacing w:before="0" w:after="120" w:line="300" w:lineRule="auto"/>
      </w:pPr>
      <w:r>
        <w:rPr>
          <w:rFonts w:ascii="Times New Roman" w:hAnsi="Times New Roman" w:eastAsia="宋体"/>
          <w:b w:val="0"/>
          <w:i w:val="0"/>
          <w:sz w:val="21"/>
        </w:rPr>
        <w:t>（A）1/4　　（B）81/256　　（C）27/64　　（D）37/64　　（E）175/256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16-quart radiator is filled with water. Four quarts are removed and replaced with pure antifreeze liquid. Then four quarts of the mixture are removed and replaced with pure antifreeze. This is done a third and a fourth time. The fractional part of the final mixture that is water is:</w:t>
      </w:r>
    </w:p>
    <w:p>
      <w:pPr>
        <w:spacing w:before="0" w:after="160" w:line="300" w:lineRule="auto"/>
      </w:pPr>
      <w:r>
        <w:rPr>
          <w:rFonts w:ascii="Times New Roman" w:hAnsi="Times New Roman" w:eastAsia="宋体"/>
          <w:b w:val="0"/>
          <w:i w:val="0"/>
          <w:color w:val="333333"/>
          <w:sz w:val="19"/>
        </w:rPr>
        <w:t>(A) 1/4　　(B) 81/256　　(C) 27/64　　(D) 37/64　　(E) 175/256</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在图示的一般三角形 ADE 中，作出线段 EB 和 EC。下列哪个角的关系成立？</w:t>
      </w:r>
    </w:p>
    <w:p>
      <w:pPr>
        <w:spacing w:before="80" w:after="80"/>
        <w:jc w:val="center"/>
      </w:pPr>
      <w:r>
        <w:drawing>
          <wp:inline xmlns:a="http://schemas.openxmlformats.org/drawingml/2006/main" xmlns:pic="http://schemas.openxmlformats.org/drawingml/2006/picture">
            <wp:extent cx="2065085" cy="1249467"/>
            <wp:docPr id="3" name="Picture 3"/>
            <wp:cNvGraphicFramePr>
              <a:graphicFrameLocks noChangeAspect="1"/>
            </wp:cNvGraphicFramePr>
            <a:graphic>
              <a:graphicData uri="http://schemas.openxmlformats.org/drawingml/2006/picture">
                <pic:pic>
                  <pic:nvPicPr>
                    <pic:cNvPr id="0" name="q29-1@300dpi.png"/>
                    <pic:cNvPicPr/>
                  </pic:nvPicPr>
                  <pic:blipFill>
                    <a:blip r:embed="rId10"/>
                    <a:stretch>
                      <a:fillRect/>
                    </a:stretch>
                  </pic:blipFill>
                  <pic:spPr>
                    <a:xfrm>
                      <a:off x="0" y="0"/>
                      <a:ext cx="2065085" cy="1249467"/>
                    </a:xfrm>
                    <a:prstGeom prst="rect"/>
                  </pic:spPr>
                </pic:pic>
              </a:graphicData>
            </a:graphic>
          </wp:inline>
        </w:drawing>
      </w:r>
    </w:p>
    <w:p>
      <w:pPr>
        <w:spacing w:before="0" w:after="120" w:line="300" w:lineRule="auto"/>
      </w:pPr>
      <w:r>
        <w:rPr>
          <w:rFonts w:ascii="Times New Roman" w:hAnsi="Times New Roman" w:eastAsia="宋体"/>
          <w:b w:val="0"/>
          <w:i w:val="0"/>
          <w:sz w:val="21"/>
        </w:rPr>
        <w:t>（A）x+z=a+b　　（B）y+z=a+b　　（C）m+x=w+n　　（D）x+z+n=w+c+m　　（E）x+y+n=a+b+m</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general triangle ADE (as shown), lines EB and EC are drawn. Which of the following angle relations is true?</w:t>
      </w:r>
    </w:p>
    <w:p>
      <w:pPr>
        <w:spacing w:before="80" w:after="80"/>
        <w:jc w:val="center"/>
      </w:pPr>
      <w:r>
        <w:drawing>
          <wp:inline xmlns:a="http://schemas.openxmlformats.org/drawingml/2006/main" xmlns:pic="http://schemas.openxmlformats.org/drawingml/2006/picture">
            <wp:extent cx="2065085" cy="1249467"/>
            <wp:docPr id="4" name="Picture 4"/>
            <wp:cNvGraphicFramePr>
              <a:graphicFrameLocks noChangeAspect="1"/>
            </wp:cNvGraphicFramePr>
            <a:graphic>
              <a:graphicData uri="http://schemas.openxmlformats.org/drawingml/2006/picture">
                <pic:pic>
                  <pic:nvPicPr>
                    <pic:cNvPr id="0" name="q29-1@300dpi.png"/>
                    <pic:cNvPicPr/>
                  </pic:nvPicPr>
                  <pic:blipFill>
                    <a:blip r:embed="rId10"/>
                    <a:stretch>
                      <a:fillRect/>
                    </a:stretch>
                  </pic:blipFill>
                  <pic:spPr>
                    <a:xfrm>
                      <a:off x="0" y="0"/>
                      <a:ext cx="2065085" cy="124946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x+z=a+b　　(B) y+z=a+b　　(C) m+x=w+n　　(D) x+z+n=w+c+m　　(E) x+y+n=a+b+m</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若 xy=b 且 1/x²+1/y²=a，则 (x+y)² 等于：</w:t>
      </w:r>
    </w:p>
    <w:p>
      <w:pPr>
        <w:spacing w:before="0" w:after="120" w:line="300" w:lineRule="auto"/>
      </w:pPr>
      <w:r>
        <w:rPr>
          <w:rFonts w:ascii="Times New Roman" w:hAnsi="Times New Roman" w:eastAsia="宋体"/>
          <w:b w:val="0"/>
          <w:i w:val="0"/>
          <w:sz w:val="21"/>
        </w:rPr>
        <w:t>（A）(a+2b)²　　（B）a²+b²　　（C）b(ab+2)　　（D）ab(b+2)　　（E）1/a+2b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xy=b and 1/x²+1/y²=a, then (x+y)² equals:</w:t>
      </w:r>
    </w:p>
    <w:p>
      <w:pPr>
        <w:spacing w:before="0" w:after="160" w:line="300" w:lineRule="auto"/>
      </w:pPr>
      <w:r>
        <w:rPr>
          <w:rFonts w:ascii="Times New Roman" w:hAnsi="Times New Roman" w:eastAsia="宋体"/>
          <w:b w:val="0"/>
          <w:i w:val="0"/>
          <w:color w:val="333333"/>
          <w:sz w:val="19"/>
        </w:rPr>
        <w:t>(A) (a+2b)²　　(B) a²+b²　　(C) b(ab+2)　　(D) ab(b+2)　　(E) 1/a+2b</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等腰三角形底边上的高为 8，周长为 32。该三角形的面积为：</w:t>
      </w:r>
    </w:p>
    <w:p>
      <w:pPr>
        <w:spacing w:before="0" w:after="120" w:line="300" w:lineRule="auto"/>
      </w:pPr>
      <w:r>
        <w:rPr>
          <w:rFonts w:ascii="Times New Roman" w:hAnsi="Times New Roman" w:eastAsia="宋体"/>
          <w:b w:val="0"/>
          <w:i w:val="0"/>
          <w:sz w:val="21"/>
        </w:rPr>
        <w:t>（A）56　　（B）48　　（C）40　　（D）32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altitude drawn to the base of an isosceles triangle is 8, and the perimeter is 32. The area of the triangle is:</w:t>
      </w:r>
    </w:p>
    <w:p>
      <w:pPr>
        <w:spacing w:before="0" w:after="160" w:line="300" w:lineRule="auto"/>
      </w:pPr>
      <w:r>
        <w:rPr>
          <w:rFonts w:ascii="Times New Roman" w:hAnsi="Times New Roman" w:eastAsia="宋体"/>
          <w:b w:val="0"/>
          <w:i w:val="0"/>
          <w:color w:val="333333"/>
          <w:sz w:val="19"/>
        </w:rPr>
        <w:t>(A) 56　　(B) 48　　(C) 40　　(D) 32　　(E) 24</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一位牧场主用 $1000 购买每头 $25 的阉牛和每头 $26 的母牛。若阉牛数 s 和母牛数 c 都是正整数，则：</w:t>
      </w:r>
    </w:p>
    <w:p>
      <w:pPr>
        <w:spacing w:before="0" w:after="120" w:line="300" w:lineRule="auto"/>
      </w:pPr>
      <w:r>
        <w:rPr>
          <w:rFonts w:ascii="Times New Roman" w:hAnsi="Times New Roman" w:eastAsia="宋体"/>
          <w:b w:val="0"/>
          <w:i w:val="0"/>
          <w:sz w:val="21"/>
        </w:rPr>
        <w:t>（A）此题无解　　（B）有两个满足 s 大于 c 的解　　（C）有两个满足 c 大于 s 的解　　（D）有一个满足 s 大于 c 的解　　（E）有一个满足 c 大于 s 的解</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$1000 a rancher is to buy steers at $25 each and cows at $26 each. If the number of steers s and the number of cows c are both positive integers, then:</w:t>
      </w:r>
    </w:p>
    <w:p>
      <w:pPr>
        <w:spacing w:before="0" w:after="160" w:line="300" w:lineRule="auto"/>
      </w:pPr>
      <w:r>
        <w:rPr>
          <w:rFonts w:ascii="Times New Roman" w:hAnsi="Times New Roman" w:eastAsia="宋体"/>
          <w:b w:val="0"/>
          <w:i w:val="0"/>
          <w:color w:val="333333"/>
          <w:sz w:val="19"/>
        </w:rPr>
        <w:t>(A) this problem has no solution　　(B) there are two solutions with s exceeding c　　(C) there are two solutions with c exceeding s　　(D) there is one solution with s exceeding c　　(E) there is one solution with c exceeding</w:t>
        <w:br/>
        <w:t>s</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若方程 ax²+bx+c=0 的一个根是另一个根的两倍，则系数 a、b、c 必须满足：</w:t>
      </w:r>
    </w:p>
    <w:p>
      <w:pPr>
        <w:spacing w:before="0" w:after="120" w:line="300" w:lineRule="auto"/>
      </w:pPr>
      <w:r>
        <w:rPr>
          <w:rFonts w:ascii="Times New Roman" w:hAnsi="Times New Roman" w:eastAsia="宋体"/>
          <w:b w:val="0"/>
          <w:i w:val="0"/>
          <w:sz w:val="21"/>
        </w:rPr>
        <w:t>（A）4b²=9c　　（B）2b²=9ac　　（C）2b²=9a　　（D）b²-8ac=0　　（E）9b²=2ac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one root of ax²+bx+c=0 to be double the other, the coefficients a, b, c must be related as follows:</w:t>
      </w:r>
    </w:p>
    <w:p>
      <w:pPr>
        <w:spacing w:before="0" w:after="160" w:line="300" w:lineRule="auto"/>
      </w:pPr>
      <w:r>
        <w:rPr>
          <w:rFonts w:ascii="Times New Roman" w:hAnsi="Times New Roman" w:eastAsia="宋体"/>
          <w:b w:val="0"/>
          <w:i w:val="0"/>
          <w:color w:val="333333"/>
          <w:sz w:val="19"/>
        </w:rPr>
        <w:t>(A) 4b²=9c　　(B) 2b²=9ac　　(C) 2b²=9a　　(D) b²-8ac=0　　(E) 9b²=2ac</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一个分数的分子为 6x+1，分母为 7-4x，且 x 可取从 -2 到 2 的任意值，包括两端。使分子大于分母的 x 值为：</w:t>
      </w:r>
    </w:p>
    <w:p>
      <w:pPr>
        <w:spacing w:before="0" w:after="120" w:line="300" w:lineRule="auto"/>
      </w:pPr>
      <w:r>
        <w:rPr>
          <w:rFonts w:ascii="Times New Roman" w:hAnsi="Times New Roman" w:eastAsia="宋体"/>
          <w:b w:val="0"/>
          <w:i w:val="0"/>
          <w:sz w:val="21"/>
        </w:rPr>
        <w:t>（A）3/5&lt; x≤2　　（B）3/5≤ x≤2　　（C）0&lt; x≤2　　（D）0≤ x≤2　　（E）-2≤ x≤2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 of a fraction is 6x+1, the denominator is 7-4x, and x can have any value between -2 and 2, both included. The values of x for which the numerator is greater than the denominator are:</w:t>
      </w:r>
    </w:p>
    <w:p>
      <w:pPr>
        <w:spacing w:before="0" w:after="160" w:line="300" w:lineRule="auto"/>
      </w:pPr>
      <w:r>
        <w:rPr>
          <w:rFonts w:ascii="Times New Roman" w:hAnsi="Times New Roman" w:eastAsia="宋体"/>
          <w:b w:val="0"/>
          <w:i w:val="0"/>
          <w:color w:val="333333"/>
          <w:sz w:val="19"/>
        </w:rPr>
        <w:t>(A) 3/5&lt; x≤2　　(B) 3/5≤ x≤2　　(C) 0&lt; x≤2　　(D) 0≤ x≤2　　(E) -2≤ x≤2</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连接三个横、纵坐标均为整数的点形成一个三角形。若 x 轴与 y 轴上的一个单位都代表 1 英寸，则该三角形的面积，以平方英寸计：</w:t>
      </w:r>
    </w:p>
    <w:p>
      <w:pPr>
        <w:spacing w:before="0" w:after="120" w:line="300" w:lineRule="auto"/>
      </w:pPr>
      <w:r>
        <w:rPr>
          <w:rFonts w:ascii="Times New Roman" w:hAnsi="Times New Roman" w:eastAsia="宋体"/>
          <w:b w:val="0"/>
          <w:i w:val="0"/>
          <w:sz w:val="21"/>
        </w:rPr>
        <w:t>（A）必为整数　　（B）可能为无理数　　（C）必为无理数　　（D）必为有理数　　（E）仅当三角形为等边三角形时才是整数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is formed by joining three points whose coordinates are integers. If the x-unit and the y-unit are each 1 inch, then the area of the triangle, in square inches:</w:t>
      </w:r>
    </w:p>
    <w:p>
      <w:pPr>
        <w:spacing w:before="0" w:after="160" w:line="300" w:lineRule="auto"/>
      </w:pPr>
      <w:r>
        <w:rPr>
          <w:rFonts w:ascii="Times New Roman" w:hAnsi="Times New Roman" w:eastAsia="宋体"/>
          <w:b w:val="0"/>
          <w:i w:val="0"/>
          <w:color w:val="333333"/>
          <w:sz w:val="19"/>
        </w:rPr>
        <w:t>(A) must be an integer　　(B) may be irrational　　(C) must be irrational　　(D) must be rational　　(E) will be an integer only if the triangle is equilateral</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一个三角形的三边长分别为 30、70 和 80 个单位。向长度为 80 的边作高，则该边被分成的两段中较长的一段为：</w:t>
      </w:r>
    </w:p>
    <w:p>
      <w:pPr>
        <w:spacing w:before="0" w:after="120" w:line="300" w:lineRule="auto"/>
      </w:pPr>
      <w:r>
        <w:rPr>
          <w:rFonts w:ascii="Times New Roman" w:hAnsi="Times New Roman" w:eastAsia="宋体"/>
          <w:b w:val="0"/>
          <w:i w:val="0"/>
          <w:sz w:val="21"/>
        </w:rPr>
        <w:t>（A）62　　（B）63　　（C）64　　（D）65　　（E）66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triangle are 30, 70, and 80 units. If an altitude is dropped upon the side of length 80, the larger segment cut off on this side is:</w:t>
      </w:r>
    </w:p>
    <w:p>
      <w:pPr>
        <w:spacing w:before="0" w:after="160" w:line="300" w:lineRule="auto"/>
      </w:pPr>
      <w:r>
        <w:rPr>
          <w:rFonts w:ascii="Times New Roman" w:hAnsi="Times New Roman" w:eastAsia="宋体"/>
          <w:b w:val="0"/>
          <w:i w:val="0"/>
          <w:color w:val="333333"/>
          <w:sz w:val="19"/>
        </w:rPr>
        <w:t>(A) 62　　(B) 63　　(C) 64　　(D) 65　　(E) 66</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一个由连续整数组成的等差数列首项为 k²+1。该数列前 2k+1 项的和可表示为：</w:t>
      </w:r>
    </w:p>
    <w:p>
      <w:pPr>
        <w:spacing w:before="0" w:after="120" w:line="300" w:lineRule="auto"/>
      </w:pPr>
      <w:r>
        <w:rPr>
          <w:rFonts w:ascii="Times New Roman" w:hAnsi="Times New Roman" w:eastAsia="宋体"/>
          <w:b w:val="0"/>
          <w:i w:val="0"/>
          <w:sz w:val="21"/>
        </w:rPr>
        <w:t>（A）k³+(k+1)³　　（B）(k-1)³+k³　　（C）(k+1)³　　（D）(k+1)²　　（E）(2k+1)(k+1)²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term of an arithmetic series of consecutive integers is k²+1. The sum of 2k+1 terms of this series may be expressed as:</w:t>
      </w:r>
    </w:p>
    <w:p>
      <w:pPr>
        <w:spacing w:before="0" w:after="160" w:line="300" w:lineRule="auto"/>
      </w:pPr>
      <w:r>
        <w:rPr>
          <w:rFonts w:ascii="Times New Roman" w:hAnsi="Times New Roman" w:eastAsia="宋体"/>
          <w:b w:val="0"/>
          <w:i w:val="0"/>
          <w:color w:val="333333"/>
          <w:sz w:val="19"/>
        </w:rPr>
        <w:t>(A) k³+(k+1)³　　(B) (k-1)³+k³　　(C) (k+1)³　　(D) (k+1)²　　(E) (2k+1)(k+1)²</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设 r 为原点到坐标为 x、y 的点 P 的距离。用 s 表示比值 y/r，用 c 表示比值 x/r。则 s²-c² 的取值范围为：</w:t>
      </w:r>
    </w:p>
    <w:p>
      <w:pPr>
        <w:spacing w:before="0" w:after="120" w:line="300" w:lineRule="auto"/>
      </w:pPr>
      <w:r>
        <w:rPr>
          <w:rFonts w:ascii="Times New Roman" w:hAnsi="Times New Roman" w:eastAsia="宋体"/>
          <w:b w:val="0"/>
          <w:i w:val="0"/>
          <w:sz w:val="21"/>
        </w:rPr>
        <w:t>（A）小于 -1 或大于 +1，两端均不包括　　（B）小于等于 -1 或大于等于 +1　　（C）在 -1 与 +1 之间，两端均不包括　　（D）在 -1 与 +1 之间，两端均包括　　（E）仅 -1 和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distance from the origin to a point P with coordinates x and y. Designate the ratio y/r by s and the ratio x/r by c. Then the values of s²-c² are limited to the numbers:</w:t>
      </w:r>
    </w:p>
    <w:p>
      <w:pPr>
        <w:spacing w:before="0" w:after="160" w:line="300" w:lineRule="auto"/>
      </w:pPr>
      <w:r>
        <w:rPr>
          <w:rFonts w:ascii="Times New Roman" w:hAnsi="Times New Roman" w:eastAsia="宋体"/>
          <w:b w:val="0"/>
          <w:i w:val="0"/>
          <w:color w:val="333333"/>
          <w:sz w:val="19"/>
        </w:rPr>
        <w:t>(A) less than -1 and greater than +1, both excluded　　(B) less than -1 and greater than +1, both included　　(C) between -1 and +1, both excluded　　(D) between -1 and +1, both included　　(E) -1 and +1 only</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关于方程 |x|²+|x|-6=0 的解，可以说：</w:t>
      </w:r>
    </w:p>
    <w:p>
      <w:pPr>
        <w:spacing w:before="0" w:after="120" w:line="300" w:lineRule="auto"/>
      </w:pPr>
      <w:r>
        <w:rPr>
          <w:rFonts w:ascii="Times New Roman" w:hAnsi="Times New Roman" w:eastAsia="宋体"/>
          <w:b w:val="0"/>
          <w:i w:val="0"/>
          <w:sz w:val="21"/>
        </w:rPr>
        <w:t>（A）只有一个根　　（B）根之和为 1　　（C）根之和为 0　　（D）根之积为 4　　（E）根之积为 -6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may say concerning the solution of |x|²+|x|-6=0 that:</w:t>
      </w:r>
    </w:p>
    <w:p>
      <w:pPr>
        <w:spacing w:before="0" w:after="160" w:line="300" w:lineRule="auto"/>
      </w:pPr>
      <w:r>
        <w:rPr>
          <w:rFonts w:ascii="Times New Roman" w:hAnsi="Times New Roman" w:eastAsia="宋体"/>
          <w:b w:val="0"/>
          <w:i w:val="0"/>
          <w:color w:val="333333"/>
          <w:sz w:val="19"/>
        </w:rPr>
        <w:t>(A) there is only one root　　(B) the sum of the roots is 1　　(C) the sum of the roots is 0　　(D) the product of the roots is 4　　(E) the product of the roots is -6</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已知 a₀=1、a₁=3，且当 n≥1 时满足一般关系 aₙ²-aₙ₋₁aₙ₊₁=(-1)ⁿ。则 a₃ 等于：</w:t>
      </w:r>
    </w:p>
    <w:p>
      <w:pPr>
        <w:spacing w:before="0" w:after="120" w:line="300" w:lineRule="auto"/>
      </w:pPr>
      <w:r>
        <w:rPr>
          <w:rFonts w:ascii="Times New Roman" w:hAnsi="Times New Roman" w:eastAsia="宋体"/>
          <w:b w:val="0"/>
          <w:i w:val="0"/>
          <w:sz w:val="21"/>
        </w:rPr>
        <w:t>（A）13/27　　（B）33　　（C）21　　（D）10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a₀=1, a₁=3, and the general relation aₙ²-aₙ₋₁aₙ₊₁=(-1)ⁿ for n≥1. Then a₃ equals:</w:t>
      </w:r>
    </w:p>
    <w:p>
      <w:pPr>
        <w:spacing w:before="0" w:after="160" w:line="300" w:lineRule="auto"/>
      </w:pPr>
      <w:r>
        <w:rPr>
          <w:rFonts w:ascii="Times New Roman" w:hAnsi="Times New Roman" w:eastAsia="宋体"/>
          <w:b w:val="0"/>
          <w:i w:val="0"/>
          <w:color w:val="333333"/>
          <w:sz w:val="19"/>
        </w:rPr>
        <w:t>(A) 13/27　　(B) 33　　(C) 21　　(D) 10　　(E) -17</w:t>
      </w:r>
    </w:p>
    <w:p>
      <w:pPr>
        <w:spacing w:before="200" w:after="80" w:line="300" w:lineRule="auto"/>
      </w:pPr>
      <w:r>
        <w:rPr>
          <w:rFonts w:ascii="Times New Roman" w:hAnsi="Times New Roman" w:eastAsia="宋体"/>
          <w:b/>
          <w:i w:val="0"/>
          <w:sz w:val="23"/>
        </w:rPr>
        <w:t>第 41 题</w:t>
      </w:r>
    </w:p>
    <w:p>
      <w:pPr>
        <w:spacing w:before="0" w:after="80" w:line="300" w:lineRule="auto"/>
        <w:jc w:val="left"/>
      </w:pPr>
      <w:r>
        <w:rPr>
          <w:rFonts w:ascii="Times New Roman" w:hAnsi="Times New Roman" w:eastAsia="宋体"/>
          <w:b w:val="0"/>
          <w:i w:val="0"/>
          <w:sz w:val="21"/>
        </w:rPr>
        <w:t>方程 Ax²+Bx+C=0 的两根为 r 和 s。若方程</w:t>
      </w:r>
    </w:p>
    <w:p>
      <w:pPr>
        <w:spacing w:before="0" w:after="80" w:line="300" w:lineRule="auto"/>
        <w:jc w:val="left"/>
      </w:pPr>
      <w:r>
        <w:rPr>
          <w:rFonts w:ascii="Times New Roman" w:hAnsi="Times New Roman" w:eastAsia="宋体"/>
          <w:b w:val="0"/>
          <w:i w:val="0"/>
          <w:sz w:val="21"/>
        </w:rPr>
        <w:t>x²+px+q=0</w:t>
      </w:r>
    </w:p>
    <w:p>
      <w:pPr>
        <w:spacing w:before="0" w:after="80" w:line="300" w:lineRule="auto"/>
        <w:jc w:val="left"/>
      </w:pPr>
      <w:r>
        <w:rPr>
          <w:rFonts w:ascii="Times New Roman" w:hAnsi="Times New Roman" w:eastAsia="宋体"/>
          <w:b w:val="0"/>
          <w:i w:val="0"/>
          <w:sz w:val="21"/>
        </w:rPr>
        <w:t>的两根为 r² 和 s²，则 p 必须等于：</w:t>
      </w:r>
    </w:p>
    <w:p>
      <w:pPr>
        <w:spacing w:before="0" w:after="120" w:line="300" w:lineRule="auto"/>
      </w:pPr>
      <w:r>
        <w:rPr>
          <w:rFonts w:ascii="Times New Roman" w:hAnsi="Times New Roman" w:eastAsia="宋体"/>
          <w:b w:val="0"/>
          <w:i w:val="0"/>
          <w:sz w:val="21"/>
        </w:rPr>
        <w:t>（A）B²-4AC/A²　　（B）B²-2AC/A²　　（C）2AC-B²/A²　　（D）B²-2C　　（E）2C-B²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Ax²+Bx+C=0 are r and s. For the roots of</w:t>
      </w:r>
    </w:p>
    <w:p>
      <w:pPr>
        <w:spacing w:before="0" w:after="80" w:line="300" w:lineRule="auto"/>
        <w:jc w:val="left"/>
      </w:pPr>
      <w:r>
        <w:rPr>
          <w:rFonts w:ascii="Times New Roman" w:hAnsi="Times New Roman" w:eastAsia="宋体"/>
          <w:b w:val="0"/>
          <w:i w:val="0"/>
          <w:color w:val="333333"/>
          <w:sz w:val="19"/>
        </w:rPr>
        <w:t>x²+px+q=0</w:t>
      </w:r>
    </w:p>
    <w:p>
      <w:pPr>
        <w:spacing w:before="0" w:after="80" w:line="300" w:lineRule="auto"/>
        <w:jc w:val="left"/>
      </w:pPr>
      <w:r>
        <w:rPr>
          <w:rFonts w:ascii="Times New Roman" w:hAnsi="Times New Roman" w:eastAsia="宋体"/>
          <w:b w:val="0"/>
          <w:i w:val="0"/>
          <w:color w:val="333333"/>
          <w:sz w:val="19"/>
        </w:rPr>
        <w:t>to be r² and s², p must equal:</w:t>
      </w:r>
    </w:p>
    <w:p>
      <w:pPr>
        <w:spacing w:before="0" w:after="160" w:line="300" w:lineRule="auto"/>
      </w:pPr>
      <w:r>
        <w:rPr>
          <w:rFonts w:ascii="Times New Roman" w:hAnsi="Times New Roman" w:eastAsia="宋体"/>
          <w:b w:val="0"/>
          <w:i w:val="0"/>
          <w:color w:val="333333"/>
          <w:sz w:val="19"/>
        </w:rPr>
        <w:t>(A) B²-4AC/A²　　(B) B²-2AC/A²　　(C) 2AC-B²/A²　　(D) B²-2C　　(E) 2C-B²</w:t>
      </w:r>
    </w:p>
    <w:p>
      <w:pPr>
        <w:spacing w:before="200" w:after="80" w:line="300" w:lineRule="auto"/>
      </w:pPr>
      <w:r>
        <w:rPr>
          <w:rFonts w:ascii="Times New Roman" w:hAnsi="Times New Roman" w:eastAsia="宋体"/>
          <w:b/>
          <w:i w:val="0"/>
          <w:sz w:val="23"/>
        </w:rPr>
        <w:t>第 42 题</w:t>
      </w:r>
    </w:p>
    <w:p>
      <w:pPr>
        <w:spacing w:before="0" w:after="80" w:line="300" w:lineRule="auto"/>
        <w:jc w:val="left"/>
      </w:pPr>
      <w:r>
        <w:rPr>
          <w:rFonts w:ascii="Times New Roman" w:hAnsi="Times New Roman" w:eastAsia="宋体"/>
          <w:b w:val="0"/>
          <w:i w:val="0"/>
          <w:sz w:val="21"/>
        </w:rPr>
        <w:t>在圆心为 O 的圆中，弦 AB 等于弦 AC。弦 AD 与 BC 交于 E。若 AC=12 且 AE=8，则 AD 等于：</w:t>
      </w:r>
    </w:p>
    <w:p>
      <w:pPr>
        <w:spacing w:before="0" w:after="120" w:line="300" w:lineRule="auto"/>
      </w:pPr>
      <w:r>
        <w:rPr>
          <w:rFonts w:ascii="Times New Roman" w:hAnsi="Times New Roman" w:eastAsia="宋体"/>
          <w:b w:val="0"/>
          <w:i w:val="0"/>
          <w:sz w:val="21"/>
        </w:rPr>
        <w:t>（A）27　　（B）24　　（C）21　　（D）20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circle with center O, chord AB equals chord AC. Chord AD cuts BC in E. If AC=12 and AE=8, then AD equals:</w:t>
      </w:r>
    </w:p>
    <w:p>
      <w:pPr>
        <w:spacing w:before="0" w:after="160" w:line="300" w:lineRule="auto"/>
      </w:pPr>
      <w:r>
        <w:rPr>
          <w:rFonts w:ascii="Times New Roman" w:hAnsi="Times New Roman" w:eastAsia="宋体"/>
          <w:b w:val="0"/>
          <w:i w:val="0"/>
          <w:color w:val="333333"/>
          <w:sz w:val="19"/>
        </w:rPr>
        <w:t>(A) 27　　(B) 24　　(C) 21　　(D) 20　　(E) 18</w:t>
      </w:r>
    </w:p>
    <w:p>
      <w:pPr>
        <w:spacing w:before="200" w:after="80" w:line="300" w:lineRule="auto"/>
      </w:pPr>
      <w:r>
        <w:rPr>
          <w:rFonts w:ascii="Times New Roman" w:hAnsi="Times New Roman" w:eastAsia="宋体"/>
          <w:b/>
          <w:i w:val="0"/>
          <w:sz w:val="23"/>
        </w:rPr>
        <w:t>第 43 题</w:t>
      </w:r>
    </w:p>
    <w:p>
      <w:pPr>
        <w:spacing w:before="0" w:after="80" w:line="300" w:lineRule="auto"/>
        <w:jc w:val="left"/>
      </w:pPr>
      <w:r>
        <w:rPr>
          <w:rFonts w:ascii="Times New Roman" w:hAnsi="Times New Roman" w:eastAsia="宋体"/>
          <w:b w:val="0"/>
          <w:i w:val="0"/>
          <w:sz w:val="21"/>
        </w:rPr>
        <w:t>AB 是直角三角形 ABC 的斜边。中线 AD=7，中线 BE=4。AB 的长度为：</w:t>
      </w:r>
    </w:p>
    <w:p>
      <w:pPr>
        <w:spacing w:before="0" w:after="120" w:line="300" w:lineRule="auto"/>
      </w:pPr>
      <w:r>
        <w:rPr>
          <w:rFonts w:ascii="Times New Roman" w:hAnsi="Times New Roman" w:eastAsia="宋体"/>
          <w:b w:val="0"/>
          <w:i w:val="0"/>
          <w:sz w:val="21"/>
        </w:rPr>
        <w:t>（A）10　　（B）5√(3)　　（C）5√(2)　　（D）2√(13)　　（E）2√(15)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 is the hypotenuse of a right triangle ABC. Median AD=7 and median BE=4. The length of AB is:</w:t>
      </w:r>
    </w:p>
    <w:p>
      <w:pPr>
        <w:spacing w:before="0" w:after="160" w:line="300" w:lineRule="auto"/>
      </w:pPr>
      <w:r>
        <w:rPr>
          <w:rFonts w:ascii="Times New Roman" w:hAnsi="Times New Roman" w:eastAsia="宋体"/>
          <w:b w:val="0"/>
          <w:i w:val="0"/>
          <w:color w:val="333333"/>
          <w:sz w:val="19"/>
        </w:rPr>
        <w:t>(A) 10　　(B) 5√(3)　　(C) 5√(2)　　(D) 2√(13)　　(E) 2√(15)</w:t>
      </w:r>
    </w:p>
    <w:p>
      <w:pPr>
        <w:spacing w:before="200" w:after="80" w:line="300" w:lineRule="auto"/>
      </w:pPr>
      <w:r>
        <w:rPr>
          <w:rFonts w:ascii="Times New Roman" w:hAnsi="Times New Roman" w:eastAsia="宋体"/>
          <w:b/>
          <w:i w:val="0"/>
          <w:sz w:val="23"/>
        </w:rPr>
        <w:t>第 44 题</w:t>
      </w:r>
    </w:p>
    <w:p>
      <w:pPr>
        <w:spacing w:before="0" w:after="80" w:line="300" w:lineRule="auto"/>
        <w:jc w:val="left"/>
      </w:pPr>
      <w:r>
        <w:rPr>
          <w:rFonts w:ascii="Times New Roman" w:hAnsi="Times New Roman" w:eastAsia="宋体"/>
          <w:b w:val="0"/>
          <w:i w:val="0"/>
          <w:sz w:val="21"/>
        </w:rPr>
        <w:t>已知下列命题为真：</w:t>
      </w:r>
    </w:p>
    <w:p>
      <w:pPr>
        <w:spacing w:before="0" w:after="80" w:line="300" w:lineRule="auto"/>
        <w:jc w:val="left"/>
      </w:pPr>
      <w:r>
        <w:rPr>
          <w:rFonts w:ascii="Times New Roman" w:hAnsi="Times New Roman" w:eastAsia="宋体"/>
          <w:b w:val="0"/>
          <w:i w:val="0"/>
          <w:sz w:val="21"/>
        </w:rPr>
        <w:t>1。若 a 大于 b，则 c 大于 d。</w:t>
      </w:r>
    </w:p>
    <w:p>
      <w:pPr>
        <w:spacing w:before="0" w:after="80" w:line="300" w:lineRule="auto"/>
        <w:jc w:val="left"/>
      </w:pPr>
      <w:r>
        <w:rPr>
          <w:rFonts w:ascii="Times New Roman" w:hAnsi="Times New Roman" w:eastAsia="宋体"/>
          <w:b w:val="0"/>
          <w:i w:val="0"/>
          <w:sz w:val="21"/>
        </w:rPr>
        <w:t>2。若 c 小于 d，则 e 大于 f。</w:t>
      </w:r>
    </w:p>
    <w:p>
      <w:pPr>
        <w:spacing w:before="0" w:after="80" w:line="300" w:lineRule="auto"/>
        <w:jc w:val="left"/>
      </w:pPr>
      <w:r>
        <w:rPr>
          <w:rFonts w:ascii="Times New Roman" w:hAnsi="Times New Roman" w:eastAsia="宋体"/>
          <w:b w:val="0"/>
          <w:i w:val="0"/>
          <w:sz w:val="21"/>
        </w:rPr>
        <w:t>可以得出的正确结论是：</w:t>
      </w:r>
    </w:p>
    <w:p>
      <w:pPr>
        <w:spacing w:before="0" w:after="120" w:line="300" w:lineRule="auto"/>
      </w:pPr>
      <w:r>
        <w:rPr>
          <w:rFonts w:ascii="Times New Roman" w:hAnsi="Times New Roman" w:eastAsia="宋体"/>
          <w:b w:val="0"/>
          <w:i w:val="0"/>
          <w:sz w:val="21"/>
        </w:rPr>
        <w:t>（A）若 a 小于 b，则 e 大于 f　　（B）若 e 大于 f，则 a 小于 b　　（C）若 e 小于 f，则 a 大于 b　　（D）若 a 大于 b，则 e 小于 f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true statements:</w:t>
      </w:r>
    </w:p>
    <w:p>
      <w:pPr>
        <w:spacing w:before="0" w:after="80" w:line="300" w:lineRule="auto"/>
        <w:jc w:val="left"/>
      </w:pPr>
      <w:r>
        <w:rPr>
          <w:rFonts w:ascii="Times New Roman" w:hAnsi="Times New Roman" w:eastAsia="宋体"/>
          <w:b w:val="0"/>
          <w:i w:val="0"/>
          <w:color w:val="333333"/>
          <w:sz w:val="19"/>
        </w:rPr>
        <w:t>1. If a is greater than b, then c is greater than d.</w:t>
      </w:r>
    </w:p>
    <w:p>
      <w:pPr>
        <w:spacing w:before="0" w:after="80" w:line="300" w:lineRule="auto"/>
        <w:jc w:val="left"/>
      </w:pPr>
      <w:r>
        <w:rPr>
          <w:rFonts w:ascii="Times New Roman" w:hAnsi="Times New Roman" w:eastAsia="宋体"/>
          <w:b w:val="0"/>
          <w:i w:val="0"/>
          <w:color w:val="333333"/>
          <w:sz w:val="19"/>
        </w:rPr>
        <w:t>2. If c is less than d, then e is greater than f.</w:t>
      </w:r>
    </w:p>
    <w:p>
      <w:pPr>
        <w:spacing w:before="0" w:after="80" w:line="300" w:lineRule="auto"/>
        <w:jc w:val="left"/>
      </w:pPr>
      <w:r>
        <w:rPr>
          <w:rFonts w:ascii="Times New Roman" w:hAnsi="Times New Roman" w:eastAsia="宋体"/>
          <w:b w:val="0"/>
          <w:i w:val="0"/>
          <w:color w:val="333333"/>
          <w:sz w:val="19"/>
        </w:rPr>
        <w:t>A valid conclusion is:</w:t>
      </w:r>
    </w:p>
    <w:p>
      <w:pPr>
        <w:spacing w:before="0" w:after="160" w:line="300" w:lineRule="auto"/>
      </w:pPr>
      <w:r>
        <w:rPr>
          <w:rFonts w:ascii="Times New Roman" w:hAnsi="Times New Roman" w:eastAsia="宋体"/>
          <w:b w:val="0"/>
          <w:i w:val="0"/>
          <w:color w:val="333333"/>
          <w:sz w:val="19"/>
        </w:rPr>
        <w:t>(A) If a is less than b, then e is greater than</w:t>
        <w:br/>
        <w:t>f　　(B) If e is greater than f, then a is less than</w:t>
        <w:br/>
        <w:t>b　　(C) If e is less than f, then a is greater than</w:t>
        <w:br/>
        <w:t>b　　(D) If a is greater than b, then e is less than</w:t>
        <w:br/>
        <w:t>f　　(E) none of these</w:t>
      </w:r>
    </w:p>
    <w:p>
      <w:pPr>
        <w:spacing w:before="200" w:after="80" w:line="300" w:lineRule="auto"/>
      </w:pPr>
      <w:r>
        <w:rPr>
          <w:rFonts w:ascii="Times New Roman" w:hAnsi="Times New Roman" w:eastAsia="宋体"/>
          <w:b/>
          <w:i w:val="0"/>
          <w:sz w:val="23"/>
        </w:rPr>
        <w:t>第 45 题</w:t>
      </w:r>
    </w:p>
    <w:p>
      <w:pPr>
        <w:spacing w:before="0" w:after="80" w:line="300" w:lineRule="auto"/>
        <w:jc w:val="left"/>
      </w:pPr>
      <w:r>
        <w:rPr>
          <w:rFonts w:ascii="Times New Roman" w:hAnsi="Times New Roman" w:eastAsia="宋体"/>
          <w:b w:val="0"/>
          <w:i w:val="0"/>
          <w:sz w:val="21"/>
        </w:rPr>
        <w:t>一张支票的金额为 x 美元 y 美分，其中 x 和 y 都是两位数。误兑为 y 美元 x 美分，错误金额比正确金额多 $17.82。则：</w:t>
      </w:r>
    </w:p>
    <w:p>
      <w:pPr>
        <w:spacing w:before="0" w:after="120" w:line="300" w:lineRule="auto"/>
      </w:pPr>
      <w:r>
        <w:rPr>
          <w:rFonts w:ascii="Times New Roman" w:hAnsi="Times New Roman" w:eastAsia="宋体"/>
          <w:b w:val="0"/>
          <w:i w:val="0"/>
          <w:sz w:val="21"/>
        </w:rPr>
        <w:t>（A）x 不可能大于 70　　（B）y 可以等于 2x　　（C）支票金额不可能是 5 的倍数　　（D）错误金额可以等于正确金额的两倍　　（E）正确金额各位数字之和能被 9 整除</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check is written for x dollars and y cents, x and y both two-digit numbers. In error it is cashed for y dollars and x cents, the incorrect amount exceeding the correct amount by $17.82. Then:</w:t>
      </w:r>
    </w:p>
    <w:p>
      <w:pPr>
        <w:spacing w:before="0" w:after="160" w:line="300" w:lineRule="auto"/>
      </w:pPr>
      <w:r>
        <w:rPr>
          <w:rFonts w:ascii="Times New Roman" w:hAnsi="Times New Roman" w:eastAsia="宋体"/>
          <w:b w:val="0"/>
          <w:i w:val="0"/>
          <w:color w:val="333333"/>
          <w:sz w:val="19"/>
        </w:rPr>
        <w:t>(A) x cannot exceed 70　　(B) y can equal 2x　　(C) the amount of the check cannot be a multiple of 5　　(D) the incorrect amount can equal twice the correct amount　　(E) the sum of the digits of the correct amount is divisible by</w:t>
        <w:br/>
        <w:t>9</w:t>
      </w:r>
    </w:p>
    <w:p>
      <w:pPr>
        <w:spacing w:before="200" w:after="80" w:line="300" w:lineRule="auto"/>
      </w:pPr>
      <w:r>
        <w:rPr>
          <w:rFonts w:ascii="Times New Roman" w:hAnsi="Times New Roman" w:eastAsia="宋体"/>
          <w:b/>
          <w:i w:val="0"/>
          <w:sz w:val="23"/>
        </w:rPr>
        <w:t>第 46 题</w:t>
      </w:r>
    </w:p>
    <w:p>
      <w:pPr>
        <w:spacing w:before="0" w:after="80" w:line="300" w:lineRule="auto"/>
        <w:jc w:val="left"/>
      </w:pPr>
      <w:r>
        <w:rPr>
          <w:rFonts w:ascii="Times New Roman" w:hAnsi="Times New Roman" w:eastAsia="宋体"/>
          <w:b w:val="0"/>
          <w:i w:val="0"/>
          <w:sz w:val="21"/>
        </w:rPr>
        <w:t>当 x 小于 1 但大于 -4 时，表达式</w:t>
      </w:r>
    </w:p>
    <w:p>
      <w:pPr>
        <w:spacing w:before="0" w:after="80" w:line="300" w:lineRule="auto"/>
        <w:jc w:val="left"/>
      </w:pPr>
      <w:r>
        <w:rPr>
          <w:rFonts w:ascii="Times New Roman" w:hAnsi="Times New Roman" w:eastAsia="宋体"/>
          <w:b w:val="0"/>
          <w:i w:val="0"/>
          <w:sz w:val="21"/>
        </w:rPr>
        <w:t>x²-2x+2/2x-2</w:t>
      </w:r>
    </w:p>
    <w:p>
      <w:pPr>
        <w:spacing w:before="0" w:after="80" w:line="300" w:lineRule="auto"/>
        <w:jc w:val="left"/>
      </w:pPr>
      <w:r>
        <w:rPr>
          <w:rFonts w:ascii="Times New Roman" w:hAnsi="Times New Roman" w:eastAsia="宋体"/>
          <w:b w:val="0"/>
          <w:i w:val="0"/>
          <w:sz w:val="21"/>
        </w:rPr>
        <w:t>具有：</w:t>
      </w:r>
    </w:p>
    <w:p>
      <w:pPr>
        <w:spacing w:before="0" w:after="120" w:line="300" w:lineRule="auto"/>
      </w:pPr>
      <w:r>
        <w:rPr>
          <w:rFonts w:ascii="Times New Roman" w:hAnsi="Times New Roman" w:eastAsia="宋体"/>
          <w:b w:val="0"/>
          <w:i w:val="0"/>
          <w:sz w:val="21"/>
        </w:rPr>
        <w:t>（A）既无最大值也无最小值　　（B）最小值 1　　（C）最大值 1　　（D）最小值 -1　　（E）最大值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values of x less than 1 but greater than -4, the expression</w:t>
      </w:r>
    </w:p>
    <w:p>
      <w:pPr>
        <w:spacing w:before="0" w:after="80" w:line="300" w:lineRule="auto"/>
        <w:jc w:val="left"/>
      </w:pPr>
      <w:r>
        <w:rPr>
          <w:rFonts w:ascii="Times New Roman" w:hAnsi="Times New Roman" w:eastAsia="宋体"/>
          <w:b w:val="0"/>
          <w:i w:val="0"/>
          <w:color w:val="333333"/>
          <w:sz w:val="19"/>
        </w:rPr>
        <w:t>x²-2x+2/2x-2</w:t>
      </w:r>
    </w:p>
    <w:p>
      <w:pPr>
        <w:spacing w:before="0" w:after="80" w:line="300" w:lineRule="auto"/>
        <w:jc w:val="left"/>
      </w:pPr>
      <w:r>
        <w:rPr>
          <w:rFonts w:ascii="Times New Roman" w:hAnsi="Times New Roman" w:eastAsia="宋体"/>
          <w:b w:val="0"/>
          <w:i w:val="0"/>
          <w:color w:val="333333"/>
          <w:sz w:val="19"/>
        </w:rPr>
        <w:t>has:</w:t>
      </w:r>
    </w:p>
    <w:p>
      <w:pPr>
        <w:spacing w:before="0" w:after="160" w:line="300" w:lineRule="auto"/>
      </w:pPr>
      <w:r>
        <w:rPr>
          <w:rFonts w:ascii="Times New Roman" w:hAnsi="Times New Roman" w:eastAsia="宋体"/>
          <w:b w:val="0"/>
          <w:i w:val="0"/>
          <w:color w:val="333333"/>
          <w:sz w:val="19"/>
        </w:rPr>
        <w:t>(A) no maximum or minimum value　　(B) a minimum value of 1　　(C) a maximum value of 1　　(D) a minimum value of -1　　(E) a maximum value of -1</w:t>
      </w:r>
    </w:p>
    <w:p>
      <w:pPr>
        <w:spacing w:before="200" w:after="80" w:line="300" w:lineRule="auto"/>
      </w:pPr>
      <w:r>
        <w:rPr>
          <w:rFonts w:ascii="Times New Roman" w:hAnsi="Times New Roman" w:eastAsia="宋体"/>
          <w:b/>
          <w:i w:val="0"/>
          <w:sz w:val="23"/>
        </w:rPr>
        <w:t>第 47 题</w:t>
      </w:r>
    </w:p>
    <w:p>
      <w:pPr>
        <w:spacing w:before="0" w:after="80" w:line="300" w:lineRule="auto"/>
        <w:jc w:val="left"/>
      </w:pPr>
      <w:r>
        <w:rPr>
          <w:rFonts w:ascii="Times New Roman" w:hAnsi="Times New Roman" w:eastAsia="宋体"/>
          <w:b w:val="0"/>
          <w:i w:val="0"/>
          <w:sz w:val="21"/>
        </w:rPr>
        <w:t>ABCD 是一个矩形，如附图所示，P 是 AB 上任意一点。PS⊥ BD 且 PR⊥ AC。AF⊥ BD 且 PQ⊥ AF。则 PR+PS 等于：</w:t>
      </w:r>
    </w:p>
    <w:p>
      <w:pPr>
        <w:spacing w:before="80" w:after="80"/>
        <w:jc w:val="center"/>
      </w:pPr>
      <w:r>
        <w:drawing>
          <wp:inline xmlns:a="http://schemas.openxmlformats.org/drawingml/2006/main" xmlns:pic="http://schemas.openxmlformats.org/drawingml/2006/picture">
            <wp:extent cx="1640358" cy="1103091"/>
            <wp:docPr id="5" name="Picture 5"/>
            <wp:cNvGraphicFramePr>
              <a:graphicFrameLocks noChangeAspect="1"/>
            </wp:cNvGraphicFramePr>
            <a:graphic>
              <a:graphicData uri="http://schemas.openxmlformats.org/drawingml/2006/picture">
                <pic:pic>
                  <pic:nvPicPr>
                    <pic:cNvPr id="0" name="q47-1@300dpi.png"/>
                    <pic:cNvPicPr/>
                  </pic:nvPicPr>
                  <pic:blipFill>
                    <a:blip r:embed="rId11"/>
                    <a:stretch>
                      <a:fillRect/>
                    </a:stretch>
                  </pic:blipFill>
                  <pic:spPr>
                    <a:xfrm>
                      <a:off x="0" y="0"/>
                      <a:ext cx="1640358" cy="1103091"/>
                    </a:xfrm>
                    <a:prstGeom prst="rect"/>
                  </pic:spPr>
                </pic:pic>
              </a:graphicData>
            </a:graphic>
          </wp:inline>
        </w:drawing>
      </w:r>
    </w:p>
    <w:p>
      <w:pPr>
        <w:spacing w:before="0" w:after="120" w:line="300" w:lineRule="auto"/>
      </w:pPr>
      <w:r>
        <w:rPr>
          <w:rFonts w:ascii="Times New Roman" w:hAnsi="Times New Roman" w:eastAsia="宋体"/>
          <w:b w:val="0"/>
          <w:i w:val="0"/>
          <w:sz w:val="21"/>
        </w:rPr>
        <w:t>（A）PQ　　（B）AE　　（C）PT+AT　　（D）AF　　（E）EF</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ABCD is a rectangle (see the accompanying diagram) with P any point on AB. PS⊥ BD and PR⊥ AC. AF⊥ BD and PQ⊥ AF. Then PR+PS is equal to:</w:t>
      </w:r>
    </w:p>
    <w:p>
      <w:pPr>
        <w:spacing w:before="80" w:after="80"/>
        <w:jc w:val="center"/>
      </w:pPr>
      <w:r>
        <w:drawing>
          <wp:inline xmlns:a="http://schemas.openxmlformats.org/drawingml/2006/main" xmlns:pic="http://schemas.openxmlformats.org/drawingml/2006/picture">
            <wp:extent cx="1640358" cy="1103091"/>
            <wp:docPr id="6" name="Picture 6"/>
            <wp:cNvGraphicFramePr>
              <a:graphicFrameLocks noChangeAspect="1"/>
            </wp:cNvGraphicFramePr>
            <a:graphic>
              <a:graphicData uri="http://schemas.openxmlformats.org/drawingml/2006/picture">
                <pic:pic>
                  <pic:nvPicPr>
                    <pic:cNvPr id="0" name="q47-1@300dpi.png"/>
                    <pic:cNvPicPr/>
                  </pic:nvPicPr>
                  <pic:blipFill>
                    <a:blip r:embed="rId11"/>
                    <a:stretch>
                      <a:fillRect/>
                    </a:stretch>
                  </pic:blipFill>
                  <pic:spPr>
                    <a:xfrm>
                      <a:off x="0" y="0"/>
                      <a:ext cx="1640358" cy="11030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PQ　　(B) AE　　(C) PT+AT　　(D) AF　　(E) EF</w:t>
      </w:r>
    </w:p>
    <w:p>
      <w:pPr>
        <w:spacing w:before="200" w:after="80" w:line="300" w:lineRule="auto"/>
      </w:pPr>
      <w:r>
        <w:rPr>
          <w:rFonts w:ascii="Times New Roman" w:hAnsi="Times New Roman" w:eastAsia="宋体"/>
          <w:b/>
          <w:i w:val="0"/>
          <w:sz w:val="23"/>
        </w:rPr>
        <w:t>第 48 题</w:t>
      </w:r>
    </w:p>
    <w:p>
      <w:pPr>
        <w:spacing w:before="0" w:after="80" w:line="300" w:lineRule="auto"/>
        <w:jc w:val="left"/>
      </w:pPr>
      <w:r>
        <w:rPr>
          <w:rFonts w:ascii="Times New Roman" w:hAnsi="Times New Roman" w:eastAsia="宋体"/>
          <w:b w:val="0"/>
          <w:i w:val="0"/>
          <w:sz w:val="21"/>
        </w:rPr>
        <w:t>圆心为 O 的圆的直径 AB 长 10 个单位。点 C 在 AB 上，距 A 为 4 个单位；点 D 在 AB 上，距 B 为 4 个单位。P 是圆上任意一点。则从 C 经 P 到 D 的折线路径：</w:t>
      </w:r>
    </w:p>
    <w:p>
      <w:pPr>
        <w:spacing w:before="0" w:after="120" w:line="300" w:lineRule="auto"/>
      </w:pPr>
      <w:r>
        <w:rPr>
          <w:rFonts w:ascii="Times New Roman" w:hAnsi="Times New Roman" w:eastAsia="宋体"/>
          <w:b w:val="0"/>
          <w:i w:val="0"/>
          <w:sz w:val="21"/>
        </w:rPr>
        <w:t>（A）对 P 的所有位置长度都相同　　（B）对 P 的所有位置都超过 10 个单位　　（C）不可能超过 10 个单位　　（D）当 CPD 为直角三角形时最短　　（E）当 P 到 C 和 D 等距时最长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Diameter AB of a circle with center O is 10 units. C is a point 4 units from A, and on AB. D is a point 4 units from B, and on AB. P is any point on the circle. Then the broken-line path from C to P to D:</w:t>
      </w:r>
    </w:p>
    <w:p>
      <w:pPr>
        <w:spacing w:before="0" w:after="160" w:line="300" w:lineRule="auto"/>
      </w:pPr>
      <w:r>
        <w:rPr>
          <w:rFonts w:ascii="Times New Roman" w:hAnsi="Times New Roman" w:eastAsia="宋体"/>
          <w:b w:val="0"/>
          <w:i w:val="0"/>
          <w:color w:val="333333"/>
          <w:sz w:val="19"/>
        </w:rPr>
        <w:t>(A) has the same length for all positions of P　　(B) exceeds 10 units for all positions of P　　(C) cannot exceed 10 units　　(D) is shortest when CPD is a right triangle　　(E) is longest when P is equidistant from C</w:t>
        <w:br/>
        <w:t>and D</w:t>
      </w:r>
    </w:p>
    <w:p>
      <w:pPr>
        <w:spacing w:before="200" w:after="80" w:line="300" w:lineRule="auto"/>
      </w:pPr>
      <w:r>
        <w:rPr>
          <w:rFonts w:ascii="Times New Roman" w:hAnsi="Times New Roman" w:eastAsia="宋体"/>
          <w:b/>
          <w:i w:val="0"/>
          <w:sz w:val="23"/>
        </w:rPr>
        <w:t>第 49 题</w:t>
      </w:r>
    </w:p>
    <w:p>
      <w:pPr>
        <w:spacing w:before="0" w:after="80" w:line="300" w:lineRule="auto"/>
        <w:jc w:val="left"/>
      </w:pPr>
      <w:r>
        <w:rPr>
          <w:rFonts w:ascii="Times New Roman" w:hAnsi="Times New Roman" w:eastAsia="宋体"/>
          <w:b w:val="0"/>
          <w:i w:val="0"/>
          <w:sz w:val="21"/>
        </w:rPr>
        <w:t>(a+b)ⁿ 的展开式中有 n+1 个不同项。(a+b+c)¹⁰ 的展开式中不同项的个数为：</w:t>
      </w:r>
    </w:p>
    <w:p>
      <w:pPr>
        <w:spacing w:before="0" w:after="120" w:line="300" w:lineRule="auto"/>
      </w:pPr>
      <w:r>
        <w:rPr>
          <w:rFonts w:ascii="Times New Roman" w:hAnsi="Times New Roman" w:eastAsia="宋体"/>
          <w:b w:val="0"/>
          <w:i w:val="0"/>
          <w:sz w:val="21"/>
        </w:rPr>
        <w:t>（A）11　　（B）33　　（C）55　　（D）66　　（E）132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expansion of (a+b)ⁿ there are n+1 dissimilar terms. The number of dissimilar terms in the expansion of (a+b+c)¹⁰ is:</w:t>
      </w:r>
    </w:p>
    <w:p>
      <w:pPr>
        <w:spacing w:before="0" w:after="160" w:line="300" w:lineRule="auto"/>
      </w:pPr>
      <w:r>
        <w:rPr>
          <w:rFonts w:ascii="Times New Roman" w:hAnsi="Times New Roman" w:eastAsia="宋体"/>
          <w:b w:val="0"/>
          <w:i w:val="0"/>
          <w:color w:val="333333"/>
          <w:sz w:val="19"/>
        </w:rPr>
        <w:t>(A) 11　　(B) 33　　(C) 55　　(D) 66　　(E) 132</w:t>
      </w:r>
    </w:p>
    <w:p>
      <w:pPr>
        <w:spacing w:before="200" w:after="80" w:line="300" w:lineRule="auto"/>
      </w:pPr>
      <w:r>
        <w:rPr>
          <w:rFonts w:ascii="Times New Roman" w:hAnsi="Times New Roman" w:eastAsia="宋体"/>
          <w:b/>
          <w:i w:val="0"/>
          <w:sz w:val="23"/>
        </w:rPr>
        <w:t>第 50 题</w:t>
      </w:r>
    </w:p>
    <w:p>
      <w:pPr>
        <w:spacing w:before="0" w:after="80" w:line="300" w:lineRule="auto"/>
        <w:jc w:val="left"/>
      </w:pPr>
      <w:r>
        <w:rPr>
          <w:rFonts w:ascii="Times New Roman" w:hAnsi="Times New Roman" w:eastAsia="宋体"/>
          <w:b w:val="0"/>
          <w:i w:val="0"/>
          <w:sz w:val="21"/>
        </w:rPr>
        <w:t>图中给出了一种将线段 AB 上所有点与线段 A'B' 上各点互相对应的方法。为解析描述这种对应，设 x 为 AB 上一点 P 到 D 的距离，y 为 A'B' 上对应点 P' 到 D' 的距离。对任意一对对应点，若 x=a，则 x+y 等于：</w:t>
      </w:r>
    </w:p>
    <w:p>
      <w:pPr>
        <w:spacing w:before="80" w:after="80"/>
        <w:jc w:val="center"/>
      </w:pPr>
      <w:r>
        <w:drawing>
          <wp:inline xmlns:a="http://schemas.openxmlformats.org/drawingml/2006/main" xmlns:pic="http://schemas.openxmlformats.org/drawingml/2006/picture">
            <wp:extent cx="1365540" cy="1551638"/>
            <wp:docPr id="7" name="Picture 7"/>
            <wp:cNvGraphicFramePr>
              <a:graphicFrameLocks noChangeAspect="1"/>
            </wp:cNvGraphicFramePr>
            <a:graphic>
              <a:graphicData uri="http://schemas.openxmlformats.org/drawingml/2006/picture">
                <pic:pic>
                  <pic:nvPicPr>
                    <pic:cNvPr id="0" name="q50-1@300dpi.png"/>
                    <pic:cNvPicPr/>
                  </pic:nvPicPr>
                  <pic:blipFill>
                    <a:blip r:embed="rId12"/>
                    <a:stretch>
                      <a:fillRect/>
                    </a:stretch>
                  </pic:blipFill>
                  <pic:spPr>
                    <a:xfrm>
                      <a:off x="0" y="0"/>
                      <a:ext cx="1365540" cy="1551638"/>
                    </a:xfrm>
                    <a:prstGeom prst="rect"/>
                  </pic:spPr>
                </pic:pic>
              </a:graphicData>
            </a:graphic>
          </wp:inline>
        </w:drawing>
      </w:r>
    </w:p>
    <w:p>
      <w:pPr>
        <w:spacing w:before="0" w:after="120" w:line="300" w:lineRule="auto"/>
      </w:pPr>
      <w:r>
        <w:rPr>
          <w:rFonts w:ascii="Times New Roman" w:hAnsi="Times New Roman" w:eastAsia="宋体"/>
          <w:b w:val="0"/>
          <w:i w:val="0"/>
          <w:sz w:val="21"/>
        </w:rPr>
        <w:t>（A）13a　　（B）17a-51　　（C）17-3a　　（D）17-3a/4　　（E）12a-34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this diagram a scheme is indicated for associating all the points of segment AB with those of segment A'B', and reciprocally. To describe this association scheme analytically, let x be the distance from a point P on AB to D and let y be the distance from the associated point P' of A'B' to D'. Then for any pair of associated points, if x=a, x+y equals:</w:t>
      </w:r>
    </w:p>
    <w:p>
      <w:pPr>
        <w:spacing w:before="80" w:after="80"/>
        <w:jc w:val="center"/>
      </w:pPr>
      <w:r>
        <w:drawing>
          <wp:inline xmlns:a="http://schemas.openxmlformats.org/drawingml/2006/main" xmlns:pic="http://schemas.openxmlformats.org/drawingml/2006/picture">
            <wp:extent cx="1365540" cy="1551638"/>
            <wp:docPr id="8" name="Picture 8"/>
            <wp:cNvGraphicFramePr>
              <a:graphicFrameLocks noChangeAspect="1"/>
            </wp:cNvGraphicFramePr>
            <a:graphic>
              <a:graphicData uri="http://schemas.openxmlformats.org/drawingml/2006/picture">
                <pic:pic>
                  <pic:nvPicPr>
                    <pic:cNvPr id="0" name="q50-1@300dpi.png"/>
                    <pic:cNvPicPr/>
                  </pic:nvPicPr>
                  <pic:blipFill>
                    <a:blip r:embed="rId12"/>
                    <a:stretch>
                      <a:fillRect/>
                    </a:stretch>
                  </pic:blipFill>
                  <pic:spPr>
                    <a:xfrm>
                      <a:off x="0" y="0"/>
                      <a:ext cx="1365540" cy="155163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13a　　(B) 17a-51　　(C) 17-3a　　(D) 17-3a/4　　(E) 12a-34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B　E　A　B　A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A　B　C　D　D　E　A</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C　E　C　A　B　E　B　A</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B　E　C　B　E　B　A　D　D</w:t>
      </w:r>
    </w:p>
    <w:p>
      <w:pPr>
        <w:spacing w:before="0" w:after="0" w:line="300" w:lineRule="auto"/>
      </w:pPr>
      <w:r>
        <w:rPr>
          <w:rFonts w:ascii="Times New Roman" w:hAnsi="Times New Roman" w:eastAsia="宋体"/>
          <w:b w:val="0"/>
          <w:i w:val="0"/>
          <w:sz w:val="18"/>
        </w:rPr>
        <w:t>题号　37　38　39　40　41　42　43　44　45</w:t>
      </w:r>
    </w:p>
    <w:p>
      <w:pPr>
        <w:spacing w:before="0" w:after="80" w:line="300" w:lineRule="auto"/>
      </w:pPr>
      <w:r>
        <w:rPr>
          <w:rFonts w:ascii="Times New Roman" w:hAnsi="Times New Roman" w:eastAsia="宋体"/>
          <w:b/>
          <w:i w:val="0"/>
          <w:sz w:val="18"/>
        </w:rPr>
        <w:t>答案　A　D　C　B　C　E　D　E　B</w:t>
      </w:r>
    </w:p>
    <w:p>
      <w:pPr>
        <w:spacing w:before="0" w:after="0" w:line="300" w:lineRule="auto"/>
      </w:pPr>
      <w:r>
        <w:rPr>
          <w:rFonts w:ascii="Times New Roman" w:hAnsi="Times New Roman" w:eastAsia="宋体"/>
          <w:b w:val="0"/>
          <w:i w:val="0"/>
          <w:sz w:val="18"/>
        </w:rPr>
        <w:t>题号　46　47　48　49　50</w:t>
      </w:r>
    </w:p>
    <w:p>
      <w:pPr>
        <w:spacing w:before="0" w:after="80" w:line="300" w:lineRule="auto"/>
      </w:pPr>
      <w:r>
        <w:rPr>
          <w:rFonts w:ascii="Times New Roman" w:hAnsi="Times New Roman" w:eastAsia="宋体"/>
          <w:b/>
          <w:i w:val="0"/>
          <w:sz w:val="18"/>
        </w:rPr>
        <w:t>答案　E　D　E　D　C</w:t>
      </w:r>
    </w:p>
    <w:p>
      <w:pPr>
        <w:spacing w:before="0" w:after="200" w:line="300" w:lineRule="auto"/>
      </w:pPr>
      <w:r>
        <w:rPr>
          <w:rFonts w:ascii="Times New Roman" w:hAnsi="Times New Roman" w:eastAsia="宋体"/>
          <w:b w:val="0"/>
          <w:i w:val="0"/>
          <w:color w:val="666666"/>
          <w:sz w:val="18"/>
        </w:rPr>
        <w:t>答案串：CDBEABADCECABCDDEABCECABEBABECBEBADDADCBCEDEBEDEDC</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由于 2-3=-1，其倒数仍为 -1。因此</w:t>
      </w:r>
    </w:p>
    <w:p>
      <w:pPr>
        <w:spacing w:before="0" w:after="80" w:line="300" w:lineRule="auto"/>
        <w:jc w:val="left"/>
      </w:pPr>
      <w:r>
        <w:rPr>
          <w:rFonts w:ascii="Times New Roman" w:hAnsi="Times New Roman" w:eastAsia="宋体"/>
          <w:b w:val="0"/>
          <w:i w:val="0"/>
          <w:sz w:val="21"/>
        </w:rPr>
        <w:t>[2-3(-1)]⁻¹ =5⁻¹=1/5。</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2-3=-1, its reciprocal is also -1. Therefore</w:t>
      </w:r>
    </w:p>
    <w:p>
      <w:pPr>
        <w:spacing w:before="0" w:after="80" w:line="300" w:lineRule="auto"/>
        <w:jc w:val="left"/>
      </w:pPr>
      <w:r>
        <w:rPr>
          <w:rFonts w:ascii="Times New Roman" w:hAnsi="Times New Roman" w:eastAsia="宋体"/>
          <w:b w:val="0"/>
          <w:i w:val="0"/>
          <w:color w:val="333333"/>
          <w:sz w:val="19"/>
        </w:rPr>
        <w:t>[2-3(-1)]⁻¹ =5⁻¹=1/5.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通分可得</w:t>
      </w:r>
    </w:p>
    <w:p>
      <w:pPr>
        <w:spacing w:before="0" w:after="80" w:line="300" w:lineRule="auto"/>
        <w:jc w:val="left"/>
      </w:pPr>
      <w:r>
        <w:rPr>
          <w:rFonts w:ascii="Times New Roman" w:hAnsi="Times New Roman" w:eastAsia="宋体"/>
          <w:b w:val="0"/>
          <w:i w:val="0"/>
          <w:sz w:val="21"/>
        </w:rPr>
        <w:t>1/z=1/x-1/y =y-x/xy。</w:t>
      </w:r>
    </w:p>
    <w:p>
      <w:pPr>
        <w:spacing w:before="0" w:after="80" w:line="300" w:lineRule="auto"/>
        <w:jc w:val="left"/>
      </w:pPr>
      <w:r>
        <w:rPr>
          <w:rFonts w:ascii="Times New Roman" w:hAnsi="Times New Roman" w:eastAsia="宋体"/>
          <w:b w:val="0"/>
          <w:i w:val="0"/>
          <w:sz w:val="21"/>
        </w:rPr>
        <w:t>两边取倒数，得到</w:t>
      </w:r>
    </w:p>
    <w:p>
      <w:pPr>
        <w:spacing w:before="0" w:after="80" w:line="300" w:lineRule="auto"/>
        <w:jc w:val="left"/>
      </w:pPr>
      <w:r>
        <w:rPr>
          <w:rFonts w:ascii="Times New Roman" w:hAnsi="Times New Roman" w:eastAsia="宋体"/>
          <w:b w:val="0"/>
          <w:i w:val="0"/>
          <w:sz w:val="21"/>
        </w:rPr>
        <w:t>z=xy/y-x。</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fractions,</w:t>
      </w:r>
    </w:p>
    <w:p>
      <w:pPr>
        <w:spacing w:before="0" w:after="80" w:line="300" w:lineRule="auto"/>
        <w:jc w:val="left"/>
      </w:pPr>
      <w:r>
        <w:rPr>
          <w:rFonts w:ascii="Times New Roman" w:hAnsi="Times New Roman" w:eastAsia="宋体"/>
          <w:b w:val="0"/>
          <w:i w:val="0"/>
          <w:color w:val="333333"/>
          <w:sz w:val="19"/>
        </w:rPr>
        <w:t>1/z=1/x-1/y =y-x/xy.</w:t>
      </w:r>
    </w:p>
    <w:p>
      <w:pPr>
        <w:spacing w:before="0" w:after="80" w:line="300" w:lineRule="auto"/>
        <w:jc w:val="left"/>
      </w:pPr>
      <w:r>
        <w:rPr>
          <w:rFonts w:ascii="Times New Roman" w:hAnsi="Times New Roman" w:eastAsia="宋体"/>
          <w:b w:val="0"/>
          <w:i w:val="0"/>
          <w:color w:val="333333"/>
          <w:sz w:val="19"/>
        </w:rPr>
        <w:t>Taking reciprocals gives</w:t>
      </w:r>
    </w:p>
    <w:p>
      <w:pPr>
        <w:spacing w:before="0" w:after="80" w:line="300" w:lineRule="auto"/>
        <w:jc w:val="left"/>
      </w:pPr>
      <w:r>
        <w:rPr>
          <w:rFonts w:ascii="Times New Roman" w:hAnsi="Times New Roman" w:eastAsia="宋体"/>
          <w:b w:val="0"/>
          <w:i w:val="0"/>
          <w:color w:val="333333"/>
          <w:sz w:val="19"/>
        </w:rPr>
        <w:t>z=xy/y-x.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a⁻³-b⁻³ =b³-a³/a³b³。</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(1/ab)/(b³-a³/a³b³) =a²b²/b³-a³。</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a⁻³-b⁻³ =b³-a³/a³b³.</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(1/ab)/(b³-a³/a³b³) =a²b²/b³-a³.</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令 f(x)=x+1/x-1。则</w:t>
      </w:r>
    </w:p>
    <w:p>
      <w:pPr>
        <w:spacing w:before="0" w:after="80" w:line="300" w:lineRule="auto"/>
        <w:jc w:val="left"/>
      </w:pPr>
      <w:r>
        <w:rPr>
          <w:rFonts w:ascii="Times New Roman" w:hAnsi="Times New Roman" w:eastAsia="宋体"/>
          <w:b w:val="0"/>
          <w:i w:val="0"/>
          <w:sz w:val="21"/>
        </w:rPr>
        <w:t>f(f(x)) =(x+1/x-1+1)/(x+1/x-1-1)</w:t>
      </w:r>
    </w:p>
    <w:p>
      <w:pPr>
        <w:spacing w:before="0" w:after="80" w:line="300" w:lineRule="auto"/>
        <w:jc w:val="left"/>
      </w:pPr>
      <w:r>
        <w:rPr>
          <w:rFonts w:ascii="Times New Roman" w:hAnsi="Times New Roman" w:eastAsia="宋体"/>
          <w:b w:val="0"/>
          <w:i w:val="0"/>
          <w:sz w:val="21"/>
        </w:rPr>
        <w:t>=(2x/x-1)/(2/x-1) =x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x=1/2 时，其值为 1/2，不在选项中。</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f(x)=x+1/x-1. Then</w:t>
      </w:r>
    </w:p>
    <w:p>
      <w:pPr>
        <w:spacing w:before="0" w:after="80" w:line="300" w:lineRule="auto"/>
        <w:jc w:val="left"/>
      </w:pPr>
      <w:r>
        <w:rPr>
          <w:rFonts w:ascii="Times New Roman" w:hAnsi="Times New Roman" w:eastAsia="宋体"/>
          <w:b w:val="0"/>
          <w:i w:val="0"/>
          <w:color w:val="333333"/>
          <w:sz w:val="19"/>
        </w:rPr>
        <w:t>f(f(x)) =(x+1/x-1+1)/(x+1/x-1-1)</w:t>
      </w:r>
    </w:p>
    <w:p>
      <w:pPr>
        <w:spacing w:before="0" w:after="80" w:line="300" w:lineRule="auto"/>
        <w:jc w:val="left"/>
      </w:pPr>
      <w:r>
        <w:rPr>
          <w:rFonts w:ascii="Times New Roman" w:hAnsi="Times New Roman" w:eastAsia="宋体"/>
          <w:b w:val="0"/>
          <w:i w:val="0"/>
          <w:color w:val="333333"/>
          <w:sz w:val="19"/>
        </w:rPr>
        <w:t>=(2x/x-1)/(2/x-1) =x.</w:t>
      </w:r>
    </w:p>
    <w:p>
      <w:pPr>
        <w:spacing w:before="0" w:after="80" w:line="300" w:lineRule="auto"/>
        <w:jc w:val="left"/>
      </w:pPr>
      <w:r>
        <w:rPr>
          <w:rFonts w:ascii="Times New Roman" w:hAnsi="Times New Roman" w:eastAsia="宋体"/>
          <w:b w:val="0"/>
          <w:i w:val="0"/>
          <w:color w:val="333333"/>
          <w:sz w:val="19"/>
        </w:rPr>
        <w:t>At x=1/2, the value is 1/2, which is not listed.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分母有理化后得到</w:t>
      </w:r>
    </w:p>
    <w:p>
      <w:pPr>
        <w:spacing w:before="0" w:after="80" w:line="300" w:lineRule="auto"/>
        <w:jc w:val="left"/>
      </w:pPr>
      <w:r>
        <w:rPr>
          <w:rFonts w:ascii="Times New Roman" w:hAnsi="Times New Roman" w:eastAsia="宋体"/>
          <w:b w:val="0"/>
          <w:i w:val="0"/>
          <w:sz w:val="21"/>
        </w:rPr>
        <w:t>1/(2+√(2))=(2-√(2))/2,</w:t>
      </w:r>
    </w:p>
    <w:p>
      <w:pPr>
        <w:spacing w:before="0" w:after="80" w:line="300" w:lineRule="auto"/>
        <w:jc w:val="left"/>
      </w:pPr>
      <w:r>
        <w:rPr>
          <w:rFonts w:ascii="Times New Roman" w:hAnsi="Times New Roman" w:eastAsia="宋体"/>
          <w:b w:val="0"/>
          <w:i w:val="0"/>
          <w:sz w:val="21"/>
        </w:rPr>
        <w:t>1/(√(2)-2)=-(2+√(2))/2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两者之和为 -√(2)。因此整个表达式为</w:t>
      </w:r>
    </w:p>
    <w:p>
      <w:pPr>
        <w:spacing w:before="0" w:after="80" w:line="300" w:lineRule="auto"/>
        <w:jc w:val="left"/>
      </w:pPr>
      <w:r>
        <w:rPr>
          <w:rFonts w:ascii="Times New Roman" w:hAnsi="Times New Roman" w:eastAsia="宋体"/>
          <w:b w:val="0"/>
          <w:i w:val="0"/>
          <w:sz w:val="21"/>
        </w:rPr>
        <w:t>2+√(2)-√(2)=2。</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Rationalizing gives</w:t>
      </w:r>
    </w:p>
    <w:p>
      <w:pPr>
        <w:spacing w:before="0" w:after="80" w:line="300" w:lineRule="auto"/>
        <w:jc w:val="left"/>
      </w:pPr>
      <w:r>
        <w:rPr>
          <w:rFonts w:ascii="Times New Roman" w:hAnsi="Times New Roman" w:eastAsia="宋体"/>
          <w:b w:val="0"/>
          <w:i w:val="0"/>
          <w:color w:val="333333"/>
          <w:sz w:val="19"/>
        </w:rPr>
        <w:t>1/(2+√(2))=(2-√(2))/2,</w:t>
      </w:r>
    </w:p>
    <w:p>
      <w:pPr>
        <w:spacing w:before="0" w:after="80" w:line="300" w:lineRule="auto"/>
        <w:jc w:val="left"/>
      </w:pPr>
      <w:r>
        <w:rPr>
          <w:rFonts w:ascii="Times New Roman" w:hAnsi="Times New Roman" w:eastAsia="宋体"/>
          <w:b w:val="0"/>
          <w:i w:val="0"/>
          <w:color w:val="333333"/>
          <w:sz w:val="19"/>
        </w:rPr>
        <w:t>1/(√(2)-2)=-(2+√(2))/2.</w:t>
      </w:r>
    </w:p>
    <w:p>
      <w:pPr>
        <w:spacing w:before="0" w:after="80" w:line="300" w:lineRule="auto"/>
        <w:jc w:val="left"/>
      </w:pPr>
      <w:r>
        <w:rPr>
          <w:rFonts w:ascii="Times New Roman" w:hAnsi="Times New Roman" w:eastAsia="宋体"/>
          <w:b w:val="0"/>
          <w:i w:val="0"/>
          <w:color w:val="333333"/>
          <w:sz w:val="19"/>
        </w:rPr>
        <w:t>Their sum is -√(2). Therefore the whole expression is</w:t>
      </w:r>
    </w:p>
    <w:p>
      <w:pPr>
        <w:spacing w:before="0" w:after="80" w:line="300" w:lineRule="auto"/>
        <w:jc w:val="left"/>
      </w:pPr>
      <w:r>
        <w:rPr>
          <w:rFonts w:ascii="Times New Roman" w:hAnsi="Times New Roman" w:eastAsia="宋体"/>
          <w:b w:val="0"/>
          <w:i w:val="0"/>
          <w:color w:val="333333"/>
          <w:sz w:val="19"/>
        </w:rPr>
        <w:t>2+√(2)-√(2)=2.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算术平均数为</w:t>
      </w:r>
    </w:p>
    <w:p>
      <w:pPr>
        <w:spacing w:before="0" w:after="80" w:line="300" w:lineRule="auto"/>
        <w:jc w:val="left"/>
      </w:pPr>
      <w:r>
        <w:rPr>
          <w:rFonts w:ascii="Times New Roman" w:hAnsi="Times New Roman" w:eastAsia="宋体"/>
          <w:b w:val="0"/>
          <w:i w:val="0"/>
          <w:sz w:val="21"/>
        </w:rPr>
        <w:t>1/2(x+a/x+x-a/x)</w:t>
      </w:r>
    </w:p>
    <w:p>
      <w:pPr>
        <w:spacing w:before="0" w:after="80" w:line="300" w:lineRule="auto"/>
        <w:jc w:val="left"/>
      </w:pPr>
      <w:r>
        <w:rPr>
          <w:rFonts w:ascii="Times New Roman" w:hAnsi="Times New Roman" w:eastAsia="宋体"/>
          <w:b w:val="0"/>
          <w:i w:val="0"/>
          <w:sz w:val="21"/>
        </w:rPr>
        <w:t>=1/2(2x/x)=1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mean is</w:t>
      </w:r>
    </w:p>
    <w:p>
      <w:pPr>
        <w:spacing w:before="0" w:after="80" w:line="300" w:lineRule="auto"/>
        <w:jc w:val="left"/>
      </w:pPr>
      <w:r>
        <w:rPr>
          <w:rFonts w:ascii="Times New Roman" w:hAnsi="Times New Roman" w:eastAsia="宋体"/>
          <w:b w:val="0"/>
          <w:i w:val="0"/>
          <w:color w:val="333333"/>
          <w:sz w:val="19"/>
        </w:rPr>
        <w:t>1/2(x+a/x+x-a/x)</w:t>
      </w:r>
    </w:p>
    <w:p>
      <w:pPr>
        <w:spacing w:before="0" w:after="80" w:line="300" w:lineRule="auto"/>
        <w:jc w:val="left"/>
      </w:pPr>
      <w:r>
        <w:rPr>
          <w:rFonts w:ascii="Times New Roman" w:hAnsi="Times New Roman" w:eastAsia="宋体"/>
          <w:b w:val="0"/>
          <w:i w:val="0"/>
          <w:color w:val="333333"/>
          <w:sz w:val="19"/>
        </w:rPr>
        <w:t>=1/2(2x/x)=1.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斜率为</w:t>
      </w:r>
    </w:p>
    <w:p>
      <w:pPr>
        <w:spacing w:before="0" w:after="80" w:line="300" w:lineRule="auto"/>
        <w:jc w:val="left"/>
      </w:pPr>
      <w:r>
        <w:rPr>
          <w:rFonts w:ascii="Times New Roman" w:hAnsi="Times New Roman" w:eastAsia="宋体"/>
          <w:b w:val="0"/>
          <w:i w:val="0"/>
          <w:sz w:val="21"/>
        </w:rPr>
        <w:t>9-1/(3-(-1))=2。</w:t>
      </w:r>
    </w:p>
    <w:p>
      <w:pPr>
        <w:spacing w:before="0" w:after="80" w:line="300" w:lineRule="auto"/>
        <w:jc w:val="left"/>
      </w:pPr>
      <w:r>
        <w:rPr>
          <w:rFonts w:ascii="Times New Roman" w:hAnsi="Times New Roman" w:eastAsia="宋体"/>
          <w:b w:val="0"/>
          <w:i w:val="0"/>
          <w:sz w:val="21"/>
        </w:rPr>
        <w:t>利用点 (-1,1)，直线方程为 y=2x+3。令 y=0，得到</w:t>
      </w:r>
    </w:p>
    <w:p>
      <w:pPr>
        <w:spacing w:before="0" w:after="80" w:line="300" w:lineRule="auto"/>
        <w:jc w:val="left"/>
      </w:pPr>
      <w:r>
        <w:rPr>
          <w:rFonts w:ascii="Times New Roman" w:hAnsi="Times New Roman" w:eastAsia="宋体"/>
          <w:b w:val="0"/>
          <w:i w:val="0"/>
          <w:sz w:val="21"/>
        </w:rPr>
        <w:t>x=-3/2。</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slope is</w:t>
      </w:r>
    </w:p>
    <w:p>
      <w:pPr>
        <w:spacing w:before="0" w:after="80" w:line="300" w:lineRule="auto"/>
        <w:jc w:val="left"/>
      </w:pPr>
      <w:r>
        <w:rPr>
          <w:rFonts w:ascii="Times New Roman" w:hAnsi="Times New Roman" w:eastAsia="宋体"/>
          <w:b w:val="0"/>
          <w:i w:val="0"/>
          <w:color w:val="333333"/>
          <w:sz w:val="19"/>
        </w:rPr>
        <w:t>9-1/(3-(-1))=2.</w:t>
      </w:r>
    </w:p>
    <w:p>
      <w:pPr>
        <w:spacing w:before="0" w:after="80" w:line="300" w:lineRule="auto"/>
        <w:jc w:val="left"/>
      </w:pPr>
      <w:r>
        <w:rPr>
          <w:rFonts w:ascii="Times New Roman" w:hAnsi="Times New Roman" w:eastAsia="宋体"/>
          <w:b w:val="0"/>
          <w:i w:val="0"/>
          <w:color w:val="333333"/>
          <w:sz w:val="19"/>
        </w:rPr>
        <w:t>Using (-1,1), the line is y=2x+3. Setting y=0 gives</w:t>
      </w:r>
    </w:p>
    <w:p>
      <w:pPr>
        <w:spacing w:before="0" w:after="80" w:line="300" w:lineRule="auto"/>
        <w:jc w:val="left"/>
      </w:pPr>
      <w:r>
        <w:rPr>
          <w:rFonts w:ascii="Times New Roman" w:hAnsi="Times New Roman" w:eastAsia="宋体"/>
          <w:b w:val="0"/>
          <w:i w:val="0"/>
          <w:color w:val="333333"/>
          <w:sz w:val="19"/>
        </w:rPr>
        <w:t>x=-3/2.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第一个数是 π，为无理数。4/5 的立方根也是无理数。此外</w:t>
      </w:r>
    </w:p>
    <w:p>
      <w:pPr>
        <w:spacing w:before="0" w:after="80" w:line="300" w:lineRule="auto"/>
        <w:jc w:val="left"/>
      </w:pPr>
      <w:r>
        <w:rPr>
          <w:rFonts w:ascii="Times New Roman" w:hAnsi="Times New Roman" w:eastAsia="宋体"/>
          <w:b w:val="0"/>
          <w:i w:val="0"/>
          <w:sz w:val="21"/>
        </w:rPr>
        <w:t>⁴√(0.00016) =⁴√(16·10⁻⁵)</w:t>
      </w:r>
    </w:p>
    <w:p>
      <w:pPr>
        <w:spacing w:before="0" w:after="80" w:line="300" w:lineRule="auto"/>
        <w:jc w:val="left"/>
      </w:pPr>
      <w:r>
        <w:rPr>
          <w:rFonts w:ascii="Times New Roman" w:hAnsi="Times New Roman" w:eastAsia="宋体"/>
          <w:b w:val="0"/>
          <w:i w:val="0"/>
          <w:sz w:val="21"/>
        </w:rPr>
        <w:t>是无理数。第四个数为</w:t>
      </w:r>
    </w:p>
    <w:p>
      <w:pPr>
        <w:spacing w:before="0" w:after="80" w:line="300" w:lineRule="auto"/>
        <w:jc w:val="left"/>
      </w:pPr>
      <w:r>
        <w:rPr>
          <w:rFonts w:ascii="Times New Roman" w:hAnsi="Times New Roman" w:eastAsia="宋体"/>
          <w:b w:val="0"/>
          <w:i w:val="0"/>
          <w:sz w:val="21"/>
        </w:rPr>
        <w:t>(-1)√(100/9)=-10/3，</w:t>
      </w:r>
    </w:p>
    <w:p>
      <w:pPr>
        <w:spacing w:before="0" w:after="80" w:line="300" w:lineRule="auto"/>
        <w:jc w:val="left"/>
      </w:pPr>
      <w:r>
        <w:rPr>
          <w:rFonts w:ascii="Times New Roman" w:hAnsi="Times New Roman" w:eastAsia="宋体"/>
          <w:b w:val="0"/>
          <w:i w:val="0"/>
          <w:sz w:val="21"/>
        </w:rPr>
        <w:t>它是有理数。</w:t>
      </w:r>
    </w:p>
    <w:p>
      <w:pPr>
        <w:spacing w:before="0" w:after="80" w:line="300" w:lineRule="auto"/>
        <w:jc w:val="left"/>
      </w:pPr>
      <w:r>
        <w:rPr>
          <w:rFonts w:ascii="Times New Roman" w:hAnsi="Times New Roman" w:eastAsia="宋体"/>
          <w:b w:val="0"/>
          <w:i w:val="0"/>
          <w:sz w:val="21"/>
        </w:rPr>
        <w:t>因此只有第四个数是有理数，正确答案为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number is π, which is irrational. The cube root of 4/5 is irrational. Also</w:t>
      </w:r>
    </w:p>
    <w:p>
      <w:pPr>
        <w:spacing w:before="0" w:after="80" w:line="300" w:lineRule="auto"/>
        <w:jc w:val="left"/>
      </w:pPr>
      <w:r>
        <w:rPr>
          <w:rFonts w:ascii="Times New Roman" w:hAnsi="Times New Roman" w:eastAsia="宋体"/>
          <w:b w:val="0"/>
          <w:i w:val="0"/>
          <w:color w:val="333333"/>
          <w:sz w:val="19"/>
        </w:rPr>
        <w:t>⁴√(0.00016) =⁴√(16·10⁻⁵)</w:t>
      </w:r>
    </w:p>
    <w:p>
      <w:pPr>
        <w:spacing w:before="0" w:after="80" w:line="300" w:lineRule="auto"/>
        <w:jc w:val="left"/>
      </w:pPr>
      <w:r>
        <w:rPr>
          <w:rFonts w:ascii="Times New Roman" w:hAnsi="Times New Roman" w:eastAsia="宋体"/>
          <w:b w:val="0"/>
          <w:i w:val="0"/>
          <w:color w:val="333333"/>
          <w:sz w:val="19"/>
        </w:rPr>
        <w:t>is irrational. The fourth number is</w:t>
      </w:r>
    </w:p>
    <w:p>
      <w:pPr>
        <w:spacing w:before="0" w:after="80" w:line="300" w:lineRule="auto"/>
        <w:jc w:val="left"/>
      </w:pPr>
      <w:r>
        <w:rPr>
          <w:rFonts w:ascii="Times New Roman" w:hAnsi="Times New Roman" w:eastAsia="宋体"/>
          <w:b w:val="0"/>
          <w:i w:val="0"/>
          <w:color w:val="333333"/>
          <w:sz w:val="19"/>
        </w:rPr>
        <w:t>(-1)√(100/9)=-10/3,</w:t>
      </w:r>
    </w:p>
    <w:p>
      <w:pPr>
        <w:spacing w:before="0" w:after="80" w:line="300" w:lineRule="auto"/>
        <w:jc w:val="left"/>
      </w:pPr>
      <w:r>
        <w:rPr>
          <w:rFonts w:ascii="Times New Roman" w:hAnsi="Times New Roman" w:eastAsia="宋体"/>
          <w:b w:val="0"/>
          <w:i w:val="0"/>
          <w:color w:val="333333"/>
          <w:sz w:val="19"/>
        </w:rPr>
        <w:t>which is rational.</w:t>
      </w:r>
    </w:p>
    <w:p>
      <w:pPr>
        <w:spacing w:before="0" w:after="80" w:line="300" w:lineRule="auto"/>
        <w:jc w:val="left"/>
      </w:pPr>
      <w:r>
        <w:rPr>
          <w:rFonts w:ascii="Times New Roman" w:hAnsi="Times New Roman" w:eastAsia="宋体"/>
          <w:b w:val="0"/>
          <w:i w:val="0"/>
          <w:color w:val="333333"/>
          <w:sz w:val="19"/>
        </w:rPr>
        <w:t>Therefore, only the fourth is rational,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展开右边，得到</w:t>
      </w:r>
    </w:p>
    <w:p>
      <w:pPr>
        <w:spacing w:before="0" w:after="80" w:line="300" w:lineRule="auto"/>
        <w:jc w:val="left"/>
      </w:pPr>
      <w:r>
        <w:rPr>
          <w:rFonts w:ascii="Times New Roman" w:hAnsi="Times New Roman" w:eastAsia="宋体"/>
          <w:b w:val="0"/>
          <w:i w:val="0"/>
          <w:sz w:val="21"/>
        </w:rPr>
        <w:t>x²+b²=a²-2ax+x²。</w:t>
      </w:r>
    </w:p>
    <w:p>
      <w:pPr>
        <w:spacing w:before="0" w:after="80" w:line="300" w:lineRule="auto"/>
        <w:jc w:val="left"/>
      </w:pPr>
      <w:r>
        <w:rPr>
          <w:rFonts w:ascii="Times New Roman" w:hAnsi="Times New Roman" w:eastAsia="宋体"/>
          <w:b w:val="0"/>
          <w:i w:val="0"/>
          <w:sz w:val="21"/>
        </w:rPr>
        <w:t>消去 x² 并求解，得到</w:t>
      </w:r>
    </w:p>
    <w:p>
      <w:pPr>
        <w:spacing w:before="0" w:after="80" w:line="300" w:lineRule="auto"/>
        <w:jc w:val="left"/>
      </w:pPr>
      <w:r>
        <w:rPr>
          <w:rFonts w:ascii="Times New Roman" w:hAnsi="Times New Roman" w:eastAsia="宋体"/>
          <w:b w:val="0"/>
          <w:i w:val="0"/>
          <w:sz w:val="21"/>
        </w:rPr>
        <w:t>2ax=a²-b²,</w:t>
      </w:r>
    </w:p>
    <w:p>
      <w:pPr>
        <w:spacing w:before="0" w:after="80" w:line="300" w:lineRule="auto"/>
        <w:jc w:val="left"/>
      </w:pPr>
      <w:r>
        <w:rPr>
          <w:rFonts w:ascii="Times New Roman" w:hAnsi="Times New Roman" w:eastAsia="宋体"/>
          <w:b w:val="0"/>
          <w:i w:val="0"/>
          <w:sz w:val="21"/>
        </w:rPr>
        <w:t>x=a²-b²/2a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the right side,</w:t>
      </w:r>
    </w:p>
    <w:p>
      <w:pPr>
        <w:spacing w:before="0" w:after="80" w:line="300" w:lineRule="auto"/>
        <w:jc w:val="left"/>
      </w:pPr>
      <w:r>
        <w:rPr>
          <w:rFonts w:ascii="Times New Roman" w:hAnsi="Times New Roman" w:eastAsia="宋体"/>
          <w:b w:val="0"/>
          <w:i w:val="0"/>
          <w:color w:val="333333"/>
          <w:sz w:val="19"/>
        </w:rPr>
        <w:t>x²+b²=a²-2ax+x².</w:t>
      </w:r>
    </w:p>
    <w:p>
      <w:pPr>
        <w:spacing w:before="0" w:after="80" w:line="300" w:lineRule="auto"/>
        <w:jc w:val="left"/>
      </w:pPr>
      <w:r>
        <w:rPr>
          <w:rFonts w:ascii="Times New Roman" w:hAnsi="Times New Roman" w:eastAsia="宋体"/>
          <w:b w:val="0"/>
          <w:i w:val="0"/>
          <w:color w:val="333333"/>
          <w:sz w:val="19"/>
        </w:rPr>
        <w:t>Cancelling x² and solving gives</w:t>
      </w:r>
    </w:p>
    <w:p>
      <w:pPr>
        <w:spacing w:before="0" w:after="80" w:line="300" w:lineRule="auto"/>
        <w:jc w:val="left"/>
      </w:pPr>
      <w:r>
        <w:rPr>
          <w:rFonts w:ascii="Times New Roman" w:hAnsi="Times New Roman" w:eastAsia="宋体"/>
          <w:b w:val="0"/>
          <w:i w:val="0"/>
          <w:color w:val="333333"/>
          <w:sz w:val="19"/>
        </w:rPr>
        <w:t>2ax=a²-b²,</w:t>
      </w:r>
    </w:p>
    <w:p>
      <w:pPr>
        <w:spacing w:before="0" w:after="80" w:line="300" w:lineRule="auto"/>
        <w:jc w:val="left"/>
      </w:pPr>
      <w:r>
        <w:rPr>
          <w:rFonts w:ascii="Times New Roman" w:hAnsi="Times New Roman" w:eastAsia="宋体"/>
          <w:b w:val="0"/>
          <w:i w:val="0"/>
          <w:color w:val="333333"/>
          <w:sz w:val="19"/>
        </w:rPr>
        <w:t>x=a²-b²/2a.</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判别式为</w:t>
      </w:r>
    </w:p>
    <w:p>
      <w:pPr>
        <w:spacing w:before="0" w:after="80" w:line="300" w:lineRule="auto"/>
        <w:jc w:val="left"/>
      </w:pPr>
      <w:r>
        <w:rPr>
          <w:rFonts w:ascii="Times New Roman" w:hAnsi="Times New Roman" w:eastAsia="宋体"/>
          <w:b w:val="0"/>
          <w:i w:val="0"/>
          <w:sz w:val="21"/>
        </w:rPr>
        <w:t>k²-4k²=-3k²。</w:t>
      </w:r>
    </w:p>
    <w:p>
      <w:pPr>
        <w:spacing w:before="0" w:after="80" w:line="300" w:lineRule="auto"/>
        <w:jc w:val="left"/>
      </w:pPr>
      <w:r>
        <w:rPr>
          <w:rFonts w:ascii="Times New Roman" w:hAnsi="Times New Roman" w:eastAsia="宋体"/>
          <w:b w:val="0"/>
          <w:i w:val="0"/>
          <w:sz w:val="21"/>
        </w:rPr>
        <w:t>对每个非零实数 k，它都为负，因此该二次方程没有实根。</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discriminant is</w:t>
      </w:r>
    </w:p>
    <w:p>
      <w:pPr>
        <w:spacing w:before="0" w:after="80" w:line="300" w:lineRule="auto"/>
        <w:jc w:val="left"/>
      </w:pPr>
      <w:r>
        <w:rPr>
          <w:rFonts w:ascii="Times New Roman" w:hAnsi="Times New Roman" w:eastAsia="宋体"/>
          <w:b w:val="0"/>
          <w:i w:val="0"/>
          <w:color w:val="333333"/>
          <w:sz w:val="19"/>
        </w:rPr>
        <w:t>k²-4k²=-3k².</w:t>
      </w:r>
    </w:p>
    <w:p>
      <w:pPr>
        <w:spacing w:before="0" w:after="80" w:line="300" w:lineRule="auto"/>
        <w:jc w:val="left"/>
      </w:pPr>
      <w:r>
        <w:rPr>
          <w:rFonts w:ascii="Times New Roman" w:hAnsi="Times New Roman" w:eastAsia="宋体"/>
          <w:b w:val="0"/>
          <w:i w:val="0"/>
          <w:color w:val="333333"/>
          <w:sz w:val="19"/>
        </w:rPr>
        <w:t>For every nonzero real k, this is negative, so the quadratic has no real roots.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(1-x)√(5-x)=0。</w:t>
      </w:r>
    </w:p>
    <w:p>
      <w:pPr>
        <w:spacing w:before="0" w:after="80" w:line="300" w:lineRule="auto"/>
        <w:jc w:val="left"/>
      </w:pPr>
      <w:r>
        <w:rPr>
          <w:rFonts w:ascii="Times New Roman" w:hAnsi="Times New Roman" w:eastAsia="宋体"/>
          <w:b w:val="0"/>
          <w:i w:val="0"/>
          <w:sz w:val="21"/>
        </w:rPr>
        <w:t>因此 x=1，或由 5-x=0 得 x=5。两个值都在定义域 x≤5 内，并且满足原方程。</w:t>
      </w:r>
    </w:p>
    <w:p>
      <w:pPr>
        <w:spacing w:before="0" w:after="80" w:line="300" w:lineRule="auto"/>
        <w:jc w:val="left"/>
      </w:pPr>
      <w:r>
        <w:rPr>
          <w:rFonts w:ascii="Times New Roman" w:hAnsi="Times New Roman" w:eastAsia="宋体"/>
          <w:b w:val="0"/>
          <w:i w:val="0"/>
          <w:sz w:val="21"/>
        </w:rPr>
        <w:t>所以共有两个根，正确答案为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w:t>
      </w:r>
    </w:p>
    <w:p>
      <w:pPr>
        <w:spacing w:before="0" w:after="80" w:line="300" w:lineRule="auto"/>
        <w:jc w:val="left"/>
      </w:pPr>
      <w:r>
        <w:rPr>
          <w:rFonts w:ascii="Times New Roman" w:hAnsi="Times New Roman" w:eastAsia="宋体"/>
          <w:b w:val="0"/>
          <w:i w:val="0"/>
          <w:color w:val="333333"/>
          <w:sz w:val="19"/>
        </w:rPr>
        <w:t>(1-x)√(5-x)=0.</w:t>
      </w:r>
    </w:p>
    <w:p>
      <w:pPr>
        <w:spacing w:before="0" w:after="80" w:line="300" w:lineRule="auto"/>
        <w:jc w:val="left"/>
      </w:pPr>
      <w:r>
        <w:rPr>
          <w:rFonts w:ascii="Times New Roman" w:hAnsi="Times New Roman" w:eastAsia="宋体"/>
          <w:b w:val="0"/>
          <w:i w:val="0"/>
          <w:color w:val="333333"/>
          <w:sz w:val="19"/>
        </w:rPr>
        <w:t>Thus either x=1 or 5-x=0, giving x=5. Both values lie in the domain x≤5 and satisfy the original equation.</w:t>
      </w:r>
    </w:p>
    <w:p>
      <w:pPr>
        <w:spacing w:before="0" w:after="80" w:line="300" w:lineRule="auto"/>
        <w:jc w:val="left"/>
      </w:pPr>
      <w:r>
        <w:rPr>
          <w:rFonts w:ascii="Times New Roman" w:hAnsi="Times New Roman" w:eastAsia="宋体"/>
          <w:b w:val="0"/>
          <w:i w:val="0"/>
          <w:color w:val="333333"/>
          <w:sz w:val="19"/>
        </w:rPr>
        <w:t>Therefore, there are two roots,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取对数得</w:t>
      </w:r>
    </w:p>
    <w:p>
      <w:pPr>
        <w:spacing w:before="0" w:after="80" w:line="300" w:lineRule="auto"/>
        <w:jc w:val="left"/>
      </w:pPr>
      <w:r>
        <w:rPr>
          <w:rFonts w:ascii="Times New Roman" w:hAnsi="Times New Roman" w:eastAsia="宋体"/>
          <w:b w:val="0"/>
          <w:i w:val="0"/>
          <w:sz w:val="21"/>
        </w:rPr>
        <w:t>log P=log s-nlog(1+k)。</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n=(log s-log P)/(log(1+k)) =(log(s/P))/(log(1+k))。</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logarithms,</w:t>
      </w:r>
    </w:p>
    <w:p>
      <w:pPr>
        <w:spacing w:before="0" w:after="80" w:line="300" w:lineRule="auto"/>
        <w:jc w:val="left"/>
      </w:pPr>
      <w:r>
        <w:rPr>
          <w:rFonts w:ascii="Times New Roman" w:hAnsi="Times New Roman" w:eastAsia="宋体"/>
          <w:b w:val="0"/>
          <w:i w:val="0"/>
          <w:color w:val="333333"/>
          <w:sz w:val="19"/>
        </w:rPr>
        <w:t>log P=log s-nlog(1+k).</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n=(log s-log P)/(log(1+k)) =(log(s/P))/(log(1+k)).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若两数为 x 和 y，则</w:t>
      </w:r>
    </w:p>
    <w:p>
      <w:pPr>
        <w:spacing w:before="0" w:after="80" w:line="300" w:lineRule="auto"/>
        <w:jc w:val="left"/>
      </w:pPr>
      <w:r>
        <w:rPr>
          <w:rFonts w:ascii="Times New Roman" w:hAnsi="Times New Roman" w:eastAsia="宋体"/>
          <w:b w:val="0"/>
          <w:i w:val="0"/>
          <w:sz w:val="21"/>
        </w:rPr>
        <w:t>1/x+1/y =x+y/xy =10/20 =1/2。</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numbers are x and y, then</w:t>
      </w:r>
    </w:p>
    <w:p>
      <w:pPr>
        <w:spacing w:before="0" w:after="80" w:line="300" w:lineRule="auto"/>
        <w:jc w:val="left"/>
      </w:pPr>
      <w:r>
        <w:rPr>
          <w:rFonts w:ascii="Times New Roman" w:hAnsi="Times New Roman" w:eastAsia="宋体"/>
          <w:b w:val="0"/>
          <w:i w:val="0"/>
          <w:color w:val="333333"/>
          <w:sz w:val="19"/>
        </w:rPr>
        <w:t>1/x+1/y =x+y/xy =10/20 =1/2.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数列 5,6,7,… 的 b 项中，末项为</w:t>
      </w:r>
    </w:p>
    <w:p>
      <w:pPr>
        <w:spacing w:before="0" w:after="80" w:line="300" w:lineRule="auto"/>
        <w:jc w:val="left"/>
      </w:pPr>
      <w:r>
        <w:rPr>
          <w:rFonts w:ascii="Times New Roman" w:hAnsi="Times New Roman" w:eastAsia="宋体"/>
          <w:b w:val="0"/>
          <w:i w:val="0"/>
          <w:sz w:val="21"/>
        </w:rPr>
        <w:t>5+(b-1)=b+4。</w:t>
      </w:r>
    </w:p>
    <w:p>
      <w:pPr>
        <w:spacing w:before="0" w:after="80" w:line="300" w:lineRule="auto"/>
        <w:jc w:val="left"/>
      </w:pPr>
      <w:r>
        <w:rPr>
          <w:rFonts w:ascii="Times New Roman" w:hAnsi="Times New Roman" w:eastAsia="宋体"/>
          <w:b w:val="0"/>
          <w:i w:val="0"/>
          <w:sz w:val="21"/>
        </w:rPr>
        <w:t>这个末项等于女孩总数 g。因此 g=b+4，即 b=g-4。</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last of the b terms in the sequence 5,6,7,… is</w:t>
      </w:r>
    </w:p>
    <w:p>
      <w:pPr>
        <w:spacing w:before="0" w:after="80" w:line="300" w:lineRule="auto"/>
        <w:jc w:val="left"/>
      </w:pPr>
      <w:r>
        <w:rPr>
          <w:rFonts w:ascii="Times New Roman" w:hAnsi="Times New Roman" w:eastAsia="宋体"/>
          <w:b w:val="0"/>
          <w:i w:val="0"/>
          <w:color w:val="333333"/>
          <w:sz w:val="19"/>
        </w:rPr>
        <w:t>5+(b-1)=b+4.</w:t>
      </w:r>
    </w:p>
    <w:p>
      <w:pPr>
        <w:spacing w:before="0" w:after="80" w:line="300" w:lineRule="auto"/>
        <w:jc w:val="left"/>
      </w:pPr>
      <w:r>
        <w:rPr>
          <w:rFonts w:ascii="Times New Roman" w:hAnsi="Times New Roman" w:eastAsia="宋体"/>
          <w:b w:val="0"/>
          <w:i w:val="0"/>
          <w:color w:val="333333"/>
          <w:sz w:val="19"/>
        </w:rPr>
        <w:t>This last number equals the total number g of girls. Hence g=b+4, or b=g-4.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设各边所截的四段劣弧度数为 α₁,…,α₄，其和为 360°。与弧 αᵢ 对应的外侧弓形内的圆周角所对的是另一段弧，因此其度数为</w:t>
      </w:r>
    </w:p>
    <w:p>
      <w:pPr>
        <w:spacing w:before="0" w:after="80" w:line="300" w:lineRule="auto"/>
        <w:jc w:val="left"/>
      </w:pPr>
      <w:r>
        <w:rPr>
          <w:rFonts w:ascii="Times New Roman" w:hAnsi="Times New Roman" w:eastAsia="宋体"/>
          <w:b w:val="0"/>
          <w:i w:val="0"/>
          <w:sz w:val="21"/>
        </w:rPr>
        <w:t>(360°-αᵢ)/2。</w:t>
      </w:r>
    </w:p>
    <w:p>
      <w:pPr>
        <w:spacing w:before="0" w:after="80" w:line="300" w:lineRule="auto"/>
        <w:jc w:val="left"/>
      </w:pPr>
      <w:r>
        <w:rPr>
          <w:rFonts w:ascii="Times New Roman" w:hAnsi="Times New Roman" w:eastAsia="宋体"/>
          <w:b w:val="0"/>
          <w:i w:val="0"/>
          <w:sz w:val="21"/>
        </w:rPr>
        <w:t>所以四个角的度数之和为</w:t>
      </w:r>
    </w:p>
    <w:p>
      <w:pPr>
        <w:spacing w:before="0" w:after="80" w:line="300" w:lineRule="auto"/>
        <w:jc w:val="left"/>
      </w:pPr>
      <w:r>
        <w:rPr>
          <w:rFonts w:ascii="Times New Roman" w:hAnsi="Times New Roman" w:eastAsia="宋体"/>
          <w:b w:val="0"/>
          <w:i w:val="0"/>
          <w:sz w:val="21"/>
        </w:rPr>
        <w:t>(4(360°)-360°)/2=540°。</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four minor arcs cut off by the sides have measures α₁,…,α₄, whose sum is 360°. The angle in the outside segment corresponding to arc αᵢ subtends the other arc, so its measure is</w:t>
      </w:r>
    </w:p>
    <w:p>
      <w:pPr>
        <w:spacing w:before="0" w:after="80" w:line="300" w:lineRule="auto"/>
        <w:jc w:val="left"/>
      </w:pPr>
      <w:r>
        <w:rPr>
          <w:rFonts w:ascii="Times New Roman" w:hAnsi="Times New Roman" w:eastAsia="宋体"/>
          <w:b w:val="0"/>
          <w:i w:val="0"/>
          <w:color w:val="333333"/>
          <w:sz w:val="19"/>
        </w:rPr>
        <w:t>(360°-αᵢ)/2.</w:t>
      </w:r>
    </w:p>
    <w:p>
      <w:pPr>
        <w:spacing w:before="0" w:after="80" w:line="300" w:lineRule="auto"/>
        <w:jc w:val="left"/>
      </w:pPr>
      <w:r>
        <w:rPr>
          <w:rFonts w:ascii="Times New Roman" w:hAnsi="Times New Roman" w:eastAsia="宋体"/>
          <w:b w:val="0"/>
          <w:i w:val="0"/>
          <w:color w:val="333333"/>
          <w:sz w:val="19"/>
        </w:rPr>
        <w:t>The sum of the four angles is therefore</w:t>
      </w:r>
    </w:p>
    <w:p>
      <w:pPr>
        <w:spacing w:before="0" w:after="80" w:line="300" w:lineRule="auto"/>
        <w:jc w:val="left"/>
      </w:pPr>
      <w:r>
        <w:rPr>
          <w:rFonts w:ascii="Times New Roman" w:hAnsi="Times New Roman" w:eastAsia="宋体"/>
          <w:b w:val="0"/>
          <w:i w:val="0"/>
          <w:color w:val="333333"/>
          <w:sz w:val="19"/>
        </w:rPr>
        <w:t>(4(360°)-360°)/2=540°.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圆的半径为 r=10，也是六边形的边心距。因此边长为</w:t>
      </w:r>
    </w:p>
    <w:p>
      <w:pPr>
        <w:spacing w:before="0" w:after="80" w:line="300" w:lineRule="auto"/>
        <w:jc w:val="left"/>
      </w:pPr>
      <w:r>
        <w:rPr>
          <w:rFonts w:ascii="Times New Roman" w:hAnsi="Times New Roman" w:eastAsia="宋体"/>
          <w:b w:val="0"/>
          <w:i w:val="0"/>
          <w:sz w:val="21"/>
        </w:rPr>
        <w:t>2rtan30°=20/(√(3))。</w:t>
      </w:r>
    </w:p>
    <w:p>
      <w:pPr>
        <w:spacing w:before="0" w:after="80" w:line="300" w:lineRule="auto"/>
        <w:jc w:val="left"/>
      </w:pPr>
      <w:r>
        <w:rPr>
          <w:rFonts w:ascii="Times New Roman" w:hAnsi="Times New Roman" w:eastAsia="宋体"/>
          <w:b w:val="0"/>
          <w:i w:val="0"/>
          <w:sz w:val="21"/>
        </w:rPr>
        <w:t>利用面积等于周长与边心距乘积的一半，六边形的面积为</w:t>
      </w:r>
    </w:p>
    <w:p>
      <w:pPr>
        <w:spacing w:before="0" w:after="80" w:line="300" w:lineRule="auto"/>
        <w:jc w:val="left"/>
      </w:pPr>
      <w:r>
        <w:rPr>
          <w:rFonts w:ascii="Times New Roman" w:hAnsi="Times New Roman" w:eastAsia="宋体"/>
          <w:b w:val="0"/>
          <w:i w:val="0"/>
          <w:sz w:val="21"/>
        </w:rPr>
        <w:t>1/2(6·20/(√(3)))(10) =200√(3)。</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has radius r=10, which is the hexagon’s apothem. Thus the side length is</w:t>
      </w:r>
    </w:p>
    <w:p>
      <w:pPr>
        <w:spacing w:before="0" w:after="80" w:line="300" w:lineRule="auto"/>
        <w:jc w:val="left"/>
      </w:pPr>
      <w:r>
        <w:rPr>
          <w:rFonts w:ascii="Times New Roman" w:hAnsi="Times New Roman" w:eastAsia="宋体"/>
          <w:b w:val="0"/>
          <w:i w:val="0"/>
          <w:color w:val="333333"/>
          <w:sz w:val="19"/>
        </w:rPr>
        <w:t>2rtan30°=20/(√(3)).</w:t>
      </w:r>
    </w:p>
    <w:p>
      <w:pPr>
        <w:spacing w:before="0" w:after="80" w:line="300" w:lineRule="auto"/>
        <w:jc w:val="left"/>
      </w:pPr>
      <w:r>
        <w:rPr>
          <w:rFonts w:ascii="Times New Roman" w:hAnsi="Times New Roman" w:eastAsia="宋体"/>
          <w:b w:val="0"/>
          <w:i w:val="0"/>
          <w:color w:val="333333"/>
          <w:sz w:val="19"/>
        </w:rPr>
        <w:t>Using one-half the product of perimeter and apothem, the hexagon’s area is</w:t>
      </w:r>
    </w:p>
    <w:p>
      <w:pPr>
        <w:spacing w:before="0" w:after="80" w:line="300" w:lineRule="auto"/>
        <w:jc w:val="left"/>
      </w:pPr>
      <w:r>
        <w:rPr>
          <w:rFonts w:ascii="Times New Roman" w:hAnsi="Times New Roman" w:eastAsia="宋体"/>
          <w:b w:val="0"/>
          <w:i w:val="0"/>
          <w:color w:val="333333"/>
          <w:sz w:val="19"/>
        </w:rPr>
        <w:t>1/2(6·20/(√(3)))(10) =200√(3).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由不等式得</w:t>
      </w:r>
    </w:p>
    <w:p>
      <w:pPr>
        <w:spacing w:before="0" w:after="80" w:line="300" w:lineRule="auto"/>
        <w:jc w:val="left"/>
      </w:pPr>
      <w:r>
        <w:rPr>
          <w:rFonts w:ascii="Times New Roman" w:hAnsi="Times New Roman" w:eastAsia="宋体"/>
          <w:b w:val="0"/>
          <w:i w:val="0"/>
          <w:sz w:val="21"/>
        </w:rPr>
        <w:t>1/2log x≥log2，</w:t>
      </w:r>
    </w:p>
    <w:p>
      <w:pPr>
        <w:spacing w:before="0" w:after="80" w:line="300" w:lineRule="auto"/>
        <w:jc w:val="left"/>
      </w:pPr>
      <w:r>
        <w:rPr>
          <w:rFonts w:ascii="Times New Roman" w:hAnsi="Times New Roman" w:eastAsia="宋体"/>
          <w:b w:val="0"/>
          <w:i w:val="0"/>
          <w:sz w:val="21"/>
        </w:rPr>
        <w:t>所以 log x≥2log2=log4。因此 x≥4，故 x 的最小可能值为 4。</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inequality gives</w:t>
      </w:r>
    </w:p>
    <w:p>
      <w:pPr>
        <w:spacing w:before="0" w:after="80" w:line="300" w:lineRule="auto"/>
        <w:jc w:val="left"/>
      </w:pPr>
      <w:r>
        <w:rPr>
          <w:rFonts w:ascii="Times New Roman" w:hAnsi="Times New Roman" w:eastAsia="宋体"/>
          <w:b w:val="0"/>
          <w:i w:val="0"/>
          <w:color w:val="333333"/>
          <w:sz w:val="19"/>
        </w:rPr>
        <w:t>1/2log x≥log2,</w:t>
      </w:r>
    </w:p>
    <w:p>
      <w:pPr>
        <w:spacing w:before="0" w:after="80" w:line="300" w:lineRule="auto"/>
        <w:jc w:val="left"/>
      </w:pPr>
      <w:r>
        <w:rPr>
          <w:rFonts w:ascii="Times New Roman" w:hAnsi="Times New Roman" w:eastAsia="宋体"/>
          <w:b w:val="0"/>
          <w:i w:val="0"/>
          <w:color w:val="333333"/>
          <w:sz w:val="19"/>
        </w:rPr>
        <w:t>so log x≥2log2=log4. Hence x≥4, and the minimum possible value of x is 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面积加倍的条件为</w:t>
      </w:r>
    </w:p>
    <w:p>
      <w:pPr>
        <w:spacing w:before="0" w:after="80" w:line="300" w:lineRule="auto"/>
        <w:jc w:val="left"/>
      </w:pPr>
      <w:r>
        <w:rPr>
          <w:rFonts w:ascii="Times New Roman" w:hAnsi="Times New Roman" w:eastAsia="宋体"/>
          <w:b w:val="0"/>
          <w:i w:val="0"/>
          <w:sz w:val="21"/>
        </w:rPr>
        <w:t>π(r+n)²=2π r²。</w:t>
      </w:r>
    </w:p>
    <w:p>
      <w:pPr>
        <w:spacing w:before="0" w:after="80" w:line="300" w:lineRule="auto"/>
        <w:jc w:val="left"/>
      </w:pPr>
      <w:r>
        <w:rPr>
          <w:rFonts w:ascii="Times New Roman" w:hAnsi="Times New Roman" w:eastAsia="宋体"/>
          <w:b w:val="0"/>
          <w:i w:val="0"/>
          <w:sz w:val="21"/>
        </w:rPr>
        <w:t>由于半径为正，r+n=√(2) r。因此</w:t>
      </w:r>
    </w:p>
    <w:p>
      <w:pPr>
        <w:spacing w:before="0" w:after="80" w:line="300" w:lineRule="auto"/>
        <w:jc w:val="left"/>
      </w:pPr>
      <w:r>
        <w:rPr>
          <w:rFonts w:ascii="Times New Roman" w:hAnsi="Times New Roman" w:eastAsia="宋体"/>
          <w:b w:val="0"/>
          <w:i w:val="0"/>
          <w:sz w:val="21"/>
        </w:rPr>
        <w:t>r=n/(√(2)-1) =n(√(2)+1)。</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doubled-area condition is</w:t>
      </w:r>
    </w:p>
    <w:p>
      <w:pPr>
        <w:spacing w:before="0" w:after="80" w:line="300" w:lineRule="auto"/>
        <w:jc w:val="left"/>
      </w:pPr>
      <w:r>
        <w:rPr>
          <w:rFonts w:ascii="Times New Roman" w:hAnsi="Times New Roman" w:eastAsia="宋体"/>
          <w:b w:val="0"/>
          <w:i w:val="0"/>
          <w:color w:val="333333"/>
          <w:sz w:val="19"/>
        </w:rPr>
        <w:t>π(r+n)²=2π r².</w:t>
      </w:r>
    </w:p>
    <w:p>
      <w:pPr>
        <w:spacing w:before="0" w:after="80" w:line="300" w:lineRule="auto"/>
        <w:jc w:val="left"/>
      </w:pPr>
      <w:r>
        <w:rPr>
          <w:rFonts w:ascii="Times New Roman" w:hAnsi="Times New Roman" w:eastAsia="宋体"/>
          <w:b w:val="0"/>
          <w:i w:val="0"/>
          <w:color w:val="333333"/>
          <w:sz w:val="19"/>
        </w:rPr>
        <w:t>Since the radii are positive, r+n=√(2) r. Thus</w:t>
      </w:r>
    </w:p>
    <w:p>
      <w:pPr>
        <w:spacing w:before="0" w:after="80" w:line="300" w:lineRule="auto"/>
        <w:jc w:val="left"/>
      </w:pPr>
      <w:r>
        <w:rPr>
          <w:rFonts w:ascii="Times New Roman" w:hAnsi="Times New Roman" w:eastAsia="宋体"/>
          <w:b w:val="0"/>
          <w:i w:val="0"/>
          <w:color w:val="333333"/>
          <w:sz w:val="19"/>
        </w:rPr>
        <w:t>r=n/(√(2)-1) =n(√(2)+1).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由斜边高所形成的相似三角形可得</w:t>
      </w:r>
    </w:p>
    <w:p>
      <w:pPr>
        <w:spacing w:before="0" w:after="80" w:line="300" w:lineRule="auto"/>
        <w:jc w:val="left"/>
      </w:pPr>
      <w:r>
        <w:rPr>
          <w:rFonts w:ascii="Times New Roman" w:hAnsi="Times New Roman" w:eastAsia="宋体"/>
          <w:b w:val="0"/>
          <w:i w:val="0"/>
          <w:sz w:val="21"/>
        </w:rPr>
        <w:t>a²=cr, b²=cs。</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r/s=a²/b² =(1/3)²=1/9。</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Similarity from the altitude-to-hypotenuse construction gives</w:t>
      </w:r>
    </w:p>
    <w:p>
      <w:pPr>
        <w:spacing w:before="0" w:after="80" w:line="300" w:lineRule="auto"/>
        <w:jc w:val="left"/>
      </w:pPr>
      <w:r>
        <w:rPr>
          <w:rFonts w:ascii="Times New Roman" w:hAnsi="Times New Roman" w:eastAsia="宋体"/>
          <w:b w:val="0"/>
          <w:i w:val="0"/>
          <w:color w:val="333333"/>
          <w:sz w:val="19"/>
        </w:rPr>
        <w:t>a²=cr, b²=cs.</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r/s=a²/b² =(1/3)²=1/9.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4ˣ-4ˣ⁻¹ =3/4 4ˣ=24，</w:t>
      </w:r>
    </w:p>
    <w:p>
      <w:pPr>
        <w:spacing w:before="0" w:after="80" w:line="300" w:lineRule="auto"/>
        <w:jc w:val="left"/>
      </w:pPr>
      <w:r>
        <w:rPr>
          <w:rFonts w:ascii="Times New Roman" w:hAnsi="Times New Roman" w:eastAsia="宋体"/>
          <w:b w:val="0"/>
          <w:i w:val="0"/>
          <w:sz w:val="21"/>
        </w:rPr>
        <w:t>所以 4ˣ=32。于是 2²ˣ=2⁵，得到 x=5/2。因此</w:t>
      </w:r>
    </w:p>
    <w:p>
      <w:pPr>
        <w:spacing w:before="0" w:after="80" w:line="300" w:lineRule="auto"/>
        <w:jc w:val="left"/>
      </w:pPr>
      <w:r>
        <w:rPr>
          <w:rFonts w:ascii="Times New Roman" w:hAnsi="Times New Roman" w:eastAsia="宋体"/>
          <w:b w:val="0"/>
          <w:i w:val="0"/>
          <w:sz w:val="21"/>
        </w:rPr>
        <w:t>(2x)ˣ=5^(5/2)=25√(5)。</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4ˣ-4ˣ⁻¹ =3/4 4ˣ=24,</w:t>
      </w:r>
    </w:p>
    <w:p>
      <w:pPr>
        <w:spacing w:before="0" w:after="80" w:line="300" w:lineRule="auto"/>
        <w:jc w:val="left"/>
      </w:pPr>
      <w:r>
        <w:rPr>
          <w:rFonts w:ascii="Times New Roman" w:hAnsi="Times New Roman" w:eastAsia="宋体"/>
          <w:b w:val="0"/>
          <w:i w:val="0"/>
          <w:color w:val="333333"/>
          <w:sz w:val="19"/>
        </w:rPr>
        <w:t>so 4ˣ=32. Thus 2²ˣ=2⁵, giving x=5/2. Therefore</w:t>
      </w:r>
    </w:p>
    <w:p>
      <w:pPr>
        <w:spacing w:before="0" w:after="80" w:line="300" w:lineRule="auto"/>
        <w:jc w:val="left"/>
      </w:pPr>
      <w:r>
        <w:rPr>
          <w:rFonts w:ascii="Times New Roman" w:hAnsi="Times New Roman" w:eastAsia="宋体"/>
          <w:b w:val="0"/>
          <w:i w:val="0"/>
          <w:color w:val="333333"/>
          <w:sz w:val="19"/>
        </w:rPr>
        <w:t>(2x)ˣ=5^(5/2)=25√(5).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设圆的半径为 r。在图示位置中，CD 是直径，E 是与它垂直的半径的端点，因此</w:t>
      </w:r>
    </w:p>
    <w:p>
      <w:pPr>
        <w:spacing w:before="0" w:after="80" w:line="300" w:lineRule="auto"/>
        <w:jc w:val="left"/>
      </w:pPr>
      <w:r>
        <w:rPr>
          <w:rFonts w:ascii="Times New Roman" w:hAnsi="Times New Roman" w:eastAsia="宋体"/>
          <w:b w:val="0"/>
          <w:i w:val="0"/>
          <w:sz w:val="21"/>
        </w:rPr>
        <w:t>[CED]=1/2(2r)(r)=r²。</w:t>
      </w:r>
    </w:p>
    <w:p>
      <w:pPr>
        <w:spacing w:before="0" w:after="80" w:line="300" w:lineRule="auto"/>
        <w:jc w:val="left"/>
      </w:pPr>
      <w:r>
        <w:rPr>
          <w:rFonts w:ascii="Times New Roman" w:hAnsi="Times New Roman" w:eastAsia="宋体"/>
          <w:b w:val="0"/>
          <w:i w:val="0"/>
          <w:sz w:val="21"/>
        </w:rPr>
        <w:t>由于弧 AB 是四分之一圆周，∠ AOB=90°，且</w:t>
      </w:r>
    </w:p>
    <w:p>
      <w:pPr>
        <w:spacing w:before="0" w:after="80" w:line="300" w:lineRule="auto"/>
        <w:jc w:val="left"/>
      </w:pPr>
      <w:r>
        <w:rPr>
          <w:rFonts w:ascii="Times New Roman" w:hAnsi="Times New Roman" w:eastAsia="宋体"/>
          <w:b w:val="0"/>
          <w:i w:val="0"/>
          <w:sz w:val="21"/>
        </w:rPr>
        <w:t>[AOB]=1/2r²。</w:t>
      </w:r>
    </w:p>
    <w:p>
      <w:pPr>
        <w:spacing w:before="0" w:after="80" w:line="300" w:lineRule="auto"/>
        <w:jc w:val="left"/>
      </w:pPr>
      <w:r>
        <w:rPr>
          <w:rFonts w:ascii="Times New Roman" w:hAnsi="Times New Roman" w:eastAsia="宋体"/>
          <w:b w:val="0"/>
          <w:i w:val="0"/>
          <w:sz w:val="21"/>
        </w:rPr>
        <w:t>所求比为 2:1。</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circle have radius r. In the pictured configuration, CD is a diameter and E is the endpoint of the perpendicular radius, so</w:t>
      </w:r>
    </w:p>
    <w:p>
      <w:pPr>
        <w:spacing w:before="0" w:after="80" w:line="300" w:lineRule="auto"/>
        <w:jc w:val="left"/>
      </w:pPr>
      <w:r>
        <w:rPr>
          <w:rFonts w:ascii="Times New Roman" w:hAnsi="Times New Roman" w:eastAsia="宋体"/>
          <w:b w:val="0"/>
          <w:i w:val="0"/>
          <w:color w:val="333333"/>
          <w:sz w:val="19"/>
        </w:rPr>
        <w:t>[CED]=1/2(2r)(r)=r².</w:t>
      </w:r>
    </w:p>
    <w:p>
      <w:pPr>
        <w:spacing w:before="0" w:after="80" w:line="300" w:lineRule="auto"/>
        <w:jc w:val="left"/>
      </w:pPr>
      <w:r>
        <w:rPr>
          <w:rFonts w:ascii="Times New Roman" w:hAnsi="Times New Roman" w:eastAsia="宋体"/>
          <w:b w:val="0"/>
          <w:i w:val="0"/>
          <w:color w:val="333333"/>
          <w:sz w:val="19"/>
        </w:rPr>
        <w:t>Since arc AB is a quarter-circle, ∠ AOB=90°, and</w:t>
      </w:r>
    </w:p>
    <w:p>
      <w:pPr>
        <w:spacing w:before="0" w:after="80" w:line="300" w:lineRule="auto"/>
        <w:jc w:val="left"/>
      </w:pPr>
      <w:r>
        <w:rPr>
          <w:rFonts w:ascii="Times New Roman" w:hAnsi="Times New Roman" w:eastAsia="宋体"/>
          <w:b w:val="0"/>
          <w:i w:val="0"/>
          <w:color w:val="333333"/>
          <w:sz w:val="19"/>
        </w:rPr>
        <w:t>[AOB]=1/2r².</w:t>
      </w:r>
    </w:p>
    <w:p>
      <w:pPr>
        <w:spacing w:before="0" w:after="80" w:line="300" w:lineRule="auto"/>
        <w:jc w:val="left"/>
      </w:pPr>
      <w:r>
        <w:rPr>
          <w:rFonts w:ascii="Times New Roman" w:hAnsi="Times New Roman" w:eastAsia="宋体"/>
          <w:b w:val="0"/>
          <w:i w:val="0"/>
          <w:color w:val="333333"/>
          <w:sz w:val="19"/>
        </w:rPr>
        <w:t>The requested ratio is therefore 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当 y=6 时，</w:t>
      </w:r>
    </w:p>
    <w:p>
      <w:pPr>
        <w:spacing w:before="0" w:after="80" w:line="300" w:lineRule="auto"/>
        <w:jc w:val="left"/>
      </w:pPr>
      <w:r>
        <w:rPr>
          <w:rFonts w:ascii="Times New Roman" w:hAnsi="Times New Roman" w:eastAsia="宋体"/>
          <w:b w:val="0"/>
          <w:i w:val="0"/>
          <w:sz w:val="21"/>
        </w:rPr>
        <w:t>x²-x-12=0，</w:t>
      </w:r>
    </w:p>
    <w:p>
      <w:pPr>
        <w:spacing w:before="0" w:after="80" w:line="300" w:lineRule="auto"/>
        <w:jc w:val="left"/>
      </w:pPr>
      <w:r>
        <w:rPr>
          <w:rFonts w:ascii="Times New Roman" w:hAnsi="Times New Roman" w:eastAsia="宋体"/>
          <w:b w:val="0"/>
          <w:i w:val="0"/>
          <w:sz w:val="21"/>
        </w:rPr>
        <w:t>所以 x=4 或 -3。当 y=-6 时，x²-x=0，所以 x=0 或 1。离 x=4 最近的下方点为 x=1，离 x=-3 最近的下方点为 x=0。两种情况下的水平距离均为 3。</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y=6,</w:t>
      </w:r>
    </w:p>
    <w:p>
      <w:pPr>
        <w:spacing w:before="0" w:after="80" w:line="300" w:lineRule="auto"/>
        <w:jc w:val="left"/>
      </w:pPr>
      <w:r>
        <w:rPr>
          <w:rFonts w:ascii="Times New Roman" w:hAnsi="Times New Roman" w:eastAsia="宋体"/>
          <w:b w:val="0"/>
          <w:i w:val="0"/>
          <w:color w:val="333333"/>
          <w:sz w:val="19"/>
        </w:rPr>
        <w:t>x²-x-12=0,</w:t>
      </w:r>
    </w:p>
    <w:p>
      <w:pPr>
        <w:spacing w:before="0" w:after="80" w:line="300" w:lineRule="auto"/>
        <w:jc w:val="left"/>
      </w:pPr>
      <w:r>
        <w:rPr>
          <w:rFonts w:ascii="Times New Roman" w:hAnsi="Times New Roman" w:eastAsia="宋体"/>
          <w:b w:val="0"/>
          <w:i w:val="0"/>
          <w:color w:val="333333"/>
          <w:sz w:val="19"/>
        </w:rPr>
        <w:t>so x=4 or -3. For y=-6, x²-x=0, so x=0 or 1. The nearest lower point to x=4 is x=1, and the nearest to x=-3 is x=0. Either horizontal distance is 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增加时，</w:t>
      </w:r>
    </w:p>
    <w:p>
      <w:pPr>
        <w:spacing w:before="0" w:after="80" w:line="300" w:lineRule="auto"/>
        <w:jc w:val="left"/>
      </w:pPr>
      <w:r>
        <w:rPr>
          <w:rFonts w:ascii="Times New Roman" w:hAnsi="Times New Roman" w:eastAsia="宋体"/>
          <w:b w:val="0"/>
          <w:i w:val="0"/>
          <w:sz w:val="21"/>
        </w:rPr>
        <w:t>(x+a)²-3-(x²-3)</w:t>
      </w:r>
    </w:p>
    <w:p>
      <w:pPr>
        <w:spacing w:before="0" w:after="80" w:line="300" w:lineRule="auto"/>
        <w:jc w:val="left"/>
      </w:pPr>
      <w:r>
        <w:rPr>
          <w:rFonts w:ascii="Times New Roman" w:hAnsi="Times New Roman" w:eastAsia="宋体"/>
          <w:b w:val="0"/>
          <w:i w:val="0"/>
          <w:sz w:val="21"/>
        </w:rPr>
        <w:t>=2ax+a²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减少时，</w:t>
      </w:r>
    </w:p>
    <w:p>
      <w:pPr>
        <w:spacing w:before="0" w:after="80" w:line="300" w:lineRule="auto"/>
        <w:jc w:val="left"/>
      </w:pPr>
      <w:r>
        <w:rPr>
          <w:rFonts w:ascii="Times New Roman" w:hAnsi="Times New Roman" w:eastAsia="宋体"/>
          <w:b w:val="0"/>
          <w:i w:val="0"/>
          <w:sz w:val="21"/>
        </w:rPr>
        <w:t>(x-a)²-3-(x²-3)</w:t>
      </w:r>
    </w:p>
    <w:p>
      <w:pPr>
        <w:spacing w:before="0" w:after="80" w:line="300" w:lineRule="auto"/>
        <w:jc w:val="left"/>
      </w:pPr>
      <w:r>
        <w:rPr>
          <w:rFonts w:ascii="Times New Roman" w:hAnsi="Times New Roman" w:eastAsia="宋体"/>
          <w:b w:val="0"/>
          <w:i w:val="0"/>
          <w:sz w:val="21"/>
        </w:rPr>
        <w:t>=-2ax+a²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因而这两种变化量合写为 ±2ax+a²。</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 increase,</w:t>
      </w:r>
    </w:p>
    <w:p>
      <w:pPr>
        <w:spacing w:before="0" w:after="80" w:line="300" w:lineRule="auto"/>
        <w:jc w:val="left"/>
      </w:pPr>
      <w:r>
        <w:rPr>
          <w:rFonts w:ascii="Times New Roman" w:hAnsi="Times New Roman" w:eastAsia="宋体"/>
          <w:b w:val="0"/>
          <w:i w:val="0"/>
          <w:color w:val="333333"/>
          <w:sz w:val="19"/>
        </w:rPr>
        <w:t>(x+a)²-3-(x²-3)</w:t>
      </w:r>
    </w:p>
    <w:p>
      <w:pPr>
        <w:spacing w:before="0" w:after="80" w:line="300" w:lineRule="auto"/>
        <w:jc w:val="left"/>
      </w:pPr>
      <w:r>
        <w:rPr>
          <w:rFonts w:ascii="Times New Roman" w:hAnsi="Times New Roman" w:eastAsia="宋体"/>
          <w:b w:val="0"/>
          <w:i w:val="0"/>
          <w:color w:val="333333"/>
          <w:sz w:val="19"/>
        </w:rPr>
        <w:t>=2ax+a².</w:t>
      </w:r>
    </w:p>
    <w:p>
      <w:pPr>
        <w:spacing w:before="0" w:after="80" w:line="300" w:lineRule="auto"/>
        <w:jc w:val="left"/>
      </w:pPr>
      <w:r>
        <w:rPr>
          <w:rFonts w:ascii="Times New Roman" w:hAnsi="Times New Roman" w:eastAsia="宋体"/>
          <w:b w:val="0"/>
          <w:i w:val="0"/>
          <w:color w:val="333333"/>
          <w:sz w:val="19"/>
        </w:rPr>
        <w:t>For a decrease,</w:t>
      </w:r>
    </w:p>
    <w:p>
      <w:pPr>
        <w:spacing w:before="0" w:after="80" w:line="300" w:lineRule="auto"/>
        <w:jc w:val="left"/>
      </w:pPr>
      <w:r>
        <w:rPr>
          <w:rFonts w:ascii="Times New Roman" w:hAnsi="Times New Roman" w:eastAsia="宋体"/>
          <w:b w:val="0"/>
          <w:i w:val="0"/>
          <w:color w:val="333333"/>
          <w:sz w:val="19"/>
        </w:rPr>
        <w:t>(x-a)²-3-(x²-3)</w:t>
      </w:r>
    </w:p>
    <w:p>
      <w:pPr>
        <w:spacing w:before="0" w:after="80" w:line="300" w:lineRule="auto"/>
        <w:jc w:val="left"/>
      </w:pPr>
      <w:r>
        <w:rPr>
          <w:rFonts w:ascii="Times New Roman" w:hAnsi="Times New Roman" w:eastAsia="宋体"/>
          <w:b w:val="0"/>
          <w:i w:val="0"/>
          <w:color w:val="333333"/>
          <w:sz w:val="19"/>
        </w:rPr>
        <w:t>=-2ax+a².</w:t>
      </w:r>
    </w:p>
    <w:p>
      <w:pPr>
        <w:spacing w:before="0" w:after="80" w:line="300" w:lineRule="auto"/>
        <w:jc w:val="left"/>
      </w:pPr>
      <w:r>
        <w:rPr>
          <w:rFonts w:ascii="Times New Roman" w:hAnsi="Times New Roman" w:eastAsia="宋体"/>
          <w:b w:val="0"/>
          <w:i w:val="0"/>
          <w:color w:val="333333"/>
          <w:sz w:val="19"/>
        </w:rPr>
        <w:t>Together these changes are ±2ax+a².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北行速度为 30 英里每小时，南行速度为 120 英里每小时。由于往返距离相等，全程平均速度为</w:t>
      </w:r>
    </w:p>
    <w:p>
      <w:pPr>
        <w:spacing w:before="0" w:after="80" w:line="300" w:lineRule="auto"/>
        <w:jc w:val="left"/>
      </w:pPr>
      <w:r>
        <w:rPr>
          <w:rFonts w:ascii="Times New Roman" w:hAnsi="Times New Roman" w:eastAsia="宋体"/>
          <w:b w:val="0"/>
          <w:i w:val="0"/>
          <w:sz w:val="21"/>
        </w:rPr>
        <w:t>(2(30)(120))/30+120=48英里/小时。</w:t>
      </w:r>
    </w:p>
    <w:p>
      <w:pPr>
        <w:spacing w:before="0" w:after="80" w:line="300" w:lineRule="auto"/>
        <w:jc w:val="left"/>
      </w:pPr>
      <w:r>
        <w:rPr>
          <w:rFonts w:ascii="Times New Roman" w:hAnsi="Times New Roman" w:eastAsia="宋体"/>
          <w:b w:val="0"/>
          <w:i w:val="0"/>
          <w:sz w:val="21"/>
        </w:rPr>
        <w:t>距离 m 会约去。</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northbound rate is 30 mph, and the southbound rate is 120 mph. For equal distances, the round-trip average is</w:t>
      </w:r>
    </w:p>
    <w:p>
      <w:pPr>
        <w:spacing w:before="0" w:after="80" w:line="300" w:lineRule="auto"/>
        <w:jc w:val="left"/>
      </w:pPr>
      <w:r>
        <w:rPr>
          <w:rFonts w:ascii="Times New Roman" w:hAnsi="Times New Roman" w:eastAsia="宋体"/>
          <w:b w:val="0"/>
          <w:i w:val="0"/>
          <w:color w:val="333333"/>
          <w:sz w:val="19"/>
        </w:rPr>
        <w:t>(2(30)(120))/30+120=48mph.</w:t>
      </w:r>
    </w:p>
    <w:p>
      <w:pPr>
        <w:spacing w:before="0" w:after="80" w:line="300" w:lineRule="auto"/>
        <w:jc w:val="left"/>
      </w:pPr>
      <w:r>
        <w:rPr>
          <w:rFonts w:ascii="Times New Roman" w:hAnsi="Times New Roman" w:eastAsia="宋体"/>
          <w:b w:val="0"/>
          <w:i w:val="0"/>
          <w:color w:val="333333"/>
          <w:sz w:val="19"/>
        </w:rPr>
        <w:t>The distance m cancels.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由换底恒等式，</w:t>
      </w:r>
    </w:p>
    <w:p>
      <w:pPr>
        <w:spacing w:before="0" w:after="80" w:line="300" w:lineRule="auto"/>
        <w:jc w:val="left"/>
      </w:pPr>
      <w:r>
        <w:rPr>
          <w:rFonts w:ascii="Times New Roman" w:hAnsi="Times New Roman" w:eastAsia="宋体"/>
          <w:b w:val="0"/>
          <w:i w:val="0"/>
          <w:sz w:val="21"/>
        </w:rPr>
        <w:t>logₖx·log₅k=log₅x。</w:t>
      </w:r>
    </w:p>
    <w:p>
      <w:pPr>
        <w:spacing w:before="0" w:after="80" w:line="300" w:lineRule="auto"/>
        <w:jc w:val="left"/>
      </w:pPr>
      <w:r>
        <w:rPr>
          <w:rFonts w:ascii="Times New Roman" w:hAnsi="Times New Roman" w:eastAsia="宋体"/>
          <w:b w:val="0"/>
          <w:i w:val="0"/>
          <w:sz w:val="21"/>
        </w:rPr>
        <w:t>因此 log₅x=3，所以 x=5³=125。</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change-of-base identity,</w:t>
      </w:r>
    </w:p>
    <w:p>
      <w:pPr>
        <w:spacing w:before="0" w:after="80" w:line="300" w:lineRule="auto"/>
        <w:jc w:val="left"/>
      </w:pPr>
      <w:r>
        <w:rPr>
          <w:rFonts w:ascii="Times New Roman" w:hAnsi="Times New Roman" w:eastAsia="宋体"/>
          <w:b w:val="0"/>
          <w:i w:val="0"/>
          <w:color w:val="333333"/>
          <w:sz w:val="19"/>
        </w:rPr>
        <w:t>logₖx·log₅k=log₅x.</w:t>
      </w:r>
    </w:p>
    <w:p>
      <w:pPr>
        <w:spacing w:before="0" w:after="80" w:line="300" w:lineRule="auto"/>
        <w:jc w:val="left"/>
      </w:pPr>
      <w:r>
        <w:rPr>
          <w:rFonts w:ascii="Times New Roman" w:hAnsi="Times New Roman" w:eastAsia="宋体"/>
          <w:b w:val="0"/>
          <w:i w:val="0"/>
          <w:color w:val="333333"/>
          <w:sz w:val="19"/>
        </w:rPr>
        <w:t>Hence log₅x=3, so x=5³=125.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原数 u 变为</w:t>
      </w:r>
    </w:p>
    <w:p>
      <w:pPr>
        <w:spacing w:before="0" w:after="80" w:line="300" w:lineRule="auto"/>
        <w:jc w:val="left"/>
      </w:pPr>
      <w:r>
        <w:rPr>
          <w:rFonts w:ascii="Times New Roman" w:hAnsi="Times New Roman" w:eastAsia="宋体"/>
          <w:b w:val="0"/>
          <w:i w:val="0"/>
          <w:sz w:val="21"/>
        </w:rPr>
        <w:t>5(u+20)-20=5u+80。</w:t>
      </w:r>
    </w:p>
    <w:p>
      <w:pPr>
        <w:spacing w:before="0" w:after="80" w:line="300" w:lineRule="auto"/>
        <w:jc w:val="left"/>
      </w:pPr>
      <w:r>
        <w:rPr>
          <w:rFonts w:ascii="Times New Roman" w:hAnsi="Times New Roman" w:eastAsia="宋体"/>
          <w:b w:val="0"/>
          <w:i w:val="0"/>
          <w:sz w:val="21"/>
        </w:rPr>
        <w:t>因而对原来的 n 个数求和可得</w:t>
      </w:r>
    </w:p>
    <w:p>
      <w:pPr>
        <w:spacing w:before="0" w:after="80" w:line="300" w:lineRule="auto"/>
        <w:jc w:val="left"/>
      </w:pPr>
      <w:r>
        <w:rPr>
          <w:rFonts w:ascii="Times New Roman" w:hAnsi="Times New Roman" w:eastAsia="宋体"/>
          <w:b w:val="0"/>
          <w:i w:val="0"/>
          <w:sz w:val="21"/>
        </w:rPr>
        <w:t>5s+80n。</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original number u becomes</w:t>
      </w:r>
    </w:p>
    <w:p>
      <w:pPr>
        <w:spacing w:before="0" w:after="80" w:line="300" w:lineRule="auto"/>
        <w:jc w:val="left"/>
      </w:pPr>
      <w:r>
        <w:rPr>
          <w:rFonts w:ascii="Times New Roman" w:hAnsi="Times New Roman" w:eastAsia="宋体"/>
          <w:b w:val="0"/>
          <w:i w:val="0"/>
          <w:color w:val="333333"/>
          <w:sz w:val="19"/>
        </w:rPr>
        <w:t>5(u+20)-20=5u+80.</w:t>
      </w:r>
    </w:p>
    <w:p>
      <w:pPr>
        <w:spacing w:before="0" w:after="80" w:line="300" w:lineRule="auto"/>
        <w:jc w:val="left"/>
      </w:pPr>
      <w:r>
        <w:rPr>
          <w:rFonts w:ascii="Times New Roman" w:hAnsi="Times New Roman" w:eastAsia="宋体"/>
          <w:b w:val="0"/>
          <w:i w:val="0"/>
          <w:color w:val="333333"/>
          <w:sz w:val="19"/>
        </w:rPr>
        <w:t>Summing over the n original numbers therefore gives</w:t>
      </w:r>
    </w:p>
    <w:p>
      <w:pPr>
        <w:spacing w:before="0" w:after="80" w:line="300" w:lineRule="auto"/>
        <w:jc w:val="left"/>
      </w:pPr>
      <w:r>
        <w:rPr>
          <w:rFonts w:ascii="Times New Roman" w:hAnsi="Times New Roman" w:eastAsia="宋体"/>
          <w:b w:val="0"/>
          <w:i w:val="0"/>
          <w:color w:val="333333"/>
          <w:sz w:val="19"/>
        </w:rPr>
        <w:t>5s+80n.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A</w:t>
      </w:r>
    </w:p>
    <w:p>
      <w:pPr>
        <w:spacing w:before="0" w:after="80" w:line="300" w:lineRule="auto"/>
        <w:jc w:val="left"/>
      </w:pPr>
      <w:r>
        <w:rPr>
          <w:rFonts w:ascii="Times New Roman" w:hAnsi="Times New Roman" w:eastAsia="宋体"/>
          <w:b w:val="0"/>
          <w:i w:val="0"/>
          <w:sz w:val="21"/>
        </w:rPr>
        <w:t>经过前两个点的直线斜率为</w:t>
      </w:r>
    </w:p>
    <w:p>
      <w:pPr>
        <w:spacing w:before="0" w:after="80" w:line="300" w:lineRule="auto"/>
        <w:jc w:val="left"/>
      </w:pPr>
      <w:r>
        <w:rPr>
          <w:rFonts w:ascii="Times New Roman" w:hAnsi="Times New Roman" w:eastAsia="宋体"/>
          <w:b w:val="0"/>
          <w:i w:val="0"/>
          <w:sz w:val="21"/>
        </w:rPr>
        <w:t>(3-(-3))/4-2=3。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(k/2-3)/5-4=3，</w:t>
      </w:r>
    </w:p>
    <w:p>
      <w:pPr>
        <w:spacing w:before="0" w:after="80" w:line="300" w:lineRule="auto"/>
        <w:jc w:val="left"/>
      </w:pPr>
      <w:r>
        <w:rPr>
          <w:rFonts w:ascii="Times New Roman" w:hAnsi="Times New Roman" w:eastAsia="宋体"/>
          <w:b w:val="0"/>
          <w:i w:val="0"/>
          <w:sz w:val="21"/>
        </w:rPr>
        <w:t>得到 k/2=6 和 k=12。</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slope through the first two points is</w:t>
      </w:r>
    </w:p>
    <w:p>
      <w:pPr>
        <w:spacing w:before="0" w:after="80" w:line="300" w:lineRule="auto"/>
        <w:jc w:val="left"/>
      </w:pPr>
      <w:r>
        <w:rPr>
          <w:rFonts w:ascii="Times New Roman" w:hAnsi="Times New Roman" w:eastAsia="宋体"/>
          <w:b w:val="0"/>
          <w:i w:val="0"/>
          <w:color w:val="333333"/>
          <w:sz w:val="19"/>
        </w:rPr>
        <w:t>(3-(-3))/4-2=3.</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(k/2-3)/5-4=3,</w:t>
      </w:r>
    </w:p>
    <w:p>
      <w:pPr>
        <w:spacing w:before="0" w:after="80" w:line="300" w:lineRule="auto"/>
        <w:jc w:val="left"/>
      </w:pPr>
      <w:r>
        <w:rPr>
          <w:rFonts w:ascii="Times New Roman" w:hAnsi="Times New Roman" w:eastAsia="宋体"/>
          <w:b w:val="0"/>
          <w:i w:val="0"/>
          <w:color w:val="333333"/>
          <w:sz w:val="19"/>
        </w:rPr>
        <w:t>which gives k/2=6 and k=12.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每次取出充分混合的散热器内容物的四分之一，因此留下当时水量的四分之三。四次更换后，水所占的比例为</w:t>
      </w:r>
    </w:p>
    <w:p>
      <w:pPr>
        <w:spacing w:before="0" w:after="80" w:line="300" w:lineRule="auto"/>
        <w:jc w:val="left"/>
      </w:pPr>
      <w:r>
        <w:rPr>
          <w:rFonts w:ascii="Times New Roman" w:hAnsi="Times New Roman" w:eastAsia="宋体"/>
          <w:b w:val="0"/>
          <w:i w:val="0"/>
          <w:sz w:val="21"/>
        </w:rPr>
        <w:t>(3/4)⁴=81/256。</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removal takes one-fourth of the well-mixed radiator contents, so it leaves three-fourths of the water then present. After four replacements, the water fraction is</w:t>
      </w:r>
    </w:p>
    <w:p>
      <w:pPr>
        <w:spacing w:before="0" w:after="80" w:line="300" w:lineRule="auto"/>
        <w:jc w:val="left"/>
      </w:pPr>
      <w:r>
        <w:rPr>
          <w:rFonts w:ascii="Times New Roman" w:hAnsi="Times New Roman" w:eastAsia="宋体"/>
          <w:b w:val="0"/>
          <w:i w:val="0"/>
          <w:color w:val="333333"/>
          <w:sz w:val="19"/>
        </w:rPr>
        <w:t>(3/4)⁴=81/256.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E</w:t>
      </w:r>
    </w:p>
    <w:p>
      <w:pPr>
        <w:spacing w:before="0" w:after="80" w:line="300" w:lineRule="auto"/>
        <w:jc w:val="left"/>
      </w:pPr>
      <w:r>
        <w:rPr>
          <w:rFonts w:ascii="Times New Roman" w:hAnsi="Times New Roman" w:eastAsia="宋体"/>
          <w:b w:val="0"/>
          <w:i w:val="0"/>
          <w:sz w:val="21"/>
        </w:rPr>
        <w:t>由三角形 AEC 得</w:t>
      </w:r>
    </w:p>
    <w:p>
      <w:pPr>
        <w:spacing w:before="0" w:after="80" w:line="300" w:lineRule="auto"/>
        <w:jc w:val="left"/>
      </w:pPr>
      <w:r>
        <w:rPr>
          <w:rFonts w:ascii="Times New Roman" w:hAnsi="Times New Roman" w:eastAsia="宋体"/>
          <w:b w:val="0"/>
          <w:i w:val="0"/>
          <w:sz w:val="21"/>
        </w:rPr>
        <w:t>x+y+w+n=180°。</w:t>
      </w:r>
    </w:p>
    <w:p>
      <w:pPr>
        <w:spacing w:before="0" w:after="80" w:line="300" w:lineRule="auto"/>
        <w:jc w:val="left"/>
      </w:pPr>
      <w:r>
        <w:rPr>
          <w:rFonts w:ascii="Times New Roman" w:hAnsi="Times New Roman" w:eastAsia="宋体"/>
          <w:b w:val="0"/>
          <w:i w:val="0"/>
          <w:sz w:val="21"/>
        </w:rPr>
        <w:t>由三角形 BED 得</w:t>
      </w:r>
    </w:p>
    <w:p>
      <w:pPr>
        <w:spacing w:before="0" w:after="80" w:line="300" w:lineRule="auto"/>
        <w:jc w:val="left"/>
      </w:pPr>
      <w:r>
        <w:rPr>
          <w:rFonts w:ascii="Times New Roman" w:hAnsi="Times New Roman" w:eastAsia="宋体"/>
          <w:b w:val="0"/>
          <w:i w:val="0"/>
          <w:sz w:val="21"/>
        </w:rPr>
        <w:t>m+a+b+w=180°。</w:t>
      </w:r>
    </w:p>
    <w:p>
      <w:pPr>
        <w:spacing w:before="0" w:after="80" w:line="300" w:lineRule="auto"/>
        <w:jc w:val="left"/>
      </w:pPr>
      <w:r>
        <w:rPr>
          <w:rFonts w:ascii="Times New Roman" w:hAnsi="Times New Roman" w:eastAsia="宋体"/>
          <w:b w:val="0"/>
          <w:i w:val="0"/>
          <w:sz w:val="21"/>
        </w:rPr>
        <w:t>令两式左边相等并消去 w，得到</w:t>
      </w:r>
    </w:p>
    <w:p>
      <w:pPr>
        <w:spacing w:before="0" w:after="80" w:line="300" w:lineRule="auto"/>
        <w:jc w:val="left"/>
      </w:pPr>
      <w:r>
        <w:rPr>
          <w:rFonts w:ascii="Times New Roman" w:hAnsi="Times New Roman" w:eastAsia="宋体"/>
          <w:b w:val="0"/>
          <w:i w:val="0"/>
          <w:sz w:val="21"/>
        </w:rPr>
        <w:t>x+y+n=a+b+m。</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AEC gives</w:t>
      </w:r>
    </w:p>
    <w:p>
      <w:pPr>
        <w:spacing w:before="0" w:after="80" w:line="300" w:lineRule="auto"/>
        <w:jc w:val="left"/>
      </w:pPr>
      <w:r>
        <w:rPr>
          <w:rFonts w:ascii="Times New Roman" w:hAnsi="Times New Roman" w:eastAsia="宋体"/>
          <w:b w:val="0"/>
          <w:i w:val="0"/>
          <w:color w:val="333333"/>
          <w:sz w:val="19"/>
        </w:rPr>
        <w:t>x+y+w+n=180°.</w:t>
      </w:r>
    </w:p>
    <w:p>
      <w:pPr>
        <w:spacing w:before="0" w:after="80" w:line="300" w:lineRule="auto"/>
        <w:jc w:val="left"/>
      </w:pPr>
      <w:r>
        <w:rPr>
          <w:rFonts w:ascii="Times New Roman" w:hAnsi="Times New Roman" w:eastAsia="宋体"/>
          <w:b w:val="0"/>
          <w:i w:val="0"/>
          <w:color w:val="333333"/>
          <w:sz w:val="19"/>
        </w:rPr>
        <w:t>Triangle BED gives</w:t>
      </w:r>
    </w:p>
    <w:p>
      <w:pPr>
        <w:spacing w:before="0" w:after="80" w:line="300" w:lineRule="auto"/>
        <w:jc w:val="left"/>
      </w:pPr>
      <w:r>
        <w:rPr>
          <w:rFonts w:ascii="Times New Roman" w:hAnsi="Times New Roman" w:eastAsia="宋体"/>
          <w:b w:val="0"/>
          <w:i w:val="0"/>
          <w:color w:val="333333"/>
          <w:sz w:val="19"/>
        </w:rPr>
        <w:t>m+a+b+w=180°.</w:t>
      </w:r>
    </w:p>
    <w:p>
      <w:pPr>
        <w:spacing w:before="0" w:after="80" w:line="300" w:lineRule="auto"/>
        <w:jc w:val="left"/>
      </w:pPr>
      <w:r>
        <w:rPr>
          <w:rFonts w:ascii="Times New Roman" w:hAnsi="Times New Roman" w:eastAsia="宋体"/>
          <w:b w:val="0"/>
          <w:i w:val="0"/>
          <w:color w:val="333333"/>
          <w:sz w:val="19"/>
        </w:rPr>
        <w:t>Equating the left sides and cancelling w yields</w:t>
      </w:r>
    </w:p>
    <w:p>
      <w:pPr>
        <w:spacing w:before="0" w:after="80" w:line="300" w:lineRule="auto"/>
        <w:jc w:val="left"/>
      </w:pPr>
      <w:r>
        <w:rPr>
          <w:rFonts w:ascii="Times New Roman" w:hAnsi="Times New Roman" w:eastAsia="宋体"/>
          <w:b w:val="0"/>
          <w:i w:val="0"/>
          <w:color w:val="333333"/>
          <w:sz w:val="19"/>
        </w:rPr>
        <w:t>x+y+n=a+b+m.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C</w:t>
      </w:r>
    </w:p>
    <w:p>
      <w:pPr>
        <w:spacing w:before="0" w:after="80" w:line="300" w:lineRule="auto"/>
        <w:jc w:val="left"/>
      </w:pPr>
      <w:r>
        <w:rPr>
          <w:rFonts w:ascii="Times New Roman" w:hAnsi="Times New Roman" w:eastAsia="宋体"/>
          <w:b w:val="0"/>
          <w:i w:val="0"/>
          <w:sz w:val="21"/>
        </w:rPr>
        <w:t>由于 xy=b，</w:t>
      </w:r>
    </w:p>
    <w:p>
      <w:pPr>
        <w:spacing w:before="0" w:after="80" w:line="300" w:lineRule="auto"/>
        <w:jc w:val="left"/>
      </w:pPr>
      <w:r>
        <w:rPr>
          <w:rFonts w:ascii="Times New Roman" w:hAnsi="Times New Roman" w:eastAsia="宋体"/>
          <w:b w:val="0"/>
          <w:i w:val="0"/>
          <w:sz w:val="21"/>
        </w:rPr>
        <w:t>a=x²+y²/x²y² =x²+y²/b²，</w:t>
      </w:r>
    </w:p>
    <w:p>
      <w:pPr>
        <w:spacing w:before="0" w:after="80" w:line="300" w:lineRule="auto"/>
        <w:jc w:val="left"/>
      </w:pPr>
      <w:r>
        <w:rPr>
          <w:rFonts w:ascii="Times New Roman" w:hAnsi="Times New Roman" w:eastAsia="宋体"/>
          <w:b w:val="0"/>
          <w:i w:val="0"/>
          <w:sz w:val="21"/>
        </w:rPr>
        <w:t>所以 x²+y²=ab²。因此</w:t>
      </w:r>
    </w:p>
    <w:p>
      <w:pPr>
        <w:spacing w:before="0" w:after="80" w:line="300" w:lineRule="auto"/>
        <w:jc w:val="left"/>
      </w:pPr>
      <w:r>
        <w:rPr>
          <w:rFonts w:ascii="Times New Roman" w:hAnsi="Times New Roman" w:eastAsia="宋体"/>
          <w:b w:val="0"/>
          <w:i w:val="0"/>
          <w:sz w:val="21"/>
        </w:rPr>
        <w:t>(x+y)² =x²+y²+2xy</w:t>
      </w:r>
    </w:p>
    <w:p>
      <w:pPr>
        <w:spacing w:before="0" w:after="80" w:line="300" w:lineRule="auto"/>
        <w:jc w:val="left"/>
      </w:pPr>
      <w:r>
        <w:rPr>
          <w:rFonts w:ascii="Times New Roman" w:hAnsi="Times New Roman" w:eastAsia="宋体"/>
          <w:b w:val="0"/>
          <w:i w:val="0"/>
          <w:sz w:val="21"/>
        </w:rPr>
        <w:t>=ab²+2b</w:t>
      </w:r>
    </w:p>
    <w:p>
      <w:pPr>
        <w:spacing w:before="0" w:after="80" w:line="300" w:lineRule="auto"/>
        <w:jc w:val="left"/>
      </w:pPr>
      <w:r>
        <w:rPr>
          <w:rFonts w:ascii="Times New Roman" w:hAnsi="Times New Roman" w:eastAsia="宋体"/>
          <w:b w:val="0"/>
          <w:i w:val="0"/>
          <w:sz w:val="21"/>
        </w:rPr>
        <w:t>=b(ab+2)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xy=b,</w:t>
      </w:r>
    </w:p>
    <w:p>
      <w:pPr>
        <w:spacing w:before="0" w:after="80" w:line="300" w:lineRule="auto"/>
        <w:jc w:val="left"/>
      </w:pPr>
      <w:r>
        <w:rPr>
          <w:rFonts w:ascii="Times New Roman" w:hAnsi="Times New Roman" w:eastAsia="宋体"/>
          <w:b w:val="0"/>
          <w:i w:val="0"/>
          <w:color w:val="333333"/>
          <w:sz w:val="19"/>
        </w:rPr>
        <w:t>a=x²+y²/x²y² =x²+y²/b²,</w:t>
      </w:r>
    </w:p>
    <w:p>
      <w:pPr>
        <w:spacing w:before="0" w:after="80" w:line="300" w:lineRule="auto"/>
        <w:jc w:val="left"/>
      </w:pPr>
      <w:r>
        <w:rPr>
          <w:rFonts w:ascii="Times New Roman" w:hAnsi="Times New Roman" w:eastAsia="宋体"/>
          <w:b w:val="0"/>
          <w:i w:val="0"/>
          <w:color w:val="333333"/>
          <w:sz w:val="19"/>
        </w:rPr>
        <w:t>so x²+y²=ab². Therefore</w:t>
      </w:r>
    </w:p>
    <w:p>
      <w:pPr>
        <w:spacing w:before="0" w:after="80" w:line="300" w:lineRule="auto"/>
        <w:jc w:val="left"/>
      </w:pPr>
      <w:r>
        <w:rPr>
          <w:rFonts w:ascii="Times New Roman" w:hAnsi="Times New Roman" w:eastAsia="宋体"/>
          <w:b w:val="0"/>
          <w:i w:val="0"/>
          <w:color w:val="333333"/>
          <w:sz w:val="19"/>
        </w:rPr>
        <w:t>(x+y)² =x²+y²+2xy</w:t>
      </w:r>
    </w:p>
    <w:p>
      <w:pPr>
        <w:spacing w:before="0" w:after="80" w:line="300" w:lineRule="auto"/>
        <w:jc w:val="left"/>
      </w:pPr>
      <w:r>
        <w:rPr>
          <w:rFonts w:ascii="Times New Roman" w:hAnsi="Times New Roman" w:eastAsia="宋体"/>
          <w:b w:val="0"/>
          <w:i w:val="0"/>
          <w:color w:val="333333"/>
          <w:sz w:val="19"/>
        </w:rPr>
        <w:t>=ab²+2b</w:t>
      </w:r>
    </w:p>
    <w:p>
      <w:pPr>
        <w:spacing w:before="0" w:after="80" w:line="300" w:lineRule="auto"/>
        <w:jc w:val="left"/>
      </w:pPr>
      <w:r>
        <w:rPr>
          <w:rFonts w:ascii="Times New Roman" w:hAnsi="Times New Roman" w:eastAsia="宋体"/>
          <w:b w:val="0"/>
          <w:i w:val="0"/>
          <w:color w:val="333333"/>
          <w:sz w:val="19"/>
        </w:rPr>
        <w:t>=b(ab+2).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B</w:t>
      </w:r>
    </w:p>
    <w:p>
      <w:pPr>
        <w:spacing w:before="0" w:after="80" w:line="300" w:lineRule="auto"/>
        <w:jc w:val="left"/>
      </w:pPr>
      <w:r>
        <w:rPr>
          <w:rFonts w:ascii="Times New Roman" w:hAnsi="Times New Roman" w:eastAsia="宋体"/>
          <w:b w:val="0"/>
          <w:i w:val="0"/>
          <w:sz w:val="21"/>
        </w:rPr>
        <w:t>设每条腰长为 a，底边的一半为 b。由周长得 a+b=16。高平分底边，所以</w:t>
      </w:r>
    </w:p>
    <w:p>
      <w:pPr>
        <w:spacing w:before="0" w:after="80" w:line="300" w:lineRule="auto"/>
        <w:jc w:val="left"/>
      </w:pPr>
      <w:r>
        <w:rPr>
          <w:rFonts w:ascii="Times New Roman" w:hAnsi="Times New Roman" w:eastAsia="宋体"/>
          <w:b w:val="0"/>
          <w:i w:val="0"/>
          <w:sz w:val="21"/>
        </w:rPr>
        <w:t>a²-b²=8²。</w:t>
      </w:r>
    </w:p>
    <w:p>
      <w:pPr>
        <w:spacing w:before="0" w:after="80" w:line="300" w:lineRule="auto"/>
        <w:jc w:val="left"/>
      </w:pPr>
      <w:r>
        <w:rPr>
          <w:rFonts w:ascii="Times New Roman" w:hAnsi="Times New Roman" w:eastAsia="宋体"/>
          <w:b w:val="0"/>
          <w:i w:val="0"/>
          <w:sz w:val="21"/>
        </w:rPr>
        <w:t>因而 (a-b)(a+b)=64，得到 a-b=4。于是 b=6，底边长为 12。面积为</w:t>
      </w:r>
    </w:p>
    <w:p>
      <w:pPr>
        <w:spacing w:before="0" w:after="80" w:line="300" w:lineRule="auto"/>
        <w:jc w:val="left"/>
      </w:pPr>
      <w:r>
        <w:rPr>
          <w:rFonts w:ascii="Times New Roman" w:hAnsi="Times New Roman" w:eastAsia="宋体"/>
          <w:b w:val="0"/>
          <w:i w:val="0"/>
          <w:sz w:val="21"/>
        </w:rPr>
        <w:t>1/2(12)(8)=48。</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equal side be a and half the base be b. The perimeter gives a+b=16. The altitude bisects the base, so</w:t>
      </w:r>
    </w:p>
    <w:p>
      <w:pPr>
        <w:spacing w:before="0" w:after="80" w:line="300" w:lineRule="auto"/>
        <w:jc w:val="left"/>
      </w:pPr>
      <w:r>
        <w:rPr>
          <w:rFonts w:ascii="Times New Roman" w:hAnsi="Times New Roman" w:eastAsia="宋体"/>
          <w:b w:val="0"/>
          <w:i w:val="0"/>
          <w:color w:val="333333"/>
          <w:sz w:val="19"/>
        </w:rPr>
        <w:t>a²-b²=8².</w:t>
      </w:r>
    </w:p>
    <w:p>
      <w:pPr>
        <w:spacing w:before="0" w:after="80" w:line="300" w:lineRule="auto"/>
        <w:jc w:val="left"/>
      </w:pPr>
      <w:r>
        <w:rPr>
          <w:rFonts w:ascii="Times New Roman" w:hAnsi="Times New Roman" w:eastAsia="宋体"/>
          <w:b w:val="0"/>
          <w:i w:val="0"/>
          <w:color w:val="333333"/>
          <w:sz w:val="19"/>
        </w:rPr>
        <w:t>Thus (a-b)(a+b)=64, giving a-b=4. Hence b=6, so the base is 12. The area is</w:t>
      </w:r>
    </w:p>
    <w:p>
      <w:pPr>
        <w:spacing w:before="0" w:after="80" w:line="300" w:lineRule="auto"/>
        <w:jc w:val="left"/>
      </w:pPr>
      <w:r>
        <w:rPr>
          <w:rFonts w:ascii="Times New Roman" w:hAnsi="Times New Roman" w:eastAsia="宋体"/>
          <w:b w:val="0"/>
          <w:i w:val="0"/>
          <w:color w:val="333333"/>
          <w:sz w:val="19"/>
        </w:rPr>
        <w:t>1/2(12)(8)=48.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E</w:t>
      </w:r>
    </w:p>
    <w:p>
      <w:pPr>
        <w:spacing w:before="0" w:after="80" w:line="300" w:lineRule="auto"/>
        <w:jc w:val="left"/>
      </w:pPr>
      <w:r>
        <w:rPr>
          <w:rFonts w:ascii="Times New Roman" w:hAnsi="Times New Roman" w:eastAsia="宋体"/>
          <w:b w:val="0"/>
          <w:i w:val="0"/>
          <w:sz w:val="21"/>
        </w:rPr>
        <w:t>购买方程为</w:t>
      </w:r>
    </w:p>
    <w:p>
      <w:pPr>
        <w:spacing w:before="0" w:after="80" w:line="300" w:lineRule="auto"/>
        <w:jc w:val="left"/>
      </w:pPr>
      <w:r>
        <w:rPr>
          <w:rFonts w:ascii="Times New Roman" w:hAnsi="Times New Roman" w:eastAsia="宋体"/>
          <w:b w:val="0"/>
          <w:i w:val="0"/>
          <w:sz w:val="21"/>
        </w:rPr>
        <w:t>25s+26c=1000。</w:t>
      </w:r>
    </w:p>
    <w:p>
      <w:pPr>
        <w:spacing w:before="0" w:after="80" w:line="300" w:lineRule="auto"/>
        <w:jc w:val="left"/>
      </w:pPr>
      <w:r>
        <w:rPr>
          <w:rFonts w:ascii="Times New Roman" w:hAnsi="Times New Roman" w:eastAsia="宋体"/>
          <w:b w:val="0"/>
          <w:i w:val="0"/>
          <w:sz w:val="21"/>
        </w:rPr>
        <w:t>对 25 取模得 c≡0pmod25。由于 c 为正且 26c&lt;1000，唯一可能是 c=25。于是</w:t>
      </w:r>
    </w:p>
    <w:p>
      <w:pPr>
        <w:spacing w:before="0" w:after="80" w:line="300" w:lineRule="auto"/>
        <w:jc w:val="left"/>
      </w:pPr>
      <w:r>
        <w:rPr>
          <w:rFonts w:ascii="Times New Roman" w:hAnsi="Times New Roman" w:eastAsia="宋体"/>
          <w:b w:val="0"/>
          <w:i w:val="0"/>
          <w:sz w:val="21"/>
        </w:rPr>
        <w:t>s=(1000-26(25))/25=14。</w:t>
      </w:r>
    </w:p>
    <w:p>
      <w:pPr>
        <w:spacing w:before="0" w:after="80" w:line="300" w:lineRule="auto"/>
        <w:jc w:val="left"/>
      </w:pPr>
      <w:r>
        <w:rPr>
          <w:rFonts w:ascii="Times New Roman" w:hAnsi="Times New Roman" w:eastAsia="宋体"/>
          <w:b w:val="0"/>
          <w:i w:val="0"/>
          <w:sz w:val="21"/>
        </w:rPr>
        <w:t>只有一个解，并且 c&gt;s。</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purchase equation is</w:t>
      </w:r>
    </w:p>
    <w:p>
      <w:pPr>
        <w:spacing w:before="0" w:after="80" w:line="300" w:lineRule="auto"/>
        <w:jc w:val="left"/>
      </w:pPr>
      <w:r>
        <w:rPr>
          <w:rFonts w:ascii="Times New Roman" w:hAnsi="Times New Roman" w:eastAsia="宋体"/>
          <w:b w:val="0"/>
          <w:i w:val="0"/>
          <w:color w:val="333333"/>
          <w:sz w:val="19"/>
        </w:rPr>
        <w:t>25s+26c=1000.</w:t>
      </w:r>
    </w:p>
    <w:p>
      <w:pPr>
        <w:spacing w:before="0" w:after="80" w:line="300" w:lineRule="auto"/>
        <w:jc w:val="left"/>
      </w:pPr>
      <w:r>
        <w:rPr>
          <w:rFonts w:ascii="Times New Roman" w:hAnsi="Times New Roman" w:eastAsia="宋体"/>
          <w:b w:val="0"/>
          <w:i w:val="0"/>
          <w:color w:val="333333"/>
          <w:sz w:val="19"/>
        </w:rPr>
        <w:t>Reducing modulo 25 gives c≡0pmod25. Since c is positive and 26c&lt;1000, the only possibility is c=25. Then</w:t>
      </w:r>
    </w:p>
    <w:p>
      <w:pPr>
        <w:spacing w:before="0" w:after="80" w:line="300" w:lineRule="auto"/>
        <w:jc w:val="left"/>
      </w:pPr>
      <w:r>
        <w:rPr>
          <w:rFonts w:ascii="Times New Roman" w:hAnsi="Times New Roman" w:eastAsia="宋体"/>
          <w:b w:val="0"/>
          <w:i w:val="0"/>
          <w:color w:val="333333"/>
          <w:sz w:val="19"/>
        </w:rPr>
        <w:t>s=(1000-26(25))/25=14.</w:t>
      </w:r>
    </w:p>
    <w:p>
      <w:pPr>
        <w:spacing w:before="0" w:after="80" w:line="300" w:lineRule="auto"/>
        <w:jc w:val="left"/>
      </w:pPr>
      <w:r>
        <w:rPr>
          <w:rFonts w:ascii="Times New Roman" w:hAnsi="Times New Roman" w:eastAsia="宋体"/>
          <w:b w:val="0"/>
          <w:i w:val="0"/>
          <w:color w:val="333333"/>
          <w:sz w:val="19"/>
        </w:rPr>
        <w:t>There is one solution, and c&gt;s.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B</w:t>
      </w:r>
    </w:p>
    <w:p>
      <w:pPr>
        <w:spacing w:before="0" w:after="80" w:line="300" w:lineRule="auto"/>
        <w:jc w:val="left"/>
      </w:pPr>
      <w:r>
        <w:rPr>
          <w:rFonts w:ascii="Times New Roman" w:hAnsi="Times New Roman" w:eastAsia="宋体"/>
          <w:b w:val="0"/>
          <w:i w:val="0"/>
          <w:sz w:val="21"/>
        </w:rPr>
        <w:t>设两根为 q 和 2q。韦达定理给出</w:t>
      </w:r>
    </w:p>
    <w:p>
      <w:pPr>
        <w:spacing w:before="0" w:after="80" w:line="300" w:lineRule="auto"/>
        <w:jc w:val="left"/>
      </w:pPr>
      <w:r>
        <w:rPr>
          <w:rFonts w:ascii="Times New Roman" w:hAnsi="Times New Roman" w:eastAsia="宋体"/>
          <w:b w:val="0"/>
          <w:i w:val="0"/>
          <w:sz w:val="21"/>
        </w:rPr>
        <w:t>3q=-b/a, 2q²=c/a。</w:t>
      </w:r>
    </w:p>
    <w:p>
      <w:pPr>
        <w:spacing w:before="0" w:after="80" w:line="300" w:lineRule="auto"/>
        <w:jc w:val="left"/>
      </w:pPr>
      <w:r>
        <w:rPr>
          <w:rFonts w:ascii="Times New Roman" w:hAnsi="Times New Roman" w:eastAsia="宋体"/>
          <w:b w:val="0"/>
          <w:i w:val="0"/>
          <w:sz w:val="21"/>
        </w:rPr>
        <w:t>第一个关系式平方后得 9q²=b²/a²。将其除以第二个关系式，得到</w:t>
      </w:r>
    </w:p>
    <w:p>
      <w:pPr>
        <w:spacing w:before="0" w:after="80" w:line="300" w:lineRule="auto"/>
        <w:jc w:val="left"/>
      </w:pPr>
      <w:r>
        <w:rPr>
          <w:rFonts w:ascii="Times New Roman" w:hAnsi="Times New Roman" w:eastAsia="宋体"/>
          <w:b w:val="0"/>
          <w:i w:val="0"/>
          <w:sz w:val="21"/>
        </w:rPr>
        <w:t>9/2=b²/ac，</w:t>
      </w:r>
    </w:p>
    <w:p>
      <w:pPr>
        <w:spacing w:before="0" w:after="80" w:line="300" w:lineRule="auto"/>
        <w:jc w:val="left"/>
      </w:pPr>
      <w:r>
        <w:rPr>
          <w:rFonts w:ascii="Times New Roman" w:hAnsi="Times New Roman" w:eastAsia="宋体"/>
          <w:b w:val="0"/>
          <w:i w:val="0"/>
          <w:sz w:val="21"/>
        </w:rPr>
        <w:t>即 2b²=9ac。</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roots be q and 2q. Vieta’s formulas give</w:t>
      </w:r>
    </w:p>
    <w:p>
      <w:pPr>
        <w:spacing w:before="0" w:after="80" w:line="300" w:lineRule="auto"/>
        <w:jc w:val="left"/>
      </w:pPr>
      <w:r>
        <w:rPr>
          <w:rFonts w:ascii="Times New Roman" w:hAnsi="Times New Roman" w:eastAsia="宋体"/>
          <w:b w:val="0"/>
          <w:i w:val="0"/>
          <w:color w:val="333333"/>
          <w:sz w:val="19"/>
        </w:rPr>
        <w:t>3q=-b/a, 2q²=c/a.</w:t>
      </w:r>
    </w:p>
    <w:p>
      <w:pPr>
        <w:spacing w:before="0" w:after="80" w:line="300" w:lineRule="auto"/>
        <w:jc w:val="left"/>
      </w:pPr>
      <w:r>
        <w:rPr>
          <w:rFonts w:ascii="Times New Roman" w:hAnsi="Times New Roman" w:eastAsia="宋体"/>
          <w:b w:val="0"/>
          <w:i w:val="0"/>
          <w:color w:val="333333"/>
          <w:sz w:val="19"/>
        </w:rPr>
        <w:t>Squaring the first relation yields 9q²=b²/a². Dividing this by the second relation gives</w:t>
      </w:r>
    </w:p>
    <w:p>
      <w:pPr>
        <w:spacing w:before="0" w:after="80" w:line="300" w:lineRule="auto"/>
        <w:jc w:val="left"/>
      </w:pPr>
      <w:r>
        <w:rPr>
          <w:rFonts w:ascii="Times New Roman" w:hAnsi="Times New Roman" w:eastAsia="宋体"/>
          <w:b w:val="0"/>
          <w:i w:val="0"/>
          <w:color w:val="333333"/>
          <w:sz w:val="19"/>
        </w:rPr>
        <w:t>9/2=b²/ac,</w:t>
      </w:r>
    </w:p>
    <w:p>
      <w:pPr>
        <w:spacing w:before="0" w:after="80" w:line="300" w:lineRule="auto"/>
        <w:jc w:val="left"/>
      </w:pPr>
      <w:r>
        <w:rPr>
          <w:rFonts w:ascii="Times New Roman" w:hAnsi="Times New Roman" w:eastAsia="宋体"/>
          <w:b w:val="0"/>
          <w:i w:val="0"/>
          <w:color w:val="333333"/>
          <w:sz w:val="19"/>
        </w:rPr>
        <w:t>or 2b²=9ac.</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A</w:t>
      </w:r>
    </w:p>
    <w:p>
      <w:pPr>
        <w:spacing w:before="0" w:after="80" w:line="300" w:lineRule="auto"/>
        <w:jc w:val="left"/>
      </w:pPr>
      <w:r>
        <w:rPr>
          <w:rFonts w:ascii="Times New Roman" w:hAnsi="Times New Roman" w:eastAsia="宋体"/>
          <w:b w:val="0"/>
          <w:i w:val="0"/>
          <w:sz w:val="21"/>
        </w:rPr>
        <w:t>所需比较给出</w:t>
      </w:r>
    </w:p>
    <w:p>
      <w:pPr>
        <w:spacing w:before="0" w:after="80" w:line="300" w:lineRule="auto"/>
        <w:jc w:val="left"/>
      </w:pPr>
      <w:r>
        <w:rPr>
          <w:rFonts w:ascii="Times New Roman" w:hAnsi="Times New Roman" w:eastAsia="宋体"/>
          <w:b w:val="0"/>
          <w:i w:val="0"/>
          <w:sz w:val="21"/>
        </w:rPr>
        <w:t>6x+1&gt;7-4x，</w:t>
      </w:r>
    </w:p>
    <w:p>
      <w:pPr>
        <w:spacing w:before="0" w:after="80" w:line="300" w:lineRule="auto"/>
        <w:jc w:val="left"/>
      </w:pPr>
      <w:r>
        <w:rPr>
          <w:rFonts w:ascii="Times New Roman" w:hAnsi="Times New Roman" w:eastAsia="宋体"/>
          <w:b w:val="0"/>
          <w:i w:val="0"/>
          <w:sz w:val="21"/>
        </w:rPr>
        <w:t>所以 10x&gt;6，且 x&gt;3/5。与 -2≤ x≤2 取交集得到</w:t>
      </w:r>
    </w:p>
    <w:p>
      <w:pPr>
        <w:spacing w:before="0" w:after="80" w:line="300" w:lineRule="auto"/>
        <w:jc w:val="left"/>
      </w:pPr>
      <w:r>
        <w:rPr>
          <w:rFonts w:ascii="Times New Roman" w:hAnsi="Times New Roman" w:eastAsia="宋体"/>
          <w:b w:val="0"/>
          <w:i w:val="0"/>
          <w:sz w:val="21"/>
        </w:rPr>
        <w:t>3/5&lt; x≤2。</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required comparison gives</w:t>
      </w:r>
    </w:p>
    <w:p>
      <w:pPr>
        <w:spacing w:before="0" w:after="80" w:line="300" w:lineRule="auto"/>
        <w:jc w:val="left"/>
      </w:pPr>
      <w:r>
        <w:rPr>
          <w:rFonts w:ascii="Times New Roman" w:hAnsi="Times New Roman" w:eastAsia="宋体"/>
          <w:b w:val="0"/>
          <w:i w:val="0"/>
          <w:color w:val="333333"/>
          <w:sz w:val="19"/>
        </w:rPr>
        <w:t>6x+1&gt;7-4x,</w:t>
      </w:r>
    </w:p>
    <w:p>
      <w:pPr>
        <w:spacing w:before="0" w:after="80" w:line="300" w:lineRule="auto"/>
        <w:jc w:val="left"/>
      </w:pPr>
      <w:r>
        <w:rPr>
          <w:rFonts w:ascii="Times New Roman" w:hAnsi="Times New Roman" w:eastAsia="宋体"/>
          <w:b w:val="0"/>
          <w:i w:val="0"/>
          <w:color w:val="333333"/>
          <w:sz w:val="19"/>
        </w:rPr>
        <w:t>so 10x&gt;6 and x&gt;3/5. Intersecting this with -2≤ x≤2 gives</w:t>
      </w:r>
    </w:p>
    <w:p>
      <w:pPr>
        <w:spacing w:before="0" w:after="80" w:line="300" w:lineRule="auto"/>
        <w:jc w:val="left"/>
      </w:pPr>
      <w:r>
        <w:rPr>
          <w:rFonts w:ascii="Times New Roman" w:hAnsi="Times New Roman" w:eastAsia="宋体"/>
          <w:b w:val="0"/>
          <w:i w:val="0"/>
          <w:color w:val="333333"/>
          <w:sz w:val="19"/>
        </w:rPr>
        <w:t>3/5&lt; x≤2.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D</w:t>
      </w:r>
    </w:p>
    <w:p>
      <w:pPr>
        <w:spacing w:before="0" w:after="80" w:line="300" w:lineRule="auto"/>
        <w:jc w:val="left"/>
      </w:pPr>
      <w:r>
        <w:rPr>
          <w:rFonts w:ascii="Times New Roman" w:hAnsi="Times New Roman" w:eastAsia="宋体"/>
          <w:b w:val="0"/>
          <w:i w:val="0"/>
          <w:sz w:val="21"/>
        </w:rPr>
        <w:t>将一个顶点平移到原点后，把另两个顶点写成 (a,c) 和 (b,d)，其中所有坐标均为整数。面积为</w:t>
      </w:r>
    </w:p>
    <w:p>
      <w:pPr>
        <w:spacing w:before="0" w:after="80" w:line="300" w:lineRule="auto"/>
        <w:jc w:val="left"/>
      </w:pPr>
      <w:r>
        <w:rPr>
          <w:rFonts w:ascii="Times New Roman" w:hAnsi="Times New Roman" w:eastAsia="宋体"/>
          <w:b w:val="0"/>
          <w:i w:val="0"/>
          <w:sz w:val="21"/>
        </w:rPr>
        <w:t>1/2|ad-bc|。</w:t>
      </w:r>
    </w:p>
    <w:p>
      <w:pPr>
        <w:spacing w:before="0" w:after="80" w:line="300" w:lineRule="auto"/>
        <w:jc w:val="left"/>
      </w:pPr>
      <w:r>
        <w:rPr>
          <w:rFonts w:ascii="Times New Roman" w:hAnsi="Times New Roman" w:eastAsia="宋体"/>
          <w:b w:val="0"/>
          <w:i w:val="0"/>
          <w:sz w:val="21"/>
        </w:rPr>
        <w:t>由于 ad-bc 是整数，面积是整数或半整数，两种情况下都是有理数。</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translating one vertex to the origin, write the other two as (a,c) and (b,d), with all coordinates integers. The area is</w:t>
      </w:r>
    </w:p>
    <w:p>
      <w:pPr>
        <w:spacing w:before="0" w:after="80" w:line="300" w:lineRule="auto"/>
        <w:jc w:val="left"/>
      </w:pPr>
      <w:r>
        <w:rPr>
          <w:rFonts w:ascii="Times New Roman" w:hAnsi="Times New Roman" w:eastAsia="宋体"/>
          <w:b w:val="0"/>
          <w:i w:val="0"/>
          <w:color w:val="333333"/>
          <w:sz w:val="19"/>
        </w:rPr>
        <w:t>1/2|ad-bc|.</w:t>
      </w:r>
    </w:p>
    <w:p>
      <w:pPr>
        <w:spacing w:before="0" w:after="80" w:line="300" w:lineRule="auto"/>
        <w:jc w:val="left"/>
      </w:pPr>
      <w:r>
        <w:rPr>
          <w:rFonts w:ascii="Times New Roman" w:hAnsi="Times New Roman" w:eastAsia="宋体"/>
          <w:b w:val="0"/>
          <w:i w:val="0"/>
          <w:color w:val="333333"/>
          <w:sz w:val="19"/>
        </w:rPr>
        <w:t>Since ad-bc is an integer, the area is an integer or a half-integer, and in either case it is rational.</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D</w:t>
      </w:r>
    </w:p>
    <w:p>
      <w:pPr>
        <w:spacing w:before="0" w:after="80" w:line="300" w:lineRule="auto"/>
        <w:jc w:val="left"/>
      </w:pPr>
      <w:r>
        <w:rPr>
          <w:rFonts w:ascii="Times New Roman" w:hAnsi="Times New Roman" w:eastAsia="宋体"/>
          <w:b w:val="0"/>
          <w:i w:val="0"/>
          <w:sz w:val="21"/>
        </w:rPr>
        <w:t>设与长度为 30 的边相邻的线段为 x。若高为 h，则</w:t>
      </w:r>
    </w:p>
    <w:p>
      <w:pPr>
        <w:spacing w:before="0" w:after="80" w:line="300" w:lineRule="auto"/>
        <w:jc w:val="left"/>
      </w:pPr>
      <w:r>
        <w:rPr>
          <w:rFonts w:ascii="Times New Roman" w:hAnsi="Times New Roman" w:eastAsia="宋体"/>
          <w:b w:val="0"/>
          <w:i w:val="0"/>
          <w:sz w:val="21"/>
        </w:rPr>
        <w:t>30²-x²=h²,</w:t>
      </w:r>
    </w:p>
    <w:p>
      <w:pPr>
        <w:spacing w:before="0" w:after="80" w:line="300" w:lineRule="auto"/>
        <w:jc w:val="left"/>
      </w:pPr>
      <w:r>
        <w:rPr>
          <w:rFonts w:ascii="Times New Roman" w:hAnsi="Times New Roman" w:eastAsia="宋体"/>
          <w:b w:val="0"/>
          <w:i w:val="0"/>
          <w:sz w:val="21"/>
        </w:rPr>
        <w:t>h²=70²-(80-x)²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消去 x² 并求解得 x=15。另一段为 80-15=65，它是较长的一段。</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segment adjacent to the side of length 30. If the altitude has length h, then</w:t>
      </w:r>
    </w:p>
    <w:p>
      <w:pPr>
        <w:spacing w:before="0" w:after="80" w:line="300" w:lineRule="auto"/>
        <w:jc w:val="left"/>
      </w:pPr>
      <w:r>
        <w:rPr>
          <w:rFonts w:ascii="Times New Roman" w:hAnsi="Times New Roman" w:eastAsia="宋体"/>
          <w:b w:val="0"/>
          <w:i w:val="0"/>
          <w:color w:val="333333"/>
          <w:sz w:val="19"/>
        </w:rPr>
        <w:t>30²-x²=h²,</w:t>
      </w:r>
    </w:p>
    <w:p>
      <w:pPr>
        <w:spacing w:before="0" w:after="80" w:line="300" w:lineRule="auto"/>
        <w:jc w:val="left"/>
      </w:pPr>
      <w:r>
        <w:rPr>
          <w:rFonts w:ascii="Times New Roman" w:hAnsi="Times New Roman" w:eastAsia="宋体"/>
          <w:b w:val="0"/>
          <w:i w:val="0"/>
          <w:color w:val="333333"/>
          <w:sz w:val="19"/>
        </w:rPr>
        <w:t>h²=70²-(80-x)².</w:t>
      </w:r>
    </w:p>
    <w:p>
      <w:pPr>
        <w:spacing w:before="0" w:after="80" w:line="300" w:lineRule="auto"/>
        <w:jc w:val="left"/>
      </w:pPr>
      <w:r>
        <w:rPr>
          <w:rFonts w:ascii="Times New Roman" w:hAnsi="Times New Roman" w:eastAsia="宋体"/>
          <w:b w:val="0"/>
          <w:i w:val="0"/>
          <w:color w:val="333333"/>
          <w:sz w:val="19"/>
        </w:rPr>
        <w:t>Cancelling x² and solving gives x=15. The other segment is 80-15=65, which is the larger one.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A</w:t>
      </w:r>
    </w:p>
    <w:p>
      <w:pPr>
        <w:spacing w:before="0" w:after="80" w:line="300" w:lineRule="auto"/>
        <w:jc w:val="left"/>
      </w:pPr>
      <w:r>
        <w:rPr>
          <w:rFonts w:ascii="Times New Roman" w:hAnsi="Times New Roman" w:eastAsia="宋体"/>
          <w:b w:val="0"/>
          <w:i w:val="0"/>
          <w:sz w:val="21"/>
        </w:rPr>
        <w:t>末项为</w:t>
      </w:r>
    </w:p>
    <w:p>
      <w:pPr>
        <w:spacing w:before="0" w:after="80" w:line="300" w:lineRule="auto"/>
        <w:jc w:val="left"/>
      </w:pPr>
      <w:r>
        <w:rPr>
          <w:rFonts w:ascii="Times New Roman" w:hAnsi="Times New Roman" w:eastAsia="宋体"/>
          <w:b w:val="0"/>
          <w:i w:val="0"/>
          <w:sz w:val="21"/>
        </w:rPr>
        <w:t>k²+1+2k=(k+1)²。</w:t>
      </w:r>
    </w:p>
    <w:p>
      <w:pPr>
        <w:spacing w:before="0" w:after="80" w:line="300" w:lineRule="auto"/>
        <w:jc w:val="left"/>
      </w:pPr>
      <w:r>
        <w:rPr>
          <w:rFonts w:ascii="Times New Roman" w:hAnsi="Times New Roman" w:eastAsia="宋体"/>
          <w:b w:val="0"/>
          <w:i w:val="0"/>
          <w:sz w:val="21"/>
        </w:rPr>
        <w:t>首项与末项的平均数为 k²+k+1。因此总和为</w:t>
      </w:r>
    </w:p>
    <w:p>
      <w:pPr>
        <w:spacing w:before="0" w:after="80" w:line="300" w:lineRule="auto"/>
        <w:jc w:val="left"/>
      </w:pPr>
      <w:r>
        <w:rPr>
          <w:rFonts w:ascii="Times New Roman" w:hAnsi="Times New Roman" w:eastAsia="宋体"/>
          <w:b w:val="0"/>
          <w:i w:val="0"/>
          <w:sz w:val="21"/>
        </w:rPr>
        <w:t>S=(2k+1)(k²+k+1)</w:t>
      </w:r>
    </w:p>
    <w:p>
      <w:pPr>
        <w:spacing w:before="0" w:after="80" w:line="300" w:lineRule="auto"/>
        <w:jc w:val="left"/>
      </w:pPr>
      <w:r>
        <w:rPr>
          <w:rFonts w:ascii="Times New Roman" w:hAnsi="Times New Roman" w:eastAsia="宋体"/>
          <w:b w:val="0"/>
          <w:i w:val="0"/>
          <w:sz w:val="21"/>
        </w:rPr>
        <w:t>=k³+(k+1)³</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last term is</w:t>
      </w:r>
    </w:p>
    <w:p>
      <w:pPr>
        <w:spacing w:before="0" w:after="80" w:line="300" w:lineRule="auto"/>
        <w:jc w:val="left"/>
      </w:pPr>
      <w:r>
        <w:rPr>
          <w:rFonts w:ascii="Times New Roman" w:hAnsi="Times New Roman" w:eastAsia="宋体"/>
          <w:b w:val="0"/>
          <w:i w:val="0"/>
          <w:color w:val="333333"/>
          <w:sz w:val="19"/>
        </w:rPr>
        <w:t>k²+1+2k=(k+1)².</w:t>
      </w:r>
    </w:p>
    <w:p>
      <w:pPr>
        <w:spacing w:before="0" w:after="80" w:line="300" w:lineRule="auto"/>
        <w:jc w:val="left"/>
      </w:pPr>
      <w:r>
        <w:rPr>
          <w:rFonts w:ascii="Times New Roman" w:hAnsi="Times New Roman" w:eastAsia="宋体"/>
          <w:b w:val="0"/>
          <w:i w:val="0"/>
          <w:color w:val="333333"/>
          <w:sz w:val="19"/>
        </w:rPr>
        <w:t>The average of the first and last terms is k²+k+1. Therefore the sum is</w:t>
      </w:r>
    </w:p>
    <w:p>
      <w:pPr>
        <w:spacing w:before="0" w:after="80" w:line="300" w:lineRule="auto"/>
        <w:jc w:val="left"/>
      </w:pPr>
      <w:r>
        <w:rPr>
          <w:rFonts w:ascii="Times New Roman" w:hAnsi="Times New Roman" w:eastAsia="宋体"/>
          <w:b w:val="0"/>
          <w:i w:val="0"/>
          <w:color w:val="333333"/>
          <w:sz w:val="19"/>
        </w:rPr>
        <w:t>S=(2k+1)(k²+k+1)</w:t>
      </w:r>
    </w:p>
    <w:p>
      <w:pPr>
        <w:spacing w:before="0" w:after="80" w:line="300" w:lineRule="auto"/>
        <w:jc w:val="left"/>
      </w:pPr>
      <w:r>
        <w:rPr>
          <w:rFonts w:ascii="Times New Roman" w:hAnsi="Times New Roman" w:eastAsia="宋体"/>
          <w:b w:val="0"/>
          <w:i w:val="0"/>
          <w:color w:val="333333"/>
          <w:sz w:val="19"/>
        </w:rPr>
        <w:t>=k³+(k+1)³.</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D</w:t>
      </w:r>
    </w:p>
    <w:p>
      <w:pPr>
        <w:spacing w:before="0" w:after="80" w:line="300" w:lineRule="auto"/>
        <w:jc w:val="left"/>
      </w:pPr>
      <w:r>
        <w:rPr>
          <w:rFonts w:ascii="Times New Roman" w:hAnsi="Times New Roman" w:eastAsia="宋体"/>
          <w:b w:val="0"/>
          <w:i w:val="0"/>
          <w:sz w:val="21"/>
        </w:rPr>
        <w:t>由于 r²=x²+y²，</w:t>
      </w:r>
    </w:p>
    <w:p>
      <w:pPr>
        <w:spacing w:before="0" w:after="80" w:line="300" w:lineRule="auto"/>
        <w:jc w:val="left"/>
      </w:pPr>
      <w:r>
        <w:rPr>
          <w:rFonts w:ascii="Times New Roman" w:hAnsi="Times New Roman" w:eastAsia="宋体"/>
          <w:b w:val="0"/>
          <w:i w:val="0"/>
          <w:sz w:val="21"/>
        </w:rPr>
        <w:t>s²+c²=y²+x²/r²=1。</w:t>
      </w:r>
    </w:p>
    <w:p>
      <w:pPr>
        <w:spacing w:before="0" w:after="80" w:line="300" w:lineRule="auto"/>
        <w:jc w:val="left"/>
      </w:pPr>
      <w:r>
        <w:rPr>
          <w:rFonts w:ascii="Times New Roman" w:hAnsi="Times New Roman" w:eastAsia="宋体"/>
          <w:b w:val="0"/>
          <w:i w:val="0"/>
          <w:sz w:val="21"/>
        </w:rPr>
        <w:t>因此 s²-c²=2s²-1。因为 0≤ s²≤1，该表达式的取值从 -1 到 1，包括两个端点。</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r²=x²+y²,</w:t>
      </w:r>
    </w:p>
    <w:p>
      <w:pPr>
        <w:spacing w:before="0" w:after="80" w:line="300" w:lineRule="auto"/>
        <w:jc w:val="left"/>
      </w:pPr>
      <w:r>
        <w:rPr>
          <w:rFonts w:ascii="Times New Roman" w:hAnsi="Times New Roman" w:eastAsia="宋体"/>
          <w:b w:val="0"/>
          <w:i w:val="0"/>
          <w:color w:val="333333"/>
          <w:sz w:val="19"/>
        </w:rPr>
        <w:t>s²+c²=y²+x²/r²=1.</w:t>
      </w:r>
    </w:p>
    <w:p>
      <w:pPr>
        <w:spacing w:before="0" w:after="80" w:line="300" w:lineRule="auto"/>
        <w:jc w:val="left"/>
      </w:pPr>
      <w:r>
        <w:rPr>
          <w:rFonts w:ascii="Times New Roman" w:hAnsi="Times New Roman" w:eastAsia="宋体"/>
          <w:b w:val="0"/>
          <w:i w:val="0"/>
          <w:color w:val="333333"/>
          <w:sz w:val="19"/>
        </w:rPr>
        <w:t>Thus s²-c²=2s²-1. Because 0≤ s²≤1, this expression ranges from -1 through 1, with both endpoints included.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C</w:t>
      </w:r>
    </w:p>
    <w:p>
      <w:pPr>
        <w:spacing w:before="0" w:after="80" w:line="300" w:lineRule="auto"/>
        <w:jc w:val="left"/>
      </w:pPr>
      <w:r>
        <w:rPr>
          <w:rFonts w:ascii="Times New Roman" w:hAnsi="Times New Roman" w:eastAsia="宋体"/>
          <w:b w:val="0"/>
          <w:i w:val="0"/>
          <w:sz w:val="21"/>
        </w:rPr>
        <w:t>令 u=|x|≥0。则</w:t>
      </w:r>
    </w:p>
    <w:p>
      <w:pPr>
        <w:spacing w:before="0" w:after="80" w:line="300" w:lineRule="auto"/>
        <w:jc w:val="left"/>
      </w:pPr>
      <w:r>
        <w:rPr>
          <w:rFonts w:ascii="Times New Roman" w:hAnsi="Times New Roman" w:eastAsia="宋体"/>
          <w:b w:val="0"/>
          <w:i w:val="0"/>
          <w:sz w:val="21"/>
        </w:rPr>
        <w:t>u²+u-6=0,</w:t>
      </w:r>
    </w:p>
    <w:p>
      <w:pPr>
        <w:spacing w:before="0" w:after="80" w:line="300" w:lineRule="auto"/>
        <w:jc w:val="left"/>
      </w:pPr>
      <w:r>
        <w:rPr>
          <w:rFonts w:ascii="Times New Roman" w:hAnsi="Times New Roman" w:eastAsia="宋体"/>
          <w:b w:val="0"/>
          <w:i w:val="0"/>
          <w:sz w:val="21"/>
        </w:rPr>
        <w:t>(u+3)(u-2)=0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非负解为 u=2，所以 |x|=2，且 x=±2。两根之和为 0。</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u=|x|≥0. Then</w:t>
      </w:r>
    </w:p>
    <w:p>
      <w:pPr>
        <w:spacing w:before="0" w:after="80" w:line="300" w:lineRule="auto"/>
        <w:jc w:val="left"/>
      </w:pPr>
      <w:r>
        <w:rPr>
          <w:rFonts w:ascii="Times New Roman" w:hAnsi="Times New Roman" w:eastAsia="宋体"/>
          <w:b w:val="0"/>
          <w:i w:val="0"/>
          <w:color w:val="333333"/>
          <w:sz w:val="19"/>
        </w:rPr>
        <w:t>u²+u-6=0,</w:t>
      </w:r>
    </w:p>
    <w:p>
      <w:pPr>
        <w:spacing w:before="0" w:after="80" w:line="300" w:lineRule="auto"/>
        <w:jc w:val="left"/>
      </w:pPr>
      <w:r>
        <w:rPr>
          <w:rFonts w:ascii="Times New Roman" w:hAnsi="Times New Roman" w:eastAsia="宋体"/>
          <w:b w:val="0"/>
          <w:i w:val="0"/>
          <w:color w:val="333333"/>
          <w:sz w:val="19"/>
        </w:rPr>
        <w:t>(u+3)(u-2)=0.</w:t>
      </w:r>
    </w:p>
    <w:p>
      <w:pPr>
        <w:spacing w:before="0" w:after="80" w:line="300" w:lineRule="auto"/>
        <w:jc w:val="left"/>
      </w:pPr>
      <w:r>
        <w:rPr>
          <w:rFonts w:ascii="Times New Roman" w:hAnsi="Times New Roman" w:eastAsia="宋体"/>
          <w:b w:val="0"/>
          <w:i w:val="0"/>
          <w:color w:val="333333"/>
          <w:sz w:val="19"/>
        </w:rPr>
        <w:t>The nonnegative solution is u=2, so |x|=2 and x=±2. Their sum is 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B</w:t>
      </w:r>
    </w:p>
    <w:p>
      <w:pPr>
        <w:spacing w:before="0" w:after="80" w:line="300" w:lineRule="auto"/>
        <w:jc w:val="left"/>
      </w:pPr>
      <w:r>
        <w:rPr>
          <w:rFonts w:ascii="Times New Roman" w:hAnsi="Times New Roman" w:eastAsia="宋体"/>
          <w:b w:val="0"/>
          <w:i w:val="0"/>
          <w:sz w:val="21"/>
        </w:rPr>
        <w:t>当 n=1 时，</w:t>
      </w:r>
    </w:p>
    <w:p>
      <w:pPr>
        <w:spacing w:before="0" w:after="80" w:line="300" w:lineRule="auto"/>
        <w:jc w:val="left"/>
      </w:pPr>
      <w:r>
        <w:rPr>
          <w:rFonts w:ascii="Times New Roman" w:hAnsi="Times New Roman" w:eastAsia="宋体"/>
          <w:b w:val="0"/>
          <w:i w:val="0"/>
          <w:sz w:val="21"/>
        </w:rPr>
        <w:t>3²-(1)a₂=-1，</w:t>
      </w:r>
    </w:p>
    <w:p>
      <w:pPr>
        <w:spacing w:before="0" w:after="80" w:line="300" w:lineRule="auto"/>
        <w:jc w:val="left"/>
      </w:pPr>
      <w:r>
        <w:rPr>
          <w:rFonts w:ascii="Times New Roman" w:hAnsi="Times New Roman" w:eastAsia="宋体"/>
          <w:b w:val="0"/>
          <w:i w:val="0"/>
          <w:sz w:val="21"/>
        </w:rPr>
        <w:t>所以 a₂=10。当 n=2 时，</w:t>
      </w:r>
    </w:p>
    <w:p>
      <w:pPr>
        <w:spacing w:before="0" w:after="80" w:line="300" w:lineRule="auto"/>
        <w:jc w:val="left"/>
      </w:pPr>
      <w:r>
        <w:rPr>
          <w:rFonts w:ascii="Times New Roman" w:hAnsi="Times New Roman" w:eastAsia="宋体"/>
          <w:b w:val="0"/>
          <w:i w:val="0"/>
          <w:sz w:val="21"/>
        </w:rPr>
        <w:t>10²-3a₃=1，</w:t>
      </w:r>
    </w:p>
    <w:p>
      <w:pPr>
        <w:spacing w:before="0" w:after="80" w:line="300" w:lineRule="auto"/>
        <w:jc w:val="left"/>
      </w:pPr>
      <w:r>
        <w:rPr>
          <w:rFonts w:ascii="Times New Roman" w:hAnsi="Times New Roman" w:eastAsia="宋体"/>
          <w:b w:val="0"/>
          <w:i w:val="0"/>
          <w:sz w:val="21"/>
        </w:rPr>
        <w:t>得到 a₃=33。</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n=1,</w:t>
      </w:r>
    </w:p>
    <w:p>
      <w:pPr>
        <w:spacing w:before="0" w:after="80" w:line="300" w:lineRule="auto"/>
        <w:jc w:val="left"/>
      </w:pPr>
      <w:r>
        <w:rPr>
          <w:rFonts w:ascii="Times New Roman" w:hAnsi="Times New Roman" w:eastAsia="宋体"/>
          <w:b w:val="0"/>
          <w:i w:val="0"/>
          <w:color w:val="333333"/>
          <w:sz w:val="19"/>
        </w:rPr>
        <w:t>3²-(1)a₂=-1,</w:t>
      </w:r>
    </w:p>
    <w:p>
      <w:pPr>
        <w:spacing w:before="0" w:after="80" w:line="300" w:lineRule="auto"/>
        <w:jc w:val="left"/>
      </w:pPr>
      <w:r>
        <w:rPr>
          <w:rFonts w:ascii="Times New Roman" w:hAnsi="Times New Roman" w:eastAsia="宋体"/>
          <w:b w:val="0"/>
          <w:i w:val="0"/>
          <w:color w:val="333333"/>
          <w:sz w:val="19"/>
        </w:rPr>
        <w:t>so a₂=10. For n=2,</w:t>
      </w:r>
    </w:p>
    <w:p>
      <w:pPr>
        <w:spacing w:before="0" w:after="80" w:line="300" w:lineRule="auto"/>
        <w:jc w:val="left"/>
      </w:pPr>
      <w:r>
        <w:rPr>
          <w:rFonts w:ascii="Times New Roman" w:hAnsi="Times New Roman" w:eastAsia="宋体"/>
          <w:b w:val="0"/>
          <w:i w:val="0"/>
          <w:color w:val="333333"/>
          <w:sz w:val="19"/>
        </w:rPr>
        <w:t>10²-3a₃=1,</w:t>
      </w:r>
    </w:p>
    <w:p>
      <w:pPr>
        <w:spacing w:before="0" w:after="80" w:line="300" w:lineRule="auto"/>
        <w:jc w:val="left"/>
      </w:pPr>
      <w:r>
        <w:rPr>
          <w:rFonts w:ascii="Times New Roman" w:hAnsi="Times New Roman" w:eastAsia="宋体"/>
          <w:b w:val="0"/>
          <w:i w:val="0"/>
          <w:color w:val="333333"/>
          <w:sz w:val="19"/>
        </w:rPr>
        <w:t>which gives a₃=33.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41 题　答案 C</w:t>
      </w:r>
    </w:p>
    <w:p>
      <w:pPr>
        <w:spacing w:before="0" w:after="80" w:line="300" w:lineRule="auto"/>
        <w:jc w:val="left"/>
      </w:pPr>
      <w:r>
        <w:rPr>
          <w:rFonts w:ascii="Times New Roman" w:hAnsi="Times New Roman" w:eastAsia="宋体"/>
          <w:b w:val="0"/>
          <w:i w:val="0"/>
          <w:sz w:val="21"/>
        </w:rPr>
        <w:t>对原二次方程，</w:t>
      </w:r>
    </w:p>
    <w:p>
      <w:pPr>
        <w:spacing w:before="0" w:after="80" w:line="300" w:lineRule="auto"/>
        <w:jc w:val="left"/>
      </w:pPr>
      <w:r>
        <w:rPr>
          <w:rFonts w:ascii="Times New Roman" w:hAnsi="Times New Roman" w:eastAsia="宋体"/>
          <w:b w:val="0"/>
          <w:i w:val="0"/>
          <w:sz w:val="21"/>
        </w:rPr>
        <w:t>r+s=-B/A, rs=C/A。</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r²+s² =(r+s)²-2rs</w:t>
      </w:r>
    </w:p>
    <w:p>
      <w:pPr>
        <w:spacing w:before="0" w:after="80" w:line="300" w:lineRule="auto"/>
        <w:jc w:val="left"/>
      </w:pPr>
      <w:r>
        <w:rPr>
          <w:rFonts w:ascii="Times New Roman" w:hAnsi="Times New Roman" w:eastAsia="宋体"/>
          <w:b w:val="0"/>
          <w:i w:val="0"/>
          <w:sz w:val="21"/>
        </w:rPr>
        <w:t>=B²-2AC/A²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系数 p 是这个和的相反数，所以</w:t>
      </w:r>
    </w:p>
    <w:p>
      <w:pPr>
        <w:spacing w:before="0" w:after="80" w:line="300" w:lineRule="auto"/>
        <w:jc w:val="left"/>
      </w:pPr>
      <w:r>
        <w:rPr>
          <w:rFonts w:ascii="Times New Roman" w:hAnsi="Times New Roman" w:eastAsia="宋体"/>
          <w:b w:val="0"/>
          <w:i w:val="0"/>
          <w:sz w:val="21"/>
        </w:rPr>
        <w:t>p=2AC-B²/A²。</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original quadratic,</w:t>
      </w:r>
    </w:p>
    <w:p>
      <w:pPr>
        <w:spacing w:before="0" w:after="80" w:line="300" w:lineRule="auto"/>
        <w:jc w:val="left"/>
      </w:pPr>
      <w:r>
        <w:rPr>
          <w:rFonts w:ascii="Times New Roman" w:hAnsi="Times New Roman" w:eastAsia="宋体"/>
          <w:b w:val="0"/>
          <w:i w:val="0"/>
          <w:color w:val="333333"/>
          <w:sz w:val="19"/>
        </w:rPr>
        <w:t>r+s=-B/A, rs=C/A.</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r²+s² =(r+s)²-2rs</w:t>
      </w:r>
    </w:p>
    <w:p>
      <w:pPr>
        <w:spacing w:before="0" w:after="80" w:line="300" w:lineRule="auto"/>
        <w:jc w:val="left"/>
      </w:pPr>
      <w:r>
        <w:rPr>
          <w:rFonts w:ascii="Times New Roman" w:hAnsi="Times New Roman" w:eastAsia="宋体"/>
          <w:b w:val="0"/>
          <w:i w:val="0"/>
          <w:color w:val="333333"/>
          <w:sz w:val="19"/>
        </w:rPr>
        <w:t>=B²-2AC/A².</w:t>
      </w:r>
    </w:p>
    <w:p>
      <w:pPr>
        <w:spacing w:before="0" w:after="80" w:line="300" w:lineRule="auto"/>
        <w:jc w:val="left"/>
      </w:pPr>
      <w:r>
        <w:rPr>
          <w:rFonts w:ascii="Times New Roman" w:hAnsi="Times New Roman" w:eastAsia="宋体"/>
          <w:b w:val="0"/>
          <w:i w:val="0"/>
          <w:color w:val="333333"/>
          <w:sz w:val="19"/>
        </w:rPr>
        <w:t>The coefficient p is the negative of this sum, so</w:t>
      </w:r>
    </w:p>
    <w:p>
      <w:pPr>
        <w:spacing w:before="0" w:after="80" w:line="300" w:lineRule="auto"/>
        <w:jc w:val="left"/>
      </w:pPr>
      <w:r>
        <w:rPr>
          <w:rFonts w:ascii="Times New Roman" w:hAnsi="Times New Roman" w:eastAsia="宋体"/>
          <w:b w:val="0"/>
          <w:i w:val="0"/>
          <w:color w:val="333333"/>
          <w:sz w:val="19"/>
        </w:rPr>
        <w:t>p=2AC-B²/A².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42 题　答案 E</w:t>
      </w:r>
    </w:p>
    <w:p>
      <w:pPr>
        <w:spacing w:before="0" w:after="80" w:line="300" w:lineRule="auto"/>
        <w:jc w:val="left"/>
      </w:pPr>
      <w:r>
        <w:rPr>
          <w:rFonts w:ascii="Times New Roman" w:hAnsi="Times New Roman" w:eastAsia="宋体"/>
          <w:b w:val="0"/>
          <w:i w:val="0"/>
          <w:sz w:val="21"/>
        </w:rPr>
        <w:t>由于 E 在 BC 和 AD 上，三角形 AEC 与 ACD 共有角 A。又因 ∠ ACE=∠ ACB 所对弦为 AB，而 ∠ ADC 所对弦为 AC。由于 AB=AC，两角相等。因此</w:t>
      </w:r>
    </w:p>
    <w:p>
      <w:pPr>
        <w:spacing w:before="0" w:after="80" w:line="300" w:lineRule="auto"/>
        <w:jc w:val="left"/>
      </w:pPr>
      <w:r>
        <w:rPr>
          <w:rFonts w:ascii="Times New Roman" w:hAnsi="Times New Roman" w:eastAsia="宋体"/>
          <w:b w:val="0"/>
          <w:i w:val="0"/>
          <w:sz w:val="21"/>
        </w:rPr>
        <w:t>△ AEC∼△ ACD。</w:t>
      </w:r>
    </w:p>
    <w:p>
      <w:pPr>
        <w:spacing w:before="0" w:after="80" w:line="300" w:lineRule="auto"/>
        <w:jc w:val="left"/>
      </w:pPr>
      <w:r>
        <w:rPr>
          <w:rFonts w:ascii="Times New Roman" w:hAnsi="Times New Roman" w:eastAsia="宋体"/>
          <w:b w:val="0"/>
          <w:i w:val="0"/>
          <w:sz w:val="21"/>
        </w:rPr>
        <w:t>对应边给出</w:t>
      </w:r>
    </w:p>
    <w:p>
      <w:pPr>
        <w:spacing w:before="0" w:after="80" w:line="300" w:lineRule="auto"/>
        <w:jc w:val="left"/>
      </w:pPr>
      <w:r>
        <w:rPr>
          <w:rFonts w:ascii="Times New Roman" w:hAnsi="Times New Roman" w:eastAsia="宋体"/>
          <w:b w:val="0"/>
          <w:i w:val="0"/>
          <w:sz w:val="21"/>
        </w:rPr>
        <w:t>AE/AC=AC/AD。</w:t>
      </w:r>
    </w:p>
    <w:p>
      <w:pPr>
        <w:spacing w:before="0" w:after="80" w:line="300" w:lineRule="auto"/>
        <w:jc w:val="left"/>
      </w:pPr>
      <w:r>
        <w:rPr>
          <w:rFonts w:ascii="Times New Roman" w:hAnsi="Times New Roman" w:eastAsia="宋体"/>
          <w:b w:val="0"/>
          <w:i w:val="0"/>
          <w:sz w:val="21"/>
        </w:rPr>
        <w:t>所以 8/12=12/AD，从而 AD=18。</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E lies on BC and AD, triangles AEC and ACD share angle A. Also ∠ ACE=∠ ACB subtends chord AB, while ∠ ADC subtends chord AC. Since AB=AC, these angles are equal. Thus</w:t>
      </w:r>
    </w:p>
    <w:p>
      <w:pPr>
        <w:spacing w:before="0" w:after="80" w:line="300" w:lineRule="auto"/>
        <w:jc w:val="left"/>
      </w:pPr>
      <w:r>
        <w:rPr>
          <w:rFonts w:ascii="Times New Roman" w:hAnsi="Times New Roman" w:eastAsia="宋体"/>
          <w:b w:val="0"/>
          <w:i w:val="0"/>
          <w:color w:val="333333"/>
          <w:sz w:val="19"/>
        </w:rPr>
        <w:t>△ AEC∼△ ACD.</w:t>
      </w:r>
    </w:p>
    <w:p>
      <w:pPr>
        <w:spacing w:before="0" w:after="80" w:line="300" w:lineRule="auto"/>
        <w:jc w:val="left"/>
      </w:pPr>
      <w:r>
        <w:rPr>
          <w:rFonts w:ascii="Times New Roman" w:hAnsi="Times New Roman" w:eastAsia="宋体"/>
          <w:b w:val="0"/>
          <w:i w:val="0"/>
          <w:color w:val="333333"/>
          <w:sz w:val="19"/>
        </w:rPr>
        <w:t>Corresponding sides give</w:t>
      </w:r>
    </w:p>
    <w:p>
      <w:pPr>
        <w:spacing w:before="0" w:after="80" w:line="300" w:lineRule="auto"/>
        <w:jc w:val="left"/>
      </w:pPr>
      <w:r>
        <w:rPr>
          <w:rFonts w:ascii="Times New Roman" w:hAnsi="Times New Roman" w:eastAsia="宋体"/>
          <w:b w:val="0"/>
          <w:i w:val="0"/>
          <w:color w:val="333333"/>
          <w:sz w:val="19"/>
        </w:rPr>
        <w:t>AE/AC=AC/AD.</w:t>
      </w:r>
    </w:p>
    <w:p>
      <w:pPr>
        <w:spacing w:before="0" w:after="80" w:line="300" w:lineRule="auto"/>
        <w:jc w:val="left"/>
      </w:pPr>
      <w:r>
        <w:rPr>
          <w:rFonts w:ascii="Times New Roman" w:hAnsi="Times New Roman" w:eastAsia="宋体"/>
          <w:b w:val="0"/>
          <w:i w:val="0"/>
          <w:color w:val="333333"/>
          <w:sz w:val="19"/>
        </w:rPr>
        <w:t>Therefore 8/12=12/AD, so AD=18.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43 题　答案 D</w:t>
      </w:r>
    </w:p>
    <w:p>
      <w:pPr>
        <w:spacing w:before="0" w:after="80" w:line="300" w:lineRule="auto"/>
        <w:jc w:val="left"/>
      </w:pPr>
      <w:r>
        <w:rPr>
          <w:rFonts w:ascii="Times New Roman" w:hAnsi="Times New Roman" w:eastAsia="宋体"/>
          <w:b w:val="0"/>
          <w:i w:val="0"/>
          <w:sz w:val="21"/>
        </w:rPr>
        <w:t>令 a=BC、b=CA、c=AB。由于直角在 C，c²=a²+b²。中线公式给出</w:t>
      </w:r>
    </w:p>
    <w:p>
      <w:pPr>
        <w:spacing w:before="0" w:after="80" w:line="300" w:lineRule="auto"/>
        <w:jc w:val="left"/>
      </w:pPr>
      <w:r>
        <w:rPr>
          <w:rFonts w:ascii="Times New Roman" w:hAnsi="Times New Roman" w:eastAsia="宋体"/>
          <w:b w:val="0"/>
          <w:i w:val="0"/>
          <w:sz w:val="21"/>
        </w:rPr>
        <w:t>4(7²) =a²+4b²,</w:t>
      </w:r>
    </w:p>
    <w:p>
      <w:pPr>
        <w:spacing w:before="0" w:after="80" w:line="300" w:lineRule="auto"/>
        <w:jc w:val="left"/>
      </w:pPr>
      <w:r>
        <w:rPr>
          <w:rFonts w:ascii="Times New Roman" w:hAnsi="Times New Roman" w:eastAsia="宋体"/>
          <w:b w:val="0"/>
          <w:i w:val="0"/>
          <w:sz w:val="21"/>
        </w:rPr>
        <w:t>4(4²) =4a²+b²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解得 a²=4 和 b²=48。因此</w:t>
      </w:r>
    </w:p>
    <w:p>
      <w:pPr>
        <w:spacing w:before="0" w:after="80" w:line="300" w:lineRule="auto"/>
        <w:jc w:val="left"/>
      </w:pPr>
      <w:r>
        <w:rPr>
          <w:rFonts w:ascii="Times New Roman" w:hAnsi="Times New Roman" w:eastAsia="宋体"/>
          <w:b w:val="0"/>
          <w:i w:val="0"/>
          <w:sz w:val="21"/>
        </w:rPr>
        <w:t>AB=c =√(a²+b²)</w:t>
      </w:r>
    </w:p>
    <w:p>
      <w:pPr>
        <w:spacing w:before="0" w:after="80" w:line="300" w:lineRule="auto"/>
        <w:jc w:val="left"/>
      </w:pPr>
      <w:r>
        <w:rPr>
          <w:rFonts w:ascii="Times New Roman" w:hAnsi="Times New Roman" w:eastAsia="宋体"/>
          <w:b w:val="0"/>
          <w:i w:val="0"/>
          <w:sz w:val="21"/>
        </w:rPr>
        <w:t>=√(52)=2√(13)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 b=CA, and c=AB. Since the right angle is at C, c²=a²+b². The median formulas give</w:t>
      </w:r>
    </w:p>
    <w:p>
      <w:pPr>
        <w:spacing w:before="0" w:after="80" w:line="300" w:lineRule="auto"/>
        <w:jc w:val="left"/>
      </w:pPr>
      <w:r>
        <w:rPr>
          <w:rFonts w:ascii="Times New Roman" w:hAnsi="Times New Roman" w:eastAsia="宋体"/>
          <w:b w:val="0"/>
          <w:i w:val="0"/>
          <w:color w:val="333333"/>
          <w:sz w:val="19"/>
        </w:rPr>
        <w:t>4(7²) =a²+4b²,</w:t>
      </w:r>
    </w:p>
    <w:p>
      <w:pPr>
        <w:spacing w:before="0" w:after="80" w:line="300" w:lineRule="auto"/>
        <w:jc w:val="left"/>
      </w:pPr>
      <w:r>
        <w:rPr>
          <w:rFonts w:ascii="Times New Roman" w:hAnsi="Times New Roman" w:eastAsia="宋体"/>
          <w:b w:val="0"/>
          <w:i w:val="0"/>
          <w:color w:val="333333"/>
          <w:sz w:val="19"/>
        </w:rPr>
        <w:t>4(4²) =4a²+b².</w:t>
      </w:r>
    </w:p>
    <w:p>
      <w:pPr>
        <w:spacing w:before="0" w:after="80" w:line="300" w:lineRule="auto"/>
        <w:jc w:val="left"/>
      </w:pPr>
      <w:r>
        <w:rPr>
          <w:rFonts w:ascii="Times New Roman" w:hAnsi="Times New Roman" w:eastAsia="宋体"/>
          <w:b w:val="0"/>
          <w:i w:val="0"/>
          <w:color w:val="333333"/>
          <w:sz w:val="19"/>
        </w:rPr>
        <w:t>Solving yields a²=4 and b²=48. Therefore</w:t>
      </w:r>
    </w:p>
    <w:p>
      <w:pPr>
        <w:spacing w:before="0" w:after="80" w:line="300" w:lineRule="auto"/>
        <w:jc w:val="left"/>
      </w:pPr>
      <w:r>
        <w:rPr>
          <w:rFonts w:ascii="Times New Roman" w:hAnsi="Times New Roman" w:eastAsia="宋体"/>
          <w:b w:val="0"/>
          <w:i w:val="0"/>
          <w:color w:val="333333"/>
          <w:sz w:val="19"/>
        </w:rPr>
        <w:t>AB=c =√(a²+b²)</w:t>
      </w:r>
    </w:p>
    <w:p>
      <w:pPr>
        <w:spacing w:before="0" w:after="80" w:line="300" w:lineRule="auto"/>
        <w:jc w:val="left"/>
      </w:pPr>
      <w:r>
        <w:rPr>
          <w:rFonts w:ascii="Times New Roman" w:hAnsi="Times New Roman" w:eastAsia="宋体"/>
          <w:b w:val="0"/>
          <w:i w:val="0"/>
          <w:color w:val="333333"/>
          <w:sz w:val="19"/>
        </w:rPr>
        <w:t>=√(52)=2√(13).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44 题　答案 E</w:t>
      </w:r>
    </w:p>
    <w:p>
      <w:pPr>
        <w:spacing w:before="0" w:after="80" w:line="300" w:lineRule="auto"/>
        <w:jc w:val="left"/>
      </w:pPr>
      <w:r>
        <w:rPr>
          <w:rFonts w:ascii="Times New Roman" w:hAnsi="Times New Roman" w:eastAsia="宋体"/>
          <w:b w:val="0"/>
          <w:i w:val="0"/>
          <w:sz w:val="21"/>
        </w:rPr>
        <w:t>令 P 表示 a&gt;b，Q 表示 c&gt;d，S 表示 cf。前提为</w:t>
      </w:r>
    </w:p>
    <w:p>
      <w:pPr>
        <w:spacing w:before="0" w:after="80" w:line="300" w:lineRule="auto"/>
        <w:jc w:val="left"/>
      </w:pPr>
      <w:r>
        <w:rPr>
          <w:rFonts w:ascii="Times New Roman" w:hAnsi="Times New Roman" w:eastAsia="宋体"/>
          <w:b w:val="0"/>
          <w:i w:val="0"/>
          <w:sz w:val="21"/>
        </w:rPr>
        <w:t>P⇒ Q, S⇒ R。</w:t>
      </w:r>
    </w:p>
    <w:p>
      <w:pPr>
        <w:spacing w:before="0" w:after="80" w:line="300" w:lineRule="auto"/>
        <w:jc w:val="left"/>
      </w:pPr>
      <w:r>
        <w:rPr>
          <w:rFonts w:ascii="Times New Roman" w:hAnsi="Times New Roman" w:eastAsia="宋体"/>
          <w:b w:val="0"/>
          <w:i w:val="0"/>
          <w:sz w:val="21"/>
        </w:rPr>
        <w:t>命题 Q 与 S 不能同时成立。两个前提的逆否命题分别为 neg Q⇒neg P 和 neg R⇒neg S。四个给出的蕴含都不能由此推出。例如，已知 P 可得 Q，进而得到 neg S，但无法判断 R；已知 neg R 只能得到 neg S，不能得到 P。</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mean a&gt;b, Q mean c&gt;d, S mean cf. The premises are</w:t>
      </w:r>
    </w:p>
    <w:p>
      <w:pPr>
        <w:spacing w:before="0" w:after="80" w:line="300" w:lineRule="auto"/>
        <w:jc w:val="left"/>
      </w:pPr>
      <w:r>
        <w:rPr>
          <w:rFonts w:ascii="Times New Roman" w:hAnsi="Times New Roman" w:eastAsia="宋体"/>
          <w:b w:val="0"/>
          <w:i w:val="0"/>
          <w:color w:val="333333"/>
          <w:sz w:val="19"/>
        </w:rPr>
        <w:t>P⇒ Q, S⇒ R.</w:t>
      </w:r>
    </w:p>
    <w:p>
      <w:pPr>
        <w:spacing w:before="0" w:after="80" w:line="300" w:lineRule="auto"/>
        <w:jc w:val="left"/>
      </w:pPr>
      <w:r>
        <w:rPr>
          <w:rFonts w:ascii="Times New Roman" w:hAnsi="Times New Roman" w:eastAsia="宋体"/>
          <w:b w:val="0"/>
          <w:i w:val="0"/>
          <w:color w:val="333333"/>
          <w:sz w:val="19"/>
        </w:rPr>
        <w:t>The statements Q and S cannot both hold. The contrapositives are neg Q⇒neg P and neg R⇒neg S. None of the four proposed implications follows. For example, knowing P gives Q and hence neg S, but says nothing about R; knowing neg R gives neg S, not P.</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45 题　答案 B</w:t>
      </w:r>
    </w:p>
    <w:p>
      <w:pPr>
        <w:spacing w:before="0" w:after="80" w:line="300" w:lineRule="auto"/>
        <w:jc w:val="left"/>
      </w:pPr>
      <w:r>
        <w:rPr>
          <w:rFonts w:ascii="Times New Roman" w:hAnsi="Times New Roman" w:eastAsia="宋体"/>
          <w:b w:val="0"/>
          <w:i w:val="0"/>
          <w:sz w:val="21"/>
        </w:rPr>
        <w:t>以美分计，错误金额减正确金额为</w:t>
      </w:r>
    </w:p>
    <w:p>
      <w:pPr>
        <w:spacing w:before="0" w:after="80" w:line="300" w:lineRule="auto"/>
        <w:jc w:val="left"/>
      </w:pPr>
      <w:r>
        <w:rPr>
          <w:rFonts w:ascii="Times New Roman" w:hAnsi="Times New Roman" w:eastAsia="宋体"/>
          <w:b w:val="0"/>
          <w:i w:val="0"/>
          <w:sz w:val="21"/>
        </w:rPr>
        <w:t>(100y+x)-(100x+y)</w:t>
      </w:r>
    </w:p>
    <w:p>
      <w:pPr>
        <w:spacing w:before="0" w:after="80" w:line="300" w:lineRule="auto"/>
        <w:jc w:val="left"/>
      </w:pPr>
      <w:r>
        <w:rPr>
          <w:rFonts w:ascii="Times New Roman" w:hAnsi="Times New Roman" w:eastAsia="宋体"/>
          <w:b w:val="0"/>
          <w:i w:val="0"/>
          <w:sz w:val="21"/>
        </w:rPr>
        <w:t>=99(y-x)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$17.82 等于 1782 美分，</w:t>
      </w:r>
    </w:p>
    <w:p>
      <w:pPr>
        <w:spacing w:before="0" w:after="80" w:line="300" w:lineRule="auto"/>
        <w:jc w:val="left"/>
      </w:pPr>
      <w:r>
        <w:rPr>
          <w:rFonts w:ascii="Times New Roman" w:hAnsi="Times New Roman" w:eastAsia="宋体"/>
          <w:b w:val="0"/>
          <w:i w:val="0"/>
          <w:sz w:val="21"/>
        </w:rPr>
        <w:t>99(y-x)=1782，</w:t>
      </w:r>
    </w:p>
    <w:p>
      <w:pPr>
        <w:spacing w:before="0" w:after="80" w:line="300" w:lineRule="auto"/>
        <w:jc w:val="left"/>
      </w:pPr>
      <w:r>
        <w:rPr>
          <w:rFonts w:ascii="Times New Roman" w:hAnsi="Times New Roman" w:eastAsia="宋体"/>
          <w:b w:val="0"/>
          <w:i w:val="0"/>
          <w:sz w:val="21"/>
        </w:rPr>
        <w:t>所以 y-x=18。两位数 x=18, y=36 满足此关系，并且 y=2x。因此这种相等关系可以发生。</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cents, the incorrect amount minus the correct amount is</w:t>
      </w:r>
    </w:p>
    <w:p>
      <w:pPr>
        <w:spacing w:before="0" w:after="80" w:line="300" w:lineRule="auto"/>
        <w:jc w:val="left"/>
      </w:pPr>
      <w:r>
        <w:rPr>
          <w:rFonts w:ascii="Times New Roman" w:hAnsi="Times New Roman" w:eastAsia="宋体"/>
          <w:b w:val="0"/>
          <w:i w:val="0"/>
          <w:color w:val="333333"/>
          <w:sz w:val="19"/>
        </w:rPr>
        <w:t>(100y+x)-(100x+y)</w:t>
      </w:r>
    </w:p>
    <w:p>
      <w:pPr>
        <w:spacing w:before="0" w:after="80" w:line="300" w:lineRule="auto"/>
        <w:jc w:val="left"/>
      </w:pPr>
      <w:r>
        <w:rPr>
          <w:rFonts w:ascii="Times New Roman" w:hAnsi="Times New Roman" w:eastAsia="宋体"/>
          <w:b w:val="0"/>
          <w:i w:val="0"/>
          <w:color w:val="333333"/>
          <w:sz w:val="19"/>
        </w:rPr>
        <w:t>=99(y-x).</w:t>
      </w:r>
    </w:p>
    <w:p>
      <w:pPr>
        <w:spacing w:before="0" w:after="80" w:line="300" w:lineRule="auto"/>
        <w:jc w:val="left"/>
      </w:pPr>
      <w:r>
        <w:rPr>
          <w:rFonts w:ascii="Times New Roman" w:hAnsi="Times New Roman" w:eastAsia="宋体"/>
          <w:b w:val="0"/>
          <w:i w:val="0"/>
          <w:color w:val="333333"/>
          <w:sz w:val="19"/>
        </w:rPr>
        <w:t>Since $17.82 is 1782 cents,</w:t>
      </w:r>
    </w:p>
    <w:p>
      <w:pPr>
        <w:spacing w:before="0" w:after="80" w:line="300" w:lineRule="auto"/>
        <w:jc w:val="left"/>
      </w:pPr>
      <w:r>
        <w:rPr>
          <w:rFonts w:ascii="Times New Roman" w:hAnsi="Times New Roman" w:eastAsia="宋体"/>
          <w:b w:val="0"/>
          <w:i w:val="0"/>
          <w:color w:val="333333"/>
          <w:sz w:val="19"/>
        </w:rPr>
        <w:t>99(y-x)=1782,</w:t>
      </w:r>
    </w:p>
    <w:p>
      <w:pPr>
        <w:spacing w:before="0" w:after="80" w:line="300" w:lineRule="auto"/>
        <w:jc w:val="left"/>
      </w:pPr>
      <w:r>
        <w:rPr>
          <w:rFonts w:ascii="Times New Roman" w:hAnsi="Times New Roman" w:eastAsia="宋体"/>
          <w:b w:val="0"/>
          <w:i w:val="0"/>
          <w:color w:val="333333"/>
          <w:sz w:val="19"/>
        </w:rPr>
        <w:t>so y-x=18. The two-digit values x=18, y=36 satisfy this relation and have y=2x. Thus that equality can occur.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46 题　答案 E</w:t>
      </w:r>
    </w:p>
    <w:p>
      <w:pPr>
        <w:spacing w:before="0" w:after="80" w:line="300" w:lineRule="auto"/>
        <w:jc w:val="left"/>
      </w:pPr>
      <w:r>
        <w:rPr>
          <w:rFonts w:ascii="Times New Roman" w:hAnsi="Times New Roman" w:eastAsia="宋体"/>
          <w:b w:val="0"/>
          <w:i w:val="0"/>
          <w:sz w:val="21"/>
        </w:rPr>
        <w:t>令 t=x-1。则 -5&lt; t&lt;0，且表达式变为</w:t>
      </w:r>
    </w:p>
    <w:p>
      <w:pPr>
        <w:spacing w:before="0" w:after="80" w:line="300" w:lineRule="auto"/>
        <w:jc w:val="left"/>
      </w:pPr>
      <w:r>
        <w:rPr>
          <w:rFonts w:ascii="Times New Roman" w:hAnsi="Times New Roman" w:eastAsia="宋体"/>
          <w:b w:val="0"/>
          <w:i w:val="0"/>
          <w:sz w:val="21"/>
        </w:rPr>
        <w:t>t²+1/2t =1/2(t+1/t)。</w:t>
      </w:r>
    </w:p>
    <w:p>
      <w:pPr>
        <w:spacing w:before="0" w:after="80" w:line="300" w:lineRule="auto"/>
        <w:jc w:val="left"/>
      </w:pPr>
      <w:r>
        <w:rPr>
          <w:rFonts w:ascii="Times New Roman" w:hAnsi="Times New Roman" w:eastAsia="宋体"/>
          <w:b w:val="0"/>
          <w:i w:val="0"/>
          <w:sz w:val="21"/>
        </w:rPr>
        <w:t>当 t&lt;0 时，t+1/t≤-2，等号在 t=-1 时成立。此值允许且对应 x=0。因此表达式至多为 -1，其最大值为 -1。</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t=x-1. Then -5&lt; t&lt;0, and the expression becomes</w:t>
      </w:r>
    </w:p>
    <w:p>
      <w:pPr>
        <w:spacing w:before="0" w:after="80" w:line="300" w:lineRule="auto"/>
        <w:jc w:val="left"/>
      </w:pPr>
      <w:r>
        <w:rPr>
          <w:rFonts w:ascii="Times New Roman" w:hAnsi="Times New Roman" w:eastAsia="宋体"/>
          <w:b w:val="0"/>
          <w:i w:val="0"/>
          <w:color w:val="333333"/>
          <w:sz w:val="19"/>
        </w:rPr>
        <w:t>t²+1/2t =1/2(t+1/t).</w:t>
      </w:r>
    </w:p>
    <w:p>
      <w:pPr>
        <w:spacing w:before="0" w:after="80" w:line="300" w:lineRule="auto"/>
        <w:jc w:val="left"/>
      </w:pPr>
      <w:r>
        <w:rPr>
          <w:rFonts w:ascii="Times New Roman" w:hAnsi="Times New Roman" w:eastAsia="宋体"/>
          <w:b w:val="0"/>
          <w:i w:val="0"/>
          <w:color w:val="333333"/>
          <w:sz w:val="19"/>
        </w:rPr>
        <w:t>For t&lt;0, t+1/t≤-2, with equality when t=-1. That value is allowed and corresponds to x=0. Hence the expression is at most -1, and its maximum is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47 题　答案 D</w:t>
      </w:r>
    </w:p>
    <w:p>
      <w:pPr>
        <w:spacing w:before="0" w:after="80" w:line="300" w:lineRule="auto"/>
        <w:jc w:val="left"/>
      </w:pPr>
      <w:r>
        <w:rPr>
          <w:rFonts w:ascii="Times New Roman" w:hAnsi="Times New Roman" w:eastAsia="宋体"/>
          <w:b w:val="0"/>
          <w:i w:val="0"/>
          <w:sz w:val="21"/>
        </w:rPr>
        <w:t>由于 AF⊥ BD 且 PQ⊥ AF，有 PQ∥ BD。又因 PS⊥ BD，所以 PS∥ AF。因此四边形 QPSF 是矩形，且</w:t>
      </w:r>
    </w:p>
    <w:p>
      <w:pPr>
        <w:spacing w:before="0" w:after="80" w:line="300" w:lineRule="auto"/>
        <w:jc w:val="left"/>
      </w:pPr>
      <w:r>
        <w:rPr>
          <w:rFonts w:ascii="Times New Roman" w:hAnsi="Times New Roman" w:eastAsia="宋体"/>
          <w:b w:val="0"/>
          <w:i w:val="0"/>
          <w:sz w:val="21"/>
        </w:rPr>
        <w:t>PS=QF。</w:t>
      </w:r>
    </w:p>
    <w:p>
      <w:pPr>
        <w:spacing w:before="0" w:after="80" w:line="300" w:lineRule="auto"/>
        <w:jc w:val="left"/>
      </w:pPr>
      <w:r>
        <w:rPr>
          <w:rFonts w:ascii="Times New Roman" w:hAnsi="Times New Roman" w:eastAsia="宋体"/>
          <w:b w:val="0"/>
          <w:i w:val="0"/>
          <w:sz w:val="21"/>
        </w:rPr>
        <w:t>令 T=PQ∩ AC。矩形的两条对角线与边 AB 所成角相等，所以 ∠ PAT=∠ APT，从而 AT=PT。直角三角形 ATQ 和 PTR 在 T 处有相同的角，故相似。由于它们的斜边 AT 和 PT 相等，AQ=PR。因此</w:t>
      </w:r>
    </w:p>
    <w:p>
      <w:pPr>
        <w:spacing w:before="0" w:after="80" w:line="300" w:lineRule="auto"/>
        <w:jc w:val="left"/>
      </w:pPr>
      <w:r>
        <w:rPr>
          <w:rFonts w:ascii="Times New Roman" w:hAnsi="Times New Roman" w:eastAsia="宋体"/>
          <w:b w:val="0"/>
          <w:i w:val="0"/>
          <w:sz w:val="21"/>
        </w:rPr>
        <w:t>PR+PS=AQ+QF=AF。</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AF⊥ BD and PQ⊥ AF, we have PQ∥ BD. Also PS⊥ BD, so PS∥ AF. Thus quadrilateral QPSF is a rectangle, and</w:t>
      </w:r>
    </w:p>
    <w:p>
      <w:pPr>
        <w:spacing w:before="0" w:after="80" w:line="300" w:lineRule="auto"/>
        <w:jc w:val="left"/>
      </w:pPr>
      <w:r>
        <w:rPr>
          <w:rFonts w:ascii="Times New Roman" w:hAnsi="Times New Roman" w:eastAsia="宋体"/>
          <w:b w:val="0"/>
          <w:i w:val="0"/>
          <w:color w:val="333333"/>
          <w:sz w:val="19"/>
        </w:rPr>
        <w:t>PS=QF.</w:t>
      </w:r>
    </w:p>
    <w:p>
      <w:pPr>
        <w:spacing w:before="0" w:after="80" w:line="300" w:lineRule="auto"/>
        <w:jc w:val="left"/>
      </w:pPr>
      <w:r>
        <w:rPr>
          <w:rFonts w:ascii="Times New Roman" w:hAnsi="Times New Roman" w:eastAsia="宋体"/>
          <w:b w:val="0"/>
          <w:i w:val="0"/>
          <w:color w:val="333333"/>
          <w:sz w:val="19"/>
        </w:rPr>
        <w:t>Let T=PQ∩ AC. The diagonals of a rectangle make equal angles with side AB, so ∠ PAT=∠ APT, giving AT=PT. The right triangles ATQ and PTR are similar because they share the angle at T. Since their hypotenuses AT and PT are equal, AQ=PR. Therefore</w:t>
      </w:r>
    </w:p>
    <w:p>
      <w:pPr>
        <w:spacing w:before="0" w:after="80" w:line="300" w:lineRule="auto"/>
        <w:jc w:val="left"/>
      </w:pPr>
      <w:r>
        <w:rPr>
          <w:rFonts w:ascii="Times New Roman" w:hAnsi="Times New Roman" w:eastAsia="宋体"/>
          <w:b w:val="0"/>
          <w:i w:val="0"/>
          <w:color w:val="333333"/>
          <w:sz w:val="19"/>
        </w:rPr>
        <w:t>PR+PS=AQ+QF=AF.</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48 题　答案 E</w:t>
      </w:r>
    </w:p>
    <w:p>
      <w:pPr>
        <w:spacing w:before="0" w:after="80" w:line="300" w:lineRule="auto"/>
        <w:jc w:val="left"/>
      </w:pPr>
      <w:r>
        <w:rPr>
          <w:rFonts w:ascii="Times New Roman" w:hAnsi="Times New Roman" w:eastAsia="宋体"/>
          <w:b w:val="0"/>
          <w:i w:val="0"/>
          <w:sz w:val="21"/>
        </w:rPr>
        <w:t>取 O=(0,0)、C=(-1,0)、D=(1,0)，以及满足 u²+v²=25 的 P=(u,v)。则</w:t>
      </w:r>
    </w:p>
    <w:p>
      <w:pPr>
        <w:spacing w:before="0" w:after="80" w:line="300" w:lineRule="auto"/>
        <w:jc w:val="left"/>
      </w:pPr>
      <w:r>
        <w:rPr>
          <w:rFonts w:ascii="Times New Roman" w:hAnsi="Times New Roman" w:eastAsia="宋体"/>
          <w:b w:val="0"/>
          <w:i w:val="0"/>
          <w:sz w:val="21"/>
        </w:rPr>
        <w:t>CP²=26+2u,</w:t>
      </w:r>
    </w:p>
    <w:p>
      <w:pPr>
        <w:spacing w:before="0" w:after="80" w:line="300" w:lineRule="auto"/>
        <w:jc w:val="left"/>
      </w:pPr>
      <w:r>
        <w:rPr>
          <w:rFonts w:ascii="Times New Roman" w:hAnsi="Times New Roman" w:eastAsia="宋体"/>
          <w:b w:val="0"/>
          <w:i w:val="0"/>
          <w:sz w:val="21"/>
        </w:rPr>
        <w:t>DP²=26-2u</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(CP+DP)² =52</w:t>
      </w:r>
    </w:p>
    <w:p>
      <w:pPr>
        <w:spacing w:before="0" w:after="80" w:line="300" w:lineRule="auto"/>
        <w:jc w:val="left"/>
      </w:pPr>
      <w:r>
        <w:rPr>
          <w:rFonts w:ascii="Times New Roman" w:hAnsi="Times New Roman" w:eastAsia="宋体"/>
          <w:b w:val="0"/>
          <w:i w:val="0"/>
          <w:sz w:val="21"/>
        </w:rPr>
        <w:t>+2√(676-4u²)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u=0 时该式最大，此时恰有 CP=DP。</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O=(0,0), C=(-1,0), D=(1,0), and P=(u,v) with u²+v²=25. Then</w:t>
      </w:r>
    </w:p>
    <w:p>
      <w:pPr>
        <w:spacing w:before="0" w:after="80" w:line="300" w:lineRule="auto"/>
        <w:jc w:val="left"/>
      </w:pPr>
      <w:r>
        <w:rPr>
          <w:rFonts w:ascii="Times New Roman" w:hAnsi="Times New Roman" w:eastAsia="宋体"/>
          <w:b w:val="0"/>
          <w:i w:val="0"/>
          <w:color w:val="333333"/>
          <w:sz w:val="19"/>
        </w:rPr>
        <w:t>CP²=26+2u,</w:t>
      </w:r>
    </w:p>
    <w:p>
      <w:pPr>
        <w:spacing w:before="0" w:after="80" w:line="300" w:lineRule="auto"/>
        <w:jc w:val="left"/>
      </w:pPr>
      <w:r>
        <w:rPr>
          <w:rFonts w:ascii="Times New Roman" w:hAnsi="Times New Roman" w:eastAsia="宋体"/>
          <w:b w:val="0"/>
          <w:i w:val="0"/>
          <w:color w:val="333333"/>
          <w:sz w:val="19"/>
        </w:rPr>
        <w:t>DP²=26-2u.</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(CP+DP)² =52</w:t>
      </w:r>
    </w:p>
    <w:p>
      <w:pPr>
        <w:spacing w:before="0" w:after="80" w:line="300" w:lineRule="auto"/>
        <w:jc w:val="left"/>
      </w:pPr>
      <w:r>
        <w:rPr>
          <w:rFonts w:ascii="Times New Roman" w:hAnsi="Times New Roman" w:eastAsia="宋体"/>
          <w:b w:val="0"/>
          <w:i w:val="0"/>
          <w:color w:val="333333"/>
          <w:sz w:val="19"/>
        </w:rPr>
        <w:t>+2√(676-4u²).</w:t>
      </w:r>
    </w:p>
    <w:p>
      <w:pPr>
        <w:spacing w:before="0" w:after="80" w:line="300" w:lineRule="auto"/>
        <w:jc w:val="left"/>
      </w:pPr>
      <w:r>
        <w:rPr>
          <w:rFonts w:ascii="Times New Roman" w:hAnsi="Times New Roman" w:eastAsia="宋体"/>
          <w:b w:val="0"/>
          <w:i w:val="0"/>
          <w:color w:val="333333"/>
          <w:sz w:val="19"/>
        </w:rPr>
        <w:t>This is largest when u=0, exactly when CP=DP.</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49 题　答案 D</w:t>
      </w:r>
    </w:p>
    <w:p>
      <w:pPr>
        <w:spacing w:before="0" w:after="80" w:line="300" w:lineRule="auto"/>
        <w:jc w:val="left"/>
      </w:pPr>
      <w:r>
        <w:rPr>
          <w:rFonts w:ascii="Times New Roman" w:hAnsi="Times New Roman" w:eastAsia="宋体"/>
          <w:b w:val="0"/>
          <w:i w:val="0"/>
          <w:sz w:val="21"/>
        </w:rPr>
        <w:t>每个不同项都是 aⁱb^(j)cᵏ，其中非负整数满足</w:t>
      </w:r>
    </w:p>
    <w:p>
      <w:pPr>
        <w:spacing w:before="0" w:after="80" w:line="300" w:lineRule="auto"/>
        <w:jc w:val="left"/>
      </w:pPr>
      <w:r>
        <w:rPr>
          <w:rFonts w:ascii="Times New Roman" w:hAnsi="Times New Roman" w:eastAsia="宋体"/>
          <w:b w:val="0"/>
          <w:i w:val="0"/>
          <w:sz w:val="21"/>
        </w:rPr>
        <w:t>i+j+k=10。</w:t>
      </w:r>
    </w:p>
    <w:p>
      <w:pPr>
        <w:spacing w:before="0" w:after="80" w:line="300" w:lineRule="auto"/>
        <w:jc w:val="left"/>
      </w:pPr>
      <w:r>
        <w:rPr>
          <w:rFonts w:ascii="Times New Roman" w:hAnsi="Times New Roman" w:eastAsia="宋体"/>
          <w:b w:val="0"/>
          <w:i w:val="0"/>
          <w:sz w:val="21"/>
        </w:rPr>
        <w:t>由隔板法，这样的三元组个数为</w:t>
      </w:r>
    </w:p>
    <w:p>
      <w:pPr>
        <w:spacing w:before="0" w:after="80" w:line="300" w:lineRule="auto"/>
        <w:jc w:val="left"/>
      </w:pPr>
      <w:r>
        <w:rPr>
          <w:rFonts w:ascii="Times New Roman" w:hAnsi="Times New Roman" w:eastAsia="宋体"/>
          <w:b w:val="0"/>
          <w:i w:val="0"/>
          <w:sz w:val="21"/>
        </w:rPr>
        <w:t>C(10+3-1, 3-1)=C(12, 2)=66。</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distinct term is aⁱb^(j)cᵏ for nonnegative integers satisfying</w:t>
      </w:r>
    </w:p>
    <w:p>
      <w:pPr>
        <w:spacing w:before="0" w:after="80" w:line="300" w:lineRule="auto"/>
        <w:jc w:val="left"/>
      </w:pPr>
      <w:r>
        <w:rPr>
          <w:rFonts w:ascii="Times New Roman" w:hAnsi="Times New Roman" w:eastAsia="宋体"/>
          <w:b w:val="0"/>
          <w:i w:val="0"/>
          <w:color w:val="333333"/>
          <w:sz w:val="19"/>
        </w:rPr>
        <w:t>i+j+k=10.</w:t>
      </w:r>
    </w:p>
    <w:p>
      <w:pPr>
        <w:spacing w:before="0" w:after="80" w:line="300" w:lineRule="auto"/>
        <w:jc w:val="left"/>
      </w:pPr>
      <w:r>
        <w:rPr>
          <w:rFonts w:ascii="Times New Roman" w:hAnsi="Times New Roman" w:eastAsia="宋体"/>
          <w:b w:val="0"/>
          <w:i w:val="0"/>
          <w:color w:val="333333"/>
          <w:sz w:val="19"/>
        </w:rPr>
        <w:t>By stars and bars, the number of such triples is</w:t>
      </w:r>
    </w:p>
    <w:p>
      <w:pPr>
        <w:spacing w:before="0" w:after="80" w:line="300" w:lineRule="auto"/>
        <w:jc w:val="left"/>
      </w:pPr>
      <w:r>
        <w:rPr>
          <w:rFonts w:ascii="Times New Roman" w:hAnsi="Times New Roman" w:eastAsia="宋体"/>
          <w:b w:val="0"/>
          <w:i w:val="0"/>
          <w:color w:val="333333"/>
          <w:sz w:val="19"/>
        </w:rPr>
        <w:t>C(10+3-1, 3-1)=C(12, 2)=66.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50 题　答案 C</w:t>
      </w:r>
    </w:p>
    <w:p>
      <w:pPr>
        <w:spacing w:before="0" w:after="80" w:line="300" w:lineRule="auto"/>
        <w:jc w:val="left"/>
      </w:pPr>
      <w:r>
        <w:rPr>
          <w:rFonts w:ascii="Times New Roman" w:hAnsi="Times New Roman" w:eastAsia="宋体"/>
          <w:b w:val="0"/>
          <w:i w:val="0"/>
          <w:sz w:val="21"/>
        </w:rPr>
        <w:t>两条标有数字的线段平行，因此经过固定交点的投影给出 x 与 y 的线性关系。图示端点对应为 (x,y)=(3,5) 和 (x,y)=(4,1)。斜率为 1-5/4-3=-4，所以 y=-4x+17。若 x=a，则</w:t>
      </w:r>
    </w:p>
    <w:p>
      <w:pPr>
        <w:spacing w:before="0" w:after="80" w:line="300" w:lineRule="auto"/>
        <w:jc w:val="left"/>
      </w:pPr>
      <w:r>
        <w:rPr>
          <w:rFonts w:ascii="Times New Roman" w:hAnsi="Times New Roman" w:eastAsia="宋体"/>
          <w:b w:val="0"/>
          <w:i w:val="0"/>
          <w:sz w:val="21"/>
        </w:rPr>
        <w:t>x+y =a+(-4a+17)</w:t>
      </w:r>
    </w:p>
    <w:p>
      <w:pPr>
        <w:spacing w:before="0" w:after="80" w:line="300" w:lineRule="auto"/>
        <w:jc w:val="left"/>
      </w:pPr>
      <w:r>
        <w:rPr>
          <w:rFonts w:ascii="Times New Roman" w:hAnsi="Times New Roman" w:eastAsia="宋体"/>
          <w:b w:val="0"/>
          <w:i w:val="0"/>
          <w:sz w:val="21"/>
        </w:rPr>
        <w:t>=17-3a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所以正确答案为</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numbered segments are parallel, so projection through the fixed intersection point gives a linear relation between x and y. The endpoint associations shown are (x,y)=(3,5) and (x,y)=(4,1). The slope is 1-5/4-3=-4, so y=-4x+17. If x=a, then</w:t>
      </w:r>
    </w:p>
    <w:p>
      <w:pPr>
        <w:spacing w:before="0" w:after="80" w:line="300" w:lineRule="auto"/>
        <w:jc w:val="left"/>
      </w:pPr>
      <w:r>
        <w:rPr>
          <w:rFonts w:ascii="Times New Roman" w:hAnsi="Times New Roman" w:eastAsia="宋体"/>
          <w:b w:val="0"/>
          <w:i w:val="0"/>
          <w:color w:val="333333"/>
          <w:sz w:val="19"/>
        </w:rPr>
        <w:t>x+y =a+(-4a+17)</w:t>
      </w:r>
    </w:p>
    <w:p>
      <w:pPr>
        <w:spacing w:before="0" w:after="80" w:line="300" w:lineRule="auto"/>
        <w:jc w:val="left"/>
      </w:pPr>
      <w:r>
        <w:rPr>
          <w:rFonts w:ascii="Times New Roman" w:hAnsi="Times New Roman" w:eastAsia="宋体"/>
          <w:b w:val="0"/>
          <w:i w:val="0"/>
          <w:color w:val="333333"/>
          <w:sz w:val="19"/>
        </w:rPr>
        <w:t>=17-3a.</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