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1957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50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一个等腰但非等边的三角形中，各条高、中线和内角平分线所代表的不同直线共有：</w:t>
      </w:r>
    </w:p>
    <w:p>
      <w:pPr>
        <w:spacing w:before="0" w:after="120" w:line="300" w:lineRule="auto"/>
      </w:pPr>
      <w:r>
        <w:rPr>
          <w:rFonts w:ascii="Times New Roman" w:hAnsi="Times New Roman" w:eastAsia="宋体"/>
          <w:b w:val="0"/>
          <w:i w:val="0"/>
          <w:sz w:val="21"/>
        </w:rPr>
        <w:t>（A）9　　（B）7　　（C）6　　（D）5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distinct lines representing the altitudes, medians, and interior angle bisectors of a triangle that is isosceles, but not equilateral, is:</w:t>
      </w:r>
    </w:p>
    <w:p>
      <w:pPr>
        <w:spacing w:before="0" w:after="160" w:line="300" w:lineRule="auto"/>
      </w:pPr>
      <w:r>
        <w:rPr>
          <w:rFonts w:ascii="Times New Roman" w:hAnsi="Times New Roman" w:eastAsia="宋体"/>
          <w:b w:val="0"/>
          <w:i w:val="0"/>
          <w:color w:val="333333"/>
          <w:sz w:val="19"/>
        </w:rPr>
        <w:t>(A) 9　　(B) 7　　(C) 6　　(D) 5　　(E) 3</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在方程 2x²-hx+2k=0 中，根的和为 4，根的积为 -3。则 h 与 k 的值依次为：</w:t>
      </w:r>
    </w:p>
    <w:p>
      <w:pPr>
        <w:spacing w:before="0" w:after="120" w:line="300" w:lineRule="auto"/>
      </w:pPr>
      <w:r>
        <w:rPr>
          <w:rFonts w:ascii="Times New Roman" w:hAnsi="Times New Roman" w:eastAsia="宋体"/>
          <w:b w:val="0"/>
          <w:i w:val="0"/>
          <w:sz w:val="21"/>
        </w:rPr>
        <w:t>（A）8 和 -6　　（B）4 和 -3　　（C）-3 和 4　　（D）-3 和 8　　（E）8 和 -3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equation 2x²-hx+2k=0, the sum of the roots is 4 and the product of the roots is -3. Then h and k have the values, respectively:</w:t>
      </w:r>
    </w:p>
    <w:p>
      <w:pPr>
        <w:spacing w:before="0" w:after="160" w:line="300" w:lineRule="auto"/>
      </w:pPr>
      <w:r>
        <w:rPr>
          <w:rFonts w:ascii="Times New Roman" w:hAnsi="Times New Roman" w:eastAsia="宋体"/>
          <w:b w:val="0"/>
          <w:i w:val="0"/>
          <w:color w:val="333333"/>
          <w:sz w:val="19"/>
        </w:rPr>
        <w:t>(A) 8 and -6　　(B) 4 and -3　　(C) -3 and 4　　(D) -3 and 8　　(E) 8 and -3</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1-1/(1+a/1-a) 的最简形式为：</w:t>
      </w:r>
    </w:p>
    <w:p>
      <w:pPr>
        <w:spacing w:before="0" w:after="120" w:line="300" w:lineRule="auto"/>
      </w:pPr>
      <w:r>
        <w:rPr>
          <w:rFonts w:ascii="Times New Roman" w:hAnsi="Times New Roman" w:eastAsia="宋体"/>
          <w:b w:val="0"/>
          <w:i w:val="0"/>
          <w:sz w:val="21"/>
        </w:rPr>
        <w:t>（A）当 a≠0 时为 a　　（B）1　　（C）当 a≠-1 时为 a　　（D）1-a，且 a 不受限制　　（E）当 a≠1 时为 a</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simplest form of 1-1/(1+a/1-a) is:</w:t>
      </w:r>
    </w:p>
    <w:p>
      <w:pPr>
        <w:spacing w:before="0" w:after="160" w:line="300" w:lineRule="auto"/>
      </w:pPr>
      <w:r>
        <w:rPr>
          <w:rFonts w:ascii="Times New Roman" w:hAnsi="Times New Roman" w:eastAsia="宋体"/>
          <w:b w:val="0"/>
          <w:i w:val="0"/>
          <w:color w:val="333333"/>
          <w:sz w:val="19"/>
        </w:rPr>
        <w:t>(A) a if a≠0　　(B) 1　　(C) a if a≠-1　　(D) 1-a with no restriction on a　　(E) a if a≠1</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使用形式为 a(b+c)=ab+ac 的分配律求乘积 (3x+2)(x-5) 时，第一步是：</w:t>
      </w:r>
    </w:p>
    <w:p>
      <w:pPr>
        <w:spacing w:before="0" w:after="120" w:line="300" w:lineRule="auto"/>
      </w:pPr>
      <w:r>
        <w:rPr>
          <w:rFonts w:ascii="Times New Roman" w:hAnsi="Times New Roman" w:eastAsia="宋体"/>
          <w:b w:val="0"/>
          <w:i w:val="0"/>
          <w:sz w:val="21"/>
        </w:rPr>
        <w:t>（A）3x²-13x-10　　（B）3x(x-5)+2(x-5)　　（C）(3x+2)x+(3x+2)(-5)　　（D）3x²-17x-10　　（E）3x²+2x-15x-10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step in finding the product (3x+2)(x-5) by use of the distributive property in the form a(b+c)=ab+ac is:</w:t>
      </w:r>
    </w:p>
    <w:p>
      <w:pPr>
        <w:spacing w:before="0" w:after="160" w:line="300" w:lineRule="auto"/>
      </w:pPr>
      <w:r>
        <w:rPr>
          <w:rFonts w:ascii="Times New Roman" w:hAnsi="Times New Roman" w:eastAsia="宋体"/>
          <w:b w:val="0"/>
          <w:i w:val="0"/>
          <w:color w:val="333333"/>
          <w:sz w:val="19"/>
        </w:rPr>
        <w:t>(A) 3x²-13x-10　　(B) 3x(x-5)+2(x-5)　　(C) (3x+2)x+(3x+2)(-5)　　(D) 3x²-17x-10　　(E) 3x²+2x-15x-10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利用对数运算法则，loga/b+logb/c+logc/d-logay/dx 可化简为：</w:t>
      </w:r>
    </w:p>
    <w:p>
      <w:pPr>
        <w:spacing w:before="0" w:after="120" w:line="300" w:lineRule="auto"/>
      </w:pPr>
      <w:r>
        <w:rPr>
          <w:rFonts w:ascii="Times New Roman" w:hAnsi="Times New Roman" w:eastAsia="宋体"/>
          <w:b w:val="0"/>
          <w:i w:val="0"/>
          <w:sz w:val="21"/>
        </w:rPr>
        <w:t>（A）logy/x　　（B）logx/y　　（C）1　　（D）0　　（E）loga²y/d²x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Through the use of theorems on logarithms, loga/b+logb/c+logc/d-logay/dx can be reduced to:</w:t>
      </w:r>
    </w:p>
    <w:p>
      <w:pPr>
        <w:spacing w:before="0" w:after="160" w:line="300" w:lineRule="auto"/>
      </w:pPr>
      <w:r>
        <w:rPr>
          <w:rFonts w:ascii="Times New Roman" w:hAnsi="Times New Roman" w:eastAsia="宋体"/>
          <w:b w:val="0"/>
          <w:i w:val="0"/>
          <w:color w:val="333333"/>
          <w:sz w:val="19"/>
        </w:rPr>
        <w:t>(A) logy/x　　(B) logx/y　　(C) 1　　(D) 0　　(E) loga²y/d²x</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用一块 10 英寸乘 14 英寸的长方形金属片制作一个无盖盒子：从每个角剪去一个边长为 x 英寸的正方形，再把留下的凸出部分向上折起并焊接接缝。所得盒子的体积为：</w:t>
      </w:r>
    </w:p>
    <w:p>
      <w:pPr>
        <w:spacing w:before="0" w:after="120" w:line="300" w:lineRule="auto"/>
      </w:pPr>
      <w:r>
        <w:rPr>
          <w:rFonts w:ascii="Times New Roman" w:hAnsi="Times New Roman" w:eastAsia="宋体"/>
          <w:b w:val="0"/>
          <w:i w:val="0"/>
          <w:sz w:val="21"/>
        </w:rPr>
        <w:t>（A）140x-48x²+4x³　　（B）140x+48x²+4x³　　（C）140x+24x²+x³　　（D）140x-24x²+x³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open box is constructed by starting with a rectangular sheet of metal 10 in. by 14 in. and cutting a square of side x inches from each corner. The resulting projections are folded up and the seams welded. The volume of the resulting box is:</w:t>
      </w:r>
    </w:p>
    <w:p>
      <w:pPr>
        <w:spacing w:before="0" w:after="160" w:line="300" w:lineRule="auto"/>
      </w:pPr>
      <w:r>
        <w:rPr>
          <w:rFonts w:ascii="Times New Roman" w:hAnsi="Times New Roman" w:eastAsia="宋体"/>
          <w:b w:val="0"/>
          <w:i w:val="0"/>
          <w:color w:val="333333"/>
          <w:sz w:val="19"/>
        </w:rPr>
        <w:t>(A) 140x-48x²+4x³　　(B) 140x+48x²+4x³　　(C) 140x+24x²+x³　　(D) 140x-24x²+x³　　(E) none of these</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一个等边三角形的内切圆面积为 48π。这个三角形的周长为：</w:t>
      </w:r>
    </w:p>
    <w:p>
      <w:pPr>
        <w:spacing w:before="0" w:after="120" w:line="300" w:lineRule="auto"/>
      </w:pPr>
      <w:r>
        <w:rPr>
          <w:rFonts w:ascii="Times New Roman" w:hAnsi="Times New Roman" w:eastAsia="宋体"/>
          <w:b w:val="0"/>
          <w:i w:val="0"/>
          <w:sz w:val="21"/>
        </w:rPr>
        <w:t>（A）72√(3)　　（B）48√(3)　　（C）36　　（D）24　　（E）72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a circle inscribed in an equilateral triangle is 48π. The perimeter of this triangle is:</w:t>
      </w:r>
    </w:p>
    <w:p>
      <w:pPr>
        <w:spacing w:before="0" w:after="160" w:line="300" w:lineRule="auto"/>
      </w:pPr>
      <w:r>
        <w:rPr>
          <w:rFonts w:ascii="Times New Roman" w:hAnsi="Times New Roman" w:eastAsia="宋体"/>
          <w:b w:val="0"/>
          <w:i w:val="0"/>
          <w:color w:val="333333"/>
          <w:sz w:val="19"/>
        </w:rPr>
        <w:t>(A) 72√(3)　　(B) 48√(3)　　(C) 36　　(D) 24　　(E) 72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数 x、y、z 与 2、3、5 成比例。x、y 与 z 的和为 100。数 y 满足方程 y=ax-10。则 a 为：</w:t>
      </w:r>
    </w:p>
    <w:p>
      <w:pPr>
        <w:spacing w:before="0" w:after="120" w:line="300" w:lineRule="auto"/>
      </w:pPr>
      <w:r>
        <w:rPr>
          <w:rFonts w:ascii="Times New Roman" w:hAnsi="Times New Roman" w:eastAsia="宋体"/>
          <w:b w:val="0"/>
          <w:i w:val="0"/>
          <w:sz w:val="21"/>
        </w:rPr>
        <w:t>（A）2　　（B）2/3　　（C）3　　（D）5/2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x, y, z are proportional to 2, 3, 5. The sum of x, y, and z is 100. The number y is given by the equation y=ax-10. Then a is:</w:t>
      </w:r>
    </w:p>
    <w:p>
      <w:pPr>
        <w:spacing w:before="0" w:after="160" w:line="300" w:lineRule="auto"/>
      </w:pPr>
      <w:r>
        <w:rPr>
          <w:rFonts w:ascii="Times New Roman" w:hAnsi="Times New Roman" w:eastAsia="宋体"/>
          <w:b w:val="0"/>
          <w:i w:val="0"/>
          <w:color w:val="333333"/>
          <w:sz w:val="19"/>
        </w:rPr>
        <w:t>(A) 2　　(B) 2/3　　(C) 3　　(D) 5/2　　(E) 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当 x=2 且 y=-2 时，x-yˣ⁻ʸ 的值为：</w:t>
      </w:r>
    </w:p>
    <w:p>
      <w:pPr>
        <w:spacing w:before="0" w:after="120" w:line="300" w:lineRule="auto"/>
      </w:pPr>
      <w:r>
        <w:rPr>
          <w:rFonts w:ascii="Times New Roman" w:hAnsi="Times New Roman" w:eastAsia="宋体"/>
          <w:b w:val="0"/>
          <w:i w:val="0"/>
          <w:sz w:val="21"/>
        </w:rPr>
        <w:t>（A）-18　　（B）-14　　（C）14　　（D）18　　（E）256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 of x-yˣ⁻ʸ when x=2 and y=-2 is:</w:t>
      </w:r>
    </w:p>
    <w:p>
      <w:pPr>
        <w:spacing w:before="0" w:after="160" w:line="300" w:lineRule="auto"/>
      </w:pPr>
      <w:r>
        <w:rPr>
          <w:rFonts w:ascii="Times New Roman" w:hAnsi="Times New Roman" w:eastAsia="宋体"/>
          <w:b w:val="0"/>
          <w:i w:val="0"/>
          <w:color w:val="333333"/>
          <w:sz w:val="19"/>
        </w:rPr>
        <w:t>(A) -18　　(B) -14　　(C) 14　　(D) 18　　(E) 256</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函数 y=2x²+4x+3 的图像具有：</w:t>
      </w:r>
    </w:p>
    <w:p>
      <w:pPr>
        <w:spacing w:before="0" w:after="120" w:line="300" w:lineRule="auto"/>
      </w:pPr>
      <w:r>
        <w:rPr>
          <w:rFonts w:ascii="Times New Roman" w:hAnsi="Times New Roman" w:eastAsia="宋体"/>
          <w:b w:val="0"/>
          <w:i w:val="0"/>
          <w:sz w:val="21"/>
        </w:rPr>
        <w:t>（A）最低点 (-1,9)　　（B）最低点 (1,1)　　（C）最低点 (-1,1)　　（D）最高点 (-1,9)　　（E）最高点 (-1,1)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y=2x²+4x+3 has its:</w:t>
      </w:r>
    </w:p>
    <w:p>
      <w:pPr>
        <w:spacing w:before="0" w:after="160" w:line="300" w:lineRule="auto"/>
      </w:pPr>
      <w:r>
        <w:rPr>
          <w:rFonts w:ascii="Times New Roman" w:hAnsi="Times New Roman" w:eastAsia="宋体"/>
          <w:b w:val="0"/>
          <w:i w:val="0"/>
          <w:color w:val="333333"/>
          <w:sz w:val="19"/>
        </w:rPr>
        <w:t>(A) lowest point at (-1,9)　　(B) lowest point at (1,1)　　(C) lowest point at (-1,1)　　(D) highest point at (-1,9)　　(E) highest point at (-1,1)</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时钟在 2:15 时，时针与分针所成的角为：</w:t>
      </w:r>
    </w:p>
    <w:p>
      <w:pPr>
        <w:spacing w:before="0" w:after="120" w:line="300" w:lineRule="auto"/>
      </w:pPr>
      <w:r>
        <w:rPr>
          <w:rFonts w:ascii="Times New Roman" w:hAnsi="Times New Roman" w:eastAsia="宋体"/>
          <w:b w:val="0"/>
          <w:i w:val="0"/>
          <w:sz w:val="21"/>
        </w:rPr>
        <w:t>（A）30°　　（B）271/2°　　（C）1571/2°　　（D）1721/2°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angle formed by the hands of a clock at 2:15 is:</w:t>
      </w:r>
    </w:p>
    <w:p>
      <w:pPr>
        <w:spacing w:before="0" w:after="160" w:line="300" w:lineRule="auto"/>
      </w:pPr>
      <w:r>
        <w:rPr>
          <w:rFonts w:ascii="Times New Roman" w:hAnsi="Times New Roman" w:eastAsia="宋体"/>
          <w:b w:val="0"/>
          <w:i w:val="0"/>
          <w:color w:val="333333"/>
          <w:sz w:val="19"/>
        </w:rPr>
        <w:t>(A) 30°　　(B) 271/2°　　(C) 1571/2°　　(D) 1721/2°　　(E) none of these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比较数 10⁻⁴⁹ 与 2·10⁻⁵⁰，可知：</w:t>
      </w:r>
    </w:p>
    <w:p>
      <w:pPr>
        <w:spacing w:before="0" w:after="120" w:line="300" w:lineRule="auto"/>
      </w:pPr>
      <w:r>
        <w:rPr>
          <w:rFonts w:ascii="Times New Roman" w:hAnsi="Times New Roman" w:eastAsia="宋体"/>
          <w:b w:val="0"/>
          <w:i w:val="0"/>
          <w:sz w:val="21"/>
        </w:rPr>
        <w:t>（A）第一个数比第二个数大 8·10⁻¹　　（B）第一个数比第二个数大 2·10⁻¹　　（C）第一个数比第二个数大 8·10⁻⁵⁰　　（D）第二个数是第一个数的五倍　　（E）第一个数比第二个数大 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Comparing the numbers 10⁻⁴⁹ and 2·10⁻⁵⁰, we may say:</w:t>
      </w:r>
    </w:p>
    <w:p>
      <w:pPr>
        <w:spacing w:before="0" w:after="160" w:line="300" w:lineRule="auto"/>
      </w:pPr>
      <w:r>
        <w:rPr>
          <w:rFonts w:ascii="Times New Roman" w:hAnsi="Times New Roman" w:eastAsia="宋体"/>
          <w:b w:val="0"/>
          <w:i w:val="0"/>
          <w:color w:val="333333"/>
          <w:sz w:val="19"/>
        </w:rPr>
        <w:t>(A) the first exceeds the second by 8·10⁻¹　　(B) the first exceeds the second by 2·10⁻¹　　(C) the first exceeds the second by</w:t>
        <w:br/>
        <w:t>8·10⁻⁵⁰　　(D) the second is five times the first　　(E) the first exceeds the second by 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位于 √(2) 与 √(3) 之间的一个有理数是：</w:t>
      </w:r>
    </w:p>
    <w:p>
      <w:pPr>
        <w:spacing w:before="0" w:after="120" w:line="300" w:lineRule="auto"/>
      </w:pPr>
      <w:r>
        <w:rPr>
          <w:rFonts w:ascii="Times New Roman" w:hAnsi="Times New Roman" w:eastAsia="宋体"/>
          <w:b w:val="0"/>
          <w:i w:val="0"/>
          <w:sz w:val="21"/>
        </w:rPr>
        <w:t>（A）(√(2)+√(3))/2　　（B）(√(2)·√(3))/2　　（C）1.5　　（D）1.8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rational number between √(2) and √(3) is:</w:t>
      </w:r>
    </w:p>
    <w:p>
      <w:pPr>
        <w:spacing w:before="0" w:after="160" w:line="300" w:lineRule="auto"/>
      </w:pPr>
      <w:r>
        <w:rPr>
          <w:rFonts w:ascii="Times New Roman" w:hAnsi="Times New Roman" w:eastAsia="宋体"/>
          <w:b w:val="0"/>
          <w:i w:val="0"/>
          <w:color w:val="333333"/>
          <w:sz w:val="19"/>
        </w:rPr>
        <w:t>(A) (√(2)+√(3))/2　　(B) (√(2)·√(3))/2　　(C) 1.5　　(D) 1.8　　(E) 1.4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若 y=√(x²-2x+1) +√(x²+2x+1)，则 y 为：</w:t>
      </w:r>
    </w:p>
    <w:p>
      <w:pPr>
        <w:spacing w:before="0" w:after="120" w:line="300" w:lineRule="auto"/>
      </w:pPr>
      <w:r>
        <w:rPr>
          <w:rFonts w:ascii="Times New Roman" w:hAnsi="Times New Roman" w:eastAsia="宋体"/>
          <w:b w:val="0"/>
          <w:i w:val="0"/>
          <w:sz w:val="21"/>
        </w:rPr>
        <w:t>（A）2x　　（B）2(x+1)　　（C）0　　（D）|x-1|+|x+1|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y=√(x²-2x+1) +√(x²+2x+1), then y is:</w:t>
      </w:r>
    </w:p>
    <w:p>
      <w:pPr>
        <w:spacing w:before="0" w:after="160" w:line="300" w:lineRule="auto"/>
      </w:pPr>
      <w:r>
        <w:rPr>
          <w:rFonts w:ascii="Times New Roman" w:hAnsi="Times New Roman" w:eastAsia="宋体"/>
          <w:b w:val="0"/>
          <w:i w:val="0"/>
          <w:color w:val="333333"/>
          <w:sz w:val="19"/>
        </w:rPr>
        <w:t>(A) 2x　　(B) 2(x+1)　　(C) 0　　(D) |x-1|+|x+1|　　(E) none of these</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下表给出一个小球沿斜面滚动 t 秒后所经过的距离 s，单位为英尺。</w:t>
      </w:r>
    </w:p>
    <w:tbl>
      <w:tblPr>
        <w:tblStyle w:val="TableGrid"/>
        <w:tblW w:type="auto" w:w="0"/>
        <w:jc w:val="center"/>
        <w:tblLayout w:type="autofit"/>
        <w:tblLook w:firstColumn="1" w:firstRow="1" w:lastColumn="0" w:lastRow="0" w:noHBand="0" w:noVBand="1" w:val="04A0"/>
      </w:tblPr>
      <w:tblGrid>
        <w:gridCol w:w="1345"/>
        <w:gridCol w:w="1345"/>
        <w:gridCol w:w="1345"/>
        <w:gridCol w:w="1345"/>
        <w:gridCol w:w="1345"/>
        <w:gridCol w:w="1345"/>
        <w:gridCol w:w="1345"/>
      </w:tblGrid>
      <w:tr>
        <w:tc>
          <w:tcPr>
            <w:tcW w:type="dxa" w:w="1345"/>
          </w:tcPr>
          <w:p>
            <w:pPr>
              <w:spacing w:before="20" w:after="20" w:line="240" w:lineRule="auto"/>
              <w:jc w:val="center"/>
            </w:pPr>
            <w:r/>
            <w:r>
              <w:rPr>
                <w:rFonts w:ascii="Times New Roman" w:hAnsi="Times New Roman" w:eastAsia="宋体"/>
                <w:b w:val="0"/>
                <w:i w:val="0"/>
                <w:sz w:val="20"/>
              </w:rPr>
              <w:t>t</w:t>
            </w:r>
          </w:p>
        </w:tc>
        <w:tc>
          <w:tcPr>
            <w:tcW w:type="dxa" w:w="1345"/>
          </w:tcPr>
          <w:p>
            <w:pPr>
              <w:spacing w:before="20" w:after="20" w:line="240" w:lineRule="auto"/>
              <w:jc w:val="center"/>
            </w:pPr>
            <w:r/>
            <w:r>
              <w:rPr>
                <w:rFonts w:ascii="Times New Roman" w:hAnsi="Times New Roman" w:eastAsia="宋体"/>
                <w:b w:val="0"/>
                <w:i w:val="0"/>
                <w:sz w:val="20"/>
              </w:rPr>
              <w:t>0</w:t>
            </w:r>
          </w:p>
        </w:tc>
        <w:tc>
          <w:tcPr>
            <w:tcW w:type="dxa" w:w="1345"/>
          </w:tcPr>
          <w:p>
            <w:pPr>
              <w:spacing w:before="20" w:after="20" w:line="240" w:lineRule="auto"/>
              <w:jc w:val="center"/>
            </w:pPr>
            <w:r/>
            <w:r>
              <w:rPr>
                <w:rFonts w:ascii="Times New Roman" w:hAnsi="Times New Roman" w:eastAsia="宋体"/>
                <w:b w:val="0"/>
                <w:i w:val="0"/>
                <w:sz w:val="20"/>
              </w:rPr>
              <w:t>1</w:t>
            </w:r>
          </w:p>
        </w:tc>
        <w:tc>
          <w:tcPr>
            <w:tcW w:type="dxa" w:w="1345"/>
          </w:tcPr>
          <w:p>
            <w:pPr>
              <w:spacing w:before="20" w:after="20" w:line="240" w:lineRule="auto"/>
              <w:jc w:val="center"/>
            </w:pPr>
            <w:r/>
            <w:r>
              <w:rPr>
                <w:rFonts w:ascii="Times New Roman" w:hAnsi="Times New Roman" w:eastAsia="宋体"/>
                <w:b w:val="0"/>
                <w:i w:val="0"/>
                <w:sz w:val="20"/>
              </w:rPr>
              <w:t>2</w:t>
            </w:r>
          </w:p>
        </w:tc>
        <w:tc>
          <w:tcPr>
            <w:tcW w:type="dxa" w:w="1345"/>
          </w:tcPr>
          <w:p>
            <w:pPr>
              <w:spacing w:before="20" w:after="20" w:line="240" w:lineRule="auto"/>
              <w:jc w:val="center"/>
            </w:pPr>
            <w:r/>
            <w:r>
              <w:rPr>
                <w:rFonts w:ascii="Times New Roman" w:hAnsi="Times New Roman" w:eastAsia="宋体"/>
                <w:b w:val="0"/>
                <w:i w:val="0"/>
                <w:sz w:val="20"/>
              </w:rPr>
              <w:t>3</w:t>
            </w:r>
          </w:p>
        </w:tc>
        <w:tc>
          <w:tcPr>
            <w:tcW w:type="dxa" w:w="1345"/>
          </w:tcPr>
          <w:p>
            <w:pPr>
              <w:spacing w:before="20" w:after="20" w:line="240" w:lineRule="auto"/>
              <w:jc w:val="center"/>
            </w:pPr>
            <w:r/>
            <w:r>
              <w:rPr>
                <w:rFonts w:ascii="Times New Roman" w:hAnsi="Times New Roman" w:eastAsia="宋体"/>
                <w:b w:val="0"/>
                <w:i w:val="0"/>
                <w:sz w:val="20"/>
              </w:rPr>
              <w:t>4</w:t>
            </w:r>
          </w:p>
        </w:tc>
        <w:tc>
          <w:tcPr>
            <w:tcW w:type="dxa" w:w="1345"/>
          </w:tcPr>
          <w:p>
            <w:pPr>
              <w:spacing w:before="20" w:after="20" w:line="240" w:lineRule="auto"/>
              <w:jc w:val="center"/>
            </w:pPr>
            <w:r/>
            <w:r>
              <w:rPr>
                <w:rFonts w:ascii="Times New Roman" w:hAnsi="Times New Roman" w:eastAsia="宋体"/>
                <w:b w:val="0"/>
                <w:i w:val="0"/>
                <w:sz w:val="20"/>
              </w:rPr>
              <w:t>5</w:t>
            </w:r>
          </w:p>
        </w:tc>
      </w:tr>
      <w:tr>
        <w:tc>
          <w:tcPr>
            <w:tcW w:type="dxa" w:w="1345"/>
          </w:tcPr>
          <w:p>
            <w:pPr>
              <w:spacing w:before="20" w:after="20" w:line="240" w:lineRule="auto"/>
              <w:jc w:val="center"/>
            </w:pPr>
            <w:r/>
            <w:r>
              <w:rPr>
                <w:rFonts w:ascii="Times New Roman" w:hAnsi="Times New Roman" w:eastAsia="宋体"/>
                <w:b w:val="0"/>
                <w:i w:val="0"/>
                <w:sz w:val="20"/>
              </w:rPr>
              <w:t>s</w:t>
            </w:r>
          </w:p>
        </w:tc>
        <w:tc>
          <w:tcPr>
            <w:tcW w:type="dxa" w:w="1345"/>
          </w:tcPr>
          <w:p>
            <w:pPr>
              <w:spacing w:before="20" w:after="20" w:line="240" w:lineRule="auto"/>
              <w:jc w:val="center"/>
            </w:pPr>
            <w:r/>
            <w:r>
              <w:rPr>
                <w:rFonts w:ascii="Times New Roman" w:hAnsi="Times New Roman" w:eastAsia="宋体"/>
                <w:b w:val="0"/>
                <w:i w:val="0"/>
                <w:sz w:val="20"/>
              </w:rPr>
              <w:t>0</w:t>
            </w:r>
          </w:p>
        </w:tc>
        <w:tc>
          <w:tcPr>
            <w:tcW w:type="dxa" w:w="1345"/>
          </w:tcPr>
          <w:p>
            <w:pPr>
              <w:spacing w:before="20" w:after="20" w:line="240" w:lineRule="auto"/>
              <w:jc w:val="center"/>
            </w:pPr>
            <w:r/>
            <w:r>
              <w:rPr>
                <w:rFonts w:ascii="Times New Roman" w:hAnsi="Times New Roman" w:eastAsia="宋体"/>
                <w:b w:val="0"/>
                <w:i w:val="0"/>
                <w:sz w:val="20"/>
              </w:rPr>
              <w:t>10</w:t>
            </w:r>
          </w:p>
        </w:tc>
        <w:tc>
          <w:tcPr>
            <w:tcW w:type="dxa" w:w="1345"/>
          </w:tcPr>
          <w:p>
            <w:pPr>
              <w:spacing w:before="20" w:after="20" w:line="240" w:lineRule="auto"/>
              <w:jc w:val="center"/>
            </w:pPr>
            <w:r/>
            <w:r>
              <w:rPr>
                <w:rFonts w:ascii="Times New Roman" w:hAnsi="Times New Roman" w:eastAsia="宋体"/>
                <w:b w:val="0"/>
                <w:i w:val="0"/>
                <w:sz w:val="20"/>
              </w:rPr>
              <w:t>40</w:t>
            </w:r>
          </w:p>
        </w:tc>
        <w:tc>
          <w:tcPr>
            <w:tcW w:type="dxa" w:w="1345"/>
          </w:tcPr>
          <w:p>
            <w:pPr>
              <w:spacing w:before="20" w:after="20" w:line="240" w:lineRule="auto"/>
              <w:jc w:val="center"/>
            </w:pPr>
            <w:r/>
            <w:r>
              <w:rPr>
                <w:rFonts w:ascii="Times New Roman" w:hAnsi="Times New Roman" w:eastAsia="宋体"/>
                <w:b w:val="0"/>
                <w:i w:val="0"/>
                <w:sz w:val="20"/>
              </w:rPr>
              <w:t>90</w:t>
            </w:r>
          </w:p>
        </w:tc>
        <w:tc>
          <w:tcPr>
            <w:tcW w:type="dxa" w:w="1345"/>
          </w:tcPr>
          <w:p>
            <w:pPr>
              <w:spacing w:before="20" w:after="20" w:line="240" w:lineRule="auto"/>
              <w:jc w:val="center"/>
            </w:pPr>
            <w:r/>
            <w:r>
              <w:rPr>
                <w:rFonts w:ascii="Times New Roman" w:hAnsi="Times New Roman" w:eastAsia="宋体"/>
                <w:b w:val="0"/>
                <w:i w:val="0"/>
                <w:sz w:val="20"/>
              </w:rPr>
              <w:t>160</w:t>
            </w:r>
          </w:p>
        </w:tc>
        <w:tc>
          <w:tcPr>
            <w:tcW w:type="dxa" w:w="1345"/>
          </w:tcPr>
          <w:p>
            <w:pPr>
              <w:spacing w:before="20" w:after="20" w:line="240" w:lineRule="auto"/>
              <w:jc w:val="center"/>
            </w:pPr>
            <w:r/>
            <w:r>
              <w:rPr>
                <w:rFonts w:ascii="Times New Roman" w:hAnsi="Times New Roman" w:eastAsia="宋体"/>
                <w:b w:val="0"/>
                <w:i w:val="0"/>
                <w:sz w:val="20"/>
              </w:rPr>
              <w:t>250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当 t=2.5 时，距离 s 为：</w:t>
      </w:r>
    </w:p>
    <w:p>
      <w:pPr>
        <w:spacing w:before="0" w:after="120" w:line="300" w:lineRule="auto"/>
      </w:pPr>
      <w:r>
        <w:rPr>
          <w:rFonts w:ascii="Times New Roman" w:hAnsi="Times New Roman" w:eastAsia="宋体"/>
          <w:b w:val="0"/>
          <w:i w:val="0"/>
          <w:sz w:val="21"/>
        </w:rPr>
        <w:t>（A）45　　（B）62.5　　（C）70　　（D）75　　（E）82.5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table below shows the distance s in feet a ball rolls down an inclined plane in t seconds.</w:t>
      </w:r>
    </w:p>
    <w:tbl>
      <w:tblPr>
        <w:tblStyle w:val="TableGrid"/>
        <w:tblW w:type="auto" w:w="0"/>
        <w:jc w:val="center"/>
        <w:tblLayout w:type="autofit"/>
        <w:tblLook w:firstColumn="1" w:firstRow="1" w:lastColumn="0" w:lastRow="0" w:noHBand="0" w:noVBand="1" w:val="04A0"/>
      </w:tblPr>
      <w:tblGrid>
        <w:gridCol w:w="1345"/>
        <w:gridCol w:w="1345"/>
        <w:gridCol w:w="1345"/>
        <w:gridCol w:w="1345"/>
        <w:gridCol w:w="1345"/>
        <w:gridCol w:w="1345"/>
        <w:gridCol w:w="1345"/>
      </w:tblGrid>
      <w:tr>
        <w:tc>
          <w:tcPr>
            <w:tcW w:type="dxa" w:w="1345"/>
          </w:tcPr>
          <w:p>
            <w:pPr>
              <w:spacing w:before="20" w:after="20" w:line="240" w:lineRule="auto"/>
              <w:jc w:val="center"/>
            </w:pPr>
            <w:r/>
            <w:r>
              <w:rPr>
                <w:rFonts w:ascii="Times New Roman" w:hAnsi="Times New Roman" w:eastAsia="宋体"/>
                <w:b w:val="0"/>
                <w:i w:val="0"/>
                <w:color w:val="333333"/>
                <w:sz w:val="19"/>
              </w:rPr>
              <w:t>t</w:t>
            </w:r>
          </w:p>
        </w:tc>
        <w:tc>
          <w:tcPr>
            <w:tcW w:type="dxa" w:w="1345"/>
          </w:tcPr>
          <w:p>
            <w:pPr>
              <w:spacing w:before="20" w:after="20" w:line="240" w:lineRule="auto"/>
              <w:jc w:val="center"/>
            </w:pPr>
            <w:r/>
            <w:r>
              <w:rPr>
                <w:rFonts w:ascii="Times New Roman" w:hAnsi="Times New Roman" w:eastAsia="宋体"/>
                <w:b w:val="0"/>
                <w:i w:val="0"/>
                <w:color w:val="333333"/>
                <w:sz w:val="19"/>
              </w:rPr>
              <w:t>0</w:t>
            </w:r>
          </w:p>
        </w:tc>
        <w:tc>
          <w:tcPr>
            <w:tcW w:type="dxa" w:w="1345"/>
          </w:tcPr>
          <w:p>
            <w:pPr>
              <w:spacing w:before="20" w:after="20" w:line="240" w:lineRule="auto"/>
              <w:jc w:val="center"/>
            </w:pPr>
            <w:r/>
            <w:r>
              <w:rPr>
                <w:rFonts w:ascii="Times New Roman" w:hAnsi="Times New Roman" w:eastAsia="宋体"/>
                <w:b w:val="0"/>
                <w:i w:val="0"/>
                <w:color w:val="333333"/>
                <w:sz w:val="19"/>
              </w:rPr>
              <w:t>1</w:t>
            </w:r>
          </w:p>
        </w:tc>
        <w:tc>
          <w:tcPr>
            <w:tcW w:type="dxa" w:w="1345"/>
          </w:tcPr>
          <w:p>
            <w:pPr>
              <w:spacing w:before="20" w:after="20" w:line="240" w:lineRule="auto"/>
              <w:jc w:val="center"/>
            </w:pPr>
            <w:r/>
            <w:r>
              <w:rPr>
                <w:rFonts w:ascii="Times New Roman" w:hAnsi="Times New Roman" w:eastAsia="宋体"/>
                <w:b w:val="0"/>
                <w:i w:val="0"/>
                <w:color w:val="333333"/>
                <w:sz w:val="19"/>
              </w:rPr>
              <w:t>2</w:t>
            </w:r>
          </w:p>
        </w:tc>
        <w:tc>
          <w:tcPr>
            <w:tcW w:type="dxa" w:w="1345"/>
          </w:tcPr>
          <w:p>
            <w:pPr>
              <w:spacing w:before="20" w:after="20" w:line="240" w:lineRule="auto"/>
              <w:jc w:val="center"/>
            </w:pPr>
            <w:r/>
            <w:r>
              <w:rPr>
                <w:rFonts w:ascii="Times New Roman" w:hAnsi="Times New Roman" w:eastAsia="宋体"/>
                <w:b w:val="0"/>
                <w:i w:val="0"/>
                <w:color w:val="333333"/>
                <w:sz w:val="19"/>
              </w:rPr>
              <w:t>3</w:t>
            </w:r>
          </w:p>
        </w:tc>
        <w:tc>
          <w:tcPr>
            <w:tcW w:type="dxa" w:w="1345"/>
          </w:tcPr>
          <w:p>
            <w:pPr>
              <w:spacing w:before="20" w:after="20" w:line="240" w:lineRule="auto"/>
              <w:jc w:val="center"/>
            </w:pPr>
            <w:r/>
            <w:r>
              <w:rPr>
                <w:rFonts w:ascii="Times New Roman" w:hAnsi="Times New Roman" w:eastAsia="宋体"/>
                <w:b w:val="0"/>
                <w:i w:val="0"/>
                <w:color w:val="333333"/>
                <w:sz w:val="19"/>
              </w:rPr>
              <w:t>4</w:t>
            </w:r>
          </w:p>
        </w:tc>
        <w:tc>
          <w:tcPr>
            <w:tcW w:type="dxa" w:w="1345"/>
          </w:tcPr>
          <w:p>
            <w:pPr>
              <w:spacing w:before="20" w:after="20" w:line="240" w:lineRule="auto"/>
              <w:jc w:val="center"/>
            </w:pPr>
            <w:r/>
            <w:r>
              <w:rPr>
                <w:rFonts w:ascii="Times New Roman" w:hAnsi="Times New Roman" w:eastAsia="宋体"/>
                <w:b w:val="0"/>
                <w:i w:val="0"/>
                <w:color w:val="333333"/>
                <w:sz w:val="19"/>
              </w:rPr>
              <w:t>5</w:t>
            </w:r>
          </w:p>
        </w:tc>
      </w:tr>
      <w:tr>
        <w:tc>
          <w:tcPr>
            <w:tcW w:type="dxa" w:w="1345"/>
          </w:tcPr>
          <w:p>
            <w:pPr>
              <w:spacing w:before="20" w:after="20" w:line="240" w:lineRule="auto"/>
              <w:jc w:val="center"/>
            </w:pPr>
            <w:r/>
            <w:r>
              <w:rPr>
                <w:rFonts w:ascii="Times New Roman" w:hAnsi="Times New Roman" w:eastAsia="宋体"/>
                <w:b w:val="0"/>
                <w:i w:val="0"/>
                <w:color w:val="333333"/>
                <w:sz w:val="19"/>
              </w:rPr>
              <w:t>s</w:t>
            </w:r>
          </w:p>
        </w:tc>
        <w:tc>
          <w:tcPr>
            <w:tcW w:type="dxa" w:w="1345"/>
          </w:tcPr>
          <w:p>
            <w:pPr>
              <w:spacing w:before="20" w:after="20" w:line="240" w:lineRule="auto"/>
              <w:jc w:val="center"/>
            </w:pPr>
            <w:r/>
            <w:r>
              <w:rPr>
                <w:rFonts w:ascii="Times New Roman" w:hAnsi="Times New Roman" w:eastAsia="宋体"/>
                <w:b w:val="0"/>
                <w:i w:val="0"/>
                <w:color w:val="333333"/>
                <w:sz w:val="19"/>
              </w:rPr>
              <w:t>0</w:t>
            </w:r>
          </w:p>
        </w:tc>
        <w:tc>
          <w:tcPr>
            <w:tcW w:type="dxa" w:w="1345"/>
          </w:tcPr>
          <w:p>
            <w:pPr>
              <w:spacing w:before="20" w:after="20" w:line="240" w:lineRule="auto"/>
              <w:jc w:val="center"/>
            </w:pPr>
            <w:r/>
            <w:r>
              <w:rPr>
                <w:rFonts w:ascii="Times New Roman" w:hAnsi="Times New Roman" w:eastAsia="宋体"/>
                <w:b w:val="0"/>
                <w:i w:val="0"/>
                <w:color w:val="333333"/>
                <w:sz w:val="19"/>
              </w:rPr>
              <w:t>10</w:t>
            </w:r>
          </w:p>
        </w:tc>
        <w:tc>
          <w:tcPr>
            <w:tcW w:type="dxa" w:w="1345"/>
          </w:tcPr>
          <w:p>
            <w:pPr>
              <w:spacing w:before="20" w:after="20" w:line="240" w:lineRule="auto"/>
              <w:jc w:val="center"/>
            </w:pPr>
            <w:r/>
            <w:r>
              <w:rPr>
                <w:rFonts w:ascii="Times New Roman" w:hAnsi="Times New Roman" w:eastAsia="宋体"/>
                <w:b w:val="0"/>
                <w:i w:val="0"/>
                <w:color w:val="333333"/>
                <w:sz w:val="19"/>
              </w:rPr>
              <w:t>40</w:t>
            </w:r>
          </w:p>
        </w:tc>
        <w:tc>
          <w:tcPr>
            <w:tcW w:type="dxa" w:w="1345"/>
          </w:tcPr>
          <w:p>
            <w:pPr>
              <w:spacing w:before="20" w:after="20" w:line="240" w:lineRule="auto"/>
              <w:jc w:val="center"/>
            </w:pPr>
            <w:r/>
            <w:r>
              <w:rPr>
                <w:rFonts w:ascii="Times New Roman" w:hAnsi="Times New Roman" w:eastAsia="宋体"/>
                <w:b w:val="0"/>
                <w:i w:val="0"/>
                <w:color w:val="333333"/>
                <w:sz w:val="19"/>
              </w:rPr>
              <w:t>90</w:t>
            </w:r>
          </w:p>
        </w:tc>
        <w:tc>
          <w:tcPr>
            <w:tcW w:type="dxa" w:w="1345"/>
          </w:tcPr>
          <w:p>
            <w:pPr>
              <w:spacing w:before="20" w:after="20" w:line="240" w:lineRule="auto"/>
              <w:jc w:val="center"/>
            </w:pPr>
            <w:r/>
            <w:r>
              <w:rPr>
                <w:rFonts w:ascii="Times New Roman" w:hAnsi="Times New Roman" w:eastAsia="宋体"/>
                <w:b w:val="0"/>
                <w:i w:val="0"/>
                <w:color w:val="333333"/>
                <w:sz w:val="19"/>
              </w:rPr>
              <w:t>160</w:t>
            </w:r>
          </w:p>
        </w:tc>
        <w:tc>
          <w:tcPr>
            <w:tcW w:type="dxa" w:w="1345"/>
          </w:tcPr>
          <w:p>
            <w:pPr>
              <w:spacing w:before="20" w:after="20" w:line="240" w:lineRule="auto"/>
              <w:jc w:val="center"/>
            </w:pPr>
            <w:r/>
            <w:r>
              <w:rPr>
                <w:rFonts w:ascii="Times New Roman" w:hAnsi="Times New Roman" w:eastAsia="宋体"/>
                <w:b w:val="0"/>
                <w:i w:val="0"/>
                <w:color w:val="333333"/>
                <w:sz w:val="19"/>
              </w:rPr>
              <w:t>250</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The distance s for t=2.5 is:</w:t>
      </w:r>
    </w:p>
    <w:p>
      <w:pPr>
        <w:spacing w:before="0" w:after="160" w:line="300" w:lineRule="auto"/>
      </w:pPr>
      <w:r>
        <w:rPr>
          <w:rFonts w:ascii="Times New Roman" w:hAnsi="Times New Roman" w:eastAsia="宋体"/>
          <w:b w:val="0"/>
          <w:i w:val="0"/>
          <w:color w:val="333333"/>
          <w:sz w:val="19"/>
        </w:rPr>
        <w:t>(A) 45　　(B) 62.5　　(C) 70　　(D) 75　　(E) 82.5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金鱼每条售价 15 美分。表示购买 1 至 12 条金鱼所需费用的直角坐标图为：</w:t>
      </w:r>
    </w:p>
    <w:p>
      <w:pPr>
        <w:spacing w:before="0" w:after="120" w:line="300" w:lineRule="auto"/>
      </w:pPr>
      <w:r>
        <w:rPr>
          <w:rFonts w:ascii="Times New Roman" w:hAnsi="Times New Roman" w:eastAsia="宋体"/>
          <w:b w:val="0"/>
          <w:i w:val="0"/>
          <w:sz w:val="21"/>
        </w:rPr>
        <w:t>（A）一条直线段　　（B）一组水平的平行线段　　（C）一组竖直的平行线段　　（D）有限个互不相同的点　　（E）一条直线</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Goldfish are sold at 15 cents each. The rectangular coordinate graph showing the cost of 1 to 12 goldfish is:</w:t>
      </w:r>
    </w:p>
    <w:p>
      <w:pPr>
        <w:spacing w:before="0" w:after="160" w:line="300" w:lineRule="auto"/>
      </w:pPr>
      <w:r>
        <w:rPr>
          <w:rFonts w:ascii="Times New Roman" w:hAnsi="Times New Roman" w:eastAsia="宋体"/>
          <w:b w:val="0"/>
          <w:i w:val="0"/>
          <w:color w:val="333333"/>
          <w:sz w:val="19"/>
        </w:rPr>
        <w:t>(A) a straight line segment　　(B) a set of horizontal parallel line segments　　(C) a set of vertical parallel line segments　　(D) a finite set of distinct points　　(E) a straight line</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将十二根长 3 英寸的铁丝在各顶点正确焊接，制成一个立方体框架。一只苍蝇落在一个顶点上后沿棱行走，在不重复走过任何一段路的条件下，它第二次到达任一顶点之前最多能走多远？</w:t>
      </w:r>
    </w:p>
    <w:p>
      <w:pPr>
        <w:spacing w:before="0" w:after="120" w:line="300" w:lineRule="auto"/>
      </w:pPr>
      <w:r>
        <w:rPr>
          <w:rFonts w:ascii="Times New Roman" w:hAnsi="Times New Roman" w:eastAsia="宋体"/>
          <w:b w:val="0"/>
          <w:i w:val="0"/>
          <w:sz w:val="21"/>
        </w:rPr>
        <w:t>（A）24 英寸　　（B）12 英寸　　（C）30 英寸　　（D）18 英寸　　（E）36 英寸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is made by soldering twelve 3-inch lengths of wire properly at the vertices of the cube. If a fly alights at one of the vertices and then walks along the edges, the greatest distance it could travel before coming to any vertex a second time, without retracing any distance, is:</w:t>
      </w:r>
    </w:p>
    <w:p>
      <w:pPr>
        <w:spacing w:before="0" w:after="160" w:line="300" w:lineRule="auto"/>
      </w:pPr>
      <w:r>
        <w:rPr>
          <w:rFonts w:ascii="Times New Roman" w:hAnsi="Times New Roman" w:eastAsia="宋体"/>
          <w:b w:val="0"/>
          <w:i w:val="0"/>
          <w:color w:val="333333"/>
          <w:sz w:val="19"/>
        </w:rPr>
        <w:t>(A) 24 in.　　(B) 12 in.　　(C) 30 in.　　(D) 18 in.　　(E) 36 in.</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圆 O 的直径 AB 与 CD 互相垂直。任意弦 AM 与 CD 交于 P。则 AP· AM 等于：</w:t>
      </w:r>
    </w:p>
    <w:p>
      <w:pPr>
        <w:spacing w:before="80" w:after="80"/>
        <w:jc w:val="center"/>
      </w:pPr>
      <w:r>
        <w:drawing>
          <wp:inline xmlns:a="http://schemas.openxmlformats.org/drawingml/2006/main" xmlns:pic="http://schemas.openxmlformats.org/drawingml/2006/picture">
            <wp:extent cx="1631408" cy="1607112"/>
            <wp:docPr id="1" name="Picture 1"/>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1631408" cy="1607112"/>
                    </a:xfrm>
                    <a:prstGeom prst="rect"/>
                  </pic:spPr>
                </pic:pic>
              </a:graphicData>
            </a:graphic>
          </wp:inline>
        </w:drawing>
      </w:r>
    </w:p>
    <w:p>
      <w:pPr>
        <w:spacing w:before="0" w:after="120" w:line="300" w:lineRule="auto"/>
      </w:pPr>
      <w:r>
        <w:rPr>
          <w:rFonts w:ascii="Times New Roman" w:hAnsi="Times New Roman" w:eastAsia="宋体"/>
          <w:b w:val="0"/>
          <w:i w:val="0"/>
          <w:sz w:val="21"/>
        </w:rPr>
        <w:t>（A）AO· OB　　（B）AO· AB　　（C）CP· CD　　（D）CP· PD　　（E）CO· OP</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 O has diameters AB and CD perpendicular to each other. AM is any chord intersecting CD at P. Then AP· AM is equal to:</w:t>
      </w:r>
    </w:p>
    <w:p>
      <w:pPr>
        <w:spacing w:before="80" w:after="80"/>
        <w:jc w:val="center"/>
      </w:pPr>
      <w:r>
        <w:drawing>
          <wp:inline xmlns:a="http://schemas.openxmlformats.org/drawingml/2006/main" xmlns:pic="http://schemas.openxmlformats.org/drawingml/2006/picture">
            <wp:extent cx="1631408" cy="1607112"/>
            <wp:docPr id="2" name="Picture 2"/>
            <wp:cNvGraphicFramePr>
              <a:graphicFrameLocks noChangeAspect="1"/>
            </wp:cNvGraphicFramePr>
            <a:graphic>
              <a:graphicData uri="http://schemas.openxmlformats.org/drawingml/2006/picture">
                <pic:pic>
                  <pic:nvPicPr>
                    <pic:cNvPr id="0" name="q18-1@300dpi.png"/>
                    <pic:cNvPicPr/>
                  </pic:nvPicPr>
                  <pic:blipFill>
                    <a:blip r:embed="rId9"/>
                    <a:stretch>
                      <a:fillRect/>
                    </a:stretch>
                  </pic:blipFill>
                  <pic:spPr>
                    <a:xfrm>
                      <a:off x="0" y="0"/>
                      <a:ext cx="1631408" cy="160711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AO· OB　　(B) AO· AB　　(C) CP· CD　　(D) CP· PD　　(E) CO· OP</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十进制计数系统以十为底，例如 123=1·10²+2·10+3。二进制以二为底，其中最前面的五个正整数为 1、10、11、100、101。那么二进制数 10011 写成十进制为：</w:t>
      </w:r>
    </w:p>
    <w:p>
      <w:pPr>
        <w:spacing w:before="0" w:after="120" w:line="300" w:lineRule="auto"/>
      </w:pPr>
      <w:r>
        <w:rPr>
          <w:rFonts w:ascii="Times New Roman" w:hAnsi="Times New Roman" w:eastAsia="宋体"/>
          <w:b w:val="0"/>
          <w:i w:val="0"/>
          <w:sz w:val="21"/>
        </w:rPr>
        <w:t>（A）19　　（B）40　　（C）10011　　（D）11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of the decimal number system is ten, meaning, for example, that 123=1·10²+2·10+3. In the binary system, which has base two, the first five positive integers are 1, 10, 11, 100, 101. The numeral 10011 in the binary system would then be written in the decimal system as:</w:t>
      </w:r>
    </w:p>
    <w:p>
      <w:pPr>
        <w:spacing w:before="0" w:after="160" w:line="300" w:lineRule="auto"/>
      </w:pPr>
      <w:r>
        <w:rPr>
          <w:rFonts w:ascii="Times New Roman" w:hAnsi="Times New Roman" w:eastAsia="宋体"/>
          <w:b w:val="0"/>
          <w:i w:val="0"/>
          <w:color w:val="333333"/>
          <w:sz w:val="19"/>
        </w:rPr>
        <w:t>(A) 19　　(B) 40　　(C) 10011　　(D) 11　　(E) 7</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一名男子驾车出行，去程平均速度为 50 英里每小时，沿原路返回时平均速度为 45 英里每小时。他全程的平均速度为：</w:t>
      </w:r>
    </w:p>
    <w:p>
      <w:pPr>
        <w:spacing w:before="0" w:after="120" w:line="300" w:lineRule="auto"/>
      </w:pPr>
      <w:r>
        <w:rPr>
          <w:rFonts w:ascii="Times New Roman" w:hAnsi="Times New Roman" w:eastAsia="宋体"/>
          <w:b w:val="0"/>
          <w:i w:val="0"/>
          <w:sz w:val="21"/>
        </w:rPr>
        <w:t>（A）477/19 英里每小时　　（B）471/4 英里每小时　　（C）471/2 英里每小时　　（D）4711/19 英里每小时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man makes a trip by automobile at an average speed of 50 mph. He returns over the same route at an average speed of 45 mph. His average speed for the entire trip is:</w:t>
      </w:r>
    </w:p>
    <w:p>
      <w:pPr>
        <w:spacing w:before="0" w:after="160" w:line="300" w:lineRule="auto"/>
      </w:pPr>
      <w:r>
        <w:rPr>
          <w:rFonts w:ascii="Times New Roman" w:hAnsi="Times New Roman" w:eastAsia="宋体"/>
          <w:b w:val="0"/>
          <w:i w:val="0"/>
          <w:color w:val="333333"/>
          <w:sz w:val="19"/>
        </w:rPr>
        <w:t>(A) 477/19 mph　　(B) 471/4 mph　　(C) 471/2 mph　　(D) 4711/19 mph　　(E) none of these</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以定理“若一个三角形的两个角相等，则该三角形是等腰三角形”为出发点，并考察以下四个命题：</w:t>
      </w:r>
    </w:p>
    <w:p>
      <w:pPr>
        <w:spacing w:before="0" w:after="80" w:line="300" w:lineRule="auto"/>
        <w:jc w:val="left"/>
      </w:pPr>
      <w:r>
        <w:rPr>
          <w:rFonts w:ascii="Times New Roman" w:hAnsi="Times New Roman" w:eastAsia="宋体"/>
          <w:b w:val="0"/>
          <w:i w:val="0"/>
          <w:sz w:val="21"/>
        </w:rPr>
        <w:t>1。若一个三角形的两个角不相等，则该三角形不是等腰三角形。</w:t>
      </w:r>
    </w:p>
    <w:p>
      <w:pPr>
        <w:spacing w:before="0" w:after="80" w:line="300" w:lineRule="auto"/>
        <w:jc w:val="left"/>
      </w:pPr>
      <w:r>
        <w:rPr>
          <w:rFonts w:ascii="Times New Roman" w:hAnsi="Times New Roman" w:eastAsia="宋体"/>
          <w:b w:val="0"/>
          <w:i w:val="0"/>
          <w:sz w:val="21"/>
        </w:rPr>
        <w:t>2。等腰三角形的两个底角相等。</w:t>
      </w:r>
    </w:p>
    <w:p>
      <w:pPr>
        <w:spacing w:before="0" w:after="80" w:line="300" w:lineRule="auto"/>
        <w:jc w:val="left"/>
      </w:pPr>
      <w:r>
        <w:rPr>
          <w:rFonts w:ascii="Times New Roman" w:hAnsi="Times New Roman" w:eastAsia="宋体"/>
          <w:b w:val="0"/>
          <w:i w:val="0"/>
          <w:sz w:val="21"/>
        </w:rPr>
        <w:t>3。若一个三角形不是等腰三角形，则它的两个角不相等。</w:t>
      </w:r>
    </w:p>
    <w:p>
      <w:pPr>
        <w:spacing w:before="0" w:after="80" w:line="300" w:lineRule="auto"/>
        <w:jc w:val="left"/>
      </w:pPr>
      <w:r>
        <w:rPr>
          <w:rFonts w:ascii="Times New Roman" w:hAnsi="Times New Roman" w:eastAsia="宋体"/>
          <w:b w:val="0"/>
          <w:i w:val="0"/>
          <w:sz w:val="21"/>
        </w:rPr>
        <w:t>4。一个三角形为等腰三角形，是其两个角相等的必要条件。</w:t>
      </w:r>
    </w:p>
    <w:p>
      <w:pPr>
        <w:spacing w:before="0" w:after="80" w:line="300" w:lineRule="auto"/>
        <w:jc w:val="left"/>
      </w:pPr>
      <w:r>
        <w:rPr>
          <w:rFonts w:ascii="Times New Roman" w:hAnsi="Times New Roman" w:eastAsia="宋体"/>
          <w:b w:val="0"/>
          <w:i w:val="0"/>
          <w:sz w:val="21"/>
        </w:rPr>
        <w:t>下列哪组命题只包含与所给定理逻辑等价的命题？</w:t>
      </w:r>
    </w:p>
    <w:p>
      <w:pPr>
        <w:spacing w:before="0" w:after="120" w:line="300" w:lineRule="auto"/>
      </w:pPr>
      <w:r>
        <w:rPr>
          <w:rFonts w:ascii="Times New Roman" w:hAnsi="Times New Roman" w:eastAsia="宋体"/>
          <w:b w:val="0"/>
          <w:i w:val="0"/>
          <w:sz w:val="21"/>
        </w:rPr>
        <w:t>（A）1， 2， 3， 4　　（B）1， 2， 3　　（C）2， 3， 4　　（D）1， 2　　（E）3， 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 with the theorem “If two angles of a triangle are equal, the triangle is isosceles,” and the following four statements:</w:t>
      </w:r>
    </w:p>
    <w:p>
      <w:pPr>
        <w:spacing w:before="0" w:after="80" w:line="300" w:lineRule="auto"/>
        <w:jc w:val="left"/>
      </w:pPr>
      <w:r>
        <w:rPr>
          <w:rFonts w:ascii="Times New Roman" w:hAnsi="Times New Roman" w:eastAsia="宋体"/>
          <w:b w:val="0"/>
          <w:i w:val="0"/>
          <w:color w:val="333333"/>
          <w:sz w:val="19"/>
        </w:rPr>
        <w:t>1. If two angles of a triangle are not equal, the triangle is not isosceles.</w:t>
      </w:r>
    </w:p>
    <w:p>
      <w:pPr>
        <w:spacing w:before="0" w:after="80" w:line="300" w:lineRule="auto"/>
        <w:jc w:val="left"/>
      </w:pPr>
      <w:r>
        <w:rPr>
          <w:rFonts w:ascii="Times New Roman" w:hAnsi="Times New Roman" w:eastAsia="宋体"/>
          <w:b w:val="0"/>
          <w:i w:val="0"/>
          <w:color w:val="333333"/>
          <w:sz w:val="19"/>
        </w:rPr>
        <w:t>2. The base angles of an isosceles triangle are equal.</w:t>
      </w:r>
    </w:p>
    <w:p>
      <w:pPr>
        <w:spacing w:before="0" w:after="80" w:line="300" w:lineRule="auto"/>
        <w:jc w:val="left"/>
      </w:pPr>
      <w:r>
        <w:rPr>
          <w:rFonts w:ascii="Times New Roman" w:hAnsi="Times New Roman" w:eastAsia="宋体"/>
          <w:b w:val="0"/>
          <w:i w:val="0"/>
          <w:color w:val="333333"/>
          <w:sz w:val="19"/>
        </w:rPr>
        <w:t>3. If a triangle is not isosceles, then two of its angles are not equal.</w:t>
      </w:r>
    </w:p>
    <w:p>
      <w:pPr>
        <w:spacing w:before="0" w:after="80" w:line="300" w:lineRule="auto"/>
        <w:jc w:val="left"/>
      </w:pPr>
      <w:r>
        <w:rPr>
          <w:rFonts w:ascii="Times New Roman" w:hAnsi="Times New Roman" w:eastAsia="宋体"/>
          <w:b w:val="0"/>
          <w:i w:val="0"/>
          <w:color w:val="333333"/>
          <w:sz w:val="19"/>
        </w:rPr>
        <w:t>4. A necessary condition that two angles of a triangle be equal is that the triangle be isosceles.</w:t>
      </w:r>
    </w:p>
    <w:p>
      <w:pPr>
        <w:spacing w:before="0" w:after="80" w:line="300" w:lineRule="auto"/>
        <w:jc w:val="left"/>
      </w:pPr>
      <w:r>
        <w:rPr>
          <w:rFonts w:ascii="Times New Roman" w:hAnsi="Times New Roman" w:eastAsia="宋体"/>
          <w:b w:val="0"/>
          <w:i w:val="0"/>
          <w:color w:val="333333"/>
          <w:sz w:val="19"/>
        </w:rPr>
        <w:t>Which combination of statements contains only those which are logically equivalent to the given theorem?</w:t>
      </w:r>
    </w:p>
    <w:p>
      <w:pPr>
        <w:spacing w:before="0" w:after="160" w:line="300" w:lineRule="auto"/>
      </w:pPr>
      <w:r>
        <w:rPr>
          <w:rFonts w:ascii="Times New Roman" w:hAnsi="Times New Roman" w:eastAsia="宋体"/>
          <w:b w:val="0"/>
          <w:i w:val="0"/>
          <w:color w:val="333333"/>
          <w:sz w:val="19"/>
        </w:rPr>
        <w:t>(A) 1, 2, 3, 4　　(B) 1, 2, 3　　(C) 2, 3, 4　　(D) 1, 2　　(E) 3, 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若 √(x-1)-√(x+1)+1=0，则 4x 等于：</w:t>
      </w:r>
    </w:p>
    <w:p>
      <w:pPr>
        <w:spacing w:before="0" w:after="120" w:line="300" w:lineRule="auto"/>
      </w:pPr>
      <w:r>
        <w:rPr>
          <w:rFonts w:ascii="Times New Roman" w:hAnsi="Times New Roman" w:eastAsia="宋体"/>
          <w:b w:val="0"/>
          <w:i w:val="0"/>
          <w:sz w:val="21"/>
        </w:rPr>
        <w:t>（A）5　　（B）4√(-1)　　（C）0　　（D）11/4　　（E）无实数值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√(x-1)-√(x+1)+1=0, then 4x equals:</w:t>
      </w:r>
    </w:p>
    <w:p>
      <w:pPr>
        <w:spacing w:before="0" w:after="160" w:line="300" w:lineRule="auto"/>
      </w:pPr>
      <w:r>
        <w:rPr>
          <w:rFonts w:ascii="Times New Roman" w:hAnsi="Times New Roman" w:eastAsia="宋体"/>
          <w:b w:val="0"/>
          <w:i w:val="0"/>
          <w:color w:val="333333"/>
          <w:sz w:val="19"/>
        </w:rPr>
        <w:t>(A) 5　　(B) 4√(-1)　　(C) 0　　(D) 11/4　　(E) no real value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方程 x²+y=10 与 x+y=10 的图像交于两点。这两点之间的距离为：</w:t>
      </w:r>
    </w:p>
    <w:p>
      <w:pPr>
        <w:spacing w:before="0" w:after="120" w:line="300" w:lineRule="auto"/>
      </w:pPr>
      <w:r>
        <w:rPr>
          <w:rFonts w:ascii="Times New Roman" w:hAnsi="Times New Roman" w:eastAsia="宋体"/>
          <w:b w:val="0"/>
          <w:i w:val="0"/>
          <w:sz w:val="21"/>
        </w:rPr>
        <w:t>（A）小于 1　　（B）1　　（C）√(2)　　（D）2　　（E）大于 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graph of x²+y=10 and the graph of x+y=10 meet in two points. The distance between these two points is:</w:t>
      </w:r>
    </w:p>
    <w:p>
      <w:pPr>
        <w:spacing w:before="0" w:after="160" w:line="300" w:lineRule="auto"/>
      </w:pPr>
      <w:r>
        <w:rPr>
          <w:rFonts w:ascii="Times New Roman" w:hAnsi="Times New Roman" w:eastAsia="宋体"/>
          <w:b w:val="0"/>
          <w:i w:val="0"/>
          <w:color w:val="333333"/>
          <w:sz w:val="19"/>
        </w:rPr>
        <w:t>(A) less than 1　　(B) 1　　(C) √(2)　　(D) 2　　(E) more than 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用一个两位数的平方减去将其数字倒序所得两位数的平方，结果不一定能被下列哪一项整除？</w:t>
      </w:r>
    </w:p>
    <w:p>
      <w:pPr>
        <w:spacing w:before="0" w:after="120" w:line="300" w:lineRule="auto"/>
      </w:pPr>
      <w:r>
        <w:rPr>
          <w:rFonts w:ascii="Times New Roman" w:hAnsi="Times New Roman" w:eastAsia="宋体"/>
          <w:b w:val="0"/>
          <w:i w:val="0"/>
          <w:sz w:val="21"/>
        </w:rPr>
        <w:t>（A）9　　（B）两个数字的积　　（C）两个数字的和　　（D）两个数字的差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square of a number of two digits is decreased by the square of the number formed by reversing the digits, then the result is not always divisible by:</w:t>
      </w:r>
    </w:p>
    <w:p>
      <w:pPr>
        <w:spacing w:before="0" w:after="160" w:line="300" w:lineRule="auto"/>
      </w:pPr>
      <w:r>
        <w:rPr>
          <w:rFonts w:ascii="Times New Roman" w:hAnsi="Times New Roman" w:eastAsia="宋体"/>
          <w:b w:val="0"/>
          <w:i w:val="0"/>
          <w:color w:val="333333"/>
          <w:sz w:val="19"/>
        </w:rPr>
        <w:t>(A) 9　　(B) the product of the digits　　(C) the sum of the digits　　(D) the difference of the digits　　(E) 11</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三角形 PQR 的三个顶点坐标为 P(0,a)、Q(b,0)、R(c,d)，其中 a、b、c 与 d 均为正数。原点与点 R 位于直线 PQ 的两侧。三角形 PQR 的面积可由下式求得：</w:t>
      </w:r>
    </w:p>
    <w:p>
      <w:pPr>
        <w:spacing w:before="0" w:after="120" w:line="300" w:lineRule="auto"/>
      </w:pPr>
      <w:r>
        <w:rPr>
          <w:rFonts w:ascii="Times New Roman" w:hAnsi="Times New Roman" w:eastAsia="宋体"/>
          <w:b w:val="0"/>
          <w:i w:val="0"/>
          <w:sz w:val="21"/>
        </w:rPr>
        <w:t>（A）ab+ac+bc+cd/2　　（B）ac+bd-ab/2　　（C）ab-ac-bd/2　　（D）ac+bd+ab/2　　（E）ac+bd-ab-cd/2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vertices of triangle PQR have coordinates as follows: P(0,a), Q(b,0), R(c,d), where a, b, c, and d are positive. The origin and point R lie on opposite sides of PQ. The area of triangle PQR may be found from the expression:</w:t>
      </w:r>
    </w:p>
    <w:p>
      <w:pPr>
        <w:spacing w:before="0" w:after="160" w:line="300" w:lineRule="auto"/>
      </w:pPr>
      <w:r>
        <w:rPr>
          <w:rFonts w:ascii="Times New Roman" w:hAnsi="Times New Roman" w:eastAsia="宋体"/>
          <w:b w:val="0"/>
          <w:i w:val="0"/>
          <w:color w:val="333333"/>
          <w:sz w:val="19"/>
        </w:rPr>
        <w:t>(A) ab+ac+bc+cd/2　　(B) ac+bd-ab/2　　(C) ab-ac-bd/2　　(D) ac+bd+ab/2　　(E) ac+bd-ab-cd/2</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从三角形内部一点向三个顶点引线段。这样形成的三个三角形面积相等的充要条件是该点为：</w:t>
      </w:r>
    </w:p>
    <w:p>
      <w:pPr>
        <w:spacing w:before="0" w:after="120" w:line="300" w:lineRule="auto"/>
      </w:pPr>
      <w:r>
        <w:rPr>
          <w:rFonts w:ascii="Times New Roman" w:hAnsi="Times New Roman" w:eastAsia="宋体"/>
          <w:b w:val="0"/>
          <w:i w:val="0"/>
          <w:sz w:val="21"/>
        </w:rPr>
        <w:t>（A）内切圆的圆心　　（B）外接圆的圆心　　（C）使该点处形成的三个角都为 120°　　（D）三角形三条高的交点　　（E）三角形三条中线的交点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a point within a triangle, line segments are drawn to the vertices. A necessary and sufficient condition that the three triangles thus formed have equal areas is that the point be:</w:t>
      </w:r>
    </w:p>
    <w:p>
      <w:pPr>
        <w:spacing w:before="0" w:after="160" w:line="300" w:lineRule="auto"/>
      </w:pPr>
      <w:r>
        <w:rPr>
          <w:rFonts w:ascii="Times New Roman" w:hAnsi="Times New Roman" w:eastAsia="宋体"/>
          <w:b w:val="0"/>
          <w:i w:val="0"/>
          <w:color w:val="333333"/>
          <w:sz w:val="19"/>
        </w:rPr>
        <w:t>(A) the center of the inscribed circle　　(B) the center of the circumscribed circle　　(C) such that the three angles formed at the point each be</w:t>
        <w:br/>
        <w:t>120°　　(D) the intersection of the altitudes of the triangle　　(E) the intersection of the medians of the</w:t>
        <w:br/>
        <w:t>triangle</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方程 x²+px+q=0 各根的倒数之和为：</w:t>
      </w:r>
    </w:p>
    <w:p>
      <w:pPr>
        <w:spacing w:before="0" w:after="120" w:line="300" w:lineRule="auto"/>
      </w:pPr>
      <w:r>
        <w:rPr>
          <w:rFonts w:ascii="Times New Roman" w:hAnsi="Times New Roman" w:eastAsia="宋体"/>
          <w:b w:val="0"/>
          <w:i w:val="0"/>
          <w:sz w:val="21"/>
        </w:rPr>
        <w:t>（A）-p/q　　（B）q/p　　（C）p/q　　（D）-q/p　　（E）pq</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reciprocals of the roots of the equation x²+px+q=0 is:</w:t>
      </w:r>
    </w:p>
    <w:p>
      <w:pPr>
        <w:spacing w:before="0" w:after="160" w:line="300" w:lineRule="auto"/>
      </w:pPr>
      <w:r>
        <w:rPr>
          <w:rFonts w:ascii="Times New Roman" w:hAnsi="Times New Roman" w:eastAsia="宋体"/>
          <w:b w:val="0"/>
          <w:i w:val="0"/>
          <w:color w:val="333333"/>
          <w:sz w:val="19"/>
        </w:rPr>
        <w:t>(A) -p/q　　(B) q/p　　(C) p/q　　(D) -q/p　　(E) pq</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若 a 与 b 为正数，且 a≠1、b≠1，则 b^(log_(b) a) 的值：</w:t>
      </w:r>
    </w:p>
    <w:p>
      <w:pPr>
        <w:spacing w:before="0" w:after="120" w:line="300" w:lineRule="auto"/>
      </w:pPr>
      <w:r>
        <w:rPr>
          <w:rFonts w:ascii="Times New Roman" w:hAnsi="Times New Roman" w:eastAsia="宋体"/>
          <w:b w:val="0"/>
          <w:i w:val="0"/>
          <w:sz w:val="21"/>
        </w:rPr>
        <w:t>（A）取决于 b　　（B）取决于 a　　（C）取决于 a 与 b　　（D）为零　　（E）为一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and b are positive and a≠1, b≠1, then the value of b^(log_(b) a) is:</w:t>
      </w:r>
    </w:p>
    <w:p>
      <w:pPr>
        <w:spacing w:before="0" w:after="160" w:line="300" w:lineRule="auto"/>
      </w:pPr>
      <w:r>
        <w:rPr>
          <w:rFonts w:ascii="Times New Roman" w:hAnsi="Times New Roman" w:eastAsia="宋体"/>
          <w:b w:val="0"/>
          <w:i w:val="0"/>
          <w:color w:val="333333"/>
          <w:sz w:val="19"/>
        </w:rPr>
        <w:t>(A) dependent upon b　　(B) dependent upon a　　(C) dependent upon a and b　　(D) zero　　(E) one</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关系 x²(x²-1)≥0 仅在下列情况下成立：</w:t>
      </w:r>
    </w:p>
    <w:p>
      <w:pPr>
        <w:spacing w:before="0" w:after="80" w:line="300" w:lineRule="auto"/>
        <w:jc w:val="left"/>
      </w:pPr>
      <w:r>
        <w:rPr>
          <w:rFonts w:ascii="Times New Roman" w:hAnsi="Times New Roman" w:eastAsia="宋体"/>
          <w:b w:val="0"/>
          <w:i w:val="0"/>
          <w:sz w:val="21"/>
        </w:rPr>
        <w:t>这里，x≥ a 表示 x 可以取所有大于 a 的值以及等于 a 的值；x≤ a 则有相应的“小于”含义。</w:t>
      </w:r>
    </w:p>
    <w:p>
      <w:pPr>
        <w:spacing w:before="0" w:after="120" w:line="300" w:lineRule="auto"/>
      </w:pPr>
      <w:r>
        <w:rPr>
          <w:rFonts w:ascii="Times New Roman" w:hAnsi="Times New Roman" w:eastAsia="宋体"/>
          <w:b w:val="0"/>
          <w:i w:val="0"/>
          <w:sz w:val="21"/>
        </w:rPr>
        <w:t>（A）x≥1　　（B）-1≤ x≤1　　（C）x=0， x=1， x=-1　　（D）x=0， x≤-1， x≥1　　（E）x≥0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relation x²(x²-1)≥0 is true only for:</w:t>
      </w:r>
    </w:p>
    <w:p>
      <w:pPr>
        <w:spacing w:before="0" w:after="80" w:line="300" w:lineRule="auto"/>
        <w:jc w:val="left"/>
      </w:pPr>
      <w:r>
        <w:rPr>
          <w:rFonts w:ascii="Times New Roman" w:hAnsi="Times New Roman" w:eastAsia="宋体"/>
          <w:b w:val="0"/>
          <w:i w:val="0"/>
          <w:color w:val="333333"/>
          <w:sz w:val="19"/>
        </w:rPr>
        <w:t>Here x≥ a means that x can take on all values greater than a and the value equal to a, while x≤ a has a corresponding meaning with “less than.”</w:t>
      </w:r>
    </w:p>
    <w:p>
      <w:pPr>
        <w:spacing w:before="0" w:after="160" w:line="300" w:lineRule="auto"/>
      </w:pPr>
      <w:r>
        <w:rPr>
          <w:rFonts w:ascii="Times New Roman" w:hAnsi="Times New Roman" w:eastAsia="宋体"/>
          <w:b w:val="0"/>
          <w:i w:val="0"/>
          <w:color w:val="333333"/>
          <w:sz w:val="19"/>
        </w:rPr>
        <w:t>(A) x≥1　　(B) -1≤ x≤1　　(C) x=0, x=1, x=-1　　(D) x=0, x≤-1, x≥1　　(E) x≥0</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前 n 个正整数的平方和可表示为 (n(n+c)(2n+k))/6。则 c 与 k 依次为：</w:t>
      </w:r>
    </w:p>
    <w:p>
      <w:pPr>
        <w:spacing w:before="0" w:after="120" w:line="300" w:lineRule="auto"/>
      </w:pPr>
      <w:r>
        <w:rPr>
          <w:rFonts w:ascii="Times New Roman" w:hAnsi="Times New Roman" w:eastAsia="宋体"/>
          <w:b w:val="0"/>
          <w:i w:val="0"/>
          <w:sz w:val="21"/>
        </w:rPr>
        <w:t>（A）1 和 2　　（B）3 和 5　　（C）2 和 2　　（D）1 和 1　　（E）2 和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squares of the first n positive integers is given by the expression (n(n+c)(2n+k))/6, if c and k are, respectively:</w:t>
      </w:r>
    </w:p>
    <w:p>
      <w:pPr>
        <w:spacing w:before="0" w:after="160" w:line="300" w:lineRule="auto"/>
      </w:pPr>
      <w:r>
        <w:rPr>
          <w:rFonts w:ascii="Times New Roman" w:hAnsi="Times New Roman" w:eastAsia="宋体"/>
          <w:b w:val="0"/>
          <w:i w:val="0"/>
          <w:color w:val="333333"/>
          <w:sz w:val="19"/>
        </w:rPr>
        <w:t>(A) 1 and 2　　(B) 3 and 5　　(C) 2 and 2　　(D) 1 and 1　　(E) 2 and 1</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从一个正方形的四个角剪去全等的等腰直角三角形，形成一个正八边形。若正方形的边长为一个单位，则每个小三角形的直角边长为：</w:t>
      </w:r>
    </w:p>
    <w:p>
      <w:pPr>
        <w:spacing w:before="0" w:after="120" w:line="300" w:lineRule="auto"/>
      </w:pPr>
      <w:r>
        <w:rPr>
          <w:rFonts w:ascii="Times New Roman" w:hAnsi="Times New Roman" w:eastAsia="宋体"/>
          <w:b w:val="0"/>
          <w:i w:val="0"/>
          <w:sz w:val="21"/>
        </w:rPr>
        <w:t>（A）(2+√(2))/3　　（B）(2-√(2))/2　　（C）(1+√(2))/2　　（D）(1+√(2))/3　　（E）(2-√(2))/3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octagon is to be formed by cutting equal isosceles right triangles from the corners of a square. If the square has sides of one unit, the leg of each of the triangles has length:</w:t>
      </w:r>
    </w:p>
    <w:p>
      <w:pPr>
        <w:spacing w:before="0" w:after="160" w:line="300" w:lineRule="auto"/>
      </w:pPr>
      <w:r>
        <w:rPr>
          <w:rFonts w:ascii="Times New Roman" w:hAnsi="Times New Roman" w:eastAsia="宋体"/>
          <w:b w:val="0"/>
          <w:i w:val="0"/>
          <w:color w:val="333333"/>
          <w:sz w:val="19"/>
        </w:rPr>
        <w:t>(A) (2+√(2))/3　　(B) (2-√(2))/2　　(C) (1+√(2))/2　　(D) (1+√(2))/3　　(E) (2-√(2))/3</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下列整数中，能整除数列 1⁵-1、2⁵-2、3⁵-3、…、n⁵-n、… 每一项的最大整数是：</w:t>
      </w:r>
    </w:p>
    <w:p>
      <w:pPr>
        <w:spacing w:before="0" w:after="120" w:line="300" w:lineRule="auto"/>
      </w:pPr>
      <w:r>
        <w:rPr>
          <w:rFonts w:ascii="Times New Roman" w:hAnsi="Times New Roman" w:eastAsia="宋体"/>
          <w:b w:val="0"/>
          <w:i w:val="0"/>
          <w:sz w:val="21"/>
        </w:rPr>
        <w:t>（A）1　　（B）60　　（C）15　　（D）120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largest of the following integers which divides each of the numbers of the sequence 1⁵-1, 2⁵-2, 3⁵-3, … n⁵-n, … is:</w:t>
      </w:r>
    </w:p>
    <w:p>
      <w:pPr>
        <w:spacing w:before="0" w:after="160" w:line="300" w:lineRule="auto"/>
      </w:pPr>
      <w:r>
        <w:rPr>
          <w:rFonts w:ascii="Times New Roman" w:hAnsi="Times New Roman" w:eastAsia="宋体"/>
          <w:b w:val="0"/>
          <w:i w:val="0"/>
          <w:color w:val="333333"/>
          <w:sz w:val="19"/>
        </w:rPr>
        <w:t>(A) 1　　(B) 60　　(C) 15　　(D) 120　　(E) 30</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若 9ˣ⁺²=240+9ˣ，则 x 的值为：</w:t>
      </w:r>
    </w:p>
    <w:p>
      <w:pPr>
        <w:spacing w:before="0" w:after="120" w:line="300" w:lineRule="auto"/>
      </w:pPr>
      <w:r>
        <w:rPr>
          <w:rFonts w:ascii="Times New Roman" w:hAnsi="Times New Roman" w:eastAsia="宋体"/>
          <w:b w:val="0"/>
          <w:i w:val="0"/>
          <w:sz w:val="21"/>
        </w:rPr>
        <w:t>（A）0.1　　（B）0.2　　（C）0.3　　（D）0.4　　（E）0.5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9ˣ⁺²=240+9ˣ, then the value of x is:</w:t>
      </w:r>
    </w:p>
    <w:p>
      <w:pPr>
        <w:spacing w:before="0" w:after="160" w:line="300" w:lineRule="auto"/>
      </w:pPr>
      <w:r>
        <w:rPr>
          <w:rFonts w:ascii="Times New Roman" w:hAnsi="Times New Roman" w:eastAsia="宋体"/>
          <w:b w:val="0"/>
          <w:i w:val="0"/>
          <w:color w:val="333333"/>
          <w:sz w:val="19"/>
        </w:rPr>
        <w:t>(A) 0.1　　(B) 0.2　　(C) 0.3　　(D) 0.4　　(E) 0.5</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满足方程组 x+y=1、x²+y²&lt;25 的点组成下列哪种集合？其中符号“&lt;”表示“小于”。</w:t>
      </w:r>
    </w:p>
    <w:p>
      <w:pPr>
        <w:spacing w:before="0" w:after="120" w:line="300" w:lineRule="auto"/>
      </w:pPr>
      <w:r>
        <w:rPr>
          <w:rFonts w:ascii="Times New Roman" w:hAnsi="Times New Roman" w:eastAsia="宋体"/>
          <w:b w:val="0"/>
          <w:i w:val="0"/>
          <w:sz w:val="21"/>
        </w:rPr>
        <w:t>（A）只有两个点　　（B）一段圆弧　　（C）不包含端点的一条直线段　　（D）包含端点的一条直线段　　（E）一个点</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points that satisfy the system x+y=1, x²+y²&lt;25, where the symbol “&lt;” means “less than,” constitute the following set:</w:t>
      </w:r>
    </w:p>
    <w:p>
      <w:pPr>
        <w:spacing w:before="0" w:after="160" w:line="300" w:lineRule="auto"/>
      </w:pPr>
      <w:r>
        <w:rPr>
          <w:rFonts w:ascii="Times New Roman" w:hAnsi="Times New Roman" w:eastAsia="宋体"/>
          <w:b w:val="0"/>
          <w:i w:val="0"/>
          <w:color w:val="333333"/>
          <w:sz w:val="19"/>
        </w:rPr>
        <w:t>(A) only two points　　(B) an arc of a circle　　(C) a straight line segment not including the</w:t>
        <w:br/>
        <w:t>end-points　　(D) a straight line segment including the end-points　　(E) a single point</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直角三角形 ABC 的边 AC 被分成 8 等份。从七个分点分别向 AB 作平行于 BC 的线段。若 BC=10，则这七条线段的长度之和：</w:t>
      </w:r>
    </w:p>
    <w:p>
      <w:pPr>
        <w:spacing w:before="80" w:after="80"/>
        <w:jc w:val="center"/>
      </w:pPr>
      <w:r>
        <w:drawing>
          <wp:inline xmlns:a="http://schemas.openxmlformats.org/drawingml/2006/main" xmlns:pic="http://schemas.openxmlformats.org/drawingml/2006/picture">
            <wp:extent cx="1762743" cy="1226019"/>
            <wp:docPr id="3" name="Picture 3"/>
            <wp:cNvGraphicFramePr>
              <a:graphicFrameLocks noChangeAspect="1"/>
            </wp:cNvGraphicFramePr>
            <a:graphic>
              <a:graphicData uri="http://schemas.openxmlformats.org/drawingml/2006/picture">
                <pic:pic>
                  <pic:nvPicPr>
                    <pic:cNvPr id="0" name="q35-1@300dpi.png"/>
                    <pic:cNvPicPr/>
                  </pic:nvPicPr>
                  <pic:blipFill>
                    <a:blip r:embed="rId10"/>
                    <a:stretch>
                      <a:fillRect/>
                    </a:stretch>
                  </pic:blipFill>
                  <pic:spPr>
                    <a:xfrm>
                      <a:off x="0" y="0"/>
                      <a:ext cx="1762743" cy="1226019"/>
                    </a:xfrm>
                    <a:prstGeom prst="rect"/>
                  </pic:spPr>
                </pic:pic>
              </a:graphicData>
            </a:graphic>
          </wp:inline>
        </w:drawing>
      </w:r>
    </w:p>
    <w:p>
      <w:pPr>
        <w:spacing w:before="0" w:after="120" w:line="300" w:lineRule="auto"/>
      </w:pPr>
      <w:r>
        <w:rPr>
          <w:rFonts w:ascii="Times New Roman" w:hAnsi="Times New Roman" w:eastAsia="宋体"/>
          <w:b w:val="0"/>
          <w:i w:val="0"/>
          <w:sz w:val="21"/>
        </w:rPr>
        <w:t>（A）无法由已知条件求出　　（B）为 33　　（C）为 34　　（D）为 35　　（E）为 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Side AC of right triangle ABC is divided into 8 equal parts. Seven line segments parallel to BC are drawn to AB from the points of division. If BC=10, then the sum of the lengths of the seven line segments:</w:t>
      </w:r>
    </w:p>
    <w:p>
      <w:pPr>
        <w:spacing w:before="80" w:after="80"/>
        <w:jc w:val="center"/>
      </w:pPr>
      <w:r>
        <w:drawing>
          <wp:inline xmlns:a="http://schemas.openxmlformats.org/drawingml/2006/main" xmlns:pic="http://schemas.openxmlformats.org/drawingml/2006/picture">
            <wp:extent cx="1762743" cy="1226019"/>
            <wp:docPr id="4" name="Picture 4"/>
            <wp:cNvGraphicFramePr>
              <a:graphicFrameLocks noChangeAspect="1"/>
            </wp:cNvGraphicFramePr>
            <a:graphic>
              <a:graphicData uri="http://schemas.openxmlformats.org/drawingml/2006/picture">
                <pic:pic>
                  <pic:nvPicPr>
                    <pic:cNvPr id="0" name="q35-1@300dpi.png"/>
                    <pic:cNvPicPr/>
                  </pic:nvPicPr>
                  <pic:blipFill>
                    <a:blip r:embed="rId10"/>
                    <a:stretch>
                      <a:fillRect/>
                    </a:stretch>
                  </pic:blipFill>
                  <pic:spPr>
                    <a:xfrm>
                      <a:off x="0" y="0"/>
                      <a:ext cx="1762743" cy="122601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cannot be found from the given information　　(B) is 33　　(C) is 34　　(D) is 35　　(E) is 45</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若 x+y=1，则 xy 的最大值为：</w:t>
      </w:r>
    </w:p>
    <w:p>
      <w:pPr>
        <w:spacing w:before="0" w:after="120" w:line="300" w:lineRule="auto"/>
      </w:pPr>
      <w:r>
        <w:rPr>
          <w:rFonts w:ascii="Times New Roman" w:hAnsi="Times New Roman" w:eastAsia="宋体"/>
          <w:b w:val="0"/>
          <w:i w:val="0"/>
          <w:sz w:val="21"/>
        </w:rPr>
        <w:t>（A）1　　（B）0.5　　（C）一个约为 0.4 的无理数　　（D）0.25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x+y=1, then the largest value of xy is:</w:t>
      </w:r>
    </w:p>
    <w:p>
      <w:pPr>
        <w:spacing w:before="0" w:after="160" w:line="300" w:lineRule="auto"/>
      </w:pPr>
      <w:r>
        <w:rPr>
          <w:rFonts w:ascii="Times New Roman" w:hAnsi="Times New Roman" w:eastAsia="宋体"/>
          <w:b w:val="0"/>
          <w:i w:val="0"/>
          <w:color w:val="333333"/>
          <w:sz w:val="19"/>
        </w:rPr>
        <w:t>(A) 1　　(B) 0.5　　(C) an irrational number about 0.4　　(D) 0.25　　(E) 0</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在直角三角形 ABC 中，BC=5、AC=12、AM=x，且 MN⊥ AC、NP⊥ BC；点 N 在 AB 上。若 y=MN+NP 是矩形 MCPN 周长的一半，则：</w:t>
      </w:r>
    </w:p>
    <w:p>
      <w:pPr>
        <w:spacing w:before="80" w:after="80"/>
        <w:jc w:val="center"/>
      </w:pPr>
      <w:r>
        <w:drawing>
          <wp:inline xmlns:a="http://schemas.openxmlformats.org/drawingml/2006/main" xmlns:pic="http://schemas.openxmlformats.org/drawingml/2006/picture">
            <wp:extent cx="1825654" cy="912109"/>
            <wp:docPr id="5" name="Picture 5"/>
            <wp:cNvGraphicFramePr>
              <a:graphicFrameLocks noChangeAspect="1"/>
            </wp:cNvGraphicFramePr>
            <a:graphic>
              <a:graphicData uri="http://schemas.openxmlformats.org/drawingml/2006/picture">
                <pic:pic>
                  <pic:nvPicPr>
                    <pic:cNvPr id="0" name="q37-1@300dpi.png"/>
                    <pic:cNvPicPr/>
                  </pic:nvPicPr>
                  <pic:blipFill>
                    <a:blip r:embed="rId11"/>
                    <a:stretch>
                      <a:fillRect/>
                    </a:stretch>
                  </pic:blipFill>
                  <pic:spPr>
                    <a:xfrm>
                      <a:off x="0" y="0"/>
                      <a:ext cx="1825654" cy="912109"/>
                    </a:xfrm>
                    <a:prstGeom prst="rect"/>
                  </pic:spPr>
                </pic:pic>
              </a:graphicData>
            </a:graphic>
          </wp:inline>
        </w:drawing>
      </w:r>
    </w:p>
    <w:p>
      <w:pPr>
        <w:spacing w:before="0" w:after="120" w:line="300" w:lineRule="auto"/>
      </w:pPr>
      <w:r>
        <w:rPr>
          <w:rFonts w:ascii="Times New Roman" w:hAnsi="Times New Roman" w:eastAsia="宋体"/>
          <w:b w:val="0"/>
          <w:i w:val="0"/>
          <w:sz w:val="21"/>
        </w:rPr>
        <w:t>（A）y=1/2(5+12)　　（B）y=5x/12+12/5　　（C）y=144-7x/12　　（D）y=12　　（E）y=5x/12+6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right triangle ABC, BC=5, AC=12, and AM=x; MN⊥ AC, NP⊥ BC; N is on AB. If y=MN+NP, one-half the perimeter of rectangle MCPN, then:</w:t>
      </w:r>
    </w:p>
    <w:p>
      <w:pPr>
        <w:spacing w:before="80" w:after="80"/>
        <w:jc w:val="center"/>
      </w:pPr>
      <w:r>
        <w:drawing>
          <wp:inline xmlns:a="http://schemas.openxmlformats.org/drawingml/2006/main" xmlns:pic="http://schemas.openxmlformats.org/drawingml/2006/picture">
            <wp:extent cx="1825654" cy="912109"/>
            <wp:docPr id="6" name="Picture 6"/>
            <wp:cNvGraphicFramePr>
              <a:graphicFrameLocks noChangeAspect="1"/>
            </wp:cNvGraphicFramePr>
            <a:graphic>
              <a:graphicData uri="http://schemas.openxmlformats.org/drawingml/2006/picture">
                <pic:pic>
                  <pic:nvPicPr>
                    <pic:cNvPr id="0" name="q37-1@300dpi.png"/>
                    <pic:cNvPicPr/>
                  </pic:nvPicPr>
                  <pic:blipFill>
                    <a:blip r:embed="rId11"/>
                    <a:stretch>
                      <a:fillRect/>
                    </a:stretch>
                  </pic:blipFill>
                  <pic:spPr>
                    <a:xfrm>
                      <a:off x="0" y="0"/>
                      <a:ext cx="1825654" cy="91210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y=1/2(5+12)　　(B) y=5x/12+12/5　　(C) y=144-7x/12　　(D) y=12　　(E) y=5x/12+6</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用一个两位数 N 减去数字倒序所得的数，结果是一个正的完全立方数。则：</w:t>
      </w:r>
    </w:p>
    <w:p>
      <w:pPr>
        <w:spacing w:before="0" w:after="120" w:line="300" w:lineRule="auto"/>
      </w:pPr>
      <w:r>
        <w:rPr>
          <w:rFonts w:ascii="Times New Roman" w:hAnsi="Times New Roman" w:eastAsia="宋体"/>
          <w:b w:val="0"/>
          <w:i w:val="0"/>
          <w:sz w:val="21"/>
        </w:rPr>
        <w:t>（A）N 的个位不能是 5　　（B）N 的个位可以是除 5 外的任意数字　　（C）这样的 N 不存在　　（D）恰有 7 个 N 值　　（E）恰有 10 个 N 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a two-digit number N we subtract the number with the digits reversed and find that the result is a positive perfect cube. Then:</w:t>
      </w:r>
    </w:p>
    <w:p>
      <w:pPr>
        <w:spacing w:before="0" w:after="160" w:line="300" w:lineRule="auto"/>
      </w:pPr>
      <w:r>
        <w:rPr>
          <w:rFonts w:ascii="Times New Roman" w:hAnsi="Times New Roman" w:eastAsia="宋体"/>
          <w:b w:val="0"/>
          <w:i w:val="0"/>
          <w:color w:val="333333"/>
          <w:sz w:val="19"/>
        </w:rPr>
        <w:t>(A) N cannot end in 5　　(B) N can end in any digit other than 5　　(C) N does not exist　　(D) there are exactly 7 values for N　　(E) there are exactly 10 values for N</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两名男子同时从相距 72 英里的 M 与 N 两地出发，相向而行。第一人的速度为 4 英里每小时。第二人第一小时走 2 英里，第二小时走 21/2 英里，第三小时走 3 英里，此后每小时路程按等差数列递增。两人将：</w:t>
      </w:r>
    </w:p>
    <w:p>
      <w:pPr>
        <w:spacing w:before="0" w:after="120" w:line="300" w:lineRule="auto"/>
      </w:pPr>
      <w:r>
        <w:rPr>
          <w:rFonts w:ascii="Times New Roman" w:hAnsi="Times New Roman" w:eastAsia="宋体"/>
          <w:b w:val="0"/>
          <w:i w:val="0"/>
          <w:sz w:val="21"/>
        </w:rPr>
        <w:t>（A）在 7 小时后相遇　　（B）在 81/4 小时后相遇　　（C）在离 M 比离 N 更近的地方相遇　　（D）在离 N 比离 M 更近的地方相遇　　（E）在 M 与 N 的中点相遇</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men set out at the same time to walk towards each other from M and N, 72 miles apart. The first man walks at the rate of 4 mph. The second man walks 2 miles the first hour, 21/2 miles the second hour, 3 miles the third hour, and so on in arithmetic progression. Then the men will meet:</w:t>
      </w:r>
    </w:p>
    <w:p>
      <w:pPr>
        <w:spacing w:before="0" w:after="160" w:line="300" w:lineRule="auto"/>
      </w:pPr>
      <w:r>
        <w:rPr>
          <w:rFonts w:ascii="Times New Roman" w:hAnsi="Times New Roman" w:eastAsia="宋体"/>
          <w:b w:val="0"/>
          <w:i w:val="0"/>
          <w:color w:val="333333"/>
          <w:sz w:val="19"/>
        </w:rPr>
        <w:t>(A) in 7 hours　　(B) in 81/4 hours　　(C) nearer M than N　　(D) nearer N than M　　(E) midway between M and N</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若抛物线 y=-x²+bx-8 的顶点在 x 轴上，则 b 必须是：</w:t>
      </w:r>
    </w:p>
    <w:p>
      <w:pPr>
        <w:spacing w:before="0" w:after="120" w:line="300" w:lineRule="auto"/>
      </w:pPr>
      <w:r>
        <w:rPr>
          <w:rFonts w:ascii="Times New Roman" w:hAnsi="Times New Roman" w:eastAsia="宋体"/>
          <w:b w:val="0"/>
          <w:i w:val="0"/>
          <w:sz w:val="21"/>
        </w:rPr>
        <w:t>（A）正整数　　（B）正有理数或负有理数　　（C）正有理数　　（D）正无理数或负无理数　　（E）负无理数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parabola y=-x²+bx-8 has its vertex on the x-axis, then b must be:</w:t>
      </w:r>
    </w:p>
    <w:p>
      <w:pPr>
        <w:spacing w:before="0" w:after="160" w:line="300" w:lineRule="auto"/>
      </w:pPr>
      <w:r>
        <w:rPr>
          <w:rFonts w:ascii="Times New Roman" w:hAnsi="Times New Roman" w:eastAsia="宋体"/>
          <w:b w:val="0"/>
          <w:i w:val="0"/>
          <w:color w:val="333333"/>
          <w:sz w:val="19"/>
        </w:rPr>
        <w:t>(A) a positive integer　　(B) a positive or a negative rational number　　(C) a positive rational number　　(D) a positive or a negative irrational number　　(E) a negative irrational number</w:t>
      </w:r>
    </w:p>
    <w:p>
      <w:pPr>
        <w:spacing w:before="200" w:after="80" w:line="300" w:lineRule="auto"/>
      </w:pPr>
      <w:r>
        <w:rPr>
          <w:rFonts w:ascii="Times New Roman" w:hAnsi="Times New Roman" w:eastAsia="宋体"/>
          <w:b/>
          <w:i w:val="0"/>
          <w:sz w:val="23"/>
        </w:rPr>
        <w:t>第 41 题</w:t>
      </w:r>
    </w:p>
    <w:p>
      <w:pPr>
        <w:spacing w:before="0" w:after="80" w:line="300" w:lineRule="auto"/>
        <w:jc w:val="left"/>
      </w:pPr>
      <w:r>
        <w:rPr>
          <w:rFonts w:ascii="Times New Roman" w:hAnsi="Times New Roman" w:eastAsia="宋体"/>
          <w:b w:val="0"/>
          <w:i w:val="0"/>
          <w:sz w:val="21"/>
        </w:rPr>
        <w:t>给定方程组</w:t>
      </w:r>
    </w:p>
    <w:p>
      <w:pPr>
        <w:spacing w:before="0" w:after="80" w:line="300" w:lineRule="auto"/>
        <w:jc w:val="left"/>
      </w:pPr>
      <w:r>
        <w:rPr>
          <w:rFonts w:ascii="Times New Roman" w:hAnsi="Times New Roman" w:eastAsia="宋体"/>
          <w:b w:val="0"/>
          <w:i w:val="0"/>
          <w:sz w:val="21"/>
        </w:rPr>
        <w:t>ax+(a-1)y=1,</w:t>
      </w:r>
    </w:p>
    <w:p>
      <w:pPr>
        <w:spacing w:before="0" w:after="80" w:line="300" w:lineRule="auto"/>
        <w:jc w:val="left"/>
      </w:pPr>
      <w:r>
        <w:rPr>
          <w:rFonts w:ascii="Times New Roman" w:hAnsi="Times New Roman" w:eastAsia="宋体"/>
          <w:b w:val="0"/>
          <w:i w:val="0"/>
          <w:sz w:val="21"/>
        </w:rPr>
        <w:t>(a+1)x-ay=1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a 取下列哪个值时，这个方程组没有关于 x 与 y 的解？</w:t>
      </w:r>
    </w:p>
    <w:p>
      <w:pPr>
        <w:spacing w:before="0" w:after="120" w:line="300" w:lineRule="auto"/>
      </w:pPr>
      <w:r>
        <w:rPr>
          <w:rFonts w:ascii="Times New Roman" w:hAnsi="Times New Roman" w:eastAsia="宋体"/>
          <w:b w:val="0"/>
          <w:i w:val="0"/>
          <w:sz w:val="21"/>
        </w:rPr>
        <w:t>（A）1　　（B）0　　（C）-1　　（D）±(√(2))/2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system of equations</w:t>
      </w:r>
    </w:p>
    <w:p>
      <w:pPr>
        <w:spacing w:before="0" w:after="80" w:line="300" w:lineRule="auto"/>
        <w:jc w:val="left"/>
      </w:pPr>
      <w:r>
        <w:rPr>
          <w:rFonts w:ascii="Times New Roman" w:hAnsi="Times New Roman" w:eastAsia="宋体"/>
          <w:b w:val="0"/>
          <w:i w:val="0"/>
          <w:color w:val="333333"/>
          <w:sz w:val="19"/>
        </w:rPr>
        <w:t>ax+(a-1)y=1,</w:t>
      </w:r>
    </w:p>
    <w:p>
      <w:pPr>
        <w:spacing w:before="0" w:after="80" w:line="300" w:lineRule="auto"/>
        <w:jc w:val="left"/>
      </w:pPr>
      <w:r>
        <w:rPr>
          <w:rFonts w:ascii="Times New Roman" w:hAnsi="Times New Roman" w:eastAsia="宋体"/>
          <w:b w:val="0"/>
          <w:i w:val="0"/>
          <w:color w:val="333333"/>
          <w:sz w:val="19"/>
        </w:rPr>
        <w:t>(a+1)x-ay=1.</w:t>
      </w:r>
    </w:p>
    <w:p>
      <w:pPr>
        <w:spacing w:before="0" w:after="80" w:line="300" w:lineRule="auto"/>
        <w:jc w:val="left"/>
      </w:pPr>
      <w:r>
        <w:rPr>
          <w:rFonts w:ascii="Times New Roman" w:hAnsi="Times New Roman" w:eastAsia="宋体"/>
          <w:b w:val="0"/>
          <w:i w:val="0"/>
          <w:color w:val="333333"/>
          <w:sz w:val="19"/>
        </w:rPr>
        <w:t>For which one of the following values of a is there no solution for x and y?</w:t>
      </w:r>
    </w:p>
    <w:p>
      <w:pPr>
        <w:spacing w:before="0" w:after="160" w:line="300" w:lineRule="auto"/>
      </w:pPr>
      <w:r>
        <w:rPr>
          <w:rFonts w:ascii="Times New Roman" w:hAnsi="Times New Roman" w:eastAsia="宋体"/>
          <w:b w:val="0"/>
          <w:i w:val="0"/>
          <w:color w:val="333333"/>
          <w:sz w:val="19"/>
        </w:rPr>
        <w:t>(A) 1　　(B) 0　　(C) -1　　(D) ±(√(2))/2　　(E) ±√(2)</w:t>
      </w:r>
    </w:p>
    <w:p>
      <w:pPr>
        <w:spacing w:before="200" w:after="80" w:line="300" w:lineRule="auto"/>
      </w:pPr>
      <w:r>
        <w:rPr>
          <w:rFonts w:ascii="Times New Roman" w:hAnsi="Times New Roman" w:eastAsia="宋体"/>
          <w:b/>
          <w:i w:val="0"/>
          <w:sz w:val="23"/>
        </w:rPr>
        <w:t>第 42 题</w:t>
      </w:r>
    </w:p>
    <w:p>
      <w:pPr>
        <w:spacing w:before="0" w:after="80" w:line="300" w:lineRule="auto"/>
        <w:jc w:val="left"/>
      </w:pPr>
      <w:r>
        <w:rPr>
          <w:rFonts w:ascii="Times New Roman" w:hAnsi="Times New Roman" w:eastAsia="宋体"/>
          <w:b w:val="0"/>
          <w:i w:val="0"/>
          <w:sz w:val="21"/>
        </w:rPr>
        <w:t>若 S=iⁿ+i⁻ⁿ，其中 i=√(-1)，且 n 为整数，则 S 可能具有的不同值共有：</w:t>
      </w:r>
    </w:p>
    <w:p>
      <w:pPr>
        <w:spacing w:before="0" w:after="120" w:line="300" w:lineRule="auto"/>
      </w:pPr>
      <w:r>
        <w:rPr>
          <w:rFonts w:ascii="Times New Roman" w:hAnsi="Times New Roman" w:eastAsia="宋体"/>
          <w:b w:val="0"/>
          <w:i w:val="0"/>
          <w:sz w:val="21"/>
        </w:rPr>
        <w:t>（A）1　　（B）2　　（C）3　　（D）4　　（E）多于 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S=iⁿ+i⁻ⁿ, where i=√(-1) and n is an integer, then the total number of possible distinct values for S is:</w:t>
      </w:r>
    </w:p>
    <w:p>
      <w:pPr>
        <w:spacing w:before="0" w:after="160" w:line="300" w:lineRule="auto"/>
      </w:pPr>
      <w:r>
        <w:rPr>
          <w:rFonts w:ascii="Times New Roman" w:hAnsi="Times New Roman" w:eastAsia="宋体"/>
          <w:b w:val="0"/>
          <w:i w:val="0"/>
          <w:color w:val="333333"/>
          <w:sz w:val="19"/>
        </w:rPr>
        <w:t>(A) 1　　(B) 2　　(C) 3　　(D) 4　　(E) more than 4</w:t>
      </w:r>
    </w:p>
    <w:p>
      <w:pPr>
        <w:spacing w:before="200" w:after="80" w:line="300" w:lineRule="auto"/>
      </w:pPr>
      <w:r>
        <w:rPr>
          <w:rFonts w:ascii="Times New Roman" w:hAnsi="Times New Roman" w:eastAsia="宋体"/>
          <w:b/>
          <w:i w:val="0"/>
          <w:sz w:val="23"/>
        </w:rPr>
        <w:t>第 43 题</w:t>
      </w:r>
    </w:p>
    <w:p>
      <w:pPr>
        <w:spacing w:before="0" w:after="80" w:line="300" w:lineRule="auto"/>
        <w:jc w:val="left"/>
      </w:pPr>
      <w:r>
        <w:rPr>
          <w:rFonts w:ascii="Times New Roman" w:hAnsi="Times New Roman" w:eastAsia="宋体"/>
          <w:b w:val="0"/>
          <w:i w:val="0"/>
          <w:sz w:val="21"/>
        </w:rPr>
        <w:t>我们把坐标均为整数（允许为零）的点定义为格点。由 x 轴、直线 x=4 和抛物线 y=x² 围成的区域内部及边界上的格点数为：</w:t>
      </w:r>
    </w:p>
    <w:p>
      <w:pPr>
        <w:spacing w:before="0" w:after="120" w:line="300" w:lineRule="auto"/>
      </w:pPr>
      <w:r>
        <w:rPr>
          <w:rFonts w:ascii="Times New Roman" w:hAnsi="Times New Roman" w:eastAsia="宋体"/>
          <w:b w:val="0"/>
          <w:i w:val="0"/>
          <w:sz w:val="21"/>
        </w:rPr>
        <w:t>（A）24　　（B）35　　（C）34　　（D）30　　（E）不是有限数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define a lattice point as a point whose coordinates are integers, zero admitted. Then the number of lattice points on the boundary and inside the region bounded by the x-axis, the line x=4, and the parabola y=x² is:</w:t>
      </w:r>
    </w:p>
    <w:p>
      <w:pPr>
        <w:spacing w:before="0" w:after="160" w:line="300" w:lineRule="auto"/>
      </w:pPr>
      <w:r>
        <w:rPr>
          <w:rFonts w:ascii="Times New Roman" w:hAnsi="Times New Roman" w:eastAsia="宋体"/>
          <w:b w:val="0"/>
          <w:i w:val="0"/>
          <w:color w:val="333333"/>
          <w:sz w:val="19"/>
        </w:rPr>
        <w:t>(A) 24　　(B) 35　　(C) 34　　(D) 30　　(E) not finite</w:t>
      </w:r>
    </w:p>
    <w:p>
      <w:pPr>
        <w:spacing w:before="200" w:after="80" w:line="300" w:lineRule="auto"/>
      </w:pPr>
      <w:r>
        <w:rPr>
          <w:rFonts w:ascii="Times New Roman" w:hAnsi="Times New Roman" w:eastAsia="宋体"/>
          <w:b/>
          <w:i w:val="0"/>
          <w:sz w:val="23"/>
        </w:rPr>
        <w:t>第 44 题</w:t>
      </w:r>
    </w:p>
    <w:p>
      <w:pPr>
        <w:spacing w:before="0" w:after="80" w:line="300" w:lineRule="auto"/>
        <w:jc w:val="left"/>
      </w:pPr>
      <w:r>
        <w:rPr>
          <w:rFonts w:ascii="Times New Roman" w:hAnsi="Times New Roman" w:eastAsia="宋体"/>
          <w:b w:val="0"/>
          <w:i w:val="0"/>
          <w:sz w:val="21"/>
        </w:rPr>
        <w:t>在三角形 ABC 中，AC=CD，且 ∠ CAB-∠ ABC=30°。则 ∠ BAD 为：</w:t>
      </w:r>
    </w:p>
    <w:p>
      <w:pPr>
        <w:spacing w:before="80" w:after="80"/>
        <w:jc w:val="center"/>
      </w:pPr>
      <w:r>
        <w:drawing>
          <wp:inline xmlns:a="http://schemas.openxmlformats.org/drawingml/2006/main" xmlns:pic="http://schemas.openxmlformats.org/drawingml/2006/picture">
            <wp:extent cx="1916092" cy="1011937"/>
            <wp:docPr id="7" name="Picture 7"/>
            <wp:cNvGraphicFramePr>
              <a:graphicFrameLocks noChangeAspect="1"/>
            </wp:cNvGraphicFramePr>
            <a:graphic>
              <a:graphicData uri="http://schemas.openxmlformats.org/drawingml/2006/picture">
                <pic:pic>
                  <pic:nvPicPr>
                    <pic:cNvPr id="0" name="q44-1@300dpi.png"/>
                    <pic:cNvPicPr/>
                  </pic:nvPicPr>
                  <pic:blipFill>
                    <a:blip r:embed="rId12"/>
                    <a:stretch>
                      <a:fillRect/>
                    </a:stretch>
                  </pic:blipFill>
                  <pic:spPr>
                    <a:xfrm>
                      <a:off x="0" y="0"/>
                      <a:ext cx="1916092" cy="1011937"/>
                    </a:xfrm>
                    <a:prstGeom prst="rect"/>
                  </pic:spPr>
                </pic:pic>
              </a:graphicData>
            </a:graphic>
          </wp:inline>
        </w:drawing>
      </w:r>
    </w:p>
    <w:p>
      <w:pPr>
        <w:spacing w:before="0" w:after="120" w:line="300" w:lineRule="auto"/>
      </w:pPr>
      <w:r>
        <w:rPr>
          <w:rFonts w:ascii="Times New Roman" w:hAnsi="Times New Roman" w:eastAsia="宋体"/>
          <w:b w:val="0"/>
          <w:i w:val="0"/>
          <w:sz w:val="21"/>
        </w:rPr>
        <w:t>（A）30°　　（B）20°　　（C）221/2°　　（D）10°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 AC=CD and ∠ CAB-∠ ABC=30°. Then ∠ BAD is:</w:t>
      </w:r>
    </w:p>
    <w:p>
      <w:pPr>
        <w:spacing w:before="80" w:after="80"/>
        <w:jc w:val="center"/>
      </w:pPr>
      <w:r>
        <w:drawing>
          <wp:inline xmlns:a="http://schemas.openxmlformats.org/drawingml/2006/main" xmlns:pic="http://schemas.openxmlformats.org/drawingml/2006/picture">
            <wp:extent cx="1916092" cy="1011937"/>
            <wp:docPr id="8" name="Picture 8"/>
            <wp:cNvGraphicFramePr>
              <a:graphicFrameLocks noChangeAspect="1"/>
            </wp:cNvGraphicFramePr>
            <a:graphic>
              <a:graphicData uri="http://schemas.openxmlformats.org/drawingml/2006/picture">
                <pic:pic>
                  <pic:nvPicPr>
                    <pic:cNvPr id="0" name="q44-1@300dpi.png"/>
                    <pic:cNvPicPr/>
                  </pic:nvPicPr>
                  <pic:blipFill>
                    <a:blip r:embed="rId12"/>
                    <a:stretch>
                      <a:fillRect/>
                    </a:stretch>
                  </pic:blipFill>
                  <pic:spPr>
                    <a:xfrm>
                      <a:off x="0" y="0"/>
                      <a:ext cx="1916092" cy="101193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30°　　(B) 20°　　(C) 221/2°　　(D) 10°　　(E) 15°</w:t>
      </w:r>
    </w:p>
    <w:p>
      <w:pPr>
        <w:spacing w:before="200" w:after="80" w:line="300" w:lineRule="auto"/>
      </w:pPr>
      <w:r>
        <w:rPr>
          <w:rFonts w:ascii="Times New Roman" w:hAnsi="Times New Roman" w:eastAsia="宋体"/>
          <w:b/>
          <w:i w:val="0"/>
          <w:sz w:val="23"/>
        </w:rPr>
        <w:t>第 45 题</w:t>
      </w:r>
    </w:p>
    <w:p>
      <w:pPr>
        <w:spacing w:before="0" w:after="80" w:line="300" w:lineRule="auto"/>
        <w:jc w:val="left"/>
      </w:pPr>
      <w:r>
        <w:rPr>
          <w:rFonts w:ascii="Times New Roman" w:hAnsi="Times New Roman" w:eastAsia="宋体"/>
          <w:b w:val="0"/>
          <w:i w:val="0"/>
          <w:sz w:val="21"/>
        </w:rPr>
        <w:t>若两个实数 x 与 y 满足方程 x/y=x-y，则：</w:t>
      </w:r>
    </w:p>
    <w:p>
      <w:pPr>
        <w:spacing w:before="0" w:after="120" w:line="300" w:lineRule="auto"/>
      </w:pPr>
      <w:r>
        <w:rPr>
          <w:rFonts w:ascii="Times New Roman" w:hAnsi="Times New Roman" w:eastAsia="宋体"/>
          <w:b w:val="0"/>
          <w:i w:val="0"/>
          <w:sz w:val="21"/>
        </w:rPr>
        <w:t>（A）x≥4 或 x≤0，其中 x≥ a 表示 x</w:t>
        <w:br/>
        <w:t>可以取任意大于 a 或等于 a 的值　　（B）y 可以等于 1　　（C）x 与 y 必须都是无理数　　（D）x 与 y 不能同时为整数　　（E）x 与 y 必须都是有理数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two real numbers x and y satisfy the equation x/y=x-y, then:</w:t>
      </w:r>
    </w:p>
    <w:p>
      <w:pPr>
        <w:spacing w:before="0" w:after="160" w:line="300" w:lineRule="auto"/>
      </w:pPr>
      <w:r>
        <w:rPr>
          <w:rFonts w:ascii="Times New Roman" w:hAnsi="Times New Roman" w:eastAsia="宋体"/>
          <w:b w:val="0"/>
          <w:i w:val="0"/>
          <w:color w:val="333333"/>
          <w:sz w:val="19"/>
        </w:rPr>
        <w:t>(A) x≥4 or x≤0, where x≥ a means</w:t>
        <w:br/>
        <w:t>that x can take any value greater than a or equal to</w:t>
        <w:br/>
        <w:t>a　　(B) y can equal 1　　(C) both x and y must be irrational　　(D) x and y cannot both be integers　　(E) both x and y must be rational</w:t>
      </w:r>
    </w:p>
    <w:p>
      <w:pPr>
        <w:spacing w:before="200" w:after="80" w:line="300" w:lineRule="auto"/>
      </w:pPr>
      <w:r>
        <w:rPr>
          <w:rFonts w:ascii="Times New Roman" w:hAnsi="Times New Roman" w:eastAsia="宋体"/>
          <w:b/>
          <w:i w:val="0"/>
          <w:sz w:val="23"/>
        </w:rPr>
        <w:t>第 46 题</w:t>
      </w:r>
    </w:p>
    <w:p>
      <w:pPr>
        <w:spacing w:before="0" w:after="80" w:line="300" w:lineRule="auto"/>
        <w:jc w:val="left"/>
      </w:pPr>
      <w:r>
        <w:rPr>
          <w:rFonts w:ascii="Times New Roman" w:hAnsi="Times New Roman" w:eastAsia="宋体"/>
          <w:b w:val="0"/>
          <w:i w:val="0"/>
          <w:sz w:val="21"/>
        </w:rPr>
        <w:t>圆内两条互相垂直的弦相交。一条弦被分成长度为 3 与 4 的两段，另一条弦被分成长度为 6 与 2 的两段。则圆的直径为：</w:t>
      </w:r>
    </w:p>
    <w:p>
      <w:pPr>
        <w:spacing w:before="0" w:after="120" w:line="300" w:lineRule="auto"/>
      </w:pPr>
      <w:r>
        <w:rPr>
          <w:rFonts w:ascii="Times New Roman" w:hAnsi="Times New Roman" w:eastAsia="宋体"/>
          <w:b w:val="0"/>
          <w:i w:val="0"/>
          <w:sz w:val="21"/>
        </w:rPr>
        <w:t>（A）√(89)　　（B）√(56)　　（C）√(61)　　（D）√(75)　　（E）√(65)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perpendicular chords intersect in a circle. The segments of one chord are 3 and 4; the segments of the other are 6 and 2. Then the diameter of the circle is:</w:t>
      </w:r>
    </w:p>
    <w:p>
      <w:pPr>
        <w:spacing w:before="0" w:after="160" w:line="300" w:lineRule="auto"/>
      </w:pPr>
      <w:r>
        <w:rPr>
          <w:rFonts w:ascii="Times New Roman" w:hAnsi="Times New Roman" w:eastAsia="宋体"/>
          <w:b w:val="0"/>
          <w:i w:val="0"/>
          <w:color w:val="333333"/>
          <w:sz w:val="19"/>
        </w:rPr>
        <w:t>(A) √(89)　　(B) √(56)　　(C) √(61)　　(D) √(75)　　(E) √(65)</w:t>
      </w:r>
    </w:p>
    <w:p>
      <w:pPr>
        <w:spacing w:before="200" w:after="80" w:line="300" w:lineRule="auto"/>
      </w:pPr>
      <w:r>
        <w:rPr>
          <w:rFonts w:ascii="Times New Roman" w:hAnsi="Times New Roman" w:eastAsia="宋体"/>
          <w:b/>
          <w:i w:val="0"/>
          <w:sz w:val="23"/>
        </w:rPr>
        <w:t>第 47 题</w:t>
      </w:r>
    </w:p>
    <w:p>
      <w:pPr>
        <w:spacing w:before="0" w:after="80" w:line="300" w:lineRule="auto"/>
        <w:jc w:val="left"/>
      </w:pPr>
      <w:r>
        <w:rPr>
          <w:rFonts w:ascii="Times New Roman" w:hAnsi="Times New Roman" w:eastAsia="宋体"/>
          <w:b w:val="0"/>
          <w:i w:val="0"/>
          <w:sz w:val="21"/>
        </w:rPr>
        <w:t>在圆 O 中，半径 OX 的中点为 Q；在 Q 处，AB⊥XY。以 AB 为直径的半圆与 XY 交于 M。直线 AM 与圆 O 交于 C，直线 BM 与圆 O 交于 D。作直线 AD。若圆 O 的半径为 r，则 AD 为：</w:t>
      </w:r>
    </w:p>
    <w:p>
      <w:pPr>
        <w:spacing w:before="80" w:after="80"/>
        <w:jc w:val="center"/>
      </w:pPr>
      <w:r>
        <w:drawing>
          <wp:inline xmlns:a="http://schemas.openxmlformats.org/drawingml/2006/main" xmlns:pic="http://schemas.openxmlformats.org/drawingml/2006/picture">
            <wp:extent cx="1765557" cy="1526382"/>
            <wp:docPr id="9" name="Picture 9"/>
            <wp:cNvGraphicFramePr>
              <a:graphicFrameLocks noChangeAspect="1"/>
            </wp:cNvGraphicFramePr>
            <a:graphic>
              <a:graphicData uri="http://schemas.openxmlformats.org/drawingml/2006/picture">
                <pic:pic>
                  <pic:nvPicPr>
                    <pic:cNvPr id="0" name="q47-1@300dpi.png"/>
                    <pic:cNvPicPr/>
                  </pic:nvPicPr>
                  <pic:blipFill>
                    <a:blip r:embed="rId13"/>
                    <a:stretch>
                      <a:fillRect/>
                    </a:stretch>
                  </pic:blipFill>
                  <pic:spPr>
                    <a:xfrm>
                      <a:off x="0" y="0"/>
                      <a:ext cx="1765557" cy="1526382"/>
                    </a:xfrm>
                    <a:prstGeom prst="rect"/>
                  </pic:spPr>
                </pic:pic>
              </a:graphicData>
            </a:graphic>
          </wp:inline>
        </w:drawing>
      </w:r>
    </w:p>
    <w:p>
      <w:pPr>
        <w:spacing w:before="0" w:after="120" w:line="300" w:lineRule="auto"/>
      </w:pPr>
      <w:r>
        <w:rPr>
          <w:rFonts w:ascii="Times New Roman" w:hAnsi="Times New Roman" w:eastAsia="宋体"/>
          <w:b w:val="0"/>
          <w:i w:val="0"/>
          <w:sz w:val="21"/>
        </w:rPr>
        <w:t>（A）r√(2)　　（B）r　　（C）不是某个内接正多边形的一条边　　（D）(r√(3))/2　　（E）r√(3)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circle O, the midpoint of radius OX is Q; at Q, AB⊥XY. The semicircle with AB as diameter intersects XY in M. Line AM intersects circle O in C, and line BM intersects circle O in D. Line AD is drawn. Then, if the radius of circle O is r, AD is:</w:t>
      </w:r>
    </w:p>
    <w:p>
      <w:pPr>
        <w:spacing w:before="80" w:after="80"/>
        <w:jc w:val="center"/>
      </w:pPr>
      <w:r>
        <w:drawing>
          <wp:inline xmlns:a="http://schemas.openxmlformats.org/drawingml/2006/main" xmlns:pic="http://schemas.openxmlformats.org/drawingml/2006/picture">
            <wp:extent cx="1765557" cy="1526382"/>
            <wp:docPr id="10" name="Picture 10"/>
            <wp:cNvGraphicFramePr>
              <a:graphicFrameLocks noChangeAspect="1"/>
            </wp:cNvGraphicFramePr>
            <a:graphic>
              <a:graphicData uri="http://schemas.openxmlformats.org/drawingml/2006/picture">
                <pic:pic>
                  <pic:nvPicPr>
                    <pic:cNvPr id="0" name="q47-1@300dpi.png"/>
                    <pic:cNvPicPr/>
                  </pic:nvPicPr>
                  <pic:blipFill>
                    <a:blip r:embed="rId13"/>
                    <a:stretch>
                      <a:fillRect/>
                    </a:stretch>
                  </pic:blipFill>
                  <pic:spPr>
                    <a:xfrm>
                      <a:off x="0" y="0"/>
                      <a:ext cx="1765557" cy="152638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r√(2)　　(B) r　　(C) not a side of an inscribed regular polygon　　(D) (r√(3))/2　　(E) r√(3)</w:t>
      </w:r>
    </w:p>
    <w:p>
      <w:pPr>
        <w:spacing w:before="200" w:after="80" w:line="300" w:lineRule="auto"/>
      </w:pPr>
      <w:r>
        <w:rPr>
          <w:rFonts w:ascii="Times New Roman" w:hAnsi="Times New Roman" w:eastAsia="宋体"/>
          <w:b/>
          <w:i w:val="0"/>
          <w:sz w:val="23"/>
        </w:rPr>
        <w:t>第 48 题</w:t>
      </w:r>
    </w:p>
    <w:p>
      <w:pPr>
        <w:spacing w:before="0" w:after="80" w:line="300" w:lineRule="auto"/>
        <w:jc w:val="left"/>
      </w:pPr>
      <w:r>
        <w:rPr>
          <w:rFonts w:ascii="Times New Roman" w:hAnsi="Times New Roman" w:eastAsia="宋体"/>
          <w:b w:val="0"/>
          <w:i w:val="0"/>
          <w:sz w:val="21"/>
        </w:rPr>
        <w:t>设 ABC 是圆 O 的内接等边三角形。点 M 在弧 BC 上。作直线 AM、BM 与 CM。则 AM：</w:t>
      </w:r>
    </w:p>
    <w:p>
      <w:pPr>
        <w:spacing w:before="80" w:after="80"/>
        <w:jc w:val="center"/>
      </w:pPr>
      <w:r>
        <w:drawing>
          <wp:inline xmlns:a="http://schemas.openxmlformats.org/drawingml/2006/main" xmlns:pic="http://schemas.openxmlformats.org/drawingml/2006/picture">
            <wp:extent cx="1437480" cy="1464589"/>
            <wp:docPr id="11" name="Picture 11"/>
            <wp:cNvGraphicFramePr>
              <a:graphicFrameLocks noChangeAspect="1"/>
            </wp:cNvGraphicFramePr>
            <a:graphic>
              <a:graphicData uri="http://schemas.openxmlformats.org/drawingml/2006/picture">
                <pic:pic>
                  <pic:nvPicPr>
                    <pic:cNvPr id="0" name="q48-1@300dpi.png"/>
                    <pic:cNvPicPr/>
                  </pic:nvPicPr>
                  <pic:blipFill>
                    <a:blip r:embed="rId14"/>
                    <a:stretch>
                      <a:fillRect/>
                    </a:stretch>
                  </pic:blipFill>
                  <pic:spPr>
                    <a:xfrm>
                      <a:off x="0" y="0"/>
                      <a:ext cx="1437480" cy="1464589"/>
                    </a:xfrm>
                    <a:prstGeom prst="rect"/>
                  </pic:spPr>
                </pic:pic>
              </a:graphicData>
            </a:graphic>
          </wp:inline>
        </w:drawing>
      </w:r>
    </w:p>
    <w:p>
      <w:pPr>
        <w:spacing w:before="0" w:after="120" w:line="300" w:lineRule="auto"/>
      </w:pPr>
      <w:r>
        <w:rPr>
          <w:rFonts w:ascii="Times New Roman" w:hAnsi="Times New Roman" w:eastAsia="宋体"/>
          <w:b w:val="0"/>
          <w:i w:val="0"/>
          <w:sz w:val="21"/>
        </w:rPr>
        <w:t>（A）等于 BM+CM　　（B）小于 BM+CM　　（C）大于 BM+CM　　（D）随 M 的位置不同，可能等于、小于或大于 BM+CM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 be an equilateral triangle inscribed in circle O. M is a point on arc BC. Lines AM, BM, and CM are drawn. Then AM is:</w:t>
      </w:r>
    </w:p>
    <w:p>
      <w:pPr>
        <w:spacing w:before="80" w:after="80"/>
        <w:jc w:val="center"/>
      </w:pPr>
      <w:r>
        <w:drawing>
          <wp:inline xmlns:a="http://schemas.openxmlformats.org/drawingml/2006/main" xmlns:pic="http://schemas.openxmlformats.org/drawingml/2006/picture">
            <wp:extent cx="1437480" cy="1464589"/>
            <wp:docPr id="12" name="Picture 12"/>
            <wp:cNvGraphicFramePr>
              <a:graphicFrameLocks noChangeAspect="1"/>
            </wp:cNvGraphicFramePr>
            <a:graphic>
              <a:graphicData uri="http://schemas.openxmlformats.org/drawingml/2006/picture">
                <pic:pic>
                  <pic:nvPicPr>
                    <pic:cNvPr id="0" name="q48-1@300dpi.png"/>
                    <pic:cNvPicPr/>
                  </pic:nvPicPr>
                  <pic:blipFill>
                    <a:blip r:embed="rId14"/>
                    <a:stretch>
                      <a:fillRect/>
                    </a:stretch>
                  </pic:blipFill>
                  <pic:spPr>
                    <a:xfrm>
                      <a:off x="0" y="0"/>
                      <a:ext cx="1437480" cy="146458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equal to BM+CM　　(B) less than BM+CM　　(C) greater than BM+CM　　(D) equal to, less than, or greater than BM+CM, depending upon</w:t>
        <w:br/>
        <w:t>the position of M　　(E) none of these</w:t>
      </w:r>
    </w:p>
    <w:p>
      <w:pPr>
        <w:spacing w:before="200" w:after="80" w:line="300" w:lineRule="auto"/>
      </w:pPr>
      <w:r>
        <w:rPr>
          <w:rFonts w:ascii="Times New Roman" w:hAnsi="Times New Roman" w:eastAsia="宋体"/>
          <w:b/>
          <w:i w:val="0"/>
          <w:sz w:val="23"/>
        </w:rPr>
        <w:t>第 49 题</w:t>
      </w:r>
    </w:p>
    <w:p>
      <w:pPr>
        <w:spacing w:before="0" w:after="80" w:line="300" w:lineRule="auto"/>
        <w:jc w:val="left"/>
      </w:pPr>
      <w:r>
        <w:rPr>
          <w:rFonts w:ascii="Times New Roman" w:hAnsi="Times New Roman" w:eastAsia="宋体"/>
          <w:b w:val="0"/>
          <w:i w:val="0"/>
          <w:sz w:val="21"/>
        </w:rPr>
        <w:t>一个梯形的两条平行边长为 3 与 9，两条非平行边长为 4 与 6。一条平行于底边的直线将梯形分成两个周长相等的梯形。每条非平行边被分割的两段之比为：</w:t>
      </w:r>
    </w:p>
    <w:p>
      <w:pPr>
        <w:spacing w:before="80" w:after="80"/>
        <w:jc w:val="center"/>
      </w:pPr>
      <w:r>
        <w:drawing>
          <wp:inline xmlns:a="http://schemas.openxmlformats.org/drawingml/2006/main" xmlns:pic="http://schemas.openxmlformats.org/drawingml/2006/picture">
            <wp:extent cx="1717584" cy="992082"/>
            <wp:docPr id="13" name="Picture 13"/>
            <wp:cNvGraphicFramePr>
              <a:graphicFrameLocks noChangeAspect="1"/>
            </wp:cNvGraphicFramePr>
            <a:graphic>
              <a:graphicData uri="http://schemas.openxmlformats.org/drawingml/2006/picture">
                <pic:pic>
                  <pic:nvPicPr>
                    <pic:cNvPr id="0" name="q49-1@300dpi.png"/>
                    <pic:cNvPicPr/>
                  </pic:nvPicPr>
                  <pic:blipFill>
                    <a:blip r:embed="rId15"/>
                    <a:stretch>
                      <a:fillRect/>
                    </a:stretch>
                  </pic:blipFill>
                  <pic:spPr>
                    <a:xfrm>
                      <a:off x="0" y="0"/>
                      <a:ext cx="1717584" cy="992082"/>
                    </a:xfrm>
                    <a:prstGeom prst="rect"/>
                  </pic:spPr>
                </pic:pic>
              </a:graphicData>
            </a:graphic>
          </wp:inline>
        </w:drawing>
      </w:r>
    </w:p>
    <w:p>
      <w:pPr>
        <w:spacing w:before="0" w:after="120" w:line="300" w:lineRule="auto"/>
      </w:pPr>
      <w:r>
        <w:rPr>
          <w:rFonts w:ascii="Times New Roman" w:hAnsi="Times New Roman" w:eastAsia="宋体"/>
          <w:b w:val="0"/>
          <w:i w:val="0"/>
          <w:sz w:val="21"/>
        </w:rPr>
        <w:t>（A）4:3　　（B）3:2　　（C）4:1　　（D）3:1　　（E）6:1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parallel sides of a trapezoid are 3 and 9. The non-parallel sides are 4 and 6. A line parallel to the bases divides the trapezoid into two trapezoids of equal perimeters. The ratio in which each of the non-parallel sides is divided is:</w:t>
      </w:r>
    </w:p>
    <w:p>
      <w:pPr>
        <w:spacing w:before="80" w:after="80"/>
        <w:jc w:val="center"/>
      </w:pPr>
      <w:r>
        <w:drawing>
          <wp:inline xmlns:a="http://schemas.openxmlformats.org/drawingml/2006/main" xmlns:pic="http://schemas.openxmlformats.org/drawingml/2006/picture">
            <wp:extent cx="1717584" cy="992082"/>
            <wp:docPr id="14" name="Picture 14"/>
            <wp:cNvGraphicFramePr>
              <a:graphicFrameLocks noChangeAspect="1"/>
            </wp:cNvGraphicFramePr>
            <a:graphic>
              <a:graphicData uri="http://schemas.openxmlformats.org/drawingml/2006/picture">
                <pic:pic>
                  <pic:nvPicPr>
                    <pic:cNvPr id="0" name="q49-1@300dpi.png"/>
                    <pic:cNvPicPr/>
                  </pic:nvPicPr>
                  <pic:blipFill>
                    <a:blip r:embed="rId15"/>
                    <a:stretch>
                      <a:fillRect/>
                    </a:stretch>
                  </pic:blipFill>
                  <pic:spPr>
                    <a:xfrm>
                      <a:off x="0" y="0"/>
                      <a:ext cx="1717584" cy="99208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4:3　　(B) 3:2　　(C) 4:1　　(D) 3:1　　(E) 6:1</w:t>
      </w:r>
    </w:p>
    <w:p>
      <w:pPr>
        <w:spacing w:before="200" w:after="80" w:line="300" w:lineRule="auto"/>
      </w:pPr>
      <w:r>
        <w:rPr>
          <w:rFonts w:ascii="Times New Roman" w:hAnsi="Times New Roman" w:eastAsia="宋体"/>
          <w:b/>
          <w:i w:val="0"/>
          <w:sz w:val="23"/>
        </w:rPr>
        <w:t>第 50 题</w:t>
      </w:r>
    </w:p>
    <w:p>
      <w:pPr>
        <w:spacing w:before="0" w:after="80" w:line="300" w:lineRule="auto"/>
        <w:jc w:val="left"/>
      </w:pPr>
      <w:r>
        <w:rPr>
          <w:rFonts w:ascii="Times New Roman" w:hAnsi="Times New Roman" w:eastAsia="宋体"/>
          <w:b w:val="0"/>
          <w:i w:val="0"/>
          <w:sz w:val="21"/>
        </w:rPr>
        <w:t>在圆 O 中，G 是直径 AB 上的动点。作 AA' 垂直于 AB，且长度等于 AG。作 BB' 垂直于 AB，它与 AA' 位于直径 AB 的同一侧，且长度等于 BG。设 O' 为 A'B' 的中点。当 G 从 A 移动到 B 时，点 O'：</w:t>
      </w:r>
    </w:p>
    <w:p>
      <w:pPr>
        <w:spacing w:before="0" w:after="120" w:line="300" w:lineRule="auto"/>
      </w:pPr>
      <w:r>
        <w:rPr>
          <w:rFonts w:ascii="Times New Roman" w:hAnsi="Times New Roman" w:eastAsia="宋体"/>
          <w:b w:val="0"/>
          <w:i w:val="0"/>
          <w:sz w:val="21"/>
        </w:rPr>
        <w:t>（A）沿一条平行于 AB 的直线移动　　（B）保持不动　　（C）沿一条垂直于 AB 的直线移动　　（D）沿一个与已知圆相交的小圆移动　　（E）沿一条既不是圆也不是直线的轨迹移动</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circle O, G is a moving point on diameter AB. AA' is drawn perpendicular to AB and equal to AG. BB' is drawn perpendicular to AB, on the same side of diameter AB as AA', and equal to BG. Let O' be the midpoint of A'B'. Then, as G moves from A to B, point O':</w:t>
      </w:r>
    </w:p>
    <w:p>
      <w:pPr>
        <w:spacing w:before="0" w:after="160" w:line="300" w:lineRule="auto"/>
      </w:pPr>
      <w:r>
        <w:rPr>
          <w:rFonts w:ascii="Times New Roman" w:hAnsi="Times New Roman" w:eastAsia="宋体"/>
          <w:b w:val="0"/>
          <w:i w:val="0"/>
          <w:color w:val="333333"/>
          <w:sz w:val="19"/>
        </w:rPr>
        <w:t>(A) moves on a straight line parallel to AB　　(B) remains stationary　　(C) moves on a straight line perpendicular to AB　　(D) moves in a small circle intersecting the given circle　　(E) follows a path which is neither a circle nor a straight</w:t>
        <w:br/>
        <w:t>line</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E　E　C　B　A　E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E　C　C　D　B　D　A　B</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A　A　E　A　C　B　B　E　A</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B　D　D　B　E　E　C　D　D</w:t>
      </w:r>
    </w:p>
    <w:p>
      <w:pPr>
        <w:spacing w:before="0" w:after="0" w:line="300" w:lineRule="auto"/>
      </w:pPr>
      <w:r>
        <w:rPr>
          <w:rFonts w:ascii="Times New Roman" w:hAnsi="Times New Roman" w:eastAsia="宋体"/>
          <w:b w:val="0"/>
          <w:i w:val="0"/>
          <w:sz w:val="18"/>
        </w:rPr>
        <w:t>题号　37　38　39　40　41　42　43　44　45</w:t>
      </w:r>
    </w:p>
    <w:p>
      <w:pPr>
        <w:spacing w:before="0" w:after="80" w:line="300" w:lineRule="auto"/>
      </w:pPr>
      <w:r>
        <w:rPr>
          <w:rFonts w:ascii="Times New Roman" w:hAnsi="Times New Roman" w:eastAsia="宋体"/>
          <w:b/>
          <w:i w:val="0"/>
          <w:sz w:val="18"/>
        </w:rPr>
        <w:t>答案　C　D　E　D　D　C　B　E　A</w:t>
      </w:r>
    </w:p>
    <w:p>
      <w:pPr>
        <w:spacing w:before="0" w:after="0" w:line="300" w:lineRule="auto"/>
      </w:pPr>
      <w:r>
        <w:rPr>
          <w:rFonts w:ascii="Times New Roman" w:hAnsi="Times New Roman" w:eastAsia="宋体"/>
          <w:b w:val="0"/>
          <w:i w:val="0"/>
          <w:sz w:val="18"/>
        </w:rPr>
        <w:t>题号　46　47　48　49　50</w:t>
      </w:r>
    </w:p>
    <w:p>
      <w:pPr>
        <w:spacing w:before="0" w:after="80" w:line="300" w:lineRule="auto"/>
      </w:pPr>
      <w:r>
        <w:rPr>
          <w:rFonts w:ascii="Times New Roman" w:hAnsi="Times New Roman" w:eastAsia="宋体"/>
          <w:b/>
          <w:i w:val="0"/>
          <w:sz w:val="18"/>
        </w:rPr>
        <w:t>答案　E　A　A　C　B</w:t>
      </w:r>
    </w:p>
    <w:p>
      <w:pPr>
        <w:spacing w:before="0" w:after="200" w:line="300" w:lineRule="auto"/>
      </w:pPr>
      <w:r>
        <w:rPr>
          <w:rFonts w:ascii="Times New Roman" w:hAnsi="Times New Roman" w:eastAsia="宋体"/>
          <w:b w:val="0"/>
          <w:i w:val="0"/>
          <w:color w:val="666666"/>
          <w:sz w:val="18"/>
        </w:rPr>
        <w:t>答案串：BEECBAEABCECCDBDABAAEACBBEABDDBEECDDCDEDDCBEAEAACB</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从顶角顶点引出的高、中线和角平分线是同一条直线。在两个底角顶点中的每一个处，这三条直线互不相同。因此共有</w:t>
      </w:r>
    </w:p>
    <w:p>
      <w:pPr>
        <w:spacing w:before="0" w:after="80" w:line="300" w:lineRule="auto"/>
        <w:jc w:val="left"/>
      </w:pPr>
      <w:r>
        <w:rPr>
          <w:rFonts w:ascii="Times New Roman" w:hAnsi="Times New Roman" w:eastAsia="宋体"/>
          <w:b w:val="0"/>
          <w:i w:val="0"/>
          <w:sz w:val="21"/>
        </w:rPr>
        <w:t>1+3+3=7</w:t>
      </w:r>
    </w:p>
    <w:p>
      <w:pPr>
        <w:spacing w:before="0" w:after="80" w:line="300" w:lineRule="auto"/>
        <w:jc w:val="left"/>
      </w:pPr>
      <w:r>
        <w:rPr>
          <w:rFonts w:ascii="Times New Roman" w:hAnsi="Times New Roman" w:eastAsia="宋体"/>
          <w:b w:val="0"/>
          <w:i w:val="0"/>
          <w:sz w:val="21"/>
        </w:rPr>
        <w:t>条不同的直线。</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altitude, median, and angle bisector from the apex are the same line. At each of the two base vertices, those three lines are distinct. Thus there are</w:t>
      </w:r>
    </w:p>
    <w:p>
      <w:pPr>
        <w:spacing w:before="0" w:after="80" w:line="300" w:lineRule="auto"/>
        <w:jc w:val="left"/>
      </w:pPr>
      <w:r>
        <w:rPr>
          <w:rFonts w:ascii="Times New Roman" w:hAnsi="Times New Roman" w:eastAsia="宋体"/>
          <w:b w:val="0"/>
          <w:i w:val="0"/>
          <w:color w:val="333333"/>
          <w:sz w:val="19"/>
        </w:rPr>
        <w:t>1+3+3=7</w:t>
      </w:r>
    </w:p>
    <w:p>
      <w:pPr>
        <w:spacing w:before="0" w:after="80" w:line="300" w:lineRule="auto"/>
        <w:jc w:val="left"/>
      </w:pPr>
      <w:r>
        <w:rPr>
          <w:rFonts w:ascii="Times New Roman" w:hAnsi="Times New Roman" w:eastAsia="宋体"/>
          <w:b w:val="0"/>
          <w:i w:val="0"/>
          <w:color w:val="333333"/>
          <w:sz w:val="19"/>
        </w:rPr>
        <w:t>distinct lines.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由韦达定理，根的和与积满足</w:t>
      </w:r>
    </w:p>
    <w:p>
      <w:pPr>
        <w:spacing w:before="0" w:after="80" w:line="300" w:lineRule="auto"/>
        <w:jc w:val="left"/>
      </w:pPr>
      <w:r>
        <w:rPr>
          <w:rFonts w:ascii="Times New Roman" w:hAnsi="Times New Roman" w:eastAsia="宋体"/>
          <w:b w:val="0"/>
          <w:i w:val="0"/>
          <w:sz w:val="21"/>
        </w:rPr>
        <w:t>h/2=4,</w:t>
      </w:r>
    </w:p>
    <w:p>
      <w:pPr>
        <w:spacing w:before="0" w:after="80" w:line="300" w:lineRule="auto"/>
        <w:jc w:val="left"/>
      </w:pPr>
      <w:r>
        <w:rPr>
          <w:rFonts w:ascii="Times New Roman" w:hAnsi="Times New Roman" w:eastAsia="宋体"/>
          <w:b w:val="0"/>
          <w:i w:val="0"/>
          <w:sz w:val="21"/>
        </w:rPr>
        <w:t>2k/2=k=-3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h=8，且 k=-3。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Vieta’s formulas, the sum and product of the roots are</w:t>
      </w:r>
    </w:p>
    <w:p>
      <w:pPr>
        <w:spacing w:before="0" w:after="80" w:line="300" w:lineRule="auto"/>
        <w:jc w:val="left"/>
      </w:pPr>
      <w:r>
        <w:rPr>
          <w:rFonts w:ascii="Times New Roman" w:hAnsi="Times New Roman" w:eastAsia="宋体"/>
          <w:b w:val="0"/>
          <w:i w:val="0"/>
          <w:color w:val="333333"/>
          <w:sz w:val="19"/>
        </w:rPr>
        <w:t>h/2=4,</w:t>
      </w:r>
    </w:p>
    <w:p>
      <w:pPr>
        <w:spacing w:before="0" w:after="80" w:line="300" w:lineRule="auto"/>
        <w:jc w:val="left"/>
      </w:pPr>
      <w:r>
        <w:rPr>
          <w:rFonts w:ascii="Times New Roman" w:hAnsi="Times New Roman" w:eastAsia="宋体"/>
          <w:b w:val="0"/>
          <w:i w:val="0"/>
          <w:color w:val="333333"/>
          <w:sz w:val="19"/>
        </w:rPr>
        <w:t>2k/2=k=-3.</w:t>
      </w:r>
    </w:p>
    <w:p>
      <w:pPr>
        <w:spacing w:before="0" w:after="80" w:line="300" w:lineRule="auto"/>
        <w:jc w:val="left"/>
      </w:pPr>
      <w:r>
        <w:rPr>
          <w:rFonts w:ascii="Times New Roman" w:hAnsi="Times New Roman" w:eastAsia="宋体"/>
          <w:b w:val="0"/>
          <w:i w:val="0"/>
          <w:color w:val="333333"/>
          <w:sz w:val="19"/>
        </w:rPr>
        <w:t>Hence h=8 and k=-3.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原式要求 a≠1。对于这样的 a，</w:t>
      </w:r>
    </w:p>
    <w:p>
      <w:pPr>
        <w:spacing w:before="0" w:after="80" w:line="300" w:lineRule="auto"/>
        <w:jc w:val="left"/>
      </w:pPr>
      <w:r>
        <w:rPr>
          <w:rFonts w:ascii="Times New Roman" w:hAnsi="Times New Roman" w:eastAsia="宋体"/>
          <w:b w:val="0"/>
          <w:i w:val="0"/>
          <w:sz w:val="21"/>
        </w:rPr>
        <w:t>1+a/1-a =1-a+a/1-a</w:t>
      </w:r>
    </w:p>
    <w:p>
      <w:pPr>
        <w:spacing w:before="0" w:after="80" w:line="300" w:lineRule="auto"/>
        <w:jc w:val="left"/>
      </w:pPr>
      <w:r>
        <w:rPr>
          <w:rFonts w:ascii="Times New Roman" w:hAnsi="Times New Roman" w:eastAsia="宋体"/>
          <w:b w:val="0"/>
          <w:i w:val="0"/>
          <w:sz w:val="21"/>
        </w:rPr>
        <w:t>=1/1-a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因此原式等于 1-(1-a)=a。限制条件 a≠1 仍须保留。</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original expression requires a≠1. For such a,</w:t>
      </w:r>
    </w:p>
    <w:p>
      <w:pPr>
        <w:spacing w:before="0" w:after="80" w:line="300" w:lineRule="auto"/>
        <w:jc w:val="left"/>
      </w:pPr>
      <w:r>
        <w:rPr>
          <w:rFonts w:ascii="Times New Roman" w:hAnsi="Times New Roman" w:eastAsia="宋体"/>
          <w:b w:val="0"/>
          <w:i w:val="0"/>
          <w:color w:val="333333"/>
          <w:sz w:val="19"/>
        </w:rPr>
        <w:t>1+a/1-a =1-a+a/1-a</w:t>
      </w:r>
    </w:p>
    <w:p>
      <w:pPr>
        <w:spacing w:before="0" w:after="80" w:line="300" w:lineRule="auto"/>
        <w:jc w:val="left"/>
      </w:pPr>
      <w:r>
        <w:rPr>
          <w:rFonts w:ascii="Times New Roman" w:hAnsi="Times New Roman" w:eastAsia="宋体"/>
          <w:b w:val="0"/>
          <w:i w:val="0"/>
          <w:color w:val="333333"/>
          <w:sz w:val="19"/>
        </w:rPr>
        <w:t>=1/1-a.</w:t>
      </w:r>
    </w:p>
    <w:p>
      <w:pPr>
        <w:spacing w:before="0" w:after="80" w:line="300" w:lineRule="auto"/>
        <w:jc w:val="left"/>
      </w:pPr>
      <w:r>
        <w:rPr>
          <w:rFonts w:ascii="Times New Roman" w:hAnsi="Times New Roman" w:eastAsia="宋体"/>
          <w:b w:val="0"/>
          <w:i w:val="0"/>
          <w:color w:val="333333"/>
          <w:sz w:val="19"/>
        </w:rPr>
        <w:t>Therefore the expression is 1-(1-a)=a. The restriction a≠1 remains.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严格按题中所给形式应用分配律，令 a=3x+2、b=x，且 c=-5。则</w:t>
      </w:r>
    </w:p>
    <w:p>
      <w:pPr>
        <w:spacing w:before="0" w:after="80" w:line="300" w:lineRule="auto"/>
        <w:jc w:val="left"/>
      </w:pPr>
      <w:r>
        <w:rPr>
          <w:rFonts w:ascii="Times New Roman" w:hAnsi="Times New Roman" w:eastAsia="宋体"/>
          <w:b w:val="0"/>
          <w:i w:val="0"/>
          <w:sz w:val="21"/>
        </w:rPr>
        <w:t>(3x+2)(x-5)</w:t>
      </w:r>
    </w:p>
    <w:p>
      <w:pPr>
        <w:spacing w:before="0" w:after="80" w:line="300" w:lineRule="auto"/>
        <w:jc w:val="left"/>
      </w:pPr>
      <w:r>
        <w:rPr>
          <w:rFonts w:ascii="Times New Roman" w:hAnsi="Times New Roman" w:eastAsia="宋体"/>
          <w:b w:val="0"/>
          <w:i w:val="0"/>
          <w:sz w:val="21"/>
        </w:rPr>
        <w:t>=(3x+2)x+(3x+2)(-5)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property in precisely the stated form, set a=3x+2, b=x, and c=-5. Then</w:t>
      </w:r>
    </w:p>
    <w:p>
      <w:pPr>
        <w:spacing w:before="0" w:after="80" w:line="300" w:lineRule="auto"/>
        <w:jc w:val="left"/>
      </w:pPr>
      <w:r>
        <w:rPr>
          <w:rFonts w:ascii="Times New Roman" w:hAnsi="Times New Roman" w:eastAsia="宋体"/>
          <w:b w:val="0"/>
          <w:i w:val="0"/>
          <w:color w:val="333333"/>
          <w:sz w:val="19"/>
        </w:rPr>
        <w:t>(3x+2)(x-5)</w:t>
      </w:r>
    </w:p>
    <w:p>
      <w:pPr>
        <w:spacing w:before="0" w:after="80" w:line="300" w:lineRule="auto"/>
        <w:jc w:val="left"/>
      </w:pPr>
      <w:r>
        <w:rPr>
          <w:rFonts w:ascii="Times New Roman" w:hAnsi="Times New Roman" w:eastAsia="宋体"/>
          <w:b w:val="0"/>
          <w:i w:val="0"/>
          <w:color w:val="333333"/>
          <w:sz w:val="19"/>
        </w:rPr>
        <w:t>=(3x+2)x+(3x+2)(-5).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合并各对数，得到</w:t>
      </w:r>
    </w:p>
    <w:p>
      <w:pPr>
        <w:spacing w:before="0" w:after="80" w:line="300" w:lineRule="auto"/>
        <w:jc w:val="left"/>
      </w:pPr>
      <w:r>
        <w:rPr>
          <w:rFonts w:ascii="Times New Roman" w:hAnsi="Times New Roman" w:eastAsia="宋体"/>
          <w:b w:val="0"/>
          <w:i w:val="0"/>
          <w:sz w:val="21"/>
        </w:rPr>
        <w:t>log(a/bb/cc/ddx/ay)</w:t>
      </w:r>
    </w:p>
    <w:p>
      <w:pPr>
        <w:spacing w:before="0" w:after="80" w:line="300" w:lineRule="auto"/>
        <w:jc w:val="left"/>
      </w:pPr>
      <w:r>
        <w:rPr>
          <w:rFonts w:ascii="Times New Roman" w:hAnsi="Times New Roman" w:eastAsia="宋体"/>
          <w:b w:val="0"/>
          <w:i w:val="0"/>
          <w:sz w:val="21"/>
        </w:rPr>
        <w:t>=log(a/ddx/ay)</w:t>
      </w:r>
    </w:p>
    <w:p>
      <w:pPr>
        <w:spacing w:before="0" w:after="80" w:line="300" w:lineRule="auto"/>
        <w:jc w:val="left"/>
      </w:pPr>
      <w:r>
        <w:rPr>
          <w:rFonts w:ascii="Times New Roman" w:hAnsi="Times New Roman" w:eastAsia="宋体"/>
          <w:b w:val="0"/>
          <w:i w:val="0"/>
          <w:sz w:val="21"/>
        </w:rPr>
        <w:t>=logx/y</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Combining the logarithms gives</w:t>
      </w:r>
    </w:p>
    <w:p>
      <w:pPr>
        <w:spacing w:before="0" w:after="80" w:line="300" w:lineRule="auto"/>
        <w:jc w:val="left"/>
      </w:pPr>
      <w:r>
        <w:rPr>
          <w:rFonts w:ascii="Times New Roman" w:hAnsi="Times New Roman" w:eastAsia="宋体"/>
          <w:b w:val="0"/>
          <w:i w:val="0"/>
          <w:color w:val="333333"/>
          <w:sz w:val="19"/>
        </w:rPr>
        <w:t>log(a/bb/cc/ddx/ay)</w:t>
      </w:r>
    </w:p>
    <w:p>
      <w:pPr>
        <w:spacing w:before="0" w:after="80" w:line="300" w:lineRule="auto"/>
        <w:jc w:val="left"/>
      </w:pPr>
      <w:r>
        <w:rPr>
          <w:rFonts w:ascii="Times New Roman" w:hAnsi="Times New Roman" w:eastAsia="宋体"/>
          <w:b w:val="0"/>
          <w:i w:val="0"/>
          <w:color w:val="333333"/>
          <w:sz w:val="19"/>
        </w:rPr>
        <w:t>=log(a/ddx/ay)</w:t>
      </w:r>
    </w:p>
    <w:p>
      <w:pPr>
        <w:spacing w:before="0" w:after="80" w:line="300" w:lineRule="auto"/>
        <w:jc w:val="left"/>
      </w:pPr>
      <w:r>
        <w:rPr>
          <w:rFonts w:ascii="Times New Roman" w:hAnsi="Times New Roman" w:eastAsia="宋体"/>
          <w:b w:val="0"/>
          <w:i w:val="0"/>
          <w:color w:val="333333"/>
          <w:sz w:val="19"/>
        </w:rPr>
        <w:t>=logx/y.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盒高为 x，底面的两个边长分别为 10-2x 和 14-2x。因此</w:t>
      </w:r>
    </w:p>
    <w:p>
      <w:pPr>
        <w:spacing w:before="0" w:after="80" w:line="300" w:lineRule="auto"/>
        <w:jc w:val="left"/>
      </w:pPr>
      <w:r>
        <w:rPr>
          <w:rFonts w:ascii="Times New Roman" w:hAnsi="Times New Roman" w:eastAsia="宋体"/>
          <w:b w:val="0"/>
          <w:i w:val="0"/>
          <w:sz w:val="21"/>
        </w:rPr>
        <w:t>V=x(10-2x)(14-2x)</w:t>
      </w:r>
    </w:p>
    <w:p>
      <w:pPr>
        <w:spacing w:before="0" w:after="80" w:line="300" w:lineRule="auto"/>
        <w:jc w:val="left"/>
      </w:pPr>
      <w:r>
        <w:rPr>
          <w:rFonts w:ascii="Times New Roman" w:hAnsi="Times New Roman" w:eastAsia="宋体"/>
          <w:b w:val="0"/>
          <w:i w:val="0"/>
          <w:sz w:val="21"/>
        </w:rPr>
        <w:t>=140x-48x²+4x³</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box has height x and base dimensions 10-2x and 14-2x. Hence</w:t>
      </w:r>
    </w:p>
    <w:p>
      <w:pPr>
        <w:spacing w:before="0" w:after="80" w:line="300" w:lineRule="auto"/>
        <w:jc w:val="left"/>
      </w:pPr>
      <w:r>
        <w:rPr>
          <w:rFonts w:ascii="Times New Roman" w:hAnsi="Times New Roman" w:eastAsia="宋体"/>
          <w:b w:val="0"/>
          <w:i w:val="0"/>
          <w:color w:val="333333"/>
          <w:sz w:val="19"/>
        </w:rPr>
        <w:t>V=x(10-2x)(14-2x)</w:t>
      </w:r>
    </w:p>
    <w:p>
      <w:pPr>
        <w:spacing w:before="0" w:after="80" w:line="300" w:lineRule="auto"/>
        <w:jc w:val="left"/>
      </w:pPr>
      <w:r>
        <w:rPr>
          <w:rFonts w:ascii="Times New Roman" w:hAnsi="Times New Roman" w:eastAsia="宋体"/>
          <w:b w:val="0"/>
          <w:i w:val="0"/>
          <w:color w:val="333333"/>
          <w:sz w:val="19"/>
        </w:rPr>
        <w:t>=140x-48x²+4x³.</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内切圆半径满足 r²=48，所以 r=4√(3)。若边长为 s，则</w:t>
      </w:r>
    </w:p>
    <w:p>
      <w:pPr>
        <w:spacing w:before="0" w:after="80" w:line="300" w:lineRule="auto"/>
        <w:jc w:val="left"/>
      </w:pPr>
      <w:r>
        <w:rPr>
          <w:rFonts w:ascii="Times New Roman" w:hAnsi="Times New Roman" w:eastAsia="宋体"/>
          <w:b w:val="0"/>
          <w:i w:val="0"/>
          <w:sz w:val="21"/>
        </w:rPr>
        <w:t>r=(s√(3))/6，</w:t>
      </w:r>
    </w:p>
    <w:p>
      <w:pPr>
        <w:spacing w:before="0" w:after="80" w:line="300" w:lineRule="auto"/>
        <w:jc w:val="left"/>
      </w:pPr>
      <w:r>
        <w:rPr>
          <w:rFonts w:ascii="Times New Roman" w:hAnsi="Times New Roman" w:eastAsia="宋体"/>
          <w:b w:val="0"/>
          <w:i w:val="0"/>
          <w:sz w:val="21"/>
        </w:rPr>
        <w:t>解得 s=24。周长为 3s=72。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inradius satisfies r²=48, so r=4√(3). If s is the side length, then</w:t>
      </w:r>
    </w:p>
    <w:p>
      <w:pPr>
        <w:spacing w:before="0" w:after="80" w:line="300" w:lineRule="auto"/>
        <w:jc w:val="left"/>
      </w:pPr>
      <w:r>
        <w:rPr>
          <w:rFonts w:ascii="Times New Roman" w:hAnsi="Times New Roman" w:eastAsia="宋体"/>
          <w:b w:val="0"/>
          <w:i w:val="0"/>
          <w:color w:val="333333"/>
          <w:sz w:val="19"/>
        </w:rPr>
        <w:t>r=(s√(3))/6,</w:t>
      </w:r>
    </w:p>
    <w:p>
      <w:pPr>
        <w:spacing w:before="0" w:after="80" w:line="300" w:lineRule="auto"/>
        <w:jc w:val="left"/>
      </w:pPr>
      <w:r>
        <w:rPr>
          <w:rFonts w:ascii="Times New Roman" w:hAnsi="Times New Roman" w:eastAsia="宋体"/>
          <w:b w:val="0"/>
          <w:i w:val="0"/>
          <w:color w:val="333333"/>
          <w:sz w:val="19"/>
        </w:rPr>
        <w:t>which gives s=24. The perimeter is 3s=72.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令 x=2t、y=3t，且 z=5t。因为 10t=100，所以 t=10，从而 x=20 且 y=30。因此</w:t>
      </w:r>
    </w:p>
    <w:p>
      <w:pPr>
        <w:spacing w:before="0" w:after="80" w:line="300" w:lineRule="auto"/>
        <w:jc w:val="left"/>
      </w:pPr>
      <w:r>
        <w:rPr>
          <w:rFonts w:ascii="Times New Roman" w:hAnsi="Times New Roman" w:eastAsia="宋体"/>
          <w:b w:val="0"/>
          <w:i w:val="0"/>
          <w:sz w:val="21"/>
        </w:rPr>
        <w:t>30=20a-10，</w:t>
      </w:r>
    </w:p>
    <w:p>
      <w:pPr>
        <w:spacing w:before="0" w:after="80" w:line="300" w:lineRule="auto"/>
        <w:jc w:val="left"/>
      </w:pPr>
      <w:r>
        <w:rPr>
          <w:rFonts w:ascii="Times New Roman" w:hAnsi="Times New Roman" w:eastAsia="宋体"/>
          <w:b w:val="0"/>
          <w:i w:val="0"/>
          <w:sz w:val="21"/>
        </w:rPr>
        <w:t>解得 a=2。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x=2t, y=3t, and z=5t. Since 10t=100, we get t=10, so x=20 and y=30. Thus</w:t>
      </w:r>
    </w:p>
    <w:p>
      <w:pPr>
        <w:spacing w:before="0" w:after="80" w:line="300" w:lineRule="auto"/>
        <w:jc w:val="left"/>
      </w:pPr>
      <w:r>
        <w:rPr>
          <w:rFonts w:ascii="Times New Roman" w:hAnsi="Times New Roman" w:eastAsia="宋体"/>
          <w:b w:val="0"/>
          <w:i w:val="0"/>
          <w:color w:val="333333"/>
          <w:sz w:val="19"/>
        </w:rPr>
        <w:t>30=20a-10,</w:t>
      </w:r>
    </w:p>
    <w:p>
      <w:pPr>
        <w:spacing w:before="0" w:after="80" w:line="300" w:lineRule="auto"/>
        <w:jc w:val="left"/>
      </w:pPr>
      <w:r>
        <w:rPr>
          <w:rFonts w:ascii="Times New Roman" w:hAnsi="Times New Roman" w:eastAsia="宋体"/>
          <w:b w:val="0"/>
          <w:i w:val="0"/>
          <w:color w:val="333333"/>
          <w:sz w:val="19"/>
        </w:rPr>
        <w:t>and a=2.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此时 x-y=2-(-2)=4。因此</w:t>
      </w:r>
    </w:p>
    <w:p>
      <w:pPr>
        <w:spacing w:before="0" w:after="80" w:line="300" w:lineRule="auto"/>
        <w:jc w:val="left"/>
      </w:pPr>
      <w:r>
        <w:rPr>
          <w:rFonts w:ascii="Times New Roman" w:hAnsi="Times New Roman" w:eastAsia="宋体"/>
          <w:b w:val="0"/>
          <w:i w:val="0"/>
          <w:sz w:val="21"/>
        </w:rPr>
        <w:t>x-yˣ⁻ʸ =2-(-2)⁴</w:t>
      </w:r>
    </w:p>
    <w:p>
      <w:pPr>
        <w:spacing w:before="0" w:after="80" w:line="300" w:lineRule="auto"/>
        <w:jc w:val="left"/>
      </w:pPr>
      <w:r>
        <w:rPr>
          <w:rFonts w:ascii="Times New Roman" w:hAnsi="Times New Roman" w:eastAsia="宋体"/>
          <w:b w:val="0"/>
          <w:i w:val="0"/>
          <w:sz w:val="21"/>
        </w:rPr>
        <w:t>=2-16=-14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Here x-y=2-(-2)=4. Therefore</w:t>
      </w:r>
    </w:p>
    <w:p>
      <w:pPr>
        <w:spacing w:before="0" w:after="80" w:line="300" w:lineRule="auto"/>
        <w:jc w:val="left"/>
      </w:pPr>
      <w:r>
        <w:rPr>
          <w:rFonts w:ascii="Times New Roman" w:hAnsi="Times New Roman" w:eastAsia="宋体"/>
          <w:b w:val="0"/>
          <w:i w:val="0"/>
          <w:color w:val="333333"/>
          <w:sz w:val="19"/>
        </w:rPr>
        <w:t>x-yˣ⁻ʸ =2-(-2)⁴</w:t>
      </w:r>
    </w:p>
    <w:p>
      <w:pPr>
        <w:spacing w:before="0" w:after="80" w:line="300" w:lineRule="auto"/>
        <w:jc w:val="left"/>
      </w:pPr>
      <w:r>
        <w:rPr>
          <w:rFonts w:ascii="Times New Roman" w:hAnsi="Times New Roman" w:eastAsia="宋体"/>
          <w:b w:val="0"/>
          <w:i w:val="0"/>
          <w:color w:val="333333"/>
          <w:sz w:val="19"/>
        </w:rPr>
        <w:t>=2-16=-14.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配方得到</w:t>
      </w:r>
    </w:p>
    <w:p>
      <w:pPr>
        <w:spacing w:before="0" w:after="80" w:line="300" w:lineRule="auto"/>
        <w:jc w:val="left"/>
      </w:pPr>
      <w:r>
        <w:rPr>
          <w:rFonts w:ascii="Times New Roman" w:hAnsi="Times New Roman" w:eastAsia="宋体"/>
          <w:b w:val="0"/>
          <w:i w:val="0"/>
          <w:sz w:val="21"/>
        </w:rPr>
        <w:t>y=2(x+1)²+1。</w:t>
      </w:r>
    </w:p>
    <w:p>
      <w:pPr>
        <w:spacing w:before="0" w:after="80" w:line="300" w:lineRule="auto"/>
        <w:jc w:val="left"/>
      </w:pPr>
      <w:r>
        <w:rPr>
          <w:rFonts w:ascii="Times New Roman" w:hAnsi="Times New Roman" w:eastAsia="宋体"/>
          <w:b w:val="0"/>
          <w:i w:val="0"/>
          <w:sz w:val="21"/>
        </w:rPr>
        <w:t>平方项非负，所以图像的最低点为 (-1,1)。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Completing the square,</w:t>
      </w:r>
    </w:p>
    <w:p>
      <w:pPr>
        <w:spacing w:before="0" w:after="80" w:line="300" w:lineRule="auto"/>
        <w:jc w:val="left"/>
      </w:pPr>
      <w:r>
        <w:rPr>
          <w:rFonts w:ascii="Times New Roman" w:hAnsi="Times New Roman" w:eastAsia="宋体"/>
          <w:b w:val="0"/>
          <w:i w:val="0"/>
          <w:color w:val="333333"/>
          <w:sz w:val="19"/>
        </w:rPr>
        <w:t>y=2(x+1)²+1.</w:t>
      </w:r>
    </w:p>
    <w:p>
      <w:pPr>
        <w:spacing w:before="0" w:after="80" w:line="300" w:lineRule="auto"/>
        <w:jc w:val="left"/>
      </w:pPr>
      <w:r>
        <w:rPr>
          <w:rFonts w:ascii="Times New Roman" w:hAnsi="Times New Roman" w:eastAsia="宋体"/>
          <w:b w:val="0"/>
          <w:i w:val="0"/>
          <w:color w:val="333333"/>
          <w:sz w:val="19"/>
        </w:rPr>
        <w:t>The squared term is nonnegative, so the graph has its lowest point at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分针从十二点方向顺时针转过 90°。时针从十二点方向转过</w:t>
      </w:r>
    </w:p>
    <w:p>
      <w:pPr>
        <w:spacing w:before="0" w:after="80" w:line="300" w:lineRule="auto"/>
        <w:jc w:val="left"/>
      </w:pPr>
      <w:r>
        <w:rPr>
          <w:rFonts w:ascii="Times New Roman" w:hAnsi="Times New Roman" w:eastAsia="宋体"/>
          <w:b w:val="0"/>
          <w:i w:val="0"/>
          <w:sz w:val="21"/>
        </w:rPr>
        <w:t>2(30°)+1/4(30°)=67.5°。</w:t>
      </w:r>
    </w:p>
    <w:p>
      <w:pPr>
        <w:spacing w:before="0" w:after="80" w:line="300" w:lineRule="auto"/>
        <w:jc w:val="left"/>
      </w:pPr>
      <w:r>
        <w:rPr>
          <w:rFonts w:ascii="Times New Roman" w:hAnsi="Times New Roman" w:eastAsia="宋体"/>
          <w:b w:val="0"/>
          <w:i w:val="0"/>
          <w:sz w:val="21"/>
        </w:rPr>
        <w:t>两针所成的较小角为 90°-67.5°=22.5°，不在选项中。</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minute hand is 90° clockwise from twelve. The hour hand is</w:t>
      </w:r>
    </w:p>
    <w:p>
      <w:pPr>
        <w:spacing w:before="0" w:after="80" w:line="300" w:lineRule="auto"/>
        <w:jc w:val="left"/>
      </w:pPr>
      <w:r>
        <w:rPr>
          <w:rFonts w:ascii="Times New Roman" w:hAnsi="Times New Roman" w:eastAsia="宋体"/>
          <w:b w:val="0"/>
          <w:i w:val="0"/>
          <w:color w:val="333333"/>
          <w:sz w:val="19"/>
        </w:rPr>
        <w:t>2(30°)+1/4(30°)=67.5°</w:t>
      </w:r>
    </w:p>
    <w:p>
      <w:pPr>
        <w:spacing w:before="0" w:after="80" w:line="300" w:lineRule="auto"/>
        <w:jc w:val="left"/>
      </w:pPr>
      <w:r>
        <w:rPr>
          <w:rFonts w:ascii="Times New Roman" w:hAnsi="Times New Roman" w:eastAsia="宋体"/>
          <w:b w:val="0"/>
          <w:i w:val="0"/>
          <w:color w:val="333333"/>
          <w:sz w:val="19"/>
        </w:rPr>
        <w:t>from twelve. Their smaller angle is 90°-67.5°=22.5°, which is not listed.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使用相同的十的幂，得到</w:t>
      </w:r>
    </w:p>
    <w:p>
      <w:pPr>
        <w:spacing w:before="0" w:after="80" w:line="300" w:lineRule="auto"/>
        <w:jc w:val="left"/>
      </w:pPr>
      <w:r>
        <w:rPr>
          <w:rFonts w:ascii="Times New Roman" w:hAnsi="Times New Roman" w:eastAsia="宋体"/>
          <w:b w:val="0"/>
          <w:i w:val="0"/>
          <w:sz w:val="21"/>
        </w:rPr>
        <w:t>10⁻⁴⁹-2·10⁻⁵⁰</w:t>
      </w:r>
    </w:p>
    <w:p>
      <w:pPr>
        <w:spacing w:before="0" w:after="80" w:line="300" w:lineRule="auto"/>
        <w:jc w:val="left"/>
      </w:pPr>
      <w:r>
        <w:rPr>
          <w:rFonts w:ascii="Times New Roman" w:hAnsi="Times New Roman" w:eastAsia="宋体"/>
          <w:b w:val="0"/>
          <w:i w:val="0"/>
          <w:sz w:val="21"/>
        </w:rPr>
        <w:t>=(10-2)10⁻⁵⁰</w:t>
      </w:r>
    </w:p>
    <w:p>
      <w:pPr>
        <w:spacing w:before="0" w:after="80" w:line="300" w:lineRule="auto"/>
        <w:jc w:val="left"/>
      </w:pPr>
      <w:r>
        <w:rPr>
          <w:rFonts w:ascii="Times New Roman" w:hAnsi="Times New Roman" w:eastAsia="宋体"/>
          <w:b w:val="0"/>
          <w:i w:val="0"/>
          <w:sz w:val="21"/>
        </w:rPr>
        <w:t>=8·10⁻⁵⁰</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a common power of ten,</w:t>
      </w:r>
    </w:p>
    <w:p>
      <w:pPr>
        <w:spacing w:before="0" w:after="80" w:line="300" w:lineRule="auto"/>
        <w:jc w:val="left"/>
      </w:pPr>
      <w:r>
        <w:rPr>
          <w:rFonts w:ascii="Times New Roman" w:hAnsi="Times New Roman" w:eastAsia="宋体"/>
          <w:b w:val="0"/>
          <w:i w:val="0"/>
          <w:color w:val="333333"/>
          <w:sz w:val="19"/>
        </w:rPr>
        <w:t>10⁻⁴⁹-2·10⁻⁵⁰</w:t>
      </w:r>
    </w:p>
    <w:p>
      <w:pPr>
        <w:spacing w:before="0" w:after="80" w:line="300" w:lineRule="auto"/>
        <w:jc w:val="left"/>
      </w:pPr>
      <w:r>
        <w:rPr>
          <w:rFonts w:ascii="Times New Roman" w:hAnsi="Times New Roman" w:eastAsia="宋体"/>
          <w:b w:val="0"/>
          <w:i w:val="0"/>
          <w:color w:val="333333"/>
          <w:sz w:val="19"/>
        </w:rPr>
        <w:t>=(10-2)10⁻⁵⁰</w:t>
      </w:r>
    </w:p>
    <w:p>
      <w:pPr>
        <w:spacing w:before="0" w:after="80" w:line="300" w:lineRule="auto"/>
        <w:jc w:val="left"/>
      </w:pPr>
      <w:r>
        <w:rPr>
          <w:rFonts w:ascii="Times New Roman" w:hAnsi="Times New Roman" w:eastAsia="宋体"/>
          <w:b w:val="0"/>
          <w:i w:val="0"/>
          <w:color w:val="333333"/>
          <w:sz w:val="19"/>
        </w:rPr>
        <w:t>=8·10⁻⁵⁰.</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√(2)≈1.414&lt;1.5,</w:t>
      </w:r>
    </w:p>
    <w:p>
      <w:pPr>
        <w:spacing w:before="0" w:after="80" w:line="300" w:lineRule="auto"/>
        <w:jc w:val="left"/>
      </w:pPr>
      <w:r>
        <w:rPr>
          <w:rFonts w:ascii="Times New Roman" w:hAnsi="Times New Roman" w:eastAsia="宋体"/>
          <w:b w:val="0"/>
          <w:i w:val="0"/>
          <w:sz w:val="21"/>
        </w:rPr>
        <w:t>1.5&lt;1.732≈√(3)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所以有理数 1.5 位于这两个根式之间。</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w:t>
      </w:r>
    </w:p>
    <w:p>
      <w:pPr>
        <w:spacing w:before="0" w:after="80" w:line="300" w:lineRule="auto"/>
        <w:jc w:val="left"/>
      </w:pPr>
      <w:r>
        <w:rPr>
          <w:rFonts w:ascii="Times New Roman" w:hAnsi="Times New Roman" w:eastAsia="宋体"/>
          <w:b w:val="0"/>
          <w:i w:val="0"/>
          <w:color w:val="333333"/>
          <w:sz w:val="19"/>
        </w:rPr>
        <w:t>√(2)≈1.414&lt;1.5,</w:t>
      </w:r>
    </w:p>
    <w:p>
      <w:pPr>
        <w:spacing w:before="0" w:after="80" w:line="300" w:lineRule="auto"/>
        <w:jc w:val="left"/>
      </w:pPr>
      <w:r>
        <w:rPr>
          <w:rFonts w:ascii="Times New Roman" w:hAnsi="Times New Roman" w:eastAsia="宋体"/>
          <w:b w:val="0"/>
          <w:i w:val="0"/>
          <w:color w:val="333333"/>
          <w:sz w:val="19"/>
        </w:rPr>
        <w:t>1.5&lt;1.732≈√(3),</w:t>
      </w:r>
    </w:p>
    <w:p>
      <w:pPr>
        <w:spacing w:before="0" w:after="80" w:line="300" w:lineRule="auto"/>
        <w:jc w:val="left"/>
      </w:pPr>
      <w:r>
        <w:rPr>
          <w:rFonts w:ascii="Times New Roman" w:hAnsi="Times New Roman" w:eastAsia="宋体"/>
          <w:b w:val="0"/>
          <w:i w:val="0"/>
          <w:color w:val="333333"/>
          <w:sz w:val="19"/>
        </w:rPr>
        <w:t>the rational number 1.5 lies between the two radicals.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两个被开方数分别是 (x-1)² 与 (x+1)²。因此</w:t>
      </w:r>
    </w:p>
    <w:p>
      <w:pPr>
        <w:spacing w:before="0" w:after="80" w:line="300" w:lineRule="auto"/>
        <w:jc w:val="left"/>
      </w:pPr>
      <w:r>
        <w:rPr>
          <w:rFonts w:ascii="Times New Roman" w:hAnsi="Times New Roman" w:eastAsia="宋体"/>
          <w:b w:val="0"/>
          <w:i w:val="0"/>
          <w:sz w:val="21"/>
        </w:rPr>
        <w:t>y=√((x-1)²)</w:t>
      </w:r>
    </w:p>
    <w:p>
      <w:pPr>
        <w:spacing w:before="0" w:after="80" w:line="300" w:lineRule="auto"/>
        <w:jc w:val="left"/>
      </w:pPr>
      <w:r>
        <w:rPr>
          <w:rFonts w:ascii="Times New Roman" w:hAnsi="Times New Roman" w:eastAsia="宋体"/>
          <w:b w:val="0"/>
          <w:i w:val="0"/>
          <w:sz w:val="21"/>
        </w:rPr>
        <w:t>+√((x+1)²)</w:t>
      </w:r>
    </w:p>
    <w:p>
      <w:pPr>
        <w:spacing w:before="0" w:after="80" w:line="300" w:lineRule="auto"/>
        <w:jc w:val="left"/>
      </w:pPr>
      <w:r>
        <w:rPr>
          <w:rFonts w:ascii="Times New Roman" w:hAnsi="Times New Roman" w:eastAsia="宋体"/>
          <w:b w:val="0"/>
          <w:i w:val="0"/>
          <w:sz w:val="21"/>
        </w:rPr>
        <w:t>=|x-1|+|x+1|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radicands are (x-1)² and (x+1)². Hence</w:t>
      </w:r>
    </w:p>
    <w:p>
      <w:pPr>
        <w:spacing w:before="0" w:after="80" w:line="300" w:lineRule="auto"/>
        <w:jc w:val="left"/>
      </w:pPr>
      <w:r>
        <w:rPr>
          <w:rFonts w:ascii="Times New Roman" w:hAnsi="Times New Roman" w:eastAsia="宋体"/>
          <w:b w:val="0"/>
          <w:i w:val="0"/>
          <w:color w:val="333333"/>
          <w:sz w:val="19"/>
        </w:rPr>
        <w:t>y=√((x-1)²)</w:t>
      </w:r>
    </w:p>
    <w:p>
      <w:pPr>
        <w:spacing w:before="0" w:after="80" w:line="300" w:lineRule="auto"/>
        <w:jc w:val="left"/>
      </w:pPr>
      <w:r>
        <w:rPr>
          <w:rFonts w:ascii="Times New Roman" w:hAnsi="Times New Roman" w:eastAsia="宋体"/>
          <w:b w:val="0"/>
          <w:i w:val="0"/>
          <w:color w:val="333333"/>
          <w:sz w:val="19"/>
        </w:rPr>
        <w:t>+√((x+1)²)</w:t>
      </w:r>
    </w:p>
    <w:p>
      <w:pPr>
        <w:spacing w:before="0" w:after="80" w:line="300" w:lineRule="auto"/>
        <w:jc w:val="left"/>
      </w:pPr>
      <w:r>
        <w:rPr>
          <w:rFonts w:ascii="Times New Roman" w:hAnsi="Times New Roman" w:eastAsia="宋体"/>
          <w:b w:val="0"/>
          <w:i w:val="0"/>
          <w:color w:val="333333"/>
          <w:sz w:val="19"/>
        </w:rPr>
        <w:t>=|x-1|+|x+1|.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表中数值满足 s=10t²。因此，当 t=2.5 时，</w:t>
      </w:r>
    </w:p>
    <w:p>
      <w:pPr>
        <w:spacing w:before="0" w:after="80" w:line="300" w:lineRule="auto"/>
        <w:jc w:val="left"/>
      </w:pPr>
      <w:r>
        <w:rPr>
          <w:rFonts w:ascii="Times New Roman" w:hAnsi="Times New Roman" w:eastAsia="宋体"/>
          <w:b w:val="0"/>
          <w:i w:val="0"/>
          <w:sz w:val="21"/>
        </w:rPr>
        <w:t>s=10(2.5)²=10(6.25)=62.5。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entries follow s=10t². Thus, at t=2.5,</w:t>
      </w:r>
    </w:p>
    <w:p>
      <w:pPr>
        <w:spacing w:before="0" w:after="80" w:line="300" w:lineRule="auto"/>
        <w:jc w:val="left"/>
      </w:pPr>
      <w:r>
        <w:rPr>
          <w:rFonts w:ascii="Times New Roman" w:hAnsi="Times New Roman" w:eastAsia="宋体"/>
          <w:b w:val="0"/>
          <w:i w:val="0"/>
          <w:color w:val="333333"/>
          <w:sz w:val="19"/>
        </w:rPr>
        <w:t>s=10(2.5)²=10(6.25)=62.5.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关系 c=15n 是线性的，但金鱼条数 n 只能是十二个整数 1,2,…,12 中的一个。因此，图像由十二个互不相同的点组成，而不是整条直线或线段。</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rule c=15n is linear, but the number n of goldfish can only be one of the twelve integers 1,2,…,12. The graph therefore consists of twelve distinct points, not an entire line or segment.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立方体有八个顶点。一条路径可以依次访问全部八个顶点而不重复，共走过七条棱；随后从最后一个顶点沿一条棱回到起点，这次返回才是第一次重复到达顶点。因此，允许的最长路线共经过八条棱，长度为 8·3=24 英寸。</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cube has eight vertices. A path can visit all eight once, using seven edges, and then traverse the edge from its last vertex back to its starting vertex; the return is the first repeated vertex. Thus the greatest permitted walk uses eight edges. Its length is 8·3=24 inches.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角 APO 与 ABM 都是直角，且两个三角形共有角 A。因此三角形 APO 与 ABM 相似。由对应边可得</w:t>
      </w:r>
    </w:p>
    <w:p>
      <w:pPr>
        <w:spacing w:before="0" w:after="80" w:line="300" w:lineRule="auto"/>
        <w:jc w:val="left"/>
      </w:pPr>
      <w:r>
        <w:rPr>
          <w:rFonts w:ascii="Times New Roman" w:hAnsi="Times New Roman" w:eastAsia="宋体"/>
          <w:b w:val="0"/>
          <w:i w:val="0"/>
          <w:sz w:val="21"/>
        </w:rPr>
        <w:t>AP/AB=AO/AM。</w:t>
      </w:r>
    </w:p>
    <w:p>
      <w:pPr>
        <w:spacing w:before="0" w:after="80" w:line="300" w:lineRule="auto"/>
        <w:jc w:val="left"/>
      </w:pPr>
      <w:r>
        <w:rPr>
          <w:rFonts w:ascii="Times New Roman" w:hAnsi="Times New Roman" w:eastAsia="宋体"/>
          <w:b w:val="0"/>
          <w:i w:val="0"/>
          <w:sz w:val="21"/>
        </w:rPr>
        <w:t>所以 AP· AM=AO· AB。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Angles APO and ABM are both right angles, and the two triangles share angle A. Therefore triangles APO and ABM are similar. Corresponding sides give</w:t>
      </w:r>
    </w:p>
    <w:p>
      <w:pPr>
        <w:spacing w:before="0" w:after="80" w:line="300" w:lineRule="auto"/>
        <w:jc w:val="left"/>
      </w:pPr>
      <w:r>
        <w:rPr>
          <w:rFonts w:ascii="Times New Roman" w:hAnsi="Times New Roman" w:eastAsia="宋体"/>
          <w:b w:val="0"/>
          <w:i w:val="0"/>
          <w:color w:val="333333"/>
          <w:sz w:val="19"/>
        </w:rPr>
        <w:t>AP/AB=AO/AM.</w:t>
      </w:r>
    </w:p>
    <w:p>
      <w:pPr>
        <w:spacing w:before="0" w:after="80" w:line="300" w:lineRule="auto"/>
        <w:jc w:val="left"/>
      </w:pPr>
      <w:r>
        <w:rPr>
          <w:rFonts w:ascii="Times New Roman" w:hAnsi="Times New Roman" w:eastAsia="宋体"/>
          <w:b w:val="0"/>
          <w:i w:val="0"/>
          <w:color w:val="333333"/>
          <w:sz w:val="19"/>
        </w:rPr>
        <w:t>Hence AP· AM=AO· 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按二进制位值展开，得到</w:t>
      </w:r>
    </w:p>
    <w:p>
      <w:pPr>
        <w:spacing w:before="0" w:after="80" w:line="300" w:lineRule="auto"/>
        <w:jc w:val="left"/>
      </w:pPr>
      <w:r>
        <w:rPr>
          <w:rFonts w:ascii="Times New Roman" w:hAnsi="Times New Roman" w:eastAsia="宋体"/>
          <w:b w:val="0"/>
          <w:i w:val="0"/>
          <w:sz w:val="21"/>
        </w:rPr>
        <w:t>(10011)₂ =1·2⁴+1·2¹+1·2⁰</w:t>
      </w:r>
    </w:p>
    <w:p>
      <w:pPr>
        <w:spacing w:before="0" w:after="80" w:line="300" w:lineRule="auto"/>
        <w:jc w:val="left"/>
      </w:pPr>
      <w:r>
        <w:rPr>
          <w:rFonts w:ascii="Times New Roman" w:hAnsi="Times New Roman" w:eastAsia="宋体"/>
          <w:b w:val="0"/>
          <w:i w:val="0"/>
          <w:sz w:val="21"/>
        </w:rPr>
        <w:t>=16+2+1=19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by binary place value,</w:t>
      </w:r>
    </w:p>
    <w:p>
      <w:pPr>
        <w:spacing w:before="0" w:after="80" w:line="300" w:lineRule="auto"/>
        <w:jc w:val="left"/>
      </w:pPr>
      <w:r>
        <w:rPr>
          <w:rFonts w:ascii="Times New Roman" w:hAnsi="Times New Roman" w:eastAsia="宋体"/>
          <w:b w:val="0"/>
          <w:i w:val="0"/>
          <w:color w:val="333333"/>
          <w:sz w:val="19"/>
        </w:rPr>
        <w:t>(10011)₂ =1·2⁴+1·2¹+1·2⁰</w:t>
      </w:r>
    </w:p>
    <w:p>
      <w:pPr>
        <w:spacing w:before="0" w:after="80" w:line="300" w:lineRule="auto"/>
        <w:jc w:val="left"/>
      </w:pPr>
      <w:r>
        <w:rPr>
          <w:rFonts w:ascii="Times New Roman" w:hAnsi="Times New Roman" w:eastAsia="宋体"/>
          <w:b w:val="0"/>
          <w:i w:val="0"/>
          <w:color w:val="333333"/>
          <w:sz w:val="19"/>
        </w:rPr>
        <w:t>=16+2+1=19.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设每一程的距离为 d。平均速度（单位为英里每小时）为</w:t>
      </w:r>
    </w:p>
    <w:p>
      <w:pPr>
        <w:spacing w:before="0" w:after="80" w:line="300" w:lineRule="auto"/>
        <w:jc w:val="left"/>
      </w:pPr>
      <w:r>
        <w:rPr>
          <w:rFonts w:ascii="Times New Roman" w:hAnsi="Times New Roman" w:eastAsia="宋体"/>
          <w:b w:val="0"/>
          <w:i w:val="0"/>
          <w:sz w:val="21"/>
        </w:rPr>
        <w:t>2d/(d/50+d/45) =2/(1/50+1/45)</w:t>
      </w:r>
    </w:p>
    <w:p>
      <w:pPr>
        <w:spacing w:before="0" w:after="80" w:line="300" w:lineRule="auto"/>
        <w:jc w:val="left"/>
      </w:pPr>
      <w:r>
        <w:rPr>
          <w:rFonts w:ascii="Times New Roman" w:hAnsi="Times New Roman" w:eastAsia="宋体"/>
          <w:b w:val="0"/>
          <w:i w:val="0"/>
          <w:sz w:val="21"/>
        </w:rPr>
        <w:t>=900/19</w:t>
      </w:r>
    </w:p>
    <w:p>
      <w:pPr>
        <w:spacing w:before="0" w:after="80" w:line="300" w:lineRule="auto"/>
        <w:jc w:val="left"/>
      </w:pPr>
      <w:r>
        <w:rPr>
          <w:rFonts w:ascii="Times New Roman" w:hAnsi="Times New Roman" w:eastAsia="宋体"/>
          <w:b w:val="0"/>
          <w:i w:val="0"/>
          <w:sz w:val="21"/>
        </w:rPr>
        <w:t>=477/19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leg have distance d. The average speed, in miles per hour, is</w:t>
      </w:r>
    </w:p>
    <w:p>
      <w:pPr>
        <w:spacing w:before="0" w:after="80" w:line="300" w:lineRule="auto"/>
        <w:jc w:val="left"/>
      </w:pPr>
      <w:r>
        <w:rPr>
          <w:rFonts w:ascii="Times New Roman" w:hAnsi="Times New Roman" w:eastAsia="宋体"/>
          <w:b w:val="0"/>
          <w:i w:val="0"/>
          <w:color w:val="333333"/>
          <w:sz w:val="19"/>
        </w:rPr>
        <w:t>2d/(d/50+d/45) =2/(1/50+1/45)</w:t>
      </w:r>
    </w:p>
    <w:p>
      <w:pPr>
        <w:spacing w:before="0" w:after="80" w:line="300" w:lineRule="auto"/>
        <w:jc w:val="left"/>
      </w:pPr>
      <w:r>
        <w:rPr>
          <w:rFonts w:ascii="Times New Roman" w:hAnsi="Times New Roman" w:eastAsia="宋体"/>
          <w:b w:val="0"/>
          <w:i w:val="0"/>
          <w:color w:val="333333"/>
          <w:sz w:val="19"/>
        </w:rPr>
        <w:t>=900/19</w:t>
      </w:r>
    </w:p>
    <w:p>
      <w:pPr>
        <w:spacing w:before="0" w:after="80" w:line="300" w:lineRule="auto"/>
        <w:jc w:val="left"/>
      </w:pPr>
      <w:r>
        <w:rPr>
          <w:rFonts w:ascii="Times New Roman" w:hAnsi="Times New Roman" w:eastAsia="宋体"/>
          <w:b w:val="0"/>
          <w:i w:val="0"/>
          <w:color w:val="333333"/>
          <w:sz w:val="19"/>
        </w:rPr>
        <w:t>=477/19.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令 P 表示两个角相等，Q 表示三角形为等腰三角形。命题 3 是逆否命题 neg Q⇒neg P，所以它与 P⇒ Q 等价。命题 4 说 Q 是 P 的必要条件，这只是 P⇒ Q 的另一种表述。命题 1 与 2 分别是否命题和逆命题。</w:t>
      </w:r>
    </w:p>
    <w:p>
      <w:pPr>
        <w:spacing w:before="0" w:after="80" w:line="300" w:lineRule="auto"/>
        <w:jc w:val="left"/>
      </w:pPr>
      <w:r>
        <w:rPr>
          <w:rFonts w:ascii="Times New Roman" w:hAnsi="Times New Roman" w:eastAsia="宋体"/>
          <w:b w:val="0"/>
          <w:i w:val="0"/>
          <w:sz w:val="21"/>
        </w:rPr>
        <w:t>因此，只有命题 3 与 4 等价，正确答案是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mean that two angles are equal and Q that the triangle is isosceles. Statement 3 is the contrapositive neg Q⇒neg P, so it is equivalent to P⇒ Q. Statement 4 says that Q is necessary for P, which is another wording of P⇒ Q. Statements 1 and 2 are the inverse and converse.</w:t>
      </w:r>
    </w:p>
    <w:p>
      <w:pPr>
        <w:spacing w:before="0" w:after="80" w:line="300" w:lineRule="auto"/>
        <w:jc w:val="left"/>
      </w:pPr>
      <w:r>
        <w:rPr>
          <w:rFonts w:ascii="Times New Roman" w:hAnsi="Times New Roman" w:eastAsia="宋体"/>
          <w:b w:val="0"/>
          <w:i w:val="0"/>
          <w:color w:val="333333"/>
          <w:sz w:val="19"/>
        </w:rPr>
        <w:t>Thus only statements 3 and 4 are equivalent, so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移项并平方：</w:t>
      </w:r>
    </w:p>
    <w:p>
      <w:pPr>
        <w:spacing w:before="0" w:after="80" w:line="300" w:lineRule="auto"/>
        <w:jc w:val="left"/>
      </w:pPr>
      <w:r>
        <w:rPr>
          <w:rFonts w:ascii="Times New Roman" w:hAnsi="Times New Roman" w:eastAsia="宋体"/>
          <w:b w:val="0"/>
          <w:i w:val="0"/>
          <w:sz w:val="21"/>
        </w:rPr>
        <w:t>√(x+1)=√(x-1)+1,</w:t>
      </w:r>
    </w:p>
    <w:p>
      <w:pPr>
        <w:spacing w:before="0" w:after="80" w:line="300" w:lineRule="auto"/>
        <w:jc w:val="left"/>
      </w:pPr>
      <w:r>
        <w:rPr>
          <w:rFonts w:ascii="Times New Roman" w:hAnsi="Times New Roman" w:eastAsia="宋体"/>
          <w:b w:val="0"/>
          <w:i w:val="0"/>
          <w:sz w:val="21"/>
        </w:rPr>
        <w:t>x+1=x-1+2√(x-1)+1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2√(x-1)=1，所以 x-1=1/4，且 x=5/4。这个值满足原方程。因此 4x=5。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Rearrange and square:</w:t>
      </w:r>
    </w:p>
    <w:p>
      <w:pPr>
        <w:spacing w:before="0" w:after="80" w:line="300" w:lineRule="auto"/>
        <w:jc w:val="left"/>
      </w:pPr>
      <w:r>
        <w:rPr>
          <w:rFonts w:ascii="Times New Roman" w:hAnsi="Times New Roman" w:eastAsia="宋体"/>
          <w:b w:val="0"/>
          <w:i w:val="0"/>
          <w:color w:val="333333"/>
          <w:sz w:val="19"/>
        </w:rPr>
        <w:t>√(x+1)=√(x-1)+1,</w:t>
      </w:r>
    </w:p>
    <w:p>
      <w:pPr>
        <w:spacing w:before="0" w:after="80" w:line="300" w:lineRule="auto"/>
        <w:jc w:val="left"/>
      </w:pPr>
      <w:r>
        <w:rPr>
          <w:rFonts w:ascii="Times New Roman" w:hAnsi="Times New Roman" w:eastAsia="宋体"/>
          <w:b w:val="0"/>
          <w:i w:val="0"/>
          <w:color w:val="333333"/>
          <w:sz w:val="19"/>
        </w:rPr>
        <w:t>x+1=x-1+2√(x-1)+1.</w:t>
      </w:r>
    </w:p>
    <w:p>
      <w:pPr>
        <w:spacing w:before="0" w:after="80" w:line="300" w:lineRule="auto"/>
        <w:jc w:val="left"/>
      </w:pPr>
      <w:r>
        <w:rPr>
          <w:rFonts w:ascii="Times New Roman" w:hAnsi="Times New Roman" w:eastAsia="宋体"/>
          <w:b w:val="0"/>
          <w:i w:val="0"/>
          <w:color w:val="333333"/>
          <w:sz w:val="19"/>
        </w:rPr>
        <w:t>Thus 2√(x-1)=1, so x-1=1/4 and x=5/4. This value satisfies the original equation. Therefore 4x=5.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在交点处，</w:t>
      </w:r>
    </w:p>
    <w:p>
      <w:pPr>
        <w:spacing w:before="0" w:after="80" w:line="300" w:lineRule="auto"/>
        <w:jc w:val="left"/>
      </w:pPr>
      <w:r>
        <w:rPr>
          <w:rFonts w:ascii="Times New Roman" w:hAnsi="Times New Roman" w:eastAsia="宋体"/>
          <w:b w:val="0"/>
          <w:i w:val="0"/>
          <w:sz w:val="21"/>
        </w:rPr>
        <w:t>10-x²=10-x，</w:t>
      </w:r>
    </w:p>
    <w:p>
      <w:pPr>
        <w:spacing w:before="0" w:after="80" w:line="300" w:lineRule="auto"/>
        <w:jc w:val="left"/>
      </w:pPr>
      <w:r>
        <w:rPr>
          <w:rFonts w:ascii="Times New Roman" w:hAnsi="Times New Roman" w:eastAsia="宋体"/>
          <w:b w:val="0"/>
          <w:i w:val="0"/>
          <w:sz w:val="21"/>
        </w:rPr>
        <w:t>所以 x=0 或 x=1。两个交点为 (0,10) 与 (1,9)。它们之间的距离为</w:t>
      </w:r>
    </w:p>
    <w:p>
      <w:pPr>
        <w:spacing w:before="0" w:after="80" w:line="300" w:lineRule="auto"/>
        <w:jc w:val="left"/>
      </w:pPr>
      <w:r>
        <w:rPr>
          <w:rFonts w:ascii="Times New Roman" w:hAnsi="Times New Roman" w:eastAsia="宋体"/>
          <w:b w:val="0"/>
          <w:i w:val="0"/>
          <w:sz w:val="21"/>
        </w:rPr>
        <w:t>√((1-0)²+(9-10)²)=√(2)。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an intersection,</w:t>
      </w:r>
    </w:p>
    <w:p>
      <w:pPr>
        <w:spacing w:before="0" w:after="80" w:line="300" w:lineRule="auto"/>
        <w:jc w:val="left"/>
      </w:pPr>
      <w:r>
        <w:rPr>
          <w:rFonts w:ascii="Times New Roman" w:hAnsi="Times New Roman" w:eastAsia="宋体"/>
          <w:b w:val="0"/>
          <w:i w:val="0"/>
          <w:color w:val="333333"/>
          <w:sz w:val="19"/>
        </w:rPr>
        <w:t>10-x²=10-x,</w:t>
      </w:r>
    </w:p>
    <w:p>
      <w:pPr>
        <w:spacing w:before="0" w:after="80" w:line="300" w:lineRule="auto"/>
        <w:jc w:val="left"/>
      </w:pPr>
      <w:r>
        <w:rPr>
          <w:rFonts w:ascii="Times New Roman" w:hAnsi="Times New Roman" w:eastAsia="宋体"/>
          <w:b w:val="0"/>
          <w:i w:val="0"/>
          <w:color w:val="333333"/>
          <w:sz w:val="19"/>
        </w:rPr>
        <w:t>so x=0 or x=1. The points are (0,10) and (1,9). Their distance is</w:t>
      </w:r>
    </w:p>
    <w:p>
      <w:pPr>
        <w:spacing w:before="0" w:after="80" w:line="300" w:lineRule="auto"/>
        <w:jc w:val="left"/>
      </w:pPr>
      <w:r>
        <w:rPr>
          <w:rFonts w:ascii="Times New Roman" w:hAnsi="Times New Roman" w:eastAsia="宋体"/>
          <w:b w:val="0"/>
          <w:i w:val="0"/>
          <w:color w:val="333333"/>
          <w:sz w:val="19"/>
        </w:rPr>
        <w:t>√((1-0)²+(9-10)²)=√(2).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若两个数字为 a,b，则</w:t>
      </w:r>
    </w:p>
    <w:p>
      <w:pPr>
        <w:spacing w:before="0" w:after="80" w:line="300" w:lineRule="auto"/>
        <w:jc w:val="left"/>
      </w:pPr>
      <w:r>
        <w:rPr>
          <w:rFonts w:ascii="Times New Roman" w:hAnsi="Times New Roman" w:eastAsia="宋体"/>
          <w:b w:val="0"/>
          <w:i w:val="0"/>
          <w:sz w:val="21"/>
        </w:rPr>
        <w:t>(10a+b)²-(10b+a)²</w:t>
      </w:r>
    </w:p>
    <w:p>
      <w:pPr>
        <w:spacing w:before="0" w:after="80" w:line="300" w:lineRule="auto"/>
        <w:jc w:val="left"/>
      </w:pPr>
      <w:r>
        <w:rPr>
          <w:rFonts w:ascii="Times New Roman" w:hAnsi="Times New Roman" w:eastAsia="宋体"/>
          <w:b w:val="0"/>
          <w:i w:val="0"/>
          <w:sz w:val="21"/>
        </w:rPr>
        <w:t>=[9(a-b)][11(a+b)]</w:t>
      </w:r>
    </w:p>
    <w:p>
      <w:pPr>
        <w:spacing w:before="0" w:after="80" w:line="300" w:lineRule="auto"/>
        <w:jc w:val="left"/>
      </w:pPr>
      <w:r>
        <w:rPr>
          <w:rFonts w:ascii="Times New Roman" w:hAnsi="Times New Roman" w:eastAsia="宋体"/>
          <w:b w:val="0"/>
          <w:i w:val="0"/>
          <w:sz w:val="21"/>
        </w:rPr>
        <w:t>=99(a-b)(a+b)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这个结果总能被 9、11、两个数字的和以及两个数字的差整除，但不一定能被两个数字的积整除。例如，21²-12²=297 不能被 2 整除。</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digits are a,b, then</w:t>
      </w:r>
    </w:p>
    <w:p>
      <w:pPr>
        <w:spacing w:before="0" w:after="80" w:line="300" w:lineRule="auto"/>
        <w:jc w:val="left"/>
      </w:pPr>
      <w:r>
        <w:rPr>
          <w:rFonts w:ascii="Times New Roman" w:hAnsi="Times New Roman" w:eastAsia="宋体"/>
          <w:b w:val="0"/>
          <w:i w:val="0"/>
          <w:color w:val="333333"/>
          <w:sz w:val="19"/>
        </w:rPr>
        <w:t>(10a+b)²-(10b+a)²</w:t>
      </w:r>
    </w:p>
    <w:p>
      <w:pPr>
        <w:spacing w:before="0" w:after="80" w:line="300" w:lineRule="auto"/>
        <w:jc w:val="left"/>
      </w:pPr>
      <w:r>
        <w:rPr>
          <w:rFonts w:ascii="Times New Roman" w:hAnsi="Times New Roman" w:eastAsia="宋体"/>
          <w:b w:val="0"/>
          <w:i w:val="0"/>
          <w:color w:val="333333"/>
          <w:sz w:val="19"/>
        </w:rPr>
        <w:t>=[9(a-b)][11(a+b)]</w:t>
      </w:r>
    </w:p>
    <w:p>
      <w:pPr>
        <w:spacing w:before="0" w:after="80" w:line="300" w:lineRule="auto"/>
        <w:jc w:val="left"/>
      </w:pPr>
      <w:r>
        <w:rPr>
          <w:rFonts w:ascii="Times New Roman" w:hAnsi="Times New Roman" w:eastAsia="宋体"/>
          <w:b w:val="0"/>
          <w:i w:val="0"/>
          <w:color w:val="333333"/>
          <w:sz w:val="19"/>
        </w:rPr>
        <w:t>=99(a-b)(a+b).</w:t>
      </w:r>
    </w:p>
    <w:p>
      <w:pPr>
        <w:spacing w:before="0" w:after="80" w:line="300" w:lineRule="auto"/>
        <w:jc w:val="left"/>
      </w:pPr>
      <w:r>
        <w:rPr>
          <w:rFonts w:ascii="Times New Roman" w:hAnsi="Times New Roman" w:eastAsia="宋体"/>
          <w:b w:val="0"/>
          <w:i w:val="0"/>
          <w:color w:val="333333"/>
          <w:sz w:val="19"/>
        </w:rPr>
        <w:t>This is always divisible by 9, 11, the digit sum, and the digit difference. It need not be divisible by the digit product; for example, 21²-12²=297 is not divisible by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带符号的面积二倍为</w:t>
      </w:r>
    </w:p>
    <w:tbl>
      <w:tblPr>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center"/>
            </w:pPr>
            <w:r/>
            <w:r>
              <w:rPr>
                <w:rFonts w:ascii="Times New Roman" w:hAnsi="Times New Roman" w:eastAsia="宋体"/>
                <w:b w:val="0"/>
                <w:i w:val="0"/>
                <w:sz w:val="20"/>
              </w:rPr>
              <w:t>0</w:t>
            </w:r>
          </w:p>
        </w:tc>
        <w:tc>
          <w:tcPr>
            <w:tcW w:type="dxa" w:w="3137"/>
          </w:tcPr>
          <w:p>
            <w:pPr>
              <w:spacing w:before="20" w:after="20" w:line="240" w:lineRule="auto"/>
              <w:jc w:val="center"/>
            </w:pPr>
            <w:r/>
            <w:r>
              <w:rPr>
                <w:rFonts w:ascii="Times New Roman" w:hAnsi="Times New Roman" w:eastAsia="宋体"/>
                <w:b w:val="0"/>
                <w:i w:val="0"/>
                <w:sz w:val="20"/>
              </w:rPr>
              <w:t>a</w:t>
            </w:r>
          </w:p>
        </w:tc>
        <w:tc>
          <w:tcPr>
            <w:tcW w:type="dxa" w:w="3137"/>
          </w:tcPr>
          <w:p>
            <w:pPr>
              <w:spacing w:before="20" w:after="20" w:line="240" w:lineRule="auto"/>
              <w:jc w:val="center"/>
            </w:pPr>
            <w:r/>
            <w:r>
              <w:rPr>
                <w:rFonts w:ascii="Times New Roman" w:hAnsi="Times New Roman" w:eastAsia="宋体"/>
                <w:b w:val="0"/>
                <w:i w:val="0"/>
                <w:sz w:val="20"/>
              </w:rPr>
              <w:t>1</w:t>
            </w:r>
          </w:p>
        </w:tc>
      </w:tr>
      <w:tr>
        <w:tc>
          <w:tcPr>
            <w:tcW w:type="dxa" w:w="3137"/>
          </w:tcPr>
          <w:p>
            <w:pPr>
              <w:spacing w:before="20" w:after="20" w:line="240" w:lineRule="auto"/>
              <w:jc w:val="center"/>
            </w:pPr>
            <w:r/>
            <w:r>
              <w:rPr>
                <w:rFonts w:ascii="Times New Roman" w:hAnsi="Times New Roman" w:eastAsia="宋体"/>
                <w:b w:val="0"/>
                <w:i w:val="0"/>
                <w:sz w:val="20"/>
              </w:rPr>
              <w:t>b</w:t>
            </w:r>
          </w:p>
        </w:tc>
        <w:tc>
          <w:tcPr>
            <w:tcW w:type="dxa" w:w="3137"/>
          </w:tcPr>
          <w:p>
            <w:pPr>
              <w:spacing w:before="20" w:after="20" w:line="240" w:lineRule="auto"/>
              <w:jc w:val="center"/>
            </w:pPr>
            <w:r/>
            <w:r>
              <w:rPr>
                <w:rFonts w:ascii="Times New Roman" w:hAnsi="Times New Roman" w:eastAsia="宋体"/>
                <w:b w:val="0"/>
                <w:i w:val="0"/>
                <w:sz w:val="20"/>
              </w:rPr>
              <w:t>0</w:t>
            </w:r>
          </w:p>
        </w:tc>
        <w:tc>
          <w:tcPr>
            <w:tcW w:type="dxa" w:w="3137"/>
          </w:tcPr>
          <w:p>
            <w:pPr>
              <w:spacing w:before="20" w:after="20" w:line="240" w:lineRule="auto"/>
              <w:jc w:val="center"/>
            </w:pPr>
            <w:r/>
            <w:r>
              <w:rPr>
                <w:rFonts w:ascii="Times New Roman" w:hAnsi="Times New Roman" w:eastAsia="宋体"/>
                <w:b w:val="0"/>
                <w:i w:val="0"/>
                <w:sz w:val="20"/>
              </w:rPr>
              <w:t>1</w:t>
            </w:r>
          </w:p>
        </w:tc>
      </w:tr>
      <w:tr>
        <w:tc>
          <w:tcPr>
            <w:tcW w:type="dxa" w:w="3137"/>
          </w:tcPr>
          <w:p>
            <w:pPr>
              <w:spacing w:before="20" w:after="20" w:line="240" w:lineRule="auto"/>
              <w:jc w:val="center"/>
            </w:pPr>
            <w:r/>
            <w:r>
              <w:rPr>
                <w:rFonts w:ascii="Times New Roman" w:hAnsi="Times New Roman" w:eastAsia="宋体"/>
                <w:b w:val="0"/>
                <w:i w:val="0"/>
                <w:sz w:val="20"/>
              </w:rPr>
              <w:t>c</w:t>
            </w:r>
          </w:p>
        </w:tc>
        <w:tc>
          <w:tcPr>
            <w:tcW w:type="dxa" w:w="3137"/>
          </w:tcPr>
          <w:p>
            <w:pPr>
              <w:spacing w:before="20" w:after="20" w:line="240" w:lineRule="auto"/>
              <w:jc w:val="center"/>
            </w:pPr>
            <w:r/>
            <w:r>
              <w:rPr>
                <w:rFonts w:ascii="Times New Roman" w:hAnsi="Times New Roman" w:eastAsia="宋体"/>
                <w:b w:val="0"/>
                <w:i w:val="0"/>
                <w:sz w:val="20"/>
              </w:rPr>
              <w:t>d</w:t>
            </w:r>
          </w:p>
        </w:tc>
        <w:tc>
          <w:tcPr>
            <w:tcW w:type="dxa" w:w="3137"/>
          </w:tcPr>
          <w:p>
            <w:pPr>
              <w:spacing w:before="20" w:after="20" w:line="240" w:lineRule="auto"/>
              <w:jc w:val="center"/>
            </w:pPr>
            <w:r/>
            <w:r>
              <w:rPr>
                <w:rFonts w:ascii="Times New Roman" w:hAnsi="Times New Roman" w:eastAsia="宋体"/>
                <w:b w:val="0"/>
                <w:i w:val="0"/>
                <w:sz w:val="20"/>
              </w:rPr>
              <w:t>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=ab-ac-bd。</w:t>
      </w:r>
    </w:p>
    <w:p>
      <w:pPr>
        <w:spacing w:before="0" w:after="80" w:line="300" w:lineRule="auto"/>
        <w:jc w:val="left"/>
      </w:pPr>
      <w:r>
        <w:rPr>
          <w:rFonts w:ascii="Times New Roman" w:hAnsi="Times New Roman" w:eastAsia="宋体"/>
          <w:b w:val="0"/>
          <w:i w:val="0"/>
          <w:sz w:val="21"/>
        </w:rPr>
        <w:t>直线 PQ 的方程为 ax+by=ab。由于原点代入左边所得值小于 ab，而 R 位于另一侧，所以 ac+bd&gt;ab。因此面积为</w:t>
      </w:r>
    </w:p>
    <w:p>
      <w:pPr>
        <w:spacing w:before="0" w:after="80" w:line="300" w:lineRule="auto"/>
        <w:jc w:val="left"/>
      </w:pPr>
      <w:r>
        <w:rPr>
          <w:rFonts w:ascii="Times New Roman" w:hAnsi="Times New Roman" w:eastAsia="宋体"/>
          <w:b w:val="0"/>
          <w:i w:val="0"/>
          <w:sz w:val="21"/>
        </w:rPr>
        <w:t>ac+bd-ab/2。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signed doubled area is</w:t>
      </w:r>
    </w:p>
    <w:tbl>
      <w:tblPr>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center"/>
            </w:pPr>
            <w:r/>
            <w:r>
              <w:rPr>
                <w:rFonts w:ascii="Times New Roman" w:hAnsi="Times New Roman" w:eastAsia="宋体"/>
                <w:b w:val="0"/>
                <w:i w:val="0"/>
                <w:color w:val="333333"/>
                <w:sz w:val="19"/>
              </w:rPr>
              <w:t>0</w:t>
            </w:r>
          </w:p>
        </w:tc>
        <w:tc>
          <w:tcPr>
            <w:tcW w:type="dxa" w:w="3137"/>
          </w:tcPr>
          <w:p>
            <w:pPr>
              <w:spacing w:before="20" w:after="20" w:line="240" w:lineRule="auto"/>
              <w:jc w:val="center"/>
            </w:pPr>
            <w:r/>
            <w:r>
              <w:rPr>
                <w:rFonts w:ascii="Times New Roman" w:hAnsi="Times New Roman" w:eastAsia="宋体"/>
                <w:b w:val="0"/>
                <w:i w:val="0"/>
                <w:color w:val="333333"/>
                <w:sz w:val="19"/>
              </w:rPr>
              <w:t>a</w:t>
            </w:r>
          </w:p>
        </w:tc>
        <w:tc>
          <w:tcPr>
            <w:tcW w:type="dxa" w:w="3137"/>
          </w:tcPr>
          <w:p>
            <w:pPr>
              <w:spacing w:before="20" w:after="20" w:line="240" w:lineRule="auto"/>
              <w:jc w:val="center"/>
            </w:pPr>
            <w:r/>
            <w:r>
              <w:rPr>
                <w:rFonts w:ascii="Times New Roman" w:hAnsi="Times New Roman" w:eastAsia="宋体"/>
                <w:b w:val="0"/>
                <w:i w:val="0"/>
                <w:color w:val="333333"/>
                <w:sz w:val="19"/>
              </w:rPr>
              <w:t>1</w:t>
            </w:r>
          </w:p>
        </w:tc>
      </w:tr>
      <w:tr>
        <w:tc>
          <w:tcPr>
            <w:tcW w:type="dxa" w:w="3137"/>
          </w:tcPr>
          <w:p>
            <w:pPr>
              <w:spacing w:before="20" w:after="20" w:line="240" w:lineRule="auto"/>
              <w:jc w:val="center"/>
            </w:pPr>
            <w:r/>
            <w:r>
              <w:rPr>
                <w:rFonts w:ascii="Times New Roman" w:hAnsi="Times New Roman" w:eastAsia="宋体"/>
                <w:b w:val="0"/>
                <w:i w:val="0"/>
                <w:color w:val="333333"/>
                <w:sz w:val="19"/>
              </w:rPr>
              <w:t>b</w:t>
            </w:r>
          </w:p>
        </w:tc>
        <w:tc>
          <w:tcPr>
            <w:tcW w:type="dxa" w:w="3137"/>
          </w:tcPr>
          <w:p>
            <w:pPr>
              <w:spacing w:before="20" w:after="20" w:line="240" w:lineRule="auto"/>
              <w:jc w:val="center"/>
            </w:pPr>
            <w:r/>
            <w:r>
              <w:rPr>
                <w:rFonts w:ascii="Times New Roman" w:hAnsi="Times New Roman" w:eastAsia="宋体"/>
                <w:b w:val="0"/>
                <w:i w:val="0"/>
                <w:color w:val="333333"/>
                <w:sz w:val="19"/>
              </w:rPr>
              <w:t>0</w:t>
            </w:r>
          </w:p>
        </w:tc>
        <w:tc>
          <w:tcPr>
            <w:tcW w:type="dxa" w:w="3137"/>
          </w:tcPr>
          <w:p>
            <w:pPr>
              <w:spacing w:before="20" w:after="20" w:line="240" w:lineRule="auto"/>
              <w:jc w:val="center"/>
            </w:pPr>
            <w:r/>
            <w:r>
              <w:rPr>
                <w:rFonts w:ascii="Times New Roman" w:hAnsi="Times New Roman" w:eastAsia="宋体"/>
                <w:b w:val="0"/>
                <w:i w:val="0"/>
                <w:color w:val="333333"/>
                <w:sz w:val="19"/>
              </w:rPr>
              <w:t>1</w:t>
            </w:r>
          </w:p>
        </w:tc>
      </w:tr>
      <w:tr>
        <w:tc>
          <w:tcPr>
            <w:tcW w:type="dxa" w:w="3137"/>
          </w:tcPr>
          <w:p>
            <w:pPr>
              <w:spacing w:before="20" w:after="20" w:line="240" w:lineRule="auto"/>
              <w:jc w:val="center"/>
            </w:pPr>
            <w:r/>
            <w:r>
              <w:rPr>
                <w:rFonts w:ascii="Times New Roman" w:hAnsi="Times New Roman" w:eastAsia="宋体"/>
                <w:b w:val="0"/>
                <w:i w:val="0"/>
                <w:color w:val="333333"/>
                <w:sz w:val="19"/>
              </w:rPr>
              <w:t>c</w:t>
            </w:r>
          </w:p>
        </w:tc>
        <w:tc>
          <w:tcPr>
            <w:tcW w:type="dxa" w:w="3137"/>
          </w:tcPr>
          <w:p>
            <w:pPr>
              <w:spacing w:before="20" w:after="20" w:line="240" w:lineRule="auto"/>
              <w:jc w:val="center"/>
            </w:pPr>
            <w:r/>
            <w:r>
              <w:rPr>
                <w:rFonts w:ascii="Times New Roman" w:hAnsi="Times New Roman" w:eastAsia="宋体"/>
                <w:b w:val="0"/>
                <w:i w:val="0"/>
                <w:color w:val="333333"/>
                <w:sz w:val="19"/>
              </w:rPr>
              <w:t>d</w:t>
            </w:r>
          </w:p>
        </w:tc>
        <w:tc>
          <w:tcPr>
            <w:tcW w:type="dxa" w:w="3137"/>
          </w:tcPr>
          <w:p>
            <w:pPr>
              <w:spacing w:before="20" w:after="20" w:line="240" w:lineRule="auto"/>
              <w:jc w:val="center"/>
            </w:pPr>
            <w:r/>
            <w:r>
              <w:rPr>
                <w:rFonts w:ascii="Times New Roman" w:hAnsi="Times New Roman" w:eastAsia="宋体"/>
                <w:b w:val="0"/>
                <w:i w:val="0"/>
                <w:color w:val="333333"/>
                <w:sz w:val="19"/>
              </w:rPr>
              <w:t>1</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=ab-ac-bd.</w:t>
      </w:r>
    </w:p>
    <w:p>
      <w:pPr>
        <w:spacing w:before="0" w:after="80" w:line="300" w:lineRule="auto"/>
        <w:jc w:val="left"/>
      </w:pPr>
      <w:r>
        <w:rPr>
          <w:rFonts w:ascii="Times New Roman" w:hAnsi="Times New Roman" w:eastAsia="宋体"/>
          <w:b w:val="0"/>
          <w:i w:val="0"/>
          <w:color w:val="333333"/>
          <w:sz w:val="19"/>
        </w:rPr>
        <w:t>The line PQ has equation ax+by=ab. Since the origin gives a value below ab and R is on the opposite side, ac+bd&gt;ab. Thus the area is</w:t>
      </w:r>
    </w:p>
    <w:p>
      <w:pPr>
        <w:spacing w:before="0" w:after="80" w:line="300" w:lineRule="auto"/>
        <w:jc w:val="left"/>
      </w:pPr>
      <w:r>
        <w:rPr>
          <w:rFonts w:ascii="Times New Roman" w:hAnsi="Times New Roman" w:eastAsia="宋体"/>
          <w:b w:val="0"/>
          <w:i w:val="0"/>
          <w:color w:val="333333"/>
          <w:sz w:val="19"/>
        </w:rPr>
        <w:t>ac+bd-ab/2.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E</w:t>
      </w:r>
    </w:p>
    <w:p>
      <w:pPr>
        <w:spacing w:before="0" w:after="80" w:line="300" w:lineRule="auto"/>
        <w:jc w:val="left"/>
      </w:pPr>
      <w:r>
        <w:rPr>
          <w:rFonts w:ascii="Times New Roman" w:hAnsi="Times New Roman" w:eastAsia="宋体"/>
          <w:b w:val="0"/>
          <w:i w:val="0"/>
          <w:sz w:val="21"/>
        </w:rPr>
        <w:t>三条中线交于重心，并把三角形分成六个等面积的小三角形。以重心和原三角形的一条边为顶点的三个三角形，各由其中两个小三角形组成，所以面积相等。反过来，三个面积相等会给出相等的重心坐标，从而唯一确定重心。</w:t>
      </w:r>
    </w:p>
    <w:p>
      <w:pPr>
        <w:spacing w:before="0" w:after="80" w:line="300" w:lineRule="auto"/>
        <w:jc w:val="left"/>
      </w:pPr>
      <w:r>
        <w:rPr>
          <w:rFonts w:ascii="Times New Roman" w:hAnsi="Times New Roman" w:eastAsia="宋体"/>
          <w:b w:val="0"/>
          <w:i w:val="0"/>
          <w:sz w:val="21"/>
        </w:rPr>
        <w:t>因此，所求的充要点是三条中线的交点，正确答案是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medians meet at the centroid and divide the triangle into six small triangles of equal area. Each of the three triangles having the centroid and one side of the original triangle consists of two of those small triangles, so their areas are equal. Conversely, equal areas give equal barycentric coordinates, which uniquely locate the centroid.</w:t>
      </w:r>
    </w:p>
    <w:p>
      <w:pPr>
        <w:spacing w:before="0" w:after="80" w:line="300" w:lineRule="auto"/>
        <w:jc w:val="left"/>
      </w:pPr>
      <w:r>
        <w:rPr>
          <w:rFonts w:ascii="Times New Roman" w:hAnsi="Times New Roman" w:eastAsia="宋体"/>
          <w:b w:val="0"/>
          <w:i w:val="0"/>
          <w:color w:val="333333"/>
          <w:sz w:val="19"/>
        </w:rPr>
        <w:t>Thus, the necessary and sufficient point is the intersection of the medians, and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A</w:t>
      </w:r>
    </w:p>
    <w:p>
      <w:pPr>
        <w:spacing w:before="0" w:after="80" w:line="300" w:lineRule="auto"/>
        <w:jc w:val="left"/>
      </w:pPr>
      <w:r>
        <w:rPr>
          <w:rFonts w:ascii="Times New Roman" w:hAnsi="Times New Roman" w:eastAsia="宋体"/>
          <w:b w:val="0"/>
          <w:i w:val="0"/>
          <w:sz w:val="21"/>
        </w:rPr>
        <w:t>若两根为 r,s，则由韦达定理可得 r+s=-p 与 rs=q。因此</w:t>
      </w:r>
    </w:p>
    <w:p>
      <w:pPr>
        <w:spacing w:before="0" w:after="80" w:line="300" w:lineRule="auto"/>
        <w:jc w:val="left"/>
      </w:pPr>
      <w:r>
        <w:rPr>
          <w:rFonts w:ascii="Times New Roman" w:hAnsi="Times New Roman" w:eastAsia="宋体"/>
          <w:b w:val="0"/>
          <w:i w:val="0"/>
          <w:sz w:val="21"/>
        </w:rPr>
        <w:t>1/r+1/s=r+s/rs=-p/q。</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roots are r,s, then Vieta’s formulas give r+s=-p and rs=q. Therefore</w:t>
      </w:r>
    </w:p>
    <w:p>
      <w:pPr>
        <w:spacing w:before="0" w:after="80" w:line="300" w:lineRule="auto"/>
        <w:jc w:val="left"/>
      </w:pPr>
      <w:r>
        <w:rPr>
          <w:rFonts w:ascii="Times New Roman" w:hAnsi="Times New Roman" w:eastAsia="宋体"/>
          <w:b w:val="0"/>
          <w:i w:val="0"/>
          <w:color w:val="333333"/>
          <w:sz w:val="19"/>
        </w:rPr>
        <w:t>1/r+1/s=r+s/rs=-p/q.</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B</w:t>
      </w:r>
    </w:p>
    <w:p>
      <w:pPr>
        <w:spacing w:before="0" w:after="80" w:line="300" w:lineRule="auto"/>
        <w:jc w:val="left"/>
      </w:pPr>
      <w:r>
        <w:rPr>
          <w:rFonts w:ascii="Times New Roman" w:hAnsi="Times New Roman" w:eastAsia="宋体"/>
          <w:b w:val="0"/>
          <w:i w:val="0"/>
          <w:sz w:val="21"/>
        </w:rPr>
        <w:t>根据对数的定义，</w:t>
      </w:r>
    </w:p>
    <w:p>
      <w:pPr>
        <w:spacing w:before="0" w:after="80" w:line="300" w:lineRule="auto"/>
        <w:jc w:val="left"/>
      </w:pPr>
      <w:r>
        <w:rPr>
          <w:rFonts w:ascii="Times New Roman" w:hAnsi="Times New Roman" w:eastAsia="宋体"/>
          <w:b w:val="0"/>
          <w:i w:val="0"/>
          <w:sz w:val="21"/>
        </w:rPr>
        <w:t>b^(log_(b) a)=a。</w:t>
      </w:r>
    </w:p>
    <w:p>
      <w:pPr>
        <w:spacing w:before="0" w:after="80" w:line="300" w:lineRule="auto"/>
        <w:jc w:val="left"/>
      </w:pPr>
      <w:r>
        <w:rPr>
          <w:rFonts w:ascii="Times New Roman" w:hAnsi="Times New Roman" w:eastAsia="宋体"/>
          <w:b w:val="0"/>
          <w:i w:val="0"/>
          <w:sz w:val="21"/>
        </w:rPr>
        <w:t>因此，这个值取决于 a，而不取决于所选的合适底数 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definition of a logarithm,</w:t>
      </w:r>
    </w:p>
    <w:p>
      <w:pPr>
        <w:spacing w:before="0" w:after="80" w:line="300" w:lineRule="auto"/>
        <w:jc w:val="left"/>
      </w:pPr>
      <w:r>
        <w:rPr>
          <w:rFonts w:ascii="Times New Roman" w:hAnsi="Times New Roman" w:eastAsia="宋体"/>
          <w:b w:val="0"/>
          <w:i w:val="0"/>
          <w:color w:val="333333"/>
          <w:sz w:val="19"/>
        </w:rPr>
        <w:t>b^(log_(b) a)=a.</w:t>
      </w:r>
    </w:p>
    <w:p>
      <w:pPr>
        <w:spacing w:before="0" w:after="80" w:line="300" w:lineRule="auto"/>
        <w:jc w:val="left"/>
      </w:pPr>
      <w:r>
        <w:rPr>
          <w:rFonts w:ascii="Times New Roman" w:hAnsi="Times New Roman" w:eastAsia="宋体"/>
          <w:b w:val="0"/>
          <w:i w:val="0"/>
          <w:color w:val="333333"/>
          <w:sz w:val="19"/>
        </w:rPr>
        <w:t>Thus the value depends on a, not on the choice of admissible base b.</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D</w:t>
      </w:r>
    </w:p>
    <w:p>
      <w:pPr>
        <w:spacing w:before="0" w:after="80" w:line="300" w:lineRule="auto"/>
        <w:jc w:val="left"/>
      </w:pPr>
      <w:r>
        <w:rPr>
          <w:rFonts w:ascii="Times New Roman" w:hAnsi="Times New Roman" w:eastAsia="宋体"/>
          <w:b w:val="0"/>
          <w:i w:val="0"/>
          <w:sz w:val="21"/>
        </w:rPr>
        <w:t>当 x=0 时，乘积为零。对于 x≠0，因子 x² 为正，所以乘积非负当且仅当</w:t>
      </w:r>
    </w:p>
    <w:p>
      <w:pPr>
        <w:spacing w:before="0" w:after="80" w:line="300" w:lineRule="auto"/>
        <w:jc w:val="left"/>
      </w:pPr>
      <w:r>
        <w:rPr>
          <w:rFonts w:ascii="Times New Roman" w:hAnsi="Times New Roman" w:eastAsia="宋体"/>
          <w:b w:val="0"/>
          <w:i w:val="0"/>
          <w:sz w:val="21"/>
        </w:rPr>
        <w:t>x²-1≥0，</w:t>
      </w:r>
    </w:p>
    <w:p>
      <w:pPr>
        <w:spacing w:before="0" w:after="80" w:line="300" w:lineRule="auto"/>
        <w:jc w:val="left"/>
      </w:pPr>
      <w:r>
        <w:rPr>
          <w:rFonts w:ascii="Times New Roman" w:hAnsi="Times New Roman" w:eastAsia="宋体"/>
          <w:b w:val="0"/>
          <w:i w:val="0"/>
          <w:sz w:val="21"/>
        </w:rPr>
        <w:t>即 x≤-1 或 x≥1。再加入孤立值 x=0，就得到选项 D 中的集合。</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x=0, the product is zero. For x≠0, the factor x² is positive, so the product is nonnegative exactly when</w:t>
      </w:r>
    </w:p>
    <w:p>
      <w:pPr>
        <w:spacing w:before="0" w:after="80" w:line="300" w:lineRule="auto"/>
        <w:jc w:val="left"/>
      </w:pPr>
      <w:r>
        <w:rPr>
          <w:rFonts w:ascii="Times New Roman" w:hAnsi="Times New Roman" w:eastAsia="宋体"/>
          <w:b w:val="0"/>
          <w:i w:val="0"/>
          <w:color w:val="333333"/>
          <w:sz w:val="19"/>
        </w:rPr>
        <w:t>x²-1≥0,</w:t>
      </w:r>
    </w:p>
    <w:p>
      <w:pPr>
        <w:spacing w:before="0" w:after="80" w:line="300" w:lineRule="auto"/>
        <w:jc w:val="left"/>
      </w:pPr>
      <w:r>
        <w:rPr>
          <w:rFonts w:ascii="Times New Roman" w:hAnsi="Times New Roman" w:eastAsia="宋体"/>
          <w:b w:val="0"/>
          <w:i w:val="0"/>
          <w:color w:val="333333"/>
          <w:sz w:val="19"/>
        </w:rPr>
        <w:t>or x≤-1 or x≥1. Including the isolated value x=0 gives the set in choice 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标准公式为</w:t>
      </w:r>
    </w:p>
    <w:p>
      <w:pPr>
        <w:spacing w:before="0" w:after="80" w:line="300" w:lineRule="auto"/>
        <w:jc w:val="left"/>
      </w:pPr>
      <w:r>
        <w:rPr>
          <w:rFonts w:ascii="Times New Roman" w:hAnsi="Times New Roman" w:eastAsia="宋体"/>
          <w:b w:val="0"/>
          <w:i w:val="0"/>
          <w:sz w:val="21"/>
        </w:rPr>
        <w:t>1²+2²+⋯+n² =(n(n+1))/6</w:t>
      </w:r>
    </w:p>
    <w:p>
      <w:pPr>
        <w:spacing w:before="0" w:after="80" w:line="300" w:lineRule="auto"/>
        <w:jc w:val="left"/>
      </w:pPr>
      <w:r>
        <w:rPr>
          <w:rFonts w:ascii="Times New Roman" w:hAnsi="Times New Roman" w:eastAsia="宋体"/>
          <w:b w:val="0"/>
          <w:i w:val="0"/>
          <w:sz w:val="21"/>
        </w:rPr>
        <w:t>·(2n+1)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c=1，且 k=1。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standard formula is</w:t>
      </w:r>
    </w:p>
    <w:p>
      <w:pPr>
        <w:spacing w:before="0" w:after="80" w:line="300" w:lineRule="auto"/>
        <w:jc w:val="left"/>
      </w:pPr>
      <w:r>
        <w:rPr>
          <w:rFonts w:ascii="Times New Roman" w:hAnsi="Times New Roman" w:eastAsia="宋体"/>
          <w:b w:val="0"/>
          <w:i w:val="0"/>
          <w:color w:val="333333"/>
          <w:sz w:val="19"/>
        </w:rPr>
        <w:t>1²+2²+⋯+n² =(n(n+1))/6</w:t>
      </w:r>
    </w:p>
    <w:p>
      <w:pPr>
        <w:spacing w:before="0" w:after="80" w:line="300" w:lineRule="auto"/>
        <w:jc w:val="left"/>
      </w:pPr>
      <w:r>
        <w:rPr>
          <w:rFonts w:ascii="Times New Roman" w:hAnsi="Times New Roman" w:eastAsia="宋体"/>
          <w:b w:val="0"/>
          <w:i w:val="0"/>
          <w:color w:val="333333"/>
          <w:sz w:val="19"/>
        </w:rPr>
        <w:t>·(2n+1).</w:t>
      </w:r>
    </w:p>
    <w:p>
      <w:pPr>
        <w:spacing w:before="0" w:after="80" w:line="300" w:lineRule="auto"/>
        <w:jc w:val="left"/>
      </w:pPr>
      <w:r>
        <w:rPr>
          <w:rFonts w:ascii="Times New Roman" w:hAnsi="Times New Roman" w:eastAsia="宋体"/>
          <w:b w:val="0"/>
          <w:i w:val="0"/>
          <w:color w:val="333333"/>
          <w:sz w:val="19"/>
        </w:rPr>
        <w:t>Therefore c=1 and k=1.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B</w:t>
      </w:r>
    </w:p>
    <w:p>
      <w:pPr>
        <w:spacing w:before="0" w:after="80" w:line="300" w:lineRule="auto"/>
        <w:jc w:val="left"/>
      </w:pPr>
      <w:r>
        <w:rPr>
          <w:rFonts w:ascii="Times New Roman" w:hAnsi="Times New Roman" w:eastAsia="宋体"/>
          <w:b w:val="0"/>
          <w:i w:val="0"/>
          <w:sz w:val="21"/>
        </w:rPr>
        <w:t>设每个角上的小三角形直角边长为 x。八边形的水平边和竖直边长为 1-2x，而四条斜边长为 x√(2)。因此</w:t>
      </w:r>
    </w:p>
    <w:p>
      <w:pPr>
        <w:spacing w:before="0" w:after="80" w:line="300" w:lineRule="auto"/>
        <w:jc w:val="left"/>
      </w:pPr>
      <w:r>
        <w:rPr>
          <w:rFonts w:ascii="Times New Roman" w:hAnsi="Times New Roman" w:eastAsia="宋体"/>
          <w:b w:val="0"/>
          <w:i w:val="0"/>
          <w:sz w:val="21"/>
        </w:rPr>
        <w:t>1-2x=x√(2)，</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x=1/(2+√(2))=(2-√(2))/2。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a leg of each corner triangle. The horizontal and vertical octagon sides have length 1-2x, while the four slanted sides have length x√(2). Thus</w:t>
      </w:r>
    </w:p>
    <w:p>
      <w:pPr>
        <w:spacing w:before="0" w:after="80" w:line="300" w:lineRule="auto"/>
        <w:jc w:val="left"/>
      </w:pPr>
      <w:r>
        <w:rPr>
          <w:rFonts w:ascii="Times New Roman" w:hAnsi="Times New Roman" w:eastAsia="宋体"/>
          <w:b w:val="0"/>
          <w:i w:val="0"/>
          <w:color w:val="333333"/>
          <w:sz w:val="19"/>
        </w:rPr>
        <w:t>1-2x=x√(2),</w:t>
      </w:r>
    </w:p>
    <w:p>
      <w:pPr>
        <w:spacing w:before="0" w:after="80" w:line="300" w:lineRule="auto"/>
        <w:jc w:val="left"/>
      </w:pPr>
      <w:r>
        <w:rPr>
          <w:rFonts w:ascii="Times New Roman" w:hAnsi="Times New Roman" w:eastAsia="宋体"/>
          <w:b w:val="0"/>
          <w:i w:val="0"/>
          <w:color w:val="333333"/>
          <w:sz w:val="19"/>
        </w:rPr>
        <w:t>so</w:t>
      </w:r>
    </w:p>
    <w:p>
      <w:pPr>
        <w:spacing w:before="0" w:after="80" w:line="300" w:lineRule="auto"/>
        <w:jc w:val="left"/>
      </w:pPr>
      <w:r>
        <w:rPr>
          <w:rFonts w:ascii="Times New Roman" w:hAnsi="Times New Roman" w:eastAsia="宋体"/>
          <w:b w:val="0"/>
          <w:i w:val="0"/>
          <w:color w:val="333333"/>
          <w:sz w:val="19"/>
        </w:rPr>
        <w:t>x=1/(2+√(2))=(2-√(2))/2.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E</w:t>
      </w:r>
    </w:p>
    <w:p>
      <w:pPr>
        <w:spacing w:before="0" w:after="80" w:line="300" w:lineRule="auto"/>
        <w:jc w:val="left"/>
      </w:pPr>
      <w:r>
        <w:rPr>
          <w:rFonts w:ascii="Times New Roman" w:hAnsi="Times New Roman" w:eastAsia="宋体"/>
          <w:b w:val="0"/>
          <w:i w:val="0"/>
          <w:sz w:val="21"/>
        </w:rPr>
        <w:t>因式分解得</w:t>
      </w:r>
    </w:p>
    <w:p>
      <w:pPr>
        <w:spacing w:before="0" w:after="80" w:line="300" w:lineRule="auto"/>
        <w:jc w:val="left"/>
      </w:pPr>
      <w:r>
        <w:rPr>
          <w:rFonts w:ascii="Times New Roman" w:hAnsi="Times New Roman" w:eastAsia="宋体"/>
          <w:b w:val="0"/>
          <w:i w:val="0"/>
          <w:sz w:val="21"/>
        </w:rPr>
        <w:t>n⁵-n =n(n-1)(n+1)</w:t>
      </w:r>
    </w:p>
    <w:p>
      <w:pPr>
        <w:spacing w:before="0" w:after="80" w:line="300" w:lineRule="auto"/>
        <w:jc w:val="left"/>
      </w:pPr>
      <w:r>
        <w:rPr>
          <w:rFonts w:ascii="Times New Roman" w:hAnsi="Times New Roman" w:eastAsia="宋体"/>
          <w:b w:val="0"/>
          <w:i w:val="0"/>
          <w:sz w:val="21"/>
        </w:rPr>
        <w:t>·(n²+1)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三个连续整数中有一个能被 3 整除，且至少有一个是偶数，所以该式能被 6 整除。又因为对每个整数 n 都有 n⁵≡ npmod5，所以它也能被 5 整除。因此每一项都能被 30 整除。取 n=2 时，2⁵-2=30，所以选项中没有更大的整数能整除每一项。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w:t>
      </w:r>
    </w:p>
    <w:p>
      <w:pPr>
        <w:spacing w:before="0" w:after="80" w:line="300" w:lineRule="auto"/>
        <w:jc w:val="left"/>
      </w:pPr>
      <w:r>
        <w:rPr>
          <w:rFonts w:ascii="Times New Roman" w:hAnsi="Times New Roman" w:eastAsia="宋体"/>
          <w:b w:val="0"/>
          <w:i w:val="0"/>
          <w:color w:val="333333"/>
          <w:sz w:val="19"/>
        </w:rPr>
        <w:t>n⁵-n =n(n-1)(n+1)</w:t>
      </w:r>
    </w:p>
    <w:p>
      <w:pPr>
        <w:spacing w:before="0" w:after="80" w:line="300" w:lineRule="auto"/>
        <w:jc w:val="left"/>
      </w:pPr>
      <w:r>
        <w:rPr>
          <w:rFonts w:ascii="Times New Roman" w:hAnsi="Times New Roman" w:eastAsia="宋体"/>
          <w:b w:val="0"/>
          <w:i w:val="0"/>
          <w:color w:val="333333"/>
          <w:sz w:val="19"/>
        </w:rPr>
        <w:t>·(n²+1).</w:t>
      </w:r>
    </w:p>
    <w:p>
      <w:pPr>
        <w:spacing w:before="0" w:after="80" w:line="300" w:lineRule="auto"/>
        <w:jc w:val="left"/>
      </w:pPr>
      <w:r>
        <w:rPr>
          <w:rFonts w:ascii="Times New Roman" w:hAnsi="Times New Roman" w:eastAsia="宋体"/>
          <w:b w:val="0"/>
          <w:i w:val="0"/>
          <w:color w:val="333333"/>
          <w:sz w:val="19"/>
        </w:rPr>
        <w:t>Among three consecutive integers, one is divisible by 3 and at least one is even, so the expression is divisible by 6. Also n⁵≡ npmod5 for every integer n, so it is divisible by 5. Hence every term is divisible by 30. Taking n=2 gives 2⁵-2=30, so no larger listed integer can divide every term.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E</w:t>
      </w:r>
    </w:p>
    <w:p>
      <w:pPr>
        <w:spacing w:before="0" w:after="80" w:line="300" w:lineRule="auto"/>
        <w:jc w:val="left"/>
      </w:pPr>
      <w:r>
        <w:rPr>
          <w:rFonts w:ascii="Times New Roman" w:hAnsi="Times New Roman" w:eastAsia="宋体"/>
          <w:b w:val="0"/>
          <w:i w:val="0"/>
          <w:sz w:val="21"/>
        </w:rPr>
        <w:t>提取公因式 9ˣ，得到</w:t>
      </w:r>
    </w:p>
    <w:p>
      <w:pPr>
        <w:spacing w:before="0" w:after="80" w:line="300" w:lineRule="auto"/>
        <w:jc w:val="left"/>
      </w:pPr>
      <w:r>
        <w:rPr>
          <w:rFonts w:ascii="Times New Roman" w:hAnsi="Times New Roman" w:eastAsia="宋体"/>
          <w:b w:val="0"/>
          <w:i w:val="0"/>
          <w:sz w:val="21"/>
        </w:rPr>
        <w:t>81·9ˣ-9ˣ=240，</w:t>
      </w:r>
    </w:p>
    <w:p>
      <w:pPr>
        <w:spacing w:before="0" w:after="80" w:line="300" w:lineRule="auto"/>
        <w:jc w:val="left"/>
      </w:pPr>
      <w:r>
        <w:rPr>
          <w:rFonts w:ascii="Times New Roman" w:hAnsi="Times New Roman" w:eastAsia="宋体"/>
          <w:b w:val="0"/>
          <w:i w:val="0"/>
          <w:sz w:val="21"/>
        </w:rPr>
        <w:t>所以 80·9ˣ=240，且 9ˣ=3。因为 9^(1/2)=3，所以 x=1/2=0.5。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Factoring 9ˣ,</w:t>
      </w:r>
    </w:p>
    <w:p>
      <w:pPr>
        <w:spacing w:before="0" w:after="80" w:line="300" w:lineRule="auto"/>
        <w:jc w:val="left"/>
      </w:pPr>
      <w:r>
        <w:rPr>
          <w:rFonts w:ascii="Times New Roman" w:hAnsi="Times New Roman" w:eastAsia="宋体"/>
          <w:b w:val="0"/>
          <w:i w:val="0"/>
          <w:color w:val="333333"/>
          <w:sz w:val="19"/>
        </w:rPr>
        <w:t>81·9ˣ-9ˣ=240,</w:t>
      </w:r>
    </w:p>
    <w:p>
      <w:pPr>
        <w:spacing w:before="0" w:after="80" w:line="300" w:lineRule="auto"/>
        <w:jc w:val="left"/>
      </w:pPr>
      <w:r>
        <w:rPr>
          <w:rFonts w:ascii="Times New Roman" w:hAnsi="Times New Roman" w:eastAsia="宋体"/>
          <w:b w:val="0"/>
          <w:i w:val="0"/>
          <w:color w:val="333333"/>
          <w:sz w:val="19"/>
        </w:rPr>
        <w:t>so 80·9ˣ=240 and 9ˣ=3. Since 9^(1/2)=3, we have x=1/2=0.5.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C</w:t>
      </w:r>
    </w:p>
    <w:p>
      <w:pPr>
        <w:spacing w:before="0" w:after="80" w:line="300" w:lineRule="auto"/>
        <w:jc w:val="left"/>
      </w:pPr>
      <w:r>
        <w:rPr>
          <w:rFonts w:ascii="Times New Roman" w:hAnsi="Times New Roman" w:eastAsia="宋体"/>
          <w:b w:val="0"/>
          <w:i w:val="0"/>
          <w:sz w:val="21"/>
        </w:rPr>
        <w:t>该不等式描述以原点为圆心、半径为 5 的圆内部的开圆盘。直线 x+y=1 与圆相交于两点。直线在圆盘内的部分是两交点之间的线段，但严格不等式排除了两个端点。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inequality describes the open disk inside the circle of radius 5 centered at the origin. The line x+y=1 crosses the circle in two points. Its portion inside the disk is the segment between those points, but the strict inequality excludes the endpoints.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D</w:t>
      </w:r>
    </w:p>
    <w:p>
      <w:pPr>
        <w:spacing w:before="0" w:after="80" w:line="300" w:lineRule="auto"/>
        <w:jc w:val="left"/>
      </w:pPr>
      <w:r>
        <w:rPr>
          <w:rFonts w:ascii="Times New Roman" w:hAnsi="Times New Roman" w:eastAsia="宋体"/>
          <w:b w:val="0"/>
          <w:i w:val="0"/>
          <w:sz w:val="21"/>
        </w:rPr>
        <w:t>由相似性可知，当 k=1,…,7 时，第 k 个分点处的线段长为 10k/8。它们的和为</w:t>
      </w:r>
    </w:p>
    <w:p>
      <w:pPr>
        <w:spacing w:before="0" w:after="80" w:line="300" w:lineRule="auto"/>
        <w:jc w:val="left"/>
      </w:pPr>
      <w:r>
        <w:rPr>
          <w:rFonts w:ascii="Times New Roman" w:hAnsi="Times New Roman" w:eastAsia="宋体"/>
          <w:b w:val="0"/>
          <w:i w:val="0"/>
          <w:sz w:val="21"/>
        </w:rPr>
        <w:t>10/8(1+2+⋯+7) =10/8·28</w:t>
      </w:r>
    </w:p>
    <w:p>
      <w:pPr>
        <w:spacing w:before="0" w:after="80" w:line="300" w:lineRule="auto"/>
        <w:jc w:val="left"/>
      </w:pPr>
      <w:r>
        <w:rPr>
          <w:rFonts w:ascii="Times New Roman" w:hAnsi="Times New Roman" w:eastAsia="宋体"/>
          <w:b w:val="0"/>
          <w:i w:val="0"/>
          <w:sz w:val="21"/>
        </w:rPr>
        <w:t>=35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similarity, the segment at the kth division point has length 10k/8 for k=1,…,7. Their sum is</w:t>
      </w:r>
    </w:p>
    <w:p>
      <w:pPr>
        <w:spacing w:before="0" w:after="80" w:line="300" w:lineRule="auto"/>
        <w:jc w:val="left"/>
      </w:pPr>
      <w:r>
        <w:rPr>
          <w:rFonts w:ascii="Times New Roman" w:hAnsi="Times New Roman" w:eastAsia="宋体"/>
          <w:b w:val="0"/>
          <w:i w:val="0"/>
          <w:color w:val="333333"/>
          <w:sz w:val="19"/>
        </w:rPr>
        <w:t>10/8(1+2+⋯+7) =10/8·28</w:t>
      </w:r>
    </w:p>
    <w:p>
      <w:pPr>
        <w:spacing w:before="0" w:after="80" w:line="300" w:lineRule="auto"/>
        <w:jc w:val="left"/>
      </w:pPr>
      <w:r>
        <w:rPr>
          <w:rFonts w:ascii="Times New Roman" w:hAnsi="Times New Roman" w:eastAsia="宋体"/>
          <w:b w:val="0"/>
          <w:i w:val="0"/>
          <w:color w:val="333333"/>
          <w:sz w:val="19"/>
        </w:rPr>
        <w:t>=35.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D</w:t>
      </w:r>
    </w:p>
    <w:p>
      <w:pPr>
        <w:spacing w:before="0" w:after="80" w:line="300" w:lineRule="auto"/>
        <w:jc w:val="left"/>
      </w:pPr>
      <w:r>
        <w:rPr>
          <w:rFonts w:ascii="Times New Roman" w:hAnsi="Times New Roman" w:eastAsia="宋体"/>
          <w:b w:val="0"/>
          <w:i w:val="0"/>
          <w:sz w:val="21"/>
        </w:rPr>
        <w:t>我们有</w:t>
      </w:r>
    </w:p>
    <w:p>
      <w:pPr>
        <w:spacing w:before="0" w:after="80" w:line="300" w:lineRule="auto"/>
        <w:jc w:val="left"/>
      </w:pPr>
      <w:r>
        <w:rPr>
          <w:rFonts w:ascii="Times New Roman" w:hAnsi="Times New Roman" w:eastAsia="宋体"/>
          <w:b w:val="0"/>
          <w:i w:val="0"/>
          <w:sz w:val="21"/>
        </w:rPr>
        <w:t>xy=x(1-x) =1/4</w:t>
      </w:r>
    </w:p>
    <w:p>
      <w:pPr>
        <w:spacing w:before="0" w:after="80" w:line="300" w:lineRule="auto"/>
        <w:jc w:val="left"/>
      </w:pPr>
      <w:r>
        <w:rPr>
          <w:rFonts w:ascii="Times New Roman" w:hAnsi="Times New Roman" w:eastAsia="宋体"/>
          <w:b w:val="0"/>
          <w:i w:val="0"/>
          <w:sz w:val="21"/>
        </w:rPr>
        <w:t>-(x-1/2)²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平方项非负，所以乘积的最大可能值为 1/4=0.25。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xy=x(1-x) =1/4</w:t>
      </w:r>
    </w:p>
    <w:p>
      <w:pPr>
        <w:spacing w:before="0" w:after="80" w:line="300" w:lineRule="auto"/>
        <w:jc w:val="left"/>
      </w:pPr>
      <w:r>
        <w:rPr>
          <w:rFonts w:ascii="Times New Roman" w:hAnsi="Times New Roman" w:eastAsia="宋体"/>
          <w:b w:val="0"/>
          <w:i w:val="0"/>
          <w:color w:val="333333"/>
          <w:sz w:val="19"/>
        </w:rPr>
        <w:t>-(x-1/2)².</w:t>
      </w:r>
    </w:p>
    <w:p>
      <w:pPr>
        <w:spacing w:before="0" w:after="80" w:line="300" w:lineRule="auto"/>
        <w:jc w:val="left"/>
      </w:pPr>
      <w:r>
        <w:rPr>
          <w:rFonts w:ascii="Times New Roman" w:hAnsi="Times New Roman" w:eastAsia="宋体"/>
          <w:b w:val="0"/>
          <w:i w:val="0"/>
          <w:color w:val="333333"/>
          <w:sz w:val="19"/>
        </w:rPr>
        <w:t>The squared term is nonnegative, so the largest possible product is 1/4=0.25.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C</w:t>
      </w:r>
    </w:p>
    <w:p>
      <w:pPr>
        <w:spacing w:before="0" w:after="80" w:line="300" w:lineRule="auto"/>
        <w:jc w:val="left"/>
      </w:pPr>
      <w:r>
        <w:rPr>
          <w:rFonts w:ascii="Times New Roman" w:hAnsi="Times New Roman" w:eastAsia="宋体"/>
          <w:b w:val="0"/>
          <w:i w:val="0"/>
          <w:sz w:val="21"/>
        </w:rPr>
        <w:t>由相似性，</w:t>
      </w:r>
    </w:p>
    <w:p>
      <w:pPr>
        <w:spacing w:before="0" w:after="80" w:line="300" w:lineRule="auto"/>
        <w:jc w:val="left"/>
      </w:pPr>
      <w:r>
        <w:rPr>
          <w:rFonts w:ascii="Times New Roman" w:hAnsi="Times New Roman" w:eastAsia="宋体"/>
          <w:b w:val="0"/>
          <w:i w:val="0"/>
          <w:sz w:val="21"/>
        </w:rPr>
        <w:t>MN=5/12AM=5x/12。</w:t>
      </w:r>
    </w:p>
    <w:p>
      <w:pPr>
        <w:spacing w:before="0" w:after="80" w:line="300" w:lineRule="auto"/>
        <w:jc w:val="left"/>
      </w:pPr>
      <w:r>
        <w:rPr>
          <w:rFonts w:ascii="Times New Roman" w:hAnsi="Times New Roman" w:eastAsia="宋体"/>
          <w:b w:val="0"/>
          <w:i w:val="0"/>
          <w:sz w:val="21"/>
        </w:rPr>
        <w:t>另外，NP=MC=AC-AM =12-x。因此</w:t>
      </w:r>
    </w:p>
    <w:p>
      <w:pPr>
        <w:spacing w:before="0" w:after="80" w:line="300" w:lineRule="auto"/>
        <w:jc w:val="left"/>
      </w:pPr>
      <w:r>
        <w:rPr>
          <w:rFonts w:ascii="Times New Roman" w:hAnsi="Times New Roman" w:eastAsia="宋体"/>
          <w:b w:val="0"/>
          <w:i w:val="0"/>
          <w:sz w:val="21"/>
        </w:rPr>
        <w:t>y=MN+NP =5x/12+12-x</w:t>
      </w:r>
    </w:p>
    <w:p>
      <w:pPr>
        <w:spacing w:before="0" w:after="80" w:line="300" w:lineRule="auto"/>
        <w:jc w:val="left"/>
      </w:pPr>
      <w:r>
        <w:rPr>
          <w:rFonts w:ascii="Times New Roman" w:hAnsi="Times New Roman" w:eastAsia="宋体"/>
          <w:b w:val="0"/>
          <w:i w:val="0"/>
          <w:sz w:val="21"/>
        </w:rPr>
        <w:t>=144-7x/12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similarity,</w:t>
      </w:r>
    </w:p>
    <w:p>
      <w:pPr>
        <w:spacing w:before="0" w:after="80" w:line="300" w:lineRule="auto"/>
        <w:jc w:val="left"/>
      </w:pPr>
      <w:r>
        <w:rPr>
          <w:rFonts w:ascii="Times New Roman" w:hAnsi="Times New Roman" w:eastAsia="宋体"/>
          <w:b w:val="0"/>
          <w:i w:val="0"/>
          <w:color w:val="333333"/>
          <w:sz w:val="19"/>
        </w:rPr>
        <w:t>MN=5/12AM=5x/12.</w:t>
      </w:r>
    </w:p>
    <w:p>
      <w:pPr>
        <w:spacing w:before="0" w:after="80" w:line="300" w:lineRule="auto"/>
        <w:jc w:val="left"/>
      </w:pPr>
      <w:r>
        <w:rPr>
          <w:rFonts w:ascii="Times New Roman" w:hAnsi="Times New Roman" w:eastAsia="宋体"/>
          <w:b w:val="0"/>
          <w:i w:val="0"/>
          <w:color w:val="333333"/>
          <w:sz w:val="19"/>
        </w:rPr>
        <w:t>Also NP=MC=AC-AM =12-x. Hence</w:t>
      </w:r>
    </w:p>
    <w:p>
      <w:pPr>
        <w:spacing w:before="0" w:after="80" w:line="300" w:lineRule="auto"/>
        <w:jc w:val="left"/>
      </w:pPr>
      <w:r>
        <w:rPr>
          <w:rFonts w:ascii="Times New Roman" w:hAnsi="Times New Roman" w:eastAsia="宋体"/>
          <w:b w:val="0"/>
          <w:i w:val="0"/>
          <w:color w:val="333333"/>
          <w:sz w:val="19"/>
        </w:rPr>
        <w:t>y=MN+NP =5x/12+12-x</w:t>
      </w:r>
    </w:p>
    <w:p>
      <w:pPr>
        <w:spacing w:before="0" w:after="80" w:line="300" w:lineRule="auto"/>
        <w:jc w:val="left"/>
      </w:pPr>
      <w:r>
        <w:rPr>
          <w:rFonts w:ascii="Times New Roman" w:hAnsi="Times New Roman" w:eastAsia="宋体"/>
          <w:b w:val="0"/>
          <w:i w:val="0"/>
          <w:color w:val="333333"/>
          <w:sz w:val="19"/>
        </w:rPr>
        <w:t>=144-7x/12.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D</w:t>
      </w:r>
    </w:p>
    <w:p>
      <w:pPr>
        <w:spacing w:before="0" w:after="80" w:line="300" w:lineRule="auto"/>
        <w:jc w:val="left"/>
      </w:pPr>
      <w:r>
        <w:rPr>
          <w:rFonts w:ascii="Times New Roman" w:hAnsi="Times New Roman" w:eastAsia="宋体"/>
          <w:b w:val="0"/>
          <w:i w:val="0"/>
          <w:sz w:val="21"/>
        </w:rPr>
        <w:t>写成 N=10a+b，正的差为</w:t>
      </w:r>
    </w:p>
    <w:p>
      <w:pPr>
        <w:spacing w:before="0" w:after="80" w:line="300" w:lineRule="auto"/>
        <w:jc w:val="left"/>
      </w:pPr>
      <w:r>
        <w:rPr>
          <w:rFonts w:ascii="Times New Roman" w:hAnsi="Times New Roman" w:eastAsia="宋体"/>
          <w:b w:val="0"/>
          <w:i w:val="0"/>
          <w:sz w:val="21"/>
        </w:rPr>
        <w:t>(10a+b)-(10b+a)</w:t>
      </w:r>
    </w:p>
    <w:p>
      <w:pPr>
        <w:spacing w:before="0" w:after="80" w:line="300" w:lineRule="auto"/>
        <w:jc w:val="left"/>
      </w:pPr>
      <w:r>
        <w:rPr>
          <w:rFonts w:ascii="Times New Roman" w:hAnsi="Times New Roman" w:eastAsia="宋体"/>
          <w:b w:val="0"/>
          <w:i w:val="0"/>
          <w:sz w:val="21"/>
        </w:rPr>
        <w:t>=9(a-b)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它至多为 81。在 1、8、27 和 64 中，只有 27 能被 9 整除，所以 a-b=3。数字对为</w:t>
      </w:r>
    </w:p>
    <w:p>
      <w:pPr>
        <w:spacing w:before="0" w:after="80" w:line="300" w:lineRule="auto"/>
        <w:jc w:val="left"/>
      </w:pPr>
      <w:r>
        <w:rPr>
          <w:rFonts w:ascii="Times New Roman" w:hAnsi="Times New Roman" w:eastAsia="宋体"/>
          <w:b w:val="0"/>
          <w:i w:val="0"/>
          <w:sz w:val="21"/>
        </w:rPr>
        <w:t>(3,0),(4,1),(5,2),(6,3),</w:t>
      </w:r>
    </w:p>
    <w:p>
      <w:pPr>
        <w:spacing w:before="0" w:after="80" w:line="300" w:lineRule="auto"/>
        <w:jc w:val="left"/>
      </w:pPr>
      <w:r>
        <w:rPr>
          <w:rFonts w:ascii="Times New Roman" w:hAnsi="Times New Roman" w:eastAsia="宋体"/>
          <w:b w:val="0"/>
          <w:i w:val="0"/>
          <w:sz w:val="21"/>
        </w:rPr>
        <w:t>(7,4),(8,5),(9,6)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因而恰有七个 N 值。</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N=10a+b, the positive difference is</w:t>
      </w:r>
    </w:p>
    <w:p>
      <w:pPr>
        <w:spacing w:before="0" w:after="80" w:line="300" w:lineRule="auto"/>
        <w:jc w:val="left"/>
      </w:pPr>
      <w:r>
        <w:rPr>
          <w:rFonts w:ascii="Times New Roman" w:hAnsi="Times New Roman" w:eastAsia="宋体"/>
          <w:b w:val="0"/>
          <w:i w:val="0"/>
          <w:color w:val="333333"/>
          <w:sz w:val="19"/>
        </w:rPr>
        <w:t>(10a+b)-(10b+a)</w:t>
      </w:r>
    </w:p>
    <w:p>
      <w:pPr>
        <w:spacing w:before="0" w:after="80" w:line="300" w:lineRule="auto"/>
        <w:jc w:val="left"/>
      </w:pPr>
      <w:r>
        <w:rPr>
          <w:rFonts w:ascii="Times New Roman" w:hAnsi="Times New Roman" w:eastAsia="宋体"/>
          <w:b w:val="0"/>
          <w:i w:val="0"/>
          <w:color w:val="333333"/>
          <w:sz w:val="19"/>
        </w:rPr>
        <w:t>=9(a-b).</w:t>
      </w:r>
    </w:p>
    <w:p>
      <w:pPr>
        <w:spacing w:before="0" w:after="80" w:line="300" w:lineRule="auto"/>
        <w:jc w:val="left"/>
      </w:pPr>
      <w:r>
        <w:rPr>
          <w:rFonts w:ascii="Times New Roman" w:hAnsi="Times New Roman" w:eastAsia="宋体"/>
          <w:b w:val="0"/>
          <w:i w:val="0"/>
          <w:color w:val="333333"/>
          <w:sz w:val="19"/>
        </w:rPr>
        <w:t>It is at most 81. Among 1, 8, 27, and 64, only 27 is divisible by 9, so a-b=3. The digit pairs are</w:t>
      </w:r>
    </w:p>
    <w:p>
      <w:pPr>
        <w:spacing w:before="0" w:after="80" w:line="300" w:lineRule="auto"/>
        <w:jc w:val="left"/>
      </w:pPr>
      <w:r>
        <w:rPr>
          <w:rFonts w:ascii="Times New Roman" w:hAnsi="Times New Roman" w:eastAsia="宋体"/>
          <w:b w:val="0"/>
          <w:i w:val="0"/>
          <w:color w:val="333333"/>
          <w:sz w:val="19"/>
        </w:rPr>
        <w:t>(3,0),(4,1),(5,2),(6,3),</w:t>
      </w:r>
    </w:p>
    <w:p>
      <w:pPr>
        <w:spacing w:before="0" w:after="80" w:line="300" w:lineRule="auto"/>
        <w:jc w:val="left"/>
      </w:pPr>
      <w:r>
        <w:rPr>
          <w:rFonts w:ascii="Times New Roman" w:hAnsi="Times New Roman" w:eastAsia="宋体"/>
          <w:b w:val="0"/>
          <w:i w:val="0"/>
          <w:color w:val="333333"/>
          <w:sz w:val="19"/>
        </w:rPr>
        <w:t>(7,4),(8,5),(9,6),</w:t>
      </w:r>
    </w:p>
    <w:p>
      <w:pPr>
        <w:spacing w:before="0" w:after="80" w:line="300" w:lineRule="auto"/>
        <w:jc w:val="left"/>
      </w:pPr>
      <w:r>
        <w:rPr>
          <w:rFonts w:ascii="Times New Roman" w:hAnsi="Times New Roman" w:eastAsia="宋体"/>
          <w:b w:val="0"/>
          <w:i w:val="0"/>
          <w:color w:val="333333"/>
          <w:sz w:val="19"/>
        </w:rPr>
        <w:t>giving exactly seven values of 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E</w:t>
      </w:r>
    </w:p>
    <w:p>
      <w:pPr>
        <w:spacing w:before="0" w:after="80" w:line="300" w:lineRule="auto"/>
        <w:jc w:val="left"/>
      </w:pPr>
      <w:r>
        <w:rPr>
          <w:rFonts w:ascii="Times New Roman" w:hAnsi="Times New Roman" w:eastAsia="宋体"/>
          <w:b w:val="0"/>
          <w:i w:val="0"/>
          <w:sz w:val="21"/>
        </w:rPr>
        <w:t>在 t 小时内，第二人每小时走过的路程组成首项为 2、末项为 2+t-1/2 的等差数列。他走过的路程为</w:t>
      </w:r>
    </w:p>
    <w:p>
      <w:pPr>
        <w:spacing w:before="0" w:after="80" w:line="300" w:lineRule="auto"/>
        <w:jc w:val="left"/>
      </w:pPr>
      <w:r>
        <w:rPr>
          <w:rFonts w:ascii="Times New Roman" w:hAnsi="Times New Roman" w:eastAsia="宋体"/>
          <w:b w:val="0"/>
          <w:i w:val="0"/>
          <w:sz w:val="21"/>
        </w:rPr>
        <w:t>t/2(4+t-1/2) =(t(t+7))/4。</w:t>
      </w:r>
    </w:p>
    <w:p>
      <w:pPr>
        <w:spacing w:before="0" w:after="80" w:line="300" w:lineRule="auto"/>
        <w:jc w:val="left"/>
      </w:pPr>
      <w:r>
        <w:rPr>
          <w:rFonts w:ascii="Times New Roman" w:hAnsi="Times New Roman" w:eastAsia="宋体"/>
          <w:b w:val="0"/>
          <w:i w:val="0"/>
          <w:sz w:val="21"/>
        </w:rPr>
        <w:t>两人合计走过</w:t>
      </w:r>
    </w:p>
    <w:p>
      <w:pPr>
        <w:spacing w:before="0" w:after="80" w:line="300" w:lineRule="auto"/>
        <w:jc w:val="left"/>
      </w:pPr>
      <w:r>
        <w:rPr>
          <w:rFonts w:ascii="Times New Roman" w:hAnsi="Times New Roman" w:eastAsia="宋体"/>
          <w:b w:val="0"/>
          <w:i w:val="0"/>
          <w:sz w:val="21"/>
        </w:rPr>
        <w:t>4t+(t(t+7))/4=72，</w:t>
      </w:r>
    </w:p>
    <w:p>
      <w:pPr>
        <w:spacing w:before="0" w:after="80" w:line="300" w:lineRule="auto"/>
        <w:jc w:val="left"/>
      </w:pPr>
      <w:r>
        <w:rPr>
          <w:rFonts w:ascii="Times New Roman" w:hAnsi="Times New Roman" w:eastAsia="宋体"/>
          <w:b w:val="0"/>
          <w:i w:val="0"/>
          <w:sz w:val="21"/>
        </w:rPr>
        <w:t>即 t²+23t-288=0。正根为 t=9。此时第一人走了 4(9)=36 英里，恰为原距离的一半。</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 hours, the second man’s hourly distances form an arithmetic progression with first term 2 and last term 2+t-1/2. His distance is</w:t>
      </w:r>
    </w:p>
    <w:p>
      <w:pPr>
        <w:spacing w:before="0" w:after="80" w:line="300" w:lineRule="auto"/>
        <w:jc w:val="left"/>
      </w:pPr>
      <w:r>
        <w:rPr>
          <w:rFonts w:ascii="Times New Roman" w:hAnsi="Times New Roman" w:eastAsia="宋体"/>
          <w:b w:val="0"/>
          <w:i w:val="0"/>
          <w:color w:val="333333"/>
          <w:sz w:val="19"/>
        </w:rPr>
        <w:t>t/2(4+t-1/2) =(t(t+7))/4.</w:t>
      </w:r>
    </w:p>
    <w:p>
      <w:pPr>
        <w:spacing w:before="0" w:after="80" w:line="300" w:lineRule="auto"/>
        <w:jc w:val="left"/>
      </w:pPr>
      <w:r>
        <w:rPr>
          <w:rFonts w:ascii="Times New Roman" w:hAnsi="Times New Roman" w:eastAsia="宋体"/>
          <w:b w:val="0"/>
          <w:i w:val="0"/>
          <w:color w:val="333333"/>
          <w:sz w:val="19"/>
        </w:rPr>
        <w:t>Together the men cover</w:t>
      </w:r>
    </w:p>
    <w:p>
      <w:pPr>
        <w:spacing w:before="0" w:after="80" w:line="300" w:lineRule="auto"/>
        <w:jc w:val="left"/>
      </w:pPr>
      <w:r>
        <w:rPr>
          <w:rFonts w:ascii="Times New Roman" w:hAnsi="Times New Roman" w:eastAsia="宋体"/>
          <w:b w:val="0"/>
          <w:i w:val="0"/>
          <w:color w:val="333333"/>
          <w:sz w:val="19"/>
        </w:rPr>
        <w:t>4t+(t(t+7))/4=72,</w:t>
      </w:r>
    </w:p>
    <w:p>
      <w:pPr>
        <w:spacing w:before="0" w:after="80" w:line="300" w:lineRule="auto"/>
        <w:jc w:val="left"/>
      </w:pPr>
      <w:r>
        <w:rPr>
          <w:rFonts w:ascii="Times New Roman" w:hAnsi="Times New Roman" w:eastAsia="宋体"/>
          <w:b w:val="0"/>
          <w:i w:val="0"/>
          <w:color w:val="333333"/>
          <w:sz w:val="19"/>
        </w:rPr>
        <w:t>or t²+23t-288=0. The positive root is t=9. The first man then walks 4(9)=36 miles, exactly half the original distance.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D</w:t>
      </w:r>
    </w:p>
    <w:p>
      <w:pPr>
        <w:spacing w:before="0" w:after="80" w:line="300" w:lineRule="auto"/>
        <w:jc w:val="left"/>
      </w:pPr>
      <w:r>
        <w:rPr>
          <w:rFonts w:ascii="Times New Roman" w:hAnsi="Times New Roman" w:eastAsia="宋体"/>
          <w:b w:val="0"/>
          <w:i w:val="0"/>
          <w:sz w:val="21"/>
        </w:rPr>
        <w:t>顶点在 x 轴上，当且仅当该二次方程有一个重根。其判别式必须满足</w:t>
      </w:r>
    </w:p>
    <w:p>
      <w:pPr>
        <w:spacing w:before="0" w:after="80" w:line="300" w:lineRule="auto"/>
        <w:jc w:val="left"/>
      </w:pPr>
      <w:r>
        <w:rPr>
          <w:rFonts w:ascii="Times New Roman" w:hAnsi="Times New Roman" w:eastAsia="宋体"/>
          <w:b w:val="0"/>
          <w:i w:val="0"/>
          <w:sz w:val="21"/>
        </w:rPr>
        <w:t>b²-4(-1)(-8)=b²-32=0。</w:t>
      </w:r>
    </w:p>
    <w:p>
      <w:pPr>
        <w:spacing w:before="0" w:after="80" w:line="300" w:lineRule="auto"/>
        <w:jc w:val="left"/>
      </w:pPr>
      <w:r>
        <w:rPr>
          <w:rFonts w:ascii="Times New Roman" w:hAnsi="Times New Roman" w:eastAsia="宋体"/>
          <w:b w:val="0"/>
          <w:i w:val="0"/>
          <w:sz w:val="21"/>
        </w:rPr>
        <w:t>因此 b=±√(32)=±4√(2)，是正无理数或负无理数。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vertex lies on the x-axis exactly when the quadratic has one repeated root. Its discriminant must satisfy</w:t>
      </w:r>
    </w:p>
    <w:p>
      <w:pPr>
        <w:spacing w:before="0" w:after="80" w:line="300" w:lineRule="auto"/>
        <w:jc w:val="left"/>
      </w:pPr>
      <w:r>
        <w:rPr>
          <w:rFonts w:ascii="Times New Roman" w:hAnsi="Times New Roman" w:eastAsia="宋体"/>
          <w:b w:val="0"/>
          <w:i w:val="0"/>
          <w:color w:val="333333"/>
          <w:sz w:val="19"/>
        </w:rPr>
        <w:t>b²-4(-1)(-8)=b²-32=0.</w:t>
      </w:r>
    </w:p>
    <w:p>
      <w:pPr>
        <w:spacing w:before="0" w:after="80" w:line="300" w:lineRule="auto"/>
        <w:jc w:val="left"/>
      </w:pPr>
      <w:r>
        <w:rPr>
          <w:rFonts w:ascii="Times New Roman" w:hAnsi="Times New Roman" w:eastAsia="宋体"/>
          <w:b w:val="0"/>
          <w:i w:val="0"/>
          <w:color w:val="333333"/>
          <w:sz w:val="19"/>
        </w:rPr>
        <w:t>Hence b=±√(32)=±4√(2), a positive or negative irrational number.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41 题　答案 D</w:t>
      </w:r>
    </w:p>
    <w:p>
      <w:pPr>
        <w:spacing w:before="0" w:after="80" w:line="300" w:lineRule="auto"/>
        <w:jc w:val="left"/>
      </w:pPr>
      <w:r>
        <w:rPr>
          <w:rFonts w:ascii="Times New Roman" w:hAnsi="Times New Roman" w:eastAsia="宋体"/>
          <w:b w:val="0"/>
          <w:i w:val="0"/>
          <w:sz w:val="21"/>
        </w:rPr>
        <w:t>系数行列式为</w:t>
      </w:r>
    </w:p>
    <w:p>
      <w:pPr>
        <w:spacing w:before="0" w:after="80" w:line="300" w:lineRule="auto"/>
        <w:jc w:val="left"/>
      </w:pPr>
      <w:r>
        <w:rPr>
          <w:rFonts w:ascii="Times New Roman" w:hAnsi="Times New Roman" w:eastAsia="宋体"/>
          <w:b w:val="0"/>
          <w:i w:val="0"/>
          <w:sz w:val="21"/>
        </w:rPr>
        <w:t>a(-a)-(a-1)(a+1)</w:t>
      </w:r>
    </w:p>
    <w:p>
      <w:pPr>
        <w:spacing w:before="0" w:after="80" w:line="300" w:lineRule="auto"/>
        <w:jc w:val="left"/>
      </w:pPr>
      <w:r>
        <w:rPr>
          <w:rFonts w:ascii="Times New Roman" w:hAnsi="Times New Roman" w:eastAsia="宋体"/>
          <w:b w:val="0"/>
          <w:i w:val="0"/>
          <w:sz w:val="21"/>
        </w:rPr>
        <w:t>=1-2a²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a=±(√(2))/2 时，它等于零。对这两个值中的任一个，两个系数行成比例，但右端的两个数不满足相同比例，所以方程组不相容。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coefficient determinant is</w:t>
      </w:r>
    </w:p>
    <w:p>
      <w:pPr>
        <w:spacing w:before="0" w:after="80" w:line="300" w:lineRule="auto"/>
        <w:jc w:val="left"/>
      </w:pPr>
      <w:r>
        <w:rPr>
          <w:rFonts w:ascii="Times New Roman" w:hAnsi="Times New Roman" w:eastAsia="宋体"/>
          <w:b w:val="0"/>
          <w:i w:val="0"/>
          <w:color w:val="333333"/>
          <w:sz w:val="19"/>
        </w:rPr>
        <w:t>a(-a)-(a-1)(a+1)</w:t>
      </w:r>
    </w:p>
    <w:p>
      <w:pPr>
        <w:spacing w:before="0" w:after="80" w:line="300" w:lineRule="auto"/>
        <w:jc w:val="left"/>
      </w:pPr>
      <w:r>
        <w:rPr>
          <w:rFonts w:ascii="Times New Roman" w:hAnsi="Times New Roman" w:eastAsia="宋体"/>
          <w:b w:val="0"/>
          <w:i w:val="0"/>
          <w:color w:val="333333"/>
          <w:sz w:val="19"/>
        </w:rPr>
        <w:t>=1-2a².</w:t>
      </w:r>
    </w:p>
    <w:p>
      <w:pPr>
        <w:spacing w:before="0" w:after="80" w:line="300" w:lineRule="auto"/>
        <w:jc w:val="left"/>
      </w:pPr>
      <w:r>
        <w:rPr>
          <w:rFonts w:ascii="Times New Roman" w:hAnsi="Times New Roman" w:eastAsia="宋体"/>
          <w:b w:val="0"/>
          <w:i w:val="0"/>
          <w:color w:val="333333"/>
          <w:sz w:val="19"/>
        </w:rPr>
        <w:t>It vanishes when a=±(√(2))/2. For either value, the two coefficient rows are proportional but the two right sides are not in the same ratio, so the system is inconsistent.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42 题　答案 C</w:t>
      </w:r>
    </w:p>
    <w:p>
      <w:pPr>
        <w:spacing w:before="0" w:after="80" w:line="300" w:lineRule="auto"/>
        <w:jc w:val="left"/>
      </w:pPr>
      <w:r>
        <w:rPr>
          <w:rFonts w:ascii="Times New Roman" w:hAnsi="Times New Roman" w:eastAsia="宋体"/>
          <w:b w:val="0"/>
          <w:i w:val="0"/>
          <w:sz w:val="21"/>
        </w:rPr>
        <w:t>若 n 为偶数，则 iⁿ 为 1 或 -1，且等于其倒数，所以 S=2 或 -2。若 n 为奇数，则两项按某种顺序分别为 i 与 -i，所以 S=0。因此，不同的值为</w:t>
      </w:r>
    </w:p>
    <w:p>
      <w:pPr>
        <w:spacing w:before="0" w:after="80" w:line="300" w:lineRule="auto"/>
        <w:jc w:val="left"/>
      </w:pPr>
      <w:r>
        <w:rPr>
          <w:rFonts w:ascii="Times New Roman" w:hAnsi="Times New Roman" w:eastAsia="宋体"/>
          <w:b w:val="0"/>
          <w:i w:val="0"/>
          <w:sz w:val="21"/>
        </w:rPr>
        <w:t>-2, 0, 2，</w:t>
      </w:r>
    </w:p>
    <w:p>
      <w:pPr>
        <w:spacing w:before="0" w:after="80" w:line="300" w:lineRule="auto"/>
        <w:jc w:val="left"/>
      </w:pPr>
      <w:r>
        <w:rPr>
          <w:rFonts w:ascii="Times New Roman" w:hAnsi="Times New Roman" w:eastAsia="宋体"/>
          <w:b w:val="0"/>
          <w:i w:val="0"/>
          <w:sz w:val="21"/>
        </w:rPr>
        <w:t>共三个。</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is even, iⁿ is 1 or -1 and equals its reciprocal, so S=2 or -2. If n is odd, the two terms are i and -i, in some order, so S=0. Thus the distinct values are</w:t>
      </w:r>
    </w:p>
    <w:p>
      <w:pPr>
        <w:spacing w:before="0" w:after="80" w:line="300" w:lineRule="auto"/>
        <w:jc w:val="left"/>
      </w:pPr>
      <w:r>
        <w:rPr>
          <w:rFonts w:ascii="Times New Roman" w:hAnsi="Times New Roman" w:eastAsia="宋体"/>
          <w:b w:val="0"/>
          <w:i w:val="0"/>
          <w:color w:val="333333"/>
          <w:sz w:val="19"/>
        </w:rPr>
        <w:t>-2, 0, 2,</w:t>
      </w:r>
    </w:p>
    <w:p>
      <w:pPr>
        <w:spacing w:before="0" w:after="80" w:line="300" w:lineRule="auto"/>
        <w:jc w:val="left"/>
      </w:pPr>
      <w:r>
        <w:rPr>
          <w:rFonts w:ascii="Times New Roman" w:hAnsi="Times New Roman" w:eastAsia="宋体"/>
          <w:b w:val="0"/>
          <w:i w:val="0"/>
          <w:color w:val="333333"/>
          <w:sz w:val="19"/>
        </w:rPr>
        <w:t>three values.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43 题　答案 B</w:t>
      </w:r>
    </w:p>
    <w:p>
      <w:pPr>
        <w:spacing w:before="0" w:after="80" w:line="300" w:lineRule="auto"/>
        <w:jc w:val="left"/>
      </w:pPr>
      <w:r>
        <w:rPr>
          <w:rFonts w:ascii="Times New Roman" w:hAnsi="Times New Roman" w:eastAsia="宋体"/>
          <w:b w:val="0"/>
          <w:i w:val="0"/>
          <w:sz w:val="21"/>
        </w:rPr>
        <w:t>对于 0、1、2、3 和 4 中的每个 x，从 y=0 到 y=x² 共有 x²+1 个整数值。因此格点数为</w:t>
      </w:r>
    </w:p>
    <w:p>
      <w:pPr>
        <w:spacing w:before="0" w:after="80" w:line="300" w:lineRule="auto"/>
        <w:jc w:val="left"/>
      </w:pPr>
      <w:r>
        <w:rPr>
          <w:rFonts w:ascii="Times New Roman" w:hAnsi="Times New Roman" w:eastAsia="宋体"/>
          <w:b w:val="0"/>
          <w:i w:val="0"/>
          <w:sz w:val="21"/>
        </w:rPr>
        <w:t>(0²+1)+(1²+1)+(2²+1)</w:t>
      </w:r>
    </w:p>
    <w:p>
      <w:pPr>
        <w:spacing w:before="0" w:after="80" w:line="300" w:lineRule="auto"/>
        <w:jc w:val="left"/>
      </w:pPr>
      <w:r>
        <w:rPr>
          <w:rFonts w:ascii="Times New Roman" w:hAnsi="Times New Roman" w:eastAsia="宋体"/>
          <w:b w:val="0"/>
          <w:i w:val="0"/>
          <w:sz w:val="21"/>
        </w:rPr>
        <w:t>+(3²+1)+(4²+1)</w:t>
      </w:r>
    </w:p>
    <w:p>
      <w:pPr>
        <w:spacing w:before="0" w:after="80" w:line="300" w:lineRule="auto"/>
        <w:jc w:val="left"/>
      </w:pPr>
      <w:r>
        <w:rPr>
          <w:rFonts w:ascii="Times New Roman" w:hAnsi="Times New Roman" w:eastAsia="宋体"/>
          <w:b w:val="0"/>
          <w:i w:val="0"/>
          <w:sz w:val="21"/>
        </w:rPr>
        <w:t>=1+2+5+10+17</w:t>
      </w:r>
    </w:p>
    <w:p>
      <w:pPr>
        <w:spacing w:before="0" w:after="80" w:line="300" w:lineRule="auto"/>
        <w:jc w:val="left"/>
      </w:pPr>
      <w:r>
        <w:rPr>
          <w:rFonts w:ascii="Times New Roman" w:hAnsi="Times New Roman" w:eastAsia="宋体"/>
          <w:b w:val="0"/>
          <w:i w:val="0"/>
          <w:sz w:val="21"/>
        </w:rPr>
        <w:t>=35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x among 0, 1, 2, 3, and 4, there are x²+1 integer values from y=0 through y=x². Therefore the number of lattice points is</w:t>
      </w:r>
    </w:p>
    <w:p>
      <w:pPr>
        <w:spacing w:before="0" w:after="80" w:line="300" w:lineRule="auto"/>
        <w:jc w:val="left"/>
      </w:pPr>
      <w:r>
        <w:rPr>
          <w:rFonts w:ascii="Times New Roman" w:hAnsi="Times New Roman" w:eastAsia="宋体"/>
          <w:b w:val="0"/>
          <w:i w:val="0"/>
          <w:color w:val="333333"/>
          <w:sz w:val="19"/>
        </w:rPr>
        <w:t>(0²+1)+(1²+1)+(2²+1)</w:t>
      </w:r>
    </w:p>
    <w:p>
      <w:pPr>
        <w:spacing w:before="0" w:after="80" w:line="300" w:lineRule="auto"/>
        <w:jc w:val="left"/>
      </w:pPr>
      <w:r>
        <w:rPr>
          <w:rFonts w:ascii="Times New Roman" w:hAnsi="Times New Roman" w:eastAsia="宋体"/>
          <w:b w:val="0"/>
          <w:i w:val="0"/>
          <w:color w:val="333333"/>
          <w:sz w:val="19"/>
        </w:rPr>
        <w:t>+(3²+1)+(4²+1)</w:t>
      </w:r>
    </w:p>
    <w:p>
      <w:pPr>
        <w:spacing w:before="0" w:after="80" w:line="300" w:lineRule="auto"/>
        <w:jc w:val="left"/>
      </w:pPr>
      <w:r>
        <w:rPr>
          <w:rFonts w:ascii="Times New Roman" w:hAnsi="Times New Roman" w:eastAsia="宋体"/>
          <w:b w:val="0"/>
          <w:i w:val="0"/>
          <w:color w:val="333333"/>
          <w:sz w:val="19"/>
        </w:rPr>
        <w:t>=1+2+5+10+17</w:t>
      </w:r>
    </w:p>
    <w:p>
      <w:pPr>
        <w:spacing w:before="0" w:after="80" w:line="300" w:lineRule="auto"/>
        <w:jc w:val="left"/>
      </w:pPr>
      <w:r>
        <w:rPr>
          <w:rFonts w:ascii="Times New Roman" w:hAnsi="Times New Roman" w:eastAsia="宋体"/>
          <w:b w:val="0"/>
          <w:i w:val="0"/>
          <w:color w:val="333333"/>
          <w:sz w:val="19"/>
        </w:rPr>
        <w:t>=35.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44 题　答案 E</w:t>
      </w:r>
    </w:p>
    <w:p>
      <w:pPr>
        <w:spacing w:before="0" w:after="80" w:line="300" w:lineRule="auto"/>
        <w:jc w:val="left"/>
      </w:pPr>
      <w:r>
        <w:rPr>
          <w:rFonts w:ascii="Times New Roman" w:hAnsi="Times New Roman" w:eastAsia="宋体"/>
          <w:b w:val="0"/>
          <w:i w:val="0"/>
          <w:sz w:val="21"/>
        </w:rPr>
        <w:t>令 α=∠ CAB、β=∠ ABC，且 x=∠ BAD。因为 D 在 BC 上，所以作为三角形 ABD 的一个外角，</w:t>
      </w:r>
    </w:p>
    <w:p>
      <w:pPr>
        <w:spacing w:before="0" w:after="80" w:line="300" w:lineRule="auto"/>
        <w:jc w:val="left"/>
      </w:pPr>
      <w:r>
        <w:rPr>
          <w:rFonts w:ascii="Times New Roman" w:hAnsi="Times New Roman" w:eastAsia="宋体"/>
          <w:b w:val="0"/>
          <w:i w:val="0"/>
          <w:sz w:val="21"/>
        </w:rPr>
        <w:t>∠ ADC=x+β。</w:t>
      </w:r>
    </w:p>
    <w:p>
      <w:pPr>
        <w:spacing w:before="0" w:after="80" w:line="300" w:lineRule="auto"/>
        <w:jc w:val="left"/>
      </w:pPr>
      <w:r>
        <w:rPr>
          <w:rFonts w:ascii="Times New Roman" w:hAnsi="Times New Roman" w:eastAsia="宋体"/>
          <w:b w:val="0"/>
          <w:i w:val="0"/>
          <w:sz w:val="21"/>
        </w:rPr>
        <w:t>由于 AC=CD，三角形 ACD 为等腰三角形，所以 ∠ CAD=∠ ADC。而 ∠ CAD=α-x。因此</w:t>
      </w:r>
    </w:p>
    <w:p>
      <w:pPr>
        <w:spacing w:before="0" w:after="80" w:line="300" w:lineRule="auto"/>
        <w:jc w:val="left"/>
      </w:pPr>
      <w:r>
        <w:rPr>
          <w:rFonts w:ascii="Times New Roman" w:hAnsi="Times New Roman" w:eastAsia="宋体"/>
          <w:b w:val="0"/>
          <w:i w:val="0"/>
          <w:sz w:val="21"/>
        </w:rPr>
        <w:t>α-x=x+β，</w:t>
      </w:r>
    </w:p>
    <w:p>
      <w:pPr>
        <w:spacing w:before="0" w:after="80" w:line="300" w:lineRule="auto"/>
        <w:jc w:val="left"/>
      </w:pPr>
      <w:r>
        <w:rPr>
          <w:rFonts w:ascii="Times New Roman" w:hAnsi="Times New Roman" w:eastAsia="宋体"/>
          <w:b w:val="0"/>
          <w:i w:val="0"/>
          <w:sz w:val="21"/>
        </w:rPr>
        <w:t>所以 2x=α-β=30°，且 x=15°。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α=∠ CAB, β=∠ ABC, and x=∠ BAD. Since D lies on BC,</w:t>
      </w:r>
    </w:p>
    <w:p>
      <w:pPr>
        <w:spacing w:before="0" w:after="80" w:line="300" w:lineRule="auto"/>
        <w:jc w:val="left"/>
      </w:pPr>
      <w:r>
        <w:rPr>
          <w:rFonts w:ascii="Times New Roman" w:hAnsi="Times New Roman" w:eastAsia="宋体"/>
          <w:b w:val="0"/>
          <w:i w:val="0"/>
          <w:color w:val="333333"/>
          <w:sz w:val="19"/>
        </w:rPr>
        <w:t>∠ ADC=x+β</w:t>
      </w:r>
    </w:p>
    <w:p>
      <w:pPr>
        <w:spacing w:before="0" w:after="80" w:line="300" w:lineRule="auto"/>
        <w:jc w:val="left"/>
      </w:pPr>
      <w:r>
        <w:rPr>
          <w:rFonts w:ascii="Times New Roman" w:hAnsi="Times New Roman" w:eastAsia="宋体"/>
          <w:b w:val="0"/>
          <w:i w:val="0"/>
          <w:color w:val="333333"/>
          <w:sz w:val="19"/>
        </w:rPr>
        <w:t>as an exterior angle of triangle ABD. Because AC=CD, triangle ACD is isosceles, so ∠ CAD=∠ ADC. But ∠ CAD=α-x. Hence</w:t>
      </w:r>
    </w:p>
    <w:p>
      <w:pPr>
        <w:spacing w:before="0" w:after="80" w:line="300" w:lineRule="auto"/>
        <w:jc w:val="left"/>
      </w:pPr>
      <w:r>
        <w:rPr>
          <w:rFonts w:ascii="Times New Roman" w:hAnsi="Times New Roman" w:eastAsia="宋体"/>
          <w:b w:val="0"/>
          <w:i w:val="0"/>
          <w:color w:val="333333"/>
          <w:sz w:val="19"/>
        </w:rPr>
        <w:t>α-x=x+β,</w:t>
      </w:r>
    </w:p>
    <w:p>
      <w:pPr>
        <w:spacing w:before="0" w:after="80" w:line="300" w:lineRule="auto"/>
        <w:jc w:val="left"/>
      </w:pPr>
      <w:r>
        <w:rPr>
          <w:rFonts w:ascii="Times New Roman" w:hAnsi="Times New Roman" w:eastAsia="宋体"/>
          <w:b w:val="0"/>
          <w:i w:val="0"/>
          <w:color w:val="333333"/>
          <w:sz w:val="19"/>
        </w:rPr>
        <w:t>so 2x=α-β=30° and x=15°.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45 题　答案 A</w:t>
      </w:r>
    </w:p>
    <w:p>
      <w:pPr>
        <w:spacing w:before="0" w:after="80" w:line="300" w:lineRule="auto"/>
        <w:jc w:val="left"/>
      </w:pPr>
      <w:r>
        <w:rPr>
          <w:rFonts w:ascii="Times New Roman" w:hAnsi="Times New Roman" w:eastAsia="宋体"/>
          <w:b w:val="0"/>
          <w:i w:val="0"/>
          <w:sz w:val="21"/>
        </w:rPr>
        <w:t>因为 y≠0，两边乘以 y，得到</w:t>
      </w:r>
    </w:p>
    <w:p>
      <w:pPr>
        <w:spacing w:before="0" w:after="80" w:line="300" w:lineRule="auto"/>
        <w:jc w:val="left"/>
      </w:pPr>
      <w:r>
        <w:rPr>
          <w:rFonts w:ascii="Times New Roman" w:hAnsi="Times New Roman" w:eastAsia="宋体"/>
          <w:b w:val="0"/>
          <w:i w:val="0"/>
          <w:sz w:val="21"/>
        </w:rPr>
        <w:t>x=xy-y²，</w:t>
      </w:r>
    </w:p>
    <w:p>
      <w:pPr>
        <w:spacing w:before="0" w:after="80" w:line="300" w:lineRule="auto"/>
        <w:jc w:val="left"/>
      </w:pPr>
      <w:r>
        <w:rPr>
          <w:rFonts w:ascii="Times New Roman" w:hAnsi="Times New Roman" w:eastAsia="宋体"/>
          <w:b w:val="0"/>
          <w:i w:val="0"/>
          <w:sz w:val="21"/>
        </w:rPr>
        <w:t>即 y²-xy+x=0。要使 y 为实数，判别式必须满足</w:t>
      </w:r>
    </w:p>
    <w:p>
      <w:pPr>
        <w:spacing w:before="0" w:after="80" w:line="300" w:lineRule="auto"/>
        <w:jc w:val="left"/>
      </w:pPr>
      <w:r>
        <w:rPr>
          <w:rFonts w:ascii="Times New Roman" w:hAnsi="Times New Roman" w:eastAsia="宋体"/>
          <w:b w:val="0"/>
          <w:i w:val="0"/>
          <w:sz w:val="21"/>
        </w:rPr>
        <w:t>x²-4x=x(x-4)≥0。</w:t>
      </w:r>
    </w:p>
    <w:p>
      <w:pPr>
        <w:spacing w:before="0" w:after="80" w:line="300" w:lineRule="auto"/>
        <w:jc w:val="left"/>
      </w:pPr>
      <w:r>
        <w:rPr>
          <w:rFonts w:ascii="Times New Roman" w:hAnsi="Times New Roman" w:eastAsia="宋体"/>
          <w:b w:val="0"/>
          <w:i w:val="0"/>
          <w:sz w:val="21"/>
        </w:rPr>
        <w:t>因此 x≤0 或 x≥4。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y≠0, multiplying by y gives</w:t>
      </w:r>
    </w:p>
    <w:p>
      <w:pPr>
        <w:spacing w:before="0" w:after="80" w:line="300" w:lineRule="auto"/>
        <w:jc w:val="left"/>
      </w:pPr>
      <w:r>
        <w:rPr>
          <w:rFonts w:ascii="Times New Roman" w:hAnsi="Times New Roman" w:eastAsia="宋体"/>
          <w:b w:val="0"/>
          <w:i w:val="0"/>
          <w:color w:val="333333"/>
          <w:sz w:val="19"/>
        </w:rPr>
        <w:t>x=xy-y²,</w:t>
      </w:r>
    </w:p>
    <w:p>
      <w:pPr>
        <w:spacing w:before="0" w:after="80" w:line="300" w:lineRule="auto"/>
        <w:jc w:val="left"/>
      </w:pPr>
      <w:r>
        <w:rPr>
          <w:rFonts w:ascii="Times New Roman" w:hAnsi="Times New Roman" w:eastAsia="宋体"/>
          <w:b w:val="0"/>
          <w:i w:val="0"/>
          <w:color w:val="333333"/>
          <w:sz w:val="19"/>
        </w:rPr>
        <w:t>or y²-xy+x=0. For a real value of y, its discriminant must satisfy</w:t>
      </w:r>
    </w:p>
    <w:p>
      <w:pPr>
        <w:spacing w:before="0" w:after="80" w:line="300" w:lineRule="auto"/>
        <w:jc w:val="left"/>
      </w:pPr>
      <w:r>
        <w:rPr>
          <w:rFonts w:ascii="Times New Roman" w:hAnsi="Times New Roman" w:eastAsia="宋体"/>
          <w:b w:val="0"/>
          <w:i w:val="0"/>
          <w:color w:val="333333"/>
          <w:sz w:val="19"/>
        </w:rPr>
        <w:t>x²-4x=x(x-4)≥0.</w:t>
      </w:r>
    </w:p>
    <w:p>
      <w:pPr>
        <w:spacing w:before="0" w:after="80" w:line="300" w:lineRule="auto"/>
        <w:jc w:val="left"/>
      </w:pPr>
      <w:r>
        <w:rPr>
          <w:rFonts w:ascii="Times New Roman" w:hAnsi="Times New Roman" w:eastAsia="宋体"/>
          <w:b w:val="0"/>
          <w:i w:val="0"/>
          <w:color w:val="333333"/>
          <w:sz w:val="19"/>
        </w:rPr>
        <w:t>Thus x≤0 or x≥4.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46 题　答案 E</w:t>
      </w:r>
    </w:p>
    <w:p>
      <w:pPr>
        <w:spacing w:before="0" w:after="80" w:line="300" w:lineRule="auto"/>
        <w:jc w:val="left"/>
      </w:pPr>
      <w:r>
        <w:rPr>
          <w:rFonts w:ascii="Times New Roman" w:hAnsi="Times New Roman" w:eastAsia="宋体"/>
          <w:b w:val="0"/>
          <w:i w:val="0"/>
          <w:sz w:val="21"/>
        </w:rPr>
        <w:t>将交点置于 (0,0)，四个端点为 (-3,0)、(4,0)、(0,-2) 和 (0,6)。两条弦的垂直平分线分别为 x=1/2 与 y=2，所以圆心为 (1/2,2)。使用端点 (4,0)，得到</w:t>
      </w:r>
    </w:p>
    <w:p>
      <w:pPr>
        <w:spacing w:before="0" w:after="80" w:line="300" w:lineRule="auto"/>
        <w:jc w:val="left"/>
      </w:pPr>
      <w:r>
        <w:rPr>
          <w:rFonts w:ascii="Times New Roman" w:hAnsi="Times New Roman" w:eastAsia="宋体"/>
          <w:b w:val="0"/>
          <w:i w:val="0"/>
          <w:sz w:val="21"/>
        </w:rPr>
        <w:t>r² =(4-1/2)²+(0-2)²</w:t>
      </w:r>
    </w:p>
    <w:p>
      <w:pPr>
        <w:spacing w:before="0" w:after="80" w:line="300" w:lineRule="auto"/>
        <w:jc w:val="left"/>
      </w:pPr>
      <w:r>
        <w:rPr>
          <w:rFonts w:ascii="Times New Roman" w:hAnsi="Times New Roman" w:eastAsia="宋体"/>
          <w:b w:val="0"/>
          <w:i w:val="0"/>
          <w:sz w:val="21"/>
        </w:rPr>
        <w:t>=65/4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因此直径为 2r=√(65)。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intersection at (0,0) with endpoints (-3,0), (4,0), (0,-2), and (0,6). The perpendicular bisectors of the chords are x=1/2 and y=2, so the center is (1/2,2). Using the endpoint (4,0),</w:t>
      </w:r>
    </w:p>
    <w:p>
      <w:pPr>
        <w:spacing w:before="0" w:after="80" w:line="300" w:lineRule="auto"/>
        <w:jc w:val="left"/>
      </w:pPr>
      <w:r>
        <w:rPr>
          <w:rFonts w:ascii="Times New Roman" w:hAnsi="Times New Roman" w:eastAsia="宋体"/>
          <w:b w:val="0"/>
          <w:i w:val="0"/>
          <w:color w:val="333333"/>
          <w:sz w:val="19"/>
        </w:rPr>
        <w:t>r² =(4-1/2)²+(0-2)²</w:t>
      </w:r>
    </w:p>
    <w:p>
      <w:pPr>
        <w:spacing w:before="0" w:after="80" w:line="300" w:lineRule="auto"/>
        <w:jc w:val="left"/>
      </w:pPr>
      <w:r>
        <w:rPr>
          <w:rFonts w:ascii="Times New Roman" w:hAnsi="Times New Roman" w:eastAsia="宋体"/>
          <w:b w:val="0"/>
          <w:i w:val="0"/>
          <w:color w:val="333333"/>
          <w:sz w:val="19"/>
        </w:rPr>
        <w:t>=65/4.</w:t>
      </w:r>
    </w:p>
    <w:p>
      <w:pPr>
        <w:spacing w:before="0" w:after="80" w:line="300" w:lineRule="auto"/>
        <w:jc w:val="left"/>
      </w:pPr>
      <w:r>
        <w:rPr>
          <w:rFonts w:ascii="Times New Roman" w:hAnsi="Times New Roman" w:eastAsia="宋体"/>
          <w:b w:val="0"/>
          <w:i w:val="0"/>
          <w:color w:val="333333"/>
          <w:sz w:val="19"/>
        </w:rPr>
        <w:t>Therefore the diameter is 2r=√(65).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47 题　答案 A</w:t>
      </w:r>
    </w:p>
    <w:p>
      <w:pPr>
        <w:spacing w:before="0" w:after="80" w:line="300" w:lineRule="auto"/>
        <w:jc w:val="left"/>
      </w:pPr>
      <w:r>
        <w:rPr>
          <w:rFonts w:ascii="Times New Roman" w:hAnsi="Times New Roman" w:eastAsia="宋体"/>
          <w:b w:val="0"/>
          <w:i w:val="0"/>
          <w:sz w:val="21"/>
        </w:rPr>
        <w:t>直线 XY 是 AB 的垂直平分线，所以 MA=MB。因为 M 在以 AB 为直径的半圆上，所以 ∠ AMB=90°。因此三角形 AMB 为等腰直角三角形，且 ∠ ABM=45°。因为 B,M,D 共线，所以圆周角 ∠ ABD=45°，其所对的弧 AD 为 90°。因此弦 AD 是内接正方形的一条边，长度为</w:t>
      </w:r>
    </w:p>
    <w:p>
      <w:pPr>
        <w:spacing w:before="0" w:after="80" w:line="300" w:lineRule="auto"/>
        <w:jc w:val="left"/>
      </w:pPr>
      <w:r>
        <w:rPr>
          <w:rFonts w:ascii="Times New Roman" w:hAnsi="Times New Roman" w:eastAsia="宋体"/>
          <w:b w:val="0"/>
          <w:i w:val="0"/>
          <w:sz w:val="21"/>
        </w:rPr>
        <w:t>AD=r√(2)。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 XY is the perpendicular bisector of AB, so MA=MB. Since M lies on the semicircle with diameter AB, ∠ AMB=90°. Thus triangle AMB is an isosceles right triangle and ∠ ABM=45°. Because B,M,D are collinear, the inscribed angle ∠ ABD=45°, so its intercepted arc AD measures 90°. Therefore chord AD is a side of an inscribed square and has length</w:t>
      </w:r>
    </w:p>
    <w:p>
      <w:pPr>
        <w:spacing w:before="0" w:after="80" w:line="300" w:lineRule="auto"/>
        <w:jc w:val="left"/>
      </w:pPr>
      <w:r>
        <w:rPr>
          <w:rFonts w:ascii="Times New Roman" w:hAnsi="Times New Roman" w:eastAsia="宋体"/>
          <w:b w:val="0"/>
          <w:i w:val="0"/>
          <w:color w:val="333333"/>
          <w:sz w:val="19"/>
        </w:rPr>
        <w:t>AD=r√(2).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48 题　答案 A</w:t>
      </w:r>
    </w:p>
    <w:p>
      <w:pPr>
        <w:spacing w:before="0" w:after="80" w:line="300" w:lineRule="auto"/>
        <w:jc w:val="left"/>
      </w:pPr>
      <w:r>
        <w:rPr>
          <w:rFonts w:ascii="Times New Roman" w:hAnsi="Times New Roman" w:eastAsia="宋体"/>
          <w:b w:val="0"/>
          <w:i w:val="0"/>
          <w:sz w:val="21"/>
        </w:rPr>
        <w:t>在圆内接四边形 ABMC 中，托勒密定理给出</w:t>
      </w:r>
    </w:p>
    <w:p>
      <w:pPr>
        <w:spacing w:before="0" w:after="80" w:line="300" w:lineRule="auto"/>
        <w:jc w:val="left"/>
      </w:pPr>
      <w:r>
        <w:rPr>
          <w:rFonts w:ascii="Times New Roman" w:hAnsi="Times New Roman" w:eastAsia="宋体"/>
          <w:b w:val="0"/>
          <w:i w:val="0"/>
          <w:sz w:val="21"/>
        </w:rPr>
        <w:t>AM· BC =AB· CM</w:t>
      </w:r>
    </w:p>
    <w:p>
      <w:pPr>
        <w:spacing w:before="0" w:after="80" w:line="300" w:lineRule="auto"/>
        <w:jc w:val="left"/>
      </w:pPr>
      <w:r>
        <w:rPr>
          <w:rFonts w:ascii="Times New Roman" w:hAnsi="Times New Roman" w:eastAsia="宋体"/>
          <w:b w:val="0"/>
          <w:i w:val="0"/>
          <w:sz w:val="21"/>
        </w:rPr>
        <w:t>+AC· BM</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ABC 是等边三角形，所以 AB=BC=AC。两边除以这个公共长度，得到</w:t>
      </w:r>
    </w:p>
    <w:p>
      <w:pPr>
        <w:spacing w:before="0" w:after="80" w:line="300" w:lineRule="auto"/>
        <w:jc w:val="left"/>
      </w:pPr>
      <w:r>
        <w:rPr>
          <w:rFonts w:ascii="Times New Roman" w:hAnsi="Times New Roman" w:eastAsia="宋体"/>
          <w:b w:val="0"/>
          <w:i w:val="0"/>
          <w:sz w:val="21"/>
        </w:rPr>
        <w:t>AM=CM+BM。</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cyclic quadrilateral ABMC, Ptolemy’s theorem gives</w:t>
      </w:r>
    </w:p>
    <w:p>
      <w:pPr>
        <w:spacing w:before="0" w:after="80" w:line="300" w:lineRule="auto"/>
        <w:jc w:val="left"/>
      </w:pPr>
      <w:r>
        <w:rPr>
          <w:rFonts w:ascii="Times New Roman" w:hAnsi="Times New Roman" w:eastAsia="宋体"/>
          <w:b w:val="0"/>
          <w:i w:val="0"/>
          <w:color w:val="333333"/>
          <w:sz w:val="19"/>
        </w:rPr>
        <w:t>AM· BC =AB· CM</w:t>
      </w:r>
    </w:p>
    <w:p>
      <w:pPr>
        <w:spacing w:before="0" w:after="80" w:line="300" w:lineRule="auto"/>
        <w:jc w:val="left"/>
      </w:pPr>
      <w:r>
        <w:rPr>
          <w:rFonts w:ascii="Times New Roman" w:hAnsi="Times New Roman" w:eastAsia="宋体"/>
          <w:b w:val="0"/>
          <w:i w:val="0"/>
          <w:color w:val="333333"/>
          <w:sz w:val="19"/>
        </w:rPr>
        <w:t>+AC· BM.</w:t>
      </w:r>
    </w:p>
    <w:p>
      <w:pPr>
        <w:spacing w:before="0" w:after="80" w:line="300" w:lineRule="auto"/>
        <w:jc w:val="left"/>
      </w:pPr>
      <w:r>
        <w:rPr>
          <w:rFonts w:ascii="Times New Roman" w:hAnsi="Times New Roman" w:eastAsia="宋体"/>
          <w:b w:val="0"/>
          <w:i w:val="0"/>
          <w:color w:val="333333"/>
          <w:sz w:val="19"/>
        </w:rPr>
        <w:t>Since ABC is equilateral, AB=BC=AC. Dividing by this common length yields</w:t>
      </w:r>
    </w:p>
    <w:p>
      <w:pPr>
        <w:spacing w:before="0" w:after="80" w:line="300" w:lineRule="auto"/>
        <w:jc w:val="left"/>
      </w:pPr>
      <w:r>
        <w:rPr>
          <w:rFonts w:ascii="Times New Roman" w:hAnsi="Times New Roman" w:eastAsia="宋体"/>
          <w:b w:val="0"/>
          <w:i w:val="0"/>
          <w:color w:val="333333"/>
          <w:sz w:val="19"/>
        </w:rPr>
        <w:t>AM=CM+BM.</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49 题　答案 C</w:t>
      </w:r>
    </w:p>
    <w:p>
      <w:pPr>
        <w:spacing w:before="0" w:after="80" w:line="300" w:lineRule="auto"/>
        <w:jc w:val="left"/>
      </w:pPr>
      <w:r>
        <w:rPr>
          <w:rFonts w:ascii="Times New Roman" w:hAnsi="Times New Roman" w:eastAsia="宋体"/>
          <w:b w:val="0"/>
          <w:i w:val="0"/>
          <w:sz w:val="21"/>
        </w:rPr>
        <w:t>设长度为 4 与 6 的两条腰的上段分别为 4t 与 6t。分割线段在两个周长中各出现一次，可以相消。因此，由周长相等可得</w:t>
      </w:r>
    </w:p>
    <w:p>
      <w:pPr>
        <w:spacing w:before="0" w:after="80" w:line="300" w:lineRule="auto"/>
        <w:jc w:val="left"/>
      </w:pPr>
      <w:r>
        <w:rPr>
          <w:rFonts w:ascii="Times New Roman" w:hAnsi="Times New Roman" w:eastAsia="宋体"/>
          <w:b w:val="0"/>
          <w:i w:val="0"/>
          <w:sz w:val="21"/>
        </w:rPr>
        <w:t>3+4t+6t =9+4(1-t)</w:t>
      </w:r>
    </w:p>
    <w:p>
      <w:pPr>
        <w:spacing w:before="0" w:after="80" w:line="300" w:lineRule="auto"/>
        <w:jc w:val="left"/>
      </w:pPr>
      <w:r>
        <w:rPr>
          <w:rFonts w:ascii="Times New Roman" w:hAnsi="Times New Roman" w:eastAsia="宋体"/>
          <w:b w:val="0"/>
          <w:i w:val="0"/>
          <w:sz w:val="21"/>
        </w:rPr>
        <w:t>+6(1-t)</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20t=16，从而 t=4/5。每条腰被分割的两段之比为</w:t>
      </w:r>
    </w:p>
    <w:p>
      <w:pPr>
        <w:spacing w:before="0" w:after="80" w:line="300" w:lineRule="auto"/>
        <w:jc w:val="left"/>
      </w:pPr>
      <w:r>
        <w:rPr>
          <w:rFonts w:ascii="Times New Roman" w:hAnsi="Times New Roman" w:eastAsia="宋体"/>
          <w:b w:val="0"/>
          <w:i w:val="0"/>
          <w:sz w:val="21"/>
        </w:rPr>
        <w:t>t:(1-t)=4/5:1/5=4:1。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upper pieces of the legs of lengths 4 and 6 be 4t and 6t, respectively. The dividing segment appears once in each perimeter and cancels. Equal perimeters therefore give</w:t>
      </w:r>
    </w:p>
    <w:p>
      <w:pPr>
        <w:spacing w:before="0" w:after="80" w:line="300" w:lineRule="auto"/>
        <w:jc w:val="left"/>
      </w:pPr>
      <w:r>
        <w:rPr>
          <w:rFonts w:ascii="Times New Roman" w:hAnsi="Times New Roman" w:eastAsia="宋体"/>
          <w:b w:val="0"/>
          <w:i w:val="0"/>
          <w:color w:val="333333"/>
          <w:sz w:val="19"/>
        </w:rPr>
        <w:t>3+4t+6t =9+4(1-t)</w:t>
      </w:r>
    </w:p>
    <w:p>
      <w:pPr>
        <w:spacing w:before="0" w:after="80" w:line="300" w:lineRule="auto"/>
        <w:jc w:val="left"/>
      </w:pPr>
      <w:r>
        <w:rPr>
          <w:rFonts w:ascii="Times New Roman" w:hAnsi="Times New Roman" w:eastAsia="宋体"/>
          <w:b w:val="0"/>
          <w:i w:val="0"/>
          <w:color w:val="333333"/>
          <w:sz w:val="19"/>
        </w:rPr>
        <w:t>+6(1-t).</w:t>
      </w:r>
    </w:p>
    <w:p>
      <w:pPr>
        <w:spacing w:before="0" w:after="80" w:line="300" w:lineRule="auto"/>
        <w:jc w:val="left"/>
      </w:pPr>
      <w:r>
        <w:rPr>
          <w:rFonts w:ascii="Times New Roman" w:hAnsi="Times New Roman" w:eastAsia="宋体"/>
          <w:b w:val="0"/>
          <w:i w:val="0"/>
          <w:color w:val="333333"/>
          <w:sz w:val="19"/>
        </w:rPr>
        <w:t>Hence 20t=16, so t=4/5. Each leg is divided in the ratio</w:t>
      </w:r>
    </w:p>
    <w:p>
      <w:pPr>
        <w:spacing w:before="0" w:after="80" w:line="300" w:lineRule="auto"/>
        <w:jc w:val="left"/>
      </w:pPr>
      <w:r>
        <w:rPr>
          <w:rFonts w:ascii="Times New Roman" w:hAnsi="Times New Roman" w:eastAsia="宋体"/>
          <w:b w:val="0"/>
          <w:i w:val="0"/>
          <w:color w:val="333333"/>
          <w:sz w:val="19"/>
        </w:rPr>
        <w:t>t:(1-t)=4/5:1/5=4:1.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50 题　答案 B</w:t>
      </w:r>
    </w:p>
    <w:p>
      <w:pPr>
        <w:spacing w:before="0" w:after="80" w:line="300" w:lineRule="auto"/>
        <w:jc w:val="left"/>
      </w:pPr>
      <w:r>
        <w:rPr>
          <w:rFonts w:ascii="Times New Roman" w:hAnsi="Times New Roman" w:eastAsia="宋体"/>
          <w:b w:val="0"/>
          <w:i w:val="0"/>
          <w:sz w:val="21"/>
        </w:rPr>
        <w:t>令 A=(0,0)、B=(L,0)，且 G=(g,0)。在同一侧作垂线，得到</w:t>
      </w:r>
    </w:p>
    <w:p>
      <w:pPr>
        <w:spacing w:before="0" w:after="80" w:line="300" w:lineRule="auto"/>
        <w:jc w:val="left"/>
      </w:pPr>
      <w:r>
        <w:rPr>
          <w:rFonts w:ascii="Times New Roman" w:hAnsi="Times New Roman" w:eastAsia="宋体"/>
          <w:b w:val="0"/>
          <w:i w:val="0"/>
          <w:sz w:val="21"/>
        </w:rPr>
        <w:t>A'=(0,g), B'=(L,L-g)。</w:t>
      </w:r>
    </w:p>
    <w:p>
      <w:pPr>
        <w:spacing w:before="0" w:after="80" w:line="300" w:lineRule="auto"/>
        <w:jc w:val="left"/>
      </w:pPr>
      <w:r>
        <w:rPr>
          <w:rFonts w:ascii="Times New Roman" w:hAnsi="Times New Roman" w:eastAsia="宋体"/>
          <w:b w:val="0"/>
          <w:i w:val="0"/>
          <w:sz w:val="21"/>
        </w:rPr>
        <w:t>它们的中点为</w:t>
      </w:r>
    </w:p>
    <w:p>
      <w:pPr>
        <w:spacing w:before="0" w:after="80" w:line="300" w:lineRule="auto"/>
        <w:jc w:val="left"/>
      </w:pPr>
      <w:r>
        <w:rPr>
          <w:rFonts w:ascii="Times New Roman" w:hAnsi="Times New Roman" w:eastAsia="宋体"/>
          <w:b w:val="0"/>
          <w:i w:val="0"/>
          <w:sz w:val="21"/>
        </w:rPr>
        <w:t>O' =(L/2,g+L-g/2)</w:t>
      </w:r>
    </w:p>
    <w:p>
      <w:pPr>
        <w:spacing w:before="0" w:after="80" w:line="300" w:lineRule="auto"/>
        <w:jc w:val="left"/>
      </w:pPr>
      <w:r>
        <w:rPr>
          <w:rFonts w:ascii="Times New Roman" w:hAnsi="Times New Roman" w:eastAsia="宋体"/>
          <w:b w:val="0"/>
          <w:i w:val="0"/>
          <w:sz w:val="21"/>
        </w:rPr>
        <w:t>=(L/2,L/2)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与 g 无关。因此 O' 保持不动。</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A=(0,0), B=(L,0), and G=(g,0). The perpendicular constructions on the same side give</w:t>
      </w:r>
    </w:p>
    <w:p>
      <w:pPr>
        <w:spacing w:before="0" w:after="80" w:line="300" w:lineRule="auto"/>
        <w:jc w:val="left"/>
      </w:pPr>
      <w:r>
        <w:rPr>
          <w:rFonts w:ascii="Times New Roman" w:hAnsi="Times New Roman" w:eastAsia="宋体"/>
          <w:b w:val="0"/>
          <w:i w:val="0"/>
          <w:color w:val="333333"/>
          <w:sz w:val="19"/>
        </w:rPr>
        <w:t>A'=(0,g), B'=(L,L-g).</w:t>
      </w:r>
    </w:p>
    <w:p>
      <w:pPr>
        <w:spacing w:before="0" w:after="80" w:line="300" w:lineRule="auto"/>
        <w:jc w:val="left"/>
      </w:pPr>
      <w:r>
        <w:rPr>
          <w:rFonts w:ascii="Times New Roman" w:hAnsi="Times New Roman" w:eastAsia="宋体"/>
          <w:b w:val="0"/>
          <w:i w:val="0"/>
          <w:color w:val="333333"/>
          <w:sz w:val="19"/>
        </w:rPr>
        <w:t>Their midpoint is</w:t>
      </w:r>
    </w:p>
    <w:p>
      <w:pPr>
        <w:spacing w:before="0" w:after="80" w:line="300" w:lineRule="auto"/>
        <w:jc w:val="left"/>
      </w:pPr>
      <w:r>
        <w:rPr>
          <w:rFonts w:ascii="Times New Roman" w:hAnsi="Times New Roman" w:eastAsia="宋体"/>
          <w:b w:val="0"/>
          <w:i w:val="0"/>
          <w:color w:val="333333"/>
          <w:sz w:val="19"/>
        </w:rPr>
        <w:t>O' =(L/2,g+L-g/2)</w:t>
      </w:r>
    </w:p>
    <w:p>
      <w:pPr>
        <w:spacing w:before="0" w:after="80" w:line="300" w:lineRule="auto"/>
        <w:jc w:val="left"/>
      </w:pPr>
      <w:r>
        <w:rPr>
          <w:rFonts w:ascii="Times New Roman" w:hAnsi="Times New Roman" w:eastAsia="宋体"/>
          <w:b w:val="0"/>
          <w:i w:val="0"/>
          <w:color w:val="333333"/>
          <w:sz w:val="19"/>
        </w:rPr>
        <w:t>=(L/2,L/2),</w:t>
      </w:r>
    </w:p>
    <w:p>
      <w:pPr>
        <w:spacing w:before="0" w:after="80" w:line="300" w:lineRule="auto"/>
        <w:jc w:val="left"/>
      </w:pPr>
      <w:r>
        <w:rPr>
          <w:rFonts w:ascii="Times New Roman" w:hAnsi="Times New Roman" w:eastAsia="宋体"/>
          <w:b w:val="0"/>
          <w:i w:val="0"/>
          <w:color w:val="333333"/>
          <w:sz w:val="19"/>
        </w:rPr>
        <w:t>independent of g. Thus O' remains stationary.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