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1956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50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当 x=2 时，x+x(xˣ) 的值为：</w:t>
      </w:r>
    </w:p>
    <w:p>
      <w:pPr>
        <w:spacing w:before="0" w:after="120" w:line="300" w:lineRule="auto"/>
      </w:pPr>
      <w:r>
        <w:rPr>
          <w:rFonts w:ascii="Times New Roman" w:hAnsi="Times New Roman" w:eastAsia="宋体"/>
          <w:b w:val="0"/>
          <w:i w:val="0"/>
          <w:sz w:val="21"/>
        </w:rPr>
        <w:t>（A）10　　（B）16　　（C）18　　（D）36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x+x(xˣ) when x=2 is:</w:t>
      </w:r>
    </w:p>
    <w:p>
      <w:pPr>
        <w:spacing w:before="0" w:after="160" w:line="300" w:lineRule="auto"/>
      </w:pPr>
      <w:r>
        <w:rPr>
          <w:rFonts w:ascii="Times New Roman" w:hAnsi="Times New Roman" w:eastAsia="宋体"/>
          <w:b w:val="0"/>
          <w:i w:val="0"/>
          <w:color w:val="333333"/>
          <w:sz w:val="19"/>
        </w:rPr>
        <w:t>(A) 10　　(B) 16　　(C) 18　　(D) 36　　(E) 64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琼斯先生以每根 $1.20 的价格卖出两根烟斗。按成本计算，其中一根获利 20%，另一根亏损 20%。在这笔交易中，他：</w:t>
      </w:r>
    </w:p>
    <w:p>
      <w:pPr>
        <w:spacing w:before="0" w:after="120" w:line="300" w:lineRule="auto"/>
      </w:pPr>
      <w:r>
        <w:rPr>
          <w:rFonts w:ascii="Times New Roman" w:hAnsi="Times New Roman" w:eastAsia="宋体"/>
          <w:b w:val="0"/>
          <w:i w:val="0"/>
          <w:sz w:val="21"/>
        </w:rPr>
        <w:t>（A）收支相抵　　（B）亏损 4¢　　（C）获利 4¢　　（D）亏损 10¢　　（E）获利 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Jones sold two pipes at $1.20 each. Based on the cost his profit on one was 20% and his loss on the other was 20%. On the sale of the pipes, he:</w:t>
      </w:r>
    </w:p>
    <w:p>
      <w:pPr>
        <w:spacing w:before="0" w:after="160" w:line="300" w:lineRule="auto"/>
      </w:pPr>
      <w:r>
        <w:rPr>
          <w:rFonts w:ascii="Times New Roman" w:hAnsi="Times New Roman" w:eastAsia="宋体"/>
          <w:b w:val="0"/>
          <w:i w:val="0"/>
          <w:color w:val="333333"/>
          <w:sz w:val="19"/>
        </w:rPr>
        <w:t>(A) broke even　　(B) lost 4¢　　(C) gained 4¢　　(D) lost 10¢　　(E) gained 10¢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光在一年中传播的距离约为 5,870,000,000,000 英里。光在 100 年中传播的距离为：</w:t>
      </w:r>
    </w:p>
    <w:p>
      <w:pPr>
        <w:spacing w:before="0" w:after="120" w:line="300" w:lineRule="auto"/>
      </w:pPr>
      <w:r>
        <w:rPr>
          <w:rFonts w:ascii="Times New Roman" w:hAnsi="Times New Roman" w:eastAsia="宋体"/>
          <w:b w:val="0"/>
          <w:i w:val="0"/>
          <w:sz w:val="21"/>
        </w:rPr>
        <w:t>（A）587×10⁸ 英里　　（B）587×10¹⁰ 英里　　（C）587×10⁻¹⁰ 英里　　（D）587×10¹² 英里　　（E）587×10⁻¹² 英里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light travels in one year is approximately 5,870,000,000,000 miles. The distance light travels in 100 years is:</w:t>
      </w:r>
    </w:p>
    <w:p>
      <w:pPr>
        <w:spacing w:before="0" w:after="160" w:line="300" w:lineRule="auto"/>
      </w:pPr>
      <w:r>
        <w:rPr>
          <w:rFonts w:ascii="Times New Roman" w:hAnsi="Times New Roman" w:eastAsia="宋体"/>
          <w:b w:val="0"/>
          <w:i w:val="0"/>
          <w:color w:val="333333"/>
          <w:sz w:val="19"/>
        </w:rPr>
        <w:t>(A) 587×10⁸ miles　　(B) 587×10¹⁰ miles　　(C) 587×10⁻¹⁰ miles　　(D) 587×10¹² miles　　(E) 587×10⁻¹² miles</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一名男子有 $10,000 可供投资。他将 $4,000 按 5% 的利率投资，又将 $3,500 按 4% 的利率投资。为了获得每年 $500 的收入，他必须将余款按下列利率投资：</w:t>
      </w:r>
    </w:p>
    <w:p>
      <w:pPr>
        <w:spacing w:before="0" w:after="120" w:line="300" w:lineRule="auto"/>
      </w:pPr>
      <w:r>
        <w:rPr>
          <w:rFonts w:ascii="Times New Roman" w:hAnsi="Times New Roman" w:eastAsia="宋体"/>
          <w:b w:val="0"/>
          <w:i w:val="0"/>
          <w:sz w:val="21"/>
        </w:rPr>
        <w:t>（A）6%　　（B）6.1%　　（C）6.2%　　（D）6.3%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 has $10,000 to invest. He invests $4,000 at 5% and $3,500 at 4%. In order to have a yearly income of $500, he must invest the remainder at:</w:t>
      </w:r>
    </w:p>
    <w:p>
      <w:pPr>
        <w:spacing w:before="0" w:after="160" w:line="300" w:lineRule="auto"/>
      </w:pPr>
      <w:r>
        <w:rPr>
          <w:rFonts w:ascii="Times New Roman" w:hAnsi="Times New Roman" w:eastAsia="宋体"/>
          <w:b w:val="0"/>
          <w:i w:val="0"/>
          <w:color w:val="333333"/>
          <w:sz w:val="19"/>
        </w:rPr>
        <w:t>(A) 6%　　(B) 6.1%　　(C) 6.2%　　(D) 6.3%　　(E) 6.4%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将一枚五美分硬币放在桌上。围绕它最多可以放置多少枚五美分硬币，使每一枚都与中间的硬币及另外两枚硬币相切？</w:t>
      </w:r>
    </w:p>
    <w:p>
      <w:pPr>
        <w:spacing w:before="0" w:after="120" w:line="300" w:lineRule="auto"/>
      </w:pPr>
      <w:r>
        <w:rPr>
          <w:rFonts w:ascii="Times New Roman" w:hAnsi="Times New Roman" w:eastAsia="宋体"/>
          <w:b w:val="0"/>
          <w:i w:val="0"/>
          <w:sz w:val="21"/>
        </w:rPr>
        <w:t>（A）4　　（B）5　　（C）6　　（D）8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nickel is placed on a table. The number of nickels which can be placed around it, each tangent to it and to two others is:</w:t>
      </w:r>
    </w:p>
    <w:p>
      <w:pPr>
        <w:spacing w:before="0" w:after="160" w:line="300" w:lineRule="auto"/>
      </w:pPr>
      <w:r>
        <w:rPr>
          <w:rFonts w:ascii="Times New Roman" w:hAnsi="Times New Roman" w:eastAsia="宋体"/>
          <w:b w:val="0"/>
          <w:i w:val="0"/>
          <w:color w:val="333333"/>
          <w:sz w:val="19"/>
        </w:rPr>
        <w:t>(A) 4　　(B) 5　　(C) 6　　(D) 8　　(E) 12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一群牛和鸡的腿数比头数的两倍多 14。牛的数量为：</w:t>
      </w:r>
    </w:p>
    <w:p>
      <w:pPr>
        <w:spacing w:before="0" w:after="120" w:line="300" w:lineRule="auto"/>
      </w:pPr>
      <w:r>
        <w:rPr>
          <w:rFonts w:ascii="Times New Roman" w:hAnsi="Times New Roman" w:eastAsia="宋体"/>
          <w:b w:val="0"/>
          <w:i w:val="0"/>
          <w:sz w:val="21"/>
        </w:rPr>
        <w:t>（A）5　　（B）7　　（C）10　　（D）12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group of cows and chickens, the number of legs was 14 more than twice the number of heads. The number of cows was:</w:t>
      </w:r>
    </w:p>
    <w:p>
      <w:pPr>
        <w:spacing w:before="0" w:after="160" w:line="300" w:lineRule="auto"/>
      </w:pPr>
      <w:r>
        <w:rPr>
          <w:rFonts w:ascii="Times New Roman" w:hAnsi="Times New Roman" w:eastAsia="宋体"/>
          <w:b w:val="0"/>
          <w:i w:val="0"/>
          <w:color w:val="333333"/>
          <w:sz w:val="19"/>
        </w:rPr>
        <w:t>(A) 5　　(B) 7　　(C) 10　　(D) 12　　(E) 14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方程 ax²+bx+c=0 的两个根互为倒数的条件是：</w:t>
      </w:r>
    </w:p>
    <w:p>
      <w:pPr>
        <w:spacing w:before="0" w:after="120" w:line="300" w:lineRule="auto"/>
      </w:pPr>
      <w:r>
        <w:rPr>
          <w:rFonts w:ascii="Times New Roman" w:hAnsi="Times New Roman" w:eastAsia="宋体"/>
          <w:b w:val="0"/>
          <w:i w:val="0"/>
          <w:sz w:val="21"/>
        </w:rPr>
        <w:t>（A）a=b　　（B）a=bc　　（C）c=a　　（D）c=b　　（E）c=ab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the equation ax²+bx+c=0 will be reciprocal if:</w:t>
      </w:r>
    </w:p>
    <w:p>
      <w:pPr>
        <w:spacing w:before="0" w:after="160" w:line="300" w:lineRule="auto"/>
      </w:pPr>
      <w:r>
        <w:rPr>
          <w:rFonts w:ascii="Times New Roman" w:hAnsi="Times New Roman" w:eastAsia="宋体"/>
          <w:b w:val="0"/>
          <w:i w:val="0"/>
          <w:color w:val="333333"/>
          <w:sz w:val="19"/>
        </w:rPr>
        <w:t>(A) a=b　　(B) a=bc　　(C) c=a　　(D) c=b　　(E) c=ab</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若 8·2ˣ=5ʸ⁺⁸，则当 y=-8 时，x=</w:t>
      </w:r>
    </w:p>
    <w:p>
      <w:pPr>
        <w:spacing w:before="0" w:after="120" w:line="300" w:lineRule="auto"/>
      </w:pPr>
      <w:r>
        <w:rPr>
          <w:rFonts w:ascii="Times New Roman" w:hAnsi="Times New Roman" w:eastAsia="宋体"/>
          <w:b w:val="0"/>
          <w:i w:val="0"/>
          <w:sz w:val="21"/>
        </w:rPr>
        <w:t>（A）-4　　（B）-3　　（C）0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8·2ˣ=5ʸ⁺⁸, then, when y=-8, x=</w:t>
      </w:r>
    </w:p>
    <w:p>
      <w:pPr>
        <w:spacing w:before="0" w:after="160" w:line="300" w:lineRule="auto"/>
      </w:pPr>
      <w:r>
        <w:rPr>
          <w:rFonts w:ascii="Times New Roman" w:hAnsi="Times New Roman" w:eastAsia="宋体"/>
          <w:b w:val="0"/>
          <w:i w:val="0"/>
          <w:color w:val="333333"/>
          <w:sz w:val="19"/>
        </w:rPr>
        <w:t>(A) -4　　(B) -3　　(C) 0　　(D) 4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化简 [³√(⁶√(a⁹))]⁴[⁶√(³√(a⁹))]⁴；结果为：</w:t>
      </w:r>
    </w:p>
    <w:p>
      <w:pPr>
        <w:spacing w:before="0" w:after="120" w:line="300" w:lineRule="auto"/>
      </w:pPr>
      <w:r>
        <w:rPr>
          <w:rFonts w:ascii="Times New Roman" w:hAnsi="Times New Roman" w:eastAsia="宋体"/>
          <w:b w:val="0"/>
          <w:i w:val="0"/>
          <w:sz w:val="21"/>
        </w:rPr>
        <w:t>（A）a¹⁶　　（B）a¹²　　（C）a⁸　　（D）a⁴　　（E）a²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Simplify [³√(⁶√(a⁹))]⁴[⁶√(³√(a⁹))]⁴; the result is:</w:t>
      </w:r>
    </w:p>
    <w:p>
      <w:pPr>
        <w:spacing w:before="0" w:after="160" w:line="300" w:lineRule="auto"/>
      </w:pPr>
      <w:r>
        <w:rPr>
          <w:rFonts w:ascii="Times New Roman" w:hAnsi="Times New Roman" w:eastAsia="宋体"/>
          <w:b w:val="0"/>
          <w:i w:val="0"/>
          <w:color w:val="333333"/>
          <w:sz w:val="19"/>
        </w:rPr>
        <w:t>(A) a¹⁶　　(B) a¹²　　(C) a⁸　　(D) a⁴　　(E) a²</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一个半径为 10 英寸的圆以等边三角形 ABC 的顶点 C 为圆心，并经过另外两个顶点。边 AC 经过 C 延长后与圆交于 D。角 ADB 的度数为：</w:t>
      </w:r>
    </w:p>
    <w:p>
      <w:pPr>
        <w:spacing w:before="0" w:after="120" w:line="300" w:lineRule="auto"/>
      </w:pPr>
      <w:r>
        <w:rPr>
          <w:rFonts w:ascii="Times New Roman" w:hAnsi="Times New Roman" w:eastAsia="宋体"/>
          <w:b w:val="0"/>
          <w:i w:val="0"/>
          <w:sz w:val="21"/>
        </w:rPr>
        <w:t>（A）15　　（B）30　　（C）60　　（D）90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10 inches has its center at the vertex C of an equilateral triangle ABC and passes through the other two vertices. The side AC extended through C intersects the circle at D. The number of degrees of angle ADB is:</w:t>
      </w:r>
    </w:p>
    <w:p>
      <w:pPr>
        <w:spacing w:before="0" w:after="160" w:line="300" w:lineRule="auto"/>
      </w:pPr>
      <w:r>
        <w:rPr>
          <w:rFonts w:ascii="Times New Roman" w:hAnsi="Times New Roman" w:eastAsia="宋体"/>
          <w:b w:val="0"/>
          <w:i w:val="0"/>
          <w:color w:val="333333"/>
          <w:sz w:val="19"/>
        </w:rPr>
        <w:t>(A) 15　　(B) 30　　(C) 60　　(D) 90　　(E) 120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表达式 1-1/(1+√(3))+1/(1-√(3)) 等于：</w:t>
      </w:r>
    </w:p>
    <w:p>
      <w:pPr>
        <w:spacing w:before="0" w:after="120" w:line="300" w:lineRule="auto"/>
      </w:pPr>
      <w:r>
        <w:rPr>
          <w:rFonts w:ascii="Times New Roman" w:hAnsi="Times New Roman" w:eastAsia="宋体"/>
          <w:b w:val="0"/>
          <w:i w:val="0"/>
          <w:sz w:val="21"/>
        </w:rPr>
        <w:t>（A）1-√(3)　　（B）1　　（C）-√(3)　　（D）√(3)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1-1/(1+√(3))+1/(1-√(3)) equals:</w:t>
      </w:r>
    </w:p>
    <w:p>
      <w:pPr>
        <w:spacing w:before="0" w:after="160" w:line="300" w:lineRule="auto"/>
      </w:pPr>
      <w:r>
        <w:rPr>
          <w:rFonts w:ascii="Times New Roman" w:hAnsi="Times New Roman" w:eastAsia="宋体"/>
          <w:b w:val="0"/>
          <w:i w:val="0"/>
          <w:color w:val="333333"/>
          <w:sz w:val="19"/>
        </w:rPr>
        <w:t>(A) 1-√(3)　　(B) 1　　(C) -√(3)　　(D) √(3)　　(E) 1+√(3)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x⁻¹-1 除以 x-1 的商为：</w:t>
      </w:r>
    </w:p>
    <w:p>
      <w:pPr>
        <w:spacing w:before="0" w:after="120" w:line="300" w:lineRule="auto"/>
      </w:pPr>
      <w:r>
        <w:rPr>
          <w:rFonts w:ascii="Times New Roman" w:hAnsi="Times New Roman" w:eastAsia="宋体"/>
          <w:b w:val="0"/>
          <w:i w:val="0"/>
          <w:sz w:val="21"/>
        </w:rPr>
        <w:t>（A）1　　（B）1/x-1　　（C）-1/x-1　　（D）1/x　　（E）-1/x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x⁻¹-1 is divided by x-1 the quotient is:</w:t>
      </w:r>
    </w:p>
    <w:p>
      <w:pPr>
        <w:spacing w:before="0" w:after="160" w:line="300" w:lineRule="auto"/>
      </w:pPr>
      <w:r>
        <w:rPr>
          <w:rFonts w:ascii="Times New Roman" w:hAnsi="Times New Roman" w:eastAsia="宋体"/>
          <w:b w:val="0"/>
          <w:i w:val="0"/>
          <w:color w:val="333333"/>
          <w:sz w:val="19"/>
        </w:rPr>
        <w:t>(A) 1　　(B) 1/x-1　　(C) -1/x-1　　(D) 1/x　　(E) -1/x</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给定两个正整数 x 和 y，且 x&lt; y。x 比 y 小的百分比为：</w:t>
      </w:r>
    </w:p>
    <w:p>
      <w:pPr>
        <w:spacing w:before="0" w:after="120" w:line="300" w:lineRule="auto"/>
      </w:pPr>
      <w:r>
        <w:rPr>
          <w:rFonts w:ascii="Times New Roman" w:hAnsi="Times New Roman" w:eastAsia="宋体"/>
          <w:b w:val="0"/>
          <w:i w:val="0"/>
          <w:sz w:val="21"/>
        </w:rPr>
        <w:t>（A）(100(y-x))/x　　（B）(100(x-y))/x　　（C）(100(y-x))/y　　（D）100(y-x)　　（E）100(x-y)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two positive integers x and y with x&lt; y. The percent that x is less than y is:</w:t>
      </w:r>
    </w:p>
    <w:p>
      <w:pPr>
        <w:spacing w:before="0" w:after="160" w:line="300" w:lineRule="auto"/>
      </w:pPr>
      <w:r>
        <w:rPr>
          <w:rFonts w:ascii="Times New Roman" w:hAnsi="Times New Roman" w:eastAsia="宋体"/>
          <w:b w:val="0"/>
          <w:i w:val="0"/>
          <w:color w:val="333333"/>
          <w:sz w:val="19"/>
        </w:rPr>
        <w:t>(A) (100(y-x))/x　　(B) (100(x-y))/x　　(C) (100(y-x))/y　　(D) 100(y-x)　　(E) 100(x-y)</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点 A、B 和 C 位于圆 O 上。圆在 A 点处的切线与割线 BC 交于 P，且 B 位于 C 与 P 之间。若 BC=20 且 PA=10√(3)，则 PB 等于：</w:t>
      </w:r>
    </w:p>
    <w:p>
      <w:pPr>
        <w:spacing w:before="0" w:after="120" w:line="300" w:lineRule="auto"/>
      </w:pPr>
      <w:r>
        <w:rPr>
          <w:rFonts w:ascii="Times New Roman" w:hAnsi="Times New Roman" w:eastAsia="宋体"/>
          <w:b w:val="0"/>
          <w:i w:val="0"/>
          <w:sz w:val="21"/>
        </w:rPr>
        <w:t>（A）5　　（B）10　　（C）10√(3)　　（D）20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A, B, and C are on a circle O. The tangent line at A and the secant BC intersect at P, B lying between C and P. If BC=20 and PA=10√(3), then PB equals:</w:t>
      </w:r>
    </w:p>
    <w:p>
      <w:pPr>
        <w:spacing w:before="0" w:after="160" w:line="300" w:lineRule="auto"/>
      </w:pPr>
      <w:r>
        <w:rPr>
          <w:rFonts w:ascii="Times New Roman" w:hAnsi="Times New Roman" w:eastAsia="宋体"/>
          <w:b w:val="0"/>
          <w:i w:val="0"/>
          <w:color w:val="333333"/>
          <w:sz w:val="19"/>
        </w:rPr>
        <w:t>(A) 5　　(B) 10　　(C) 10√(3)　　(D) 20　　(E) 30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方程 15/x²-4-2/x-2=1 的根为：</w:t>
      </w:r>
    </w:p>
    <w:p>
      <w:pPr>
        <w:spacing w:before="0" w:after="120" w:line="300" w:lineRule="auto"/>
      </w:pPr>
      <w:r>
        <w:rPr>
          <w:rFonts w:ascii="Times New Roman" w:hAnsi="Times New Roman" w:eastAsia="宋体"/>
          <w:b w:val="0"/>
          <w:i w:val="0"/>
          <w:sz w:val="21"/>
        </w:rPr>
        <w:t>（A）-5 和 3　　（B）±2　　（C）仅 2　　（D）-3 和 5　　（E）仅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15/x²-4-2/x-2=1 is (are):</w:t>
      </w:r>
    </w:p>
    <w:p>
      <w:pPr>
        <w:spacing w:before="0" w:after="160" w:line="300" w:lineRule="auto"/>
      </w:pPr>
      <w:r>
        <w:rPr>
          <w:rFonts w:ascii="Times New Roman" w:hAnsi="Times New Roman" w:eastAsia="宋体"/>
          <w:b w:val="0"/>
          <w:i w:val="0"/>
          <w:color w:val="333333"/>
          <w:sz w:val="19"/>
        </w:rPr>
        <w:t>(A) -5 and 3　　(B) ±2　　(C) 2 only　　(D) -3 and 5　　(E) 3 only</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三个数的和为 98。第一个数与第二个数之比为 2/3，第二个数与第三个数之比为 5/8。第二个数为：</w:t>
      </w:r>
    </w:p>
    <w:p>
      <w:pPr>
        <w:spacing w:before="0" w:after="120" w:line="300" w:lineRule="auto"/>
      </w:pPr>
      <w:r>
        <w:rPr>
          <w:rFonts w:ascii="Times New Roman" w:hAnsi="Times New Roman" w:eastAsia="宋体"/>
          <w:b w:val="0"/>
          <w:i w:val="0"/>
          <w:sz w:val="21"/>
        </w:rPr>
        <w:t>（A）15　　（B）20　　（C）30　　（D）32　　（E）33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three numbers is 98. The ratio of the first to the second is 2/3, and the ratio of the second to the third is 5/8. The second number is:</w:t>
      </w:r>
    </w:p>
    <w:p>
      <w:pPr>
        <w:spacing w:before="0" w:after="160" w:line="300" w:lineRule="auto"/>
      </w:pPr>
      <w:r>
        <w:rPr>
          <w:rFonts w:ascii="Times New Roman" w:hAnsi="Times New Roman" w:eastAsia="宋体"/>
          <w:b w:val="0"/>
          <w:i w:val="0"/>
          <w:color w:val="333333"/>
          <w:sz w:val="19"/>
        </w:rPr>
        <w:t>(A) 15　　(B) 20　　(C) 30　　(D) 32　　(E) 33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分式 5x-11/2x²+x-6 是由分式 A/x+2 与 B/2x-3 相加得到的。A 和 B 的值依次必须为：</w:t>
      </w:r>
    </w:p>
    <w:p>
      <w:pPr>
        <w:spacing w:before="0" w:after="120" w:line="300" w:lineRule="auto"/>
      </w:pPr>
      <w:r>
        <w:rPr>
          <w:rFonts w:ascii="Times New Roman" w:hAnsi="Times New Roman" w:eastAsia="宋体"/>
          <w:b w:val="0"/>
          <w:i w:val="0"/>
          <w:sz w:val="21"/>
        </w:rPr>
        <w:t>（A）5x， -11　　（B）-11， 5x　　（C）-1， 3　　（D）3， -1　　（E）5， -11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 5x-11/2x²+x-6 was obtained by adding the two fractions A/x+2 and B/2x-3. The values of A and B must be, respectively:</w:t>
      </w:r>
    </w:p>
    <w:p>
      <w:pPr>
        <w:spacing w:before="0" w:after="160" w:line="300" w:lineRule="auto"/>
      </w:pPr>
      <w:r>
        <w:rPr>
          <w:rFonts w:ascii="Times New Roman" w:hAnsi="Times New Roman" w:eastAsia="宋体"/>
          <w:b w:val="0"/>
          <w:i w:val="0"/>
          <w:color w:val="333333"/>
          <w:sz w:val="19"/>
        </w:rPr>
        <w:t>(A) 5x, -11　　(B) -11, 5x　　(C) -1, 3　　(D) 3, -1　　(E) 5, -11</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若 10²ʸ=25，则 10⁻ʸ 等于：</w:t>
      </w:r>
    </w:p>
    <w:p>
      <w:pPr>
        <w:spacing w:before="0" w:after="120" w:line="300" w:lineRule="auto"/>
      </w:pPr>
      <w:r>
        <w:rPr>
          <w:rFonts w:ascii="Times New Roman" w:hAnsi="Times New Roman" w:eastAsia="宋体"/>
          <w:b w:val="0"/>
          <w:i w:val="0"/>
          <w:sz w:val="21"/>
        </w:rPr>
        <w:t>（A）-1/5　　（B）1/625　　（C）1/50　　（D）1/25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10²ʸ=25, then 10⁻ʸ equals:</w:t>
      </w:r>
    </w:p>
    <w:p>
      <w:pPr>
        <w:spacing w:before="0" w:after="160" w:line="300" w:lineRule="auto"/>
      </w:pPr>
      <w:r>
        <w:rPr>
          <w:rFonts w:ascii="Times New Roman" w:hAnsi="Times New Roman" w:eastAsia="宋体"/>
          <w:b w:val="0"/>
          <w:i w:val="0"/>
          <w:color w:val="333333"/>
          <w:sz w:val="19"/>
        </w:rPr>
        <w:t>(A) -1/5　　(B) 1/625　　(C) 1/50　　(D) 1/25　　(E) 1/5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两根等高的蜡烛同时点燃。第一根在 4 小时内烧完，第二根在 3 小时内烧完。假设每根蜡烛都以恒定速度燃烧，点燃多少小时后，第一根蜡烛的高度是第二根的两倍？</w:t>
      </w:r>
    </w:p>
    <w:p>
      <w:pPr>
        <w:spacing w:before="0" w:after="120" w:line="300" w:lineRule="auto"/>
      </w:pPr>
      <w:r>
        <w:rPr>
          <w:rFonts w:ascii="Times New Roman" w:hAnsi="Times New Roman" w:eastAsia="宋体"/>
          <w:b w:val="0"/>
          <w:i w:val="0"/>
          <w:sz w:val="21"/>
        </w:rPr>
        <w:t>（A）3/4 小时　　（B）11/2 小时　　（C）2 小时　　（D）22/5 小时　　（E）21/2 小时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candles of the same height are lighted at the same time. The first is consumed in 4 hours and the second in 3 hours. Assuming that each candle burns at a constant rate, in how many hours after being lighted was the first candle twice the height of the second?</w:t>
      </w:r>
    </w:p>
    <w:p>
      <w:pPr>
        <w:spacing w:before="0" w:after="160" w:line="300" w:lineRule="auto"/>
      </w:pPr>
      <w:r>
        <w:rPr>
          <w:rFonts w:ascii="Times New Roman" w:hAnsi="Times New Roman" w:eastAsia="宋体"/>
          <w:b w:val="0"/>
          <w:i w:val="0"/>
          <w:color w:val="333333"/>
          <w:sz w:val="19"/>
        </w:rPr>
        <w:t>(A) 3/4 hr.　　(B) 11/2 hr.　　(C) 2 hr.　　(D) 22/5 hr.　　(E) 21/2 hr.</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 (0.2)ˣ=2 且 log 2=0.3010，则 x 精确到十分位的值为：</w:t>
      </w:r>
    </w:p>
    <w:p>
      <w:pPr>
        <w:spacing w:before="0" w:after="120" w:line="300" w:lineRule="auto"/>
      </w:pPr>
      <w:r>
        <w:rPr>
          <w:rFonts w:ascii="Times New Roman" w:hAnsi="Times New Roman" w:eastAsia="宋体"/>
          <w:b w:val="0"/>
          <w:i w:val="0"/>
          <w:sz w:val="21"/>
        </w:rPr>
        <w:t>（A）-10.0　　（B）-0.5　　（C）-0.4　　（D）-0.2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(0.2)ˣ=2 and log 2=0.3010, then the value of x to the nearest tenth is:</w:t>
      </w:r>
    </w:p>
    <w:p>
      <w:pPr>
        <w:spacing w:before="0" w:after="160" w:line="300" w:lineRule="auto"/>
      </w:pPr>
      <w:r>
        <w:rPr>
          <w:rFonts w:ascii="Times New Roman" w:hAnsi="Times New Roman" w:eastAsia="宋体"/>
          <w:b w:val="0"/>
          <w:i w:val="0"/>
          <w:color w:val="333333"/>
          <w:sz w:val="19"/>
        </w:rPr>
        <w:t>(A) -10.0　　(B) -0.5　　(C) -0.4　　(D) -0.2　　(E) 10.0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若两条相交直线都与一条双曲线相交，且都不与该双曲线相切，则它们与双曲线的交点数可能为：</w:t>
      </w:r>
    </w:p>
    <w:p>
      <w:pPr>
        <w:spacing w:before="0" w:after="120" w:line="300" w:lineRule="auto"/>
      </w:pPr>
      <w:r>
        <w:rPr>
          <w:rFonts w:ascii="Times New Roman" w:hAnsi="Times New Roman" w:eastAsia="宋体"/>
          <w:b w:val="0"/>
          <w:i w:val="0"/>
          <w:sz w:val="21"/>
        </w:rPr>
        <w:t>（A）2　　（B）2 或 3　　（C）2 或 4　　（D）3 或 4　　（E）2、3 或 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each of two intersecting lines intersects a hyperbola and neither line is tangent to the hyperbola, then the possible number of points of intersection with the hyperbola is:</w:t>
      </w:r>
    </w:p>
    <w:p>
      <w:pPr>
        <w:spacing w:before="0" w:after="160" w:line="300" w:lineRule="auto"/>
      </w:pPr>
      <w:r>
        <w:rPr>
          <w:rFonts w:ascii="Times New Roman" w:hAnsi="Times New Roman" w:eastAsia="宋体"/>
          <w:b w:val="0"/>
          <w:i w:val="0"/>
          <w:color w:val="333333"/>
          <w:sz w:val="19"/>
        </w:rPr>
        <w:t>(A) 2　　(B) 2 or 3　　(C) 2 or 4　　(D) 3 or 4　　(E) 2, 3, or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琼斯第一次旅行走了 50 英里。后来一次旅行中，他以原来三倍的速度走了 300 英里。新旅行时间与原旅行时间相比是：</w:t>
      </w:r>
    </w:p>
    <w:p>
      <w:pPr>
        <w:spacing w:before="0" w:after="120" w:line="300" w:lineRule="auto"/>
      </w:pPr>
      <w:r>
        <w:rPr>
          <w:rFonts w:ascii="Times New Roman" w:hAnsi="Times New Roman" w:eastAsia="宋体"/>
          <w:b w:val="0"/>
          <w:i w:val="0"/>
          <w:sz w:val="21"/>
        </w:rPr>
        <w:t>（A）三倍　　（B）两倍　　（C）相同　　（D）一半　　（E）三分之一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Jones covered a distance of 50 miles on his first trip. On a later trip he traveled 300 miles while going three times as fast. His new time compared with the old time was:</w:t>
      </w:r>
    </w:p>
    <w:p>
      <w:pPr>
        <w:spacing w:before="0" w:after="160" w:line="300" w:lineRule="auto"/>
      </w:pPr>
      <w:r>
        <w:rPr>
          <w:rFonts w:ascii="Times New Roman" w:hAnsi="Times New Roman" w:eastAsia="宋体"/>
          <w:b w:val="0"/>
          <w:i w:val="0"/>
          <w:color w:val="333333"/>
          <w:sz w:val="19"/>
        </w:rPr>
        <w:t>(A) three times as much　　(B) twice as much　　(C) the same　　(D) half as much　　(E) a third as much</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方程 ax²-2x√(2)+c=0 中，a 和 c 为实常数，且已知判别式为零。它的根必定：</w:t>
      </w:r>
    </w:p>
    <w:p>
      <w:pPr>
        <w:spacing w:before="0" w:after="120" w:line="300" w:lineRule="auto"/>
      </w:pPr>
      <w:r>
        <w:rPr>
          <w:rFonts w:ascii="Times New Roman" w:hAnsi="Times New Roman" w:eastAsia="宋体"/>
          <w:b w:val="0"/>
          <w:i w:val="0"/>
          <w:sz w:val="21"/>
        </w:rPr>
        <w:t>（A）相等且为整数　　（B）相等且为有理数　　（C）相等且为实数　　（D）相等且为无理数　　（E）相等且为虚数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About the equation ax²-2x√(2)+c=0, with a and c real constants, we are told that the discriminant is zero. The roots are necessarily:</w:t>
      </w:r>
    </w:p>
    <w:p>
      <w:pPr>
        <w:spacing w:before="0" w:after="160" w:line="300" w:lineRule="auto"/>
      </w:pPr>
      <w:r>
        <w:rPr>
          <w:rFonts w:ascii="Times New Roman" w:hAnsi="Times New Roman" w:eastAsia="宋体"/>
          <w:b w:val="0"/>
          <w:i w:val="0"/>
          <w:color w:val="333333"/>
          <w:sz w:val="19"/>
        </w:rPr>
        <w:t>(A) equal and integral　　(B) equal and rational　　(C) equal and real　　(D) equal and irrational　　(E) equal and imaginary</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图中，AB=AC，角 BAD=30°，且 AE=AD。则角 CDE 等于：</w:t>
      </w:r>
    </w:p>
    <w:p>
      <w:pPr>
        <w:spacing w:before="80" w:after="80"/>
        <w:jc w:val="center"/>
      </w:pPr>
      <w:r>
        <w:drawing>
          <wp:inline xmlns:a="http://schemas.openxmlformats.org/drawingml/2006/main" xmlns:pic="http://schemas.openxmlformats.org/drawingml/2006/picture">
            <wp:extent cx="1566617" cy="1178529"/>
            <wp:docPr id="1" name="Picture 1"/>
            <wp:cNvGraphicFramePr>
              <a:graphicFrameLocks noChangeAspect="1"/>
            </wp:cNvGraphicFramePr>
            <a:graphic>
              <a:graphicData uri="http://schemas.openxmlformats.org/drawingml/2006/picture">
                <pic:pic>
                  <pic:nvPicPr>
                    <pic:cNvPr id="0" name="q24-1@300dpi.png"/>
                    <pic:cNvPicPr/>
                  </pic:nvPicPr>
                  <pic:blipFill>
                    <a:blip r:embed="rId9"/>
                    <a:stretch>
                      <a:fillRect/>
                    </a:stretch>
                  </pic:blipFill>
                  <pic:spPr>
                    <a:xfrm>
                      <a:off x="0" y="0"/>
                      <a:ext cx="1566617" cy="1178529"/>
                    </a:xfrm>
                    <a:prstGeom prst="rect"/>
                  </pic:spPr>
                </pic:pic>
              </a:graphicData>
            </a:graphic>
          </wp:inline>
        </w:drawing>
      </w:r>
    </w:p>
    <w:p>
      <w:pPr>
        <w:spacing w:before="0" w:after="120" w:line="300" w:lineRule="auto"/>
      </w:pPr>
      <w:r>
        <w:rPr>
          <w:rFonts w:ascii="Times New Roman" w:hAnsi="Times New Roman" w:eastAsia="宋体"/>
          <w:b w:val="0"/>
          <w:i w:val="0"/>
          <w:sz w:val="21"/>
        </w:rPr>
        <w:t>（A）71/2°　　（B）10°　　（C）121/2°　　（D）15°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AB=AC, angle BAD=30°, and AE=AD. Then angle CDE equals:</w:t>
      </w:r>
    </w:p>
    <w:p>
      <w:pPr>
        <w:spacing w:before="80" w:after="80"/>
        <w:jc w:val="center"/>
      </w:pPr>
      <w:r>
        <w:drawing>
          <wp:inline xmlns:a="http://schemas.openxmlformats.org/drawingml/2006/main" xmlns:pic="http://schemas.openxmlformats.org/drawingml/2006/picture">
            <wp:extent cx="1566617" cy="1178529"/>
            <wp:docPr id="2" name="Picture 2"/>
            <wp:cNvGraphicFramePr>
              <a:graphicFrameLocks noChangeAspect="1"/>
            </wp:cNvGraphicFramePr>
            <a:graphic>
              <a:graphicData uri="http://schemas.openxmlformats.org/drawingml/2006/picture">
                <pic:pic>
                  <pic:nvPicPr>
                    <pic:cNvPr id="0" name="q24-1@300dpi.png"/>
                    <pic:cNvPicPr/>
                  </pic:nvPicPr>
                  <pic:blipFill>
                    <a:blip r:embed="rId9"/>
                    <a:stretch>
                      <a:fillRect/>
                    </a:stretch>
                  </pic:blipFill>
                  <pic:spPr>
                    <a:xfrm>
                      <a:off x="0" y="0"/>
                      <a:ext cx="1566617" cy="11785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71/2°　　(B) 10°　　(C) 121/2°　　(D) 15°　　(E) 20°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当 k 取从 1 到 n 的整数值时，所有形如 2k+1 的数之和为：</w:t>
      </w:r>
    </w:p>
    <w:p>
      <w:pPr>
        <w:spacing w:before="0" w:after="120" w:line="300" w:lineRule="auto"/>
      </w:pPr>
      <w:r>
        <w:rPr>
          <w:rFonts w:ascii="Times New Roman" w:hAnsi="Times New Roman" w:eastAsia="宋体"/>
          <w:b w:val="0"/>
          <w:i w:val="0"/>
          <w:sz w:val="21"/>
        </w:rPr>
        <w:t>（A）n²　　（B）n(n+1)　　（C）n(n+2)　　（D）(n+1)²　　（E）(n+1)(n+2)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all numbers of the form 2k+1, where k takes on integral values from 1 to n is:</w:t>
      </w:r>
    </w:p>
    <w:p>
      <w:pPr>
        <w:spacing w:before="0" w:after="160" w:line="300" w:lineRule="auto"/>
      </w:pPr>
      <w:r>
        <w:rPr>
          <w:rFonts w:ascii="Times New Roman" w:hAnsi="Times New Roman" w:eastAsia="宋体"/>
          <w:b w:val="0"/>
          <w:i w:val="0"/>
          <w:color w:val="333333"/>
          <w:sz w:val="19"/>
        </w:rPr>
        <w:t>(A) n²　　(B) n(n+1)　　(C) n(n+2)　　(D) (n+1)²　　(E) (n+1)(n+2)</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下列哪一组已知条件不能唯一确定所指三角形？</w:t>
      </w:r>
    </w:p>
    <w:p>
      <w:pPr>
        <w:spacing w:before="0" w:after="120" w:line="300" w:lineRule="auto"/>
      </w:pPr>
      <w:r>
        <w:rPr>
          <w:rFonts w:ascii="Times New Roman" w:hAnsi="Times New Roman" w:eastAsia="宋体"/>
          <w:b w:val="0"/>
          <w:i w:val="0"/>
          <w:sz w:val="21"/>
        </w:rPr>
        <w:t>（A）底角和顶角；等腰三角形　　（B）顶角和底边；等腰三角形　　（C）外接圆半径；等边三角形　　（D）一条直角边和内切圆半径；直角三角形　　（E）两个角及其中一个角的对边；不等边三角形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one of the following combinations of given parts does not determine the indicated triangle?</w:t>
      </w:r>
    </w:p>
    <w:p>
      <w:pPr>
        <w:spacing w:before="0" w:after="160" w:line="300" w:lineRule="auto"/>
      </w:pPr>
      <w:r>
        <w:rPr>
          <w:rFonts w:ascii="Times New Roman" w:hAnsi="Times New Roman" w:eastAsia="宋体"/>
          <w:b w:val="0"/>
          <w:i w:val="0"/>
          <w:color w:val="333333"/>
          <w:sz w:val="19"/>
        </w:rPr>
        <w:t>(A) base angle and vertex angle; isosceles</w:t>
        <w:br/>
        <w:t>triangle　　(B) vertex angle and the base; isosceles triangle　　(C) the radius of the circumscribed circle; equilateral</w:t>
        <w:br/>
        <w:t>triangle　　(D) one arm and the radius of the inscribed circle; right</w:t>
        <w:br/>
        <w:t>triangle　　(E) two angles and a side opposite one of them; scalene</w:t>
        <w:br/>
        <w:t>triangle</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若三角形的一个角保持不变，而该角的两条夹边都加倍，则面积变为原来的：</w:t>
      </w:r>
    </w:p>
    <w:p>
      <w:pPr>
        <w:spacing w:before="0" w:after="120" w:line="300" w:lineRule="auto"/>
      </w:pPr>
      <w:r>
        <w:rPr>
          <w:rFonts w:ascii="Times New Roman" w:hAnsi="Times New Roman" w:eastAsia="宋体"/>
          <w:b w:val="0"/>
          <w:i w:val="0"/>
          <w:sz w:val="21"/>
        </w:rPr>
        <w:t>（A）2　　（B）3　　（C）4　　（D）6　　（E）大于 6 倍</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an angle of a triangle remains unchanged but each of its two including sides is doubled, then the area is multiplied by:</w:t>
      </w:r>
    </w:p>
    <w:p>
      <w:pPr>
        <w:spacing w:before="0" w:after="160" w:line="300" w:lineRule="auto"/>
      </w:pPr>
      <w:r>
        <w:rPr>
          <w:rFonts w:ascii="Times New Roman" w:hAnsi="Times New Roman" w:eastAsia="宋体"/>
          <w:b w:val="0"/>
          <w:i w:val="0"/>
          <w:color w:val="333333"/>
          <w:sz w:val="19"/>
        </w:rPr>
        <w:t>(A) 2　　(B) 3　　(C) 4　　(D) 6　　(E) more than 6</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J 先生将全部遗产留给妻子、女儿、儿子和厨师。女儿与儿子分得遗产的一半，二人所得之比为 4 比 3。妻子所得是儿子的两倍。若厨师得到 $500，则全部遗产为：</w:t>
      </w:r>
    </w:p>
    <w:p>
      <w:pPr>
        <w:spacing w:before="0" w:after="120" w:line="300" w:lineRule="auto"/>
      </w:pPr>
      <w:r>
        <w:rPr>
          <w:rFonts w:ascii="Times New Roman" w:hAnsi="Times New Roman" w:eastAsia="宋体"/>
          <w:b w:val="0"/>
          <w:i w:val="0"/>
          <w:sz w:val="21"/>
        </w:rPr>
        <w:t>（A）$3500　　（B）$5500　　（C）$6500　　（D）$7000　　（E）$7500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J left his entire estate to his wife, his daughter, his son, and the cook. His daughter and son got half the estate, sharing in the ratio of 4 to 3. His wife got twice as much as the son. If the cook received a bequest of $500, then the entire estate was:</w:t>
      </w:r>
    </w:p>
    <w:p>
      <w:pPr>
        <w:spacing w:before="0" w:after="160" w:line="300" w:lineRule="auto"/>
      </w:pPr>
      <w:r>
        <w:rPr>
          <w:rFonts w:ascii="Times New Roman" w:hAnsi="Times New Roman" w:eastAsia="宋体"/>
          <w:b w:val="0"/>
          <w:i w:val="0"/>
          <w:color w:val="333333"/>
          <w:sz w:val="19"/>
        </w:rPr>
        <w:t>(A) $3500　　(B) $5500　　(C) $6500　　(D) $7000　　(E) $7500</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依次连接 xy=12 与 x²+y²=25 的各交点。所得图形为：</w:t>
      </w:r>
    </w:p>
    <w:p>
      <w:pPr>
        <w:spacing w:before="0" w:after="120" w:line="300" w:lineRule="auto"/>
      </w:pPr>
      <w:r>
        <w:rPr>
          <w:rFonts w:ascii="Times New Roman" w:hAnsi="Times New Roman" w:eastAsia="宋体"/>
          <w:b w:val="0"/>
          <w:i w:val="0"/>
          <w:sz w:val="21"/>
        </w:rPr>
        <w:t>（A）一条直线　　（B）一个等边三角形　　（C）一个平行四边形　　（D）一个矩形　　（E）一个正方形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of intersection of xy=12 and x²+y²=25 are joined in succession. The resulting figure is:</w:t>
      </w:r>
    </w:p>
    <w:p>
      <w:pPr>
        <w:spacing w:before="0" w:after="160" w:line="300" w:lineRule="auto"/>
      </w:pPr>
      <w:r>
        <w:rPr>
          <w:rFonts w:ascii="Times New Roman" w:hAnsi="Times New Roman" w:eastAsia="宋体"/>
          <w:b w:val="0"/>
          <w:i w:val="0"/>
          <w:color w:val="333333"/>
          <w:sz w:val="19"/>
        </w:rPr>
        <w:t>(A) a straight line　　(B) an equilateral triangle　　(C) a parallelogram　　(D) a rectangle　　(E) a square</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若等边三角形的高为 √(6)，则其面积为：</w:t>
      </w:r>
    </w:p>
    <w:p>
      <w:pPr>
        <w:spacing w:before="0" w:after="120" w:line="300" w:lineRule="auto"/>
      </w:pPr>
      <w:r>
        <w:rPr>
          <w:rFonts w:ascii="Times New Roman" w:hAnsi="Times New Roman" w:eastAsia="宋体"/>
          <w:b w:val="0"/>
          <w:i w:val="0"/>
          <w:sz w:val="21"/>
        </w:rPr>
        <w:t>（A）2√(2)　　（B）2√(3)　　（C）3√(3)　　（D）6√(2)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altitude of an equilateral triangle is √(6), then the area is:</w:t>
      </w:r>
    </w:p>
    <w:p>
      <w:pPr>
        <w:spacing w:before="0" w:after="160" w:line="300" w:lineRule="auto"/>
      </w:pPr>
      <w:r>
        <w:rPr>
          <w:rFonts w:ascii="Times New Roman" w:hAnsi="Times New Roman" w:eastAsia="宋体"/>
          <w:b w:val="0"/>
          <w:i w:val="0"/>
          <w:color w:val="333333"/>
          <w:sz w:val="19"/>
        </w:rPr>
        <w:t>(A) 2√(2)　　(B) 2√(3)　　(C) 3√(3)　　(D) 6√(2)　　(E) 12</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我们的计数系统以十为底。若把底数改为四，计数如下：1、2、3、10、11、12、13、20、21、22、23、30、… 第二十个数为：</w:t>
      </w:r>
    </w:p>
    <w:p>
      <w:pPr>
        <w:spacing w:before="0" w:after="120" w:line="300" w:lineRule="auto"/>
      </w:pPr>
      <w:r>
        <w:rPr>
          <w:rFonts w:ascii="Times New Roman" w:hAnsi="Times New Roman" w:eastAsia="宋体"/>
          <w:b w:val="0"/>
          <w:i w:val="0"/>
          <w:sz w:val="21"/>
        </w:rPr>
        <w:t>（A）20　　（B）38　　（C）44　　（D）104　　（E）110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our number system the base is ten. If the base were changed to four you would count as follows: 1, 2, 3, 10, 11, 12, 13, 20, 21, 22, 23, 30, … The twentieth number would be:</w:t>
      </w:r>
    </w:p>
    <w:p>
      <w:pPr>
        <w:spacing w:before="0" w:after="160" w:line="300" w:lineRule="auto"/>
      </w:pPr>
      <w:r>
        <w:rPr>
          <w:rFonts w:ascii="Times New Roman" w:hAnsi="Times New Roman" w:eastAsia="宋体"/>
          <w:b w:val="0"/>
          <w:i w:val="0"/>
          <w:color w:val="333333"/>
          <w:sz w:val="19"/>
        </w:rPr>
        <w:t>(A) 20　　(B) 38　　(C) 44　　(D) 104　　(E) 110</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乔治和亨利从游泳池的两端同时开始比赛。一分半后，他们在泳池中央相遇。若两人转身都不耽搁，并各自保持原来的速度，那么从出发起多少分钟后他们会第二次相遇？</w:t>
      </w:r>
    </w:p>
    <w:p>
      <w:pPr>
        <w:spacing w:before="0" w:after="120" w:line="300" w:lineRule="auto"/>
      </w:pPr>
      <w:r>
        <w:rPr>
          <w:rFonts w:ascii="Times New Roman" w:hAnsi="Times New Roman" w:eastAsia="宋体"/>
          <w:b w:val="0"/>
          <w:i w:val="0"/>
          <w:sz w:val="21"/>
        </w:rPr>
        <w:t>（A）3　　（B）41/2　　（C）6　　（D）71/2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George and Henry started a race from opposite ends of the pool. After a minute and a half, they passed each other in the center of the pool. If they lost no time in turning and maintained their respective speeds, how many minutes after starting did they pass each other the second time?</w:t>
      </w:r>
    </w:p>
    <w:p>
      <w:pPr>
        <w:spacing w:before="0" w:after="160" w:line="300" w:lineRule="auto"/>
      </w:pPr>
      <w:r>
        <w:rPr>
          <w:rFonts w:ascii="Times New Roman" w:hAnsi="Times New Roman" w:eastAsia="宋体"/>
          <w:b w:val="0"/>
          <w:i w:val="0"/>
          <w:color w:val="333333"/>
          <w:sz w:val="19"/>
        </w:rPr>
        <w:t>(A) 3　　(B) 41/2　　(C) 6　　(D) 71/2　　(E) 9</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数 √(2) 等于：</w:t>
      </w:r>
    </w:p>
    <w:p>
      <w:pPr>
        <w:spacing w:before="0" w:after="120" w:line="300" w:lineRule="auto"/>
      </w:pPr>
      <w:r>
        <w:rPr>
          <w:rFonts w:ascii="Times New Roman" w:hAnsi="Times New Roman" w:eastAsia="宋体"/>
          <w:b w:val="0"/>
          <w:i w:val="0"/>
          <w:sz w:val="21"/>
        </w:rPr>
        <w:t>（A）一个有理分数　　（B）一个有限小数　　（C）1.41421　　（D）一个无限循环小数　　（E）一个无限不循环小数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 is equal to:</w:t>
      </w:r>
    </w:p>
    <w:p>
      <w:pPr>
        <w:spacing w:before="0" w:after="160" w:line="300" w:lineRule="auto"/>
      </w:pPr>
      <w:r>
        <w:rPr>
          <w:rFonts w:ascii="Times New Roman" w:hAnsi="Times New Roman" w:eastAsia="宋体"/>
          <w:b w:val="0"/>
          <w:i w:val="0"/>
          <w:color w:val="333333"/>
          <w:sz w:val="19"/>
        </w:rPr>
        <w:t>(A) a rational fraction　　(B) a finite decimal　　(C) 1.41421　　(D) an infinite repeating decimal　　(E) an infinite non-repeating decimal</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若 n 是任意非负整数，则 n²(n²-1) 一定能被下列哪个数整除？</w:t>
      </w:r>
    </w:p>
    <w:p>
      <w:pPr>
        <w:spacing w:before="0" w:after="120" w:line="300" w:lineRule="auto"/>
      </w:pPr>
      <w:r>
        <w:rPr>
          <w:rFonts w:ascii="Times New Roman" w:hAnsi="Times New Roman" w:eastAsia="宋体"/>
          <w:b w:val="0"/>
          <w:i w:val="0"/>
          <w:sz w:val="21"/>
        </w:rPr>
        <w:t>（A）12　　（B）24　　（C）12 的任意倍数　　（D）12-n　　（E）12 和 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is any whole number, n²(n²-1) is always divisible by:</w:t>
      </w:r>
    </w:p>
    <w:p>
      <w:pPr>
        <w:spacing w:before="0" w:after="160" w:line="300" w:lineRule="auto"/>
      </w:pPr>
      <w:r>
        <w:rPr>
          <w:rFonts w:ascii="Times New Roman" w:hAnsi="Times New Roman" w:eastAsia="宋体"/>
          <w:b w:val="0"/>
          <w:i w:val="0"/>
          <w:color w:val="333333"/>
          <w:sz w:val="19"/>
        </w:rPr>
        <w:t>(A) 12　　(B) 24　　(C) any multiple of 12　　(D) 12-n　　(E) 12 and 24</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一个菱形由某圆的两条半径和两条弦组成，该圆的半径为 16 英尺。这个菱形的面积为多少平方英尺？</w:t>
      </w:r>
    </w:p>
    <w:p>
      <w:pPr>
        <w:spacing w:before="0" w:after="120" w:line="300" w:lineRule="auto"/>
      </w:pPr>
      <w:r>
        <w:rPr>
          <w:rFonts w:ascii="Times New Roman" w:hAnsi="Times New Roman" w:eastAsia="宋体"/>
          <w:b w:val="0"/>
          <w:i w:val="0"/>
          <w:sz w:val="21"/>
        </w:rPr>
        <w:t>（A）128　　（B）128√(3)　　（C）256　　（D）512　　（E）512√(3)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rhombus is formed by two radii and two chords of a circle whose radius is 16 feet. The area of the rhombus in square feet is:</w:t>
      </w:r>
    </w:p>
    <w:p>
      <w:pPr>
        <w:spacing w:before="0" w:after="160" w:line="300" w:lineRule="auto"/>
      </w:pPr>
      <w:r>
        <w:rPr>
          <w:rFonts w:ascii="Times New Roman" w:hAnsi="Times New Roman" w:eastAsia="宋体"/>
          <w:b w:val="0"/>
          <w:i w:val="0"/>
          <w:color w:val="333333"/>
          <w:sz w:val="19"/>
        </w:rPr>
        <w:t>(A) 128　　(B) 128√(3)　　(C) 256　　(D) 512　　(E) 512√(3)</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若和 1+2+3+⋯+K 是完全平方数 N²，且 N 小于 100，则 K 的可能值为：</w:t>
      </w:r>
    </w:p>
    <w:p>
      <w:pPr>
        <w:spacing w:before="0" w:after="120" w:line="300" w:lineRule="auto"/>
      </w:pPr>
      <w:r>
        <w:rPr>
          <w:rFonts w:ascii="Times New Roman" w:hAnsi="Times New Roman" w:eastAsia="宋体"/>
          <w:b w:val="0"/>
          <w:i w:val="0"/>
          <w:sz w:val="21"/>
        </w:rPr>
        <w:t>（A）只有 1　　（B）1 和 8　　（C）只有 8　　（D）8 和 49　　（E）1、8 和 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sum 1+2+3+⋯+K is a perfect square N² and if N is less than 100, then the possible values for K are:</w:t>
      </w:r>
    </w:p>
    <w:p>
      <w:pPr>
        <w:spacing w:before="0" w:after="160" w:line="300" w:lineRule="auto"/>
      </w:pPr>
      <w:r>
        <w:rPr>
          <w:rFonts w:ascii="Times New Roman" w:hAnsi="Times New Roman" w:eastAsia="宋体"/>
          <w:b w:val="0"/>
          <w:i w:val="0"/>
          <w:color w:val="333333"/>
          <w:sz w:val="19"/>
        </w:rPr>
        <w:t>(A) only 1　　(B) 1 and 8　　(C) only 8　　(D) 8 and 49　　(E) 1, 8, and 49</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一幅地图的比例尺为一英寸半表示 400 英里。图上某庄园呈一个含有 60° 角的菱形，60° 角所对的对角线长为 3/16 英寸。该庄园的实际面积为多少平方英里？</w:t>
      </w:r>
    </w:p>
    <w:p>
      <w:pPr>
        <w:spacing w:before="0" w:after="120" w:line="300" w:lineRule="auto"/>
      </w:pPr>
      <w:r>
        <w:rPr>
          <w:rFonts w:ascii="Times New Roman" w:hAnsi="Times New Roman" w:eastAsia="宋体"/>
          <w:b w:val="0"/>
          <w:i w:val="0"/>
          <w:sz w:val="21"/>
        </w:rPr>
        <w:t>（A）2500/(√(3))　　（B）1250/(√(3))　　（C）1250　　（D）(5625√(3))/2　　（E）1250√(3)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map whose scale is 400 miles to an inch and a half, a certain estate is represented by a rhombus having a 60° angle. The diagonal opposite 60° is 3/16 in. The area of the estate in square miles is:</w:t>
      </w:r>
    </w:p>
    <w:p>
      <w:pPr>
        <w:spacing w:before="0" w:after="160" w:line="300" w:lineRule="auto"/>
      </w:pPr>
      <w:r>
        <w:rPr>
          <w:rFonts w:ascii="Times New Roman" w:hAnsi="Times New Roman" w:eastAsia="宋体"/>
          <w:b w:val="0"/>
          <w:i w:val="0"/>
          <w:color w:val="333333"/>
          <w:sz w:val="19"/>
        </w:rPr>
        <w:t>(A) 2500/(√(3))　　(B) 1250/(√(3))　　(C) 1250　　(D) (5625√(3))/2　　(E) 1250√(3)</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在一个两条直角边为 a 和 b、斜边为 c 的直角三角形中，斜边上的高为 x，则：</w:t>
      </w:r>
    </w:p>
    <w:p>
      <w:pPr>
        <w:spacing w:before="0" w:after="120" w:line="300" w:lineRule="auto"/>
      </w:pPr>
      <w:r>
        <w:rPr>
          <w:rFonts w:ascii="Times New Roman" w:hAnsi="Times New Roman" w:eastAsia="宋体"/>
          <w:b w:val="0"/>
          <w:i w:val="0"/>
          <w:sz w:val="21"/>
        </w:rPr>
        <w:t>（A）ab=x²　　（B）1/a+1/b=1/x　　（C）a²+b²=2x²　　（D）1/x²=1/a²+1/b²　　（E）1/x=b/a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right triangle with sides a and b, and hypotenuse c, the altitude drawn on the hypotenuse is x. Then:</w:t>
      </w:r>
    </w:p>
    <w:p>
      <w:pPr>
        <w:spacing w:before="0" w:after="160" w:line="300" w:lineRule="auto"/>
      </w:pPr>
      <w:r>
        <w:rPr>
          <w:rFonts w:ascii="Times New Roman" w:hAnsi="Times New Roman" w:eastAsia="宋体"/>
          <w:b w:val="0"/>
          <w:i w:val="0"/>
          <w:color w:val="333333"/>
          <w:sz w:val="19"/>
        </w:rPr>
        <w:t>(A) ab=x²　　(B) 1/a+1/b=1/x　　(C) a²+b²=2x²　　(D) 1/x²=1/a²+1/b²　　(E) 1/x=b/a</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一个直角三角形的斜边 c 与一条直角边 a 是相邻整数。另一条直角边的平方为：</w:t>
      </w:r>
    </w:p>
    <w:p>
      <w:pPr>
        <w:spacing w:before="0" w:after="120" w:line="300" w:lineRule="auto"/>
      </w:pPr>
      <w:r>
        <w:rPr>
          <w:rFonts w:ascii="Times New Roman" w:hAnsi="Times New Roman" w:eastAsia="宋体"/>
          <w:b w:val="0"/>
          <w:i w:val="0"/>
          <w:sz w:val="21"/>
        </w:rPr>
        <w:t>（A）ca　　（B）c/a　　（C）c+a　　（D）c-a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hypotenuse c and one arm a of a right triangle are consecutive integers. The square of the second arm is:</w:t>
      </w:r>
    </w:p>
    <w:p>
      <w:pPr>
        <w:spacing w:before="0" w:after="160" w:line="300" w:lineRule="auto"/>
      </w:pPr>
      <w:r>
        <w:rPr>
          <w:rFonts w:ascii="Times New Roman" w:hAnsi="Times New Roman" w:eastAsia="宋体"/>
          <w:b w:val="0"/>
          <w:i w:val="0"/>
          <w:color w:val="333333"/>
          <w:sz w:val="19"/>
        </w:rPr>
        <w:t>(A) ca　　(B) c/a　　(C) c+a　　(D) c-a　　(E) none of these</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若 V=gt+V₀ 且 S=1/2gt²+V₀t，则 t 等于：</w:t>
      </w:r>
    </w:p>
    <w:p>
      <w:pPr>
        <w:spacing w:before="0" w:after="120" w:line="300" w:lineRule="auto"/>
      </w:pPr>
      <w:r>
        <w:rPr>
          <w:rFonts w:ascii="Times New Roman" w:hAnsi="Times New Roman" w:eastAsia="宋体"/>
          <w:b w:val="0"/>
          <w:i w:val="0"/>
          <w:sz w:val="21"/>
        </w:rPr>
        <w:t>（A）2S/V+V₀　　（B）2S/V-V₀　　（C）2S/V₀-V　　（D）2S/V　　（E）2S-V</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V=gt+V₀ and S=1/2gt²+V₀t, then t equals:</w:t>
      </w:r>
    </w:p>
    <w:p>
      <w:pPr>
        <w:spacing w:before="0" w:after="160" w:line="300" w:lineRule="auto"/>
      </w:pPr>
      <w:r>
        <w:rPr>
          <w:rFonts w:ascii="Times New Roman" w:hAnsi="Times New Roman" w:eastAsia="宋体"/>
          <w:b w:val="0"/>
          <w:i w:val="0"/>
          <w:color w:val="333333"/>
          <w:sz w:val="19"/>
        </w:rPr>
        <w:t>(A) 2S/V+V₀　　(B) 2S/V-V₀　　(C) 2S/V₀-V　　(D) 2S/V　　(E) 2S-V</w:t>
      </w:r>
    </w:p>
    <w:p>
      <w:pPr>
        <w:spacing w:before="200" w:after="80" w:line="300" w:lineRule="auto"/>
      </w:pPr>
      <w:r>
        <w:rPr>
          <w:rFonts w:ascii="Times New Roman" w:hAnsi="Times New Roman" w:eastAsia="宋体"/>
          <w:b/>
          <w:i w:val="0"/>
          <w:sz w:val="23"/>
        </w:rPr>
        <w:t>第 41 题</w:t>
      </w:r>
    </w:p>
    <w:p>
      <w:pPr>
        <w:spacing w:before="0" w:after="80" w:line="300" w:lineRule="auto"/>
        <w:jc w:val="left"/>
      </w:pPr>
      <w:r>
        <w:rPr>
          <w:rFonts w:ascii="Times New Roman" w:hAnsi="Times New Roman" w:eastAsia="宋体"/>
          <w:b w:val="0"/>
          <w:i w:val="0"/>
          <w:sz w:val="21"/>
        </w:rPr>
        <w:t>在 y=2x 的条件下，方程 3y²+y+4=2(6x²+y+2) 对下列哪种变量取值成立？</w:t>
      </w:r>
    </w:p>
    <w:p>
      <w:pPr>
        <w:spacing w:before="0" w:after="120" w:line="300" w:lineRule="auto"/>
      </w:pPr>
      <w:r>
        <w:rPr>
          <w:rFonts w:ascii="Times New Roman" w:hAnsi="Times New Roman" w:eastAsia="宋体"/>
          <w:b w:val="0"/>
          <w:i w:val="0"/>
          <w:sz w:val="21"/>
        </w:rPr>
        <w:t>（A）不存在这样的 x　　（B）所有 x　　（C）只有 x=0　　（D）所有整数 x，且仅限于此　　（E）所有有理数 x，且仅限于此</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3y²+y+4=2(6x²+y+2) where y=2x is satisfied by:</w:t>
      </w:r>
    </w:p>
    <w:p>
      <w:pPr>
        <w:spacing w:before="0" w:after="160" w:line="300" w:lineRule="auto"/>
      </w:pPr>
      <w:r>
        <w:rPr>
          <w:rFonts w:ascii="Times New Roman" w:hAnsi="Times New Roman" w:eastAsia="宋体"/>
          <w:b w:val="0"/>
          <w:i w:val="0"/>
          <w:color w:val="333333"/>
          <w:sz w:val="19"/>
        </w:rPr>
        <w:t>(A) no value of x　　(B) all values of x　　(C) x=0 only　　(D) all integral values of x only　　(E) all rational values of x only</w:t>
      </w:r>
    </w:p>
    <w:p>
      <w:pPr>
        <w:spacing w:before="200" w:after="80" w:line="300" w:lineRule="auto"/>
      </w:pPr>
      <w:r>
        <w:rPr>
          <w:rFonts w:ascii="Times New Roman" w:hAnsi="Times New Roman" w:eastAsia="宋体"/>
          <w:b/>
          <w:i w:val="0"/>
          <w:sz w:val="23"/>
        </w:rPr>
        <w:t>第 42 题</w:t>
      </w:r>
    </w:p>
    <w:p>
      <w:pPr>
        <w:spacing w:before="0" w:after="80" w:line="300" w:lineRule="auto"/>
        <w:jc w:val="left"/>
      </w:pPr>
      <w:r>
        <w:rPr>
          <w:rFonts w:ascii="Times New Roman" w:hAnsi="Times New Roman" w:eastAsia="宋体"/>
          <w:b w:val="0"/>
          <w:i w:val="0"/>
          <w:sz w:val="21"/>
        </w:rPr>
        <w:t>方程 √(x+4)-√(x-3)+1=0 有：</w:t>
      </w:r>
    </w:p>
    <w:p>
      <w:pPr>
        <w:spacing w:before="0" w:after="120" w:line="300" w:lineRule="auto"/>
      </w:pPr>
      <w:r>
        <w:rPr>
          <w:rFonts w:ascii="Times New Roman" w:hAnsi="Times New Roman" w:eastAsia="宋体"/>
          <w:b w:val="0"/>
          <w:i w:val="0"/>
          <w:sz w:val="21"/>
        </w:rPr>
        <w:t>（A）无根　　（B）一个实根　　（C）一个实根和一个虚根　　（D）两个虚根　　（E）两个实根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√(x+4)-√(x-3)+1=0 has:</w:t>
      </w:r>
    </w:p>
    <w:p>
      <w:pPr>
        <w:spacing w:before="0" w:after="160" w:line="300" w:lineRule="auto"/>
      </w:pPr>
      <w:r>
        <w:rPr>
          <w:rFonts w:ascii="Times New Roman" w:hAnsi="Times New Roman" w:eastAsia="宋体"/>
          <w:b w:val="0"/>
          <w:i w:val="0"/>
          <w:color w:val="333333"/>
          <w:sz w:val="19"/>
        </w:rPr>
        <w:t>(A) no root　　(B) one real root　　(C) one real root and one imaginary root　　(D) two imaginary roots　　(E) two real roots</w:t>
      </w:r>
    </w:p>
    <w:p>
      <w:pPr>
        <w:spacing w:before="200" w:after="80" w:line="300" w:lineRule="auto"/>
      </w:pPr>
      <w:r>
        <w:rPr>
          <w:rFonts w:ascii="Times New Roman" w:hAnsi="Times New Roman" w:eastAsia="宋体"/>
          <w:b/>
          <w:i w:val="0"/>
          <w:sz w:val="23"/>
        </w:rPr>
        <w:t>第 43 题</w:t>
      </w:r>
    </w:p>
    <w:p>
      <w:pPr>
        <w:spacing w:before="0" w:after="80" w:line="300" w:lineRule="auto"/>
        <w:jc w:val="left"/>
      </w:pPr>
      <w:r>
        <w:rPr>
          <w:rFonts w:ascii="Times New Roman" w:hAnsi="Times New Roman" w:eastAsia="宋体"/>
          <w:b w:val="0"/>
          <w:i w:val="0"/>
          <w:sz w:val="21"/>
        </w:rPr>
        <w:t>三边长均为整数且周长小于 13 的不等边三角形共有：</w:t>
      </w:r>
    </w:p>
    <w:p>
      <w:pPr>
        <w:spacing w:before="0" w:after="120" w:line="300" w:lineRule="auto"/>
      </w:pPr>
      <w:r>
        <w:rPr>
          <w:rFonts w:ascii="Times New Roman" w:hAnsi="Times New Roman" w:eastAsia="宋体"/>
          <w:b w:val="0"/>
          <w:i w:val="0"/>
          <w:sz w:val="21"/>
        </w:rPr>
        <w:t>（A）1　　（B）2　　（C）3　　（D）4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scalene triangles having all sides of integral lengths, and perimeter less than 13 is:</w:t>
      </w:r>
    </w:p>
    <w:p>
      <w:pPr>
        <w:spacing w:before="0" w:after="160" w:line="300" w:lineRule="auto"/>
      </w:pPr>
      <w:r>
        <w:rPr>
          <w:rFonts w:ascii="Times New Roman" w:hAnsi="Times New Roman" w:eastAsia="宋体"/>
          <w:b w:val="0"/>
          <w:i w:val="0"/>
          <w:color w:val="333333"/>
          <w:sz w:val="19"/>
        </w:rPr>
        <w:t>(A) 1　　(B) 2　　(C) 3　　(D) 4　　(E) 18</w:t>
      </w:r>
    </w:p>
    <w:p>
      <w:pPr>
        <w:spacing w:before="200" w:after="80" w:line="300" w:lineRule="auto"/>
      </w:pPr>
      <w:r>
        <w:rPr>
          <w:rFonts w:ascii="Times New Roman" w:hAnsi="Times New Roman" w:eastAsia="宋体"/>
          <w:b/>
          <w:i w:val="0"/>
          <w:sz w:val="23"/>
        </w:rPr>
        <w:t>第 44 题</w:t>
      </w:r>
    </w:p>
    <w:p>
      <w:pPr>
        <w:spacing w:before="0" w:after="80" w:line="300" w:lineRule="auto"/>
        <w:jc w:val="left"/>
      </w:pPr>
      <w:r>
        <w:rPr>
          <w:rFonts w:ascii="Times New Roman" w:hAnsi="Times New Roman" w:eastAsia="宋体"/>
          <w:b w:val="0"/>
          <w:i w:val="0"/>
          <w:sz w:val="21"/>
        </w:rPr>
        <w:t>若 x&lt; a&lt;0 表示 x 和 a 满足 x 小于 a，且 a 小于零，则：</w:t>
      </w:r>
    </w:p>
    <w:p>
      <w:pPr>
        <w:spacing w:before="0" w:after="120" w:line="300" w:lineRule="auto"/>
      </w:pPr>
      <w:r>
        <w:rPr>
          <w:rFonts w:ascii="Times New Roman" w:hAnsi="Times New Roman" w:eastAsia="宋体"/>
          <w:b w:val="0"/>
          <w:i w:val="0"/>
          <w:sz w:val="21"/>
        </w:rPr>
        <w:t>（A）x²&lt; ax&lt;0　　（B）x²&gt; ax&gt; a²　　（C）x²&lt; a²&lt;0　　（D）x²&gt; ax，但 ax&lt;0　　（E）x²&gt; a²，但 a²&lt;0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x&lt; a&lt;0 means that x and a are numbers such that x is less than a and a is less than zero, then:</w:t>
      </w:r>
    </w:p>
    <w:p>
      <w:pPr>
        <w:spacing w:before="0" w:after="160" w:line="300" w:lineRule="auto"/>
      </w:pPr>
      <w:r>
        <w:rPr>
          <w:rFonts w:ascii="Times New Roman" w:hAnsi="Times New Roman" w:eastAsia="宋体"/>
          <w:b w:val="0"/>
          <w:i w:val="0"/>
          <w:color w:val="333333"/>
          <w:sz w:val="19"/>
        </w:rPr>
        <w:t>(A) x²&lt; ax&lt;0　　(B) x²&gt; ax&gt; a²　　(C) x²&lt; a²&lt;0　　(D) x²&gt; ax but ax&lt;0　　(E) x²&gt; a² but a²&lt;0</w:t>
      </w:r>
    </w:p>
    <w:p>
      <w:pPr>
        <w:spacing w:before="200" w:after="80" w:line="300" w:lineRule="auto"/>
      </w:pPr>
      <w:r>
        <w:rPr>
          <w:rFonts w:ascii="Times New Roman" w:hAnsi="Times New Roman" w:eastAsia="宋体"/>
          <w:b/>
          <w:i w:val="0"/>
          <w:sz w:val="23"/>
        </w:rPr>
        <w:t>第 45 题</w:t>
      </w:r>
    </w:p>
    <w:p>
      <w:pPr>
        <w:spacing w:before="0" w:after="80" w:line="300" w:lineRule="auto"/>
        <w:jc w:val="left"/>
      </w:pPr>
      <w:r>
        <w:rPr>
          <w:rFonts w:ascii="Times New Roman" w:hAnsi="Times New Roman" w:eastAsia="宋体"/>
          <w:b w:val="0"/>
          <w:i w:val="0"/>
          <w:sz w:val="21"/>
        </w:rPr>
        <w:t>一个装有橡胶轮胎的车轮外径为 25 英寸。当半径减少四分之一英寸后，行驶一英里所转的圈数将：</w:t>
      </w:r>
    </w:p>
    <w:p>
      <w:pPr>
        <w:spacing w:before="0" w:after="120" w:line="300" w:lineRule="auto"/>
      </w:pPr>
      <w:r>
        <w:rPr>
          <w:rFonts w:ascii="Times New Roman" w:hAnsi="Times New Roman" w:eastAsia="宋体"/>
          <w:b w:val="0"/>
          <w:i w:val="0"/>
          <w:sz w:val="21"/>
        </w:rPr>
        <w:t>（A）增加约 2%　　（B）增加约 1%　　（C）增加约 20%　　（D）增加 1/2%　　（E）保持不变</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wheel with a rubber tire has an outside diameter of 25 in. When the radius has been decreased a quarter of an inch, the number of revolutions in one mile will:</w:t>
      </w:r>
    </w:p>
    <w:p>
      <w:pPr>
        <w:spacing w:before="0" w:after="160" w:line="300" w:lineRule="auto"/>
      </w:pPr>
      <w:r>
        <w:rPr>
          <w:rFonts w:ascii="Times New Roman" w:hAnsi="Times New Roman" w:eastAsia="宋体"/>
          <w:b w:val="0"/>
          <w:i w:val="0"/>
          <w:color w:val="333333"/>
          <w:sz w:val="19"/>
        </w:rPr>
        <w:t>(A) be increased about 2%　　(B) be increased about 1%　　(C) be increased about 20%　　(D) be increased 1/2%　　(E) remain the same</w:t>
      </w:r>
    </w:p>
    <w:p>
      <w:pPr>
        <w:spacing w:before="200" w:after="80" w:line="300" w:lineRule="auto"/>
      </w:pPr>
      <w:r>
        <w:rPr>
          <w:rFonts w:ascii="Times New Roman" w:hAnsi="Times New Roman" w:eastAsia="宋体"/>
          <w:b/>
          <w:i w:val="0"/>
          <w:sz w:val="23"/>
        </w:rPr>
        <w:t>第 46 题</w:t>
      </w:r>
    </w:p>
    <w:p>
      <w:pPr>
        <w:spacing w:before="0" w:after="80" w:line="300" w:lineRule="auto"/>
        <w:jc w:val="left"/>
      </w:pPr>
      <w:r>
        <w:rPr>
          <w:rFonts w:ascii="Times New Roman" w:hAnsi="Times New Roman" w:eastAsia="宋体"/>
          <w:b w:val="0"/>
          <w:i w:val="0"/>
          <w:sz w:val="21"/>
        </w:rPr>
        <w:t>要使方程 1+x/1-x=N+1/N 在 N 为正数时成立，x 可以取：</w:t>
      </w:r>
    </w:p>
    <w:p>
      <w:pPr>
        <w:spacing w:before="0" w:after="120" w:line="300" w:lineRule="auto"/>
      </w:pPr>
      <w:r>
        <w:rPr>
          <w:rFonts w:ascii="Times New Roman" w:hAnsi="Times New Roman" w:eastAsia="宋体"/>
          <w:b w:val="0"/>
          <w:i w:val="0"/>
          <w:sz w:val="21"/>
        </w:rPr>
        <w:t>（A）任意小于 1 的正数　　（B）任意小于 1 的数　　（C）只能取零　　（D）任意非负数　　（E）任意数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equation 1+x/1-x=N+1/N to be true where N is positive, x can have:</w:t>
      </w:r>
    </w:p>
    <w:p>
      <w:pPr>
        <w:spacing w:before="0" w:after="160" w:line="300" w:lineRule="auto"/>
      </w:pPr>
      <w:r>
        <w:rPr>
          <w:rFonts w:ascii="Times New Roman" w:hAnsi="Times New Roman" w:eastAsia="宋体"/>
          <w:b w:val="0"/>
          <w:i w:val="0"/>
          <w:color w:val="333333"/>
          <w:sz w:val="19"/>
        </w:rPr>
        <w:t>(A) any positive value less than 1　　(B) any value less than 1　　(C) the value zero only　　(D) any non-negative value　　(E) any value</w:t>
      </w:r>
    </w:p>
    <w:p>
      <w:pPr>
        <w:spacing w:before="200" w:after="80" w:line="300" w:lineRule="auto"/>
      </w:pPr>
      <w:r>
        <w:rPr>
          <w:rFonts w:ascii="Times New Roman" w:hAnsi="Times New Roman" w:eastAsia="宋体"/>
          <w:b/>
          <w:i w:val="0"/>
          <w:sz w:val="23"/>
        </w:rPr>
        <w:t>第 47 题</w:t>
      </w:r>
    </w:p>
    <w:p>
      <w:pPr>
        <w:spacing w:before="0" w:after="80" w:line="300" w:lineRule="auto"/>
        <w:jc w:val="left"/>
      </w:pPr>
      <w:r>
        <w:rPr>
          <w:rFonts w:ascii="Times New Roman" w:hAnsi="Times New Roman" w:eastAsia="宋体"/>
          <w:b w:val="0"/>
          <w:i w:val="0"/>
          <w:sz w:val="21"/>
        </w:rPr>
        <w:t>一位工程师说，凭现有的某种机器，他可以在 3 天内完成一段公路工程。然而，若再增加 3 台同类机器，工程可在 2 天内完成。若所有机器的工作效率相同，一台机器单独完成这项工程需要多少天？</w:t>
      </w:r>
    </w:p>
    <w:p>
      <w:pPr>
        <w:spacing w:before="0" w:after="120" w:line="300" w:lineRule="auto"/>
      </w:pPr>
      <w:r>
        <w:rPr>
          <w:rFonts w:ascii="Times New Roman" w:hAnsi="Times New Roman" w:eastAsia="宋体"/>
          <w:b w:val="0"/>
          <w:i w:val="0"/>
          <w:sz w:val="21"/>
        </w:rPr>
        <w:t>（A）6　　（B）12　　（C）15　　（D）18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engineer said he could finish a highway section in 3 days with his present supply of a certain type of machine. However, with 3 more of these machines the job could be done in 2 days. If the machines all work at the same rate, how many days would it take to do the job with one machine?</w:t>
      </w:r>
    </w:p>
    <w:p>
      <w:pPr>
        <w:spacing w:before="0" w:after="160" w:line="300" w:lineRule="auto"/>
      </w:pPr>
      <w:r>
        <w:rPr>
          <w:rFonts w:ascii="Times New Roman" w:hAnsi="Times New Roman" w:eastAsia="宋体"/>
          <w:b w:val="0"/>
          <w:i w:val="0"/>
          <w:color w:val="333333"/>
          <w:sz w:val="19"/>
        </w:rPr>
        <w:t>(A) 6　　(B) 12　　(C) 15　　(D) 18　　(E) 36</w:t>
      </w:r>
    </w:p>
    <w:p>
      <w:pPr>
        <w:spacing w:before="200" w:after="80" w:line="300" w:lineRule="auto"/>
      </w:pPr>
      <w:r>
        <w:rPr>
          <w:rFonts w:ascii="Times New Roman" w:hAnsi="Times New Roman" w:eastAsia="宋体"/>
          <w:b/>
          <w:i w:val="0"/>
          <w:sz w:val="23"/>
        </w:rPr>
        <w:t>第 48 题</w:t>
      </w:r>
    </w:p>
    <w:p>
      <w:pPr>
        <w:spacing w:before="0" w:after="80" w:line="300" w:lineRule="auto"/>
        <w:jc w:val="left"/>
      </w:pPr>
      <w:r>
        <w:rPr>
          <w:rFonts w:ascii="Times New Roman" w:hAnsi="Times New Roman" w:eastAsia="宋体"/>
          <w:b w:val="0"/>
          <w:i w:val="0"/>
          <w:sz w:val="21"/>
        </w:rPr>
        <w:t>若 p 为正整数，则 3p+25/2p-5 为正整数，当且仅当 p 为：</w:t>
      </w:r>
    </w:p>
    <w:p>
      <w:pPr>
        <w:spacing w:before="0" w:after="120" w:line="300" w:lineRule="auto"/>
      </w:pPr>
      <w:r>
        <w:rPr>
          <w:rFonts w:ascii="Times New Roman" w:hAnsi="Times New Roman" w:eastAsia="宋体"/>
          <w:b w:val="0"/>
          <w:i w:val="0"/>
          <w:sz w:val="21"/>
        </w:rPr>
        <w:t>（A）至少为 3　　（B）等于 3、5、9 或 35　　（C）不大于 35　　（D）等于 35　　（E）等于 3 或 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 is a positive integer, then 3p+25/2p-5 can be a positive integer, if and only if p is:</w:t>
      </w:r>
    </w:p>
    <w:p>
      <w:pPr>
        <w:spacing w:before="0" w:after="160" w:line="300" w:lineRule="auto"/>
      </w:pPr>
      <w:r>
        <w:rPr>
          <w:rFonts w:ascii="Times New Roman" w:hAnsi="Times New Roman" w:eastAsia="宋体"/>
          <w:b w:val="0"/>
          <w:i w:val="0"/>
          <w:color w:val="333333"/>
          <w:sz w:val="19"/>
        </w:rPr>
        <w:t>(A) at least 3　　(B) equal to 3, 5, 9, or 35　　(C) no more than 35　　(D) equal to 35　　(E) equal to 3 or 35</w:t>
      </w:r>
    </w:p>
    <w:p>
      <w:pPr>
        <w:spacing w:before="200" w:after="80" w:line="300" w:lineRule="auto"/>
      </w:pPr>
      <w:r>
        <w:rPr>
          <w:rFonts w:ascii="Times New Roman" w:hAnsi="Times New Roman" w:eastAsia="宋体"/>
          <w:b/>
          <w:i w:val="0"/>
          <w:sz w:val="23"/>
        </w:rPr>
        <w:t>第 49 题</w:t>
      </w:r>
    </w:p>
    <w:p>
      <w:pPr>
        <w:spacing w:before="0" w:after="80" w:line="300" w:lineRule="auto"/>
        <w:jc w:val="left"/>
      </w:pPr>
      <w:r>
        <w:rPr>
          <w:rFonts w:ascii="Times New Roman" w:hAnsi="Times New Roman" w:eastAsia="宋体"/>
          <w:b w:val="0"/>
          <w:i w:val="0"/>
          <w:sz w:val="21"/>
        </w:rPr>
        <w:t>三角形 PAB 由圆 O 的三条切线围成，且 ∠ APB=40°；则角 AOB 等于：</w:t>
      </w:r>
    </w:p>
    <w:p>
      <w:pPr>
        <w:spacing w:before="80" w:after="80"/>
        <w:jc w:val="center"/>
      </w:pPr>
      <w:r>
        <w:drawing>
          <wp:inline xmlns:a="http://schemas.openxmlformats.org/drawingml/2006/main" xmlns:pic="http://schemas.openxmlformats.org/drawingml/2006/picture">
            <wp:extent cx="1970556" cy="1096974"/>
            <wp:docPr id="3" name="Picture 3"/>
            <wp:cNvGraphicFramePr>
              <a:graphicFrameLocks noChangeAspect="1"/>
            </wp:cNvGraphicFramePr>
            <a:graphic>
              <a:graphicData uri="http://schemas.openxmlformats.org/drawingml/2006/picture">
                <pic:pic>
                  <pic:nvPicPr>
                    <pic:cNvPr id="0" name="q49-1@300dpi.png"/>
                    <pic:cNvPicPr/>
                  </pic:nvPicPr>
                  <pic:blipFill>
                    <a:blip r:embed="rId10"/>
                    <a:stretch>
                      <a:fillRect/>
                    </a:stretch>
                  </pic:blipFill>
                  <pic:spPr>
                    <a:xfrm>
                      <a:off x="0" y="0"/>
                      <a:ext cx="1970556" cy="1096974"/>
                    </a:xfrm>
                    <a:prstGeom prst="rect"/>
                  </pic:spPr>
                </pic:pic>
              </a:graphicData>
            </a:graphic>
          </wp:inline>
        </w:drawing>
      </w:r>
    </w:p>
    <w:p>
      <w:pPr>
        <w:spacing w:before="0" w:after="120" w:line="300" w:lineRule="auto"/>
      </w:pPr>
      <w:r>
        <w:rPr>
          <w:rFonts w:ascii="Times New Roman" w:hAnsi="Times New Roman" w:eastAsia="宋体"/>
          <w:b w:val="0"/>
          <w:i w:val="0"/>
          <w:sz w:val="21"/>
        </w:rPr>
        <w:t>（A）45°　　（B）50°　　（C）55°　　（D）60°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PAB is formed by three tangents to circle O and ∠ APB=40°; then angle AOB equals:</w:t>
      </w:r>
    </w:p>
    <w:p>
      <w:pPr>
        <w:spacing w:before="80" w:after="80"/>
        <w:jc w:val="center"/>
      </w:pPr>
      <w:r>
        <w:drawing>
          <wp:inline xmlns:a="http://schemas.openxmlformats.org/drawingml/2006/main" xmlns:pic="http://schemas.openxmlformats.org/drawingml/2006/picture">
            <wp:extent cx="1970556" cy="1096974"/>
            <wp:docPr id="4" name="Picture 4"/>
            <wp:cNvGraphicFramePr>
              <a:graphicFrameLocks noChangeAspect="1"/>
            </wp:cNvGraphicFramePr>
            <a:graphic>
              <a:graphicData uri="http://schemas.openxmlformats.org/drawingml/2006/picture">
                <pic:pic>
                  <pic:nvPicPr>
                    <pic:cNvPr id="0" name="q49-1@300dpi.png"/>
                    <pic:cNvPicPr/>
                  </pic:nvPicPr>
                  <pic:blipFill>
                    <a:blip r:embed="rId10"/>
                    <a:stretch>
                      <a:fillRect/>
                    </a:stretch>
                  </pic:blipFill>
                  <pic:spPr>
                    <a:xfrm>
                      <a:off x="0" y="0"/>
                      <a:ext cx="1970556" cy="109697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45°　　(B) 50°　　(C) 55°　　(D) 60°　　(E) 70°</w:t>
      </w:r>
    </w:p>
    <w:p>
      <w:pPr>
        <w:spacing w:before="200" w:after="80" w:line="300" w:lineRule="auto"/>
      </w:pPr>
      <w:r>
        <w:rPr>
          <w:rFonts w:ascii="Times New Roman" w:hAnsi="Times New Roman" w:eastAsia="宋体"/>
          <w:b/>
          <w:i w:val="0"/>
          <w:sz w:val="23"/>
        </w:rPr>
        <w:t>第 50 题</w:t>
      </w:r>
    </w:p>
    <w:p>
      <w:pPr>
        <w:spacing w:before="0" w:after="80" w:line="300" w:lineRule="auto"/>
        <w:jc w:val="left"/>
      </w:pPr>
      <w:r>
        <w:rPr>
          <w:rFonts w:ascii="Times New Roman" w:hAnsi="Times New Roman" w:eastAsia="宋体"/>
          <w:b w:val="0"/>
          <w:i w:val="0"/>
          <w:sz w:val="21"/>
        </w:rPr>
        <w:t>在三角形 ABC 中，CA=CB。以 CB 为边，在三角形外部作正方形 BCDE。若角 DAB 的度数为 x，则</w:t>
      </w:r>
    </w:p>
    <w:p>
      <w:pPr>
        <w:spacing w:before="0" w:after="120" w:line="300" w:lineRule="auto"/>
      </w:pPr>
      <w:r>
        <w:rPr>
          <w:rFonts w:ascii="Times New Roman" w:hAnsi="Times New Roman" w:eastAsia="宋体"/>
          <w:b w:val="0"/>
          <w:i w:val="0"/>
          <w:sz w:val="21"/>
        </w:rPr>
        <w:t>（A）x 取决于三角形 ABC　　（B）x 与该三角形无关　　（C）x 可能等于角 CAD　　（D）x 绝不可能等于角 CAB　　（E）x 大于 45° 但小于 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CA=CB. On CB square BCDE is constructed away from the triangle. If x is the number of degrees in angle DAB, then</w:t>
      </w:r>
    </w:p>
    <w:p>
      <w:pPr>
        <w:spacing w:before="0" w:after="160" w:line="300" w:lineRule="auto"/>
      </w:pPr>
      <w:r>
        <w:rPr>
          <w:rFonts w:ascii="Times New Roman" w:hAnsi="Times New Roman" w:eastAsia="宋体"/>
          <w:b w:val="0"/>
          <w:i w:val="0"/>
          <w:color w:val="333333"/>
          <w:sz w:val="19"/>
        </w:rPr>
        <w:t>(A) x depends upon triangle ABC　　(B) x is independent of the triangle　　(C) x may equal angle CAD　　(D) x can never equal angle CAB　　(E) x is greater than 45° but less than</w:t>
        <w:br/>
        <w:t>90°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D　E　C　B　C　B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A　E　C　B　A　C　D　E</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C　E　B　C　D　C　A　C</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D　D　B　E　B　E　A　B　E</w:t>
      </w:r>
    </w:p>
    <w:p>
      <w:pPr>
        <w:spacing w:before="0" w:after="0" w:line="300" w:lineRule="auto"/>
      </w:pPr>
      <w:r>
        <w:rPr>
          <w:rFonts w:ascii="Times New Roman" w:hAnsi="Times New Roman" w:eastAsia="宋体"/>
          <w:b w:val="0"/>
          <w:i w:val="0"/>
          <w:sz w:val="18"/>
        </w:rPr>
        <w:t>题号　37　38　39　40　41　42　43　44　45</w:t>
      </w:r>
    </w:p>
    <w:p>
      <w:pPr>
        <w:spacing w:before="0" w:after="80" w:line="300" w:lineRule="auto"/>
      </w:pPr>
      <w:r>
        <w:rPr>
          <w:rFonts w:ascii="Times New Roman" w:hAnsi="Times New Roman" w:eastAsia="宋体"/>
          <w:b/>
          <w:i w:val="0"/>
          <w:sz w:val="18"/>
        </w:rPr>
        <w:t>答案　E　D　C　A　C　A　C　B　A</w:t>
      </w:r>
    </w:p>
    <w:p>
      <w:pPr>
        <w:spacing w:before="0" w:after="0" w:line="300" w:lineRule="auto"/>
      </w:pPr>
      <w:r>
        <w:rPr>
          <w:rFonts w:ascii="Times New Roman" w:hAnsi="Times New Roman" w:eastAsia="宋体"/>
          <w:b w:val="0"/>
          <w:i w:val="0"/>
          <w:sz w:val="18"/>
        </w:rPr>
        <w:t>题号　46　47　48　49　50</w:t>
      </w:r>
    </w:p>
    <w:p>
      <w:pPr>
        <w:spacing w:before="0" w:after="80" w:line="300" w:lineRule="auto"/>
      </w:pPr>
      <w:r>
        <w:rPr>
          <w:rFonts w:ascii="Times New Roman" w:hAnsi="Times New Roman" w:eastAsia="宋体"/>
          <w:b/>
          <w:i w:val="0"/>
          <w:sz w:val="18"/>
        </w:rPr>
        <w:t>答案　A　D　B　E　B</w:t>
      </w:r>
    </w:p>
    <w:p>
      <w:pPr>
        <w:spacing w:before="0" w:after="200" w:line="300" w:lineRule="auto"/>
      </w:pPr>
      <w:r>
        <w:rPr>
          <w:rFonts w:ascii="Times New Roman" w:hAnsi="Times New Roman" w:eastAsia="宋体"/>
          <w:b w:val="0"/>
          <w:i w:val="0"/>
          <w:color w:val="666666"/>
          <w:sz w:val="18"/>
        </w:rPr>
        <w:t>答案串：ADDECBCBDBAECBACDEDCEBCDCACDDBEBEABEEDCACACBAADBEB</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代入 x=2，并先计算幂，得</w:t>
      </w:r>
    </w:p>
    <w:p>
      <w:pPr>
        <w:spacing w:before="0" w:after="80" w:line="300" w:lineRule="auto"/>
        <w:jc w:val="left"/>
      </w:pPr>
      <w:r>
        <w:rPr>
          <w:rFonts w:ascii="Times New Roman" w:hAnsi="Times New Roman" w:eastAsia="宋体"/>
          <w:b w:val="0"/>
          <w:i w:val="0"/>
          <w:sz w:val="21"/>
        </w:rPr>
        <w:t>x+x(xˣ)=2+2(2²)</w:t>
      </w:r>
    </w:p>
    <w:p>
      <w:pPr>
        <w:spacing w:before="0" w:after="80" w:line="300" w:lineRule="auto"/>
        <w:jc w:val="left"/>
      </w:pPr>
      <w:r>
        <w:rPr>
          <w:rFonts w:ascii="Times New Roman" w:hAnsi="Times New Roman" w:eastAsia="宋体"/>
          <w:b w:val="0"/>
          <w:i w:val="0"/>
          <w:sz w:val="21"/>
        </w:rPr>
        <w:t>=2+8=10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x=2, and evaluating the exponent first, gives</w:t>
      </w:r>
    </w:p>
    <w:p>
      <w:pPr>
        <w:spacing w:before="0" w:after="80" w:line="300" w:lineRule="auto"/>
        <w:jc w:val="left"/>
      </w:pPr>
      <w:r>
        <w:rPr>
          <w:rFonts w:ascii="Times New Roman" w:hAnsi="Times New Roman" w:eastAsia="宋体"/>
          <w:b w:val="0"/>
          <w:i w:val="0"/>
          <w:color w:val="333333"/>
          <w:sz w:val="19"/>
        </w:rPr>
        <w:t>x+x(xˣ)=2+2(2²)</w:t>
      </w:r>
    </w:p>
    <w:p>
      <w:pPr>
        <w:spacing w:before="0" w:after="80" w:line="300" w:lineRule="auto"/>
        <w:jc w:val="left"/>
      </w:pPr>
      <w:r>
        <w:rPr>
          <w:rFonts w:ascii="Times New Roman" w:hAnsi="Times New Roman" w:eastAsia="宋体"/>
          <w:b w:val="0"/>
          <w:i w:val="0"/>
          <w:color w:val="333333"/>
          <w:sz w:val="19"/>
        </w:rPr>
        <w:t>=2+8=10.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获利 20% 的烟斗成本为</w:t>
      </w:r>
    </w:p>
    <w:p>
      <w:pPr>
        <w:spacing w:before="0" w:after="80" w:line="300" w:lineRule="auto"/>
        <w:jc w:val="left"/>
      </w:pPr>
      <w:r>
        <w:rPr>
          <w:rFonts w:ascii="Times New Roman" w:hAnsi="Times New Roman" w:eastAsia="宋体"/>
          <w:b w:val="0"/>
          <w:i w:val="0"/>
          <w:sz w:val="21"/>
        </w:rPr>
        <w:t>($1.20)/1.20=$1.00，</w:t>
      </w:r>
    </w:p>
    <w:p>
      <w:pPr>
        <w:spacing w:before="0" w:after="80" w:line="300" w:lineRule="auto"/>
        <w:jc w:val="left"/>
      </w:pPr>
      <w:r>
        <w:rPr>
          <w:rFonts w:ascii="Times New Roman" w:hAnsi="Times New Roman" w:eastAsia="宋体"/>
          <w:b w:val="0"/>
          <w:i w:val="0"/>
          <w:sz w:val="21"/>
        </w:rPr>
        <w:t>而亏损 20% 的烟斗成本为</w:t>
      </w:r>
    </w:p>
    <w:p>
      <w:pPr>
        <w:spacing w:before="0" w:after="80" w:line="300" w:lineRule="auto"/>
        <w:jc w:val="left"/>
      </w:pPr>
      <w:r>
        <w:rPr>
          <w:rFonts w:ascii="Times New Roman" w:hAnsi="Times New Roman" w:eastAsia="宋体"/>
          <w:b w:val="0"/>
          <w:i w:val="0"/>
          <w:sz w:val="21"/>
        </w:rPr>
        <w:t>($1.20)/0.80=$1.50。</w:t>
      </w:r>
    </w:p>
    <w:p>
      <w:pPr>
        <w:spacing w:before="0" w:after="80" w:line="300" w:lineRule="auto"/>
        <w:jc w:val="left"/>
      </w:pPr>
      <w:r>
        <w:rPr>
          <w:rFonts w:ascii="Times New Roman" w:hAnsi="Times New Roman" w:eastAsia="宋体"/>
          <w:b w:val="0"/>
          <w:i w:val="0"/>
          <w:sz w:val="21"/>
        </w:rPr>
        <w:t>两根烟斗的总成本为 $2.50，但总售价为 $2.40，所以琼斯先生亏损 10 美分。</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pipe sold at a 20% profit cost</w:t>
      </w:r>
    </w:p>
    <w:p>
      <w:pPr>
        <w:spacing w:before="0" w:after="80" w:line="300" w:lineRule="auto"/>
        <w:jc w:val="left"/>
      </w:pPr>
      <w:r>
        <w:rPr>
          <w:rFonts w:ascii="Times New Roman" w:hAnsi="Times New Roman" w:eastAsia="宋体"/>
          <w:b w:val="0"/>
          <w:i w:val="0"/>
          <w:color w:val="333333"/>
          <w:sz w:val="19"/>
        </w:rPr>
        <w:t>($1.20)/1.20=$1.00,</w:t>
      </w:r>
    </w:p>
    <w:p>
      <w:pPr>
        <w:spacing w:before="0" w:after="80" w:line="300" w:lineRule="auto"/>
        <w:jc w:val="left"/>
      </w:pPr>
      <w:r>
        <w:rPr>
          <w:rFonts w:ascii="Times New Roman" w:hAnsi="Times New Roman" w:eastAsia="宋体"/>
          <w:b w:val="0"/>
          <w:i w:val="0"/>
          <w:color w:val="333333"/>
          <w:sz w:val="19"/>
        </w:rPr>
        <w:t>while the pipe sold at a 20% loss cost</w:t>
      </w:r>
    </w:p>
    <w:p>
      <w:pPr>
        <w:spacing w:before="0" w:after="80" w:line="300" w:lineRule="auto"/>
        <w:jc w:val="left"/>
      </w:pPr>
      <w:r>
        <w:rPr>
          <w:rFonts w:ascii="Times New Roman" w:hAnsi="Times New Roman" w:eastAsia="宋体"/>
          <w:b w:val="0"/>
          <w:i w:val="0"/>
          <w:color w:val="333333"/>
          <w:sz w:val="19"/>
        </w:rPr>
        <w:t>($1.20)/0.80=$1.50.</w:t>
      </w:r>
    </w:p>
    <w:p>
      <w:pPr>
        <w:spacing w:before="0" w:after="80" w:line="300" w:lineRule="auto"/>
        <w:jc w:val="left"/>
      </w:pPr>
      <w:r>
        <w:rPr>
          <w:rFonts w:ascii="Times New Roman" w:hAnsi="Times New Roman" w:eastAsia="宋体"/>
          <w:b w:val="0"/>
          <w:i w:val="0"/>
          <w:color w:val="333333"/>
          <w:sz w:val="19"/>
        </w:rPr>
        <w:t>Their combined cost was $2.50, but they sold for $2.40, so Mr. Jones lost 10 cents.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给定距离为 587×10¹⁰ 英里。乘以 100=10²，得</w:t>
      </w:r>
    </w:p>
    <w:p>
      <w:pPr>
        <w:spacing w:before="0" w:after="80" w:line="300" w:lineRule="auto"/>
        <w:jc w:val="left"/>
      </w:pPr>
      <w:r>
        <w:rPr>
          <w:rFonts w:ascii="Times New Roman" w:hAnsi="Times New Roman" w:eastAsia="宋体"/>
          <w:b w:val="0"/>
          <w:i w:val="0"/>
          <w:sz w:val="21"/>
        </w:rPr>
        <w:t>(587×10¹⁰)10²=587×10¹²</w:t>
      </w:r>
    </w:p>
    <w:p>
      <w:pPr>
        <w:spacing w:before="0" w:after="80" w:line="300" w:lineRule="auto"/>
        <w:jc w:val="left"/>
      </w:pPr>
      <w:r>
        <w:rPr>
          <w:rFonts w:ascii="Times New Roman" w:hAnsi="Times New Roman" w:eastAsia="宋体"/>
          <w:b w:val="0"/>
          <w:i w:val="0"/>
          <w:sz w:val="21"/>
        </w:rPr>
        <w:t>英里。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distance is 587×10¹⁰ miles. Multiplying by 100=10² gives</w:t>
      </w:r>
    </w:p>
    <w:p>
      <w:pPr>
        <w:spacing w:before="0" w:after="80" w:line="300" w:lineRule="auto"/>
        <w:jc w:val="left"/>
      </w:pPr>
      <w:r>
        <w:rPr>
          <w:rFonts w:ascii="Times New Roman" w:hAnsi="Times New Roman" w:eastAsia="宋体"/>
          <w:b w:val="0"/>
          <w:i w:val="0"/>
          <w:color w:val="333333"/>
          <w:sz w:val="19"/>
        </w:rPr>
        <w:t>(587×10¹⁰)10²=587×10¹²</w:t>
      </w:r>
    </w:p>
    <w:p>
      <w:pPr>
        <w:spacing w:before="0" w:after="80" w:line="300" w:lineRule="auto"/>
        <w:jc w:val="left"/>
      </w:pPr>
      <w:r>
        <w:rPr>
          <w:rFonts w:ascii="Times New Roman" w:hAnsi="Times New Roman" w:eastAsia="宋体"/>
          <w:b w:val="0"/>
          <w:i w:val="0"/>
          <w:color w:val="333333"/>
          <w:sz w:val="19"/>
        </w:rPr>
        <w:t>miles.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剩余可投资金额为</w:t>
      </w:r>
    </w:p>
    <w:p>
      <w:pPr>
        <w:spacing w:before="0" w:after="80" w:line="300" w:lineRule="auto"/>
        <w:jc w:val="left"/>
      </w:pPr>
      <w:r>
        <w:rPr>
          <w:rFonts w:ascii="Times New Roman" w:hAnsi="Times New Roman" w:eastAsia="宋体"/>
          <w:b w:val="0"/>
          <w:i w:val="0"/>
          <w:sz w:val="21"/>
        </w:rPr>
        <w:t>10000-4000-3500=2500。</w:t>
      </w:r>
    </w:p>
    <w:p>
      <w:pPr>
        <w:spacing w:before="0" w:after="80" w:line="300" w:lineRule="auto"/>
        <w:jc w:val="left"/>
      </w:pPr>
      <w:r>
        <w:rPr>
          <w:rFonts w:ascii="Times New Roman" w:hAnsi="Times New Roman" w:eastAsia="宋体"/>
          <w:b w:val="0"/>
          <w:i w:val="0"/>
          <w:sz w:val="21"/>
        </w:rPr>
        <w:t>前两笔投资获得 0.05(4000)+0.04(3500)=340 美元，所以余款必须获得 500-340=160 美元。所需利率为</w:t>
      </w:r>
    </w:p>
    <w:p>
      <w:pPr>
        <w:spacing w:before="0" w:after="80" w:line="300" w:lineRule="auto"/>
        <w:jc w:val="left"/>
      </w:pPr>
      <w:r>
        <w:rPr>
          <w:rFonts w:ascii="Times New Roman" w:hAnsi="Times New Roman" w:eastAsia="宋体"/>
          <w:b w:val="0"/>
          <w:i w:val="0"/>
          <w:sz w:val="21"/>
        </w:rPr>
        <w:t>160/2500=0.064=6.4%。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amount left to invest is</w:t>
      </w:r>
    </w:p>
    <w:p>
      <w:pPr>
        <w:spacing w:before="0" w:after="80" w:line="300" w:lineRule="auto"/>
        <w:jc w:val="left"/>
      </w:pPr>
      <w:r>
        <w:rPr>
          <w:rFonts w:ascii="Times New Roman" w:hAnsi="Times New Roman" w:eastAsia="宋体"/>
          <w:b w:val="0"/>
          <w:i w:val="0"/>
          <w:color w:val="333333"/>
          <w:sz w:val="19"/>
        </w:rPr>
        <w:t>10000-4000-3500=2500.</w:t>
      </w:r>
    </w:p>
    <w:p>
      <w:pPr>
        <w:spacing w:before="0" w:after="80" w:line="300" w:lineRule="auto"/>
        <w:jc w:val="left"/>
      </w:pPr>
      <w:r>
        <w:rPr>
          <w:rFonts w:ascii="Times New Roman" w:hAnsi="Times New Roman" w:eastAsia="宋体"/>
          <w:b w:val="0"/>
          <w:i w:val="0"/>
          <w:color w:val="333333"/>
          <w:sz w:val="19"/>
        </w:rPr>
        <w:t>The first two investments earn 0.05(4000)+0.04(3500)=340 dollars, so the remaining investment must earn 500-340=160 dollars. Its required rate is</w:t>
      </w:r>
    </w:p>
    <w:p>
      <w:pPr>
        <w:spacing w:before="0" w:after="80" w:line="300" w:lineRule="auto"/>
        <w:jc w:val="left"/>
      </w:pPr>
      <w:r>
        <w:rPr>
          <w:rFonts w:ascii="Times New Roman" w:hAnsi="Times New Roman" w:eastAsia="宋体"/>
          <w:b w:val="0"/>
          <w:i w:val="0"/>
          <w:color w:val="333333"/>
          <w:sz w:val="19"/>
        </w:rPr>
        <w:t>160/2500=0.064=6.4%.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中间硬币与任意两枚相邻硬币的圆心两两相距两个半径，所以它们构成等边三角形。因此，相邻两枚外圈硬币的圆心在中间硬币圆心处所成的角为 60°。恰有</w:t>
      </w:r>
    </w:p>
    <w:p>
      <w:pPr>
        <w:spacing w:before="0" w:after="80" w:line="300" w:lineRule="auto"/>
        <w:jc w:val="left"/>
      </w:pPr>
      <w:r>
        <w:rPr>
          <w:rFonts w:ascii="Times New Roman" w:hAnsi="Times New Roman" w:eastAsia="宋体"/>
          <w:b w:val="0"/>
          <w:i w:val="0"/>
          <w:sz w:val="21"/>
        </w:rPr>
        <w:t>(360°)/(60°)=6</w:t>
      </w:r>
    </w:p>
    <w:p>
      <w:pPr>
        <w:spacing w:before="0" w:after="80" w:line="300" w:lineRule="auto"/>
        <w:jc w:val="left"/>
      </w:pPr>
      <w:r>
        <w:rPr>
          <w:rFonts w:ascii="Times New Roman" w:hAnsi="Times New Roman" w:eastAsia="宋体"/>
          <w:b w:val="0"/>
          <w:i w:val="0"/>
          <w:sz w:val="21"/>
        </w:rPr>
        <w:t>枚硬币可以围在它周围。</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of the middle nickel and any two neighboring nickels are pairwise two radii apart, so they form an equilateral triangle. Therefore consecutive outer centers subtend 60° at the center of the middle nickel. Exactly</w:t>
      </w:r>
    </w:p>
    <w:p>
      <w:pPr>
        <w:spacing w:before="0" w:after="80" w:line="300" w:lineRule="auto"/>
        <w:jc w:val="left"/>
      </w:pPr>
      <w:r>
        <w:rPr>
          <w:rFonts w:ascii="Times New Roman" w:hAnsi="Times New Roman" w:eastAsia="宋体"/>
          <w:b w:val="0"/>
          <w:i w:val="0"/>
          <w:color w:val="333333"/>
          <w:sz w:val="19"/>
        </w:rPr>
        <w:t>(360°)/(60°)=6</w:t>
      </w:r>
    </w:p>
    <w:p>
      <w:pPr>
        <w:spacing w:before="0" w:after="80" w:line="300" w:lineRule="auto"/>
        <w:jc w:val="left"/>
      </w:pPr>
      <w:r>
        <w:rPr>
          <w:rFonts w:ascii="Times New Roman" w:hAnsi="Times New Roman" w:eastAsia="宋体"/>
          <w:b w:val="0"/>
          <w:i w:val="0"/>
          <w:color w:val="333333"/>
          <w:sz w:val="19"/>
        </w:rPr>
        <w:t>nickels fit around it.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按每个头计算两条腿，正好计入每只鸡的两条腿，以及每头牛四条腿中的两条。因此，每头牛恰好贡献 14 条额外腿中的两条。所以牛的数量为</w:t>
      </w:r>
    </w:p>
    <w:p>
      <w:pPr>
        <w:spacing w:before="0" w:after="80" w:line="300" w:lineRule="auto"/>
        <w:jc w:val="left"/>
      </w:pPr>
      <w:r>
        <w:rPr>
          <w:rFonts w:ascii="Times New Roman" w:hAnsi="Times New Roman" w:eastAsia="宋体"/>
          <w:b w:val="0"/>
          <w:i w:val="0"/>
          <w:sz w:val="21"/>
        </w:rPr>
        <w:t>14/2=7。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Counting two legs for every head accounts for both legs of each chicken and two of each cow’s four legs. Thus every cow contributes exactly two of the 14 extra legs. Hence the number of cows is</w:t>
      </w:r>
    </w:p>
    <w:p>
      <w:pPr>
        <w:spacing w:before="0" w:after="80" w:line="300" w:lineRule="auto"/>
        <w:jc w:val="left"/>
      </w:pPr>
      <w:r>
        <w:rPr>
          <w:rFonts w:ascii="Times New Roman" w:hAnsi="Times New Roman" w:eastAsia="宋体"/>
          <w:b w:val="0"/>
          <w:i w:val="0"/>
          <w:color w:val="333333"/>
          <w:sz w:val="19"/>
        </w:rPr>
        <w:t>14/2=7.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由韦达定理，两根之积为 c/a。互为倒数的两根乘积为 1，所以</w:t>
      </w:r>
    </w:p>
    <w:p>
      <w:pPr>
        <w:spacing w:before="0" w:after="80" w:line="300" w:lineRule="auto"/>
        <w:jc w:val="left"/>
      </w:pPr>
      <w:r>
        <w:rPr>
          <w:rFonts w:ascii="Times New Roman" w:hAnsi="Times New Roman" w:eastAsia="宋体"/>
          <w:b w:val="0"/>
          <w:i w:val="0"/>
          <w:sz w:val="21"/>
        </w:rPr>
        <w:t>c/a=1，</w:t>
      </w:r>
    </w:p>
    <w:p>
      <w:pPr>
        <w:spacing w:before="0" w:after="80" w:line="300" w:lineRule="auto"/>
        <w:jc w:val="left"/>
      </w:pPr>
      <w:r>
        <w:rPr>
          <w:rFonts w:ascii="Times New Roman" w:hAnsi="Times New Roman" w:eastAsia="宋体"/>
          <w:b w:val="0"/>
          <w:i w:val="0"/>
          <w:sz w:val="21"/>
        </w:rPr>
        <w:t>这要求 c=a。</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the product of the two roots is c/a. Reciprocal roots have product 1, so</w:t>
      </w:r>
    </w:p>
    <w:p>
      <w:pPr>
        <w:spacing w:before="0" w:after="80" w:line="300" w:lineRule="auto"/>
        <w:jc w:val="left"/>
      </w:pPr>
      <w:r>
        <w:rPr>
          <w:rFonts w:ascii="Times New Roman" w:hAnsi="Times New Roman" w:eastAsia="宋体"/>
          <w:b w:val="0"/>
          <w:i w:val="0"/>
          <w:color w:val="333333"/>
          <w:sz w:val="19"/>
        </w:rPr>
        <w:t>c/a=1,</w:t>
      </w:r>
    </w:p>
    <w:p>
      <w:pPr>
        <w:spacing w:before="0" w:after="80" w:line="300" w:lineRule="auto"/>
        <w:jc w:val="left"/>
      </w:pPr>
      <w:r>
        <w:rPr>
          <w:rFonts w:ascii="Times New Roman" w:hAnsi="Times New Roman" w:eastAsia="宋体"/>
          <w:b w:val="0"/>
          <w:i w:val="0"/>
          <w:color w:val="333333"/>
          <w:sz w:val="19"/>
        </w:rPr>
        <w:t>which requires c=a.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当 y=-8 时，右边为 5⁰=1。因此</w:t>
      </w:r>
    </w:p>
    <w:p>
      <w:pPr>
        <w:spacing w:before="0" w:after="80" w:line="300" w:lineRule="auto"/>
        <w:jc w:val="left"/>
      </w:pPr>
      <w:r>
        <w:rPr>
          <w:rFonts w:ascii="Times New Roman" w:hAnsi="Times New Roman" w:eastAsia="宋体"/>
          <w:b w:val="0"/>
          <w:i w:val="0"/>
          <w:sz w:val="21"/>
        </w:rPr>
        <w:t>8·2ˣ=2ˣ⁺³=1=2⁰，</w:t>
      </w:r>
    </w:p>
    <w:p>
      <w:pPr>
        <w:spacing w:before="0" w:after="80" w:line="300" w:lineRule="auto"/>
        <w:jc w:val="left"/>
      </w:pPr>
      <w:r>
        <w:rPr>
          <w:rFonts w:ascii="Times New Roman" w:hAnsi="Times New Roman" w:eastAsia="宋体"/>
          <w:b w:val="0"/>
          <w:i w:val="0"/>
          <w:sz w:val="21"/>
        </w:rPr>
        <w:t>所以 x+3=0，且 x=-3。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y=-8, the right side is 5⁰=1. Therefore</w:t>
      </w:r>
    </w:p>
    <w:p>
      <w:pPr>
        <w:spacing w:before="0" w:after="80" w:line="300" w:lineRule="auto"/>
        <w:jc w:val="left"/>
      </w:pPr>
      <w:r>
        <w:rPr>
          <w:rFonts w:ascii="Times New Roman" w:hAnsi="Times New Roman" w:eastAsia="宋体"/>
          <w:b w:val="0"/>
          <w:i w:val="0"/>
          <w:color w:val="333333"/>
          <w:sz w:val="19"/>
        </w:rPr>
        <w:t>8·2ˣ=2ˣ⁺³=1=2⁰,</w:t>
      </w:r>
    </w:p>
    <w:p>
      <w:pPr>
        <w:spacing w:before="0" w:after="80" w:line="300" w:lineRule="auto"/>
        <w:jc w:val="left"/>
      </w:pPr>
      <w:r>
        <w:rPr>
          <w:rFonts w:ascii="Times New Roman" w:hAnsi="Times New Roman" w:eastAsia="宋体"/>
          <w:b w:val="0"/>
          <w:i w:val="0"/>
          <w:color w:val="333333"/>
          <w:sz w:val="19"/>
        </w:rPr>
        <w:t>so x+3=0 and x=-3.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对两个因式中的每一个，嵌套根式和外部四次方将 a 的指数乘以</w:t>
      </w:r>
    </w:p>
    <w:p>
      <w:pPr>
        <w:spacing w:before="0" w:after="80" w:line="300" w:lineRule="auto"/>
        <w:jc w:val="left"/>
      </w:pPr>
      <w:r>
        <w:rPr>
          <w:rFonts w:ascii="Times New Roman" w:hAnsi="Times New Roman" w:eastAsia="宋体"/>
          <w:b w:val="0"/>
          <w:i w:val="0"/>
          <w:sz w:val="21"/>
        </w:rPr>
        <w:t>9·1/6·1/3·4=2。</w:t>
      </w:r>
    </w:p>
    <w:p>
      <w:pPr>
        <w:spacing w:before="0" w:after="80" w:line="300" w:lineRule="auto"/>
        <w:jc w:val="left"/>
      </w:pPr>
      <w:r>
        <w:rPr>
          <w:rFonts w:ascii="Times New Roman" w:hAnsi="Times New Roman" w:eastAsia="宋体"/>
          <w:b w:val="0"/>
          <w:i w:val="0"/>
          <w:sz w:val="21"/>
        </w:rPr>
        <w:t>因此每个因式都是 a²，两者之积为 a²a²=a⁴。</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of the two factors, the nested roots and outer fourth power multiply the exponent of a by</w:t>
      </w:r>
    </w:p>
    <w:p>
      <w:pPr>
        <w:spacing w:before="0" w:after="80" w:line="300" w:lineRule="auto"/>
        <w:jc w:val="left"/>
      </w:pPr>
      <w:r>
        <w:rPr>
          <w:rFonts w:ascii="Times New Roman" w:hAnsi="Times New Roman" w:eastAsia="宋体"/>
          <w:b w:val="0"/>
          <w:i w:val="0"/>
          <w:color w:val="333333"/>
          <w:sz w:val="19"/>
        </w:rPr>
        <w:t>9·1/6·1/3·4=2.</w:t>
      </w:r>
    </w:p>
    <w:p>
      <w:pPr>
        <w:spacing w:before="0" w:after="80" w:line="300" w:lineRule="auto"/>
        <w:jc w:val="left"/>
      </w:pPr>
      <w:r>
        <w:rPr>
          <w:rFonts w:ascii="Times New Roman" w:hAnsi="Times New Roman" w:eastAsia="宋体"/>
          <w:b w:val="0"/>
          <w:i w:val="0"/>
          <w:color w:val="333333"/>
          <w:sz w:val="19"/>
        </w:rPr>
        <w:t>Thus each factor is a², and their product is a²a²=a⁴.</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由于 ABC 是等边三角形，圆心角 ∠ ACB 为 60°。圆周角 ∠ ADB 所对的是同一条小弧 AB，所以其度数为圆心角的一半：</w:t>
      </w:r>
    </w:p>
    <w:p>
      <w:pPr>
        <w:spacing w:before="0" w:after="80" w:line="300" w:lineRule="auto"/>
        <w:jc w:val="left"/>
      </w:pPr>
      <w:r>
        <w:rPr>
          <w:rFonts w:ascii="Times New Roman" w:hAnsi="Times New Roman" w:eastAsia="宋体"/>
          <w:b w:val="0"/>
          <w:i w:val="0"/>
          <w:sz w:val="21"/>
        </w:rPr>
        <w:t>∠ ADB=(60°)/2=30°。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ABC is equilateral, the central angle ∠ ACB is 60°. The inscribed angle ∠ ADB intercepts the same minor arc AB, so its measure is half the central angle:</w:t>
      </w:r>
    </w:p>
    <w:p>
      <w:pPr>
        <w:spacing w:before="0" w:after="80" w:line="300" w:lineRule="auto"/>
        <w:jc w:val="left"/>
      </w:pPr>
      <w:r>
        <w:rPr>
          <w:rFonts w:ascii="Times New Roman" w:hAnsi="Times New Roman" w:eastAsia="宋体"/>
          <w:b w:val="0"/>
          <w:i w:val="0"/>
          <w:color w:val="333333"/>
          <w:sz w:val="19"/>
        </w:rPr>
        <w:t>∠ ADB=(60°)/2=30°.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合并两个分式项，</w:t>
      </w:r>
    </w:p>
    <w:p>
      <w:pPr>
        <w:spacing w:before="0" w:after="80" w:line="300" w:lineRule="auto"/>
        <w:jc w:val="left"/>
      </w:pPr>
      <w:r>
        <w:rPr>
          <w:rFonts w:ascii="Times New Roman" w:hAnsi="Times New Roman" w:eastAsia="宋体"/>
          <w:b w:val="0"/>
          <w:i w:val="0"/>
          <w:sz w:val="21"/>
        </w:rPr>
        <w:t>-1/(1+√(3))+1/(1-√(3))</w:t>
      </w:r>
    </w:p>
    <w:p>
      <w:pPr>
        <w:spacing w:before="0" w:after="80" w:line="300" w:lineRule="auto"/>
        <w:jc w:val="left"/>
      </w:pPr>
      <w:r>
        <w:rPr>
          <w:rFonts w:ascii="Times New Roman" w:hAnsi="Times New Roman" w:eastAsia="宋体"/>
          <w:b w:val="0"/>
          <w:i w:val="0"/>
          <w:sz w:val="21"/>
        </w:rPr>
        <w:t>=((1+√(3))-(1-√(3)))/((1+√(3))(1-√(3)))</w:t>
      </w:r>
    </w:p>
    <w:p>
      <w:pPr>
        <w:spacing w:before="0" w:after="80" w:line="300" w:lineRule="auto"/>
        <w:jc w:val="left"/>
      </w:pPr>
      <w:r>
        <w:rPr>
          <w:rFonts w:ascii="Times New Roman" w:hAnsi="Times New Roman" w:eastAsia="宋体"/>
          <w:b w:val="0"/>
          <w:i w:val="0"/>
          <w:sz w:val="21"/>
        </w:rPr>
        <w:t>=(2√(3))/-2</w:t>
      </w:r>
    </w:p>
    <w:p>
      <w:pPr>
        <w:spacing w:before="0" w:after="80" w:line="300" w:lineRule="auto"/>
        <w:jc w:val="left"/>
      </w:pPr>
      <w:r>
        <w:rPr>
          <w:rFonts w:ascii="Times New Roman" w:hAnsi="Times New Roman" w:eastAsia="宋体"/>
          <w:b w:val="0"/>
          <w:i w:val="0"/>
          <w:sz w:val="21"/>
        </w:rPr>
        <w:t>=-√(3)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再加上开头的 1，得 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fractional terms,</w:t>
      </w:r>
    </w:p>
    <w:p>
      <w:pPr>
        <w:spacing w:before="0" w:after="80" w:line="300" w:lineRule="auto"/>
        <w:jc w:val="left"/>
      </w:pPr>
      <w:r>
        <w:rPr>
          <w:rFonts w:ascii="Times New Roman" w:hAnsi="Times New Roman" w:eastAsia="宋体"/>
          <w:b w:val="0"/>
          <w:i w:val="0"/>
          <w:color w:val="333333"/>
          <w:sz w:val="19"/>
        </w:rPr>
        <w:t>-1/(1+√(3))+1/(1-√(3))</w:t>
      </w:r>
    </w:p>
    <w:p>
      <w:pPr>
        <w:spacing w:before="0" w:after="80" w:line="300" w:lineRule="auto"/>
        <w:jc w:val="left"/>
      </w:pPr>
      <w:r>
        <w:rPr>
          <w:rFonts w:ascii="Times New Roman" w:hAnsi="Times New Roman" w:eastAsia="宋体"/>
          <w:b w:val="0"/>
          <w:i w:val="0"/>
          <w:color w:val="333333"/>
          <w:sz w:val="19"/>
        </w:rPr>
        <w:t>=((1+√(3))-(1-√(3)))/((1+√(3))(1-√(3)))</w:t>
      </w:r>
    </w:p>
    <w:p>
      <w:pPr>
        <w:spacing w:before="0" w:after="80" w:line="300" w:lineRule="auto"/>
        <w:jc w:val="left"/>
      </w:pPr>
      <w:r>
        <w:rPr>
          <w:rFonts w:ascii="Times New Roman" w:hAnsi="Times New Roman" w:eastAsia="宋体"/>
          <w:b w:val="0"/>
          <w:i w:val="0"/>
          <w:color w:val="333333"/>
          <w:sz w:val="19"/>
        </w:rPr>
        <w:t>=(2√(3))/-2</w:t>
      </w:r>
    </w:p>
    <w:p>
      <w:pPr>
        <w:spacing w:before="0" w:after="80" w:line="300" w:lineRule="auto"/>
        <w:jc w:val="left"/>
      </w:pPr>
      <w:r>
        <w:rPr>
          <w:rFonts w:ascii="Times New Roman" w:hAnsi="Times New Roman" w:eastAsia="宋体"/>
          <w:b w:val="0"/>
          <w:i w:val="0"/>
          <w:color w:val="333333"/>
          <w:sz w:val="19"/>
        </w:rPr>
        <w:t>=-√(3).</w:t>
      </w:r>
    </w:p>
    <w:p>
      <w:pPr>
        <w:spacing w:before="0" w:after="80" w:line="300" w:lineRule="auto"/>
        <w:jc w:val="left"/>
      </w:pPr>
      <w:r>
        <w:rPr>
          <w:rFonts w:ascii="Times New Roman" w:hAnsi="Times New Roman" w:eastAsia="宋体"/>
          <w:b w:val="0"/>
          <w:i w:val="0"/>
          <w:color w:val="333333"/>
          <w:sz w:val="19"/>
        </w:rPr>
        <w:t>Adding the initial 1 gives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在商有定义的地方，</w:t>
      </w:r>
    </w:p>
    <w:p>
      <w:pPr>
        <w:spacing w:before="0" w:after="80" w:line="300" w:lineRule="auto"/>
        <w:jc w:val="left"/>
      </w:pPr>
      <w:r>
        <w:rPr>
          <w:rFonts w:ascii="Times New Roman" w:hAnsi="Times New Roman" w:eastAsia="宋体"/>
          <w:b w:val="0"/>
          <w:i w:val="0"/>
          <w:sz w:val="21"/>
        </w:rPr>
        <w:t>(x⁻¹-1)/x-1 =(1-x/x)/x-1</w:t>
      </w:r>
    </w:p>
    <w:p>
      <w:pPr>
        <w:spacing w:before="0" w:after="80" w:line="300" w:lineRule="auto"/>
        <w:jc w:val="left"/>
      </w:pPr>
      <w:r>
        <w:rPr>
          <w:rFonts w:ascii="Times New Roman" w:hAnsi="Times New Roman" w:eastAsia="宋体"/>
          <w:b w:val="0"/>
          <w:i w:val="0"/>
          <w:sz w:val="21"/>
        </w:rPr>
        <w:t>=(-(x-1))/(x(x-1))</w:t>
      </w:r>
    </w:p>
    <w:p>
      <w:pPr>
        <w:spacing w:before="0" w:after="80" w:line="300" w:lineRule="auto"/>
        <w:jc w:val="left"/>
      </w:pPr>
      <w:r>
        <w:rPr>
          <w:rFonts w:ascii="Times New Roman" w:hAnsi="Times New Roman" w:eastAsia="宋体"/>
          <w:b w:val="0"/>
          <w:i w:val="0"/>
          <w:sz w:val="21"/>
        </w:rPr>
        <w:t>=-1/x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Where the quotient is defined,</w:t>
      </w:r>
    </w:p>
    <w:p>
      <w:pPr>
        <w:spacing w:before="0" w:after="80" w:line="300" w:lineRule="auto"/>
        <w:jc w:val="left"/>
      </w:pPr>
      <w:r>
        <w:rPr>
          <w:rFonts w:ascii="Times New Roman" w:hAnsi="Times New Roman" w:eastAsia="宋体"/>
          <w:b w:val="0"/>
          <w:i w:val="0"/>
          <w:color w:val="333333"/>
          <w:sz w:val="19"/>
        </w:rPr>
        <w:t>(x⁻¹-1)/x-1 =(1-x/x)/x-1</w:t>
      </w:r>
    </w:p>
    <w:p>
      <w:pPr>
        <w:spacing w:before="0" w:after="80" w:line="300" w:lineRule="auto"/>
        <w:jc w:val="left"/>
      </w:pPr>
      <w:r>
        <w:rPr>
          <w:rFonts w:ascii="Times New Roman" w:hAnsi="Times New Roman" w:eastAsia="宋体"/>
          <w:b w:val="0"/>
          <w:i w:val="0"/>
          <w:color w:val="333333"/>
          <w:sz w:val="19"/>
        </w:rPr>
        <w:t>=(-(x-1))/(x(x-1))</w:t>
      </w:r>
    </w:p>
    <w:p>
      <w:pPr>
        <w:spacing w:before="0" w:after="80" w:line="300" w:lineRule="auto"/>
        <w:jc w:val="left"/>
      </w:pPr>
      <w:r>
        <w:rPr>
          <w:rFonts w:ascii="Times New Roman" w:hAnsi="Times New Roman" w:eastAsia="宋体"/>
          <w:b w:val="0"/>
          <w:i w:val="0"/>
          <w:color w:val="333333"/>
          <w:sz w:val="19"/>
        </w:rPr>
        <w:t>=-1/x.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两数之差为 y-x。以参照值 y 的比例表示，就是 y-x/y。乘以 100 将此分数化为百分比：</w:t>
      </w:r>
    </w:p>
    <w:p>
      <w:pPr>
        <w:spacing w:before="0" w:after="80" w:line="300" w:lineRule="auto"/>
        <w:jc w:val="left"/>
      </w:pPr>
      <w:r>
        <w:rPr>
          <w:rFonts w:ascii="Times New Roman" w:hAnsi="Times New Roman" w:eastAsia="宋体"/>
          <w:b w:val="0"/>
          <w:i w:val="0"/>
          <w:sz w:val="21"/>
        </w:rPr>
        <w:t>(100(y-x))/y。</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is y-x. Measured as a fraction of the reference value y, this is y-x/y. Multiplying by 100 converts the fraction to a percent:</w:t>
      </w:r>
    </w:p>
    <w:p>
      <w:pPr>
        <w:spacing w:before="0" w:after="80" w:line="300" w:lineRule="auto"/>
        <w:jc w:val="left"/>
      </w:pPr>
      <w:r>
        <w:rPr>
          <w:rFonts w:ascii="Times New Roman" w:hAnsi="Times New Roman" w:eastAsia="宋体"/>
          <w:b w:val="0"/>
          <w:i w:val="0"/>
          <w:color w:val="333333"/>
          <w:sz w:val="19"/>
        </w:rPr>
        <w:t>(100(y-x))/y.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设 PB=t。由于 B 位于 P 与 C 之间，所以 PC=t+20。由切割线定理，</w:t>
      </w:r>
    </w:p>
    <w:p>
      <w:pPr>
        <w:spacing w:before="0" w:after="80" w:line="300" w:lineRule="auto"/>
        <w:jc w:val="left"/>
      </w:pPr>
      <w:r>
        <w:rPr>
          <w:rFonts w:ascii="Times New Roman" w:hAnsi="Times New Roman" w:eastAsia="宋体"/>
          <w:b w:val="0"/>
          <w:i w:val="0"/>
          <w:sz w:val="21"/>
        </w:rPr>
        <w:t>(10√(3))²=t(t+20)。</w:t>
      </w:r>
    </w:p>
    <w:p>
      <w:pPr>
        <w:spacing w:before="0" w:after="80" w:line="300" w:lineRule="auto"/>
        <w:jc w:val="left"/>
      </w:pPr>
      <w:r>
        <w:rPr>
          <w:rFonts w:ascii="Times New Roman" w:hAnsi="Times New Roman" w:eastAsia="宋体"/>
          <w:b w:val="0"/>
          <w:i w:val="0"/>
          <w:sz w:val="21"/>
        </w:rPr>
        <w:t>因此 t²+20t-300=0，即 (t-10)(t+30)=0。长度为正，所以 t=10。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PB=t. Since B lies between P and C, we have PC=t+20. The tangent-secant theorem gives</w:t>
      </w:r>
    </w:p>
    <w:p>
      <w:pPr>
        <w:spacing w:before="0" w:after="80" w:line="300" w:lineRule="auto"/>
        <w:jc w:val="left"/>
      </w:pPr>
      <w:r>
        <w:rPr>
          <w:rFonts w:ascii="Times New Roman" w:hAnsi="Times New Roman" w:eastAsia="宋体"/>
          <w:b w:val="0"/>
          <w:i w:val="0"/>
          <w:color w:val="333333"/>
          <w:sz w:val="19"/>
        </w:rPr>
        <w:t>(10√(3))²=t(t+20).</w:t>
      </w:r>
    </w:p>
    <w:p>
      <w:pPr>
        <w:spacing w:before="0" w:after="80" w:line="300" w:lineRule="auto"/>
        <w:jc w:val="left"/>
      </w:pPr>
      <w:r>
        <w:rPr>
          <w:rFonts w:ascii="Times New Roman" w:hAnsi="Times New Roman" w:eastAsia="宋体"/>
          <w:b w:val="0"/>
          <w:i w:val="0"/>
          <w:color w:val="333333"/>
          <w:sz w:val="19"/>
        </w:rPr>
        <w:t>Thus t²+20t-300=0, or (t-10)(t+30)=0. A length is positive, so t=10.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当 x≠±2 时，两边乘以 x²-4，得</w:t>
      </w:r>
    </w:p>
    <w:p>
      <w:pPr>
        <w:spacing w:before="0" w:after="80" w:line="300" w:lineRule="auto"/>
        <w:jc w:val="left"/>
      </w:pPr>
      <w:r>
        <w:rPr>
          <w:rFonts w:ascii="Times New Roman" w:hAnsi="Times New Roman" w:eastAsia="宋体"/>
          <w:b w:val="0"/>
          <w:i w:val="0"/>
          <w:sz w:val="21"/>
        </w:rPr>
        <w:t>15-2(x+2)=x²-4。</w:t>
      </w:r>
    </w:p>
    <w:p>
      <w:pPr>
        <w:spacing w:before="0" w:after="80" w:line="300" w:lineRule="auto"/>
        <w:jc w:val="left"/>
      </w:pPr>
      <w:r>
        <w:rPr>
          <w:rFonts w:ascii="Times New Roman" w:hAnsi="Times New Roman" w:eastAsia="宋体"/>
          <w:b w:val="0"/>
          <w:i w:val="0"/>
          <w:sz w:val="21"/>
        </w:rPr>
        <w:t>因此 x²+2x-15=0，所以</w:t>
      </w:r>
    </w:p>
    <w:p>
      <w:pPr>
        <w:spacing w:before="0" w:after="80" w:line="300" w:lineRule="auto"/>
        <w:jc w:val="left"/>
      </w:pPr>
      <w:r>
        <w:rPr>
          <w:rFonts w:ascii="Times New Roman" w:hAnsi="Times New Roman" w:eastAsia="宋体"/>
          <w:b w:val="0"/>
          <w:i w:val="0"/>
          <w:sz w:val="21"/>
        </w:rPr>
        <w:t>(x+5)(x-3)=0。</w:t>
      </w:r>
    </w:p>
    <w:p>
      <w:pPr>
        <w:spacing w:before="0" w:after="80" w:line="300" w:lineRule="auto"/>
        <w:jc w:val="left"/>
      </w:pPr>
      <w:r>
        <w:rPr>
          <w:rFonts w:ascii="Times New Roman" w:hAnsi="Times New Roman" w:eastAsia="宋体"/>
          <w:b w:val="0"/>
          <w:i w:val="0"/>
          <w:sz w:val="21"/>
        </w:rPr>
        <w:t>x=-5 和 x=3 都满足定义域限制。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x≠±2, multiplying by x²-4 gives</w:t>
      </w:r>
    </w:p>
    <w:p>
      <w:pPr>
        <w:spacing w:before="0" w:after="80" w:line="300" w:lineRule="auto"/>
        <w:jc w:val="left"/>
      </w:pPr>
      <w:r>
        <w:rPr>
          <w:rFonts w:ascii="Times New Roman" w:hAnsi="Times New Roman" w:eastAsia="宋体"/>
          <w:b w:val="0"/>
          <w:i w:val="0"/>
          <w:color w:val="333333"/>
          <w:sz w:val="19"/>
        </w:rPr>
        <w:t>15-2(x+2)=x²-4.</w:t>
      </w:r>
    </w:p>
    <w:p>
      <w:pPr>
        <w:spacing w:before="0" w:after="80" w:line="300" w:lineRule="auto"/>
        <w:jc w:val="left"/>
      </w:pPr>
      <w:r>
        <w:rPr>
          <w:rFonts w:ascii="Times New Roman" w:hAnsi="Times New Roman" w:eastAsia="宋体"/>
          <w:b w:val="0"/>
          <w:i w:val="0"/>
          <w:color w:val="333333"/>
          <w:sz w:val="19"/>
        </w:rPr>
        <w:t>Hence x²+2x-15=0, so</w:t>
      </w:r>
    </w:p>
    <w:p>
      <w:pPr>
        <w:spacing w:before="0" w:after="80" w:line="300" w:lineRule="auto"/>
        <w:jc w:val="left"/>
      </w:pPr>
      <w:r>
        <w:rPr>
          <w:rFonts w:ascii="Times New Roman" w:hAnsi="Times New Roman" w:eastAsia="宋体"/>
          <w:b w:val="0"/>
          <w:i w:val="0"/>
          <w:color w:val="333333"/>
          <w:sz w:val="19"/>
        </w:rPr>
        <w:t>(x+5)(x-3)=0.</w:t>
      </w:r>
    </w:p>
    <w:p>
      <w:pPr>
        <w:spacing w:before="0" w:after="80" w:line="300" w:lineRule="auto"/>
        <w:jc w:val="left"/>
      </w:pPr>
      <w:r>
        <w:rPr>
          <w:rFonts w:ascii="Times New Roman" w:hAnsi="Times New Roman" w:eastAsia="宋体"/>
          <w:b w:val="0"/>
          <w:i w:val="0"/>
          <w:color w:val="333333"/>
          <w:sz w:val="19"/>
        </w:rPr>
        <w:t>Both x=-5 and x=3 satisfy the domain restriction.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第一个数与第二个数之比 2:3，以及第二个数与第三个数之比 5:8，合并后可得三个数之比为 10:15:24。49 份共等于 98，所以每份为 2。第二个数为 15·2=30。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first-to-second ratio 2:3 and second-to-third ratio 5:8 combine to give the three-number ratio 10:15:24. The 49 total parts equal 98, so each part is 2. The second number is 15·2=30.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合并给出的部分分式，得</w:t>
      </w:r>
    </w:p>
    <w:p>
      <w:pPr>
        <w:spacing w:before="0" w:after="80" w:line="300" w:lineRule="auto"/>
        <w:jc w:val="left"/>
      </w:pPr>
      <w:r>
        <w:rPr>
          <w:rFonts w:ascii="Times New Roman" w:hAnsi="Times New Roman" w:eastAsia="宋体"/>
          <w:b w:val="0"/>
          <w:i w:val="0"/>
          <w:sz w:val="21"/>
        </w:rPr>
        <w:t>(A(2x-3)+B(x+2))/((x+2)(2x-3))。</w:t>
      </w:r>
    </w:p>
    <w:p>
      <w:pPr>
        <w:spacing w:before="0" w:after="80" w:line="300" w:lineRule="auto"/>
        <w:jc w:val="left"/>
      </w:pPr>
      <w:r>
        <w:rPr>
          <w:rFonts w:ascii="Times New Roman" w:hAnsi="Times New Roman" w:eastAsia="宋体"/>
          <w:b w:val="0"/>
          <w:i w:val="0"/>
          <w:sz w:val="21"/>
        </w:rPr>
        <w:t>将其分子与 5x-11 比较，得</w:t>
      </w:r>
    </w:p>
    <w:p>
      <w:pPr>
        <w:spacing w:before="0" w:after="80" w:line="300" w:lineRule="auto"/>
        <w:jc w:val="left"/>
      </w:pPr>
      <w:r>
        <w:rPr>
          <w:rFonts w:ascii="Times New Roman" w:hAnsi="Times New Roman" w:eastAsia="宋体"/>
          <w:b w:val="0"/>
          <w:i w:val="0"/>
          <w:sz w:val="21"/>
        </w:rPr>
        <w:t>2A+B=5,</w:t>
      </w:r>
    </w:p>
    <w:p>
      <w:pPr>
        <w:spacing w:before="0" w:after="80" w:line="300" w:lineRule="auto"/>
        <w:jc w:val="left"/>
      </w:pPr>
      <w:r>
        <w:rPr>
          <w:rFonts w:ascii="Times New Roman" w:hAnsi="Times New Roman" w:eastAsia="宋体"/>
          <w:b w:val="0"/>
          <w:i w:val="0"/>
          <w:sz w:val="21"/>
        </w:rPr>
        <w:t>-3A+2B=-11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解得 A=3，且 B=-1。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proposed partial fractions gives</w:t>
      </w:r>
    </w:p>
    <w:p>
      <w:pPr>
        <w:spacing w:before="0" w:after="80" w:line="300" w:lineRule="auto"/>
        <w:jc w:val="left"/>
      </w:pPr>
      <w:r>
        <w:rPr>
          <w:rFonts w:ascii="Times New Roman" w:hAnsi="Times New Roman" w:eastAsia="宋体"/>
          <w:b w:val="0"/>
          <w:i w:val="0"/>
          <w:color w:val="333333"/>
          <w:sz w:val="19"/>
        </w:rPr>
        <w:t>(A(2x-3)+B(x+2))/((x+2)(2x-3)).</w:t>
      </w:r>
    </w:p>
    <w:p>
      <w:pPr>
        <w:spacing w:before="0" w:after="80" w:line="300" w:lineRule="auto"/>
        <w:jc w:val="left"/>
      </w:pPr>
      <w:r>
        <w:rPr>
          <w:rFonts w:ascii="Times New Roman" w:hAnsi="Times New Roman" w:eastAsia="宋体"/>
          <w:b w:val="0"/>
          <w:i w:val="0"/>
          <w:color w:val="333333"/>
          <w:sz w:val="19"/>
        </w:rPr>
        <w:t>Matching its numerator with 5x-11 yields</w:t>
      </w:r>
    </w:p>
    <w:p>
      <w:pPr>
        <w:spacing w:before="0" w:after="80" w:line="300" w:lineRule="auto"/>
        <w:jc w:val="left"/>
      </w:pPr>
      <w:r>
        <w:rPr>
          <w:rFonts w:ascii="Times New Roman" w:hAnsi="Times New Roman" w:eastAsia="宋体"/>
          <w:b w:val="0"/>
          <w:i w:val="0"/>
          <w:color w:val="333333"/>
          <w:sz w:val="19"/>
        </w:rPr>
        <w:t>2A+B=5,</w:t>
      </w:r>
    </w:p>
    <w:p>
      <w:pPr>
        <w:spacing w:before="0" w:after="80" w:line="300" w:lineRule="auto"/>
        <w:jc w:val="left"/>
      </w:pPr>
      <w:r>
        <w:rPr>
          <w:rFonts w:ascii="Times New Roman" w:hAnsi="Times New Roman" w:eastAsia="宋体"/>
          <w:b w:val="0"/>
          <w:i w:val="0"/>
          <w:color w:val="333333"/>
          <w:sz w:val="19"/>
        </w:rPr>
        <w:t>-3A+2B=-11.</w:t>
      </w:r>
    </w:p>
    <w:p>
      <w:pPr>
        <w:spacing w:before="0" w:after="80" w:line="300" w:lineRule="auto"/>
        <w:jc w:val="left"/>
      </w:pPr>
      <w:r>
        <w:rPr>
          <w:rFonts w:ascii="Times New Roman" w:hAnsi="Times New Roman" w:eastAsia="宋体"/>
          <w:b w:val="0"/>
          <w:i w:val="0"/>
          <w:color w:val="333333"/>
          <w:sz w:val="19"/>
        </w:rPr>
        <w:t>Solving gives A=3 and B=-1.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(10ʸ)²=25。</w:t>
      </w:r>
    </w:p>
    <w:p>
      <w:pPr>
        <w:spacing w:before="0" w:after="80" w:line="300" w:lineRule="auto"/>
        <w:jc w:val="left"/>
      </w:pPr>
      <w:r>
        <w:rPr>
          <w:rFonts w:ascii="Times New Roman" w:hAnsi="Times New Roman" w:eastAsia="宋体"/>
          <w:b w:val="0"/>
          <w:i w:val="0"/>
          <w:sz w:val="21"/>
        </w:rPr>
        <w:t>由于 10ʸ 为正数，所以 10ʸ=5。取倒数得 10⁻ʸ=1/5。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(10ʸ)²=25.</w:t>
      </w:r>
    </w:p>
    <w:p>
      <w:pPr>
        <w:spacing w:before="0" w:after="80" w:line="300" w:lineRule="auto"/>
        <w:jc w:val="left"/>
      </w:pPr>
      <w:r>
        <w:rPr>
          <w:rFonts w:ascii="Times New Roman" w:hAnsi="Times New Roman" w:eastAsia="宋体"/>
          <w:b w:val="0"/>
          <w:i w:val="0"/>
          <w:color w:val="333333"/>
          <w:sz w:val="19"/>
        </w:rPr>
        <w:t>Since 10ʸ is positive, 10ʸ=5. Taking the reciprocal gives 10⁻ʸ=1/5.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设每根蜡烛的初始高度为 1。t 小时后，剩余高度分别为 1-t/4 和 1-t/3。所需条件为</w:t>
      </w:r>
    </w:p>
    <w:p>
      <w:pPr>
        <w:spacing w:before="0" w:after="80" w:line="300" w:lineRule="auto"/>
        <w:jc w:val="left"/>
      </w:pPr>
      <w:r>
        <w:rPr>
          <w:rFonts w:ascii="Times New Roman" w:hAnsi="Times New Roman" w:eastAsia="宋体"/>
          <w:b w:val="0"/>
          <w:i w:val="0"/>
          <w:sz w:val="21"/>
        </w:rPr>
        <w:t>1-t/4=2(1-t/3)。</w:t>
      </w:r>
    </w:p>
    <w:p>
      <w:pPr>
        <w:spacing w:before="0" w:after="80" w:line="300" w:lineRule="auto"/>
        <w:jc w:val="left"/>
      </w:pPr>
      <w:r>
        <w:rPr>
          <w:rFonts w:ascii="Times New Roman" w:hAnsi="Times New Roman" w:eastAsia="宋体"/>
          <w:b w:val="0"/>
          <w:i w:val="0"/>
          <w:sz w:val="21"/>
        </w:rPr>
        <w:t>两边乘以 12，得 12-3t=24-8t，所以 5t=12，且 t=12/5=22/5。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initial height be 1. After t hours the remaining heights are 1-t/4 and 1-t/3. The required condition is</w:t>
      </w:r>
    </w:p>
    <w:p>
      <w:pPr>
        <w:spacing w:before="0" w:after="80" w:line="300" w:lineRule="auto"/>
        <w:jc w:val="left"/>
      </w:pPr>
      <w:r>
        <w:rPr>
          <w:rFonts w:ascii="Times New Roman" w:hAnsi="Times New Roman" w:eastAsia="宋体"/>
          <w:b w:val="0"/>
          <w:i w:val="0"/>
          <w:color w:val="333333"/>
          <w:sz w:val="19"/>
        </w:rPr>
        <w:t>1-t/4=2(1-t/3).</w:t>
      </w:r>
    </w:p>
    <w:p>
      <w:pPr>
        <w:spacing w:before="0" w:after="80" w:line="300" w:lineRule="auto"/>
        <w:jc w:val="left"/>
      </w:pPr>
      <w:r>
        <w:rPr>
          <w:rFonts w:ascii="Times New Roman" w:hAnsi="Times New Roman" w:eastAsia="宋体"/>
          <w:b w:val="0"/>
          <w:i w:val="0"/>
          <w:color w:val="333333"/>
          <w:sz w:val="19"/>
        </w:rPr>
        <w:t>Multiplying by 12 gives 12-3t=24-8t, so 5t=12 and t=12/5=22/5.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两边取常用对数，得</w:t>
      </w:r>
    </w:p>
    <w:p>
      <w:pPr>
        <w:spacing w:before="0" w:after="80" w:line="300" w:lineRule="auto"/>
        <w:jc w:val="left"/>
      </w:pPr>
      <w:r>
        <w:rPr>
          <w:rFonts w:ascii="Times New Roman" w:hAnsi="Times New Roman" w:eastAsia="宋体"/>
          <w:b w:val="0"/>
          <w:i w:val="0"/>
          <w:sz w:val="21"/>
        </w:rPr>
        <w:t>xlog(0.2)=log2。</w:t>
      </w:r>
    </w:p>
    <w:p>
      <w:pPr>
        <w:spacing w:before="0" w:after="80" w:line="300" w:lineRule="auto"/>
        <w:jc w:val="left"/>
      </w:pPr>
      <w:r>
        <w:rPr>
          <w:rFonts w:ascii="Times New Roman" w:hAnsi="Times New Roman" w:eastAsia="宋体"/>
          <w:b w:val="0"/>
          <w:i w:val="0"/>
          <w:sz w:val="21"/>
        </w:rPr>
        <w:t>由于 log(0.2)=log2-1=-0.6990，</w:t>
      </w:r>
    </w:p>
    <w:p>
      <w:pPr>
        <w:spacing w:before="0" w:after="80" w:line="300" w:lineRule="auto"/>
        <w:jc w:val="left"/>
      </w:pPr>
      <w:r>
        <w:rPr>
          <w:rFonts w:ascii="Times New Roman" w:hAnsi="Times New Roman" w:eastAsia="宋体"/>
          <w:b w:val="0"/>
          <w:i w:val="0"/>
          <w:sz w:val="21"/>
        </w:rPr>
        <w:t>x=0.3010/-0.6990≈-0.4306。</w:t>
      </w:r>
    </w:p>
    <w:p>
      <w:pPr>
        <w:spacing w:before="0" w:after="80" w:line="300" w:lineRule="auto"/>
        <w:jc w:val="left"/>
      </w:pPr>
      <w:r>
        <w:rPr>
          <w:rFonts w:ascii="Times New Roman" w:hAnsi="Times New Roman" w:eastAsia="宋体"/>
          <w:b w:val="0"/>
          <w:i w:val="0"/>
          <w:sz w:val="21"/>
        </w:rPr>
        <w:t>精确到十分位为 -0.4。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common logarithms gives</w:t>
      </w:r>
    </w:p>
    <w:p>
      <w:pPr>
        <w:spacing w:before="0" w:after="80" w:line="300" w:lineRule="auto"/>
        <w:jc w:val="left"/>
      </w:pPr>
      <w:r>
        <w:rPr>
          <w:rFonts w:ascii="Times New Roman" w:hAnsi="Times New Roman" w:eastAsia="宋体"/>
          <w:b w:val="0"/>
          <w:i w:val="0"/>
          <w:color w:val="333333"/>
          <w:sz w:val="19"/>
        </w:rPr>
        <w:t>xlog(0.2)=log2.</w:t>
      </w:r>
    </w:p>
    <w:p>
      <w:pPr>
        <w:spacing w:before="0" w:after="80" w:line="300" w:lineRule="auto"/>
        <w:jc w:val="left"/>
      </w:pPr>
      <w:r>
        <w:rPr>
          <w:rFonts w:ascii="Times New Roman" w:hAnsi="Times New Roman" w:eastAsia="宋体"/>
          <w:b w:val="0"/>
          <w:i w:val="0"/>
          <w:color w:val="333333"/>
          <w:sz w:val="19"/>
        </w:rPr>
        <w:t>Since log(0.2)=log2-1=-0.6990,</w:t>
      </w:r>
    </w:p>
    <w:p>
      <w:pPr>
        <w:spacing w:before="0" w:after="80" w:line="300" w:lineRule="auto"/>
        <w:jc w:val="left"/>
      </w:pPr>
      <w:r>
        <w:rPr>
          <w:rFonts w:ascii="Times New Roman" w:hAnsi="Times New Roman" w:eastAsia="宋体"/>
          <w:b w:val="0"/>
          <w:i w:val="0"/>
          <w:color w:val="333333"/>
          <w:sz w:val="19"/>
        </w:rPr>
        <w:t>x=0.3010/-0.6990≈-0.4306.</w:t>
      </w:r>
    </w:p>
    <w:p>
      <w:pPr>
        <w:spacing w:before="0" w:after="80" w:line="300" w:lineRule="auto"/>
        <w:jc w:val="left"/>
      </w:pPr>
      <w:r>
        <w:rPr>
          <w:rFonts w:ascii="Times New Roman" w:hAnsi="Times New Roman" w:eastAsia="宋体"/>
          <w:b w:val="0"/>
          <w:i w:val="0"/>
          <w:color w:val="333333"/>
          <w:sz w:val="19"/>
        </w:rPr>
        <w:t>To the nearest tenth, this is -0.4.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当直线方向平行于一条渐近线时，它可以与双曲线有一个有限交点；否则可以有两个有限交点。适当选取两条直线，使它们在双曲线上的有限交点互不重合，便可分别得到 1+1=2、1+2=3 或 2+2=4 个不同交点。若两条直线自身的交点恰好在双曲线上，则这个交点只计一次。</w:t>
      </w:r>
    </w:p>
    <w:p>
      <w:pPr>
        <w:spacing w:before="0" w:after="80" w:line="300" w:lineRule="auto"/>
        <w:jc w:val="left"/>
      </w:pPr>
      <w:r>
        <w:rPr>
          <w:rFonts w:ascii="Times New Roman" w:hAnsi="Times New Roman" w:eastAsia="宋体"/>
          <w:b w:val="0"/>
          <w:i w:val="0"/>
          <w:sz w:val="21"/>
        </w:rPr>
        <w:t>因此，2、3 或 4 都有可能，正确答案是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line can meet a hyperbola in either one finite point, when its direction is parallel to an asymptote, or two finite points. By choosing the two lines so that their finite intersection sets on the hyperbola are disjoint, they can therefore contribute 1+1=2, 1+2=3, or 2+2=4 distinct intersections. If their own intersection lies on the hyperbola, one point is shared instead.</w:t>
      </w:r>
    </w:p>
    <w:p>
      <w:pPr>
        <w:spacing w:before="0" w:after="80" w:line="300" w:lineRule="auto"/>
        <w:jc w:val="left"/>
      </w:pPr>
      <w:r>
        <w:rPr>
          <w:rFonts w:ascii="Times New Roman" w:hAnsi="Times New Roman" w:eastAsia="宋体"/>
          <w:b w:val="0"/>
          <w:i w:val="0"/>
          <w:color w:val="333333"/>
          <w:sz w:val="19"/>
        </w:rPr>
        <w:t>Thus, 2, 3, or 4 are possible, and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若第一次的速度为 v，则原旅行时间为 50/v。后一次的旅行时间为</w:t>
      </w:r>
    </w:p>
    <w:p>
      <w:pPr>
        <w:spacing w:before="0" w:after="80" w:line="300" w:lineRule="auto"/>
        <w:jc w:val="left"/>
      </w:pPr>
      <w:r>
        <w:rPr>
          <w:rFonts w:ascii="Times New Roman" w:hAnsi="Times New Roman" w:eastAsia="宋体"/>
          <w:b w:val="0"/>
          <w:i w:val="0"/>
          <w:sz w:val="21"/>
        </w:rPr>
        <w:t>300/3v=100/v=2(50/v)。</w:t>
      </w:r>
    </w:p>
    <w:p>
      <w:pPr>
        <w:spacing w:before="0" w:after="80" w:line="300" w:lineRule="auto"/>
        <w:jc w:val="left"/>
      </w:pPr>
      <w:r>
        <w:rPr>
          <w:rFonts w:ascii="Times New Roman" w:hAnsi="Times New Roman" w:eastAsia="宋体"/>
          <w:b w:val="0"/>
          <w:i w:val="0"/>
          <w:sz w:val="21"/>
        </w:rPr>
        <w:t>因此，新旅行时间是原来的两倍。</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first speed was v, the old time was 50/v. The later time was</w:t>
      </w:r>
    </w:p>
    <w:p>
      <w:pPr>
        <w:spacing w:before="0" w:after="80" w:line="300" w:lineRule="auto"/>
        <w:jc w:val="left"/>
      </w:pPr>
      <w:r>
        <w:rPr>
          <w:rFonts w:ascii="Times New Roman" w:hAnsi="Times New Roman" w:eastAsia="宋体"/>
          <w:b w:val="0"/>
          <w:i w:val="0"/>
          <w:color w:val="333333"/>
          <w:sz w:val="19"/>
        </w:rPr>
        <w:t>300/3v=100/v=2(50/v).</w:t>
      </w:r>
    </w:p>
    <w:p>
      <w:pPr>
        <w:spacing w:before="0" w:after="80" w:line="300" w:lineRule="auto"/>
        <w:jc w:val="left"/>
      </w:pPr>
      <w:r>
        <w:rPr>
          <w:rFonts w:ascii="Times New Roman" w:hAnsi="Times New Roman" w:eastAsia="宋体"/>
          <w:b w:val="0"/>
          <w:i w:val="0"/>
          <w:color w:val="333333"/>
          <w:sz w:val="19"/>
        </w:rPr>
        <w:t>Thus the new time was twice the old time.</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实系数且判别式为零的二次方程有重根</w:t>
      </w:r>
    </w:p>
    <w:p>
      <w:pPr>
        <w:spacing w:before="0" w:after="80" w:line="300" w:lineRule="auto"/>
        <w:jc w:val="left"/>
      </w:pPr>
      <w:r>
        <w:rPr>
          <w:rFonts w:ascii="Times New Roman" w:hAnsi="Times New Roman" w:eastAsia="宋体"/>
          <w:b w:val="0"/>
          <w:i w:val="0"/>
          <w:sz w:val="21"/>
        </w:rPr>
        <w:t>x=(-(-2√(2)))/2a=(√(2))/a。</w:t>
      </w:r>
    </w:p>
    <w:p>
      <w:pPr>
        <w:spacing w:before="0" w:after="80" w:line="300" w:lineRule="auto"/>
        <w:jc w:val="left"/>
      </w:pPr>
      <w:r>
        <w:rPr>
          <w:rFonts w:ascii="Times New Roman" w:hAnsi="Times New Roman" w:eastAsia="宋体"/>
          <w:b w:val="0"/>
          <w:i w:val="0"/>
          <w:sz w:val="21"/>
        </w:rPr>
        <w:t>由于 a 是非零实数，此根为实数。它不一定总是有理数，也不一定总是无理数。</w:t>
      </w:r>
    </w:p>
    <w:p>
      <w:pPr>
        <w:spacing w:before="0" w:after="80" w:line="300" w:lineRule="auto"/>
        <w:jc w:val="left"/>
      </w:pPr>
      <w:r>
        <w:rPr>
          <w:rFonts w:ascii="Times New Roman" w:hAnsi="Times New Roman" w:eastAsia="宋体"/>
          <w:b w:val="0"/>
          <w:i w:val="0"/>
          <w:sz w:val="21"/>
        </w:rPr>
        <w:t>因此，两根必定相等且为实数，正确答案是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quadratic with real coefficients and discriminant zero has the repeated root</w:t>
      </w:r>
    </w:p>
    <w:p>
      <w:pPr>
        <w:spacing w:before="0" w:after="80" w:line="300" w:lineRule="auto"/>
        <w:jc w:val="left"/>
      </w:pPr>
      <w:r>
        <w:rPr>
          <w:rFonts w:ascii="Times New Roman" w:hAnsi="Times New Roman" w:eastAsia="宋体"/>
          <w:b w:val="0"/>
          <w:i w:val="0"/>
          <w:color w:val="333333"/>
          <w:sz w:val="19"/>
        </w:rPr>
        <w:t>x=(-(-2√(2)))/2a=(√(2))/a.</w:t>
      </w:r>
    </w:p>
    <w:p>
      <w:pPr>
        <w:spacing w:before="0" w:after="80" w:line="300" w:lineRule="auto"/>
        <w:jc w:val="left"/>
      </w:pPr>
      <w:r>
        <w:rPr>
          <w:rFonts w:ascii="Times New Roman" w:hAnsi="Times New Roman" w:eastAsia="宋体"/>
          <w:b w:val="0"/>
          <w:i w:val="0"/>
          <w:color w:val="333333"/>
          <w:sz w:val="19"/>
        </w:rPr>
        <w:t>Since a is a nonzero real number, this root is real. It need not always be rational or always be irrational.</w:t>
      </w:r>
    </w:p>
    <w:p>
      <w:pPr>
        <w:spacing w:before="0" w:after="80" w:line="300" w:lineRule="auto"/>
        <w:jc w:val="left"/>
      </w:pPr>
      <w:r>
        <w:rPr>
          <w:rFonts w:ascii="Times New Roman" w:hAnsi="Times New Roman" w:eastAsia="宋体"/>
          <w:b w:val="0"/>
          <w:i w:val="0"/>
          <w:color w:val="333333"/>
          <w:sz w:val="19"/>
        </w:rPr>
        <w:t>Thus, the roots are necessarily equal and real, so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设 ∠ DAE=α。由于 AB=AC 且 AE=AD，</w:t>
      </w:r>
    </w:p>
    <w:p>
      <w:pPr>
        <w:spacing w:before="0" w:after="80" w:line="300" w:lineRule="auto"/>
        <w:jc w:val="left"/>
      </w:pPr>
      <w:r>
        <w:rPr>
          <w:rFonts w:ascii="Times New Roman" w:hAnsi="Times New Roman" w:eastAsia="宋体"/>
          <w:b w:val="0"/>
          <w:i w:val="0"/>
          <w:sz w:val="21"/>
        </w:rPr>
        <w:t>∠ ACB=75°-α/2,</w:t>
      </w:r>
    </w:p>
    <w:p>
      <w:pPr>
        <w:spacing w:before="0" w:after="80" w:line="300" w:lineRule="auto"/>
        <w:jc w:val="left"/>
      </w:pPr>
      <w:r>
        <w:rPr>
          <w:rFonts w:ascii="Times New Roman" w:hAnsi="Times New Roman" w:eastAsia="宋体"/>
          <w:b w:val="0"/>
          <w:i w:val="0"/>
          <w:sz w:val="21"/>
        </w:rPr>
        <w:t>∠ ADE=90°-α/2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在三角形 ACD 中，∠ ADC=180°-α-∠ ACB，所以 ∠ ADC=105°-α/2。由于 ∠ ADC=∠ ADE+x，</w:t>
      </w:r>
    </w:p>
    <w:p>
      <w:pPr>
        <w:spacing w:before="0" w:after="80" w:line="300" w:lineRule="auto"/>
        <w:jc w:val="left"/>
      </w:pPr>
      <w:r>
        <w:rPr>
          <w:rFonts w:ascii="Times New Roman" w:hAnsi="Times New Roman" w:eastAsia="宋体"/>
          <w:b w:val="0"/>
          <w:i w:val="0"/>
          <w:sz w:val="21"/>
        </w:rPr>
        <w:t>x=(105°-α/2) -(90°-α/2)</w:t>
      </w:r>
    </w:p>
    <w:p>
      <w:pPr>
        <w:spacing w:before="0" w:after="80" w:line="300" w:lineRule="auto"/>
        <w:jc w:val="left"/>
      </w:pPr>
      <w:r>
        <w:rPr>
          <w:rFonts w:ascii="Times New Roman" w:hAnsi="Times New Roman" w:eastAsia="宋体"/>
          <w:b w:val="0"/>
          <w:i w:val="0"/>
          <w:sz w:val="21"/>
        </w:rPr>
        <w:t>=15°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DAE=α. Since AB=AC and AE=AD,</w:t>
      </w:r>
    </w:p>
    <w:p>
      <w:pPr>
        <w:spacing w:before="0" w:after="80" w:line="300" w:lineRule="auto"/>
        <w:jc w:val="left"/>
      </w:pPr>
      <w:r>
        <w:rPr>
          <w:rFonts w:ascii="Times New Roman" w:hAnsi="Times New Roman" w:eastAsia="宋体"/>
          <w:b w:val="0"/>
          <w:i w:val="0"/>
          <w:color w:val="333333"/>
          <w:sz w:val="19"/>
        </w:rPr>
        <w:t>∠ ACB=75°-α/2,</w:t>
      </w:r>
    </w:p>
    <w:p>
      <w:pPr>
        <w:spacing w:before="0" w:after="80" w:line="300" w:lineRule="auto"/>
        <w:jc w:val="left"/>
      </w:pPr>
      <w:r>
        <w:rPr>
          <w:rFonts w:ascii="Times New Roman" w:hAnsi="Times New Roman" w:eastAsia="宋体"/>
          <w:b w:val="0"/>
          <w:i w:val="0"/>
          <w:color w:val="333333"/>
          <w:sz w:val="19"/>
        </w:rPr>
        <w:t>∠ ADE=90°-α/2.</w:t>
      </w:r>
    </w:p>
    <w:p>
      <w:pPr>
        <w:spacing w:before="0" w:after="80" w:line="300" w:lineRule="auto"/>
        <w:jc w:val="left"/>
      </w:pPr>
      <w:r>
        <w:rPr>
          <w:rFonts w:ascii="Times New Roman" w:hAnsi="Times New Roman" w:eastAsia="宋体"/>
          <w:b w:val="0"/>
          <w:i w:val="0"/>
          <w:color w:val="333333"/>
          <w:sz w:val="19"/>
        </w:rPr>
        <w:t>Triangle ACD gives ∠ ADC=180°-α-∠ ACB, so ∠ ADC=105°-α/2. Since ∠ ADC=∠ ADE+x,</w:t>
      </w:r>
    </w:p>
    <w:p>
      <w:pPr>
        <w:spacing w:before="0" w:after="80" w:line="300" w:lineRule="auto"/>
        <w:jc w:val="left"/>
      </w:pPr>
      <w:r>
        <w:rPr>
          <w:rFonts w:ascii="Times New Roman" w:hAnsi="Times New Roman" w:eastAsia="宋体"/>
          <w:b w:val="0"/>
          <w:i w:val="0"/>
          <w:color w:val="333333"/>
          <w:sz w:val="19"/>
        </w:rPr>
        <w:t>x=(105°-α/2) -(90°-α/2)</w:t>
      </w:r>
    </w:p>
    <w:p>
      <w:pPr>
        <w:spacing w:before="0" w:after="80" w:line="300" w:lineRule="auto"/>
        <w:jc w:val="left"/>
      </w:pPr>
      <w:r>
        <w:rPr>
          <w:rFonts w:ascii="Times New Roman" w:hAnsi="Times New Roman" w:eastAsia="宋体"/>
          <w:b w:val="0"/>
          <w:i w:val="0"/>
          <w:color w:val="333333"/>
          <w:sz w:val="19"/>
        </w:rPr>
        <w:t>=15°.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计算得</w:t>
      </w:r>
    </w:p>
    <w:p>
      <w:pPr>
        <w:spacing w:before="0" w:after="80" w:line="300" w:lineRule="auto"/>
        <w:jc w:val="left"/>
      </w:pPr>
      <w:r>
        <w:rPr>
          <w:rFonts w:ascii="Times New Roman" w:hAnsi="Times New Roman" w:eastAsia="宋体"/>
          <w:b w:val="0"/>
          <w:i w:val="0"/>
          <w:sz w:val="21"/>
        </w:rPr>
        <w:t>Σₖ₌₁ⁿ(2k+1) =2Σₖ₌₁ⁿ k+Σₖ₌₁ⁿ1</w:t>
      </w:r>
    </w:p>
    <w:p>
      <w:pPr>
        <w:spacing w:before="0" w:after="80" w:line="300" w:lineRule="auto"/>
        <w:jc w:val="left"/>
      </w:pPr>
      <w:r>
        <w:rPr>
          <w:rFonts w:ascii="Times New Roman" w:hAnsi="Times New Roman" w:eastAsia="宋体"/>
          <w:b w:val="0"/>
          <w:i w:val="0"/>
          <w:sz w:val="21"/>
        </w:rPr>
        <w:t>=n(n+1)+n</w:t>
      </w:r>
    </w:p>
    <w:p>
      <w:pPr>
        <w:spacing w:before="0" w:after="80" w:line="300" w:lineRule="auto"/>
        <w:jc w:val="left"/>
      </w:pPr>
      <w:r>
        <w:rPr>
          <w:rFonts w:ascii="Times New Roman" w:hAnsi="Times New Roman" w:eastAsia="宋体"/>
          <w:b w:val="0"/>
          <w:i w:val="0"/>
          <w:sz w:val="21"/>
        </w:rPr>
        <w:t>=n(n+2)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compute</w:t>
      </w:r>
    </w:p>
    <w:p>
      <w:pPr>
        <w:spacing w:before="0" w:after="80" w:line="300" w:lineRule="auto"/>
        <w:jc w:val="left"/>
      </w:pPr>
      <w:r>
        <w:rPr>
          <w:rFonts w:ascii="Times New Roman" w:hAnsi="Times New Roman" w:eastAsia="宋体"/>
          <w:b w:val="0"/>
          <w:i w:val="0"/>
          <w:color w:val="333333"/>
          <w:sz w:val="19"/>
        </w:rPr>
        <w:t>Σₖ₌₁ⁿ(2k+1) =2Σₖ₌₁ⁿ k+Σₖ₌₁ⁿ1</w:t>
      </w:r>
    </w:p>
    <w:p>
      <w:pPr>
        <w:spacing w:before="0" w:after="80" w:line="300" w:lineRule="auto"/>
        <w:jc w:val="left"/>
      </w:pPr>
      <w:r>
        <w:rPr>
          <w:rFonts w:ascii="Times New Roman" w:hAnsi="Times New Roman" w:eastAsia="宋体"/>
          <w:b w:val="0"/>
          <w:i w:val="0"/>
          <w:color w:val="333333"/>
          <w:sz w:val="19"/>
        </w:rPr>
        <w:t>=n(n+1)+n</w:t>
      </w:r>
    </w:p>
    <w:p>
      <w:pPr>
        <w:spacing w:before="0" w:after="80" w:line="300" w:lineRule="auto"/>
        <w:jc w:val="left"/>
      </w:pPr>
      <w:r>
        <w:rPr>
          <w:rFonts w:ascii="Times New Roman" w:hAnsi="Times New Roman" w:eastAsia="宋体"/>
          <w:b w:val="0"/>
          <w:i w:val="0"/>
          <w:color w:val="333333"/>
          <w:sz w:val="19"/>
        </w:rPr>
        <w:t>=n(n+2).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A</w:t>
      </w:r>
    </w:p>
    <w:p>
      <w:pPr>
        <w:spacing w:before="0" w:after="80" w:line="300" w:lineRule="auto"/>
        <w:jc w:val="left"/>
      </w:pPr>
      <w:r>
        <w:rPr>
          <w:rFonts w:ascii="Times New Roman" w:hAnsi="Times New Roman" w:eastAsia="宋体"/>
          <w:b w:val="0"/>
          <w:i w:val="0"/>
          <w:sz w:val="21"/>
        </w:rPr>
        <w:t>在等腰三角形中，一个底角和顶角可以确定三个角，但没有指定任何边长。因此，任意大小的相似三角形都满足同样的已知条件，三角形不能唯一确定。其余每个选项都直接给出或通过半径给出了足够的长度信息，可以同时确定大小和形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 isosceles triangle, a base angle and the vertex angle determine all three angles, but no side length is specified. Therefore triangles of every scale have the same given data, so the triangle is not determined. Each other choice includes enough length information, directly or through a radius, to fix the scale as well as the shape.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若两条夹边为 a 和 b，保持不变的夹角为 C，则原面积为 1/2absin C。两条边都加倍后，面积为</w:t>
      </w:r>
    </w:p>
    <w:p>
      <w:pPr>
        <w:spacing w:before="0" w:after="80" w:line="300" w:lineRule="auto"/>
        <w:jc w:val="left"/>
      </w:pPr>
      <w:r>
        <w:rPr>
          <w:rFonts w:ascii="Times New Roman" w:hAnsi="Times New Roman" w:eastAsia="宋体"/>
          <w:b w:val="0"/>
          <w:i w:val="0"/>
          <w:sz w:val="21"/>
        </w:rPr>
        <w:t>1/2(2a)(2b)sin C</w:t>
      </w:r>
    </w:p>
    <w:p>
      <w:pPr>
        <w:spacing w:before="0" w:after="80" w:line="300" w:lineRule="auto"/>
        <w:jc w:val="left"/>
      </w:pPr>
      <w:r>
        <w:rPr>
          <w:rFonts w:ascii="Times New Roman" w:hAnsi="Times New Roman" w:eastAsia="宋体"/>
          <w:b w:val="0"/>
          <w:i w:val="0"/>
          <w:sz w:val="21"/>
        </w:rPr>
        <w:t>=2absin C</w:t>
      </w:r>
    </w:p>
    <w:p>
      <w:pPr>
        <w:spacing w:before="0" w:after="80" w:line="300" w:lineRule="auto"/>
        <w:jc w:val="left"/>
      </w:pPr>
      <w:r>
        <w:rPr>
          <w:rFonts w:ascii="Times New Roman" w:hAnsi="Times New Roman" w:eastAsia="宋体"/>
          <w:b w:val="0"/>
          <w:i w:val="0"/>
          <w:sz w:val="21"/>
        </w:rPr>
        <w:t>=4(1/2absin 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included sides are a and b, and their unchanged angle is C, the original area is 1/2absin C. After both sides are doubled, the area is</w:t>
      </w:r>
    </w:p>
    <w:p>
      <w:pPr>
        <w:spacing w:before="0" w:after="80" w:line="300" w:lineRule="auto"/>
        <w:jc w:val="left"/>
      </w:pPr>
      <w:r>
        <w:rPr>
          <w:rFonts w:ascii="Times New Roman" w:hAnsi="Times New Roman" w:eastAsia="宋体"/>
          <w:b w:val="0"/>
          <w:i w:val="0"/>
          <w:color w:val="333333"/>
          <w:sz w:val="19"/>
        </w:rPr>
        <w:t>1/2(2a)(2b)sin C</w:t>
      </w:r>
    </w:p>
    <w:p>
      <w:pPr>
        <w:spacing w:before="0" w:after="80" w:line="300" w:lineRule="auto"/>
        <w:jc w:val="left"/>
      </w:pPr>
      <w:r>
        <w:rPr>
          <w:rFonts w:ascii="Times New Roman" w:hAnsi="Times New Roman" w:eastAsia="宋体"/>
          <w:b w:val="0"/>
          <w:i w:val="0"/>
          <w:color w:val="333333"/>
          <w:sz w:val="19"/>
        </w:rPr>
        <w:t>=2absin C</w:t>
      </w:r>
    </w:p>
    <w:p>
      <w:pPr>
        <w:spacing w:before="0" w:after="80" w:line="300" w:lineRule="auto"/>
        <w:jc w:val="left"/>
      </w:pPr>
      <w:r>
        <w:rPr>
          <w:rFonts w:ascii="Times New Roman" w:hAnsi="Times New Roman" w:eastAsia="宋体"/>
          <w:b w:val="0"/>
          <w:i w:val="0"/>
          <w:color w:val="333333"/>
          <w:sz w:val="19"/>
        </w:rPr>
        <w:t>=4(1/2absin 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设女儿得到 4x，儿子得到 3x。两人共得到 7x，即遗产的一半。妻子得到 6x，所以由另一半可得</w:t>
      </w:r>
    </w:p>
    <w:p>
      <w:pPr>
        <w:spacing w:before="0" w:after="80" w:line="300" w:lineRule="auto"/>
        <w:jc w:val="left"/>
      </w:pPr>
      <w:r>
        <w:rPr>
          <w:rFonts w:ascii="Times New Roman" w:hAnsi="Times New Roman" w:eastAsia="宋体"/>
          <w:b w:val="0"/>
          <w:i w:val="0"/>
          <w:sz w:val="21"/>
        </w:rPr>
        <w:t>7x=6x+500。</w:t>
      </w:r>
    </w:p>
    <w:p>
      <w:pPr>
        <w:spacing w:before="0" w:after="80" w:line="300" w:lineRule="auto"/>
        <w:jc w:val="left"/>
      </w:pPr>
      <w:r>
        <w:rPr>
          <w:rFonts w:ascii="Times New Roman" w:hAnsi="Times New Roman" w:eastAsia="宋体"/>
          <w:b w:val="0"/>
          <w:i w:val="0"/>
          <w:sz w:val="21"/>
        </w:rPr>
        <w:t>因此 x=500，全部遗产为 2(7x)=14(500)=7000 美元。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daughter receive 4x and the son 3x. Together they receive 7x, which is half the estate. The wife receives 6x, so the other half gives</w:t>
      </w:r>
    </w:p>
    <w:p>
      <w:pPr>
        <w:spacing w:before="0" w:after="80" w:line="300" w:lineRule="auto"/>
        <w:jc w:val="left"/>
      </w:pPr>
      <w:r>
        <w:rPr>
          <w:rFonts w:ascii="Times New Roman" w:hAnsi="Times New Roman" w:eastAsia="宋体"/>
          <w:b w:val="0"/>
          <w:i w:val="0"/>
          <w:color w:val="333333"/>
          <w:sz w:val="19"/>
        </w:rPr>
        <w:t>7x=6x+500.</w:t>
      </w:r>
    </w:p>
    <w:p>
      <w:pPr>
        <w:spacing w:before="0" w:after="80" w:line="300" w:lineRule="auto"/>
        <w:jc w:val="left"/>
      </w:pPr>
      <w:r>
        <w:rPr>
          <w:rFonts w:ascii="Times New Roman" w:hAnsi="Times New Roman" w:eastAsia="宋体"/>
          <w:b w:val="0"/>
          <w:i w:val="0"/>
          <w:color w:val="333333"/>
          <w:sz w:val="19"/>
        </w:rPr>
        <w:t>Thus x=500, and the whole estate is 2(7x)=14(500)=7000 dollars.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D</w:t>
      </w:r>
    </w:p>
    <w:p>
      <w:pPr>
        <w:spacing w:before="0" w:after="80" w:line="300" w:lineRule="auto"/>
        <w:jc w:val="left"/>
      </w:pPr>
      <w:r>
        <w:rPr>
          <w:rFonts w:ascii="Times New Roman" w:hAnsi="Times New Roman" w:eastAsia="宋体"/>
          <w:b w:val="0"/>
          <w:i w:val="0"/>
          <w:sz w:val="21"/>
        </w:rPr>
        <w:t>在交点处，</w:t>
      </w:r>
    </w:p>
    <w:p>
      <w:pPr>
        <w:spacing w:before="0" w:after="80" w:line="300" w:lineRule="auto"/>
        <w:jc w:val="left"/>
      </w:pPr>
      <w:r>
        <w:rPr>
          <w:rFonts w:ascii="Times New Roman" w:hAnsi="Times New Roman" w:eastAsia="宋体"/>
          <w:b w:val="0"/>
          <w:i w:val="0"/>
          <w:sz w:val="21"/>
        </w:rPr>
        <w:t>(x+y)²=x²+y²+2xy</w:t>
      </w:r>
    </w:p>
    <w:p>
      <w:pPr>
        <w:spacing w:before="0" w:after="80" w:line="300" w:lineRule="auto"/>
        <w:jc w:val="left"/>
      </w:pPr>
      <w:r>
        <w:rPr>
          <w:rFonts w:ascii="Times New Roman" w:hAnsi="Times New Roman" w:eastAsia="宋体"/>
          <w:b w:val="0"/>
          <w:i w:val="0"/>
          <w:sz w:val="21"/>
        </w:rPr>
        <w:t>=25+24=49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x+y=±7。再结合 xy=12，得到四个点</w:t>
      </w:r>
    </w:p>
    <w:p>
      <w:pPr>
        <w:spacing w:before="0" w:after="80" w:line="300" w:lineRule="auto"/>
        <w:jc w:val="left"/>
      </w:pPr>
      <w:r>
        <w:rPr>
          <w:rFonts w:ascii="Times New Roman" w:hAnsi="Times New Roman" w:eastAsia="宋体"/>
          <w:b w:val="0"/>
          <w:i w:val="0"/>
          <w:sz w:val="21"/>
        </w:rPr>
        <w:t>(3,4), (4,3),</w:t>
      </w:r>
    </w:p>
    <w:p>
      <w:pPr>
        <w:spacing w:before="0" w:after="80" w:line="300" w:lineRule="auto"/>
        <w:jc w:val="left"/>
      </w:pPr>
      <w:r>
        <w:rPr>
          <w:rFonts w:ascii="Times New Roman" w:hAnsi="Times New Roman" w:eastAsia="宋体"/>
          <w:b w:val="0"/>
          <w:i w:val="0"/>
          <w:sz w:val="21"/>
        </w:rPr>
        <w:t>(-3,-4), (-4,-3)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按它们在圆周上的顺序连接，相邻边向量互相垂直，所以四边形是矩形。相邻边长不相等，因此它不是正方形。</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an intersection,</w:t>
      </w:r>
    </w:p>
    <w:p>
      <w:pPr>
        <w:spacing w:before="0" w:after="80" w:line="300" w:lineRule="auto"/>
        <w:jc w:val="left"/>
      </w:pPr>
      <w:r>
        <w:rPr>
          <w:rFonts w:ascii="Times New Roman" w:hAnsi="Times New Roman" w:eastAsia="宋体"/>
          <w:b w:val="0"/>
          <w:i w:val="0"/>
          <w:color w:val="333333"/>
          <w:sz w:val="19"/>
        </w:rPr>
        <w:t>(x+y)²=x²+y²+2xy</w:t>
      </w:r>
    </w:p>
    <w:p>
      <w:pPr>
        <w:spacing w:before="0" w:after="80" w:line="300" w:lineRule="auto"/>
        <w:jc w:val="left"/>
      </w:pPr>
      <w:r>
        <w:rPr>
          <w:rFonts w:ascii="Times New Roman" w:hAnsi="Times New Roman" w:eastAsia="宋体"/>
          <w:b w:val="0"/>
          <w:i w:val="0"/>
          <w:color w:val="333333"/>
          <w:sz w:val="19"/>
        </w:rPr>
        <w:t>=25+24=49,</w:t>
      </w:r>
    </w:p>
    <w:p>
      <w:pPr>
        <w:spacing w:before="0" w:after="80" w:line="300" w:lineRule="auto"/>
        <w:jc w:val="left"/>
      </w:pPr>
      <w:r>
        <w:rPr>
          <w:rFonts w:ascii="Times New Roman" w:hAnsi="Times New Roman" w:eastAsia="宋体"/>
          <w:b w:val="0"/>
          <w:i w:val="0"/>
          <w:color w:val="333333"/>
          <w:sz w:val="19"/>
        </w:rPr>
        <w:t>so x+y=±7. Together with xy=12, this gives the four points</w:t>
      </w:r>
    </w:p>
    <w:p>
      <w:pPr>
        <w:spacing w:before="0" w:after="80" w:line="300" w:lineRule="auto"/>
        <w:jc w:val="left"/>
      </w:pPr>
      <w:r>
        <w:rPr>
          <w:rFonts w:ascii="Times New Roman" w:hAnsi="Times New Roman" w:eastAsia="宋体"/>
          <w:b w:val="0"/>
          <w:i w:val="0"/>
          <w:color w:val="333333"/>
          <w:sz w:val="19"/>
        </w:rPr>
        <w:t>(3,4), (4,3),</w:t>
      </w:r>
    </w:p>
    <w:p>
      <w:pPr>
        <w:spacing w:before="0" w:after="80" w:line="300" w:lineRule="auto"/>
        <w:jc w:val="left"/>
      </w:pPr>
      <w:r>
        <w:rPr>
          <w:rFonts w:ascii="Times New Roman" w:hAnsi="Times New Roman" w:eastAsia="宋体"/>
          <w:b w:val="0"/>
          <w:i w:val="0"/>
          <w:color w:val="333333"/>
          <w:sz w:val="19"/>
        </w:rPr>
        <w:t>(-3,-4), (-4,-3).</w:t>
      </w:r>
    </w:p>
    <w:p>
      <w:pPr>
        <w:spacing w:before="0" w:after="80" w:line="300" w:lineRule="auto"/>
        <w:jc w:val="left"/>
      </w:pPr>
      <w:r>
        <w:rPr>
          <w:rFonts w:ascii="Times New Roman" w:hAnsi="Times New Roman" w:eastAsia="宋体"/>
          <w:b w:val="0"/>
          <w:i w:val="0"/>
          <w:color w:val="333333"/>
          <w:sz w:val="19"/>
        </w:rPr>
        <w:t>In their cyclic order around the circle, adjacent side vectors are perpendicular, so the quadrilateral is a rectangle. Its adjacent side lengths are unequal, so it is not a square.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设边长为 s。由</w:t>
      </w:r>
    </w:p>
    <w:p>
      <w:pPr>
        <w:spacing w:before="0" w:after="80" w:line="300" w:lineRule="auto"/>
        <w:jc w:val="left"/>
      </w:pPr>
      <w:r>
        <w:rPr>
          <w:rFonts w:ascii="Times New Roman" w:hAnsi="Times New Roman" w:eastAsia="宋体"/>
          <w:b w:val="0"/>
          <w:i w:val="0"/>
          <w:sz w:val="21"/>
        </w:rPr>
        <w:t>(s√(3))/2=√(6)，</w:t>
      </w:r>
    </w:p>
    <w:p>
      <w:pPr>
        <w:spacing w:before="0" w:after="80" w:line="300" w:lineRule="auto"/>
        <w:jc w:val="left"/>
      </w:pPr>
      <w:r>
        <w:rPr>
          <w:rFonts w:ascii="Times New Roman" w:hAnsi="Times New Roman" w:eastAsia="宋体"/>
          <w:b w:val="0"/>
          <w:i w:val="0"/>
          <w:sz w:val="21"/>
        </w:rPr>
        <w:t>得 s=2√(2)。因此面积为</w:t>
      </w:r>
    </w:p>
    <w:p>
      <w:pPr>
        <w:spacing w:before="0" w:after="80" w:line="300" w:lineRule="auto"/>
        <w:jc w:val="left"/>
      </w:pPr>
      <w:r>
        <w:rPr>
          <w:rFonts w:ascii="Times New Roman" w:hAnsi="Times New Roman" w:eastAsia="宋体"/>
          <w:b w:val="0"/>
          <w:i w:val="0"/>
          <w:sz w:val="21"/>
        </w:rPr>
        <w:t>1/2s√(6) =1/2(2√(2))(√(6))=2√(3)。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length be s. From</w:t>
      </w:r>
    </w:p>
    <w:p>
      <w:pPr>
        <w:spacing w:before="0" w:after="80" w:line="300" w:lineRule="auto"/>
        <w:jc w:val="left"/>
      </w:pPr>
      <w:r>
        <w:rPr>
          <w:rFonts w:ascii="Times New Roman" w:hAnsi="Times New Roman" w:eastAsia="宋体"/>
          <w:b w:val="0"/>
          <w:i w:val="0"/>
          <w:color w:val="333333"/>
          <w:sz w:val="19"/>
        </w:rPr>
        <w:t>(s√(3))/2=√(6),</w:t>
      </w:r>
    </w:p>
    <w:p>
      <w:pPr>
        <w:spacing w:before="0" w:after="80" w:line="300" w:lineRule="auto"/>
        <w:jc w:val="left"/>
      </w:pPr>
      <w:r>
        <w:rPr>
          <w:rFonts w:ascii="Times New Roman" w:hAnsi="Times New Roman" w:eastAsia="宋体"/>
          <w:b w:val="0"/>
          <w:i w:val="0"/>
          <w:color w:val="333333"/>
          <w:sz w:val="19"/>
        </w:rPr>
        <w:t>we get s=2√(2). Hence the area is</w:t>
      </w:r>
    </w:p>
    <w:p>
      <w:pPr>
        <w:spacing w:before="0" w:after="80" w:line="300" w:lineRule="auto"/>
        <w:jc w:val="left"/>
      </w:pPr>
      <w:r>
        <w:rPr>
          <w:rFonts w:ascii="Times New Roman" w:hAnsi="Times New Roman" w:eastAsia="宋体"/>
          <w:b w:val="0"/>
          <w:i w:val="0"/>
          <w:color w:val="333333"/>
          <w:sz w:val="19"/>
        </w:rPr>
        <w:t>1/2s√(6) =1/2(2√(2))(√(6))=2√(3).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E</w:t>
      </w:r>
    </w:p>
    <w:p>
      <w:pPr>
        <w:spacing w:before="0" w:after="80" w:line="300" w:lineRule="auto"/>
        <w:jc w:val="left"/>
      </w:pPr>
      <w:r>
        <w:rPr>
          <w:rFonts w:ascii="Times New Roman" w:hAnsi="Times New Roman" w:eastAsia="宋体"/>
          <w:b w:val="0"/>
          <w:i w:val="0"/>
          <w:sz w:val="21"/>
        </w:rPr>
        <w:t>第二十个正整数的通常数值为 20。由于</w:t>
      </w:r>
    </w:p>
    <w:p>
      <w:pPr>
        <w:spacing w:before="0" w:after="80" w:line="300" w:lineRule="auto"/>
        <w:jc w:val="left"/>
      </w:pPr>
      <w:r>
        <w:rPr>
          <w:rFonts w:ascii="Times New Roman" w:hAnsi="Times New Roman" w:eastAsia="宋体"/>
          <w:b w:val="0"/>
          <w:i w:val="0"/>
          <w:sz w:val="21"/>
        </w:rPr>
        <w:t>20=1·4²+1·4+0，</w:t>
      </w:r>
    </w:p>
    <w:p>
      <w:pPr>
        <w:spacing w:before="0" w:after="80" w:line="300" w:lineRule="auto"/>
        <w:jc w:val="left"/>
      </w:pPr>
      <w:r>
        <w:rPr>
          <w:rFonts w:ascii="Times New Roman" w:hAnsi="Times New Roman" w:eastAsia="宋体"/>
          <w:b w:val="0"/>
          <w:i w:val="0"/>
          <w:sz w:val="21"/>
        </w:rPr>
        <w:t>它的四进制表示为 110。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twentieth positive integer has ordinary value 20. Since</w:t>
      </w:r>
    </w:p>
    <w:p>
      <w:pPr>
        <w:spacing w:before="0" w:after="80" w:line="300" w:lineRule="auto"/>
        <w:jc w:val="left"/>
      </w:pPr>
      <w:r>
        <w:rPr>
          <w:rFonts w:ascii="Times New Roman" w:hAnsi="Times New Roman" w:eastAsia="宋体"/>
          <w:b w:val="0"/>
          <w:i w:val="0"/>
          <w:color w:val="333333"/>
          <w:sz w:val="19"/>
        </w:rPr>
        <w:t>20=1·4²+1·4+0,</w:t>
      </w:r>
    </w:p>
    <w:p>
      <w:pPr>
        <w:spacing w:before="0" w:after="80" w:line="300" w:lineRule="auto"/>
        <w:jc w:val="left"/>
      </w:pPr>
      <w:r>
        <w:rPr>
          <w:rFonts w:ascii="Times New Roman" w:hAnsi="Times New Roman" w:eastAsia="宋体"/>
          <w:b w:val="0"/>
          <w:i w:val="0"/>
          <w:color w:val="333333"/>
          <w:sz w:val="19"/>
        </w:rPr>
        <w:t>its base-four representation is 110.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B</w:t>
      </w:r>
    </w:p>
    <w:p>
      <w:pPr>
        <w:spacing w:before="0" w:after="80" w:line="300" w:lineRule="auto"/>
        <w:jc w:val="left"/>
      </w:pPr>
      <w:r>
        <w:rPr>
          <w:rFonts w:ascii="Times New Roman" w:hAnsi="Times New Roman" w:eastAsia="宋体"/>
          <w:b w:val="0"/>
          <w:i w:val="0"/>
          <w:sz w:val="21"/>
        </w:rPr>
        <w:t>因为他们从两端同时出发并在中央第一次相遇，所以两人的速度相同。每个人都在 3 分钟后到达对岸。他们立即转身，各自再用 1.5 分钟回到中央并再次相遇。第二次相遇发生在出发</w:t>
      </w:r>
    </w:p>
    <w:p>
      <w:pPr>
        <w:spacing w:before="0" w:after="80" w:line="300" w:lineRule="auto"/>
        <w:jc w:val="left"/>
      </w:pPr>
      <w:r>
        <w:rPr>
          <w:rFonts w:ascii="Times New Roman" w:hAnsi="Times New Roman" w:eastAsia="宋体"/>
          <w:b w:val="0"/>
          <w:i w:val="0"/>
          <w:sz w:val="21"/>
        </w:rPr>
        <w:t>3+1.5=4.5=41/2</w:t>
      </w:r>
    </w:p>
    <w:p>
      <w:pPr>
        <w:spacing w:before="0" w:after="80" w:line="300" w:lineRule="auto"/>
        <w:jc w:val="left"/>
      </w:pPr>
      <w:r>
        <w:rPr>
          <w:rFonts w:ascii="Times New Roman" w:hAnsi="Times New Roman" w:eastAsia="宋体"/>
          <w:b w:val="0"/>
          <w:i w:val="0"/>
          <w:sz w:val="21"/>
        </w:rPr>
        <w:t>分钟后。</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they started simultaneously from opposite ends and first met at the center, their speeds are equal. Each reaches the opposite end after 3 minutes. They turn immediately, and each then needs another 1.5 minutes to return to the center, where they meet again. The second meeting occurs after</w:t>
      </w:r>
    </w:p>
    <w:p>
      <w:pPr>
        <w:spacing w:before="0" w:after="80" w:line="300" w:lineRule="auto"/>
        <w:jc w:val="left"/>
      </w:pPr>
      <w:r>
        <w:rPr>
          <w:rFonts w:ascii="Times New Roman" w:hAnsi="Times New Roman" w:eastAsia="宋体"/>
          <w:b w:val="0"/>
          <w:i w:val="0"/>
          <w:color w:val="333333"/>
          <w:sz w:val="19"/>
        </w:rPr>
        <w:t>3+1.5=4.5=41/2</w:t>
      </w:r>
    </w:p>
    <w:p>
      <w:pPr>
        <w:spacing w:before="0" w:after="80" w:line="300" w:lineRule="auto"/>
        <w:jc w:val="left"/>
      </w:pPr>
      <w:r>
        <w:rPr>
          <w:rFonts w:ascii="Times New Roman" w:hAnsi="Times New Roman" w:eastAsia="宋体"/>
          <w:b w:val="0"/>
          <w:i w:val="0"/>
          <w:color w:val="333333"/>
          <w:sz w:val="19"/>
        </w:rPr>
        <w:t>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E</w:t>
      </w:r>
    </w:p>
    <w:p>
      <w:pPr>
        <w:spacing w:before="0" w:after="80" w:line="300" w:lineRule="auto"/>
        <w:jc w:val="left"/>
      </w:pPr>
      <w:r>
        <w:rPr>
          <w:rFonts w:ascii="Times New Roman" w:hAnsi="Times New Roman" w:eastAsia="宋体"/>
          <w:b w:val="0"/>
          <w:i w:val="0"/>
          <w:sz w:val="21"/>
        </w:rPr>
        <w:t>数 √(2) 是无理数。有理数的小数展开要么终止，要么最终循环，而无理数的小数展开则是无限不循环的。有限小数 1.41421 只是一个近似值。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 is irrational. A rational number has a decimal expansion that either terminates or eventually repeats, whereas an irrational number has an infinite non-repeating decimal expansion. The finite decimal 1.41421 is only an approximation.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A</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n²(n²-1)=n²(n-1)(n+1)。</w:t>
      </w:r>
    </w:p>
    <w:p>
      <w:pPr>
        <w:spacing w:before="0" w:after="80" w:line="300" w:lineRule="auto"/>
        <w:jc w:val="left"/>
      </w:pPr>
      <w:r>
        <w:rPr>
          <w:rFonts w:ascii="Times New Roman" w:hAnsi="Times New Roman" w:eastAsia="宋体"/>
          <w:b w:val="0"/>
          <w:i w:val="0"/>
          <w:sz w:val="21"/>
        </w:rPr>
        <w:t>在 n-1、n、n+1 中，有一个能被 3 整除。若 n 为偶数，则 n² 能被 4 整除；若 n 为奇数，则 n-1 和 n+1 都是偶数，所以它们的乘积能被 4 整除。因此，这个式子一定能被 12 整除。它不一定能被 24 整除，因为 n=2 时式子的值为 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n²(n²-1)=n²(n-1)(n+1).</w:t>
      </w:r>
    </w:p>
    <w:p>
      <w:pPr>
        <w:spacing w:before="0" w:after="80" w:line="300" w:lineRule="auto"/>
        <w:jc w:val="left"/>
      </w:pPr>
      <w:r>
        <w:rPr>
          <w:rFonts w:ascii="Times New Roman" w:hAnsi="Times New Roman" w:eastAsia="宋体"/>
          <w:b w:val="0"/>
          <w:i w:val="0"/>
          <w:color w:val="333333"/>
          <w:sz w:val="19"/>
        </w:rPr>
        <w:t>Among n-1, n, and n+1, one is divisible by 3. If n is even, n² is divisible by 4; if n is odd, both n-1 and n+1 are even, so their product is divisible by 4. Thus the expression is always divisible by 12. It is not always divisible by 24, since n=2 gives 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B</w:t>
      </w:r>
    </w:p>
    <w:p>
      <w:pPr>
        <w:spacing w:before="0" w:after="80" w:line="300" w:lineRule="auto"/>
        <w:jc w:val="left"/>
      </w:pPr>
      <w:r>
        <w:rPr>
          <w:rFonts w:ascii="Times New Roman" w:hAnsi="Times New Roman" w:eastAsia="宋体"/>
          <w:b w:val="0"/>
          <w:i w:val="0"/>
          <w:sz w:val="21"/>
        </w:rPr>
        <w:t>菱形的四条边都等于圆的半径 16。一条长度等于半径的弦与连接其两个端点的两条半径组成等边三角形，所以所夹的圆心角为 60°。因此，菱形的面积为</w:t>
      </w:r>
    </w:p>
    <w:p>
      <w:pPr>
        <w:spacing w:before="0" w:after="80" w:line="300" w:lineRule="auto"/>
        <w:jc w:val="left"/>
      </w:pPr>
      <w:r>
        <w:rPr>
          <w:rFonts w:ascii="Times New Roman" w:hAnsi="Times New Roman" w:eastAsia="宋体"/>
          <w:b w:val="0"/>
          <w:i w:val="0"/>
          <w:sz w:val="21"/>
        </w:rPr>
        <w:t>16²sin60° =256·(√(3))/2</w:t>
      </w:r>
    </w:p>
    <w:p>
      <w:pPr>
        <w:spacing w:before="0" w:after="80" w:line="300" w:lineRule="auto"/>
        <w:jc w:val="left"/>
      </w:pPr>
      <w:r>
        <w:rPr>
          <w:rFonts w:ascii="Times New Roman" w:hAnsi="Times New Roman" w:eastAsia="宋体"/>
          <w:b w:val="0"/>
          <w:i w:val="0"/>
          <w:sz w:val="21"/>
        </w:rPr>
        <w:t>=128√(3)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four sides of the rhombus equal the circle’s radius, 16. A chord of length equal to the radius forms an equilateral triangle with the two radii to its endpoints, so the included central angle is 60°. Therefore the rhombus has area</w:t>
      </w:r>
    </w:p>
    <w:p>
      <w:pPr>
        <w:spacing w:before="0" w:after="80" w:line="300" w:lineRule="auto"/>
        <w:jc w:val="left"/>
      </w:pPr>
      <w:r>
        <w:rPr>
          <w:rFonts w:ascii="Times New Roman" w:hAnsi="Times New Roman" w:eastAsia="宋体"/>
          <w:b w:val="0"/>
          <w:i w:val="0"/>
          <w:color w:val="333333"/>
          <w:sz w:val="19"/>
        </w:rPr>
        <w:t>16²sin60° =256·(√(3))/2</w:t>
      </w:r>
    </w:p>
    <w:p>
      <w:pPr>
        <w:spacing w:before="0" w:after="80" w:line="300" w:lineRule="auto"/>
        <w:jc w:val="left"/>
      </w:pPr>
      <w:r>
        <w:rPr>
          <w:rFonts w:ascii="Times New Roman" w:hAnsi="Times New Roman" w:eastAsia="宋体"/>
          <w:b w:val="0"/>
          <w:i w:val="0"/>
          <w:color w:val="333333"/>
          <w:sz w:val="19"/>
        </w:rPr>
        <w:t>=128√(3).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E</w:t>
      </w:r>
    </w:p>
    <w:p>
      <w:pPr>
        <w:spacing w:before="0" w:after="80" w:line="300" w:lineRule="auto"/>
        <w:jc w:val="left"/>
      </w:pPr>
      <w:r>
        <w:rPr>
          <w:rFonts w:ascii="Times New Roman" w:hAnsi="Times New Roman" w:eastAsia="宋体"/>
          <w:b w:val="0"/>
          <w:i w:val="0"/>
          <w:sz w:val="21"/>
        </w:rPr>
        <w:t>题设条件为</w:t>
      </w:r>
    </w:p>
    <w:p>
      <w:pPr>
        <w:spacing w:before="0" w:after="80" w:line="300" w:lineRule="auto"/>
        <w:jc w:val="left"/>
      </w:pPr>
      <w:r>
        <w:rPr>
          <w:rFonts w:ascii="Times New Roman" w:hAnsi="Times New Roman" w:eastAsia="宋体"/>
          <w:b w:val="0"/>
          <w:i w:val="0"/>
          <w:sz w:val="21"/>
        </w:rPr>
        <w:t>(K(K+1))/2=N²，</w:t>
      </w:r>
    </w:p>
    <w:p>
      <w:pPr>
        <w:spacing w:before="0" w:after="80" w:line="300" w:lineRule="auto"/>
        <w:jc w:val="left"/>
      </w:pPr>
      <w:r>
        <w:rPr>
          <w:rFonts w:ascii="Times New Roman" w:hAnsi="Times New Roman" w:eastAsia="宋体"/>
          <w:b w:val="0"/>
          <w:i w:val="0"/>
          <w:sz w:val="21"/>
        </w:rPr>
        <w:t>即</w:t>
      </w:r>
    </w:p>
    <w:p>
      <w:pPr>
        <w:spacing w:before="0" w:after="80" w:line="300" w:lineRule="auto"/>
        <w:jc w:val="left"/>
      </w:pPr>
      <w:r>
        <w:rPr>
          <w:rFonts w:ascii="Times New Roman" w:hAnsi="Times New Roman" w:eastAsia="宋体"/>
          <w:b w:val="0"/>
          <w:i w:val="0"/>
          <w:sz w:val="21"/>
        </w:rPr>
        <w:t>(2K+1)²-8N²=1。</w:t>
      </w:r>
    </w:p>
    <w:p>
      <w:pPr>
        <w:spacing w:before="0" w:after="80" w:line="300" w:lineRule="auto"/>
        <w:jc w:val="left"/>
      </w:pPr>
      <w:r>
        <w:rPr>
          <w:rFonts w:ascii="Times New Roman" w:hAnsi="Times New Roman" w:eastAsia="宋体"/>
          <w:b w:val="0"/>
          <w:i w:val="0"/>
          <w:sz w:val="21"/>
        </w:rPr>
        <w:t>这个佩尔方程的正整数解由基本解 3+√(8) 生成。最前面的几组 (2K+1,N) 为</w:t>
      </w:r>
    </w:p>
    <w:p>
      <w:pPr>
        <w:spacing w:before="0" w:after="80" w:line="300" w:lineRule="auto"/>
        <w:jc w:val="left"/>
      </w:pPr>
      <w:r>
        <w:rPr>
          <w:rFonts w:ascii="Times New Roman" w:hAnsi="Times New Roman" w:eastAsia="宋体"/>
          <w:b w:val="0"/>
          <w:i w:val="0"/>
          <w:sz w:val="21"/>
        </w:rPr>
        <w:t>(3,1), (17,6),</w:t>
      </w:r>
    </w:p>
    <w:p>
      <w:pPr>
        <w:spacing w:before="0" w:after="80" w:line="300" w:lineRule="auto"/>
        <w:jc w:val="left"/>
      </w:pPr>
      <w:r>
        <w:rPr>
          <w:rFonts w:ascii="Times New Roman" w:hAnsi="Times New Roman" w:eastAsia="宋体"/>
          <w:b w:val="0"/>
          <w:i w:val="0"/>
          <w:sz w:val="21"/>
        </w:rPr>
        <w:t>(99,35), (577,204),…</w:t>
      </w:r>
    </w:p>
    <w:p>
      <w:pPr>
        <w:spacing w:before="0" w:after="80" w:line="300" w:lineRule="auto"/>
        <w:jc w:val="left"/>
      </w:pPr>
      <w:r>
        <w:rPr>
          <w:rFonts w:ascii="Times New Roman" w:hAnsi="Times New Roman" w:eastAsia="宋体"/>
          <w:b w:val="0"/>
          <w:i w:val="0"/>
          <w:sz w:val="21"/>
        </w:rPr>
        <w:t>因此，满足 N&lt;100 的值为 K=1,8,49。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is</w:t>
      </w:r>
    </w:p>
    <w:p>
      <w:pPr>
        <w:spacing w:before="0" w:after="80" w:line="300" w:lineRule="auto"/>
        <w:jc w:val="left"/>
      </w:pPr>
      <w:r>
        <w:rPr>
          <w:rFonts w:ascii="Times New Roman" w:hAnsi="Times New Roman" w:eastAsia="宋体"/>
          <w:b w:val="0"/>
          <w:i w:val="0"/>
          <w:color w:val="333333"/>
          <w:sz w:val="19"/>
        </w:rPr>
        <w:t>(K(K+1))/2=N²,</w:t>
      </w:r>
    </w:p>
    <w:p>
      <w:pPr>
        <w:spacing w:before="0" w:after="80" w:line="300" w:lineRule="auto"/>
        <w:jc w:val="left"/>
      </w:pPr>
      <w:r>
        <w:rPr>
          <w:rFonts w:ascii="Times New Roman" w:hAnsi="Times New Roman" w:eastAsia="宋体"/>
          <w:b w:val="0"/>
          <w:i w:val="0"/>
          <w:color w:val="333333"/>
          <w:sz w:val="19"/>
        </w:rPr>
        <w:t>or</w:t>
      </w:r>
    </w:p>
    <w:p>
      <w:pPr>
        <w:spacing w:before="0" w:after="80" w:line="300" w:lineRule="auto"/>
        <w:jc w:val="left"/>
      </w:pPr>
      <w:r>
        <w:rPr>
          <w:rFonts w:ascii="Times New Roman" w:hAnsi="Times New Roman" w:eastAsia="宋体"/>
          <w:b w:val="0"/>
          <w:i w:val="0"/>
          <w:color w:val="333333"/>
          <w:sz w:val="19"/>
        </w:rPr>
        <w:t>(2K+1)²-8N²=1.</w:t>
      </w:r>
    </w:p>
    <w:p>
      <w:pPr>
        <w:spacing w:before="0" w:after="80" w:line="300" w:lineRule="auto"/>
        <w:jc w:val="left"/>
      </w:pPr>
      <w:r>
        <w:rPr>
          <w:rFonts w:ascii="Times New Roman" w:hAnsi="Times New Roman" w:eastAsia="宋体"/>
          <w:b w:val="0"/>
          <w:i w:val="0"/>
          <w:color w:val="333333"/>
          <w:sz w:val="19"/>
        </w:rPr>
        <w:t>The positive solutions of this Pell equation are generated from the fundamental solution 3+√(8). Their first pairs (2K+1,N) are</w:t>
      </w:r>
    </w:p>
    <w:p>
      <w:pPr>
        <w:spacing w:before="0" w:after="80" w:line="300" w:lineRule="auto"/>
        <w:jc w:val="left"/>
      </w:pPr>
      <w:r>
        <w:rPr>
          <w:rFonts w:ascii="Times New Roman" w:hAnsi="Times New Roman" w:eastAsia="宋体"/>
          <w:b w:val="0"/>
          <w:i w:val="0"/>
          <w:color w:val="333333"/>
          <w:sz w:val="19"/>
        </w:rPr>
        <w:t>(3,1), (17,6),</w:t>
      </w:r>
    </w:p>
    <w:p>
      <w:pPr>
        <w:spacing w:before="0" w:after="80" w:line="300" w:lineRule="auto"/>
        <w:jc w:val="left"/>
      </w:pPr>
      <w:r>
        <w:rPr>
          <w:rFonts w:ascii="Times New Roman" w:hAnsi="Times New Roman" w:eastAsia="宋体"/>
          <w:b w:val="0"/>
          <w:i w:val="0"/>
          <w:color w:val="333333"/>
          <w:sz w:val="19"/>
        </w:rPr>
        <w:t>(99,35), (577,204),…</w:t>
      </w:r>
    </w:p>
    <w:p>
      <w:pPr>
        <w:spacing w:before="0" w:after="80" w:line="300" w:lineRule="auto"/>
        <w:jc w:val="left"/>
      </w:pPr>
      <w:r>
        <w:rPr>
          <w:rFonts w:ascii="Times New Roman" w:hAnsi="Times New Roman" w:eastAsia="宋体"/>
          <w:b w:val="0"/>
          <w:i w:val="0"/>
          <w:color w:val="333333"/>
          <w:sz w:val="19"/>
        </w:rPr>
        <w:t>Thus the values with N&lt;100 are K=1,8,49.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E</w:t>
      </w:r>
    </w:p>
    <w:p>
      <w:pPr>
        <w:spacing w:before="0" w:after="80" w:line="300" w:lineRule="auto"/>
        <w:jc w:val="left"/>
      </w:pPr>
      <w:r>
        <w:rPr>
          <w:rFonts w:ascii="Times New Roman" w:hAnsi="Times New Roman" w:eastAsia="宋体"/>
          <w:b w:val="0"/>
          <w:i w:val="0"/>
          <w:sz w:val="21"/>
        </w:rPr>
        <w:t>60° 角所对的对角线把菱形分成两个等边三角形，所以它的长度等于菱形的边长。地图的比例尺为每英寸 800/3 英里，因此实际边长为</w:t>
      </w:r>
    </w:p>
    <w:p>
      <w:pPr>
        <w:spacing w:before="0" w:after="80" w:line="300" w:lineRule="auto"/>
        <w:jc w:val="left"/>
      </w:pPr>
      <w:r>
        <w:rPr>
          <w:rFonts w:ascii="Times New Roman" w:hAnsi="Times New Roman" w:eastAsia="宋体"/>
          <w:b w:val="0"/>
          <w:i w:val="0"/>
          <w:sz w:val="21"/>
        </w:rPr>
        <w:t>3/16·800/3=50</w:t>
      </w:r>
    </w:p>
    <w:p>
      <w:pPr>
        <w:spacing w:before="0" w:after="80" w:line="300" w:lineRule="auto"/>
        <w:jc w:val="left"/>
      </w:pPr>
      <w:r>
        <w:rPr>
          <w:rFonts w:ascii="Times New Roman" w:hAnsi="Times New Roman" w:eastAsia="宋体"/>
          <w:b w:val="0"/>
          <w:i w:val="0"/>
          <w:sz w:val="21"/>
        </w:rPr>
        <w:t>英里。所以菱形的面积为</w:t>
      </w:r>
    </w:p>
    <w:p>
      <w:pPr>
        <w:spacing w:before="0" w:after="80" w:line="300" w:lineRule="auto"/>
        <w:jc w:val="left"/>
      </w:pPr>
      <w:r>
        <w:rPr>
          <w:rFonts w:ascii="Times New Roman" w:hAnsi="Times New Roman" w:eastAsia="宋体"/>
          <w:b w:val="0"/>
          <w:i w:val="0"/>
          <w:sz w:val="21"/>
        </w:rPr>
        <w:t>50²sin60° =2500·(√(3))/2</w:t>
      </w:r>
    </w:p>
    <w:p>
      <w:pPr>
        <w:spacing w:before="0" w:after="80" w:line="300" w:lineRule="auto"/>
        <w:jc w:val="left"/>
      </w:pPr>
      <w:r>
        <w:rPr>
          <w:rFonts w:ascii="Times New Roman" w:hAnsi="Times New Roman" w:eastAsia="宋体"/>
          <w:b w:val="0"/>
          <w:i w:val="0"/>
          <w:sz w:val="21"/>
        </w:rPr>
        <w:t>=1250√(3)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diagonal opposite the 60° angle divides the rhombus into two equilateral triangles, so its length equals the rhombus side. The map scale is 800/3 miles per inch, hence the actual side length is</w:t>
      </w:r>
    </w:p>
    <w:p>
      <w:pPr>
        <w:spacing w:before="0" w:after="80" w:line="300" w:lineRule="auto"/>
        <w:jc w:val="left"/>
      </w:pPr>
      <w:r>
        <w:rPr>
          <w:rFonts w:ascii="Times New Roman" w:hAnsi="Times New Roman" w:eastAsia="宋体"/>
          <w:b w:val="0"/>
          <w:i w:val="0"/>
          <w:color w:val="333333"/>
          <w:sz w:val="19"/>
        </w:rPr>
        <w:t>3/16·800/3=50</w:t>
      </w:r>
    </w:p>
    <w:p>
      <w:pPr>
        <w:spacing w:before="0" w:after="80" w:line="300" w:lineRule="auto"/>
        <w:jc w:val="left"/>
      </w:pPr>
      <w:r>
        <w:rPr>
          <w:rFonts w:ascii="Times New Roman" w:hAnsi="Times New Roman" w:eastAsia="宋体"/>
          <w:b w:val="0"/>
          <w:i w:val="0"/>
          <w:color w:val="333333"/>
          <w:sz w:val="19"/>
        </w:rPr>
        <w:t>miles. Therefore the rhombus area is</w:t>
      </w:r>
    </w:p>
    <w:p>
      <w:pPr>
        <w:spacing w:before="0" w:after="80" w:line="300" w:lineRule="auto"/>
        <w:jc w:val="left"/>
      </w:pPr>
      <w:r>
        <w:rPr>
          <w:rFonts w:ascii="Times New Roman" w:hAnsi="Times New Roman" w:eastAsia="宋体"/>
          <w:b w:val="0"/>
          <w:i w:val="0"/>
          <w:color w:val="333333"/>
          <w:sz w:val="19"/>
        </w:rPr>
        <w:t>50²sin60° =2500·(√(3))/2</w:t>
      </w:r>
    </w:p>
    <w:p>
      <w:pPr>
        <w:spacing w:before="0" w:after="80" w:line="300" w:lineRule="auto"/>
        <w:jc w:val="left"/>
      </w:pPr>
      <w:r>
        <w:rPr>
          <w:rFonts w:ascii="Times New Roman" w:hAnsi="Times New Roman" w:eastAsia="宋体"/>
          <w:b w:val="0"/>
          <w:i w:val="0"/>
          <w:color w:val="333333"/>
          <w:sz w:val="19"/>
        </w:rPr>
        <w:t>=1250√(3).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D</w:t>
      </w:r>
    </w:p>
    <w:p>
      <w:pPr>
        <w:spacing w:before="0" w:after="80" w:line="300" w:lineRule="auto"/>
        <w:jc w:val="left"/>
      </w:pPr>
      <w:r>
        <w:rPr>
          <w:rFonts w:ascii="Times New Roman" w:hAnsi="Times New Roman" w:eastAsia="宋体"/>
          <w:b w:val="0"/>
          <w:i w:val="0"/>
          <w:sz w:val="21"/>
        </w:rPr>
        <w:t>令两种面积公式相等，得到</w:t>
      </w:r>
    </w:p>
    <w:p>
      <w:pPr>
        <w:spacing w:before="0" w:after="80" w:line="300" w:lineRule="auto"/>
        <w:jc w:val="left"/>
      </w:pPr>
      <w:r>
        <w:rPr>
          <w:rFonts w:ascii="Times New Roman" w:hAnsi="Times New Roman" w:eastAsia="宋体"/>
          <w:b w:val="0"/>
          <w:i w:val="0"/>
          <w:sz w:val="21"/>
        </w:rPr>
        <w:t>1/2ab=1/2cx，</w:t>
      </w:r>
    </w:p>
    <w:p>
      <w:pPr>
        <w:spacing w:before="0" w:after="80" w:line="300" w:lineRule="auto"/>
        <w:jc w:val="left"/>
      </w:pPr>
      <w:r>
        <w:rPr>
          <w:rFonts w:ascii="Times New Roman" w:hAnsi="Times New Roman" w:eastAsia="宋体"/>
          <w:b w:val="0"/>
          <w:i w:val="0"/>
          <w:sz w:val="21"/>
        </w:rPr>
        <w:t>所以 ab=cx。两边平方并利用 c²=a²+b²，得到</w:t>
      </w:r>
    </w:p>
    <w:p>
      <w:pPr>
        <w:spacing w:before="0" w:after="80" w:line="300" w:lineRule="auto"/>
        <w:jc w:val="left"/>
      </w:pPr>
      <w:r>
        <w:rPr>
          <w:rFonts w:ascii="Times New Roman" w:hAnsi="Times New Roman" w:eastAsia="宋体"/>
          <w:b w:val="0"/>
          <w:i w:val="0"/>
          <w:sz w:val="21"/>
        </w:rPr>
        <w:t>a²b²=x²(a²+b²)。</w:t>
      </w:r>
    </w:p>
    <w:p>
      <w:pPr>
        <w:spacing w:before="0" w:after="80" w:line="300" w:lineRule="auto"/>
        <w:jc w:val="left"/>
      </w:pPr>
      <w:r>
        <w:rPr>
          <w:rFonts w:ascii="Times New Roman" w:hAnsi="Times New Roman" w:eastAsia="宋体"/>
          <w:b w:val="0"/>
          <w:i w:val="0"/>
          <w:sz w:val="21"/>
        </w:rPr>
        <w:t>两边除以 a²b²x²，得到</w:t>
      </w:r>
    </w:p>
    <w:p>
      <w:pPr>
        <w:spacing w:before="0" w:after="80" w:line="300" w:lineRule="auto"/>
        <w:jc w:val="left"/>
      </w:pPr>
      <w:r>
        <w:rPr>
          <w:rFonts w:ascii="Times New Roman" w:hAnsi="Times New Roman" w:eastAsia="宋体"/>
          <w:b w:val="0"/>
          <w:i w:val="0"/>
          <w:sz w:val="21"/>
        </w:rPr>
        <w:t>1/x²=1/a²+1/b²。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Equating two area formulas gives</w:t>
      </w:r>
    </w:p>
    <w:p>
      <w:pPr>
        <w:spacing w:before="0" w:after="80" w:line="300" w:lineRule="auto"/>
        <w:jc w:val="left"/>
      </w:pPr>
      <w:r>
        <w:rPr>
          <w:rFonts w:ascii="Times New Roman" w:hAnsi="Times New Roman" w:eastAsia="宋体"/>
          <w:b w:val="0"/>
          <w:i w:val="0"/>
          <w:color w:val="333333"/>
          <w:sz w:val="19"/>
        </w:rPr>
        <w:t>1/2ab=1/2cx,</w:t>
      </w:r>
    </w:p>
    <w:p>
      <w:pPr>
        <w:spacing w:before="0" w:after="80" w:line="300" w:lineRule="auto"/>
        <w:jc w:val="left"/>
      </w:pPr>
      <w:r>
        <w:rPr>
          <w:rFonts w:ascii="Times New Roman" w:hAnsi="Times New Roman" w:eastAsia="宋体"/>
          <w:b w:val="0"/>
          <w:i w:val="0"/>
          <w:color w:val="333333"/>
          <w:sz w:val="19"/>
        </w:rPr>
        <w:t>so ab=cx. Squaring and using c²=a²+b² yields</w:t>
      </w:r>
    </w:p>
    <w:p>
      <w:pPr>
        <w:spacing w:before="0" w:after="80" w:line="300" w:lineRule="auto"/>
        <w:jc w:val="left"/>
      </w:pPr>
      <w:r>
        <w:rPr>
          <w:rFonts w:ascii="Times New Roman" w:hAnsi="Times New Roman" w:eastAsia="宋体"/>
          <w:b w:val="0"/>
          <w:i w:val="0"/>
          <w:color w:val="333333"/>
          <w:sz w:val="19"/>
        </w:rPr>
        <w:t>a²b²=x²(a²+b²).</w:t>
      </w:r>
    </w:p>
    <w:p>
      <w:pPr>
        <w:spacing w:before="0" w:after="80" w:line="300" w:lineRule="auto"/>
        <w:jc w:val="left"/>
      </w:pPr>
      <w:r>
        <w:rPr>
          <w:rFonts w:ascii="Times New Roman" w:hAnsi="Times New Roman" w:eastAsia="宋体"/>
          <w:b w:val="0"/>
          <w:i w:val="0"/>
          <w:color w:val="333333"/>
          <w:sz w:val="19"/>
        </w:rPr>
        <w:t>Dividing by a²b²x² gives</w:t>
      </w:r>
    </w:p>
    <w:p>
      <w:pPr>
        <w:spacing w:before="0" w:after="80" w:line="300" w:lineRule="auto"/>
        <w:jc w:val="left"/>
      </w:pPr>
      <w:r>
        <w:rPr>
          <w:rFonts w:ascii="Times New Roman" w:hAnsi="Times New Roman" w:eastAsia="宋体"/>
          <w:b w:val="0"/>
          <w:i w:val="0"/>
          <w:color w:val="333333"/>
          <w:sz w:val="19"/>
        </w:rPr>
        <w:t>1/x²=1/a²+1/b².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C</w:t>
      </w:r>
    </w:p>
    <w:p>
      <w:pPr>
        <w:spacing w:before="0" w:after="80" w:line="300" w:lineRule="auto"/>
        <w:jc w:val="left"/>
      </w:pPr>
      <w:r>
        <w:rPr>
          <w:rFonts w:ascii="Times New Roman" w:hAnsi="Times New Roman" w:eastAsia="宋体"/>
          <w:b w:val="0"/>
          <w:i w:val="0"/>
          <w:sz w:val="21"/>
        </w:rPr>
        <w:t>由勾股定理，</w:t>
      </w:r>
    </w:p>
    <w:p>
      <w:pPr>
        <w:spacing w:before="0" w:after="80" w:line="300" w:lineRule="auto"/>
        <w:jc w:val="left"/>
      </w:pPr>
      <w:r>
        <w:rPr>
          <w:rFonts w:ascii="Times New Roman" w:hAnsi="Times New Roman" w:eastAsia="宋体"/>
          <w:b w:val="0"/>
          <w:i w:val="0"/>
          <w:sz w:val="21"/>
        </w:rPr>
        <w:t>b²=c²-a²=(c-a)(c+a)。</w:t>
      </w:r>
    </w:p>
    <w:p>
      <w:pPr>
        <w:spacing w:before="0" w:after="80" w:line="300" w:lineRule="auto"/>
        <w:jc w:val="left"/>
      </w:pPr>
      <w:r>
        <w:rPr>
          <w:rFonts w:ascii="Times New Roman" w:hAnsi="Times New Roman" w:eastAsia="宋体"/>
          <w:b w:val="0"/>
          <w:i w:val="0"/>
          <w:sz w:val="21"/>
        </w:rPr>
        <w:t>因为 c 与 a 是相邻整数且 c&gt; a，所以 c-a=1。因此 b²=c+a。</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Pythagorean theorem,</w:t>
      </w:r>
    </w:p>
    <w:p>
      <w:pPr>
        <w:spacing w:before="0" w:after="80" w:line="300" w:lineRule="auto"/>
        <w:jc w:val="left"/>
      </w:pPr>
      <w:r>
        <w:rPr>
          <w:rFonts w:ascii="Times New Roman" w:hAnsi="Times New Roman" w:eastAsia="宋体"/>
          <w:b w:val="0"/>
          <w:i w:val="0"/>
          <w:color w:val="333333"/>
          <w:sz w:val="19"/>
        </w:rPr>
        <w:t>b²=c²-a²=(c-a)(c+a).</w:t>
      </w:r>
    </w:p>
    <w:p>
      <w:pPr>
        <w:spacing w:before="0" w:after="80" w:line="300" w:lineRule="auto"/>
        <w:jc w:val="left"/>
      </w:pPr>
      <w:r>
        <w:rPr>
          <w:rFonts w:ascii="Times New Roman" w:hAnsi="Times New Roman" w:eastAsia="宋体"/>
          <w:b w:val="0"/>
          <w:i w:val="0"/>
          <w:color w:val="333333"/>
          <w:sz w:val="19"/>
        </w:rPr>
        <w:t>Since c and a are consecutive and c&gt; a, we have c-a=1. Hence b²=c+a.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A</w:t>
      </w:r>
    </w:p>
    <w:p>
      <w:pPr>
        <w:spacing w:before="0" w:after="80" w:line="300" w:lineRule="auto"/>
        <w:jc w:val="left"/>
      </w:pPr>
      <w:r>
        <w:rPr>
          <w:rFonts w:ascii="Times New Roman" w:hAnsi="Times New Roman" w:eastAsia="宋体"/>
          <w:b w:val="0"/>
          <w:i w:val="0"/>
          <w:sz w:val="21"/>
        </w:rPr>
        <w:t>由第一个方程可知 gt=V-V₀。因此</w:t>
      </w:r>
    </w:p>
    <w:p>
      <w:pPr>
        <w:spacing w:before="0" w:after="80" w:line="300" w:lineRule="auto"/>
        <w:jc w:val="left"/>
      </w:pPr>
      <w:r>
        <w:rPr>
          <w:rFonts w:ascii="Times New Roman" w:hAnsi="Times New Roman" w:eastAsia="宋体"/>
          <w:b w:val="0"/>
          <w:i w:val="0"/>
          <w:sz w:val="21"/>
        </w:rPr>
        <w:t>S=1/2(gt)t+V₀t</w:t>
      </w:r>
    </w:p>
    <w:p>
      <w:pPr>
        <w:spacing w:before="0" w:after="80" w:line="300" w:lineRule="auto"/>
        <w:jc w:val="left"/>
      </w:pPr>
      <w:r>
        <w:rPr>
          <w:rFonts w:ascii="Times New Roman" w:hAnsi="Times New Roman" w:eastAsia="宋体"/>
          <w:b w:val="0"/>
          <w:i w:val="0"/>
          <w:sz w:val="21"/>
        </w:rPr>
        <w:t>=1/2(V-V₀)t+V₀t</w:t>
      </w:r>
    </w:p>
    <w:p>
      <w:pPr>
        <w:spacing w:before="0" w:after="80" w:line="300" w:lineRule="auto"/>
        <w:jc w:val="left"/>
      </w:pPr>
      <w:r>
        <w:rPr>
          <w:rFonts w:ascii="Times New Roman" w:hAnsi="Times New Roman" w:eastAsia="宋体"/>
          <w:b w:val="0"/>
          <w:i w:val="0"/>
          <w:sz w:val="21"/>
        </w:rPr>
        <w:t>=1/2(V+V₀)t</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解得 t=2S/V+V₀。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first equation, gt=V-V₀. Therefore</w:t>
      </w:r>
    </w:p>
    <w:p>
      <w:pPr>
        <w:spacing w:before="0" w:after="80" w:line="300" w:lineRule="auto"/>
        <w:jc w:val="left"/>
      </w:pPr>
      <w:r>
        <w:rPr>
          <w:rFonts w:ascii="Times New Roman" w:hAnsi="Times New Roman" w:eastAsia="宋体"/>
          <w:b w:val="0"/>
          <w:i w:val="0"/>
          <w:color w:val="333333"/>
          <w:sz w:val="19"/>
        </w:rPr>
        <w:t>S=1/2(gt)t+V₀t</w:t>
      </w:r>
    </w:p>
    <w:p>
      <w:pPr>
        <w:spacing w:before="0" w:after="80" w:line="300" w:lineRule="auto"/>
        <w:jc w:val="left"/>
      </w:pPr>
      <w:r>
        <w:rPr>
          <w:rFonts w:ascii="Times New Roman" w:hAnsi="Times New Roman" w:eastAsia="宋体"/>
          <w:b w:val="0"/>
          <w:i w:val="0"/>
          <w:color w:val="333333"/>
          <w:sz w:val="19"/>
        </w:rPr>
        <w:t>=1/2(V-V₀)t+V₀t</w:t>
      </w:r>
    </w:p>
    <w:p>
      <w:pPr>
        <w:spacing w:before="0" w:after="80" w:line="300" w:lineRule="auto"/>
        <w:jc w:val="left"/>
      </w:pPr>
      <w:r>
        <w:rPr>
          <w:rFonts w:ascii="Times New Roman" w:hAnsi="Times New Roman" w:eastAsia="宋体"/>
          <w:b w:val="0"/>
          <w:i w:val="0"/>
          <w:color w:val="333333"/>
          <w:sz w:val="19"/>
        </w:rPr>
        <w:t>=1/2(V+V₀)t.</w:t>
      </w:r>
    </w:p>
    <w:p>
      <w:pPr>
        <w:spacing w:before="0" w:after="80" w:line="300" w:lineRule="auto"/>
        <w:jc w:val="left"/>
      </w:pPr>
      <w:r>
        <w:rPr>
          <w:rFonts w:ascii="Times New Roman" w:hAnsi="Times New Roman" w:eastAsia="宋体"/>
          <w:b w:val="0"/>
          <w:i w:val="0"/>
          <w:color w:val="333333"/>
          <w:sz w:val="19"/>
        </w:rPr>
        <w:t>Solving gives t=2S/V+V₀.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41 题　答案 C</w:t>
      </w:r>
    </w:p>
    <w:p>
      <w:pPr>
        <w:spacing w:before="0" w:after="80" w:line="300" w:lineRule="auto"/>
        <w:jc w:val="left"/>
      </w:pPr>
      <w:r>
        <w:rPr>
          <w:rFonts w:ascii="Times New Roman" w:hAnsi="Times New Roman" w:eastAsia="宋体"/>
          <w:b w:val="0"/>
          <w:i w:val="0"/>
          <w:sz w:val="21"/>
        </w:rPr>
        <w:t>代入 y=2x，得到</w:t>
      </w:r>
    </w:p>
    <w:p>
      <w:pPr>
        <w:spacing w:before="0" w:after="80" w:line="300" w:lineRule="auto"/>
        <w:jc w:val="left"/>
      </w:pPr>
      <w:r>
        <w:rPr>
          <w:rFonts w:ascii="Times New Roman" w:hAnsi="Times New Roman" w:eastAsia="宋体"/>
          <w:b w:val="0"/>
          <w:i w:val="0"/>
          <w:sz w:val="21"/>
        </w:rPr>
        <w:t>12x²+2x+4=12x²+4x+4。</w:t>
      </w:r>
    </w:p>
    <w:p>
      <w:pPr>
        <w:spacing w:before="0" w:after="80" w:line="300" w:lineRule="auto"/>
        <w:jc w:val="left"/>
      </w:pPr>
      <w:r>
        <w:rPr>
          <w:rFonts w:ascii="Times New Roman" w:hAnsi="Times New Roman" w:eastAsia="宋体"/>
          <w:b w:val="0"/>
          <w:i w:val="0"/>
          <w:sz w:val="21"/>
        </w:rPr>
        <w:t>消去两边相同的二次项和常数项后，剩下 2x=4x，所以 x=0。这个值满足两个方程。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y=2x gives</w:t>
      </w:r>
    </w:p>
    <w:p>
      <w:pPr>
        <w:spacing w:before="0" w:after="80" w:line="300" w:lineRule="auto"/>
        <w:jc w:val="left"/>
      </w:pPr>
      <w:r>
        <w:rPr>
          <w:rFonts w:ascii="Times New Roman" w:hAnsi="Times New Roman" w:eastAsia="宋体"/>
          <w:b w:val="0"/>
          <w:i w:val="0"/>
          <w:color w:val="333333"/>
          <w:sz w:val="19"/>
        </w:rPr>
        <w:t>12x²+2x+4=12x²+4x+4.</w:t>
      </w:r>
    </w:p>
    <w:p>
      <w:pPr>
        <w:spacing w:before="0" w:after="80" w:line="300" w:lineRule="auto"/>
        <w:jc w:val="left"/>
      </w:pPr>
      <w:r>
        <w:rPr>
          <w:rFonts w:ascii="Times New Roman" w:hAnsi="Times New Roman" w:eastAsia="宋体"/>
          <w:b w:val="0"/>
          <w:i w:val="0"/>
          <w:color w:val="333333"/>
          <w:sz w:val="19"/>
        </w:rPr>
        <w:t>Cancelling the common quadratic and constant terms leaves 2x=4x, so x=0. This value satisfies both equations.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42 题　答案 A</w:t>
      </w:r>
    </w:p>
    <w:p>
      <w:pPr>
        <w:spacing w:before="0" w:after="80" w:line="300" w:lineRule="auto"/>
        <w:jc w:val="left"/>
      </w:pPr>
      <w:r>
        <w:rPr>
          <w:rFonts w:ascii="Times New Roman" w:hAnsi="Times New Roman" w:eastAsia="宋体"/>
          <w:b w:val="0"/>
          <w:i w:val="0"/>
          <w:sz w:val="21"/>
        </w:rPr>
        <w:t>要有实数解，必须满足 x≥3。此时 x+4&gt;x-3，所以</w:t>
      </w:r>
    </w:p>
    <w:p>
      <w:pPr>
        <w:spacing w:before="0" w:after="80" w:line="300" w:lineRule="auto"/>
        <w:jc w:val="left"/>
      </w:pPr>
      <w:r>
        <w:rPr>
          <w:rFonts w:ascii="Times New Roman" w:hAnsi="Times New Roman" w:eastAsia="宋体"/>
          <w:b w:val="0"/>
          <w:i w:val="0"/>
          <w:sz w:val="21"/>
        </w:rPr>
        <w:t>√(x+4)&gt;√(x-3)。</w:t>
      </w:r>
    </w:p>
    <w:p>
      <w:pPr>
        <w:spacing w:before="0" w:after="80" w:line="300" w:lineRule="auto"/>
        <w:jc w:val="left"/>
      </w:pPr>
      <w:r>
        <w:rPr>
          <w:rFonts w:ascii="Times New Roman" w:hAnsi="Times New Roman" w:eastAsia="宋体"/>
          <w:b w:val="0"/>
          <w:i w:val="0"/>
          <w:sz w:val="21"/>
        </w:rPr>
        <w:t>因此 √(x+4)-√(x-3)+1&gt;1，不可能等于零。原方程是实数范围内的根式方程，所以非实数根不在其定义域内。</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real solution, x≥3. Then x+4&gt;x-3, so</w:t>
      </w:r>
    </w:p>
    <w:p>
      <w:pPr>
        <w:spacing w:before="0" w:after="80" w:line="300" w:lineRule="auto"/>
        <w:jc w:val="left"/>
      </w:pPr>
      <w:r>
        <w:rPr>
          <w:rFonts w:ascii="Times New Roman" w:hAnsi="Times New Roman" w:eastAsia="宋体"/>
          <w:b w:val="0"/>
          <w:i w:val="0"/>
          <w:color w:val="333333"/>
          <w:sz w:val="19"/>
        </w:rPr>
        <w:t>√(x+4)&gt;√(x-3).</w:t>
      </w:r>
    </w:p>
    <w:p>
      <w:pPr>
        <w:spacing w:before="0" w:after="80" w:line="300" w:lineRule="auto"/>
        <w:jc w:val="left"/>
      </w:pPr>
      <w:r>
        <w:rPr>
          <w:rFonts w:ascii="Times New Roman" w:hAnsi="Times New Roman" w:eastAsia="宋体"/>
          <w:b w:val="0"/>
          <w:i w:val="0"/>
          <w:color w:val="333333"/>
          <w:sz w:val="19"/>
        </w:rPr>
        <w:t>Consequently √(x+4)-√(x-3)+1&gt;1, and it cannot equal zero. The original equation is a real radical expression, so nonreal roots are outside its domain.</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43 题　答案 C</w:t>
      </w:r>
    </w:p>
    <w:p>
      <w:pPr>
        <w:spacing w:before="0" w:after="80" w:line="300" w:lineRule="auto"/>
        <w:jc w:val="left"/>
      </w:pPr>
      <w:r>
        <w:rPr>
          <w:rFonts w:ascii="Times New Roman" w:hAnsi="Times New Roman" w:eastAsia="宋体"/>
          <w:b w:val="0"/>
          <w:i w:val="0"/>
          <w:sz w:val="21"/>
        </w:rPr>
        <w:t>将互不相同的整数边长按递增顺序排列。在三角形不等式和周长限制下检查较小的可能，得到</w:t>
      </w:r>
    </w:p>
    <w:p>
      <w:pPr>
        <w:spacing w:before="0" w:after="80" w:line="300" w:lineRule="auto"/>
        <w:jc w:val="left"/>
      </w:pPr>
      <w:r>
        <w:rPr>
          <w:rFonts w:ascii="Times New Roman" w:hAnsi="Times New Roman" w:eastAsia="宋体"/>
          <w:b w:val="0"/>
          <w:i w:val="0"/>
          <w:sz w:val="21"/>
        </w:rPr>
        <w:t>(2,3,4), (2,4,5),</w:t>
      </w:r>
    </w:p>
    <w:p>
      <w:pPr>
        <w:spacing w:before="0" w:after="80" w:line="300" w:lineRule="auto"/>
        <w:jc w:val="left"/>
      </w:pPr>
      <w:r>
        <w:rPr>
          <w:rFonts w:ascii="Times New Roman" w:hAnsi="Times New Roman" w:eastAsia="宋体"/>
          <w:b w:val="0"/>
          <w:i w:val="0"/>
          <w:sz w:val="21"/>
        </w:rPr>
        <w:t>(3,4,5)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c≥6 时，满足 a+b&gt; c 的最小新不等边候选为 (3,4,6)，其周长已经是 13，更大的选择都不合要求。因此共有 3 个三角形。</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distinct integer sides in increasing order. Checking the small possibilities under the triangle inequality and perimeter bound gives</w:t>
      </w:r>
    </w:p>
    <w:p>
      <w:pPr>
        <w:spacing w:before="0" w:after="80" w:line="300" w:lineRule="auto"/>
        <w:jc w:val="left"/>
      </w:pPr>
      <w:r>
        <w:rPr>
          <w:rFonts w:ascii="Times New Roman" w:hAnsi="Times New Roman" w:eastAsia="宋体"/>
          <w:b w:val="0"/>
          <w:i w:val="0"/>
          <w:color w:val="333333"/>
          <w:sz w:val="19"/>
        </w:rPr>
        <w:t>(2,3,4), (2,4,5),</w:t>
      </w:r>
    </w:p>
    <w:p>
      <w:pPr>
        <w:spacing w:before="0" w:after="80" w:line="300" w:lineRule="auto"/>
        <w:jc w:val="left"/>
      </w:pPr>
      <w:r>
        <w:rPr>
          <w:rFonts w:ascii="Times New Roman" w:hAnsi="Times New Roman" w:eastAsia="宋体"/>
          <w:b w:val="0"/>
          <w:i w:val="0"/>
          <w:color w:val="333333"/>
          <w:sz w:val="19"/>
        </w:rPr>
        <w:t>(3,4,5).</w:t>
      </w:r>
    </w:p>
    <w:p>
      <w:pPr>
        <w:spacing w:before="0" w:after="80" w:line="300" w:lineRule="auto"/>
        <w:jc w:val="left"/>
      </w:pPr>
      <w:r>
        <w:rPr>
          <w:rFonts w:ascii="Times New Roman" w:hAnsi="Times New Roman" w:eastAsia="宋体"/>
          <w:b w:val="0"/>
          <w:i w:val="0"/>
          <w:color w:val="333333"/>
          <w:sz w:val="19"/>
        </w:rPr>
        <w:t>For c≥6, the smallest new scalene candidate satisfying a+b&gt; c is (3,4,6), whose perimeter is already 13, and larger choices cannot qualify. Thus there are 3 triangles.</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44 题　答案 B</w:t>
      </w:r>
    </w:p>
    <w:p>
      <w:pPr>
        <w:spacing w:before="0" w:after="80" w:line="300" w:lineRule="auto"/>
        <w:jc w:val="left"/>
      </w:pPr>
      <w:r>
        <w:rPr>
          <w:rFonts w:ascii="Times New Roman" w:hAnsi="Times New Roman" w:eastAsia="宋体"/>
          <w:b w:val="0"/>
          <w:i w:val="0"/>
          <w:sz w:val="21"/>
        </w:rPr>
        <w:t>因为 x&lt; a&lt;0，将 x&lt; a 乘以负数 x 时不等号反向，得到 x²&gt; ax。将同一个不等式乘以负数 a，得到 ax&gt; a²。因此</w:t>
      </w:r>
    </w:p>
    <w:p>
      <w:pPr>
        <w:spacing w:before="0" w:after="80" w:line="300" w:lineRule="auto"/>
        <w:jc w:val="left"/>
      </w:pPr>
      <w:r>
        <w:rPr>
          <w:rFonts w:ascii="Times New Roman" w:hAnsi="Times New Roman" w:eastAsia="宋体"/>
          <w:b w:val="0"/>
          <w:i w:val="0"/>
          <w:sz w:val="21"/>
        </w:rPr>
        <w:t>x²&gt; ax&gt; a²。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x&lt; a&lt;0, multiplying x&lt; a by the negative number x reverses the inequality and gives x²&gt; ax. Multiplying the same inequality by the negative number a gives ax&gt; a². Therefore</w:t>
      </w:r>
    </w:p>
    <w:p>
      <w:pPr>
        <w:spacing w:before="0" w:after="80" w:line="300" w:lineRule="auto"/>
        <w:jc w:val="left"/>
      </w:pPr>
      <w:r>
        <w:rPr>
          <w:rFonts w:ascii="Times New Roman" w:hAnsi="Times New Roman" w:eastAsia="宋体"/>
          <w:b w:val="0"/>
          <w:i w:val="0"/>
          <w:color w:val="333333"/>
          <w:sz w:val="19"/>
        </w:rPr>
        <w:t>x²&gt; ax&gt; a².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45 题　答案 A</w:t>
      </w:r>
    </w:p>
    <w:p>
      <w:pPr>
        <w:spacing w:before="0" w:after="80" w:line="300" w:lineRule="auto"/>
        <w:jc w:val="left"/>
      </w:pPr>
      <w:r>
        <w:rPr>
          <w:rFonts w:ascii="Times New Roman" w:hAnsi="Times New Roman" w:eastAsia="宋体"/>
          <w:b w:val="0"/>
          <w:i w:val="0"/>
          <w:sz w:val="21"/>
        </w:rPr>
        <w:t>原半径为 12.5 英寸，新半径为 12.25 英寸。对于固定距离，转数与半径成反比，所以相对增幅为</w:t>
      </w:r>
    </w:p>
    <w:p>
      <w:pPr>
        <w:spacing w:before="0" w:after="80" w:line="300" w:lineRule="auto"/>
        <w:jc w:val="left"/>
      </w:pPr>
      <w:r>
        <w:rPr>
          <w:rFonts w:ascii="Times New Roman" w:hAnsi="Times New Roman" w:eastAsia="宋体"/>
          <w:b w:val="0"/>
          <w:i w:val="0"/>
          <w:sz w:val="21"/>
        </w:rPr>
        <w:t>12.5/12.25-1 =50/49-1</w:t>
      </w:r>
    </w:p>
    <w:p>
      <w:pPr>
        <w:spacing w:before="0" w:after="80" w:line="300" w:lineRule="auto"/>
        <w:jc w:val="left"/>
      </w:pPr>
      <w:r>
        <w:rPr>
          <w:rFonts w:ascii="Times New Roman" w:hAnsi="Times New Roman" w:eastAsia="宋体"/>
          <w:b w:val="0"/>
          <w:i w:val="0"/>
          <w:sz w:val="21"/>
        </w:rPr>
        <w:t>=1/49</w:t>
      </w:r>
    </w:p>
    <w:p>
      <w:pPr>
        <w:spacing w:before="0" w:after="80" w:line="300" w:lineRule="auto"/>
        <w:jc w:val="left"/>
      </w:pPr>
      <w:r>
        <w:rPr>
          <w:rFonts w:ascii="Times New Roman" w:hAnsi="Times New Roman" w:eastAsia="宋体"/>
          <w:b w:val="0"/>
          <w:i w:val="0"/>
          <w:sz w:val="21"/>
        </w:rPr>
        <w:t>≈2.04%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这约为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radius is 12.5 inches and the new radius is 12.25 inches. For a fixed distance, the number of revolutions varies inversely with radius, so the relative increase is</w:t>
      </w:r>
    </w:p>
    <w:p>
      <w:pPr>
        <w:spacing w:before="0" w:after="80" w:line="300" w:lineRule="auto"/>
        <w:jc w:val="left"/>
      </w:pPr>
      <w:r>
        <w:rPr>
          <w:rFonts w:ascii="Times New Roman" w:hAnsi="Times New Roman" w:eastAsia="宋体"/>
          <w:b w:val="0"/>
          <w:i w:val="0"/>
          <w:color w:val="333333"/>
          <w:sz w:val="19"/>
        </w:rPr>
        <w:t>12.5/12.25-1 =50/49-1</w:t>
      </w:r>
    </w:p>
    <w:p>
      <w:pPr>
        <w:spacing w:before="0" w:after="80" w:line="300" w:lineRule="auto"/>
        <w:jc w:val="left"/>
      </w:pPr>
      <w:r>
        <w:rPr>
          <w:rFonts w:ascii="Times New Roman" w:hAnsi="Times New Roman" w:eastAsia="宋体"/>
          <w:b w:val="0"/>
          <w:i w:val="0"/>
          <w:color w:val="333333"/>
          <w:sz w:val="19"/>
        </w:rPr>
        <w:t>=1/49</w:t>
      </w:r>
    </w:p>
    <w:p>
      <w:pPr>
        <w:spacing w:before="0" w:after="80" w:line="300" w:lineRule="auto"/>
        <w:jc w:val="left"/>
      </w:pPr>
      <w:r>
        <w:rPr>
          <w:rFonts w:ascii="Times New Roman" w:hAnsi="Times New Roman" w:eastAsia="宋体"/>
          <w:b w:val="0"/>
          <w:i w:val="0"/>
          <w:color w:val="333333"/>
          <w:sz w:val="19"/>
        </w:rPr>
        <w:t>≈2.04%.</w:t>
      </w:r>
    </w:p>
    <w:p>
      <w:pPr>
        <w:spacing w:before="0" w:after="80" w:line="300" w:lineRule="auto"/>
        <w:jc w:val="left"/>
      </w:pPr>
      <w:r>
        <w:rPr>
          <w:rFonts w:ascii="Times New Roman" w:hAnsi="Times New Roman" w:eastAsia="宋体"/>
          <w:b w:val="0"/>
          <w:i w:val="0"/>
          <w:color w:val="333333"/>
          <w:sz w:val="19"/>
        </w:rPr>
        <w:t>This is about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46 题　答案 A</w:t>
      </w:r>
    </w:p>
    <w:p>
      <w:pPr>
        <w:spacing w:before="0" w:after="80" w:line="300" w:lineRule="auto"/>
        <w:jc w:val="left"/>
      </w:pPr>
      <w:r>
        <w:rPr>
          <w:rFonts w:ascii="Times New Roman" w:hAnsi="Times New Roman" w:eastAsia="宋体"/>
          <w:b w:val="0"/>
          <w:i w:val="0"/>
          <w:sz w:val="21"/>
        </w:rPr>
        <w:t>交叉相乘得到</w:t>
      </w:r>
    </w:p>
    <w:p>
      <w:pPr>
        <w:spacing w:before="0" w:after="80" w:line="300" w:lineRule="auto"/>
        <w:jc w:val="left"/>
      </w:pPr>
      <w:r>
        <w:rPr>
          <w:rFonts w:ascii="Times New Roman" w:hAnsi="Times New Roman" w:eastAsia="宋体"/>
          <w:b w:val="0"/>
          <w:i w:val="0"/>
          <w:sz w:val="21"/>
        </w:rPr>
        <w:t>N(1+x)=(N+1)(1-x)，</w:t>
      </w:r>
    </w:p>
    <w:p>
      <w:pPr>
        <w:spacing w:before="0" w:after="80" w:line="300" w:lineRule="auto"/>
        <w:jc w:val="left"/>
      </w:pPr>
      <w:r>
        <w:rPr>
          <w:rFonts w:ascii="Times New Roman" w:hAnsi="Times New Roman" w:eastAsia="宋体"/>
          <w:b w:val="0"/>
          <w:i w:val="0"/>
          <w:sz w:val="21"/>
        </w:rPr>
        <w:t>所以 x(2N+1)=1，并且</w:t>
      </w:r>
    </w:p>
    <w:p>
      <w:pPr>
        <w:spacing w:before="0" w:after="80" w:line="300" w:lineRule="auto"/>
        <w:jc w:val="left"/>
      </w:pPr>
      <w:r>
        <w:rPr>
          <w:rFonts w:ascii="Times New Roman" w:hAnsi="Times New Roman" w:eastAsia="宋体"/>
          <w:b w:val="0"/>
          <w:i w:val="0"/>
          <w:sz w:val="21"/>
        </w:rPr>
        <w:t>x=1/2N+1。</w:t>
      </w:r>
    </w:p>
    <w:p>
      <w:pPr>
        <w:spacing w:before="0" w:after="80" w:line="300" w:lineRule="auto"/>
        <w:jc w:val="left"/>
      </w:pPr>
      <w:r>
        <w:rPr>
          <w:rFonts w:ascii="Times New Roman" w:hAnsi="Times New Roman" w:eastAsia="宋体"/>
          <w:b w:val="0"/>
          <w:i w:val="0"/>
          <w:sz w:val="21"/>
        </w:rPr>
        <w:t>每个正数 N 都给出 0&lt; x&lt;1。反过来，对任意 0&lt; x&lt;1，有</w:t>
      </w:r>
    </w:p>
    <w:p>
      <w:pPr>
        <w:spacing w:before="0" w:after="80" w:line="300" w:lineRule="auto"/>
        <w:jc w:val="left"/>
      </w:pPr>
      <w:r>
        <w:rPr>
          <w:rFonts w:ascii="Times New Roman" w:hAnsi="Times New Roman" w:eastAsia="宋体"/>
          <w:b w:val="0"/>
          <w:i w:val="0"/>
          <w:sz w:val="21"/>
        </w:rPr>
        <w:t>N=1-x/2x&gt;0，</w:t>
      </w:r>
    </w:p>
    <w:p>
      <w:pPr>
        <w:spacing w:before="0" w:after="80" w:line="300" w:lineRule="auto"/>
        <w:jc w:val="left"/>
      </w:pPr>
      <w:r>
        <w:rPr>
          <w:rFonts w:ascii="Times New Roman" w:hAnsi="Times New Roman" w:eastAsia="宋体"/>
          <w:b w:val="0"/>
          <w:i w:val="0"/>
          <w:sz w:val="21"/>
        </w:rPr>
        <w:t>因此存在这样的 N。</w:t>
      </w:r>
    </w:p>
    <w:p>
      <w:pPr>
        <w:spacing w:before="0" w:after="80" w:line="300" w:lineRule="auto"/>
        <w:jc w:val="left"/>
      </w:pPr>
      <w:r>
        <w:rPr>
          <w:rFonts w:ascii="Times New Roman" w:hAnsi="Times New Roman" w:eastAsia="宋体"/>
          <w:b w:val="0"/>
          <w:i w:val="0"/>
          <w:sz w:val="21"/>
        </w:rPr>
        <w:t>因此，x 可以是任意小于 1 的正数，正确答案是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Cross-multiplication gives</w:t>
      </w:r>
    </w:p>
    <w:p>
      <w:pPr>
        <w:spacing w:before="0" w:after="80" w:line="300" w:lineRule="auto"/>
        <w:jc w:val="left"/>
      </w:pPr>
      <w:r>
        <w:rPr>
          <w:rFonts w:ascii="Times New Roman" w:hAnsi="Times New Roman" w:eastAsia="宋体"/>
          <w:b w:val="0"/>
          <w:i w:val="0"/>
          <w:color w:val="333333"/>
          <w:sz w:val="19"/>
        </w:rPr>
        <w:t>N(1+x)=(N+1)(1-x),</w:t>
      </w:r>
    </w:p>
    <w:p>
      <w:pPr>
        <w:spacing w:before="0" w:after="80" w:line="300" w:lineRule="auto"/>
        <w:jc w:val="left"/>
      </w:pPr>
      <w:r>
        <w:rPr>
          <w:rFonts w:ascii="Times New Roman" w:hAnsi="Times New Roman" w:eastAsia="宋体"/>
          <w:b w:val="0"/>
          <w:i w:val="0"/>
          <w:color w:val="333333"/>
          <w:sz w:val="19"/>
        </w:rPr>
        <w:t>so x(2N+1)=1 and</w:t>
      </w:r>
    </w:p>
    <w:p>
      <w:pPr>
        <w:spacing w:before="0" w:after="80" w:line="300" w:lineRule="auto"/>
        <w:jc w:val="left"/>
      </w:pPr>
      <w:r>
        <w:rPr>
          <w:rFonts w:ascii="Times New Roman" w:hAnsi="Times New Roman" w:eastAsia="宋体"/>
          <w:b w:val="0"/>
          <w:i w:val="0"/>
          <w:color w:val="333333"/>
          <w:sz w:val="19"/>
        </w:rPr>
        <w:t>x=1/2N+1.</w:t>
      </w:r>
    </w:p>
    <w:p>
      <w:pPr>
        <w:spacing w:before="0" w:after="80" w:line="300" w:lineRule="auto"/>
        <w:jc w:val="left"/>
      </w:pPr>
      <w:r>
        <w:rPr>
          <w:rFonts w:ascii="Times New Roman" w:hAnsi="Times New Roman" w:eastAsia="宋体"/>
          <w:b w:val="0"/>
          <w:i w:val="0"/>
          <w:color w:val="333333"/>
          <w:sz w:val="19"/>
        </w:rPr>
        <w:t>Every positive N gives 0&lt; x&lt;1. Conversely, for any 0&lt; x&lt;1,</w:t>
      </w:r>
    </w:p>
    <w:p>
      <w:pPr>
        <w:spacing w:before="0" w:after="80" w:line="300" w:lineRule="auto"/>
        <w:jc w:val="left"/>
      </w:pPr>
      <w:r>
        <w:rPr>
          <w:rFonts w:ascii="Times New Roman" w:hAnsi="Times New Roman" w:eastAsia="宋体"/>
          <w:b w:val="0"/>
          <w:i w:val="0"/>
          <w:color w:val="333333"/>
          <w:sz w:val="19"/>
        </w:rPr>
        <w:t>N=1-x/2x&gt;0,</w:t>
      </w:r>
    </w:p>
    <w:p>
      <w:pPr>
        <w:spacing w:before="0" w:after="80" w:line="300" w:lineRule="auto"/>
        <w:jc w:val="left"/>
      </w:pPr>
      <w:r>
        <w:rPr>
          <w:rFonts w:ascii="Times New Roman" w:hAnsi="Times New Roman" w:eastAsia="宋体"/>
          <w:b w:val="0"/>
          <w:i w:val="0"/>
          <w:color w:val="333333"/>
          <w:sz w:val="19"/>
        </w:rPr>
        <w:t>so such an N exists.</w:t>
      </w:r>
    </w:p>
    <w:p>
      <w:pPr>
        <w:spacing w:before="0" w:after="80" w:line="300" w:lineRule="auto"/>
        <w:jc w:val="left"/>
      </w:pPr>
      <w:r>
        <w:rPr>
          <w:rFonts w:ascii="Times New Roman" w:hAnsi="Times New Roman" w:eastAsia="宋体"/>
          <w:b w:val="0"/>
          <w:i w:val="0"/>
          <w:color w:val="333333"/>
          <w:sz w:val="19"/>
        </w:rPr>
        <w:t>Thus, x may be any positive value less than 1, and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47 题　答案 D</w:t>
      </w:r>
    </w:p>
    <w:p>
      <w:pPr>
        <w:spacing w:before="0" w:after="80" w:line="300" w:lineRule="auto"/>
        <w:jc w:val="left"/>
      </w:pPr>
      <w:r>
        <w:rPr>
          <w:rFonts w:ascii="Times New Roman" w:hAnsi="Times New Roman" w:eastAsia="宋体"/>
          <w:b w:val="0"/>
          <w:i w:val="0"/>
          <w:sz w:val="21"/>
        </w:rPr>
        <w:t>若现有 m 台机器，则这项工程需要 3m 个机器·天。增加三台机器后，需要 2(m+3) 个机器·天，所以</w:t>
      </w:r>
    </w:p>
    <w:p>
      <w:pPr>
        <w:spacing w:before="0" w:after="80" w:line="300" w:lineRule="auto"/>
        <w:jc w:val="left"/>
      </w:pPr>
      <w:r>
        <w:rPr>
          <w:rFonts w:ascii="Times New Roman" w:hAnsi="Times New Roman" w:eastAsia="宋体"/>
          <w:b w:val="0"/>
          <w:i w:val="0"/>
          <w:sz w:val="21"/>
        </w:rPr>
        <w:t>3m=2(m+3)，</w:t>
      </w:r>
    </w:p>
    <w:p>
      <w:pPr>
        <w:spacing w:before="0" w:after="80" w:line="300" w:lineRule="auto"/>
        <w:jc w:val="left"/>
      </w:pPr>
      <w:r>
        <w:rPr>
          <w:rFonts w:ascii="Times New Roman" w:hAnsi="Times New Roman" w:eastAsia="宋体"/>
          <w:b w:val="0"/>
          <w:i w:val="0"/>
          <w:sz w:val="21"/>
        </w:rPr>
        <w:t>解得 m=6。因此，这项工程需要 3m=18 个机器·天，一台机器单独完成需要 18 天。</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there are presently m machines, the job requires 3m machine-days. With three more machines it requires 2(m+3) machine-days, so</w:t>
      </w:r>
    </w:p>
    <w:p>
      <w:pPr>
        <w:spacing w:before="0" w:after="80" w:line="300" w:lineRule="auto"/>
        <w:jc w:val="left"/>
      </w:pPr>
      <w:r>
        <w:rPr>
          <w:rFonts w:ascii="Times New Roman" w:hAnsi="Times New Roman" w:eastAsia="宋体"/>
          <w:b w:val="0"/>
          <w:i w:val="0"/>
          <w:color w:val="333333"/>
          <w:sz w:val="19"/>
        </w:rPr>
        <w:t>3m=2(m+3),</w:t>
      </w:r>
    </w:p>
    <w:p>
      <w:pPr>
        <w:spacing w:before="0" w:after="80" w:line="300" w:lineRule="auto"/>
        <w:jc w:val="left"/>
      </w:pPr>
      <w:r>
        <w:rPr>
          <w:rFonts w:ascii="Times New Roman" w:hAnsi="Times New Roman" w:eastAsia="宋体"/>
          <w:b w:val="0"/>
          <w:i w:val="0"/>
          <w:color w:val="333333"/>
          <w:sz w:val="19"/>
        </w:rPr>
        <w:t>giving m=6. The job therefore requires 3m=18 machine-days, so one machine would take 18 days.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48 题　答案 B</w:t>
      </w:r>
    </w:p>
    <w:p>
      <w:pPr>
        <w:spacing w:before="0" w:after="80" w:line="300" w:lineRule="auto"/>
        <w:jc w:val="left"/>
      </w:pPr>
      <w:r>
        <w:rPr>
          <w:rFonts w:ascii="Times New Roman" w:hAnsi="Times New Roman" w:eastAsia="宋体"/>
          <w:b w:val="0"/>
          <w:i w:val="0"/>
          <w:sz w:val="21"/>
        </w:rPr>
        <w:t>令 q=2p-5。商为正数要求 q&gt;0，而 q 是奇数。由于 p=q+5/2，</w:t>
      </w:r>
    </w:p>
    <w:p>
      <w:pPr>
        <w:spacing w:before="0" w:after="80" w:line="300" w:lineRule="auto"/>
        <w:jc w:val="left"/>
      </w:pPr>
      <w:r>
        <w:rPr>
          <w:rFonts w:ascii="Times New Roman" w:hAnsi="Times New Roman" w:eastAsia="宋体"/>
          <w:b w:val="0"/>
          <w:i w:val="0"/>
          <w:sz w:val="21"/>
        </w:rPr>
        <w:t>3p+25/2p-5 =3q+65/2q</w:t>
      </w:r>
    </w:p>
    <w:p>
      <w:pPr>
        <w:spacing w:before="0" w:after="80" w:line="300" w:lineRule="auto"/>
        <w:jc w:val="left"/>
      </w:pPr>
      <w:r>
        <w:rPr>
          <w:rFonts w:ascii="Times New Roman" w:hAnsi="Times New Roman" w:eastAsia="宋体"/>
          <w:b w:val="0"/>
          <w:i w:val="0"/>
          <w:sz w:val="21"/>
        </w:rPr>
        <w:t>=(3+65/q)/2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q 必须是 65 的正因数。四种可能 q=1、q=5、q=13、q=65 分别给出 p=3、p=5、p=9、p=35，且每个都符合。不存在其他符合条件的正整数 p。</w:t>
      </w:r>
    </w:p>
    <w:p>
      <w:pPr>
        <w:spacing w:before="0" w:after="80" w:line="300" w:lineRule="auto"/>
        <w:jc w:val="left"/>
      </w:pPr>
      <w:r>
        <w:rPr>
          <w:rFonts w:ascii="Times New Roman" w:hAnsi="Times New Roman" w:eastAsia="宋体"/>
          <w:b w:val="0"/>
          <w:i w:val="0"/>
          <w:sz w:val="21"/>
        </w:rPr>
        <w:t>因此，数学上正确的集合是 {3,5,9,35}，即调整后的选项</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q=2p-5. A positive quotient requires q&gt;0, and q is odd. Since p=q+5/2,</w:t>
      </w:r>
    </w:p>
    <w:p>
      <w:pPr>
        <w:spacing w:before="0" w:after="80" w:line="300" w:lineRule="auto"/>
        <w:jc w:val="left"/>
      </w:pPr>
      <w:r>
        <w:rPr>
          <w:rFonts w:ascii="Times New Roman" w:hAnsi="Times New Roman" w:eastAsia="宋体"/>
          <w:b w:val="0"/>
          <w:i w:val="0"/>
          <w:color w:val="333333"/>
          <w:sz w:val="19"/>
        </w:rPr>
        <w:t>3p+25/2p-5 =3q+65/2q</w:t>
      </w:r>
    </w:p>
    <w:p>
      <w:pPr>
        <w:spacing w:before="0" w:after="80" w:line="300" w:lineRule="auto"/>
        <w:jc w:val="left"/>
      </w:pPr>
      <w:r>
        <w:rPr>
          <w:rFonts w:ascii="Times New Roman" w:hAnsi="Times New Roman" w:eastAsia="宋体"/>
          <w:b w:val="0"/>
          <w:i w:val="0"/>
          <w:color w:val="333333"/>
          <w:sz w:val="19"/>
        </w:rPr>
        <w:t>=(3+65/q)/2.</w:t>
      </w:r>
    </w:p>
    <w:p>
      <w:pPr>
        <w:spacing w:before="0" w:after="80" w:line="300" w:lineRule="auto"/>
        <w:jc w:val="left"/>
      </w:pPr>
      <w:r>
        <w:rPr>
          <w:rFonts w:ascii="Times New Roman" w:hAnsi="Times New Roman" w:eastAsia="宋体"/>
          <w:b w:val="0"/>
          <w:i w:val="0"/>
          <w:color w:val="333333"/>
          <w:sz w:val="19"/>
        </w:rPr>
        <w:t>Thus q must be a positive divisor of 65. The possibilities q=1, q=5, q=13, and q=65 give p=3, p=5, p=9, and p=35, respectively, and each works. No other positive integer p works.</w:t>
      </w:r>
    </w:p>
    <w:p>
      <w:pPr>
        <w:spacing w:before="0" w:after="80" w:line="300" w:lineRule="auto"/>
        <w:jc w:val="left"/>
      </w:pPr>
      <w:r>
        <w:rPr>
          <w:rFonts w:ascii="Times New Roman" w:hAnsi="Times New Roman" w:eastAsia="宋体"/>
          <w:b w:val="0"/>
          <w:i w:val="0"/>
          <w:color w:val="333333"/>
          <w:sz w:val="19"/>
        </w:rPr>
        <w:t>Therefore the mathematically correct set is {3,5,9,35}, shown in the adjusted choice</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49 题　答案 E</w:t>
      </w:r>
    </w:p>
    <w:p>
      <w:pPr>
        <w:spacing w:before="0" w:after="80" w:line="300" w:lineRule="auto"/>
        <w:jc w:val="left"/>
      </w:pPr>
      <w:r>
        <w:rPr>
          <w:rFonts w:ascii="Times New Roman" w:hAnsi="Times New Roman" w:eastAsia="宋体"/>
          <w:b w:val="0"/>
          <w:i w:val="0"/>
          <w:sz w:val="21"/>
        </w:rPr>
        <w:t>圆位于边 AB 的另一侧，与顶点 P 相对，所以 O 是 P 所对的旁心。因此，AO 和 BO 分别平分 A 与 B 处的外角。若 A 与 B 处的内角分别为 α 和 β，则三角形 AOB 在 A 与 B 处的角分别为 90°-α/2 和 90°-β/2。因此</w:t>
      </w:r>
    </w:p>
    <w:p>
      <w:pPr>
        <w:spacing w:before="0" w:after="80" w:line="300" w:lineRule="auto"/>
        <w:jc w:val="left"/>
      </w:pPr>
      <w:r>
        <w:rPr>
          <w:rFonts w:ascii="Times New Roman" w:hAnsi="Times New Roman" w:eastAsia="宋体"/>
          <w:b w:val="0"/>
          <w:i w:val="0"/>
          <w:sz w:val="21"/>
        </w:rPr>
        <w:t>∠ AOB =180°-(90°-α/2)</w:t>
      </w:r>
    </w:p>
    <w:p>
      <w:pPr>
        <w:spacing w:before="0" w:after="80" w:line="300" w:lineRule="auto"/>
        <w:jc w:val="left"/>
      </w:pPr>
      <w:r>
        <w:rPr>
          <w:rFonts w:ascii="Times New Roman" w:hAnsi="Times New Roman" w:eastAsia="宋体"/>
          <w:b w:val="0"/>
          <w:i w:val="0"/>
          <w:sz w:val="21"/>
        </w:rPr>
        <w:t>mathrelphantom=-(90°-β/2)</w:t>
      </w:r>
    </w:p>
    <w:p>
      <w:pPr>
        <w:spacing w:before="0" w:after="80" w:line="300" w:lineRule="auto"/>
        <w:jc w:val="left"/>
      </w:pPr>
      <w:r>
        <w:rPr>
          <w:rFonts w:ascii="Times New Roman" w:hAnsi="Times New Roman" w:eastAsia="宋体"/>
          <w:b w:val="0"/>
          <w:i w:val="0"/>
          <w:sz w:val="21"/>
        </w:rPr>
        <w:t>=α+β/2 =(180°-40°)/2</w:t>
      </w:r>
    </w:p>
    <w:p>
      <w:pPr>
        <w:spacing w:before="0" w:after="80" w:line="300" w:lineRule="auto"/>
        <w:jc w:val="left"/>
      </w:pPr>
      <w:r>
        <w:rPr>
          <w:rFonts w:ascii="Times New Roman" w:hAnsi="Times New Roman" w:eastAsia="宋体"/>
          <w:b w:val="0"/>
          <w:i w:val="0"/>
          <w:sz w:val="21"/>
        </w:rPr>
        <w:t>=70°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lies opposite P across side AB, so O is the excenter opposite P. Thus AO and BO bisect the exterior angles at A and B. If the interior angles at A and B are α and β, then triangle AOB has angles 90°-α/2 and 90°-β/2 at A and B. Hence</w:t>
      </w:r>
    </w:p>
    <w:p>
      <w:pPr>
        <w:spacing w:before="0" w:after="80" w:line="300" w:lineRule="auto"/>
        <w:jc w:val="left"/>
      </w:pPr>
      <w:r>
        <w:rPr>
          <w:rFonts w:ascii="Times New Roman" w:hAnsi="Times New Roman" w:eastAsia="宋体"/>
          <w:b w:val="0"/>
          <w:i w:val="0"/>
          <w:color w:val="333333"/>
          <w:sz w:val="19"/>
        </w:rPr>
        <w:t>∠ AOB =180°-(90°-α/2)</w:t>
      </w:r>
    </w:p>
    <w:p>
      <w:pPr>
        <w:spacing w:before="0" w:after="80" w:line="300" w:lineRule="auto"/>
        <w:jc w:val="left"/>
      </w:pPr>
      <w:r>
        <w:rPr>
          <w:rFonts w:ascii="Times New Roman" w:hAnsi="Times New Roman" w:eastAsia="宋体"/>
          <w:b w:val="0"/>
          <w:i w:val="0"/>
          <w:color w:val="333333"/>
          <w:sz w:val="19"/>
        </w:rPr>
        <w:t>mathrelphantom=-(90°-β/2)</w:t>
      </w:r>
    </w:p>
    <w:p>
      <w:pPr>
        <w:spacing w:before="0" w:after="80" w:line="300" w:lineRule="auto"/>
        <w:jc w:val="left"/>
      </w:pPr>
      <w:r>
        <w:rPr>
          <w:rFonts w:ascii="Times New Roman" w:hAnsi="Times New Roman" w:eastAsia="宋体"/>
          <w:b w:val="0"/>
          <w:i w:val="0"/>
          <w:color w:val="333333"/>
          <w:sz w:val="19"/>
        </w:rPr>
        <w:t>=α+β/2 =(180°-40°)/2</w:t>
      </w:r>
    </w:p>
    <w:p>
      <w:pPr>
        <w:spacing w:before="0" w:after="80" w:line="300" w:lineRule="auto"/>
        <w:jc w:val="left"/>
      </w:pPr>
      <w:r>
        <w:rPr>
          <w:rFonts w:ascii="Times New Roman" w:hAnsi="Times New Roman" w:eastAsia="宋体"/>
          <w:b w:val="0"/>
          <w:i w:val="0"/>
          <w:color w:val="333333"/>
          <w:sz w:val="19"/>
        </w:rPr>
        <w:t>=70°.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50 题　答案 B</w:t>
      </w:r>
    </w:p>
    <w:p>
      <w:pPr>
        <w:spacing w:before="0" w:after="80" w:line="300" w:lineRule="auto"/>
        <w:jc w:val="left"/>
      </w:pPr>
      <w:r>
        <w:rPr>
          <w:rFonts w:ascii="Times New Roman" w:hAnsi="Times New Roman" w:eastAsia="宋体"/>
          <w:b w:val="0"/>
          <w:i w:val="0"/>
          <w:sz w:val="21"/>
        </w:rPr>
        <w:t>将两条相等的边缩放为 1，并令</w:t>
      </w:r>
    </w:p>
    <w:p>
      <w:pPr>
        <w:spacing w:before="0" w:after="80" w:line="300" w:lineRule="auto"/>
        <w:jc w:val="left"/>
      </w:pPr>
      <w:r>
        <w:rPr>
          <w:rFonts w:ascii="Times New Roman" w:hAnsi="Times New Roman" w:eastAsia="宋体"/>
          <w:b w:val="0"/>
          <w:i w:val="0"/>
          <w:sz w:val="21"/>
        </w:rPr>
        <w:t>C=(0,0), B=(1,0),</w:t>
      </w:r>
    </w:p>
    <w:p>
      <w:pPr>
        <w:spacing w:before="0" w:after="80" w:line="300" w:lineRule="auto"/>
        <w:jc w:val="left"/>
      </w:pPr>
      <w:r>
        <w:rPr>
          <w:rFonts w:ascii="Times New Roman" w:hAnsi="Times New Roman" w:eastAsia="宋体"/>
          <w:b w:val="0"/>
          <w:i w:val="0"/>
          <w:sz w:val="21"/>
        </w:rPr>
        <w:t>A=(cosθ,sinθ)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因为正方形 BCDE 作在三角形外部，所以 D=(0,-1)。令 c=cosθ 且 s=sinθ。则</w:t>
      </w:r>
    </w:p>
    <w:p>
      <w:pPr>
        <w:spacing w:before="0" w:after="80" w:line="300" w:lineRule="auto"/>
        <w:jc w:val="left"/>
      </w:pPr>
      <w:r>
        <w:rPr>
          <w:rFonts w:ascii="Times New Roman" w:hAnsi="Times New Roman" w:eastAsia="宋体"/>
          <w:b w:val="0"/>
          <w:i w:val="0"/>
          <w:sz w:val="21"/>
        </w:rPr>
        <w:t>overrightarrowAB=(1-c,-s),</w:t>
      </w:r>
    </w:p>
    <w:p>
      <w:pPr>
        <w:spacing w:before="0" w:after="80" w:line="300" w:lineRule="auto"/>
        <w:jc w:val="left"/>
      </w:pPr>
      <w:r>
        <w:rPr>
          <w:rFonts w:ascii="Times New Roman" w:hAnsi="Times New Roman" w:eastAsia="宋体"/>
          <w:b w:val="0"/>
          <w:i w:val="0"/>
          <w:sz w:val="21"/>
        </w:rPr>
        <w:t>overrightarrowAD=(-c,-1-s)</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两个向量的点积为 1+s-c，二维叉积的绝对值也为 1+s-c。因此</w:t>
      </w:r>
    </w:p>
    <w:p>
      <w:pPr>
        <w:spacing w:before="0" w:after="80" w:line="300" w:lineRule="auto"/>
        <w:jc w:val="left"/>
      </w:pPr>
      <w:r>
        <w:rPr>
          <w:rFonts w:ascii="Times New Roman" w:hAnsi="Times New Roman" w:eastAsia="宋体"/>
          <w:b w:val="0"/>
          <w:i w:val="0"/>
          <w:sz w:val="21"/>
        </w:rPr>
        <w:t>tan∠ DAB=1，</w:t>
      </w:r>
    </w:p>
    <w:p>
      <w:pPr>
        <w:spacing w:before="0" w:after="80" w:line="300" w:lineRule="auto"/>
        <w:jc w:val="left"/>
      </w:pPr>
      <w:r>
        <w:rPr>
          <w:rFonts w:ascii="Times New Roman" w:hAnsi="Times New Roman" w:eastAsia="宋体"/>
          <w:b w:val="0"/>
          <w:i w:val="0"/>
          <w:sz w:val="21"/>
        </w:rPr>
        <w:t>所以 ∠ DAB=45°，它与 θ 无关，因而也与三角形的形状无关。</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Scale the equal sides to 1 and place</w:t>
      </w:r>
    </w:p>
    <w:p>
      <w:pPr>
        <w:spacing w:before="0" w:after="80" w:line="300" w:lineRule="auto"/>
        <w:jc w:val="left"/>
      </w:pPr>
      <w:r>
        <w:rPr>
          <w:rFonts w:ascii="Times New Roman" w:hAnsi="Times New Roman" w:eastAsia="宋体"/>
          <w:b w:val="0"/>
          <w:i w:val="0"/>
          <w:color w:val="333333"/>
          <w:sz w:val="19"/>
        </w:rPr>
        <w:t>C=(0,0), B=(1,0),</w:t>
      </w:r>
    </w:p>
    <w:p>
      <w:pPr>
        <w:spacing w:before="0" w:after="80" w:line="300" w:lineRule="auto"/>
        <w:jc w:val="left"/>
      </w:pPr>
      <w:r>
        <w:rPr>
          <w:rFonts w:ascii="Times New Roman" w:hAnsi="Times New Roman" w:eastAsia="宋体"/>
          <w:b w:val="0"/>
          <w:i w:val="0"/>
          <w:color w:val="333333"/>
          <w:sz w:val="19"/>
        </w:rPr>
        <w:t>A=(cosθ,sinθ).</w:t>
      </w:r>
    </w:p>
    <w:p>
      <w:pPr>
        <w:spacing w:before="0" w:after="80" w:line="300" w:lineRule="auto"/>
        <w:jc w:val="left"/>
      </w:pPr>
      <w:r>
        <w:rPr>
          <w:rFonts w:ascii="Times New Roman" w:hAnsi="Times New Roman" w:eastAsia="宋体"/>
          <w:b w:val="0"/>
          <w:i w:val="0"/>
          <w:color w:val="333333"/>
          <w:sz w:val="19"/>
        </w:rPr>
        <w:t>Since square BCDE is constructed away from the triangle, D=(0,-1). Put c=cosθ and s=sinθ. Then</w:t>
      </w:r>
    </w:p>
    <w:p>
      <w:pPr>
        <w:spacing w:before="0" w:after="80" w:line="300" w:lineRule="auto"/>
        <w:jc w:val="left"/>
      </w:pPr>
      <w:r>
        <w:rPr>
          <w:rFonts w:ascii="Times New Roman" w:hAnsi="Times New Roman" w:eastAsia="宋体"/>
          <w:b w:val="0"/>
          <w:i w:val="0"/>
          <w:color w:val="333333"/>
          <w:sz w:val="19"/>
        </w:rPr>
        <w:t>overrightarrowAB=(1-c,-s),</w:t>
      </w:r>
    </w:p>
    <w:p>
      <w:pPr>
        <w:spacing w:before="0" w:after="80" w:line="300" w:lineRule="auto"/>
        <w:jc w:val="left"/>
      </w:pPr>
      <w:r>
        <w:rPr>
          <w:rFonts w:ascii="Times New Roman" w:hAnsi="Times New Roman" w:eastAsia="宋体"/>
          <w:b w:val="0"/>
          <w:i w:val="0"/>
          <w:color w:val="333333"/>
          <w:sz w:val="19"/>
        </w:rPr>
        <w:t>overrightarrowAD=(-c,-1-s).</w:t>
      </w:r>
    </w:p>
    <w:p>
      <w:pPr>
        <w:spacing w:before="0" w:after="80" w:line="300" w:lineRule="auto"/>
        <w:jc w:val="left"/>
      </w:pPr>
      <w:r>
        <w:rPr>
          <w:rFonts w:ascii="Times New Roman" w:hAnsi="Times New Roman" w:eastAsia="宋体"/>
          <w:b w:val="0"/>
          <w:i w:val="0"/>
          <w:color w:val="333333"/>
          <w:sz w:val="19"/>
        </w:rPr>
        <w:t>Their dot product is 1+s-c, while the absolute value of their two-dimensional cross product is also 1+s-c. Therefore</w:t>
      </w:r>
    </w:p>
    <w:p>
      <w:pPr>
        <w:spacing w:before="0" w:after="80" w:line="300" w:lineRule="auto"/>
        <w:jc w:val="left"/>
      </w:pPr>
      <w:r>
        <w:rPr>
          <w:rFonts w:ascii="Times New Roman" w:hAnsi="Times New Roman" w:eastAsia="宋体"/>
          <w:b w:val="0"/>
          <w:i w:val="0"/>
          <w:color w:val="333333"/>
          <w:sz w:val="19"/>
        </w:rPr>
        <w:t>tan∠ DAB=1,</w:t>
      </w:r>
    </w:p>
    <w:p>
      <w:pPr>
        <w:spacing w:before="0" w:after="80" w:line="300" w:lineRule="auto"/>
        <w:jc w:val="left"/>
      </w:pPr>
      <w:r>
        <w:rPr>
          <w:rFonts w:ascii="Times New Roman" w:hAnsi="Times New Roman" w:eastAsia="宋体"/>
          <w:b w:val="0"/>
          <w:i w:val="0"/>
          <w:color w:val="333333"/>
          <w:sz w:val="19"/>
        </w:rPr>
        <w:t>so ∠ DAB=45°, independent of θ and hence independent of the triangle’s shape.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