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1955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50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下列哪一个不等于 0.000000375？</w:t>
      </w:r>
    </w:p>
    <w:p>
      <w:pPr>
        <w:spacing w:before="0" w:after="120" w:line="300" w:lineRule="auto"/>
      </w:pPr>
      <w:r>
        <w:rPr>
          <w:rFonts w:ascii="Times New Roman" w:hAnsi="Times New Roman" w:eastAsia="宋体"/>
          <w:b w:val="0"/>
          <w:i w:val="0"/>
          <w:sz w:val="21"/>
        </w:rPr>
        <w:t>（A）3.75×10⁻⁷　　（B）33/4×10⁻⁷　　（C）375×10⁻⁹　　（D）3/8×10⁻⁷　　（E）3/8000000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one of the following is not equivalent to 0.000000375?</w:t>
      </w:r>
    </w:p>
    <w:p>
      <w:pPr>
        <w:spacing w:before="0" w:after="160" w:line="300" w:lineRule="auto"/>
      </w:pPr>
      <w:r>
        <w:rPr>
          <w:rFonts w:ascii="Times New Roman" w:hAnsi="Times New Roman" w:eastAsia="宋体"/>
          <w:b w:val="0"/>
          <w:i w:val="0"/>
          <w:color w:val="333333"/>
          <w:sz w:val="19"/>
        </w:rPr>
        <w:t>(A) 3.75×10⁻⁷　　(B) 33/4×10⁻⁷　　(C) 375×10⁻⁹　　(D) 3/8×10⁻⁷　　(E) 3/8000000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下午 12:25 时，钟表两针之间的较小夹角为：</w:t>
      </w:r>
    </w:p>
    <w:p>
      <w:pPr>
        <w:spacing w:before="0" w:after="120" w:line="300" w:lineRule="auto"/>
      </w:pPr>
      <w:r>
        <w:rPr>
          <w:rFonts w:ascii="Times New Roman" w:hAnsi="Times New Roman" w:eastAsia="宋体"/>
          <w:b w:val="0"/>
          <w:i w:val="0"/>
          <w:sz w:val="21"/>
        </w:rPr>
        <w:t>（A）132°30'　　（B）137°30'　　（C）150°　　（D）137°32'　　（E）137°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smaller angle between the hands of a clock at 12:25 p.m. is:</w:t>
      </w:r>
    </w:p>
    <w:p>
      <w:pPr>
        <w:spacing w:before="0" w:after="160" w:line="300" w:lineRule="auto"/>
      </w:pPr>
      <w:r>
        <w:rPr>
          <w:rFonts w:ascii="Times New Roman" w:hAnsi="Times New Roman" w:eastAsia="宋体"/>
          <w:b w:val="0"/>
          <w:i w:val="0"/>
          <w:color w:val="333333"/>
          <w:sz w:val="19"/>
        </w:rPr>
        <w:t>(A) 132°30'　　(B) 137°30'　　(C) 150°　　(D) 137°32'　　(E) 137°</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若一组十个数中的每个数都增加 20，则原来这十个数的算术平均数：</w:t>
      </w:r>
    </w:p>
    <w:p>
      <w:pPr>
        <w:spacing w:before="0" w:after="120" w:line="300" w:lineRule="auto"/>
      </w:pPr>
      <w:r>
        <w:rPr>
          <w:rFonts w:ascii="Times New Roman" w:hAnsi="Times New Roman" w:eastAsia="宋体"/>
          <w:b w:val="0"/>
          <w:i w:val="0"/>
          <w:sz w:val="21"/>
        </w:rPr>
        <w:t>（A）保持不变　　（B）增加 20　　（C）增加 200　　（D）增加 10　　（E）增加 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each number in a set of ten numbers is increased by 20, the arithmetic mean (average) of the original ten numbers:</w:t>
      </w:r>
    </w:p>
    <w:p>
      <w:pPr>
        <w:spacing w:before="0" w:after="160" w:line="300" w:lineRule="auto"/>
      </w:pPr>
      <w:r>
        <w:rPr>
          <w:rFonts w:ascii="Times New Roman" w:hAnsi="Times New Roman" w:eastAsia="宋体"/>
          <w:b w:val="0"/>
          <w:i w:val="0"/>
          <w:color w:val="333333"/>
          <w:sz w:val="19"/>
        </w:rPr>
        <w:t>(A) remains the same　　(B) is increased by 20　　(C) is increased by 200　　(D) is increased by 10　　(E) is increased by 2</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满足等式 1/x-1=2/x-2 的是：</w:t>
      </w:r>
    </w:p>
    <w:p>
      <w:pPr>
        <w:spacing w:before="0" w:after="120" w:line="300" w:lineRule="auto"/>
      </w:pPr>
      <w:r>
        <w:rPr>
          <w:rFonts w:ascii="Times New Roman" w:hAnsi="Times New Roman" w:eastAsia="宋体"/>
          <w:b w:val="0"/>
          <w:i w:val="0"/>
          <w:sz w:val="21"/>
        </w:rPr>
        <w:t>（A）不存在实数 x　　（B）x=1 或 x=2　　（C）仅 x=1　　（D）仅 x=2　　（E）仅 x=0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equality 1/x-1=2/x-2 is satisfied by:</w:t>
      </w:r>
    </w:p>
    <w:p>
      <w:pPr>
        <w:spacing w:before="0" w:after="160" w:line="300" w:lineRule="auto"/>
      </w:pPr>
      <w:r>
        <w:rPr>
          <w:rFonts w:ascii="Times New Roman" w:hAnsi="Times New Roman" w:eastAsia="宋体"/>
          <w:b w:val="0"/>
          <w:i w:val="0"/>
          <w:color w:val="333333"/>
          <w:sz w:val="19"/>
        </w:rPr>
        <w:t>(A) no real values of x　　(B) either x=1 or x=2　　(C) only x=1　　(D) only x=2　　(E) only x=0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y 与 x 的平方成反比。当 y=16 时，x=1。当 x=8 时，y 等于：</w:t>
      </w:r>
    </w:p>
    <w:p>
      <w:pPr>
        <w:spacing w:before="0" w:after="120" w:line="300" w:lineRule="auto"/>
      </w:pPr>
      <w:r>
        <w:rPr>
          <w:rFonts w:ascii="Times New Roman" w:hAnsi="Times New Roman" w:eastAsia="宋体"/>
          <w:b w:val="0"/>
          <w:i w:val="0"/>
          <w:sz w:val="21"/>
        </w:rPr>
        <w:t>（A）2　　（B）128　　（C）64　　（D）1/4　　（E）1024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y varies inversely as the square of x. When y=16, x=1. When x=8, y equals:</w:t>
      </w:r>
    </w:p>
    <w:p>
      <w:pPr>
        <w:spacing w:before="0" w:after="160" w:line="300" w:lineRule="auto"/>
      </w:pPr>
      <w:r>
        <w:rPr>
          <w:rFonts w:ascii="Times New Roman" w:hAnsi="Times New Roman" w:eastAsia="宋体"/>
          <w:b w:val="0"/>
          <w:i w:val="0"/>
          <w:color w:val="333333"/>
          <w:sz w:val="19"/>
        </w:rPr>
        <w:t>(A) 2　　(B) 128　　(C) 64　　(D) 1/4　　(E) 1024</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一名商人按每 3 个 10¢ 的价格买入一些橙子，又按每 5 个 20¢ 的价格买入同样多的橙子。为了“收支相抵”，他必须把所有橙子按下列哪个价格卖出？</w:t>
      </w:r>
    </w:p>
    <w:p>
      <w:pPr>
        <w:spacing w:before="0" w:after="120" w:line="300" w:lineRule="auto"/>
      </w:pPr>
      <w:r>
        <w:rPr>
          <w:rFonts w:ascii="Times New Roman" w:hAnsi="Times New Roman" w:eastAsia="宋体"/>
          <w:b w:val="0"/>
          <w:i w:val="0"/>
          <w:sz w:val="21"/>
        </w:rPr>
        <w:t>（A）每 8 个 30¢　　（B）每 3 个 11¢　　（C）每 5 个 18¢　　（D）每 11 个 40¢　　（E）每 13 个 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merchant buys a number of oranges at 3 for 10¢ and an equal number at 5 for 20¢. To “break even” he must sell all at:</w:t>
      </w:r>
    </w:p>
    <w:p>
      <w:pPr>
        <w:spacing w:before="0" w:after="160" w:line="300" w:lineRule="auto"/>
      </w:pPr>
      <w:r>
        <w:rPr>
          <w:rFonts w:ascii="Times New Roman" w:hAnsi="Times New Roman" w:eastAsia="宋体"/>
          <w:b w:val="0"/>
          <w:i w:val="0"/>
          <w:color w:val="333333"/>
          <w:sz w:val="19"/>
        </w:rPr>
        <w:t>(A) 8 for 30¢　　(B) 3 for 11¢　　(C) 5 for 18¢　　(D) 11 for 40¢　　(E) 13 for 50¢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若一名工人的工资降低 20%，那么要恰好恢复到原工资，他需要获得多大幅度的加薪？</w:t>
      </w:r>
    </w:p>
    <w:p>
      <w:pPr>
        <w:spacing w:before="0" w:after="120" w:line="300" w:lineRule="auto"/>
      </w:pPr>
      <w:r>
        <w:rPr>
          <w:rFonts w:ascii="Times New Roman" w:hAnsi="Times New Roman" w:eastAsia="宋体"/>
          <w:b w:val="0"/>
          <w:i w:val="0"/>
          <w:sz w:val="21"/>
        </w:rPr>
        <w:t>（A）20%　　（B）25%　　（C）221/2%　　（D）$20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worker receives a 20 percent cut in wages, he may regain his original pay exactly by obtaining a raise of:</w:t>
      </w:r>
    </w:p>
    <w:p>
      <w:pPr>
        <w:spacing w:before="0" w:after="160" w:line="300" w:lineRule="auto"/>
      </w:pPr>
      <w:r>
        <w:rPr>
          <w:rFonts w:ascii="Times New Roman" w:hAnsi="Times New Roman" w:eastAsia="宋体"/>
          <w:b w:val="0"/>
          <w:i w:val="0"/>
          <w:color w:val="333333"/>
          <w:sz w:val="19"/>
        </w:rPr>
        <w:t>(A) 20 percent　　(B) 25 percent　　(C) 221/2 percent　　(D) $20　　(E) $25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方程 x²-4y²=0 的图形：</w:t>
      </w:r>
    </w:p>
    <w:p>
      <w:pPr>
        <w:spacing w:before="0" w:after="120" w:line="300" w:lineRule="auto"/>
      </w:pPr>
      <w:r>
        <w:rPr>
          <w:rFonts w:ascii="Times New Roman" w:hAnsi="Times New Roman" w:eastAsia="宋体"/>
          <w:b w:val="0"/>
          <w:i w:val="0"/>
          <w:sz w:val="21"/>
        </w:rPr>
        <w:t>（A）是只与 x 轴相交的双曲线　　（B）是只与 y 轴相交的双曲线　　（C）是与两条坐标轴都不相交的双曲线　　（D）是一对直线　　（E）不存在</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of x²-4y²=0:</w:t>
      </w:r>
    </w:p>
    <w:p>
      <w:pPr>
        <w:spacing w:before="0" w:after="160" w:line="300" w:lineRule="auto"/>
      </w:pPr>
      <w:r>
        <w:rPr>
          <w:rFonts w:ascii="Times New Roman" w:hAnsi="Times New Roman" w:eastAsia="宋体"/>
          <w:b w:val="0"/>
          <w:i w:val="0"/>
          <w:color w:val="333333"/>
          <w:sz w:val="19"/>
        </w:rPr>
        <w:t>(A) is a hyperbola intersecting only the x-axis　　(B) is a hyperbola intersecting only the y-axis　　(C) is a hyperbola intersecting neither axis　　(D) is a pair of straight lines　　(E) does not exist</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一个圆内切于边长分别为 8、15 和 17 的三角形。该圆的半径为：</w:t>
      </w:r>
    </w:p>
    <w:p>
      <w:pPr>
        <w:spacing w:before="0" w:after="120" w:line="300" w:lineRule="auto"/>
      </w:pPr>
      <w:r>
        <w:rPr>
          <w:rFonts w:ascii="Times New Roman" w:hAnsi="Times New Roman" w:eastAsia="宋体"/>
          <w:b w:val="0"/>
          <w:i w:val="0"/>
          <w:sz w:val="21"/>
        </w:rPr>
        <w:t>（A）6　　（B）2　　（C）5　　（D）3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is inscribed in a triangle with sides 8, 15, and 17. The radius of the circle is:</w:t>
      </w:r>
    </w:p>
    <w:p>
      <w:pPr>
        <w:spacing w:before="0" w:after="160" w:line="300" w:lineRule="auto"/>
      </w:pPr>
      <w:r>
        <w:rPr>
          <w:rFonts w:ascii="Times New Roman" w:hAnsi="Times New Roman" w:eastAsia="宋体"/>
          <w:b w:val="0"/>
          <w:i w:val="0"/>
          <w:color w:val="333333"/>
          <w:sz w:val="19"/>
        </w:rPr>
        <w:t>(A) 6　　(B) 2　　(C) 5　　(D) 3　　(E) 7</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一列火车在各站之间以平均每小时 40 英里的速度行驶。若它要行驶 a 英里，并停靠 n 次、每次 m 分钟，那么全程需要多少小时？</w:t>
      </w:r>
    </w:p>
    <w:p>
      <w:pPr>
        <w:spacing w:before="0" w:after="120" w:line="300" w:lineRule="auto"/>
      </w:pPr>
      <w:r>
        <w:rPr>
          <w:rFonts w:ascii="Times New Roman" w:hAnsi="Times New Roman" w:eastAsia="宋体"/>
          <w:b w:val="0"/>
          <w:i w:val="0"/>
          <w:sz w:val="21"/>
        </w:rPr>
        <w:t>（A）3a+2mn/120　　（B）3a+2mn　　（C）3a+2mn/12　　（D）a+mn/40　　（E）a+40mn/40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hours does it take a train traveling at an average rate of 40 mph between stops to travel a miles if it makes n stops of m minutes each?</w:t>
      </w:r>
    </w:p>
    <w:p>
      <w:pPr>
        <w:spacing w:before="0" w:after="160" w:line="300" w:lineRule="auto"/>
      </w:pPr>
      <w:r>
        <w:rPr>
          <w:rFonts w:ascii="Times New Roman" w:hAnsi="Times New Roman" w:eastAsia="宋体"/>
          <w:b w:val="0"/>
          <w:i w:val="0"/>
          <w:color w:val="333333"/>
          <w:sz w:val="19"/>
        </w:rPr>
        <w:t>(A) 3a+2mn/120　　(B) 3a+2mn　　(C) 3a+2mn/12　　(D) a+mn/40　　(E) a+40mn/40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命题“没有学习迟缓的学生在这所学校就读”的否定是：</w:t>
      </w:r>
    </w:p>
    <w:p>
      <w:pPr>
        <w:spacing w:before="0" w:after="120" w:line="300" w:lineRule="auto"/>
      </w:pPr>
      <w:r>
        <w:rPr>
          <w:rFonts w:ascii="Times New Roman" w:hAnsi="Times New Roman" w:eastAsia="宋体"/>
          <w:b w:val="0"/>
          <w:i w:val="0"/>
          <w:sz w:val="21"/>
        </w:rPr>
        <w:t>（A）所有学习迟缓的学生都在这所学校就读。　　（B）所有学习迟缓的学生都不在这所学校就读。　　（C）有些学习迟缓的学生在这所学校就读。　　（D）有些学习迟缓的学生不在这所学校就读。　　（E）没有学习迟缓的学生不在这所学校就读。</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negation of the statement “No slow learners attend this school,” is:</w:t>
      </w:r>
    </w:p>
    <w:p>
      <w:pPr>
        <w:spacing w:before="0" w:after="160" w:line="300" w:lineRule="auto"/>
      </w:pPr>
      <w:r>
        <w:rPr>
          <w:rFonts w:ascii="Times New Roman" w:hAnsi="Times New Roman" w:eastAsia="宋体"/>
          <w:b w:val="0"/>
          <w:i w:val="0"/>
          <w:color w:val="333333"/>
          <w:sz w:val="19"/>
        </w:rPr>
        <w:t>(A) All slow learners attend this school.　　(B) All slow learners do not attend this school.　　(C) Some slow learners attend this school.　　(D) Some slow learners do not attend this school.　　(E) No slow learners do not attend this school.</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方程 √(5x-1)+√(x-1)=2 的解为：</w:t>
      </w:r>
    </w:p>
    <w:p>
      <w:pPr>
        <w:spacing w:before="0" w:after="120" w:line="300" w:lineRule="auto"/>
      </w:pPr>
      <w:r>
        <w:rPr>
          <w:rFonts w:ascii="Times New Roman" w:hAnsi="Times New Roman" w:eastAsia="宋体"/>
          <w:b w:val="0"/>
          <w:i w:val="0"/>
          <w:sz w:val="21"/>
        </w:rPr>
        <w:t>（A）x=2、x=1　　（B）x=2/3　　（C）x=2　　（D）x=1　　（E）x=0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solution of √(5x-1)+√(x-1)=2 is:</w:t>
      </w:r>
    </w:p>
    <w:p>
      <w:pPr>
        <w:spacing w:before="0" w:after="160" w:line="300" w:lineRule="auto"/>
      </w:pPr>
      <w:r>
        <w:rPr>
          <w:rFonts w:ascii="Times New Roman" w:hAnsi="Times New Roman" w:eastAsia="宋体"/>
          <w:b w:val="0"/>
          <w:i w:val="0"/>
          <w:color w:val="333333"/>
          <w:sz w:val="19"/>
        </w:rPr>
        <w:t>(A) x=2, x=1　　(B) x=2/3　　(C) x=2　　(D) x=1　　(E) x=0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分式 (a⁻⁴-b⁻⁴)/(a⁻²-b⁻²) 等于：</w:t>
      </w:r>
    </w:p>
    <w:p>
      <w:pPr>
        <w:spacing w:before="0" w:after="120" w:line="300" w:lineRule="auto"/>
      </w:pPr>
      <w:r>
        <w:rPr>
          <w:rFonts w:ascii="Times New Roman" w:hAnsi="Times New Roman" w:eastAsia="宋体"/>
          <w:b w:val="0"/>
          <w:i w:val="0"/>
          <w:sz w:val="21"/>
        </w:rPr>
        <w:t>（A）a⁻⁶-b⁻⁶　　（B）a⁻²-b⁻²　　（C）a⁻²+b⁻²　　（D）a²+b²　　（E）a²-b²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fraction (a⁻⁴-b⁻⁴)/(a⁻²-b⁻²) is equal to:</w:t>
      </w:r>
    </w:p>
    <w:p>
      <w:pPr>
        <w:spacing w:before="0" w:after="160" w:line="300" w:lineRule="auto"/>
      </w:pPr>
      <w:r>
        <w:rPr>
          <w:rFonts w:ascii="Times New Roman" w:hAnsi="Times New Roman" w:eastAsia="宋体"/>
          <w:b w:val="0"/>
          <w:i w:val="0"/>
          <w:color w:val="333333"/>
          <w:sz w:val="19"/>
        </w:rPr>
        <w:t>(A) a⁻⁶-b⁻⁶　　(B) a⁻²-b⁻²　　(C) a⁻²+b⁻²　　(D) a²+b²　　(E) a²-b²</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矩形 R 的长比正方形 S 的边长多 10%，矩形的宽比正方形的边长少 10%。两者面积之比 R:S 为：</w:t>
      </w:r>
    </w:p>
    <w:p>
      <w:pPr>
        <w:spacing w:before="0" w:after="120" w:line="300" w:lineRule="auto"/>
      </w:pPr>
      <w:r>
        <w:rPr>
          <w:rFonts w:ascii="Times New Roman" w:hAnsi="Times New Roman" w:eastAsia="宋体"/>
          <w:b w:val="0"/>
          <w:i w:val="0"/>
          <w:sz w:val="21"/>
        </w:rPr>
        <w:t>（A）99:100　　（B）101:100　　（C）1:1　　（D）199:200　　（E）201:200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length of rectangle R is 10 percent more than the side of square S. The width of the rectangle is 10 percent less than the side of the square. The ratio of the areas, R:S, is:</w:t>
      </w:r>
    </w:p>
    <w:p>
      <w:pPr>
        <w:spacing w:before="0" w:after="160" w:line="300" w:lineRule="auto"/>
      </w:pPr>
      <w:r>
        <w:rPr>
          <w:rFonts w:ascii="Times New Roman" w:hAnsi="Times New Roman" w:eastAsia="宋体"/>
          <w:b w:val="0"/>
          <w:i w:val="0"/>
          <w:color w:val="333333"/>
          <w:sz w:val="19"/>
        </w:rPr>
        <w:t>(A) 99:100　　(B) 101:100　　(C) 1:1　　(D) 199:200　　(E) 201:200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两个同心圆的面积之比为 1:3。若较小圆的半径为 r，两圆半径之差最接近：</w:t>
      </w:r>
    </w:p>
    <w:p>
      <w:pPr>
        <w:spacing w:before="0" w:after="120" w:line="300" w:lineRule="auto"/>
      </w:pPr>
      <w:r>
        <w:rPr>
          <w:rFonts w:ascii="Times New Roman" w:hAnsi="Times New Roman" w:eastAsia="宋体"/>
          <w:b w:val="0"/>
          <w:i w:val="0"/>
          <w:sz w:val="21"/>
        </w:rPr>
        <w:t>（A）0.41r　　（B）0.73　　（C）0.75　　（D）0.73r　　（E）0.75r</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of the areas of two concentric circles is 1:3. If the radius of the smaller is r, then the difference between the radii is best approximated by:</w:t>
      </w:r>
    </w:p>
    <w:p>
      <w:pPr>
        <w:spacing w:before="0" w:after="160" w:line="300" w:lineRule="auto"/>
      </w:pPr>
      <w:r>
        <w:rPr>
          <w:rFonts w:ascii="Times New Roman" w:hAnsi="Times New Roman" w:eastAsia="宋体"/>
          <w:b w:val="0"/>
          <w:i w:val="0"/>
          <w:color w:val="333333"/>
          <w:sz w:val="19"/>
        </w:rPr>
        <w:t>(A) 0.41r　　(B) 0.73　　(C) 0.75　　(D) 0.73r　　(E) 0.75r</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当 a=4 且 b=-4 时，3/a+b 的值为：</w:t>
      </w:r>
    </w:p>
    <w:p>
      <w:pPr>
        <w:spacing w:before="0" w:after="120" w:line="300" w:lineRule="auto"/>
      </w:pPr>
      <w:r>
        <w:rPr>
          <w:rFonts w:ascii="Times New Roman" w:hAnsi="Times New Roman" w:eastAsia="宋体"/>
          <w:b w:val="0"/>
          <w:i w:val="0"/>
          <w:sz w:val="21"/>
        </w:rPr>
        <w:t>（A）3　　（B）3/8　　（C）0　　（D）任意有限数　　（E）无意义</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 3/a+b when a=4 and b=-4 is:</w:t>
      </w:r>
    </w:p>
    <w:p>
      <w:pPr>
        <w:spacing w:before="0" w:after="160" w:line="300" w:lineRule="auto"/>
      </w:pPr>
      <w:r>
        <w:rPr>
          <w:rFonts w:ascii="Times New Roman" w:hAnsi="Times New Roman" w:eastAsia="宋体"/>
          <w:b w:val="0"/>
          <w:i w:val="0"/>
          <w:color w:val="333333"/>
          <w:sz w:val="19"/>
        </w:rPr>
        <w:t>(A) 3　　(B) 3/8　　(C) 0　　(D) any finite number　　(E) meaningless</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若 log x-5log3=-2，则 x 等于：</w:t>
      </w:r>
    </w:p>
    <w:p>
      <w:pPr>
        <w:spacing w:before="0" w:after="120" w:line="300" w:lineRule="auto"/>
      </w:pPr>
      <w:r>
        <w:rPr>
          <w:rFonts w:ascii="Times New Roman" w:hAnsi="Times New Roman" w:eastAsia="宋体"/>
          <w:b w:val="0"/>
          <w:i w:val="0"/>
          <w:sz w:val="21"/>
        </w:rPr>
        <w:t>（A）1.25　　（B）0.81　　（C）2.43　　（D）0.8　　（E）0.8 或 1.25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log x-5log3=-2, then x equals:</w:t>
      </w:r>
    </w:p>
    <w:p>
      <w:pPr>
        <w:spacing w:before="0" w:after="160" w:line="300" w:lineRule="auto"/>
      </w:pPr>
      <w:r>
        <w:rPr>
          <w:rFonts w:ascii="Times New Roman" w:hAnsi="Times New Roman" w:eastAsia="宋体"/>
          <w:b w:val="0"/>
          <w:i w:val="0"/>
          <w:color w:val="333333"/>
          <w:sz w:val="19"/>
        </w:rPr>
        <w:t>(A) 1.25　　(B) 0.81　　(C) 2.43　　(D) 0.8　　(E) either 0.8 or 1.25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方程 x²+2x√(3)+3=0 的判别式为零。因此，它的根是：</w:t>
      </w:r>
    </w:p>
    <w:p>
      <w:pPr>
        <w:spacing w:before="0" w:after="120" w:line="300" w:lineRule="auto"/>
      </w:pPr>
      <w:r>
        <w:rPr>
          <w:rFonts w:ascii="Times New Roman" w:hAnsi="Times New Roman" w:eastAsia="宋体"/>
          <w:b w:val="0"/>
          <w:i w:val="0"/>
          <w:sz w:val="21"/>
        </w:rPr>
        <w:t>（A）相等的实数　　（B）相等的有理数　　（C）不相等的有理数　　（D）不相等的无理数　　（E）虚数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discriminant of the equation x²+2x√(3)+3=0 is zero. Hence, its roots are:</w:t>
      </w:r>
    </w:p>
    <w:p>
      <w:pPr>
        <w:spacing w:before="0" w:after="160" w:line="300" w:lineRule="auto"/>
      </w:pPr>
      <w:r>
        <w:rPr>
          <w:rFonts w:ascii="Times New Roman" w:hAnsi="Times New Roman" w:eastAsia="宋体"/>
          <w:b w:val="0"/>
          <w:i w:val="0"/>
          <w:color w:val="333333"/>
          <w:sz w:val="19"/>
        </w:rPr>
        <w:t>(A) real and equal　　(B) rational and equal　　(C) rational and unequal　　(D) irrational and unequal　　(E) imaginary</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两个数的和为 6，差的绝对值为 8。以这两个数为根的方程是：</w:t>
      </w:r>
    </w:p>
    <w:p>
      <w:pPr>
        <w:spacing w:before="0" w:after="120" w:line="300" w:lineRule="auto"/>
      </w:pPr>
      <w:r>
        <w:rPr>
          <w:rFonts w:ascii="Times New Roman" w:hAnsi="Times New Roman" w:eastAsia="宋体"/>
          <w:b w:val="0"/>
          <w:i w:val="0"/>
          <w:sz w:val="21"/>
        </w:rPr>
        <w:t>（A）x²-6x+7=0　　（B）x²-6x-7=0　　（C）x²+6x-8=0　　（D）x²-6x+8=0　　（E）x²+6x-7=0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numbers whose sum is 6 and the absolute value of whose difference is 8 are roots of the equation:</w:t>
      </w:r>
    </w:p>
    <w:p>
      <w:pPr>
        <w:spacing w:before="0" w:after="160" w:line="300" w:lineRule="auto"/>
      </w:pPr>
      <w:r>
        <w:rPr>
          <w:rFonts w:ascii="Times New Roman" w:hAnsi="Times New Roman" w:eastAsia="宋体"/>
          <w:b w:val="0"/>
          <w:i w:val="0"/>
          <w:color w:val="333333"/>
          <w:sz w:val="19"/>
        </w:rPr>
        <w:t>(A) x²-6x+7=0　　(B) x²-6x-7=0　　(C) x²+6x-8=0　　(D) x²-6x+8=0　　(E) x²+6x-7=0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使表达式 √(25-t²)+5 等于零的是：</w:t>
      </w:r>
    </w:p>
    <w:p>
      <w:pPr>
        <w:spacing w:before="0" w:after="120" w:line="300" w:lineRule="auto"/>
      </w:pPr>
      <w:r>
        <w:rPr>
          <w:rFonts w:ascii="Times New Roman" w:hAnsi="Times New Roman" w:eastAsia="宋体"/>
          <w:b w:val="0"/>
          <w:i w:val="0"/>
          <w:sz w:val="21"/>
        </w:rPr>
        <w:t>（A）不存在实数或虚数 t　　（B）仅不存在实数 t　　（C）仅不存在虚数 t　　（D）t=0　　（E）t=±5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 √(25-t²)+5 equals zero for:</w:t>
      </w:r>
    </w:p>
    <w:p>
      <w:pPr>
        <w:spacing w:before="0" w:after="160" w:line="300" w:lineRule="auto"/>
      </w:pPr>
      <w:r>
        <w:rPr>
          <w:rFonts w:ascii="Times New Roman" w:hAnsi="Times New Roman" w:eastAsia="宋体"/>
          <w:b w:val="0"/>
          <w:i w:val="0"/>
          <w:color w:val="333333"/>
          <w:sz w:val="19"/>
        </w:rPr>
        <w:t>(A) no real or imaginary values of t　　(B) no real values of t only　　(C) no imaginary values of t only　　(D) t=0　　(E) t=±5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用 c 表示直角三角形的斜边，用 A 表示其面积。斜边上的高为：</w:t>
      </w:r>
    </w:p>
    <w:p>
      <w:pPr>
        <w:spacing w:before="0" w:after="120" w:line="300" w:lineRule="auto"/>
      </w:pPr>
      <w:r>
        <w:rPr>
          <w:rFonts w:ascii="Times New Roman" w:hAnsi="Times New Roman" w:eastAsia="宋体"/>
          <w:b w:val="0"/>
          <w:i w:val="0"/>
          <w:sz w:val="21"/>
        </w:rPr>
        <w:t>（A）A/c　　（B）2A/c　　（C）A/2c　　（D）A²/c　　（E）A/c²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Represent the hypotenuse of a right triangle by c and the area by A. The altitude on the hypotenuse is:</w:t>
      </w:r>
    </w:p>
    <w:p>
      <w:pPr>
        <w:spacing w:before="0" w:after="160" w:line="300" w:lineRule="auto"/>
      </w:pPr>
      <w:r>
        <w:rPr>
          <w:rFonts w:ascii="Times New Roman" w:hAnsi="Times New Roman" w:eastAsia="宋体"/>
          <w:b w:val="0"/>
          <w:i w:val="0"/>
          <w:color w:val="333333"/>
          <w:sz w:val="19"/>
        </w:rPr>
        <w:t>(A) A/c　　(B) 2A/c　　(C) A/2c　　(D) A²/c　　(E) A/c²</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对一笔 $10,000 的订单，一名商人可在两种优惠中选择：连续打 20%、20%、10% 三次折扣，或连续打 40%、5%、5% 三次折扣。选择较优惠的一种，他可以节省：</w:t>
      </w:r>
    </w:p>
    <w:p>
      <w:pPr>
        <w:spacing w:before="0" w:after="120" w:line="300" w:lineRule="auto"/>
      </w:pPr>
      <w:r>
        <w:rPr>
          <w:rFonts w:ascii="Times New Roman" w:hAnsi="Times New Roman" w:eastAsia="宋体"/>
          <w:b w:val="0"/>
          <w:i w:val="0"/>
          <w:sz w:val="21"/>
        </w:rPr>
        <w:t>（A）一分钱也省不了　　（B）$440　　（C）$330　　（D）$345　　（E）$360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$10,000 order a merchant has a choice between three successive discounts of 20%, 20%, and 10% and three successive discounts of 40%, 5%, and 5%. By choosing the better offer, he can save:</w:t>
      </w:r>
    </w:p>
    <w:p>
      <w:pPr>
        <w:spacing w:before="0" w:after="160" w:line="300" w:lineRule="auto"/>
      </w:pPr>
      <w:r>
        <w:rPr>
          <w:rFonts w:ascii="Times New Roman" w:hAnsi="Times New Roman" w:eastAsia="宋体"/>
          <w:b w:val="0"/>
          <w:i w:val="0"/>
          <w:color w:val="333333"/>
          <w:sz w:val="19"/>
        </w:rPr>
        <w:t>(A) nothing at all　　(B) $440　　(C) $330　　(D) $345　　(E) $360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一名职员清点零用现金时，数得 q 枚二十五美分硬币、d 枚十美分硬币、n 枚五美分硬币和 c 枚一美分硬币。后来他发现，有 x 枚五美分硬币被当作二十五美分硬币，又有 x 枚十美分硬币被当作一美分硬币。要更正所得总额，他必须：</w:t>
      </w:r>
    </w:p>
    <w:p>
      <w:pPr>
        <w:spacing w:before="0" w:after="120" w:line="300" w:lineRule="auto"/>
      </w:pPr>
      <w:r>
        <w:rPr>
          <w:rFonts w:ascii="Times New Roman" w:hAnsi="Times New Roman" w:eastAsia="宋体"/>
          <w:b w:val="0"/>
          <w:i w:val="0"/>
          <w:sz w:val="21"/>
        </w:rPr>
        <w:t>（A）不作更正　　（B）减去 11¢　　（C）减去 11x¢　　（D）加上 11x¢　　（E）加上 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checking the petty cash a clerk counts q quarters, d dimes, n nickels, and c cents. Later he discovers that x of the nickels were counted as quarters and x of the dimes were counted as cents. To correct the total obtained the clerk must:</w:t>
      </w:r>
    </w:p>
    <w:p>
      <w:pPr>
        <w:spacing w:before="0" w:after="160" w:line="300" w:lineRule="auto"/>
      </w:pPr>
      <w:r>
        <w:rPr>
          <w:rFonts w:ascii="Times New Roman" w:hAnsi="Times New Roman" w:eastAsia="宋体"/>
          <w:b w:val="0"/>
          <w:i w:val="0"/>
          <w:color w:val="333333"/>
          <w:sz w:val="19"/>
        </w:rPr>
        <w:t>(A) make no correction　　(B) subtract 11¢　　(C) subtract 11x¢　　(D) add 11x¢　　(E) add x¢</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函数 4x²-12x-1：</w:t>
      </w:r>
    </w:p>
    <w:p>
      <w:pPr>
        <w:spacing w:before="0" w:after="120" w:line="300" w:lineRule="auto"/>
      </w:pPr>
      <w:r>
        <w:rPr>
          <w:rFonts w:ascii="Times New Roman" w:hAnsi="Times New Roman" w:eastAsia="宋体"/>
          <w:b w:val="0"/>
          <w:i w:val="0"/>
          <w:sz w:val="21"/>
        </w:rPr>
        <w:t>（A）总是随 x 的增大而增大　　（B）当 x 减小到 1 时总是减小　　（C）不可能等于 0　　（D）当 x 为负数时取得最大值　　（E）最小值为 -10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function 4x²-12x-1:</w:t>
      </w:r>
    </w:p>
    <w:p>
      <w:pPr>
        <w:spacing w:before="0" w:after="160" w:line="300" w:lineRule="auto"/>
      </w:pPr>
      <w:r>
        <w:rPr>
          <w:rFonts w:ascii="Times New Roman" w:hAnsi="Times New Roman" w:eastAsia="宋体"/>
          <w:b w:val="0"/>
          <w:i w:val="0"/>
          <w:color w:val="333333"/>
          <w:sz w:val="19"/>
        </w:rPr>
        <w:t>(A) always increases as x increases　　(B) always decreases as x decreases to 1　　(C) cannot equal 0　　(D) has a maximum value when x is negative　　(E) has a minimum value of -10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x⁴+2x²+9 的一个因式是：</w:t>
      </w:r>
    </w:p>
    <w:p>
      <w:pPr>
        <w:spacing w:before="0" w:after="120" w:line="300" w:lineRule="auto"/>
      </w:pPr>
      <w:r>
        <w:rPr>
          <w:rFonts w:ascii="Times New Roman" w:hAnsi="Times New Roman" w:eastAsia="宋体"/>
          <w:b w:val="0"/>
          <w:i w:val="0"/>
          <w:sz w:val="21"/>
        </w:rPr>
        <w:t>（A）x²+3　　（B）x+1　　（C）x²-3　　（D）x²-2x-3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of the factors of x⁴+2x²+9 is:</w:t>
      </w:r>
    </w:p>
    <w:p>
      <w:pPr>
        <w:spacing w:before="0" w:after="160" w:line="300" w:lineRule="auto"/>
      </w:pPr>
      <w:r>
        <w:rPr>
          <w:rFonts w:ascii="Times New Roman" w:hAnsi="Times New Roman" w:eastAsia="宋体"/>
          <w:b w:val="0"/>
          <w:i w:val="0"/>
          <w:color w:val="333333"/>
          <w:sz w:val="19"/>
        </w:rPr>
        <w:t>(A) x²+3　　(B) x+1　　(C) x²-3　　(D) x²-2x-3　　(E) none of these</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A 先生拥有一栋价值 $10,000 的房子。他以 10% 的利润将房子卖给 B 先生。B 先生又以 10% 的亏损将房子卖回给 A 先生。于是：</w:t>
      </w:r>
    </w:p>
    <w:p>
      <w:pPr>
        <w:spacing w:before="0" w:after="120" w:line="300" w:lineRule="auto"/>
      </w:pPr>
      <w:r>
        <w:rPr>
          <w:rFonts w:ascii="Times New Roman" w:hAnsi="Times New Roman" w:eastAsia="宋体"/>
          <w:b w:val="0"/>
          <w:i w:val="0"/>
          <w:sz w:val="21"/>
        </w:rPr>
        <w:t>（A）A 先生收支相抵　　（B）A 先生赚了 $100　　（C）A 先生赚了 $1,000　　（D）B 先生亏了 $100　　（E）以上都不正确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A owns a house worth $10,000. He sells it to Mr. B at 10% profit. Mr. B sells the house back to Mr. A at a 10% loss. Then:</w:t>
      </w:r>
    </w:p>
    <w:p>
      <w:pPr>
        <w:spacing w:before="0" w:after="160" w:line="300" w:lineRule="auto"/>
      </w:pPr>
      <w:r>
        <w:rPr>
          <w:rFonts w:ascii="Times New Roman" w:hAnsi="Times New Roman" w:eastAsia="宋体"/>
          <w:b w:val="0"/>
          <w:i w:val="0"/>
          <w:color w:val="333333"/>
          <w:sz w:val="19"/>
        </w:rPr>
        <w:t>(A) Mr. A comes out even　　(B) Mr. A makes $100　　(C) Mr. A makes $1,000　　(D) Mr. B loses $100　　(E) none of the above is correct</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若 r 和 s 是方程 x²-px+q=0 的根，则 r²+s² 等于：</w:t>
      </w:r>
    </w:p>
    <w:p>
      <w:pPr>
        <w:spacing w:before="0" w:after="120" w:line="300" w:lineRule="auto"/>
      </w:pPr>
      <w:r>
        <w:rPr>
          <w:rFonts w:ascii="Times New Roman" w:hAnsi="Times New Roman" w:eastAsia="宋体"/>
          <w:b w:val="0"/>
          <w:i w:val="0"/>
          <w:sz w:val="21"/>
        </w:rPr>
        <w:t>（A）p²+2q　　（B）p²-2q　　（C）p²+q²　　（D）p²-q²　　（E）p²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r and s are the roots of x²-px+q=0, then r²+s² equals:</w:t>
      </w:r>
    </w:p>
    <w:p>
      <w:pPr>
        <w:spacing w:before="0" w:after="160" w:line="300" w:lineRule="auto"/>
      </w:pPr>
      <w:r>
        <w:rPr>
          <w:rFonts w:ascii="Times New Roman" w:hAnsi="Times New Roman" w:eastAsia="宋体"/>
          <w:b w:val="0"/>
          <w:i w:val="0"/>
          <w:color w:val="333333"/>
          <w:sz w:val="19"/>
        </w:rPr>
        <w:t>(A) p²+2q　　(B) p²-2q　　(C) p²+q²　　(D) p²-q²　　(E) p²</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在同一坐标系中画出 y=ax²+bx+c 的图像，以及在此方程中用 -x 替换 x 所得方程的图像。若 b≠0 且 c≠0，则这两个图像相交于：</w:t>
      </w:r>
    </w:p>
    <w:p>
      <w:pPr>
        <w:spacing w:before="0" w:after="120" w:line="300" w:lineRule="auto"/>
      </w:pPr>
      <w:r>
        <w:rPr>
          <w:rFonts w:ascii="Times New Roman" w:hAnsi="Times New Roman" w:eastAsia="宋体"/>
          <w:b w:val="0"/>
          <w:i w:val="0"/>
          <w:sz w:val="21"/>
        </w:rPr>
        <w:t>（A）两个点，一个在 x 轴上，一个在 y 轴上　　（B）一个不在任何坐标轴上的点　　（C）仅原点　　（D）x 轴上的一个点　　（E）y 轴上的一个点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the same set of axes are drawn the graph of y=ax²+bx+c and the graph of the equation obtained by replacing x by -x in the given equation. If b≠0 and c≠0 these two graphs intersect:</w:t>
      </w:r>
    </w:p>
    <w:p>
      <w:pPr>
        <w:spacing w:before="0" w:after="160" w:line="300" w:lineRule="auto"/>
      </w:pPr>
      <w:r>
        <w:rPr>
          <w:rFonts w:ascii="Times New Roman" w:hAnsi="Times New Roman" w:eastAsia="宋体"/>
          <w:b w:val="0"/>
          <w:i w:val="0"/>
          <w:color w:val="333333"/>
          <w:sz w:val="19"/>
        </w:rPr>
        <w:t>(A) in two points, one on the x-axis and one on the</w:t>
        <w:br/>
        <w:t>y-axis　　(B) in one point located on neither axis　　(C) only at the origin　　(D) in one point on the x-axis　　(E) in one point on the y-axis</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图中，PA 与半圆 SAR 相切，PB 与半圆 RBT 相切，SRT 是一条直线；各弧如图所示。角 APB 的度数为：</w:t>
      </w:r>
    </w:p>
    <w:p>
      <w:pPr>
        <w:spacing w:before="80" w:after="80"/>
        <w:jc w:val="center"/>
      </w:pPr>
      <w:r>
        <w:drawing>
          <wp:inline xmlns:a="http://schemas.openxmlformats.org/drawingml/2006/main" xmlns:pic="http://schemas.openxmlformats.org/drawingml/2006/picture">
            <wp:extent cx="2336813" cy="898533"/>
            <wp:docPr id="1" name="Picture 1"/>
            <wp:cNvGraphicFramePr>
              <a:graphicFrameLocks noChangeAspect="1"/>
            </wp:cNvGraphicFramePr>
            <a:graphic>
              <a:graphicData uri="http://schemas.openxmlformats.org/drawingml/2006/picture">
                <pic:pic>
                  <pic:nvPicPr>
                    <pic:cNvPr id="0" name="q29-1@300dpi.png"/>
                    <pic:cNvPicPr/>
                  </pic:nvPicPr>
                  <pic:blipFill>
                    <a:blip r:embed="rId9"/>
                    <a:stretch>
                      <a:fillRect/>
                    </a:stretch>
                  </pic:blipFill>
                  <pic:spPr>
                    <a:xfrm>
                      <a:off x="0" y="0"/>
                      <a:ext cx="2336813" cy="898533"/>
                    </a:xfrm>
                    <a:prstGeom prst="rect"/>
                  </pic:spPr>
                </pic:pic>
              </a:graphicData>
            </a:graphic>
          </wp:inline>
        </w:drawing>
      </w:r>
    </w:p>
    <w:p>
      <w:pPr>
        <w:spacing w:before="0" w:after="120" w:line="300" w:lineRule="auto"/>
      </w:pPr>
      <w:r>
        <w:rPr>
          <w:rFonts w:ascii="Times New Roman" w:hAnsi="Times New Roman" w:eastAsia="宋体"/>
          <w:b w:val="0"/>
          <w:i w:val="0"/>
          <w:sz w:val="21"/>
        </w:rPr>
        <w:t>（A）1/2(a-b)　　（B）1/2(a+b)　　（C）(c-a)-(d-b)　　（D）a-b　　（E）a+b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PA is tangent to semicircle SAR; PB is tangent to semicircle RBT; SRT is a straight line; the arcs are indicated in the figure. Angle APB is measured by:</w:t>
      </w:r>
    </w:p>
    <w:p>
      <w:pPr>
        <w:spacing w:before="80" w:after="80"/>
        <w:jc w:val="center"/>
      </w:pPr>
      <w:r>
        <w:drawing>
          <wp:inline xmlns:a="http://schemas.openxmlformats.org/drawingml/2006/main" xmlns:pic="http://schemas.openxmlformats.org/drawingml/2006/picture">
            <wp:extent cx="2336813" cy="898533"/>
            <wp:docPr id="2" name="Picture 2"/>
            <wp:cNvGraphicFramePr>
              <a:graphicFrameLocks noChangeAspect="1"/>
            </wp:cNvGraphicFramePr>
            <a:graphic>
              <a:graphicData uri="http://schemas.openxmlformats.org/drawingml/2006/picture">
                <pic:pic>
                  <pic:nvPicPr>
                    <pic:cNvPr id="0" name="q29-1@300dpi.png"/>
                    <pic:cNvPicPr/>
                  </pic:nvPicPr>
                  <pic:blipFill>
                    <a:blip r:embed="rId9"/>
                    <a:stretch>
                      <a:fillRect/>
                    </a:stretch>
                  </pic:blipFill>
                  <pic:spPr>
                    <a:xfrm>
                      <a:off x="0" y="0"/>
                      <a:ext cx="2336813" cy="89853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1/2(a-b)　　(B) 1/2(a+b)　　(C) (c-a)-(d-b)　　(D) a-b　　(E) a+b</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方程 3x²-2=25、(2x-1)²=(x-1)²、√(x²-7)=√(x-1) 都满足：</w:t>
      </w:r>
    </w:p>
    <w:p>
      <w:pPr>
        <w:spacing w:before="0" w:after="120" w:line="300" w:lineRule="auto"/>
      </w:pPr>
      <w:r>
        <w:rPr>
          <w:rFonts w:ascii="Times New Roman" w:hAnsi="Times New Roman" w:eastAsia="宋体"/>
          <w:b w:val="0"/>
          <w:i w:val="0"/>
          <w:sz w:val="21"/>
        </w:rPr>
        <w:t>（A）有两个整数根　　（B）没有大于 3 的根　　（C）没有零根　　（D）只有一个根　　（E）有一个负根和一个正根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equations 3x²-2=25, (2x-1)²=(x-1)², √(x²-7)=√(x-1) has:</w:t>
      </w:r>
    </w:p>
    <w:p>
      <w:pPr>
        <w:spacing w:before="0" w:after="160" w:line="300" w:lineRule="auto"/>
      </w:pPr>
      <w:r>
        <w:rPr>
          <w:rFonts w:ascii="Times New Roman" w:hAnsi="Times New Roman" w:eastAsia="宋体"/>
          <w:b w:val="0"/>
          <w:i w:val="0"/>
          <w:color w:val="333333"/>
          <w:sz w:val="19"/>
        </w:rPr>
        <w:t>(A) two integral roots　　(B) no root greater than 3　　(C) no root zero　　(D) only one root　　(E) one negative root and one positive root</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一个边长为 2 的等边三角形被一条平行于其一边的直线分成一个三角形和一个梯形。若梯形的面积等于原三角形面积的一半，则梯形中位线的长度为：</w:t>
      </w:r>
    </w:p>
    <w:p>
      <w:pPr>
        <w:spacing w:before="0" w:after="120" w:line="300" w:lineRule="auto"/>
      </w:pPr>
      <w:r>
        <w:rPr>
          <w:rFonts w:ascii="Times New Roman" w:hAnsi="Times New Roman" w:eastAsia="宋体"/>
          <w:b w:val="0"/>
          <w:i w:val="0"/>
          <w:sz w:val="21"/>
        </w:rPr>
        <w:t>（A）(√(6))/2　　（B）√(2)　　（C）2+√(2)　　（D）(2+√(2))/2　　（E）(2√(3)-√(6))/2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equilateral triangle whose side is 2 is divided into a triangle and a trapezoid by a line drawn parallel to one of its sides. If the area of the trapezoid equals one-half of the area of the original triangle, the length of the median of the trapezoid is:</w:t>
      </w:r>
    </w:p>
    <w:p>
      <w:pPr>
        <w:spacing w:before="0" w:after="160" w:line="300" w:lineRule="auto"/>
      </w:pPr>
      <w:r>
        <w:rPr>
          <w:rFonts w:ascii="Times New Roman" w:hAnsi="Times New Roman" w:eastAsia="宋体"/>
          <w:b w:val="0"/>
          <w:i w:val="0"/>
          <w:color w:val="333333"/>
          <w:sz w:val="19"/>
        </w:rPr>
        <w:t>(A) (√(6))/2　　(B) √(2)　　(C) 2+√(2)　　(D) (2+√(2))/2　　(E) (2√(3)-√(6))/2</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若 ax²+2bx+c=0 的判别式为零，则关于 a、b 和 c 的另一个正确结论是：</w:t>
      </w:r>
    </w:p>
    <w:p>
      <w:pPr>
        <w:spacing w:before="0" w:after="120" w:line="300" w:lineRule="auto"/>
      </w:pPr>
      <w:r>
        <w:rPr>
          <w:rFonts w:ascii="Times New Roman" w:hAnsi="Times New Roman" w:eastAsia="宋体"/>
          <w:b w:val="0"/>
          <w:i w:val="0"/>
          <w:sz w:val="21"/>
        </w:rPr>
        <w:t>（A）它们构成等差数列　　（B）它们构成等比数列　　（C）它们互不相等　　（D）它们全是负数　　（E）只有 b 为负数，而 a 和 c 为正数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discriminant of ax²+2bx+c=0 is zero, then another true statement about a, b, and c is that:</w:t>
      </w:r>
    </w:p>
    <w:p>
      <w:pPr>
        <w:spacing w:before="0" w:after="160" w:line="300" w:lineRule="auto"/>
      </w:pPr>
      <w:r>
        <w:rPr>
          <w:rFonts w:ascii="Times New Roman" w:hAnsi="Times New Roman" w:eastAsia="宋体"/>
          <w:b w:val="0"/>
          <w:i w:val="0"/>
          <w:color w:val="333333"/>
          <w:sz w:val="19"/>
        </w:rPr>
        <w:t>(A) they form an arithmetic progression　　(B) they form a geometric progression　　(C) they are unequal　　(D) they are all negative numbers　　(E) only b is negative and a and c are positive</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亨利在上午 8 点至 9 点之间、钟表两针重合时出发。他在下午 2 点至 3 点之间、两针恰好相差 180° 时到达目的地。这次行程用时：</w:t>
      </w:r>
    </w:p>
    <w:p>
      <w:pPr>
        <w:spacing w:before="0" w:after="120" w:line="300" w:lineRule="auto"/>
      </w:pPr>
      <w:r>
        <w:rPr>
          <w:rFonts w:ascii="Times New Roman" w:hAnsi="Times New Roman" w:eastAsia="宋体"/>
          <w:b w:val="0"/>
          <w:i w:val="0"/>
          <w:sz w:val="21"/>
        </w:rPr>
        <w:t>（A）6 小时　　（B）6 小时 437/11 分钟　　（C）5 小时 164/11 分钟　　（D）6 小时 30 分钟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Henry starts a trip when the hands of the clock are together between 8 a.m. and 9 a.m. He arrives at his destination between 2 p.m. and 3 p.m. when the hands of the clock are exactly 180° apart. The trip takes:</w:t>
      </w:r>
    </w:p>
    <w:p>
      <w:pPr>
        <w:spacing w:before="0" w:after="160" w:line="300" w:lineRule="auto"/>
      </w:pPr>
      <w:r>
        <w:rPr>
          <w:rFonts w:ascii="Times New Roman" w:hAnsi="Times New Roman" w:eastAsia="宋体"/>
          <w:b w:val="0"/>
          <w:i w:val="0"/>
          <w:color w:val="333333"/>
          <w:sz w:val="19"/>
        </w:rPr>
        <w:t>(A) 6 hr.　　(B) 6 hr. 437/11 min.　　(C) 5 hr. 164/11 min.　　(D) 6 hr. 30 min.　　(E) none of these</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将一根直径为 6 英寸的圆柱和一根直径为 18 英寸的圆柱并放在一起，用铁丝捆住。能绕住它们的最短铁丝长度为：</w:t>
      </w:r>
    </w:p>
    <w:p>
      <w:pPr>
        <w:spacing w:before="0" w:after="120" w:line="300" w:lineRule="auto"/>
      </w:pPr>
      <w:r>
        <w:rPr>
          <w:rFonts w:ascii="Times New Roman" w:hAnsi="Times New Roman" w:eastAsia="宋体"/>
          <w:b w:val="0"/>
          <w:i w:val="0"/>
          <w:sz w:val="21"/>
        </w:rPr>
        <w:t>（A）12√(3)+16π　　（B）12√(3)+7π　　（C）12√(3)+14π　　（D）12+15π　　（E）24π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6-inch-diameter pole and an 18-inch-diameter pole are placed together and bound together with wire. The length of the shortest wire that will go around them is:</w:t>
      </w:r>
    </w:p>
    <w:p>
      <w:pPr>
        <w:spacing w:before="0" w:after="160" w:line="300" w:lineRule="auto"/>
      </w:pPr>
      <w:r>
        <w:rPr>
          <w:rFonts w:ascii="Times New Roman" w:hAnsi="Times New Roman" w:eastAsia="宋体"/>
          <w:b w:val="0"/>
          <w:i w:val="0"/>
          <w:color w:val="333333"/>
          <w:sz w:val="19"/>
        </w:rPr>
        <w:t>(A) 12√(3)+16π　　(B) 12√(3)+7π　　(C) 12√(3)+14π　　(D) 12+15π　　(E) 24π</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三个男孩约定按如下方式分一袋弹珠。第一个男孩拿走比总数一半多一颗的弹珠。第二个男孩拿走剩余弹珠的三分之一。第三个男孩发现，留给他的弹珠数是第二个男孩的两倍。原有弹珠数：</w:t>
      </w:r>
    </w:p>
    <w:p>
      <w:pPr>
        <w:spacing w:before="0" w:after="120" w:line="300" w:lineRule="auto"/>
      </w:pPr>
      <w:r>
        <w:rPr>
          <w:rFonts w:ascii="Times New Roman" w:hAnsi="Times New Roman" w:eastAsia="宋体"/>
          <w:b w:val="0"/>
          <w:i w:val="0"/>
          <w:sz w:val="21"/>
        </w:rPr>
        <w:t>（A）不属于以下任何一种情况　　（B）无法由已知数据确定　　（C）是 20 或 26　　（D）是 14 或 32　　（E）是 8 或 38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boys agree to divide a bag of marbles in the following manner. The first boy takes one more than half the marbles. The second takes a third of the number remaining. The third boy finds that he is left with twice as many marbles as the second boy. The original number of marbles:</w:t>
      </w:r>
    </w:p>
    <w:p>
      <w:pPr>
        <w:spacing w:before="0" w:after="160" w:line="300" w:lineRule="auto"/>
      </w:pPr>
      <w:r>
        <w:rPr>
          <w:rFonts w:ascii="Times New Roman" w:hAnsi="Times New Roman" w:eastAsia="宋体"/>
          <w:b w:val="0"/>
          <w:i w:val="0"/>
          <w:color w:val="333333"/>
          <w:sz w:val="19"/>
        </w:rPr>
        <w:t>(A) is none of the following　　(B) cannot be determined from the given data　　(C) is 20 or 26　　(D) is 14 or 32　　(E) is 8 or 38</w:t>
      </w:r>
    </w:p>
    <w:p>
      <w:pPr>
        <w:spacing w:before="200" w:after="80" w:line="300" w:lineRule="auto"/>
      </w:pPr>
      <w:r>
        <w:rPr>
          <w:rFonts w:ascii="Times New Roman" w:hAnsi="Times New Roman" w:eastAsia="宋体"/>
          <w:b/>
          <w:i w:val="0"/>
          <w:sz w:val="23"/>
        </w:rPr>
        <w:t>第 36 题</w:t>
      </w:r>
    </w:p>
    <w:p>
      <w:pPr>
        <w:spacing w:before="0" w:after="80" w:line="300" w:lineRule="auto"/>
        <w:jc w:val="left"/>
      </w:pPr>
      <w:r>
        <w:rPr>
          <w:rFonts w:ascii="Times New Roman" w:hAnsi="Times New Roman" w:eastAsia="宋体"/>
          <w:b w:val="0"/>
          <w:i w:val="0"/>
          <w:sz w:val="21"/>
        </w:rPr>
        <w:t>一个水平放置的圆柱形油罐，内部长 10 英尺，内径为 6 英尺。若油面的矩形面积为 40 平方英尺，则油的深度为：</w:t>
      </w:r>
    </w:p>
    <w:p>
      <w:pPr>
        <w:spacing w:before="0" w:after="120" w:line="300" w:lineRule="auto"/>
      </w:pPr>
      <w:r>
        <w:rPr>
          <w:rFonts w:ascii="Times New Roman" w:hAnsi="Times New Roman" w:eastAsia="宋体"/>
          <w:b w:val="0"/>
          <w:i w:val="0"/>
          <w:sz w:val="21"/>
        </w:rPr>
        <w:t>（A）√(5)　　（B）2√(5)　　（C）3-√(5)　　（D）3+√(5)　　（E）3-√(5) 或 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cylindrical oil tank, lying horizontally, has an interior length of 10 feet and an interior diameter of 6 feet. If the rectangular surface of the oil has an area of 40 square feet, the depth of the oil is:</w:t>
      </w:r>
    </w:p>
    <w:p>
      <w:pPr>
        <w:spacing w:before="0" w:after="160" w:line="300" w:lineRule="auto"/>
      </w:pPr>
      <w:r>
        <w:rPr>
          <w:rFonts w:ascii="Times New Roman" w:hAnsi="Times New Roman" w:eastAsia="宋体"/>
          <w:b w:val="0"/>
          <w:i w:val="0"/>
          <w:color w:val="333333"/>
          <w:sz w:val="19"/>
        </w:rPr>
        <w:t>(A) √(5)　　(B) 2√(5)　　(C) 3-√(5)　　(D) 3+√(5)　　(E) either 3-√(5) or 3+√(5)</w:t>
      </w:r>
    </w:p>
    <w:p>
      <w:pPr>
        <w:spacing w:before="200" w:after="80" w:line="300" w:lineRule="auto"/>
      </w:pPr>
      <w:r>
        <w:rPr>
          <w:rFonts w:ascii="Times New Roman" w:hAnsi="Times New Roman" w:eastAsia="宋体"/>
          <w:b/>
          <w:i w:val="0"/>
          <w:sz w:val="23"/>
        </w:rPr>
        <w:t>第 37 题</w:t>
      </w:r>
    </w:p>
    <w:p>
      <w:pPr>
        <w:spacing w:before="0" w:after="80" w:line="300" w:lineRule="auto"/>
        <w:jc w:val="left"/>
      </w:pPr>
      <w:r>
        <w:rPr>
          <w:rFonts w:ascii="Times New Roman" w:hAnsi="Times New Roman" w:eastAsia="宋体"/>
          <w:b w:val="0"/>
          <w:i w:val="0"/>
          <w:sz w:val="21"/>
        </w:rPr>
        <w:t>一个三位数从左到右的数字为 h、t 和 u，其中 h&gt;u。用原数减去各位数字倒序所得的数，差的个位数字为 4。从右到左接下来的两个数字是：</w:t>
      </w:r>
    </w:p>
    <w:p>
      <w:pPr>
        <w:spacing w:before="0" w:after="120" w:line="300" w:lineRule="auto"/>
      </w:pPr>
      <w:r>
        <w:rPr>
          <w:rFonts w:ascii="Times New Roman" w:hAnsi="Times New Roman" w:eastAsia="宋体"/>
          <w:b w:val="0"/>
          <w:i w:val="0"/>
          <w:sz w:val="21"/>
        </w:rPr>
        <w:t>（A）5 和 9　　（B）9 和 5　　（C）无法确定　　（D）5 和 4　　（E）4 和 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three-digit number has, from left to right, the digits h, t, and u with h&gt;u. When the number with the digits reversed is subtracted from the original number, the units’ digit in the difference is 4. The next two digits, from right to left, are:</w:t>
      </w:r>
    </w:p>
    <w:p>
      <w:pPr>
        <w:spacing w:before="0" w:after="160" w:line="300" w:lineRule="auto"/>
      </w:pPr>
      <w:r>
        <w:rPr>
          <w:rFonts w:ascii="Times New Roman" w:hAnsi="Times New Roman" w:eastAsia="宋体"/>
          <w:b w:val="0"/>
          <w:i w:val="0"/>
          <w:color w:val="333333"/>
          <w:sz w:val="19"/>
        </w:rPr>
        <w:t>(A) 5 and 9　　(B) 9 and 5　　(C) impossible to tell　　(D) 5 and 4　　(E) 4 and 5</w:t>
      </w:r>
    </w:p>
    <w:p>
      <w:pPr>
        <w:spacing w:before="200" w:after="80" w:line="300" w:lineRule="auto"/>
      </w:pPr>
      <w:r>
        <w:rPr>
          <w:rFonts w:ascii="Times New Roman" w:hAnsi="Times New Roman" w:eastAsia="宋体"/>
          <w:b/>
          <w:i w:val="0"/>
          <w:sz w:val="23"/>
        </w:rPr>
        <w:t>第 38 题</w:t>
      </w:r>
    </w:p>
    <w:p>
      <w:pPr>
        <w:spacing w:before="0" w:after="80" w:line="300" w:lineRule="auto"/>
        <w:jc w:val="left"/>
      </w:pPr>
      <w:r>
        <w:rPr>
          <w:rFonts w:ascii="Times New Roman" w:hAnsi="Times New Roman" w:eastAsia="宋体"/>
          <w:b w:val="0"/>
          <w:i w:val="0"/>
          <w:sz w:val="21"/>
        </w:rPr>
        <w:t>给定四个正整数。任取其中三个，求它们的算术平均数，再把结果加到第四个整数上。这样得到 29、23、21 和 17。原来的一个整数是：</w:t>
      </w:r>
    </w:p>
    <w:p>
      <w:pPr>
        <w:spacing w:before="0" w:after="120" w:line="300" w:lineRule="auto"/>
      </w:pPr>
      <w:r>
        <w:rPr>
          <w:rFonts w:ascii="Times New Roman" w:hAnsi="Times New Roman" w:eastAsia="宋体"/>
          <w:b w:val="0"/>
          <w:i w:val="0"/>
          <w:sz w:val="21"/>
        </w:rPr>
        <w:t>（A）19　　（B）21　　（C）23　　（D）29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positive integers are given. Select any three of these integers, find their arithmetic average, and add this result to the fourth integer. Thus the numbers 29, 23, 21 and 17 are obtained. One of the original integers is:</w:t>
      </w:r>
    </w:p>
    <w:p>
      <w:pPr>
        <w:spacing w:before="0" w:after="160" w:line="300" w:lineRule="auto"/>
      </w:pPr>
      <w:r>
        <w:rPr>
          <w:rFonts w:ascii="Times New Roman" w:hAnsi="Times New Roman" w:eastAsia="宋体"/>
          <w:b w:val="0"/>
          <w:i w:val="0"/>
          <w:color w:val="333333"/>
          <w:sz w:val="19"/>
        </w:rPr>
        <w:t>(A) 19　　(B) 21　　(C) 23　　(D) 29　　(E) 17</w:t>
      </w:r>
    </w:p>
    <w:p>
      <w:pPr>
        <w:spacing w:before="200" w:after="80" w:line="300" w:lineRule="auto"/>
      </w:pPr>
      <w:r>
        <w:rPr>
          <w:rFonts w:ascii="Times New Roman" w:hAnsi="Times New Roman" w:eastAsia="宋体"/>
          <w:b/>
          <w:i w:val="0"/>
          <w:sz w:val="23"/>
        </w:rPr>
        <w:t>第 39 题</w:t>
      </w:r>
    </w:p>
    <w:p>
      <w:pPr>
        <w:spacing w:before="0" w:after="80" w:line="300" w:lineRule="auto"/>
        <w:jc w:val="left"/>
      </w:pPr>
      <w:r>
        <w:rPr>
          <w:rFonts w:ascii="Times New Roman" w:hAnsi="Times New Roman" w:eastAsia="宋体"/>
          <w:b w:val="0"/>
          <w:i w:val="0"/>
          <w:sz w:val="21"/>
        </w:rPr>
        <w:t>若 y=x²+px+q，且 y 的最小可能值为零，则 q 等于：</w:t>
      </w:r>
    </w:p>
    <w:p>
      <w:pPr>
        <w:spacing w:before="0" w:after="120" w:line="300" w:lineRule="auto"/>
      </w:pPr>
      <w:r>
        <w:rPr>
          <w:rFonts w:ascii="Times New Roman" w:hAnsi="Times New Roman" w:eastAsia="宋体"/>
          <w:b w:val="0"/>
          <w:i w:val="0"/>
          <w:sz w:val="21"/>
        </w:rPr>
        <w:t>（A）0　　（B）p²/4　　（C）p/2　　（D）-p/2　　（E）p²/4-q</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y=x²+px+q, then if the least possible value of y is zero, q is equal to:</w:t>
      </w:r>
    </w:p>
    <w:p>
      <w:pPr>
        <w:spacing w:before="0" w:after="160" w:line="300" w:lineRule="auto"/>
      </w:pPr>
      <w:r>
        <w:rPr>
          <w:rFonts w:ascii="Times New Roman" w:hAnsi="Times New Roman" w:eastAsia="宋体"/>
          <w:b w:val="0"/>
          <w:i w:val="0"/>
          <w:color w:val="333333"/>
          <w:sz w:val="19"/>
        </w:rPr>
        <w:t>(A) 0　　(B) p²/4　　(C) p/2　　(D) -p/2　　(E) p²/4-q</w:t>
      </w:r>
    </w:p>
    <w:p>
      <w:pPr>
        <w:spacing w:before="200" w:after="80" w:line="300" w:lineRule="auto"/>
      </w:pPr>
      <w:r>
        <w:rPr>
          <w:rFonts w:ascii="Times New Roman" w:hAnsi="Times New Roman" w:eastAsia="宋体"/>
          <w:b/>
          <w:i w:val="0"/>
          <w:sz w:val="23"/>
        </w:rPr>
        <w:t>第 40 题</w:t>
      </w:r>
    </w:p>
    <w:p>
      <w:pPr>
        <w:spacing w:before="0" w:after="80" w:line="300" w:lineRule="auto"/>
        <w:jc w:val="left"/>
      </w:pPr>
      <w:r>
        <w:rPr>
          <w:rFonts w:ascii="Times New Roman" w:hAnsi="Times New Roman" w:eastAsia="宋体"/>
          <w:b w:val="0"/>
          <w:i w:val="0"/>
          <w:sz w:val="21"/>
        </w:rPr>
        <w:t>若 b≠ d，在下列哪种情况下，分式 ax+b/cx+d 与 b/d 不相等？</w:t>
      </w:r>
    </w:p>
    <w:p>
      <w:pPr>
        <w:spacing w:before="0" w:after="120" w:line="300" w:lineRule="auto"/>
      </w:pPr>
      <w:r>
        <w:rPr>
          <w:rFonts w:ascii="Times New Roman" w:hAnsi="Times New Roman" w:eastAsia="宋体"/>
          <w:b w:val="0"/>
          <w:i w:val="0"/>
          <w:sz w:val="21"/>
        </w:rPr>
        <w:t>（A）a=c=1 且 x≠0　　（B）a=b=0　　（C）a=c=0　　（D）x=0　　（E）ad=bc</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b≠ d, the fractions ax+b/cx+d and b/d are unequal if:</w:t>
      </w:r>
    </w:p>
    <w:p>
      <w:pPr>
        <w:spacing w:before="0" w:after="160" w:line="300" w:lineRule="auto"/>
      </w:pPr>
      <w:r>
        <w:rPr>
          <w:rFonts w:ascii="Times New Roman" w:hAnsi="Times New Roman" w:eastAsia="宋体"/>
          <w:b w:val="0"/>
          <w:i w:val="0"/>
          <w:color w:val="333333"/>
          <w:sz w:val="19"/>
        </w:rPr>
        <w:t>(A) a=c=1 and x≠0　　(B) a=b=0　　(C) a=c=0　　(D) x=0　　(E) ad=bc</w:t>
      </w:r>
    </w:p>
    <w:p>
      <w:pPr>
        <w:spacing w:before="200" w:after="80" w:line="300" w:lineRule="auto"/>
      </w:pPr>
      <w:r>
        <w:rPr>
          <w:rFonts w:ascii="Times New Roman" w:hAnsi="Times New Roman" w:eastAsia="宋体"/>
          <w:b/>
          <w:i w:val="0"/>
          <w:sz w:val="23"/>
        </w:rPr>
        <w:t>第 41 题</w:t>
      </w:r>
    </w:p>
    <w:p>
      <w:pPr>
        <w:spacing w:before="0" w:after="80" w:line="300" w:lineRule="auto"/>
        <w:jc w:val="left"/>
      </w:pPr>
      <w:r>
        <w:rPr>
          <w:rFonts w:ascii="Times New Roman" w:hAnsi="Times New Roman" w:eastAsia="宋体"/>
          <w:b w:val="0"/>
          <w:i w:val="0"/>
          <w:sz w:val="21"/>
        </w:rPr>
        <w:t>一列从 A 镇开往 B 镇的火车行驶 1 小时后发生事故。火车停驶 1/2 小时，随后以通常速度的五分之四继续行驶，晚 2 小时到达 B 镇。若火车在事故发生前多行驶 80 英里，就只会晚 1 小时。火车通常的速度为：</w:t>
      </w:r>
    </w:p>
    <w:p>
      <w:pPr>
        <w:spacing w:before="0" w:after="120" w:line="300" w:lineRule="auto"/>
      </w:pPr>
      <w:r>
        <w:rPr>
          <w:rFonts w:ascii="Times New Roman" w:hAnsi="Times New Roman" w:eastAsia="宋体"/>
          <w:b w:val="0"/>
          <w:i w:val="0"/>
          <w:sz w:val="21"/>
        </w:rPr>
        <w:t>（A）20 英里/小时　　（B）30 英里/小时　　（C）40 英里/小时　　（D）50 英里/小时　　（E）60 英里/小时</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train traveling from Aytown to Beetown meets with an accident after 1 hr. It is stopped for 1/2 hr., after which it proceeds at four-fifths of its usual rate, arriving at Beetown 2 hr. late. If the train had covered 80 miles more before the accident, it would have been just 1 hr. late. The usual rate of the train is:</w:t>
      </w:r>
    </w:p>
    <w:p>
      <w:pPr>
        <w:spacing w:before="0" w:after="160" w:line="300" w:lineRule="auto"/>
      </w:pPr>
      <w:r>
        <w:rPr>
          <w:rFonts w:ascii="Times New Roman" w:hAnsi="Times New Roman" w:eastAsia="宋体"/>
          <w:b w:val="0"/>
          <w:i w:val="0"/>
          <w:color w:val="333333"/>
          <w:sz w:val="19"/>
        </w:rPr>
        <w:t>(A) 20 mph　　(B) 30 mph　　(C) 40 mph　　(D) 50 mph　　(E) 60 mph</w:t>
      </w:r>
    </w:p>
    <w:p>
      <w:pPr>
        <w:spacing w:before="200" w:after="80" w:line="300" w:lineRule="auto"/>
      </w:pPr>
      <w:r>
        <w:rPr>
          <w:rFonts w:ascii="Times New Roman" w:hAnsi="Times New Roman" w:eastAsia="宋体"/>
          <w:b/>
          <w:i w:val="0"/>
          <w:sz w:val="23"/>
        </w:rPr>
        <w:t>第 42 题</w:t>
      </w:r>
    </w:p>
    <w:p>
      <w:pPr>
        <w:spacing w:before="0" w:after="80" w:line="300" w:lineRule="auto"/>
        <w:jc w:val="left"/>
      </w:pPr>
      <w:r>
        <w:rPr>
          <w:rFonts w:ascii="Times New Roman" w:hAnsi="Times New Roman" w:eastAsia="宋体"/>
          <w:b w:val="0"/>
          <w:i w:val="0"/>
          <w:sz w:val="21"/>
        </w:rPr>
        <w:t>若 a、b 和 c 均为正整数，则根式 √(a+b/c) 与 a√(b/c) 相等的充要条件是：</w:t>
      </w:r>
    </w:p>
    <w:p>
      <w:pPr>
        <w:spacing w:before="0" w:after="120" w:line="300" w:lineRule="auto"/>
      </w:pPr>
      <w:r>
        <w:rPr>
          <w:rFonts w:ascii="Times New Roman" w:hAnsi="Times New Roman" w:eastAsia="宋体"/>
          <w:b w:val="0"/>
          <w:i w:val="0"/>
          <w:sz w:val="21"/>
        </w:rPr>
        <w:t>（A）a=b=c=1　　（B）a=b 且 c=a=1　　（C）c=(b(a²-1))/a　　（D）a=b 且 c 可取任意值　　（E）a=b 且 c=a-1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b, and c are positive integers, the radicals √(a+b/c) and a√(b/c) are equal when and only when:</w:t>
      </w:r>
    </w:p>
    <w:p>
      <w:pPr>
        <w:spacing w:before="0" w:after="160" w:line="300" w:lineRule="auto"/>
      </w:pPr>
      <w:r>
        <w:rPr>
          <w:rFonts w:ascii="Times New Roman" w:hAnsi="Times New Roman" w:eastAsia="宋体"/>
          <w:b w:val="0"/>
          <w:i w:val="0"/>
          <w:color w:val="333333"/>
          <w:sz w:val="19"/>
        </w:rPr>
        <w:t>(A) a=b=c=1　　(B) a=b and c=a=1　　(C) c=(b(a²-1))/a　　(D) a=b and c is any value　　(E) a=b and c=a-1</w:t>
      </w:r>
    </w:p>
    <w:p>
      <w:pPr>
        <w:spacing w:before="200" w:after="80" w:line="300" w:lineRule="auto"/>
      </w:pPr>
      <w:r>
        <w:rPr>
          <w:rFonts w:ascii="Times New Roman" w:hAnsi="Times New Roman" w:eastAsia="宋体"/>
          <w:b/>
          <w:i w:val="0"/>
          <w:sz w:val="23"/>
        </w:rPr>
        <w:t>第 43 题</w:t>
      </w:r>
    </w:p>
    <w:p>
      <w:pPr>
        <w:spacing w:before="0" w:after="80" w:line="300" w:lineRule="auto"/>
        <w:jc w:val="left"/>
      </w:pPr>
      <w:r>
        <w:rPr>
          <w:rFonts w:ascii="Times New Roman" w:hAnsi="Times New Roman" w:eastAsia="宋体"/>
          <w:b w:val="0"/>
          <w:i w:val="0"/>
          <w:sz w:val="21"/>
        </w:rPr>
        <w:t>方程 y=(x+1)² 与 xy+y=1 的公共解中，x 与 y 的取值对共有：</w:t>
      </w:r>
    </w:p>
    <w:p>
      <w:pPr>
        <w:spacing w:before="0" w:after="120" w:line="300" w:lineRule="auto"/>
      </w:pPr>
      <w:r>
        <w:rPr>
          <w:rFonts w:ascii="Times New Roman" w:hAnsi="Times New Roman" w:eastAsia="宋体"/>
          <w:b w:val="0"/>
          <w:i w:val="0"/>
          <w:sz w:val="21"/>
        </w:rPr>
        <w:t>（A）3 对实数解　　（B）4 对实数解　　（C）4 对虚数解　　（D）2 对实数解和 2 对虚数解　　（E）1 对实数解和 2 对虚数解</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pairs of values of x and y that are the common solutions of the equations y=(x+1)² and xy+y=1 are:</w:t>
      </w:r>
    </w:p>
    <w:p>
      <w:pPr>
        <w:spacing w:before="0" w:after="160" w:line="300" w:lineRule="auto"/>
      </w:pPr>
      <w:r>
        <w:rPr>
          <w:rFonts w:ascii="Times New Roman" w:hAnsi="Times New Roman" w:eastAsia="宋体"/>
          <w:b w:val="0"/>
          <w:i w:val="0"/>
          <w:color w:val="333333"/>
          <w:sz w:val="19"/>
        </w:rPr>
        <w:t>(A) 3 real pairs　　(B) 4 real pairs　　(C) 4 imaginary pairs　　(D) 2 real and 2 imaginary pairs　　(E) 1 real and 2 imaginary pairs</w:t>
      </w:r>
    </w:p>
    <w:p>
      <w:pPr>
        <w:spacing w:before="200" w:after="80" w:line="300" w:lineRule="auto"/>
      </w:pPr>
      <w:r>
        <w:rPr>
          <w:rFonts w:ascii="Times New Roman" w:hAnsi="Times New Roman" w:eastAsia="宋体"/>
          <w:b/>
          <w:i w:val="0"/>
          <w:sz w:val="23"/>
        </w:rPr>
        <w:t>第 44 题</w:t>
      </w:r>
    </w:p>
    <w:p>
      <w:pPr>
        <w:spacing w:before="0" w:after="80" w:line="300" w:lineRule="auto"/>
        <w:jc w:val="left"/>
      </w:pPr>
      <w:r>
        <w:rPr>
          <w:rFonts w:ascii="Times New Roman" w:hAnsi="Times New Roman" w:eastAsia="宋体"/>
          <w:b w:val="0"/>
          <w:i w:val="0"/>
          <w:sz w:val="21"/>
        </w:rPr>
        <w:t>在圆 O 中，延长弦 AB，使 BC 等于圆的半径。连接 CO 并延长至 D。连接 AO。下列哪一项表示角 x 与 y 的关系？</w:t>
      </w:r>
    </w:p>
    <w:p>
      <w:pPr>
        <w:spacing w:before="80" w:after="80"/>
        <w:jc w:val="center"/>
      </w:pPr>
      <w:r>
        <w:drawing>
          <wp:inline xmlns:a="http://schemas.openxmlformats.org/drawingml/2006/main" xmlns:pic="http://schemas.openxmlformats.org/drawingml/2006/picture">
            <wp:extent cx="1993873" cy="1139741"/>
            <wp:docPr id="3" name="Picture 3"/>
            <wp:cNvGraphicFramePr>
              <a:graphicFrameLocks noChangeAspect="1"/>
            </wp:cNvGraphicFramePr>
            <a:graphic>
              <a:graphicData uri="http://schemas.openxmlformats.org/drawingml/2006/picture">
                <pic:pic>
                  <pic:nvPicPr>
                    <pic:cNvPr id="0" name="q44-1@300dpi.png"/>
                    <pic:cNvPicPr/>
                  </pic:nvPicPr>
                  <pic:blipFill>
                    <a:blip r:embed="rId10"/>
                    <a:stretch>
                      <a:fillRect/>
                    </a:stretch>
                  </pic:blipFill>
                  <pic:spPr>
                    <a:xfrm>
                      <a:off x="0" y="0"/>
                      <a:ext cx="1993873" cy="1139741"/>
                    </a:xfrm>
                    <a:prstGeom prst="rect"/>
                  </pic:spPr>
                </pic:pic>
              </a:graphicData>
            </a:graphic>
          </wp:inline>
        </w:drawing>
      </w:r>
    </w:p>
    <w:p>
      <w:pPr>
        <w:spacing w:before="0" w:after="120" w:line="300" w:lineRule="auto"/>
      </w:pPr>
      <w:r>
        <w:rPr>
          <w:rFonts w:ascii="Times New Roman" w:hAnsi="Times New Roman" w:eastAsia="宋体"/>
          <w:b w:val="0"/>
          <w:i w:val="0"/>
          <w:sz w:val="21"/>
        </w:rPr>
        <w:t>（A）x=3y　　（B）x=2y　　（C）x=60°　　（D）x 与 y 之间没有特殊关系　　（E）x=2y 或 x=3y，取决于 AB 的长度</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circle O chord AB is produced so that BC equals a radius of the circle. CO is drawn and extended to D. AO is drawn. Which of the following expresses the relationship between angles x and y?</w:t>
      </w:r>
    </w:p>
    <w:p>
      <w:pPr>
        <w:spacing w:before="80" w:after="80"/>
        <w:jc w:val="center"/>
      </w:pPr>
      <w:r>
        <w:drawing>
          <wp:inline xmlns:a="http://schemas.openxmlformats.org/drawingml/2006/main" xmlns:pic="http://schemas.openxmlformats.org/drawingml/2006/picture">
            <wp:extent cx="1993873" cy="1139741"/>
            <wp:docPr id="4" name="Picture 4"/>
            <wp:cNvGraphicFramePr>
              <a:graphicFrameLocks noChangeAspect="1"/>
            </wp:cNvGraphicFramePr>
            <a:graphic>
              <a:graphicData uri="http://schemas.openxmlformats.org/drawingml/2006/picture">
                <pic:pic>
                  <pic:nvPicPr>
                    <pic:cNvPr id="0" name="q44-1@300dpi.png"/>
                    <pic:cNvPicPr/>
                  </pic:nvPicPr>
                  <pic:blipFill>
                    <a:blip r:embed="rId10"/>
                    <a:stretch>
                      <a:fillRect/>
                    </a:stretch>
                  </pic:blipFill>
                  <pic:spPr>
                    <a:xfrm>
                      <a:off x="0" y="0"/>
                      <a:ext cx="1993873" cy="113974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x=3y　　(B) x=2y　　(C) x=60°　　(D) there is no special relationship between x and y　　(E) x=2y or x=3y, depending upon the length of</w:t>
        <w:br/>
        <w:t>AB</w:t>
      </w:r>
    </w:p>
    <w:p>
      <w:pPr>
        <w:spacing w:before="200" w:after="80" w:line="300" w:lineRule="auto"/>
      </w:pPr>
      <w:r>
        <w:rPr>
          <w:rFonts w:ascii="Times New Roman" w:hAnsi="Times New Roman" w:eastAsia="宋体"/>
          <w:b/>
          <w:i w:val="0"/>
          <w:sz w:val="23"/>
        </w:rPr>
        <w:t>第 45 题</w:t>
      </w:r>
    </w:p>
    <w:p>
      <w:pPr>
        <w:spacing w:before="0" w:after="80" w:line="300" w:lineRule="auto"/>
        <w:jc w:val="left"/>
      </w:pPr>
      <w:r>
        <w:rPr>
          <w:rFonts w:ascii="Times New Roman" w:hAnsi="Times New Roman" w:eastAsia="宋体"/>
          <w:b w:val="0"/>
          <w:i w:val="0"/>
          <w:sz w:val="21"/>
        </w:rPr>
        <w:t>给定一个首项 ≠0 且 r≠0 的等比数列，以及一个首项 =0 的等差数列。将这两个数列的对应项相加，得到第三个数列 1、1、2、…。第三个数列前十项的和为：</w:t>
      </w:r>
    </w:p>
    <w:p>
      <w:pPr>
        <w:spacing w:before="0" w:after="120" w:line="300" w:lineRule="auto"/>
      </w:pPr>
      <w:r>
        <w:rPr>
          <w:rFonts w:ascii="Times New Roman" w:hAnsi="Times New Roman" w:eastAsia="宋体"/>
          <w:b w:val="0"/>
          <w:i w:val="0"/>
          <w:sz w:val="21"/>
        </w:rPr>
        <w:t>（A）978　　（B）557　　（C）467　　（D）1068　　（E）无法由已知信息确定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a geometric sequence with the first term ≠0 and r≠0 and an arithmetic sequence with the first term =0. A third sequence 1, 1, 2, … is formed by adding corresponding terms of the two given sequences. The sum of the first ten terms of the third sequence is:</w:t>
      </w:r>
    </w:p>
    <w:p>
      <w:pPr>
        <w:spacing w:before="0" w:after="160" w:line="300" w:lineRule="auto"/>
      </w:pPr>
      <w:r>
        <w:rPr>
          <w:rFonts w:ascii="Times New Roman" w:hAnsi="Times New Roman" w:eastAsia="宋体"/>
          <w:b w:val="0"/>
          <w:i w:val="0"/>
          <w:color w:val="333333"/>
          <w:sz w:val="19"/>
        </w:rPr>
        <w:t>(A) 978　　(B) 557　　(C) 467　　(D) 1068　　(E) not possible to determine from the information given</w:t>
      </w:r>
    </w:p>
    <w:p>
      <w:pPr>
        <w:spacing w:before="200" w:after="80" w:line="300" w:lineRule="auto"/>
      </w:pPr>
      <w:r>
        <w:rPr>
          <w:rFonts w:ascii="Times New Roman" w:hAnsi="Times New Roman" w:eastAsia="宋体"/>
          <w:b/>
          <w:i w:val="0"/>
          <w:sz w:val="23"/>
        </w:rPr>
        <w:t>第 46 题</w:t>
      </w:r>
    </w:p>
    <w:p>
      <w:pPr>
        <w:spacing w:before="0" w:after="80" w:line="300" w:lineRule="auto"/>
        <w:jc w:val="left"/>
      </w:pPr>
      <w:r>
        <w:rPr>
          <w:rFonts w:ascii="Times New Roman" w:hAnsi="Times New Roman" w:eastAsia="宋体"/>
          <w:b w:val="0"/>
          <w:i w:val="0"/>
          <w:sz w:val="21"/>
        </w:rPr>
        <w:t>图像 2x+3y-6=0、4x-3y-6=0、x=2 和 y=2/3 相交于：</w:t>
      </w:r>
    </w:p>
    <w:p>
      <w:pPr>
        <w:spacing w:before="0" w:after="120" w:line="300" w:lineRule="auto"/>
      </w:pPr>
      <w:r>
        <w:rPr>
          <w:rFonts w:ascii="Times New Roman" w:hAnsi="Times New Roman" w:eastAsia="宋体"/>
          <w:b w:val="0"/>
          <w:i w:val="0"/>
          <w:sz w:val="21"/>
        </w:rPr>
        <w:t>（A）6 个点　　（B）1 个点　　（C）2 个点　　（D）没有交点　　（E）无穷多个点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graphs of 2x+3y-6=0, 4x-3y-6=0, x=2, and y=2/3 intersect in:</w:t>
      </w:r>
    </w:p>
    <w:p>
      <w:pPr>
        <w:spacing w:before="0" w:after="160" w:line="300" w:lineRule="auto"/>
      </w:pPr>
      <w:r>
        <w:rPr>
          <w:rFonts w:ascii="Times New Roman" w:hAnsi="Times New Roman" w:eastAsia="宋体"/>
          <w:b w:val="0"/>
          <w:i w:val="0"/>
          <w:color w:val="333333"/>
          <w:sz w:val="19"/>
        </w:rPr>
        <w:t>(A) 6 points　　(B) 1 point　　(C) 2 points　　(D) no points　　(E) an unlimited number of points</w:t>
      </w:r>
    </w:p>
    <w:p>
      <w:pPr>
        <w:spacing w:before="200" w:after="80" w:line="300" w:lineRule="auto"/>
      </w:pPr>
      <w:r>
        <w:rPr>
          <w:rFonts w:ascii="Times New Roman" w:hAnsi="Times New Roman" w:eastAsia="宋体"/>
          <w:b/>
          <w:i w:val="0"/>
          <w:sz w:val="23"/>
        </w:rPr>
        <w:t>第 47 题</w:t>
      </w:r>
    </w:p>
    <w:p>
      <w:pPr>
        <w:spacing w:before="0" w:after="80" w:line="300" w:lineRule="auto"/>
        <w:jc w:val="left"/>
      </w:pPr>
      <w:r>
        <w:rPr>
          <w:rFonts w:ascii="Times New Roman" w:hAnsi="Times New Roman" w:eastAsia="宋体"/>
          <w:b w:val="0"/>
          <w:i w:val="0"/>
          <w:sz w:val="21"/>
        </w:rPr>
        <w:t>表达式 a+bc 与 (a+b)(a+c)：</w:t>
      </w:r>
    </w:p>
    <w:p>
      <w:pPr>
        <w:spacing w:before="0" w:after="120" w:line="300" w:lineRule="auto"/>
      </w:pPr>
      <w:r>
        <w:rPr>
          <w:rFonts w:ascii="Times New Roman" w:hAnsi="Times New Roman" w:eastAsia="宋体"/>
          <w:b w:val="0"/>
          <w:i w:val="0"/>
          <w:sz w:val="21"/>
        </w:rPr>
        <w:t>（A）总是相等　　（B）从不相等　　（C）当 a+b+c=1 时相等　　（D）当 a+b+c=0 时相等　　（E）仅当 a=b=c=0 时相等</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expressions a+bc and (a+b)(a+c) are:</w:t>
      </w:r>
    </w:p>
    <w:p>
      <w:pPr>
        <w:spacing w:before="0" w:after="160" w:line="300" w:lineRule="auto"/>
      </w:pPr>
      <w:r>
        <w:rPr>
          <w:rFonts w:ascii="Times New Roman" w:hAnsi="Times New Roman" w:eastAsia="宋体"/>
          <w:b w:val="0"/>
          <w:i w:val="0"/>
          <w:color w:val="333333"/>
          <w:sz w:val="19"/>
        </w:rPr>
        <w:t>(A) always equal　　(B) never equal　　(C) equal when a+b+c=1　　(D) equal when a+b+c=0　　(E) equal only when a=b=c=0</w:t>
      </w:r>
    </w:p>
    <w:p>
      <w:pPr>
        <w:spacing w:before="200" w:after="80" w:line="300" w:lineRule="auto"/>
      </w:pPr>
      <w:r>
        <w:rPr>
          <w:rFonts w:ascii="Times New Roman" w:hAnsi="Times New Roman" w:eastAsia="宋体"/>
          <w:b/>
          <w:i w:val="0"/>
          <w:sz w:val="23"/>
        </w:rPr>
        <w:t>第 48 题</w:t>
      </w:r>
    </w:p>
    <w:p>
      <w:pPr>
        <w:spacing w:before="0" w:after="80" w:line="300" w:lineRule="auto"/>
        <w:jc w:val="left"/>
      </w:pPr>
      <w:r>
        <w:rPr>
          <w:rFonts w:ascii="Times New Roman" w:hAnsi="Times New Roman" w:eastAsia="宋体"/>
          <w:b w:val="0"/>
          <w:i w:val="0"/>
          <w:sz w:val="21"/>
        </w:rPr>
        <w:t>给定三角形 ABC，其中 AE、BF、CD 为中线；FH 与 AE 平行且等长；连接 BH 和 HE；延长 FE，与 BH 交于 G。下列哪一项不一定正确？</w:t>
      </w:r>
    </w:p>
    <w:p>
      <w:pPr>
        <w:spacing w:before="0" w:after="120" w:line="300" w:lineRule="auto"/>
      </w:pPr>
      <w:r>
        <w:rPr>
          <w:rFonts w:ascii="Times New Roman" w:hAnsi="Times New Roman" w:eastAsia="宋体"/>
          <w:b w:val="0"/>
          <w:i w:val="0"/>
          <w:sz w:val="21"/>
        </w:rPr>
        <w:t>（A）AEHF 是平行四边形　　（B）HE=HG　　（C）BH=DC　　（D）FG=3/4AB　　（E）FG 是三角形 BFH 的中线</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triangle ABC with medians AE, BF, CD; FH parallel and equal in length to AE; BH and HE are drawn; FE extended meets BH in G. Which one of the following statements is not necessarily correct?</w:t>
      </w:r>
    </w:p>
    <w:p>
      <w:pPr>
        <w:spacing w:before="0" w:after="160" w:line="300" w:lineRule="auto"/>
      </w:pPr>
      <w:r>
        <w:rPr>
          <w:rFonts w:ascii="Times New Roman" w:hAnsi="Times New Roman" w:eastAsia="宋体"/>
          <w:b w:val="0"/>
          <w:i w:val="0"/>
          <w:color w:val="333333"/>
          <w:sz w:val="19"/>
        </w:rPr>
        <w:t>(A) AEHF is a parallelogram　　(B) HE=HG　　(C) BH=DC　　(D) FG=3/4AB　　(E) FG is a median of triangle BFH</w:t>
      </w:r>
    </w:p>
    <w:p>
      <w:pPr>
        <w:spacing w:before="200" w:after="80" w:line="300" w:lineRule="auto"/>
      </w:pPr>
      <w:r>
        <w:rPr>
          <w:rFonts w:ascii="Times New Roman" w:hAnsi="Times New Roman" w:eastAsia="宋体"/>
          <w:b/>
          <w:i w:val="0"/>
          <w:sz w:val="23"/>
        </w:rPr>
        <w:t>第 49 题</w:t>
      </w:r>
    </w:p>
    <w:p>
      <w:pPr>
        <w:spacing w:before="0" w:after="80" w:line="300" w:lineRule="auto"/>
        <w:jc w:val="left"/>
      </w:pPr>
      <w:r>
        <w:rPr>
          <w:rFonts w:ascii="Times New Roman" w:hAnsi="Times New Roman" w:eastAsia="宋体"/>
          <w:b w:val="0"/>
          <w:i w:val="0"/>
          <w:sz w:val="21"/>
        </w:rPr>
        <w:t>图像 y=x²-4/x-2 与 y=2x 相交于：</w:t>
      </w:r>
    </w:p>
    <w:p>
      <w:pPr>
        <w:spacing w:before="0" w:after="120" w:line="300" w:lineRule="auto"/>
      </w:pPr>
      <w:r>
        <w:rPr>
          <w:rFonts w:ascii="Times New Roman" w:hAnsi="Times New Roman" w:eastAsia="宋体"/>
          <w:b w:val="0"/>
          <w:i w:val="0"/>
          <w:sz w:val="21"/>
        </w:rPr>
        <w:t>（A）一个横坐标为 2 的点　　（B）一个横坐标为 0 的点　　（C）没有交点　　（D）两个不同的点　　（E）两个重合的点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graphs of y=x²-4/x-2 and y=2x intersect in:</w:t>
      </w:r>
    </w:p>
    <w:p>
      <w:pPr>
        <w:spacing w:before="0" w:after="160" w:line="300" w:lineRule="auto"/>
      </w:pPr>
      <w:r>
        <w:rPr>
          <w:rFonts w:ascii="Times New Roman" w:hAnsi="Times New Roman" w:eastAsia="宋体"/>
          <w:b w:val="0"/>
          <w:i w:val="0"/>
          <w:color w:val="333333"/>
          <w:sz w:val="19"/>
        </w:rPr>
        <w:t>(A) one point whose abscissa is 2　　(B) one point whose abscissa is 0　　(C) no points　　(D) two distinct points　　(E) two identical points</w:t>
      </w:r>
    </w:p>
    <w:p>
      <w:pPr>
        <w:spacing w:before="200" w:after="80" w:line="300" w:lineRule="auto"/>
      </w:pPr>
      <w:r>
        <w:rPr>
          <w:rFonts w:ascii="Times New Roman" w:hAnsi="Times New Roman" w:eastAsia="宋体"/>
          <w:b/>
          <w:i w:val="0"/>
          <w:sz w:val="23"/>
        </w:rPr>
        <w:t>第 50 题</w:t>
      </w:r>
    </w:p>
    <w:p>
      <w:pPr>
        <w:spacing w:before="0" w:after="80" w:line="300" w:lineRule="auto"/>
        <w:jc w:val="left"/>
      </w:pPr>
      <w:r>
        <w:rPr>
          <w:rFonts w:ascii="Times New Roman" w:hAnsi="Times New Roman" w:eastAsia="宋体"/>
          <w:b w:val="0"/>
          <w:i w:val="0"/>
          <w:sz w:val="21"/>
        </w:rPr>
        <w:t>在双车道公路上，为了超过以每小时 40 英里行驶的 B，以每小时 50 英里行驶的 A 必须相对前进 30 英尺。与此同时，距 A 210 英尺的 C 正以每小时 50 英里的速度迎面驶来。若 B 与 C 保持各自速度，为了安全超车，A 必须将速度提高：</w:t>
      </w:r>
    </w:p>
    <w:p>
      <w:pPr>
        <w:spacing w:before="0" w:after="120" w:line="300" w:lineRule="auto"/>
      </w:pPr>
      <w:r>
        <w:rPr>
          <w:rFonts w:ascii="Times New Roman" w:hAnsi="Times New Roman" w:eastAsia="宋体"/>
          <w:b w:val="0"/>
          <w:i w:val="0"/>
          <w:sz w:val="21"/>
        </w:rPr>
        <w:t>（A）30 英里/小时　　（B）10 英里/小时　　（C）5 英里/小时　　（D）15 英里/小时　　（E）3 英里/小时</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order to pass B going 40 mph on a two-lane highway A, going 50 mph, must gain 30 feet. Meantime, C, 210 feet from A, is headed toward him at 50 mph. If B and C maintain their speeds, then, in order to pass safely, A must increase his speed by:</w:t>
      </w:r>
    </w:p>
    <w:p>
      <w:pPr>
        <w:spacing w:before="0" w:after="160" w:line="300" w:lineRule="auto"/>
      </w:pPr>
      <w:r>
        <w:rPr>
          <w:rFonts w:ascii="Times New Roman" w:hAnsi="Times New Roman" w:eastAsia="宋体"/>
          <w:b w:val="0"/>
          <w:i w:val="0"/>
          <w:color w:val="333333"/>
          <w:sz w:val="19"/>
        </w:rPr>
        <w:t>(A) 30 mph　　(B) 10 mph　　(C) 5 mph　　(D) 15 mph　　(E) 3 mph</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B　B　E　D　B　B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C　D　C　A　D　E　C　A</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B　A　B　D　C　E　E　E　B</w:t>
      </w:r>
    </w:p>
    <w:p>
      <w:pPr>
        <w:spacing w:before="0" w:after="0" w:line="300" w:lineRule="auto"/>
      </w:pPr>
      <w:r>
        <w:rPr>
          <w:rFonts w:ascii="Times New Roman" w:hAnsi="Times New Roman" w:eastAsia="宋体"/>
          <w:b w:val="0"/>
          <w:i w:val="0"/>
          <w:sz w:val="18"/>
        </w:rPr>
        <w:t>题号　28　29　30　31　32　33　34　35　36</w:t>
      </w:r>
    </w:p>
    <w:p>
      <w:pPr>
        <w:spacing w:before="0" w:after="80" w:line="300" w:lineRule="auto"/>
      </w:pPr>
      <w:r>
        <w:rPr>
          <w:rFonts w:ascii="Times New Roman" w:hAnsi="Times New Roman" w:eastAsia="宋体"/>
          <w:b/>
          <w:i w:val="0"/>
          <w:sz w:val="18"/>
        </w:rPr>
        <w:t>答案　E　E　B　D　B　A　C　B　E</w:t>
      </w:r>
    </w:p>
    <w:p>
      <w:pPr>
        <w:spacing w:before="0" w:after="0" w:line="300" w:lineRule="auto"/>
      </w:pPr>
      <w:r>
        <w:rPr>
          <w:rFonts w:ascii="Times New Roman" w:hAnsi="Times New Roman" w:eastAsia="宋体"/>
          <w:b w:val="0"/>
          <w:i w:val="0"/>
          <w:sz w:val="18"/>
        </w:rPr>
        <w:t>题号　37　38　39　40　41　42　43　44　45</w:t>
      </w:r>
    </w:p>
    <w:p>
      <w:pPr>
        <w:spacing w:before="0" w:after="80" w:line="300" w:lineRule="auto"/>
      </w:pPr>
      <w:r>
        <w:rPr>
          <w:rFonts w:ascii="Times New Roman" w:hAnsi="Times New Roman" w:eastAsia="宋体"/>
          <w:b/>
          <w:i w:val="0"/>
          <w:sz w:val="18"/>
        </w:rPr>
        <w:t>答案　B　B　B　A　A　C　E　A　A</w:t>
      </w:r>
    </w:p>
    <w:p>
      <w:pPr>
        <w:spacing w:before="0" w:after="0" w:line="300" w:lineRule="auto"/>
      </w:pPr>
      <w:r>
        <w:rPr>
          <w:rFonts w:ascii="Times New Roman" w:hAnsi="Times New Roman" w:eastAsia="宋体"/>
          <w:b w:val="0"/>
          <w:i w:val="0"/>
          <w:sz w:val="18"/>
        </w:rPr>
        <w:t>题号　46　47　48　49　50</w:t>
      </w:r>
    </w:p>
    <w:p>
      <w:pPr>
        <w:spacing w:before="0" w:after="80" w:line="300" w:lineRule="auto"/>
      </w:pPr>
      <w:r>
        <w:rPr>
          <w:rFonts w:ascii="Times New Roman" w:hAnsi="Times New Roman" w:eastAsia="宋体"/>
          <w:b/>
          <w:i w:val="0"/>
          <w:sz w:val="18"/>
        </w:rPr>
        <w:t>答案　B　C　B　C　C</w:t>
      </w:r>
    </w:p>
    <w:p>
      <w:pPr>
        <w:spacing w:before="0" w:after="200" w:line="300" w:lineRule="auto"/>
      </w:pPr>
      <w:r>
        <w:rPr>
          <w:rFonts w:ascii="Times New Roman" w:hAnsi="Times New Roman" w:eastAsia="宋体"/>
          <w:b w:val="0"/>
          <w:i w:val="0"/>
          <w:color w:val="666666"/>
          <w:sz w:val="18"/>
        </w:rPr>
        <w:t>答案串：DBBEDBBDDACDCADECABABDCEEEBEEBDBACBEBBBAACEAABCBCC</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给定的小数为 3.75×10⁻⁷。选项 A 和 B 直接表示这个数，而</w:t>
      </w:r>
    </w:p>
    <w:p>
      <w:pPr>
        <w:spacing w:before="0" w:after="80" w:line="300" w:lineRule="auto"/>
        <w:jc w:val="left"/>
      </w:pPr>
      <w:r>
        <w:rPr>
          <w:rFonts w:ascii="Times New Roman" w:hAnsi="Times New Roman" w:eastAsia="宋体"/>
          <w:b w:val="0"/>
          <w:i w:val="0"/>
          <w:sz w:val="21"/>
        </w:rPr>
        <w:t>375×10⁻⁹=3.75×10⁻⁷</w:t>
      </w:r>
    </w:p>
    <w:p>
      <w:pPr>
        <w:spacing w:before="0" w:after="80" w:line="300" w:lineRule="auto"/>
        <w:jc w:val="left"/>
      </w:pPr>
      <w:r>
        <w:rPr>
          <w:rFonts w:ascii="Times New Roman" w:hAnsi="Times New Roman" w:eastAsia="宋体"/>
          <w:b w:val="0"/>
          <w:i w:val="0"/>
          <w:sz w:val="21"/>
        </w:rPr>
        <w:t>且 3/8×10⁻⁶ =0.375×10⁻⁶ =3.75×10⁻⁷。但是</w:t>
      </w:r>
    </w:p>
    <w:p>
      <w:pPr>
        <w:spacing w:before="0" w:after="80" w:line="300" w:lineRule="auto"/>
        <w:jc w:val="left"/>
      </w:pPr>
      <w:r>
        <w:rPr>
          <w:rFonts w:ascii="Times New Roman" w:hAnsi="Times New Roman" w:eastAsia="宋体"/>
          <w:b w:val="0"/>
          <w:i w:val="0"/>
          <w:sz w:val="21"/>
        </w:rPr>
        <w:t>3/8×10⁻⁷=3.75×10⁻⁸，</w:t>
      </w:r>
    </w:p>
    <w:p>
      <w:pPr>
        <w:spacing w:before="0" w:after="80" w:line="300" w:lineRule="auto"/>
        <w:jc w:val="left"/>
      </w:pPr>
      <w:r>
        <w:rPr>
          <w:rFonts w:ascii="Times New Roman" w:hAnsi="Times New Roman" w:eastAsia="宋体"/>
          <w:b w:val="0"/>
          <w:i w:val="0"/>
          <w:sz w:val="21"/>
        </w:rPr>
        <w:t>它小了十倍。</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given decimal is 3.75×10⁻⁷. Choices A and B state this directly, while</w:t>
      </w:r>
    </w:p>
    <w:p>
      <w:pPr>
        <w:spacing w:before="0" w:after="80" w:line="300" w:lineRule="auto"/>
        <w:jc w:val="left"/>
      </w:pPr>
      <w:r>
        <w:rPr>
          <w:rFonts w:ascii="Times New Roman" w:hAnsi="Times New Roman" w:eastAsia="宋体"/>
          <w:b w:val="0"/>
          <w:i w:val="0"/>
          <w:color w:val="333333"/>
          <w:sz w:val="19"/>
        </w:rPr>
        <w:t>375×10⁻⁹=3.75×10⁻⁷</w:t>
      </w:r>
    </w:p>
    <w:p>
      <w:pPr>
        <w:spacing w:before="0" w:after="80" w:line="300" w:lineRule="auto"/>
        <w:jc w:val="left"/>
      </w:pPr>
      <w:r>
        <w:rPr>
          <w:rFonts w:ascii="Times New Roman" w:hAnsi="Times New Roman" w:eastAsia="宋体"/>
          <w:b w:val="0"/>
          <w:i w:val="0"/>
          <w:color w:val="333333"/>
          <w:sz w:val="19"/>
        </w:rPr>
        <w:t>and 3/8×10⁻⁶ =0.375×10⁻⁶ =3.75×10⁻⁷. But</w:t>
      </w:r>
    </w:p>
    <w:p>
      <w:pPr>
        <w:spacing w:before="0" w:after="80" w:line="300" w:lineRule="auto"/>
        <w:jc w:val="left"/>
      </w:pPr>
      <w:r>
        <w:rPr>
          <w:rFonts w:ascii="Times New Roman" w:hAnsi="Times New Roman" w:eastAsia="宋体"/>
          <w:b w:val="0"/>
          <w:i w:val="0"/>
          <w:color w:val="333333"/>
          <w:sz w:val="19"/>
        </w:rPr>
        <w:t>3/8×10⁻⁷=3.75×10⁻⁸,</w:t>
      </w:r>
    </w:p>
    <w:p>
      <w:pPr>
        <w:spacing w:before="0" w:after="80" w:line="300" w:lineRule="auto"/>
        <w:jc w:val="left"/>
      </w:pPr>
      <w:r>
        <w:rPr>
          <w:rFonts w:ascii="Times New Roman" w:hAnsi="Times New Roman" w:eastAsia="宋体"/>
          <w:b w:val="0"/>
          <w:i w:val="0"/>
          <w:color w:val="333333"/>
          <w:sz w:val="19"/>
        </w:rPr>
        <w:t>which is ten times smaller.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在 12:25，分针已从 12 点方向转过 25·6°=150°，而时针转过 25·0.5°=12.5°。两针之间的较小夹角为</w:t>
      </w:r>
    </w:p>
    <w:p>
      <w:pPr>
        <w:spacing w:before="0" w:after="80" w:line="300" w:lineRule="auto"/>
        <w:jc w:val="left"/>
      </w:pPr>
      <w:r>
        <w:rPr>
          <w:rFonts w:ascii="Times New Roman" w:hAnsi="Times New Roman" w:eastAsia="宋体"/>
          <w:b w:val="0"/>
          <w:i w:val="0"/>
          <w:sz w:val="21"/>
        </w:rPr>
        <w:t>150°-12.5°=137.5°=137°30'。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12:25, the minute hand is 25·6°=150° past 12, while the hour hand is 25·0.5°=12.5°. Their smaller separation is</w:t>
      </w:r>
    </w:p>
    <w:p>
      <w:pPr>
        <w:spacing w:before="0" w:after="80" w:line="300" w:lineRule="auto"/>
        <w:jc w:val="left"/>
      </w:pPr>
      <w:r>
        <w:rPr>
          <w:rFonts w:ascii="Times New Roman" w:hAnsi="Times New Roman" w:eastAsia="宋体"/>
          <w:b w:val="0"/>
          <w:i w:val="0"/>
          <w:color w:val="333333"/>
          <w:sz w:val="19"/>
        </w:rPr>
        <w:t>150°-12.5°=137.5°=137°30'.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若原来的总和为 S，则新的总和为 S+10·20。因此新的平均数为</w:t>
      </w:r>
    </w:p>
    <w:p>
      <w:pPr>
        <w:spacing w:before="0" w:after="80" w:line="300" w:lineRule="auto"/>
        <w:jc w:val="left"/>
      </w:pPr>
      <w:r>
        <w:rPr>
          <w:rFonts w:ascii="Times New Roman" w:hAnsi="Times New Roman" w:eastAsia="宋体"/>
          <w:b w:val="0"/>
          <w:i w:val="0"/>
          <w:sz w:val="21"/>
        </w:rPr>
        <w:t>S+200/10=S/10+20。</w:t>
      </w:r>
    </w:p>
    <w:p>
      <w:pPr>
        <w:spacing w:before="0" w:after="80" w:line="300" w:lineRule="auto"/>
        <w:jc w:val="left"/>
      </w:pPr>
      <w:r>
        <w:rPr>
          <w:rFonts w:ascii="Times New Roman" w:hAnsi="Times New Roman" w:eastAsia="宋体"/>
          <w:b w:val="0"/>
          <w:i w:val="0"/>
          <w:sz w:val="21"/>
        </w:rPr>
        <w:t>所以平均数增加了 20。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original sum is S, the new sum is S+10·20. Hence the new mean is</w:t>
      </w:r>
    </w:p>
    <w:p>
      <w:pPr>
        <w:spacing w:before="0" w:after="80" w:line="300" w:lineRule="auto"/>
        <w:jc w:val="left"/>
      </w:pPr>
      <w:r>
        <w:rPr>
          <w:rFonts w:ascii="Times New Roman" w:hAnsi="Times New Roman" w:eastAsia="宋体"/>
          <w:b w:val="0"/>
          <w:i w:val="0"/>
          <w:color w:val="333333"/>
          <w:sz w:val="19"/>
        </w:rPr>
        <w:t>S+200/10=S/10+20.</w:t>
      </w:r>
    </w:p>
    <w:p>
      <w:pPr>
        <w:spacing w:before="0" w:after="80" w:line="300" w:lineRule="auto"/>
        <w:jc w:val="left"/>
      </w:pPr>
      <w:r>
        <w:rPr>
          <w:rFonts w:ascii="Times New Roman" w:hAnsi="Times New Roman" w:eastAsia="宋体"/>
          <w:b w:val="0"/>
          <w:i w:val="0"/>
          <w:color w:val="333333"/>
          <w:sz w:val="19"/>
        </w:rPr>
        <w:t>The mean is increased by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当 x≠1,2 时，交叉相乘得</w:t>
      </w:r>
    </w:p>
    <w:p>
      <w:pPr>
        <w:spacing w:before="0" w:after="80" w:line="300" w:lineRule="auto"/>
        <w:jc w:val="left"/>
      </w:pPr>
      <w:r>
        <w:rPr>
          <w:rFonts w:ascii="Times New Roman" w:hAnsi="Times New Roman" w:eastAsia="宋体"/>
          <w:b w:val="0"/>
          <w:i w:val="0"/>
          <w:sz w:val="21"/>
        </w:rPr>
        <w:t>x-2=2(x-1)=2x-2，</w:t>
      </w:r>
    </w:p>
    <w:p>
      <w:pPr>
        <w:spacing w:before="0" w:after="80" w:line="300" w:lineRule="auto"/>
        <w:jc w:val="left"/>
      </w:pPr>
      <w:r>
        <w:rPr>
          <w:rFonts w:ascii="Times New Roman" w:hAnsi="Times New Roman" w:eastAsia="宋体"/>
          <w:b w:val="0"/>
          <w:i w:val="0"/>
          <w:sz w:val="21"/>
        </w:rPr>
        <w:t>所以 x=0。此值使原等式中的两个分母都不为零，并且满足等式。</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x≠1,2, cross-multiplication gives</w:t>
      </w:r>
    </w:p>
    <w:p>
      <w:pPr>
        <w:spacing w:before="0" w:after="80" w:line="300" w:lineRule="auto"/>
        <w:jc w:val="left"/>
      </w:pPr>
      <w:r>
        <w:rPr>
          <w:rFonts w:ascii="Times New Roman" w:hAnsi="Times New Roman" w:eastAsia="宋体"/>
          <w:b w:val="0"/>
          <w:i w:val="0"/>
          <w:color w:val="333333"/>
          <w:sz w:val="19"/>
        </w:rPr>
        <w:t>x-2=2(x-1)=2x-2,</w:t>
      </w:r>
    </w:p>
    <w:p>
      <w:pPr>
        <w:spacing w:before="0" w:after="80" w:line="300" w:lineRule="auto"/>
        <w:jc w:val="left"/>
      </w:pPr>
      <w:r>
        <w:rPr>
          <w:rFonts w:ascii="Times New Roman" w:hAnsi="Times New Roman" w:eastAsia="宋体"/>
          <w:b w:val="0"/>
          <w:i w:val="0"/>
          <w:color w:val="333333"/>
          <w:sz w:val="19"/>
        </w:rPr>
        <w:t>so x=0. This value makes both original denominators nonzero and satisfies the equality.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平方反比关系给出 y=k/x²。由于 16=k/1²，所以 k=16。当 x=8 时，</w:t>
      </w:r>
    </w:p>
    <w:p>
      <w:pPr>
        <w:spacing w:before="0" w:after="80" w:line="300" w:lineRule="auto"/>
        <w:jc w:val="left"/>
      </w:pPr>
      <w:r>
        <w:rPr>
          <w:rFonts w:ascii="Times New Roman" w:hAnsi="Times New Roman" w:eastAsia="宋体"/>
          <w:b w:val="0"/>
          <w:i w:val="0"/>
          <w:sz w:val="21"/>
        </w:rPr>
        <w:t>y=16/8²=1/4。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Inverse-square variation gives y=k/x². Since 16=k/1², we have k=16. At x=8,</w:t>
      </w:r>
    </w:p>
    <w:p>
      <w:pPr>
        <w:spacing w:before="0" w:after="80" w:line="300" w:lineRule="auto"/>
        <w:jc w:val="left"/>
      </w:pPr>
      <w:r>
        <w:rPr>
          <w:rFonts w:ascii="Times New Roman" w:hAnsi="Times New Roman" w:eastAsia="宋体"/>
          <w:b w:val="0"/>
          <w:i w:val="0"/>
          <w:color w:val="333333"/>
          <w:sz w:val="19"/>
        </w:rPr>
        <w:t>y=16/8²=1/4.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假设他按每种价格各买 15 个橙子。前 15 个花费 50¢，后 15 个花费 60¢，总计 110¢。因此 30 个橙子必须卖 110¢，这等价于每 3 个卖 11¢。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he buys 15 oranges at each rate. The first 15 cost 50¢ and the second 15 cost 60¢, for 110¢ total. Thus 30 oranges must sell for 110¢, which is equivalent to 3 for 11¢.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若原工资为 W，则降薪后的工资为 0.8W。所需增加额为 0.2W，它占降薪后工资的比例为</w:t>
      </w:r>
    </w:p>
    <w:p>
      <w:pPr>
        <w:spacing w:before="0" w:after="80" w:line="300" w:lineRule="auto"/>
        <w:jc w:val="left"/>
      </w:pPr>
      <w:r>
        <w:rPr>
          <w:rFonts w:ascii="Times New Roman" w:hAnsi="Times New Roman" w:eastAsia="宋体"/>
          <w:b w:val="0"/>
          <w:i w:val="0"/>
          <w:sz w:val="21"/>
        </w:rPr>
        <w:t>0.2W/0.8W=1/4=25%。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original wage is W, the reduced wage is 0.8W. The needed increase is 0.2W, which as a fraction of the reduced wage is</w:t>
      </w:r>
    </w:p>
    <w:p>
      <w:pPr>
        <w:spacing w:before="0" w:after="80" w:line="300" w:lineRule="auto"/>
        <w:jc w:val="left"/>
      </w:pPr>
      <w:r>
        <w:rPr>
          <w:rFonts w:ascii="Times New Roman" w:hAnsi="Times New Roman" w:eastAsia="宋体"/>
          <w:b w:val="0"/>
          <w:i w:val="0"/>
          <w:color w:val="333333"/>
          <w:sz w:val="19"/>
        </w:rPr>
        <w:t>0.2W/0.8W=1/4=25%.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因式分解得</w:t>
      </w:r>
    </w:p>
    <w:p>
      <w:pPr>
        <w:spacing w:before="0" w:after="80" w:line="300" w:lineRule="auto"/>
        <w:jc w:val="left"/>
      </w:pPr>
      <w:r>
        <w:rPr>
          <w:rFonts w:ascii="Times New Roman" w:hAnsi="Times New Roman" w:eastAsia="宋体"/>
          <w:b w:val="0"/>
          <w:i w:val="0"/>
          <w:sz w:val="21"/>
        </w:rPr>
        <w:t>x²-4y²=(x-2y)(x+2y)。</w:t>
      </w:r>
    </w:p>
    <w:p>
      <w:pPr>
        <w:spacing w:before="0" w:after="80" w:line="300" w:lineRule="auto"/>
        <w:jc w:val="left"/>
      </w:pPr>
      <w:r>
        <w:rPr>
          <w:rFonts w:ascii="Times New Roman" w:hAnsi="Times New Roman" w:eastAsia="宋体"/>
          <w:b w:val="0"/>
          <w:i w:val="0"/>
          <w:sz w:val="21"/>
        </w:rPr>
        <w:t>因此图形是直线 x=2y 与 x=-2y 的并集。</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w:t>
      </w:r>
    </w:p>
    <w:p>
      <w:pPr>
        <w:spacing w:before="0" w:after="80" w:line="300" w:lineRule="auto"/>
        <w:jc w:val="left"/>
      </w:pPr>
      <w:r>
        <w:rPr>
          <w:rFonts w:ascii="Times New Roman" w:hAnsi="Times New Roman" w:eastAsia="宋体"/>
          <w:b w:val="0"/>
          <w:i w:val="0"/>
          <w:color w:val="333333"/>
          <w:sz w:val="19"/>
        </w:rPr>
        <w:t>x²-4y²=(x-2y)(x+2y).</w:t>
      </w:r>
    </w:p>
    <w:p>
      <w:pPr>
        <w:spacing w:before="0" w:after="80" w:line="300" w:lineRule="auto"/>
        <w:jc w:val="left"/>
      </w:pPr>
      <w:r>
        <w:rPr>
          <w:rFonts w:ascii="Times New Roman" w:hAnsi="Times New Roman" w:eastAsia="宋体"/>
          <w:b w:val="0"/>
          <w:i w:val="0"/>
          <w:color w:val="333333"/>
          <w:sz w:val="19"/>
        </w:rPr>
        <w:t>Thus the graph is the union of the two straight lines x=2y and x=-2y.</w:t>
      </w:r>
    </w:p>
    <w:p>
      <w:pPr>
        <w:spacing w:before="0" w:after="80" w:line="300" w:lineRule="auto"/>
        <w:jc w:val="left"/>
      </w:pPr>
      <w:r>
        <w:rPr>
          <w:rFonts w:ascii="Times New Roman" w:hAnsi="Times New Roman" w:eastAsia="宋体"/>
          <w:b w:val="0"/>
          <w:i w:val="0"/>
          <w:color w:val="333333"/>
          <w:sz w:val="19"/>
        </w:rPr>
        <w:t>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因为 8²+15²=17²，所以这个三角形是直角三角形。其内切圆半径为</w:t>
      </w:r>
    </w:p>
    <w:p>
      <w:pPr>
        <w:spacing w:before="0" w:after="80" w:line="300" w:lineRule="auto"/>
        <w:jc w:val="left"/>
      </w:pPr>
      <w:r>
        <w:rPr>
          <w:rFonts w:ascii="Times New Roman" w:hAnsi="Times New Roman" w:eastAsia="宋体"/>
          <w:b w:val="0"/>
          <w:i w:val="0"/>
          <w:sz w:val="21"/>
        </w:rPr>
        <w:t>r=8+15-17/2=3。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8²+15²=17², the triangle is right. Its inradius is</w:t>
      </w:r>
    </w:p>
    <w:p>
      <w:pPr>
        <w:spacing w:before="0" w:after="80" w:line="300" w:lineRule="auto"/>
        <w:jc w:val="left"/>
      </w:pPr>
      <w:r>
        <w:rPr>
          <w:rFonts w:ascii="Times New Roman" w:hAnsi="Times New Roman" w:eastAsia="宋体"/>
          <w:b w:val="0"/>
          <w:i w:val="0"/>
          <w:color w:val="333333"/>
          <w:sz w:val="19"/>
        </w:rPr>
        <w:t>r=8+15-17/2=3.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火车行驶 a/40 小时，停靠 mn/60 小时。因此总时间为</w:t>
      </w:r>
    </w:p>
    <w:p>
      <w:pPr>
        <w:spacing w:before="0" w:after="80" w:line="300" w:lineRule="auto"/>
        <w:jc w:val="left"/>
      </w:pPr>
      <w:r>
        <w:rPr>
          <w:rFonts w:ascii="Times New Roman" w:hAnsi="Times New Roman" w:eastAsia="宋体"/>
          <w:b w:val="0"/>
          <w:i w:val="0"/>
          <w:sz w:val="21"/>
        </w:rPr>
        <w:t>a/40+mn/60 =3a+2mn/120。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train moves for a/40 hours and is stopped for mn/60 hours. Hence the total time is</w:t>
      </w:r>
    </w:p>
    <w:p>
      <w:pPr>
        <w:spacing w:before="0" w:after="80" w:line="300" w:lineRule="auto"/>
        <w:jc w:val="left"/>
      </w:pPr>
      <w:r>
        <w:rPr>
          <w:rFonts w:ascii="Times New Roman" w:hAnsi="Times New Roman" w:eastAsia="宋体"/>
          <w:b w:val="0"/>
          <w:i w:val="0"/>
          <w:color w:val="333333"/>
          <w:sz w:val="19"/>
        </w:rPr>
        <w:t>a/40+mn/60 =3a+2mn/120.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原命题表示所有学习迟缓的学生都不在这所学校就读。它的否定是至少有一名学习迟缓的学生在这所学校就读。</w:t>
      </w:r>
    </w:p>
    <w:p>
      <w:pPr>
        <w:spacing w:before="0" w:after="80" w:line="300" w:lineRule="auto"/>
        <w:jc w:val="left"/>
      </w:pPr>
      <w:r>
        <w:rPr>
          <w:rFonts w:ascii="Times New Roman" w:hAnsi="Times New Roman" w:eastAsia="宋体"/>
          <w:b w:val="0"/>
          <w:i w:val="0"/>
          <w:sz w:val="21"/>
        </w:rPr>
        <w:t>因此，“有些学习迟缓的学生在这所学校就读”是正确的，所以答案是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original statement says that every slow learner is absent from the school. Its negation is that at least one slow learner attends the school.</w:t>
      </w:r>
    </w:p>
    <w:p>
      <w:pPr>
        <w:spacing w:before="0" w:after="80" w:line="300" w:lineRule="auto"/>
        <w:jc w:val="left"/>
      </w:pPr>
      <w:r>
        <w:rPr>
          <w:rFonts w:ascii="Times New Roman" w:hAnsi="Times New Roman" w:eastAsia="宋体"/>
          <w:b w:val="0"/>
          <w:i w:val="0"/>
          <w:color w:val="333333"/>
          <w:sz w:val="19"/>
        </w:rPr>
        <w:t>Thus, “Some slow learners attend this school” is correct, so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定义域要求 x≥1。当 x=1 时，左边为 2+0=2，所以 x=1 是一个解。要说明没有其他解，注意当 x≥1 时，两个根式都不减，而 √(5x-1) 严格递增。因此，对每个 x&gt;1，两个根式之和都大于 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domain requires x≥1. At x=1, the left side is 2+0=2, so x=1 works. To see that there is no other solution, note that both radicals are nondecreasing for x≥1, and √(5x-1) is strictly increasing. Therefore the sum exceeds 2 for every x&gt;1.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将分子因式分解：</w:t>
      </w:r>
    </w:p>
    <w:p>
      <w:pPr>
        <w:spacing w:before="0" w:after="80" w:line="300" w:lineRule="auto"/>
        <w:jc w:val="left"/>
      </w:pPr>
      <w:r>
        <w:rPr>
          <w:rFonts w:ascii="Times New Roman" w:hAnsi="Times New Roman" w:eastAsia="宋体"/>
          <w:b w:val="0"/>
          <w:i w:val="0"/>
          <w:sz w:val="21"/>
        </w:rPr>
        <w:t>a⁻⁴-b⁻⁴ =(a⁻²-b⁻²)</w:t>
      </w:r>
    </w:p>
    <w:p>
      <w:pPr>
        <w:spacing w:before="0" w:after="80" w:line="300" w:lineRule="auto"/>
        <w:jc w:val="left"/>
      </w:pPr>
      <w:r>
        <w:rPr>
          <w:rFonts w:ascii="Times New Roman" w:hAnsi="Times New Roman" w:eastAsia="宋体"/>
          <w:b w:val="0"/>
          <w:i w:val="0"/>
          <w:sz w:val="21"/>
        </w:rPr>
        <w:t>·(a⁻²+b⁻²)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在原分式有定义的情况下，约去公因式后得到 a⁻²+b⁻²。</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the numerator,</w:t>
      </w:r>
    </w:p>
    <w:p>
      <w:pPr>
        <w:spacing w:before="0" w:after="80" w:line="300" w:lineRule="auto"/>
        <w:jc w:val="left"/>
      </w:pPr>
      <w:r>
        <w:rPr>
          <w:rFonts w:ascii="Times New Roman" w:hAnsi="Times New Roman" w:eastAsia="宋体"/>
          <w:b w:val="0"/>
          <w:i w:val="0"/>
          <w:color w:val="333333"/>
          <w:sz w:val="19"/>
        </w:rPr>
        <w:t>a⁻⁴-b⁻⁴ =(a⁻²-b⁻²)</w:t>
      </w:r>
    </w:p>
    <w:p>
      <w:pPr>
        <w:spacing w:before="0" w:after="80" w:line="300" w:lineRule="auto"/>
        <w:jc w:val="left"/>
      </w:pPr>
      <w:r>
        <w:rPr>
          <w:rFonts w:ascii="Times New Roman" w:hAnsi="Times New Roman" w:eastAsia="宋体"/>
          <w:b w:val="0"/>
          <w:i w:val="0"/>
          <w:color w:val="333333"/>
          <w:sz w:val="19"/>
        </w:rPr>
        <w:t>·(a⁻²+b⁻²).</w:t>
      </w:r>
    </w:p>
    <w:p>
      <w:pPr>
        <w:spacing w:before="0" w:after="80" w:line="300" w:lineRule="auto"/>
        <w:jc w:val="left"/>
      </w:pPr>
      <w:r>
        <w:rPr>
          <w:rFonts w:ascii="Times New Roman" w:hAnsi="Times New Roman" w:eastAsia="宋体"/>
          <w:b w:val="0"/>
          <w:i w:val="0"/>
          <w:color w:val="333333"/>
          <w:sz w:val="19"/>
        </w:rPr>
        <w:t>Where the original fraction is defined, canceling the common factor leaves a⁻²+b⁻².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若正方形的边长为 s，则矩形的长和宽分别为 1.1s 和 0.9s。因此</w:t>
      </w:r>
    </w:p>
    <w:p>
      <w:pPr>
        <w:spacing w:before="0" w:after="80" w:line="300" w:lineRule="auto"/>
        <w:jc w:val="left"/>
      </w:pPr>
      <w:r>
        <w:rPr>
          <w:rFonts w:ascii="Times New Roman" w:hAnsi="Times New Roman" w:eastAsia="宋体"/>
          <w:b w:val="0"/>
          <w:i w:val="0"/>
          <w:sz w:val="21"/>
        </w:rPr>
        <w:t>([R])/([S]) =((1.1s)(0.9s))/s²</w:t>
      </w:r>
    </w:p>
    <w:p>
      <w:pPr>
        <w:spacing w:before="0" w:after="80" w:line="300" w:lineRule="auto"/>
        <w:jc w:val="left"/>
      </w:pPr>
      <w:r>
        <w:rPr>
          <w:rFonts w:ascii="Times New Roman" w:hAnsi="Times New Roman" w:eastAsia="宋体"/>
          <w:b w:val="0"/>
          <w:i w:val="0"/>
          <w:sz w:val="21"/>
        </w:rPr>
        <w:t>=0.99=99/100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square side is s, then the rectangle has dimensions 1.1s and 0.9s. Therefore</w:t>
      </w:r>
    </w:p>
    <w:p>
      <w:pPr>
        <w:spacing w:before="0" w:after="80" w:line="300" w:lineRule="auto"/>
        <w:jc w:val="left"/>
      </w:pPr>
      <w:r>
        <w:rPr>
          <w:rFonts w:ascii="Times New Roman" w:hAnsi="Times New Roman" w:eastAsia="宋体"/>
          <w:b w:val="0"/>
          <w:i w:val="0"/>
          <w:color w:val="333333"/>
          <w:sz w:val="19"/>
        </w:rPr>
        <w:t>([R])/([S]) =((1.1s)(0.9s))/s²</w:t>
      </w:r>
    </w:p>
    <w:p>
      <w:pPr>
        <w:spacing w:before="0" w:after="80" w:line="300" w:lineRule="auto"/>
        <w:jc w:val="left"/>
      </w:pPr>
      <w:r>
        <w:rPr>
          <w:rFonts w:ascii="Times New Roman" w:hAnsi="Times New Roman" w:eastAsia="宋体"/>
          <w:b w:val="0"/>
          <w:i w:val="0"/>
          <w:color w:val="333333"/>
          <w:sz w:val="19"/>
        </w:rPr>
        <w:t>=0.99=99/100.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若较大圆的半径为 R，则</w:t>
      </w:r>
    </w:p>
    <w:p>
      <w:pPr>
        <w:spacing w:before="0" w:after="80" w:line="300" w:lineRule="auto"/>
        <w:jc w:val="left"/>
      </w:pPr>
      <w:r>
        <w:rPr>
          <w:rFonts w:ascii="Times New Roman" w:hAnsi="Times New Roman" w:eastAsia="宋体"/>
          <w:b w:val="0"/>
          <w:i w:val="0"/>
          <w:sz w:val="21"/>
        </w:rPr>
        <w:t>(π r²)/(π R²)=1/3，</w:t>
      </w:r>
    </w:p>
    <w:p>
      <w:pPr>
        <w:spacing w:before="0" w:after="80" w:line="300" w:lineRule="auto"/>
        <w:jc w:val="left"/>
      </w:pPr>
      <w:r>
        <w:rPr>
          <w:rFonts w:ascii="Times New Roman" w:hAnsi="Times New Roman" w:eastAsia="宋体"/>
          <w:b w:val="0"/>
          <w:i w:val="0"/>
          <w:sz w:val="21"/>
        </w:rPr>
        <w:t>所以 R=r√(3)。两半径之差为</w:t>
      </w:r>
    </w:p>
    <w:p>
      <w:pPr>
        <w:spacing w:before="0" w:after="80" w:line="300" w:lineRule="auto"/>
        <w:jc w:val="left"/>
      </w:pPr>
      <w:r>
        <w:rPr>
          <w:rFonts w:ascii="Times New Roman" w:hAnsi="Times New Roman" w:eastAsia="宋体"/>
          <w:b w:val="0"/>
          <w:i w:val="0"/>
          <w:sz w:val="21"/>
        </w:rPr>
        <w:t>R-r=(√(3)-1)r≈0.732r。</w:t>
      </w:r>
    </w:p>
    <w:p>
      <w:pPr>
        <w:spacing w:before="0" w:after="80" w:line="300" w:lineRule="auto"/>
        <w:jc w:val="left"/>
      </w:pPr>
      <w:r>
        <w:rPr>
          <w:rFonts w:ascii="Times New Roman" w:hAnsi="Times New Roman" w:eastAsia="宋体"/>
          <w:b w:val="0"/>
          <w:i w:val="0"/>
          <w:sz w:val="21"/>
        </w:rPr>
        <w:t>因此，最佳近似值为 0.73r，正确答案是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larger radius is R, then</w:t>
      </w:r>
    </w:p>
    <w:p>
      <w:pPr>
        <w:spacing w:before="0" w:after="80" w:line="300" w:lineRule="auto"/>
        <w:jc w:val="left"/>
      </w:pPr>
      <w:r>
        <w:rPr>
          <w:rFonts w:ascii="Times New Roman" w:hAnsi="Times New Roman" w:eastAsia="宋体"/>
          <w:b w:val="0"/>
          <w:i w:val="0"/>
          <w:color w:val="333333"/>
          <w:sz w:val="19"/>
        </w:rPr>
        <w:t>(π r²)/(π R²)=1/3,</w:t>
      </w:r>
    </w:p>
    <w:p>
      <w:pPr>
        <w:spacing w:before="0" w:after="80" w:line="300" w:lineRule="auto"/>
        <w:jc w:val="left"/>
      </w:pPr>
      <w:r>
        <w:rPr>
          <w:rFonts w:ascii="Times New Roman" w:hAnsi="Times New Roman" w:eastAsia="宋体"/>
          <w:b w:val="0"/>
          <w:i w:val="0"/>
          <w:color w:val="333333"/>
          <w:sz w:val="19"/>
        </w:rPr>
        <w:t>so R=r√(3). The difference is</w:t>
      </w:r>
    </w:p>
    <w:p>
      <w:pPr>
        <w:spacing w:before="0" w:after="80" w:line="300" w:lineRule="auto"/>
        <w:jc w:val="left"/>
      </w:pPr>
      <w:r>
        <w:rPr>
          <w:rFonts w:ascii="Times New Roman" w:hAnsi="Times New Roman" w:eastAsia="宋体"/>
          <w:b w:val="0"/>
          <w:i w:val="0"/>
          <w:color w:val="333333"/>
          <w:sz w:val="19"/>
        </w:rPr>
        <w:t>R-r=(√(3)-1)r≈0.732r.</w:t>
      </w:r>
    </w:p>
    <w:p>
      <w:pPr>
        <w:spacing w:before="0" w:after="80" w:line="300" w:lineRule="auto"/>
        <w:jc w:val="left"/>
      </w:pPr>
      <w:r>
        <w:rPr>
          <w:rFonts w:ascii="Times New Roman" w:hAnsi="Times New Roman" w:eastAsia="宋体"/>
          <w:b w:val="0"/>
          <w:i w:val="0"/>
          <w:color w:val="333333"/>
          <w:sz w:val="19"/>
        </w:rPr>
        <w:t>Thus, the best approximation is 0.73r, and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代入得 a+b=4+(-4)=0。因此原式变为 3/0，它没有定义。</w:t>
      </w:r>
    </w:p>
    <w:p>
      <w:pPr>
        <w:spacing w:before="0" w:after="80" w:line="300" w:lineRule="auto"/>
        <w:jc w:val="left"/>
      </w:pPr>
      <w:r>
        <w:rPr>
          <w:rFonts w:ascii="Times New Roman" w:hAnsi="Times New Roman" w:eastAsia="宋体"/>
          <w:b w:val="0"/>
          <w:i w:val="0"/>
          <w:sz w:val="21"/>
        </w:rPr>
        <w:t>因此，这个式子无意义，正确答案是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Substitution gives a+b=4+(-4)=0. Hence the expression becomes 3/0, which is undefined.</w:t>
      </w:r>
    </w:p>
    <w:p>
      <w:pPr>
        <w:spacing w:before="0" w:after="80" w:line="300" w:lineRule="auto"/>
        <w:jc w:val="left"/>
      </w:pPr>
      <w:r>
        <w:rPr>
          <w:rFonts w:ascii="Times New Roman" w:hAnsi="Times New Roman" w:eastAsia="宋体"/>
          <w:b w:val="0"/>
          <w:i w:val="0"/>
          <w:color w:val="333333"/>
          <w:sz w:val="19"/>
        </w:rPr>
        <w:t>Thus, the expression is meaningless and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使用常用对数，</w:t>
      </w:r>
    </w:p>
    <w:p>
      <w:pPr>
        <w:spacing w:before="0" w:after="80" w:line="300" w:lineRule="auto"/>
        <w:jc w:val="left"/>
      </w:pPr>
      <w:r>
        <w:rPr>
          <w:rFonts w:ascii="Times New Roman" w:hAnsi="Times New Roman" w:eastAsia="宋体"/>
          <w:b w:val="0"/>
          <w:i w:val="0"/>
          <w:sz w:val="21"/>
        </w:rPr>
        <w:t>log x=5log3-2</w:t>
      </w:r>
    </w:p>
    <w:p>
      <w:pPr>
        <w:spacing w:before="0" w:after="80" w:line="300" w:lineRule="auto"/>
        <w:jc w:val="left"/>
      </w:pPr>
      <w:r>
        <w:rPr>
          <w:rFonts w:ascii="Times New Roman" w:hAnsi="Times New Roman" w:eastAsia="宋体"/>
          <w:b w:val="0"/>
          <w:i w:val="0"/>
          <w:sz w:val="21"/>
        </w:rPr>
        <w:t>=log(3⁵)-log100</w:t>
      </w:r>
    </w:p>
    <w:p>
      <w:pPr>
        <w:spacing w:before="0" w:after="80" w:line="300" w:lineRule="auto"/>
        <w:jc w:val="left"/>
      </w:pPr>
      <w:r>
        <w:rPr>
          <w:rFonts w:ascii="Times New Roman" w:hAnsi="Times New Roman" w:eastAsia="宋体"/>
          <w:b w:val="0"/>
          <w:i w:val="0"/>
          <w:sz w:val="21"/>
        </w:rPr>
        <w:t>=log(243/100)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x=2.43。</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common logarithms,</w:t>
      </w:r>
    </w:p>
    <w:p>
      <w:pPr>
        <w:spacing w:before="0" w:after="80" w:line="300" w:lineRule="auto"/>
        <w:jc w:val="left"/>
      </w:pPr>
      <w:r>
        <w:rPr>
          <w:rFonts w:ascii="Times New Roman" w:hAnsi="Times New Roman" w:eastAsia="宋体"/>
          <w:b w:val="0"/>
          <w:i w:val="0"/>
          <w:color w:val="333333"/>
          <w:sz w:val="19"/>
        </w:rPr>
        <w:t>log x=5log3-2</w:t>
      </w:r>
    </w:p>
    <w:p>
      <w:pPr>
        <w:spacing w:before="0" w:after="80" w:line="300" w:lineRule="auto"/>
        <w:jc w:val="left"/>
      </w:pPr>
      <w:r>
        <w:rPr>
          <w:rFonts w:ascii="Times New Roman" w:hAnsi="Times New Roman" w:eastAsia="宋体"/>
          <w:b w:val="0"/>
          <w:i w:val="0"/>
          <w:color w:val="333333"/>
          <w:sz w:val="19"/>
        </w:rPr>
        <w:t>=log(3⁵)-log100</w:t>
      </w:r>
    </w:p>
    <w:p>
      <w:pPr>
        <w:spacing w:before="0" w:after="80" w:line="300" w:lineRule="auto"/>
        <w:jc w:val="left"/>
      </w:pPr>
      <w:r>
        <w:rPr>
          <w:rFonts w:ascii="Times New Roman" w:hAnsi="Times New Roman" w:eastAsia="宋体"/>
          <w:b w:val="0"/>
          <w:i w:val="0"/>
          <w:color w:val="333333"/>
          <w:sz w:val="19"/>
        </w:rPr>
        <w:t>=log(243/100).</w:t>
      </w:r>
    </w:p>
    <w:p>
      <w:pPr>
        <w:spacing w:before="0" w:after="80" w:line="300" w:lineRule="auto"/>
        <w:jc w:val="left"/>
      </w:pPr>
      <w:r>
        <w:rPr>
          <w:rFonts w:ascii="Times New Roman" w:hAnsi="Times New Roman" w:eastAsia="宋体"/>
          <w:b w:val="0"/>
          <w:i w:val="0"/>
          <w:color w:val="333333"/>
          <w:sz w:val="19"/>
        </w:rPr>
        <w:t>Therefore x=2.43.</w:t>
      </w:r>
    </w:p>
    <w:p>
      <w:pPr>
        <w:spacing w:before="0" w:after="80" w:line="300" w:lineRule="auto"/>
        <w:jc w:val="left"/>
      </w:pPr>
      <w:r>
        <w:rPr>
          <w:rFonts w:ascii="Times New Roman" w:hAnsi="Times New Roman" w:eastAsia="宋体"/>
          <w:b w:val="0"/>
          <w:i w:val="0"/>
          <w:color w:val="333333"/>
          <w:sz w:val="19"/>
        </w:rPr>
        <w:t>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由于判别式为零，求根公式两次都给出</w:t>
      </w:r>
    </w:p>
    <w:p>
      <w:pPr>
        <w:spacing w:before="0" w:after="80" w:line="300" w:lineRule="auto"/>
        <w:jc w:val="left"/>
      </w:pPr>
      <w:r>
        <w:rPr>
          <w:rFonts w:ascii="Times New Roman" w:hAnsi="Times New Roman" w:eastAsia="宋体"/>
          <w:b w:val="0"/>
          <w:i w:val="0"/>
          <w:sz w:val="21"/>
        </w:rPr>
        <w:t>x=(-2√(3))/2=-√(3)。</w:t>
      </w:r>
    </w:p>
    <w:p>
      <w:pPr>
        <w:spacing w:before="0" w:after="80" w:line="300" w:lineRule="auto"/>
        <w:jc w:val="left"/>
      </w:pPr>
      <w:r>
        <w:rPr>
          <w:rFonts w:ascii="Times New Roman" w:hAnsi="Times New Roman" w:eastAsia="宋体"/>
          <w:b w:val="0"/>
          <w:i w:val="0"/>
          <w:sz w:val="21"/>
        </w:rPr>
        <w:t>这个根是无理数，但题目所列的适用描述是“相等的实数”。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quadratic formula gives</w:t>
      </w:r>
    </w:p>
    <w:p>
      <w:pPr>
        <w:spacing w:before="0" w:after="80" w:line="300" w:lineRule="auto"/>
        <w:jc w:val="left"/>
      </w:pPr>
      <w:r>
        <w:rPr>
          <w:rFonts w:ascii="Times New Roman" w:hAnsi="Times New Roman" w:eastAsia="宋体"/>
          <w:b w:val="0"/>
          <w:i w:val="0"/>
          <w:color w:val="333333"/>
          <w:sz w:val="19"/>
        </w:rPr>
        <w:t>x=(-2√(3))/2=-√(3)</w:t>
      </w:r>
    </w:p>
    <w:p>
      <w:pPr>
        <w:spacing w:before="0" w:after="80" w:line="300" w:lineRule="auto"/>
        <w:jc w:val="left"/>
      </w:pPr>
      <w:r>
        <w:rPr>
          <w:rFonts w:ascii="Times New Roman" w:hAnsi="Times New Roman" w:eastAsia="宋体"/>
          <w:b w:val="0"/>
          <w:i w:val="0"/>
          <w:color w:val="333333"/>
          <w:sz w:val="19"/>
        </w:rPr>
        <w:t>twice because the discriminant is zero. The root is irrational, but the requested description that applies is “real and equal.”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令前者为较大的数，则</w:t>
      </w:r>
    </w:p>
    <w:p>
      <w:pPr>
        <w:spacing w:before="0" w:after="80" w:line="300" w:lineRule="auto"/>
        <w:jc w:val="left"/>
      </w:pPr>
      <w:r>
        <w:rPr>
          <w:rFonts w:ascii="Times New Roman" w:hAnsi="Times New Roman" w:eastAsia="宋体"/>
          <w:b w:val="0"/>
          <w:i w:val="0"/>
          <w:sz w:val="21"/>
        </w:rPr>
        <w:t>u+v=6, u-v=8</w:t>
      </w:r>
    </w:p>
    <w:p>
      <w:pPr>
        <w:spacing w:before="0" w:after="80" w:line="300" w:lineRule="auto"/>
        <w:jc w:val="left"/>
      </w:pPr>
      <w:r>
        <w:rPr>
          <w:rFonts w:ascii="Times New Roman" w:hAnsi="Times New Roman" w:eastAsia="宋体"/>
          <w:b w:val="0"/>
          <w:i w:val="0"/>
          <w:sz w:val="21"/>
        </w:rPr>
        <w:t>给出 u=7 和 v=-1。两数之积为 -7，所以以它们为根的首一方程为</w:t>
      </w:r>
    </w:p>
    <w:p>
      <w:pPr>
        <w:spacing w:before="0" w:after="80" w:line="300" w:lineRule="auto"/>
        <w:jc w:val="left"/>
      </w:pPr>
      <w:r>
        <w:rPr>
          <w:rFonts w:ascii="Times New Roman" w:hAnsi="Times New Roman" w:eastAsia="宋体"/>
          <w:b w:val="0"/>
          <w:i w:val="0"/>
          <w:sz w:val="21"/>
        </w:rPr>
        <w:t>x²-6x-7=0。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the larger number first,</w:t>
      </w:r>
    </w:p>
    <w:p>
      <w:pPr>
        <w:spacing w:before="0" w:after="80" w:line="300" w:lineRule="auto"/>
        <w:jc w:val="left"/>
      </w:pPr>
      <w:r>
        <w:rPr>
          <w:rFonts w:ascii="Times New Roman" w:hAnsi="Times New Roman" w:eastAsia="宋体"/>
          <w:b w:val="0"/>
          <w:i w:val="0"/>
          <w:color w:val="333333"/>
          <w:sz w:val="19"/>
        </w:rPr>
        <w:t>u+v=6, u-v=8</w:t>
      </w:r>
    </w:p>
    <w:p>
      <w:pPr>
        <w:spacing w:before="0" w:after="80" w:line="300" w:lineRule="auto"/>
        <w:jc w:val="left"/>
      </w:pPr>
      <w:r>
        <w:rPr>
          <w:rFonts w:ascii="Times New Roman" w:hAnsi="Times New Roman" w:eastAsia="宋体"/>
          <w:b w:val="0"/>
          <w:i w:val="0"/>
          <w:color w:val="333333"/>
          <w:sz w:val="19"/>
        </w:rPr>
        <w:t>gives u=7 and v=-1. Their product is -7, so the monic equation with these roots is</w:t>
      </w:r>
    </w:p>
    <w:p>
      <w:pPr>
        <w:spacing w:before="0" w:after="80" w:line="300" w:lineRule="auto"/>
        <w:jc w:val="left"/>
      </w:pPr>
      <w:r>
        <w:rPr>
          <w:rFonts w:ascii="Times New Roman" w:hAnsi="Times New Roman" w:eastAsia="宋体"/>
          <w:b w:val="0"/>
          <w:i w:val="0"/>
          <w:color w:val="333333"/>
          <w:sz w:val="19"/>
        </w:rPr>
        <w:t>x²-6x-7=0.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要使表达式为零，必须有</w:t>
      </w:r>
    </w:p>
    <w:p>
      <w:pPr>
        <w:spacing w:before="0" w:after="80" w:line="300" w:lineRule="auto"/>
        <w:jc w:val="left"/>
      </w:pPr>
      <w:r>
        <w:rPr>
          <w:rFonts w:ascii="Times New Roman" w:hAnsi="Times New Roman" w:eastAsia="宋体"/>
          <w:b w:val="0"/>
          <w:i w:val="0"/>
          <w:sz w:val="21"/>
        </w:rPr>
        <w:t>√(25-t²)=-5。</w:t>
      </w:r>
    </w:p>
    <w:p>
      <w:pPr>
        <w:spacing w:before="0" w:after="80" w:line="300" w:lineRule="auto"/>
        <w:jc w:val="left"/>
      </w:pPr>
      <w:r>
        <w:rPr>
          <w:rFonts w:ascii="Times New Roman" w:hAnsi="Times New Roman" w:eastAsia="宋体"/>
          <w:b w:val="0"/>
          <w:i w:val="0"/>
          <w:sz w:val="21"/>
        </w:rPr>
        <w:t>根号表示主平方根。当被开方数为非负实数时，主平方根非负；在复数范围内，则选取实部非负的平方根。因此它不可能等于 -5。两边平方会引入增根 t=0，此时原表达式等于 10。</w:t>
      </w:r>
    </w:p>
    <w:p>
      <w:pPr>
        <w:spacing w:before="0" w:after="80" w:line="300" w:lineRule="auto"/>
        <w:jc w:val="left"/>
      </w:pPr>
      <w:r>
        <w:rPr>
          <w:rFonts w:ascii="Times New Roman" w:hAnsi="Times New Roman" w:eastAsia="宋体"/>
          <w:b w:val="0"/>
          <w:i w:val="0"/>
          <w:sz w:val="21"/>
        </w:rPr>
        <w:t>因此，没有任何实数或虚数满足条件，正确答案是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expression to vanish, one would need</w:t>
      </w:r>
    </w:p>
    <w:p>
      <w:pPr>
        <w:spacing w:before="0" w:after="80" w:line="300" w:lineRule="auto"/>
        <w:jc w:val="left"/>
      </w:pPr>
      <w:r>
        <w:rPr>
          <w:rFonts w:ascii="Times New Roman" w:hAnsi="Times New Roman" w:eastAsia="宋体"/>
          <w:b w:val="0"/>
          <w:i w:val="0"/>
          <w:color w:val="333333"/>
          <w:sz w:val="19"/>
        </w:rPr>
        <w:t>√(25-t²)=-5.</w:t>
      </w:r>
    </w:p>
    <w:p>
      <w:pPr>
        <w:spacing w:before="0" w:after="80" w:line="300" w:lineRule="auto"/>
        <w:jc w:val="left"/>
      </w:pPr>
      <w:r>
        <w:rPr>
          <w:rFonts w:ascii="Times New Roman" w:hAnsi="Times New Roman" w:eastAsia="宋体"/>
          <w:b w:val="0"/>
          <w:i w:val="0"/>
          <w:color w:val="333333"/>
          <w:sz w:val="19"/>
        </w:rPr>
        <w:t>The radical sign denotes the principal square root. It is nonnegative for a nonnegative real radicand and, over the complex numbers, is chosen with nonnegative real part; it therefore cannot equal -5. Squaring would introduce the extraneous candidate t=0, for which the original expression is 10.</w:t>
      </w:r>
    </w:p>
    <w:p>
      <w:pPr>
        <w:spacing w:before="0" w:after="80" w:line="300" w:lineRule="auto"/>
        <w:jc w:val="left"/>
      </w:pPr>
      <w:r>
        <w:rPr>
          <w:rFonts w:ascii="Times New Roman" w:hAnsi="Times New Roman" w:eastAsia="宋体"/>
          <w:b w:val="0"/>
          <w:i w:val="0"/>
          <w:color w:val="333333"/>
          <w:sz w:val="19"/>
        </w:rPr>
        <w:t>Thus, no real or imaginary value works, and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以斜边为底，并用 h 表示其上的高，则</w:t>
      </w:r>
    </w:p>
    <w:p>
      <w:pPr>
        <w:spacing w:before="0" w:after="80" w:line="300" w:lineRule="auto"/>
        <w:jc w:val="left"/>
      </w:pPr>
      <w:r>
        <w:rPr>
          <w:rFonts w:ascii="Times New Roman" w:hAnsi="Times New Roman" w:eastAsia="宋体"/>
          <w:b w:val="0"/>
          <w:i w:val="0"/>
          <w:sz w:val="21"/>
        </w:rPr>
        <w:t>A=1/2ch。</w:t>
      </w:r>
    </w:p>
    <w:p>
      <w:pPr>
        <w:spacing w:before="0" w:after="80" w:line="300" w:lineRule="auto"/>
        <w:jc w:val="left"/>
      </w:pPr>
      <w:r>
        <w:rPr>
          <w:rFonts w:ascii="Times New Roman" w:hAnsi="Times New Roman" w:eastAsia="宋体"/>
          <w:b w:val="0"/>
          <w:i w:val="0"/>
          <w:sz w:val="21"/>
        </w:rPr>
        <w:t>解得 h=2A/c。</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the hypotenuse as the base and writing its altitude as h,</w:t>
      </w:r>
    </w:p>
    <w:p>
      <w:pPr>
        <w:spacing w:before="0" w:after="80" w:line="300" w:lineRule="auto"/>
        <w:jc w:val="left"/>
      </w:pPr>
      <w:r>
        <w:rPr>
          <w:rFonts w:ascii="Times New Roman" w:hAnsi="Times New Roman" w:eastAsia="宋体"/>
          <w:b w:val="0"/>
          <w:i w:val="0"/>
          <w:color w:val="333333"/>
          <w:sz w:val="19"/>
        </w:rPr>
        <w:t>A=1/2ch.</w:t>
      </w:r>
    </w:p>
    <w:p>
      <w:pPr>
        <w:spacing w:before="0" w:after="80" w:line="300" w:lineRule="auto"/>
        <w:jc w:val="left"/>
      </w:pPr>
      <w:r>
        <w:rPr>
          <w:rFonts w:ascii="Times New Roman" w:hAnsi="Times New Roman" w:eastAsia="宋体"/>
          <w:b w:val="0"/>
          <w:i w:val="0"/>
          <w:color w:val="333333"/>
          <w:sz w:val="19"/>
        </w:rPr>
        <w:t>Solving gives h=2A/c.</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第一种优惠的实付价格是原价的</w:t>
      </w:r>
    </w:p>
    <w:p>
      <w:pPr>
        <w:spacing w:before="0" w:after="80" w:line="300" w:lineRule="auto"/>
        <w:jc w:val="left"/>
      </w:pPr>
      <w:r>
        <w:rPr>
          <w:rFonts w:ascii="Times New Roman" w:hAnsi="Times New Roman" w:eastAsia="宋体"/>
          <w:b w:val="0"/>
          <w:i w:val="0"/>
          <w:sz w:val="21"/>
        </w:rPr>
        <w:t>0.8·0.8·0.9=0.576。</w:t>
      </w:r>
    </w:p>
    <w:p>
      <w:pPr>
        <w:spacing w:before="0" w:after="80" w:line="300" w:lineRule="auto"/>
        <w:jc w:val="left"/>
      </w:pPr>
      <w:r>
        <w:rPr>
          <w:rFonts w:ascii="Times New Roman" w:hAnsi="Times New Roman" w:eastAsia="宋体"/>
          <w:b w:val="0"/>
          <w:i w:val="0"/>
          <w:sz w:val="21"/>
        </w:rPr>
        <w:t>第二种优惠的实付价格是原价的</w:t>
      </w:r>
    </w:p>
    <w:p>
      <w:pPr>
        <w:spacing w:before="0" w:after="80" w:line="300" w:lineRule="auto"/>
        <w:jc w:val="left"/>
      </w:pPr>
      <w:r>
        <w:rPr>
          <w:rFonts w:ascii="Times New Roman" w:hAnsi="Times New Roman" w:eastAsia="宋体"/>
          <w:b w:val="0"/>
          <w:i w:val="0"/>
          <w:sz w:val="21"/>
        </w:rPr>
        <w:t>0.6·0.95²=0.5415。</w:t>
      </w:r>
    </w:p>
    <w:p>
      <w:pPr>
        <w:spacing w:before="0" w:after="80" w:line="300" w:lineRule="auto"/>
        <w:jc w:val="left"/>
      </w:pPr>
      <w:r>
        <w:rPr>
          <w:rFonts w:ascii="Times New Roman" w:hAnsi="Times New Roman" w:eastAsia="宋体"/>
          <w:b w:val="0"/>
          <w:i w:val="0"/>
          <w:sz w:val="21"/>
        </w:rPr>
        <w:t>第二种比第一种少付订单金额的 0.576-0.5415=0.0345，即</w:t>
      </w:r>
    </w:p>
    <w:p>
      <w:pPr>
        <w:spacing w:before="0" w:after="80" w:line="300" w:lineRule="auto"/>
        <w:jc w:val="left"/>
      </w:pPr>
      <w:r>
        <w:rPr>
          <w:rFonts w:ascii="Times New Roman" w:hAnsi="Times New Roman" w:eastAsia="宋体"/>
          <w:b w:val="0"/>
          <w:i w:val="0"/>
          <w:sz w:val="21"/>
        </w:rPr>
        <w:t>0.0345(10000)=345</w:t>
      </w:r>
    </w:p>
    <w:p>
      <w:pPr>
        <w:spacing w:before="0" w:after="80" w:line="300" w:lineRule="auto"/>
        <w:jc w:val="left"/>
      </w:pPr>
      <w:r>
        <w:rPr>
          <w:rFonts w:ascii="Times New Roman" w:hAnsi="Times New Roman" w:eastAsia="宋体"/>
          <w:b w:val="0"/>
          <w:i w:val="0"/>
          <w:sz w:val="21"/>
        </w:rPr>
        <w:t>美元。</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offer leaves a fraction</w:t>
      </w:r>
    </w:p>
    <w:p>
      <w:pPr>
        <w:spacing w:before="0" w:after="80" w:line="300" w:lineRule="auto"/>
        <w:jc w:val="left"/>
      </w:pPr>
      <w:r>
        <w:rPr>
          <w:rFonts w:ascii="Times New Roman" w:hAnsi="Times New Roman" w:eastAsia="宋体"/>
          <w:b w:val="0"/>
          <w:i w:val="0"/>
          <w:color w:val="333333"/>
          <w:sz w:val="19"/>
        </w:rPr>
        <w:t>0.8·0.8·0.9=0.576</w:t>
      </w:r>
    </w:p>
    <w:p>
      <w:pPr>
        <w:spacing w:before="0" w:after="80" w:line="300" w:lineRule="auto"/>
        <w:jc w:val="left"/>
      </w:pPr>
      <w:r>
        <w:rPr>
          <w:rFonts w:ascii="Times New Roman" w:hAnsi="Times New Roman" w:eastAsia="宋体"/>
          <w:b w:val="0"/>
          <w:i w:val="0"/>
          <w:color w:val="333333"/>
          <w:sz w:val="19"/>
        </w:rPr>
        <w:t>of the price. The second leaves</w:t>
      </w:r>
    </w:p>
    <w:p>
      <w:pPr>
        <w:spacing w:before="0" w:after="80" w:line="300" w:lineRule="auto"/>
        <w:jc w:val="left"/>
      </w:pPr>
      <w:r>
        <w:rPr>
          <w:rFonts w:ascii="Times New Roman" w:hAnsi="Times New Roman" w:eastAsia="宋体"/>
          <w:b w:val="0"/>
          <w:i w:val="0"/>
          <w:color w:val="333333"/>
          <w:sz w:val="19"/>
        </w:rPr>
        <w:t>0.6·0.95²=0.5415.</w:t>
      </w:r>
    </w:p>
    <w:p>
      <w:pPr>
        <w:spacing w:before="0" w:after="80" w:line="300" w:lineRule="auto"/>
        <w:jc w:val="left"/>
      </w:pPr>
      <w:r>
        <w:rPr>
          <w:rFonts w:ascii="Times New Roman" w:hAnsi="Times New Roman" w:eastAsia="宋体"/>
          <w:b w:val="0"/>
          <w:i w:val="0"/>
          <w:color w:val="333333"/>
          <w:sz w:val="19"/>
        </w:rPr>
        <w:t>The second is cheaper by 0.576-0.5415=0.0345 of the order, or</w:t>
      </w:r>
    </w:p>
    <w:p>
      <w:pPr>
        <w:spacing w:before="0" w:after="80" w:line="300" w:lineRule="auto"/>
        <w:jc w:val="left"/>
      </w:pPr>
      <w:r>
        <w:rPr>
          <w:rFonts w:ascii="Times New Roman" w:hAnsi="Times New Roman" w:eastAsia="宋体"/>
          <w:b w:val="0"/>
          <w:i w:val="0"/>
          <w:color w:val="333333"/>
          <w:sz w:val="19"/>
        </w:rPr>
        <w:t>0.0345(10000)=345</w:t>
      </w:r>
    </w:p>
    <w:p>
      <w:pPr>
        <w:spacing w:before="0" w:after="80" w:line="300" w:lineRule="auto"/>
        <w:jc w:val="left"/>
      </w:pPr>
      <w:r>
        <w:rPr>
          <w:rFonts w:ascii="Times New Roman" w:hAnsi="Times New Roman" w:eastAsia="宋体"/>
          <w:b w:val="0"/>
          <w:i w:val="0"/>
          <w:color w:val="333333"/>
          <w:sz w:val="19"/>
        </w:rPr>
        <w:t>dollars.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把 x 枚五美分硬币当作二十五美分硬币，使总额多算 20x¢。把 x 枚十美分硬币当作一美分硬币，使总额少算 9x¢。因此净多算了</w:t>
      </w:r>
    </w:p>
    <w:p>
      <w:pPr>
        <w:spacing w:before="0" w:after="80" w:line="300" w:lineRule="auto"/>
        <w:jc w:val="left"/>
      </w:pPr>
      <w:r>
        <w:rPr>
          <w:rFonts w:ascii="Times New Roman" w:hAnsi="Times New Roman" w:eastAsia="宋体"/>
          <w:b w:val="0"/>
          <w:i w:val="0"/>
          <w:sz w:val="21"/>
        </w:rPr>
        <w:t>20x-9x=11x</w:t>
      </w:r>
    </w:p>
    <w:p>
      <w:pPr>
        <w:spacing w:before="0" w:after="80" w:line="300" w:lineRule="auto"/>
        <w:jc w:val="left"/>
      </w:pPr>
      <w:r>
        <w:rPr>
          <w:rFonts w:ascii="Times New Roman" w:hAnsi="Times New Roman" w:eastAsia="宋体"/>
          <w:b w:val="0"/>
          <w:i w:val="0"/>
          <w:sz w:val="21"/>
        </w:rPr>
        <w:t>美分，必须减去这个数额。</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x nickels counted as quarters overstate the total by 20x¢. The x dimes counted as cents understate it by 9x¢. The net overstatement is</w:t>
      </w:r>
    </w:p>
    <w:p>
      <w:pPr>
        <w:spacing w:before="0" w:after="80" w:line="300" w:lineRule="auto"/>
        <w:jc w:val="left"/>
      </w:pPr>
      <w:r>
        <w:rPr>
          <w:rFonts w:ascii="Times New Roman" w:hAnsi="Times New Roman" w:eastAsia="宋体"/>
          <w:b w:val="0"/>
          <w:i w:val="0"/>
          <w:color w:val="333333"/>
          <w:sz w:val="19"/>
        </w:rPr>
        <w:t>20x-9x=11x</w:t>
      </w:r>
    </w:p>
    <w:p>
      <w:pPr>
        <w:spacing w:before="0" w:after="80" w:line="300" w:lineRule="auto"/>
        <w:jc w:val="left"/>
      </w:pPr>
      <w:r>
        <w:rPr>
          <w:rFonts w:ascii="Times New Roman" w:hAnsi="Times New Roman" w:eastAsia="宋体"/>
          <w:b w:val="0"/>
          <w:i w:val="0"/>
          <w:color w:val="333333"/>
          <w:sz w:val="19"/>
        </w:rPr>
        <w:t>cents, so that amount must be subtracted.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配方得</w:t>
      </w:r>
    </w:p>
    <w:p>
      <w:pPr>
        <w:spacing w:before="0" w:after="80" w:line="300" w:lineRule="auto"/>
        <w:jc w:val="left"/>
      </w:pPr>
      <w:r>
        <w:rPr>
          <w:rFonts w:ascii="Times New Roman" w:hAnsi="Times New Roman" w:eastAsia="宋体"/>
          <w:b w:val="0"/>
          <w:i w:val="0"/>
          <w:sz w:val="21"/>
        </w:rPr>
        <w:t>4x²-12x-1 =4(x-3/2)²</w:t>
      </w:r>
    </w:p>
    <w:p>
      <w:pPr>
        <w:spacing w:before="0" w:after="80" w:line="300" w:lineRule="auto"/>
        <w:jc w:val="left"/>
      </w:pPr>
      <w:r>
        <w:rPr>
          <w:rFonts w:ascii="Times New Roman" w:hAnsi="Times New Roman" w:eastAsia="宋体"/>
          <w:b w:val="0"/>
          <w:i w:val="0"/>
          <w:sz w:val="21"/>
        </w:rPr>
        <w:t>-10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平方项非负，所以最小值为 -10，并在 x=3/2 时取得。</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Completing the square,</w:t>
      </w:r>
    </w:p>
    <w:p>
      <w:pPr>
        <w:spacing w:before="0" w:after="80" w:line="300" w:lineRule="auto"/>
        <w:jc w:val="left"/>
      </w:pPr>
      <w:r>
        <w:rPr>
          <w:rFonts w:ascii="Times New Roman" w:hAnsi="Times New Roman" w:eastAsia="宋体"/>
          <w:b w:val="0"/>
          <w:i w:val="0"/>
          <w:color w:val="333333"/>
          <w:sz w:val="19"/>
        </w:rPr>
        <w:t>4x²-12x-1 =4(x-3/2)²</w:t>
      </w:r>
    </w:p>
    <w:p>
      <w:pPr>
        <w:spacing w:before="0" w:after="80" w:line="300" w:lineRule="auto"/>
        <w:jc w:val="left"/>
      </w:pPr>
      <w:r>
        <w:rPr>
          <w:rFonts w:ascii="Times New Roman" w:hAnsi="Times New Roman" w:eastAsia="宋体"/>
          <w:b w:val="0"/>
          <w:i w:val="0"/>
          <w:color w:val="333333"/>
          <w:sz w:val="19"/>
        </w:rPr>
        <w:t>-10.</w:t>
      </w:r>
    </w:p>
    <w:p>
      <w:pPr>
        <w:spacing w:before="0" w:after="80" w:line="300" w:lineRule="auto"/>
        <w:jc w:val="left"/>
      </w:pPr>
      <w:r>
        <w:rPr>
          <w:rFonts w:ascii="Times New Roman" w:hAnsi="Times New Roman" w:eastAsia="宋体"/>
          <w:b w:val="0"/>
          <w:i w:val="0"/>
          <w:color w:val="333333"/>
          <w:sz w:val="19"/>
        </w:rPr>
        <w:t>The squared term is nonnegative, so the minimum value is -10, attained at x=3/2.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我们有</w:t>
      </w:r>
    </w:p>
    <w:p>
      <w:pPr>
        <w:spacing w:before="0" w:after="80" w:line="300" w:lineRule="auto"/>
        <w:jc w:val="left"/>
      </w:pPr>
      <w:r>
        <w:rPr>
          <w:rFonts w:ascii="Times New Roman" w:hAnsi="Times New Roman" w:eastAsia="宋体"/>
          <w:b w:val="0"/>
          <w:i w:val="0"/>
          <w:sz w:val="21"/>
        </w:rPr>
        <w:t>x⁴+2x²+9 =(x²+3)²</w:t>
      </w:r>
    </w:p>
    <w:p>
      <w:pPr>
        <w:spacing w:before="0" w:after="80" w:line="300" w:lineRule="auto"/>
        <w:jc w:val="left"/>
      </w:pPr>
      <w:r>
        <w:rPr>
          <w:rFonts w:ascii="Times New Roman" w:hAnsi="Times New Roman" w:eastAsia="宋体"/>
          <w:b w:val="0"/>
          <w:i w:val="0"/>
          <w:sz w:val="21"/>
        </w:rPr>
        <w:t>-(2x)²</w:t>
      </w:r>
    </w:p>
    <w:p>
      <w:pPr>
        <w:spacing w:before="0" w:after="80" w:line="300" w:lineRule="auto"/>
        <w:jc w:val="left"/>
      </w:pPr>
      <w:r>
        <w:rPr>
          <w:rFonts w:ascii="Times New Roman" w:hAnsi="Times New Roman" w:eastAsia="宋体"/>
          <w:b w:val="0"/>
          <w:i w:val="0"/>
          <w:sz w:val="21"/>
        </w:rPr>
        <w:t>=(x²-2x+3)</w:t>
      </w:r>
    </w:p>
    <w:p>
      <w:pPr>
        <w:spacing w:before="0" w:after="80" w:line="300" w:lineRule="auto"/>
        <w:jc w:val="left"/>
      </w:pPr>
      <w:r>
        <w:rPr>
          <w:rFonts w:ascii="Times New Roman" w:hAnsi="Times New Roman" w:eastAsia="宋体"/>
          <w:b w:val="0"/>
          <w:i w:val="0"/>
          <w:sz w:val="21"/>
        </w:rPr>
        <w:t>·(x²+2x+3)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这两个因式都不在选项 A 至 D 中。</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x⁴+2x²+9 =(x²+3)²</w:t>
      </w:r>
    </w:p>
    <w:p>
      <w:pPr>
        <w:spacing w:before="0" w:after="80" w:line="300" w:lineRule="auto"/>
        <w:jc w:val="left"/>
      </w:pPr>
      <w:r>
        <w:rPr>
          <w:rFonts w:ascii="Times New Roman" w:hAnsi="Times New Roman" w:eastAsia="宋体"/>
          <w:b w:val="0"/>
          <w:i w:val="0"/>
          <w:color w:val="333333"/>
          <w:sz w:val="19"/>
        </w:rPr>
        <w:t>-(2x)²</w:t>
      </w:r>
    </w:p>
    <w:p>
      <w:pPr>
        <w:spacing w:before="0" w:after="80" w:line="300" w:lineRule="auto"/>
        <w:jc w:val="left"/>
      </w:pPr>
      <w:r>
        <w:rPr>
          <w:rFonts w:ascii="Times New Roman" w:hAnsi="Times New Roman" w:eastAsia="宋体"/>
          <w:b w:val="0"/>
          <w:i w:val="0"/>
          <w:color w:val="333333"/>
          <w:sz w:val="19"/>
        </w:rPr>
        <w:t>=(x²-2x+3)</w:t>
      </w:r>
    </w:p>
    <w:p>
      <w:pPr>
        <w:spacing w:before="0" w:after="80" w:line="300" w:lineRule="auto"/>
        <w:jc w:val="left"/>
      </w:pPr>
      <w:r>
        <w:rPr>
          <w:rFonts w:ascii="Times New Roman" w:hAnsi="Times New Roman" w:eastAsia="宋体"/>
          <w:b w:val="0"/>
          <w:i w:val="0"/>
          <w:color w:val="333333"/>
          <w:sz w:val="19"/>
        </w:rPr>
        <w:t>·(x²+2x+3).</w:t>
      </w:r>
    </w:p>
    <w:p>
      <w:pPr>
        <w:spacing w:before="0" w:after="80" w:line="300" w:lineRule="auto"/>
        <w:jc w:val="left"/>
      </w:pPr>
      <w:r>
        <w:rPr>
          <w:rFonts w:ascii="Times New Roman" w:hAnsi="Times New Roman" w:eastAsia="宋体"/>
          <w:b w:val="0"/>
          <w:i w:val="0"/>
          <w:color w:val="333333"/>
          <w:sz w:val="19"/>
        </w:rPr>
        <w:t>Neither factor appears among choices A through 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E</w:t>
      </w:r>
    </w:p>
    <w:p>
      <w:pPr>
        <w:spacing w:before="0" w:after="80" w:line="300" w:lineRule="auto"/>
        <w:jc w:val="left"/>
      </w:pPr>
      <w:r>
        <w:rPr>
          <w:rFonts w:ascii="Times New Roman" w:hAnsi="Times New Roman" w:eastAsia="宋体"/>
          <w:b w:val="0"/>
          <w:i w:val="0"/>
          <w:sz w:val="21"/>
        </w:rPr>
        <w:t>A 先生先收到 1.10(10000)=11000 美元。然后 B 先生以其 11000 美元成本的 10% 亏损卖出，所以 A 先生以</w:t>
      </w:r>
    </w:p>
    <w:p>
      <w:pPr>
        <w:spacing w:before="0" w:after="80" w:line="300" w:lineRule="auto"/>
        <w:jc w:val="left"/>
      </w:pPr>
      <w:r>
        <w:rPr>
          <w:rFonts w:ascii="Times New Roman" w:hAnsi="Times New Roman" w:eastAsia="宋体"/>
          <w:b w:val="0"/>
          <w:i w:val="0"/>
          <w:sz w:val="21"/>
        </w:rPr>
        <w:t>0.90(11000)=9900</w:t>
      </w:r>
    </w:p>
    <w:p>
      <w:pPr>
        <w:spacing w:before="0" w:after="80" w:line="300" w:lineRule="auto"/>
        <w:jc w:val="left"/>
      </w:pPr>
      <w:r>
        <w:rPr>
          <w:rFonts w:ascii="Times New Roman" w:hAnsi="Times New Roman" w:eastAsia="宋体"/>
          <w:b w:val="0"/>
          <w:i w:val="0"/>
          <w:sz w:val="21"/>
        </w:rPr>
        <w:t>美元买回房子。A 先生重新拥有房子，并赚得 11000-9900=1100 美元；B 先生亏损 1100 美元。题中列出的金额都不正确。</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A first receives 1.10(10000)=11000 dollars. Mr. B then sells at a loss of 10% of his 11000-dollar cost, so Mr. A buys the house back for</w:t>
      </w:r>
    </w:p>
    <w:p>
      <w:pPr>
        <w:spacing w:before="0" w:after="80" w:line="300" w:lineRule="auto"/>
        <w:jc w:val="left"/>
      </w:pPr>
      <w:r>
        <w:rPr>
          <w:rFonts w:ascii="Times New Roman" w:hAnsi="Times New Roman" w:eastAsia="宋体"/>
          <w:b w:val="0"/>
          <w:i w:val="0"/>
          <w:color w:val="333333"/>
          <w:sz w:val="19"/>
        </w:rPr>
        <w:t>0.90(11000)=9900</w:t>
      </w:r>
    </w:p>
    <w:p>
      <w:pPr>
        <w:spacing w:before="0" w:after="80" w:line="300" w:lineRule="auto"/>
        <w:jc w:val="left"/>
      </w:pPr>
      <w:r>
        <w:rPr>
          <w:rFonts w:ascii="Times New Roman" w:hAnsi="Times New Roman" w:eastAsia="宋体"/>
          <w:b w:val="0"/>
          <w:i w:val="0"/>
          <w:color w:val="333333"/>
          <w:sz w:val="19"/>
        </w:rPr>
        <w:t>dollars. Mr. A again owns the house and has gained 11000-9900=1100 dollars; Mr. B has lost 1100 dollars. None of the stated amounts is correct.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B</w:t>
      </w:r>
    </w:p>
    <w:p>
      <w:pPr>
        <w:spacing w:before="0" w:after="80" w:line="300" w:lineRule="auto"/>
        <w:jc w:val="left"/>
      </w:pPr>
      <w:r>
        <w:rPr>
          <w:rFonts w:ascii="Times New Roman" w:hAnsi="Times New Roman" w:eastAsia="宋体"/>
          <w:b w:val="0"/>
          <w:i w:val="0"/>
          <w:sz w:val="21"/>
        </w:rPr>
        <w:t>由韦达定理，r+s=p，且 rs=q。因此</w:t>
      </w:r>
    </w:p>
    <w:p>
      <w:pPr>
        <w:spacing w:before="0" w:after="80" w:line="300" w:lineRule="auto"/>
        <w:jc w:val="left"/>
      </w:pPr>
      <w:r>
        <w:rPr>
          <w:rFonts w:ascii="Times New Roman" w:hAnsi="Times New Roman" w:eastAsia="宋体"/>
          <w:b w:val="0"/>
          <w:i w:val="0"/>
          <w:sz w:val="21"/>
        </w:rPr>
        <w:t>r²+s² =(r+s)²-2rs</w:t>
      </w:r>
    </w:p>
    <w:p>
      <w:pPr>
        <w:spacing w:before="0" w:after="80" w:line="300" w:lineRule="auto"/>
        <w:jc w:val="left"/>
      </w:pPr>
      <w:r>
        <w:rPr>
          <w:rFonts w:ascii="Times New Roman" w:hAnsi="Times New Roman" w:eastAsia="宋体"/>
          <w:b w:val="0"/>
          <w:i w:val="0"/>
          <w:sz w:val="21"/>
        </w:rPr>
        <w:t>=p²-2q</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Vieta’s formulas, r+s=p and rs=q. Therefore</w:t>
      </w:r>
    </w:p>
    <w:p>
      <w:pPr>
        <w:spacing w:before="0" w:after="80" w:line="300" w:lineRule="auto"/>
        <w:jc w:val="left"/>
      </w:pPr>
      <w:r>
        <w:rPr>
          <w:rFonts w:ascii="Times New Roman" w:hAnsi="Times New Roman" w:eastAsia="宋体"/>
          <w:b w:val="0"/>
          <w:i w:val="0"/>
          <w:color w:val="333333"/>
          <w:sz w:val="19"/>
        </w:rPr>
        <w:t>r²+s² =(r+s)²-2rs</w:t>
      </w:r>
    </w:p>
    <w:p>
      <w:pPr>
        <w:spacing w:before="0" w:after="80" w:line="300" w:lineRule="auto"/>
        <w:jc w:val="left"/>
      </w:pPr>
      <w:r>
        <w:rPr>
          <w:rFonts w:ascii="Times New Roman" w:hAnsi="Times New Roman" w:eastAsia="宋体"/>
          <w:b w:val="0"/>
          <w:i w:val="0"/>
          <w:color w:val="333333"/>
          <w:sz w:val="19"/>
        </w:rPr>
        <w:t>=p²-2q.</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E</w:t>
      </w:r>
    </w:p>
    <w:p>
      <w:pPr>
        <w:spacing w:before="0" w:after="80" w:line="300" w:lineRule="auto"/>
        <w:jc w:val="left"/>
      </w:pPr>
      <w:r>
        <w:rPr>
          <w:rFonts w:ascii="Times New Roman" w:hAnsi="Times New Roman" w:eastAsia="宋体"/>
          <w:b w:val="0"/>
          <w:i w:val="0"/>
          <w:sz w:val="21"/>
        </w:rPr>
        <w:t>用 -x 替换 x，得 y=ax²-bx+c。在交点处，</w:t>
      </w:r>
    </w:p>
    <w:p>
      <w:pPr>
        <w:spacing w:before="0" w:after="80" w:line="300" w:lineRule="auto"/>
        <w:jc w:val="left"/>
      </w:pPr>
      <w:r>
        <w:rPr>
          <w:rFonts w:ascii="Times New Roman" w:hAnsi="Times New Roman" w:eastAsia="宋体"/>
          <w:b w:val="0"/>
          <w:i w:val="0"/>
          <w:sz w:val="21"/>
        </w:rPr>
        <w:t>ax²+bx+c=ax²-bx+c，</w:t>
      </w:r>
    </w:p>
    <w:p>
      <w:pPr>
        <w:spacing w:before="0" w:after="80" w:line="300" w:lineRule="auto"/>
        <w:jc w:val="left"/>
      </w:pPr>
      <w:r>
        <w:rPr>
          <w:rFonts w:ascii="Times New Roman" w:hAnsi="Times New Roman" w:eastAsia="宋体"/>
          <w:b w:val="0"/>
          <w:i w:val="0"/>
          <w:sz w:val="21"/>
        </w:rPr>
        <w:t>所以 2bx=0。由于 b≠0，必有 x=0，进而 y=c≠0。两图像恰有一个交点 (0,c)，且它在 y 轴上。</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Replacing x by -x gives y=ax²-bx+c. At an intersection,</w:t>
      </w:r>
    </w:p>
    <w:p>
      <w:pPr>
        <w:spacing w:before="0" w:after="80" w:line="300" w:lineRule="auto"/>
        <w:jc w:val="left"/>
      </w:pPr>
      <w:r>
        <w:rPr>
          <w:rFonts w:ascii="Times New Roman" w:hAnsi="Times New Roman" w:eastAsia="宋体"/>
          <w:b w:val="0"/>
          <w:i w:val="0"/>
          <w:color w:val="333333"/>
          <w:sz w:val="19"/>
        </w:rPr>
        <w:t>ax²+bx+c=ax²-bx+c,</w:t>
      </w:r>
    </w:p>
    <w:p>
      <w:pPr>
        <w:spacing w:before="0" w:after="80" w:line="300" w:lineRule="auto"/>
        <w:jc w:val="left"/>
      </w:pPr>
      <w:r>
        <w:rPr>
          <w:rFonts w:ascii="Times New Roman" w:hAnsi="Times New Roman" w:eastAsia="宋体"/>
          <w:b w:val="0"/>
          <w:i w:val="0"/>
          <w:color w:val="333333"/>
          <w:sz w:val="19"/>
        </w:rPr>
        <w:t>so 2bx=0. Since b≠0, we must have x=0, and then y=c≠0. There is exactly one intersection, (0,c), on the y-axis.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E</w:t>
      </w:r>
    </w:p>
    <w:p>
      <w:pPr>
        <w:spacing w:before="0" w:after="80" w:line="300" w:lineRule="auto"/>
        <w:jc w:val="left"/>
      </w:pPr>
      <w:r>
        <w:rPr>
          <w:rFonts w:ascii="Times New Roman" w:hAnsi="Times New Roman" w:eastAsia="宋体"/>
          <w:b w:val="0"/>
          <w:i w:val="0"/>
          <w:sz w:val="21"/>
        </w:rPr>
        <w:t>直线 PR 在两半圆的公共端点 R 处与它们都相切。对较大的圆，两切线夹角定理给出</w:t>
      </w:r>
    </w:p>
    <w:p>
      <w:pPr>
        <w:spacing w:before="0" w:after="80" w:line="300" w:lineRule="auto"/>
        <w:jc w:val="left"/>
      </w:pPr>
      <w:r>
        <w:rPr>
          <w:rFonts w:ascii="Times New Roman" w:hAnsi="Times New Roman" w:eastAsia="宋体"/>
          <w:b w:val="0"/>
          <w:i w:val="0"/>
          <w:sz w:val="21"/>
        </w:rPr>
        <w:t>∠ APR=180°-a=c。</w:t>
      </w:r>
    </w:p>
    <w:p>
      <w:pPr>
        <w:spacing w:before="0" w:after="80" w:line="300" w:lineRule="auto"/>
        <w:jc w:val="left"/>
      </w:pPr>
      <w:r>
        <w:rPr>
          <w:rFonts w:ascii="Times New Roman" w:hAnsi="Times New Roman" w:eastAsia="宋体"/>
          <w:b w:val="0"/>
          <w:i w:val="0"/>
          <w:sz w:val="21"/>
        </w:rPr>
        <w:t>对较小的圆，同一定理给出</w:t>
      </w:r>
    </w:p>
    <w:p>
      <w:pPr>
        <w:spacing w:before="0" w:after="80" w:line="300" w:lineRule="auto"/>
        <w:jc w:val="left"/>
      </w:pPr>
      <w:r>
        <w:rPr>
          <w:rFonts w:ascii="Times New Roman" w:hAnsi="Times New Roman" w:eastAsia="宋体"/>
          <w:b w:val="0"/>
          <w:i w:val="0"/>
          <w:sz w:val="21"/>
        </w:rPr>
        <w:t>∠ RPB=180°-b=d。</w:t>
      </w:r>
    </w:p>
    <w:p>
      <w:pPr>
        <w:spacing w:before="0" w:after="80" w:line="300" w:lineRule="auto"/>
        <w:jc w:val="left"/>
      </w:pPr>
      <w:r>
        <w:rPr>
          <w:rFonts w:ascii="Times New Roman" w:hAnsi="Times New Roman" w:eastAsia="宋体"/>
          <w:b w:val="0"/>
          <w:i w:val="0"/>
          <w:sz w:val="21"/>
        </w:rPr>
        <w:t>因此，从 PA 经 PR 到 PB 的优角为 c+d。所以两条切线之间的另一个角为</w:t>
      </w:r>
    </w:p>
    <w:p>
      <w:pPr>
        <w:spacing w:before="0" w:after="80" w:line="300" w:lineRule="auto"/>
        <w:jc w:val="left"/>
      </w:pPr>
      <w:r>
        <w:rPr>
          <w:rFonts w:ascii="Times New Roman" w:hAnsi="Times New Roman" w:eastAsia="宋体"/>
          <w:b w:val="0"/>
          <w:i w:val="0"/>
          <w:sz w:val="21"/>
        </w:rPr>
        <w:t>360°-(c+d) =(180°-c)</w:t>
      </w:r>
    </w:p>
    <w:p>
      <w:pPr>
        <w:spacing w:before="0" w:after="80" w:line="300" w:lineRule="auto"/>
        <w:jc w:val="left"/>
      </w:pPr>
      <w:r>
        <w:rPr>
          <w:rFonts w:ascii="Times New Roman" w:hAnsi="Times New Roman" w:eastAsia="宋体"/>
          <w:b w:val="0"/>
          <w:i w:val="0"/>
          <w:sz w:val="21"/>
        </w:rPr>
        <w:t>+(180°-d)</w:t>
      </w:r>
    </w:p>
    <w:p>
      <w:pPr>
        <w:spacing w:before="0" w:after="80" w:line="300" w:lineRule="auto"/>
        <w:jc w:val="left"/>
      </w:pPr>
      <w:r>
        <w:rPr>
          <w:rFonts w:ascii="Times New Roman" w:hAnsi="Times New Roman" w:eastAsia="宋体"/>
          <w:b w:val="0"/>
          <w:i w:val="0"/>
          <w:sz w:val="21"/>
        </w:rPr>
        <w:t>=a+b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因为每个上半圆的度数都是 180°。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 PR is tangent to both semicircles at their common endpoint R. For the larger circle, the tangent-tangent angle theorem gives</w:t>
      </w:r>
    </w:p>
    <w:p>
      <w:pPr>
        <w:spacing w:before="0" w:after="80" w:line="300" w:lineRule="auto"/>
        <w:jc w:val="left"/>
      </w:pPr>
      <w:r>
        <w:rPr>
          <w:rFonts w:ascii="Times New Roman" w:hAnsi="Times New Roman" w:eastAsia="宋体"/>
          <w:b w:val="0"/>
          <w:i w:val="0"/>
          <w:color w:val="333333"/>
          <w:sz w:val="19"/>
        </w:rPr>
        <w:t>∠ APR=180°-a=c.</w:t>
      </w:r>
    </w:p>
    <w:p>
      <w:pPr>
        <w:spacing w:before="0" w:after="80" w:line="300" w:lineRule="auto"/>
        <w:jc w:val="left"/>
      </w:pPr>
      <w:r>
        <w:rPr>
          <w:rFonts w:ascii="Times New Roman" w:hAnsi="Times New Roman" w:eastAsia="宋体"/>
          <w:b w:val="0"/>
          <w:i w:val="0"/>
          <w:color w:val="333333"/>
          <w:sz w:val="19"/>
        </w:rPr>
        <w:t>For the smaller circle, the same theorem gives</w:t>
      </w:r>
    </w:p>
    <w:p>
      <w:pPr>
        <w:spacing w:before="0" w:after="80" w:line="300" w:lineRule="auto"/>
        <w:jc w:val="left"/>
      </w:pPr>
      <w:r>
        <w:rPr>
          <w:rFonts w:ascii="Times New Roman" w:hAnsi="Times New Roman" w:eastAsia="宋体"/>
          <w:b w:val="0"/>
          <w:i w:val="0"/>
          <w:color w:val="333333"/>
          <w:sz w:val="19"/>
        </w:rPr>
        <w:t>∠ RPB=180°-b=d.</w:t>
      </w:r>
    </w:p>
    <w:p>
      <w:pPr>
        <w:spacing w:before="0" w:after="80" w:line="300" w:lineRule="auto"/>
        <w:jc w:val="left"/>
      </w:pPr>
      <w:r>
        <w:rPr>
          <w:rFonts w:ascii="Times New Roman" w:hAnsi="Times New Roman" w:eastAsia="宋体"/>
          <w:b w:val="0"/>
          <w:i w:val="0"/>
          <w:color w:val="333333"/>
          <w:sz w:val="19"/>
        </w:rPr>
        <w:t>Thus the reflex angle from PA to PB through PR has measure c+d. Hence the other angle between the tangents is</w:t>
      </w:r>
    </w:p>
    <w:p>
      <w:pPr>
        <w:spacing w:before="0" w:after="80" w:line="300" w:lineRule="auto"/>
        <w:jc w:val="left"/>
      </w:pPr>
      <w:r>
        <w:rPr>
          <w:rFonts w:ascii="Times New Roman" w:hAnsi="Times New Roman" w:eastAsia="宋体"/>
          <w:b w:val="0"/>
          <w:i w:val="0"/>
          <w:color w:val="333333"/>
          <w:sz w:val="19"/>
        </w:rPr>
        <w:t>360°-(c+d) =(180°-c)</w:t>
      </w:r>
    </w:p>
    <w:p>
      <w:pPr>
        <w:spacing w:before="0" w:after="80" w:line="300" w:lineRule="auto"/>
        <w:jc w:val="left"/>
      </w:pPr>
      <w:r>
        <w:rPr>
          <w:rFonts w:ascii="Times New Roman" w:hAnsi="Times New Roman" w:eastAsia="宋体"/>
          <w:b w:val="0"/>
          <w:i w:val="0"/>
          <w:color w:val="333333"/>
          <w:sz w:val="19"/>
        </w:rPr>
        <w:t>+(180°-d)</w:t>
      </w:r>
    </w:p>
    <w:p>
      <w:pPr>
        <w:spacing w:before="0" w:after="80" w:line="300" w:lineRule="auto"/>
        <w:jc w:val="left"/>
      </w:pPr>
      <w:r>
        <w:rPr>
          <w:rFonts w:ascii="Times New Roman" w:hAnsi="Times New Roman" w:eastAsia="宋体"/>
          <w:b w:val="0"/>
          <w:i w:val="0"/>
          <w:color w:val="333333"/>
          <w:sz w:val="19"/>
        </w:rPr>
        <w:t>=a+b,</w:t>
      </w:r>
    </w:p>
    <w:p>
      <w:pPr>
        <w:spacing w:before="0" w:after="80" w:line="300" w:lineRule="auto"/>
        <w:jc w:val="left"/>
      </w:pPr>
      <w:r>
        <w:rPr>
          <w:rFonts w:ascii="Times New Roman" w:hAnsi="Times New Roman" w:eastAsia="宋体"/>
          <w:b w:val="0"/>
          <w:i w:val="0"/>
          <w:color w:val="333333"/>
          <w:sz w:val="19"/>
        </w:rPr>
        <w:t>because each upper semicircle has measure 180°.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B</w:t>
      </w:r>
    </w:p>
    <w:p>
      <w:pPr>
        <w:spacing w:before="0" w:after="80" w:line="300" w:lineRule="auto"/>
        <w:jc w:val="left"/>
      </w:pPr>
      <w:r>
        <w:rPr>
          <w:rFonts w:ascii="Times New Roman" w:hAnsi="Times New Roman" w:eastAsia="宋体"/>
          <w:b w:val="0"/>
          <w:i w:val="0"/>
          <w:sz w:val="21"/>
        </w:rPr>
        <w:t>第一个方程给出 x=±3。对第二个方程作平方差因式分解，得到</w:t>
      </w:r>
    </w:p>
    <w:p>
      <w:pPr>
        <w:spacing w:before="0" w:after="80" w:line="300" w:lineRule="auto"/>
        <w:jc w:val="left"/>
      </w:pPr>
      <w:r>
        <w:rPr>
          <w:rFonts w:ascii="Times New Roman" w:hAnsi="Times New Roman" w:eastAsia="宋体"/>
          <w:b w:val="0"/>
          <w:i w:val="0"/>
          <w:sz w:val="21"/>
        </w:rPr>
        <w:t>[(2x-1)-(x-1)]</w:t>
      </w:r>
    </w:p>
    <w:p>
      <w:pPr>
        <w:spacing w:before="0" w:after="80" w:line="300" w:lineRule="auto"/>
        <w:jc w:val="left"/>
      </w:pPr>
      <w:r>
        <w:rPr>
          <w:rFonts w:ascii="Times New Roman" w:hAnsi="Times New Roman" w:eastAsia="宋体"/>
          <w:b w:val="0"/>
          <w:i w:val="0"/>
          <w:sz w:val="21"/>
        </w:rPr>
        <w:t>·[(2x-1)+(x-1)]</w:t>
      </w:r>
    </w:p>
    <w:p>
      <w:pPr>
        <w:spacing w:before="0" w:after="80" w:line="300" w:lineRule="auto"/>
        <w:jc w:val="left"/>
      </w:pPr>
      <w:r>
        <w:rPr>
          <w:rFonts w:ascii="Times New Roman" w:hAnsi="Times New Roman" w:eastAsia="宋体"/>
          <w:b w:val="0"/>
          <w:i w:val="0"/>
          <w:sz w:val="21"/>
        </w:rPr>
        <w:t>=x(3x-2)=0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x=0 或 2/3。将第三个方程两边平方，得到 x²-x-6=0，候选值为 3 和 -2；只有 3 满足实数定义域的限制。所得的每个根都不大于 3。</w:t>
      </w:r>
    </w:p>
    <w:p>
      <w:pPr>
        <w:spacing w:before="0" w:after="80" w:line="300" w:lineRule="auto"/>
        <w:jc w:val="left"/>
      </w:pPr>
      <w:r>
        <w:rPr>
          <w:rFonts w:ascii="Times New Roman" w:hAnsi="Times New Roman" w:eastAsia="宋体"/>
          <w:b w:val="0"/>
          <w:i w:val="0"/>
          <w:sz w:val="21"/>
        </w:rPr>
        <w:t>因此，每个方程都没有大于 3 的根，正确答案是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equation gives x=±3. Factoring the difference of squares in the second gives</w:t>
      </w:r>
    </w:p>
    <w:p>
      <w:pPr>
        <w:spacing w:before="0" w:after="80" w:line="300" w:lineRule="auto"/>
        <w:jc w:val="left"/>
      </w:pPr>
      <w:r>
        <w:rPr>
          <w:rFonts w:ascii="Times New Roman" w:hAnsi="Times New Roman" w:eastAsia="宋体"/>
          <w:b w:val="0"/>
          <w:i w:val="0"/>
          <w:color w:val="333333"/>
          <w:sz w:val="19"/>
        </w:rPr>
        <w:t>[(2x-1)-(x-1)]</w:t>
      </w:r>
    </w:p>
    <w:p>
      <w:pPr>
        <w:spacing w:before="0" w:after="80" w:line="300" w:lineRule="auto"/>
        <w:jc w:val="left"/>
      </w:pPr>
      <w:r>
        <w:rPr>
          <w:rFonts w:ascii="Times New Roman" w:hAnsi="Times New Roman" w:eastAsia="宋体"/>
          <w:b w:val="0"/>
          <w:i w:val="0"/>
          <w:color w:val="333333"/>
          <w:sz w:val="19"/>
        </w:rPr>
        <w:t>·[(2x-1)+(x-1)]</w:t>
      </w:r>
    </w:p>
    <w:p>
      <w:pPr>
        <w:spacing w:before="0" w:after="80" w:line="300" w:lineRule="auto"/>
        <w:jc w:val="left"/>
      </w:pPr>
      <w:r>
        <w:rPr>
          <w:rFonts w:ascii="Times New Roman" w:hAnsi="Times New Roman" w:eastAsia="宋体"/>
          <w:b w:val="0"/>
          <w:i w:val="0"/>
          <w:color w:val="333333"/>
          <w:sz w:val="19"/>
        </w:rPr>
        <w:t>=x(3x-2)=0,</w:t>
      </w:r>
    </w:p>
    <w:p>
      <w:pPr>
        <w:spacing w:before="0" w:after="80" w:line="300" w:lineRule="auto"/>
        <w:jc w:val="left"/>
      </w:pPr>
      <w:r>
        <w:rPr>
          <w:rFonts w:ascii="Times New Roman" w:hAnsi="Times New Roman" w:eastAsia="宋体"/>
          <w:b w:val="0"/>
          <w:i w:val="0"/>
          <w:color w:val="333333"/>
          <w:sz w:val="19"/>
        </w:rPr>
        <w:t>so x=0 or 2/3. Squaring the third gives x²-x-6=0, with candidates 3 and -2; only 3 satisfies the real-domain restrictions. Every root obtained is at most 3.</w:t>
      </w:r>
    </w:p>
    <w:p>
      <w:pPr>
        <w:spacing w:before="0" w:after="80" w:line="300" w:lineRule="auto"/>
        <w:jc w:val="left"/>
      </w:pPr>
      <w:r>
        <w:rPr>
          <w:rFonts w:ascii="Times New Roman" w:hAnsi="Times New Roman" w:eastAsia="宋体"/>
          <w:b w:val="0"/>
          <w:i w:val="0"/>
          <w:color w:val="333333"/>
          <w:sz w:val="19"/>
        </w:rPr>
        <w:t>Thus, each equation has no root greater than 3, and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D</w:t>
      </w:r>
    </w:p>
    <w:p>
      <w:pPr>
        <w:spacing w:before="0" w:after="80" w:line="300" w:lineRule="auto"/>
        <w:jc w:val="left"/>
      </w:pPr>
      <w:r>
        <w:rPr>
          <w:rFonts w:ascii="Times New Roman" w:hAnsi="Times New Roman" w:eastAsia="宋体"/>
          <w:b w:val="0"/>
          <w:i w:val="0"/>
          <w:sz w:val="21"/>
        </w:rPr>
        <w:t>小三角形的面积也等于原三角形面积的一半。若小三角形中平行于原底边的边长为 b，由相似关系</w:t>
      </w:r>
    </w:p>
    <w:p>
      <w:pPr>
        <w:spacing w:before="0" w:after="80" w:line="300" w:lineRule="auto"/>
        <w:jc w:val="left"/>
      </w:pPr>
      <w:r>
        <w:rPr>
          <w:rFonts w:ascii="Times New Roman" w:hAnsi="Times New Roman" w:eastAsia="宋体"/>
          <w:b w:val="0"/>
          <w:i w:val="0"/>
          <w:sz w:val="21"/>
        </w:rPr>
        <w:t>(b/2)²=1/2，</w:t>
      </w:r>
    </w:p>
    <w:p>
      <w:pPr>
        <w:spacing w:before="0" w:after="80" w:line="300" w:lineRule="auto"/>
        <w:jc w:val="left"/>
      </w:pPr>
      <w:r>
        <w:rPr>
          <w:rFonts w:ascii="Times New Roman" w:hAnsi="Times New Roman" w:eastAsia="宋体"/>
          <w:b w:val="0"/>
          <w:i w:val="0"/>
          <w:sz w:val="21"/>
        </w:rPr>
        <w:t>所以 b=√(2)。梯形两条平行边的长度为 2 和 √(2)，因此其中位线长为</w:t>
      </w:r>
    </w:p>
    <w:p>
      <w:pPr>
        <w:spacing w:before="0" w:after="80" w:line="300" w:lineRule="auto"/>
        <w:jc w:val="left"/>
      </w:pPr>
      <w:r>
        <w:rPr>
          <w:rFonts w:ascii="Times New Roman" w:hAnsi="Times New Roman" w:eastAsia="宋体"/>
          <w:b w:val="0"/>
          <w:i w:val="0"/>
          <w:sz w:val="21"/>
        </w:rPr>
        <w:t>(2+√(2))/2。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 triangle also has half the original area. If its side parallel to the original base has length b, similarity gives</w:t>
      </w:r>
    </w:p>
    <w:p>
      <w:pPr>
        <w:spacing w:before="0" w:after="80" w:line="300" w:lineRule="auto"/>
        <w:jc w:val="left"/>
      </w:pPr>
      <w:r>
        <w:rPr>
          <w:rFonts w:ascii="Times New Roman" w:hAnsi="Times New Roman" w:eastAsia="宋体"/>
          <w:b w:val="0"/>
          <w:i w:val="0"/>
          <w:color w:val="333333"/>
          <w:sz w:val="19"/>
        </w:rPr>
        <w:t>(b/2)²=1/2,</w:t>
      </w:r>
    </w:p>
    <w:p>
      <w:pPr>
        <w:spacing w:before="0" w:after="80" w:line="300" w:lineRule="auto"/>
        <w:jc w:val="left"/>
      </w:pPr>
      <w:r>
        <w:rPr>
          <w:rFonts w:ascii="Times New Roman" w:hAnsi="Times New Roman" w:eastAsia="宋体"/>
          <w:b w:val="0"/>
          <w:i w:val="0"/>
          <w:color w:val="333333"/>
          <w:sz w:val="19"/>
        </w:rPr>
        <w:t>so b=√(2). The parallel sides of the trapezoid have lengths 2 and √(2), so its median has length</w:t>
      </w:r>
    </w:p>
    <w:p>
      <w:pPr>
        <w:spacing w:before="0" w:after="80" w:line="300" w:lineRule="auto"/>
        <w:jc w:val="left"/>
      </w:pPr>
      <w:r>
        <w:rPr>
          <w:rFonts w:ascii="Times New Roman" w:hAnsi="Times New Roman" w:eastAsia="宋体"/>
          <w:b w:val="0"/>
          <w:i w:val="0"/>
          <w:color w:val="333333"/>
          <w:sz w:val="19"/>
        </w:rPr>
        <w:t>(2+√(2))/2.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B</w:t>
      </w:r>
    </w:p>
    <w:p>
      <w:pPr>
        <w:spacing w:before="0" w:after="80" w:line="300" w:lineRule="auto"/>
        <w:jc w:val="left"/>
      </w:pPr>
      <w:r>
        <w:rPr>
          <w:rFonts w:ascii="Times New Roman" w:hAnsi="Times New Roman" w:eastAsia="宋体"/>
          <w:b w:val="0"/>
          <w:i w:val="0"/>
          <w:sz w:val="21"/>
        </w:rPr>
        <w:t>判别式为零给出</w:t>
      </w:r>
    </w:p>
    <w:p>
      <w:pPr>
        <w:spacing w:before="0" w:after="80" w:line="300" w:lineRule="auto"/>
        <w:jc w:val="left"/>
      </w:pPr>
      <w:r>
        <w:rPr>
          <w:rFonts w:ascii="Times New Roman" w:hAnsi="Times New Roman" w:eastAsia="宋体"/>
          <w:b w:val="0"/>
          <w:i w:val="0"/>
          <w:sz w:val="21"/>
        </w:rPr>
        <w:t>(2b)²-4ac=0，</w:t>
      </w:r>
    </w:p>
    <w:p>
      <w:pPr>
        <w:spacing w:before="0" w:after="80" w:line="300" w:lineRule="auto"/>
        <w:jc w:val="left"/>
      </w:pPr>
      <w:r>
        <w:rPr>
          <w:rFonts w:ascii="Times New Roman" w:hAnsi="Times New Roman" w:eastAsia="宋体"/>
          <w:b w:val="0"/>
          <w:i w:val="0"/>
          <w:sz w:val="21"/>
        </w:rPr>
        <w:t>因而 b²=ac。等价地，在比值有定义时，a/b=b/c，这正是 a,b,c 构成等比数列的条件。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zero discriminant gives</w:t>
      </w:r>
    </w:p>
    <w:p>
      <w:pPr>
        <w:spacing w:before="0" w:after="80" w:line="300" w:lineRule="auto"/>
        <w:jc w:val="left"/>
      </w:pPr>
      <w:r>
        <w:rPr>
          <w:rFonts w:ascii="Times New Roman" w:hAnsi="Times New Roman" w:eastAsia="宋体"/>
          <w:b w:val="0"/>
          <w:i w:val="0"/>
          <w:color w:val="333333"/>
          <w:sz w:val="19"/>
        </w:rPr>
        <w:t>(2b)²-4ac=0,</w:t>
      </w:r>
    </w:p>
    <w:p>
      <w:pPr>
        <w:spacing w:before="0" w:after="80" w:line="300" w:lineRule="auto"/>
        <w:jc w:val="left"/>
      </w:pPr>
      <w:r>
        <w:rPr>
          <w:rFonts w:ascii="Times New Roman" w:hAnsi="Times New Roman" w:eastAsia="宋体"/>
          <w:b w:val="0"/>
          <w:i w:val="0"/>
          <w:color w:val="333333"/>
          <w:sz w:val="19"/>
        </w:rPr>
        <w:t>hence b²=ac. Equivalently, a/b=b/c where the ratios are defined, which is the defining relation for a,b,c to form a geometric progression.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A</w:t>
      </w:r>
    </w:p>
    <w:p>
      <w:pPr>
        <w:spacing w:before="0" w:after="80" w:line="300" w:lineRule="auto"/>
        <w:jc w:val="left"/>
      </w:pPr>
      <w:r>
        <w:rPr>
          <w:rFonts w:ascii="Times New Roman" w:hAnsi="Times New Roman" w:eastAsia="宋体"/>
          <w:b w:val="0"/>
          <w:i w:val="0"/>
          <w:sz w:val="21"/>
        </w:rPr>
        <w:t>在 8:00 时，时针领先 240°。分针以每分钟 5.5° 的相对速度追赶，所以两针在 8 点后的 240/5.5=480/11 分钟重合。在 2:00 时，时针领先 60°。要使两针沿相关方向相差 180°，分针必须追赶 240°，同样需要 480/11 分钟。因此，出发和到达时刻在各自整点后的分钟数相同，恰好相隔六小时。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8:00, the hour hand is 240° ahead. The minute hand gains at 5.5° per minute, so the hands coincide 240/5.5=480/11 minutes after 8. At 2:00, the hour hand is 60° ahead. For the hands to be 180° apart in the relevant direction, the minute hand must gain 240°, again taking 480/11 minutes. The start and finish therefore have the same minute offset within their hours, exactly six hours apart.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C</w:t>
      </w:r>
    </w:p>
    <w:p>
      <w:pPr>
        <w:spacing w:before="0" w:after="80" w:line="300" w:lineRule="auto"/>
        <w:jc w:val="left"/>
      </w:pPr>
      <w:r>
        <w:rPr>
          <w:rFonts w:ascii="Times New Roman" w:hAnsi="Times New Roman" w:eastAsia="宋体"/>
          <w:b w:val="0"/>
          <w:i w:val="0"/>
          <w:sz w:val="21"/>
        </w:rPr>
        <w:t>两圆心相距 12 英寸，半径相差 6。因此每条公外切线段长</w:t>
      </w:r>
    </w:p>
    <w:p>
      <w:pPr>
        <w:spacing w:before="0" w:after="80" w:line="300" w:lineRule="auto"/>
        <w:jc w:val="left"/>
      </w:pPr>
      <w:r>
        <w:rPr>
          <w:rFonts w:ascii="Times New Roman" w:hAnsi="Times New Roman" w:eastAsia="宋体"/>
          <w:b w:val="0"/>
          <w:i w:val="0"/>
          <w:sz w:val="21"/>
        </w:rPr>
        <w:t>√(12²-6²)=6√(3)，</w:t>
      </w:r>
    </w:p>
    <w:p>
      <w:pPr>
        <w:spacing w:before="0" w:after="80" w:line="300" w:lineRule="auto"/>
        <w:jc w:val="left"/>
      </w:pPr>
      <w:r>
        <w:rPr>
          <w:rFonts w:ascii="Times New Roman" w:hAnsi="Times New Roman" w:eastAsia="宋体"/>
          <w:b w:val="0"/>
          <w:i w:val="0"/>
          <w:sz w:val="21"/>
        </w:rPr>
        <w:t>两条共长 12√(3)。由切线的几何关系，半径为 3 的圆上有一段 120° 的外露弧，半径为 9 的圆上有一段 240° 的外露弧。两段弧长之和为</w:t>
      </w:r>
    </w:p>
    <w:p>
      <w:pPr>
        <w:spacing w:before="0" w:after="80" w:line="300" w:lineRule="auto"/>
        <w:jc w:val="left"/>
      </w:pPr>
      <w:r>
        <w:rPr>
          <w:rFonts w:ascii="Times New Roman" w:hAnsi="Times New Roman" w:eastAsia="宋体"/>
          <w:b w:val="0"/>
          <w:i w:val="0"/>
          <w:sz w:val="21"/>
        </w:rPr>
        <w:t>120/360(2π·3)</w:t>
      </w:r>
    </w:p>
    <w:p>
      <w:pPr>
        <w:spacing w:before="0" w:after="80" w:line="300" w:lineRule="auto"/>
        <w:jc w:val="left"/>
      </w:pPr>
      <w:r>
        <w:rPr>
          <w:rFonts w:ascii="Times New Roman" w:hAnsi="Times New Roman" w:eastAsia="宋体"/>
          <w:b w:val="0"/>
          <w:i w:val="0"/>
          <w:sz w:val="21"/>
        </w:rPr>
        <w:t>+240/360(2π·9)</w:t>
      </w:r>
    </w:p>
    <w:p>
      <w:pPr>
        <w:spacing w:before="0" w:after="80" w:line="300" w:lineRule="auto"/>
        <w:jc w:val="left"/>
      </w:pPr>
      <w:r>
        <w:rPr>
          <w:rFonts w:ascii="Times New Roman" w:hAnsi="Times New Roman" w:eastAsia="宋体"/>
          <w:b w:val="0"/>
          <w:i w:val="0"/>
          <w:sz w:val="21"/>
        </w:rPr>
        <w:t>=2π+12π</w:t>
      </w:r>
    </w:p>
    <w:p>
      <w:pPr>
        <w:spacing w:before="0" w:after="80" w:line="300" w:lineRule="auto"/>
        <w:jc w:val="left"/>
      </w:pPr>
      <w:r>
        <w:rPr>
          <w:rFonts w:ascii="Times New Roman" w:hAnsi="Times New Roman" w:eastAsia="宋体"/>
          <w:b w:val="0"/>
          <w:i w:val="0"/>
          <w:sz w:val="21"/>
        </w:rPr>
        <w:t>=14π</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因此铁丝长为 12√(3)+14π。</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centers are 12 inches apart and their radii differ by 6. Thus each common external tangent segment has length</w:t>
      </w:r>
    </w:p>
    <w:p>
      <w:pPr>
        <w:spacing w:before="0" w:after="80" w:line="300" w:lineRule="auto"/>
        <w:jc w:val="left"/>
      </w:pPr>
      <w:r>
        <w:rPr>
          <w:rFonts w:ascii="Times New Roman" w:hAnsi="Times New Roman" w:eastAsia="宋体"/>
          <w:b w:val="0"/>
          <w:i w:val="0"/>
          <w:color w:val="333333"/>
          <w:sz w:val="19"/>
        </w:rPr>
        <w:t>√(12²-6²)=6√(3),</w:t>
      </w:r>
    </w:p>
    <w:p>
      <w:pPr>
        <w:spacing w:before="0" w:after="80" w:line="300" w:lineRule="auto"/>
        <w:jc w:val="left"/>
      </w:pPr>
      <w:r>
        <w:rPr>
          <w:rFonts w:ascii="Times New Roman" w:hAnsi="Times New Roman" w:eastAsia="宋体"/>
          <w:b w:val="0"/>
          <w:i w:val="0"/>
          <w:color w:val="333333"/>
          <w:sz w:val="19"/>
        </w:rPr>
        <w:t>contributing 12√(3) in all. The geometry of the tangent lines leaves a 120° exposed arc on the radius-3 circle and a 240° exposed arc on the radius-9 circle. Their lengths total</w:t>
      </w:r>
    </w:p>
    <w:p>
      <w:pPr>
        <w:spacing w:before="0" w:after="80" w:line="300" w:lineRule="auto"/>
        <w:jc w:val="left"/>
      </w:pPr>
      <w:r>
        <w:rPr>
          <w:rFonts w:ascii="Times New Roman" w:hAnsi="Times New Roman" w:eastAsia="宋体"/>
          <w:b w:val="0"/>
          <w:i w:val="0"/>
          <w:color w:val="333333"/>
          <w:sz w:val="19"/>
        </w:rPr>
        <w:t>120/360(2π·3)</w:t>
      </w:r>
    </w:p>
    <w:p>
      <w:pPr>
        <w:spacing w:before="0" w:after="80" w:line="300" w:lineRule="auto"/>
        <w:jc w:val="left"/>
      </w:pPr>
      <w:r>
        <w:rPr>
          <w:rFonts w:ascii="Times New Roman" w:hAnsi="Times New Roman" w:eastAsia="宋体"/>
          <w:b w:val="0"/>
          <w:i w:val="0"/>
          <w:color w:val="333333"/>
          <w:sz w:val="19"/>
        </w:rPr>
        <w:t>+240/360(2π·9)</w:t>
      </w:r>
    </w:p>
    <w:p>
      <w:pPr>
        <w:spacing w:before="0" w:after="80" w:line="300" w:lineRule="auto"/>
        <w:jc w:val="left"/>
      </w:pPr>
      <w:r>
        <w:rPr>
          <w:rFonts w:ascii="Times New Roman" w:hAnsi="Times New Roman" w:eastAsia="宋体"/>
          <w:b w:val="0"/>
          <w:i w:val="0"/>
          <w:color w:val="333333"/>
          <w:sz w:val="19"/>
        </w:rPr>
        <w:t>=2π+12π</w:t>
      </w:r>
    </w:p>
    <w:p>
      <w:pPr>
        <w:spacing w:before="0" w:after="80" w:line="300" w:lineRule="auto"/>
        <w:jc w:val="left"/>
      </w:pPr>
      <w:r>
        <w:rPr>
          <w:rFonts w:ascii="Times New Roman" w:hAnsi="Times New Roman" w:eastAsia="宋体"/>
          <w:b w:val="0"/>
          <w:i w:val="0"/>
          <w:color w:val="333333"/>
          <w:sz w:val="19"/>
        </w:rPr>
        <w:t>=14π.</w:t>
      </w:r>
    </w:p>
    <w:p>
      <w:pPr>
        <w:spacing w:before="0" w:after="80" w:line="300" w:lineRule="auto"/>
        <w:jc w:val="left"/>
      </w:pPr>
      <w:r>
        <w:rPr>
          <w:rFonts w:ascii="Times New Roman" w:hAnsi="Times New Roman" w:eastAsia="宋体"/>
          <w:b w:val="0"/>
          <w:i w:val="0"/>
          <w:color w:val="333333"/>
          <w:sz w:val="19"/>
        </w:rPr>
        <w:t>Hence the wire length is 12√(3)+14π.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B</w:t>
      </w:r>
    </w:p>
    <w:p>
      <w:pPr>
        <w:spacing w:before="0" w:after="80" w:line="300" w:lineRule="auto"/>
        <w:jc w:val="left"/>
      </w:pPr>
      <w:r>
        <w:rPr>
          <w:rFonts w:ascii="Times New Roman" w:hAnsi="Times New Roman" w:eastAsia="宋体"/>
          <w:b w:val="0"/>
          <w:i w:val="0"/>
          <w:sz w:val="21"/>
        </w:rPr>
        <w:t>第一个男孩拿走 n/2+1，剩下 n/2-1。第二个男孩拿走余数的三分之一，第三个男孩得到另外三分之二，自动是第二个男孩所得的两倍。因此分配条件不能唯一确定 n。它只要求 n/2-1 是 3 的非负倍数，所以 8,14,20,26,… 等许多数值都可行。</w:t>
      </w:r>
    </w:p>
    <w:p>
      <w:pPr>
        <w:spacing w:before="0" w:after="80" w:line="300" w:lineRule="auto"/>
        <w:jc w:val="left"/>
      </w:pPr>
      <w:r>
        <w:rPr>
          <w:rFonts w:ascii="Times New Roman" w:hAnsi="Times New Roman" w:eastAsia="宋体"/>
          <w:b w:val="0"/>
          <w:i w:val="0"/>
          <w:sz w:val="21"/>
        </w:rPr>
        <w:t>因此，原有弹珠数无法确定，正确答案是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boy takes n/2+1, leaving n/2-1. The second takes one third of that remainder, and the third receives the other two thirds, automatically twice the second boy’s share. Thus the share condition imposes no unique value of n. It only requires n/2-1 to be a nonnegative multiple of 3, so many values such as 8,14,20,26,… work.</w:t>
      </w:r>
    </w:p>
    <w:p>
      <w:pPr>
        <w:spacing w:before="0" w:after="80" w:line="300" w:lineRule="auto"/>
        <w:jc w:val="left"/>
      </w:pPr>
      <w:r>
        <w:rPr>
          <w:rFonts w:ascii="Times New Roman" w:hAnsi="Times New Roman" w:eastAsia="宋体"/>
          <w:b w:val="0"/>
          <w:i w:val="0"/>
          <w:color w:val="333333"/>
          <w:sz w:val="19"/>
        </w:rPr>
        <w:t>Therefore the original number cannot be determined, and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36 题　答案 E</w:t>
      </w:r>
    </w:p>
    <w:p>
      <w:pPr>
        <w:spacing w:before="0" w:after="80" w:line="300" w:lineRule="auto"/>
        <w:jc w:val="left"/>
      </w:pPr>
      <w:r>
        <w:rPr>
          <w:rFonts w:ascii="Times New Roman" w:hAnsi="Times New Roman" w:eastAsia="宋体"/>
          <w:b w:val="0"/>
          <w:i w:val="0"/>
          <w:sz w:val="21"/>
        </w:rPr>
        <w:t>矩形油面的长为 10，所以它在圆形截面中的弦宽为 40/10=4。半弦长为 2，半径为 3，因此圆心到弦的距离为</w:t>
      </w:r>
    </w:p>
    <w:p>
      <w:pPr>
        <w:spacing w:before="0" w:after="80" w:line="300" w:lineRule="auto"/>
        <w:jc w:val="left"/>
      </w:pPr>
      <w:r>
        <w:rPr>
          <w:rFonts w:ascii="Times New Roman" w:hAnsi="Times New Roman" w:eastAsia="宋体"/>
          <w:b w:val="0"/>
          <w:i w:val="0"/>
          <w:sz w:val="21"/>
        </w:rPr>
        <w:t>√(3²-2²)=√(5)。</w:t>
      </w:r>
    </w:p>
    <w:p>
      <w:pPr>
        <w:spacing w:before="0" w:after="80" w:line="300" w:lineRule="auto"/>
        <w:jc w:val="left"/>
      </w:pPr>
      <w:r>
        <w:rPr>
          <w:rFonts w:ascii="Times New Roman" w:hAnsi="Times New Roman" w:eastAsia="宋体"/>
          <w:b w:val="0"/>
          <w:i w:val="0"/>
          <w:sz w:val="21"/>
        </w:rPr>
        <w:t>这样长的弦可以位于圆心下方，也可以位于圆心上方。从油罐底部量起，相应的深度为 3-√(5) 和 3+√(5)。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rectangular surface has length 10, so its chord width in the circular cross-section is 40/10=4. Half the chord is 2, and the radius is 3, so the distance from the center to the chord is</w:t>
      </w:r>
    </w:p>
    <w:p>
      <w:pPr>
        <w:spacing w:before="0" w:after="80" w:line="300" w:lineRule="auto"/>
        <w:jc w:val="left"/>
      </w:pPr>
      <w:r>
        <w:rPr>
          <w:rFonts w:ascii="Times New Roman" w:hAnsi="Times New Roman" w:eastAsia="宋体"/>
          <w:b w:val="0"/>
          <w:i w:val="0"/>
          <w:color w:val="333333"/>
          <w:sz w:val="19"/>
        </w:rPr>
        <w:t>√(3²-2²)=√(5).</w:t>
      </w:r>
    </w:p>
    <w:p>
      <w:pPr>
        <w:spacing w:before="0" w:after="80" w:line="300" w:lineRule="auto"/>
        <w:jc w:val="left"/>
      </w:pPr>
      <w:r>
        <w:rPr>
          <w:rFonts w:ascii="Times New Roman" w:hAnsi="Times New Roman" w:eastAsia="宋体"/>
          <w:b w:val="0"/>
          <w:i w:val="0"/>
          <w:color w:val="333333"/>
          <w:sz w:val="19"/>
        </w:rPr>
        <w:t>A chord of this length can lie either below or above the center. Measured from the bottom of the tank, the corresponding depths are 3-√(5) and 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37 题　答案 B</w:t>
      </w:r>
    </w:p>
    <w:p>
      <w:pPr>
        <w:spacing w:before="0" w:after="80" w:line="300" w:lineRule="auto"/>
        <w:jc w:val="left"/>
      </w:pPr>
      <w:r>
        <w:rPr>
          <w:rFonts w:ascii="Times New Roman" w:hAnsi="Times New Roman" w:eastAsia="宋体"/>
          <w:b w:val="0"/>
          <w:i w:val="0"/>
          <w:sz w:val="21"/>
        </w:rPr>
        <w:t>差为 99(h-u)。由于 h-u 是从 1 到 9 的整数，并且个位数字是 4，所以需要 9(h-u)≡4pmod10。由此得 h-u=6，因而差为</w:t>
      </w:r>
    </w:p>
    <w:p>
      <w:pPr>
        <w:spacing w:before="0" w:after="80" w:line="300" w:lineRule="auto"/>
        <w:jc w:val="left"/>
      </w:pPr>
      <w:r>
        <w:rPr>
          <w:rFonts w:ascii="Times New Roman" w:hAnsi="Times New Roman" w:eastAsia="宋体"/>
          <w:b w:val="0"/>
          <w:i w:val="0"/>
          <w:sz w:val="21"/>
        </w:rPr>
        <w:t>99·6=594。</w:t>
      </w:r>
    </w:p>
    <w:p>
      <w:pPr>
        <w:spacing w:before="0" w:after="80" w:line="300" w:lineRule="auto"/>
        <w:jc w:val="left"/>
      </w:pPr>
      <w:r>
        <w:rPr>
          <w:rFonts w:ascii="Times New Roman" w:hAnsi="Times New Roman" w:eastAsia="宋体"/>
          <w:b w:val="0"/>
          <w:i w:val="0"/>
          <w:sz w:val="21"/>
        </w:rPr>
        <w:t>从右向左，在个位数字 4 之后的两个数字是 9 和 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difference is 99(h-u). Since h-u is an integer from 1 through 9, and the units digit is 4, we need 9(h-u)≡4pmod10. This gives h-u=6, so the difference is</w:t>
      </w:r>
    </w:p>
    <w:p>
      <w:pPr>
        <w:spacing w:before="0" w:after="80" w:line="300" w:lineRule="auto"/>
        <w:jc w:val="left"/>
      </w:pPr>
      <w:r>
        <w:rPr>
          <w:rFonts w:ascii="Times New Roman" w:hAnsi="Times New Roman" w:eastAsia="宋体"/>
          <w:b w:val="0"/>
          <w:i w:val="0"/>
          <w:color w:val="333333"/>
          <w:sz w:val="19"/>
        </w:rPr>
        <w:t>99·6=594.</w:t>
      </w:r>
    </w:p>
    <w:p>
      <w:pPr>
        <w:spacing w:before="0" w:after="80" w:line="300" w:lineRule="auto"/>
        <w:jc w:val="left"/>
      </w:pPr>
      <w:r>
        <w:rPr>
          <w:rFonts w:ascii="Times New Roman" w:hAnsi="Times New Roman" w:eastAsia="宋体"/>
          <w:b w:val="0"/>
          <w:i w:val="0"/>
          <w:color w:val="333333"/>
          <w:sz w:val="19"/>
        </w:rPr>
        <w:t>Moving from right to left after the units digit 4, the next digits are 9 and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38 题　答案 B</w:t>
      </w:r>
    </w:p>
    <w:p>
      <w:pPr>
        <w:spacing w:before="0" w:after="80" w:line="300" w:lineRule="auto"/>
        <w:jc w:val="left"/>
      </w:pPr>
      <w:r>
        <w:rPr>
          <w:rFonts w:ascii="Times New Roman" w:hAnsi="Times New Roman" w:eastAsia="宋体"/>
          <w:b w:val="0"/>
          <w:i w:val="0"/>
          <w:sz w:val="21"/>
        </w:rPr>
        <w:t>若原来的四个整数之和为 S，则与单独取出的整数 x 对应的结果为</w:t>
      </w:r>
    </w:p>
    <w:p>
      <w:pPr>
        <w:spacing w:before="0" w:after="80" w:line="300" w:lineRule="auto"/>
        <w:jc w:val="left"/>
      </w:pPr>
      <w:r>
        <w:rPr>
          <w:rFonts w:ascii="Times New Roman" w:hAnsi="Times New Roman" w:eastAsia="宋体"/>
          <w:b w:val="0"/>
          <w:i w:val="0"/>
          <w:sz w:val="21"/>
        </w:rPr>
        <w:t>x+S-x/3=S+2x/3。</w:t>
      </w:r>
    </w:p>
    <w:p>
      <w:pPr>
        <w:spacing w:before="0" w:after="80" w:line="300" w:lineRule="auto"/>
        <w:jc w:val="left"/>
      </w:pPr>
      <w:r>
        <w:rPr>
          <w:rFonts w:ascii="Times New Roman" w:hAnsi="Times New Roman" w:eastAsia="宋体"/>
          <w:b w:val="0"/>
          <w:i w:val="0"/>
          <w:sz w:val="21"/>
        </w:rPr>
        <w:t>将四个给出的结果相加会把总和计为 2S，所以</w:t>
      </w:r>
    </w:p>
    <w:p>
      <w:pPr>
        <w:spacing w:before="0" w:after="80" w:line="300" w:lineRule="auto"/>
        <w:jc w:val="left"/>
      </w:pPr>
      <w:r>
        <w:rPr>
          <w:rFonts w:ascii="Times New Roman" w:hAnsi="Times New Roman" w:eastAsia="宋体"/>
          <w:b w:val="0"/>
          <w:i w:val="0"/>
          <w:sz w:val="21"/>
        </w:rPr>
        <w:t>S=29+23+21+17/2=45。</w:t>
      </w:r>
    </w:p>
    <w:p>
      <w:pPr>
        <w:spacing w:before="0" w:after="80" w:line="300" w:lineRule="auto"/>
        <w:jc w:val="left"/>
      </w:pPr>
      <w:r>
        <w:rPr>
          <w:rFonts w:ascii="Times New Roman" w:hAnsi="Times New Roman" w:eastAsia="宋体"/>
          <w:b w:val="0"/>
          <w:i w:val="0"/>
          <w:sz w:val="21"/>
        </w:rPr>
        <w:t>因此结果 29 来自 x=(3(29)-45)/2=21。</w:t>
      </w:r>
    </w:p>
    <w:p>
      <w:pPr>
        <w:spacing w:before="0" w:after="80" w:line="300" w:lineRule="auto"/>
        <w:jc w:val="left"/>
      </w:pPr>
      <w:r>
        <w:rPr>
          <w:rFonts w:ascii="Times New Roman" w:hAnsi="Times New Roman" w:eastAsia="宋体"/>
          <w:b w:val="0"/>
          <w:i w:val="0"/>
          <w:sz w:val="21"/>
        </w:rPr>
        <w:t>因此，原来的一个整数是 21，正确答案是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original integers sum to S, the result associated with singled-out integer x is</w:t>
      </w:r>
    </w:p>
    <w:p>
      <w:pPr>
        <w:spacing w:before="0" w:after="80" w:line="300" w:lineRule="auto"/>
        <w:jc w:val="left"/>
      </w:pPr>
      <w:r>
        <w:rPr>
          <w:rFonts w:ascii="Times New Roman" w:hAnsi="Times New Roman" w:eastAsia="宋体"/>
          <w:b w:val="0"/>
          <w:i w:val="0"/>
          <w:color w:val="333333"/>
          <w:sz w:val="19"/>
        </w:rPr>
        <w:t>x+S-x/3=S+2x/3.</w:t>
      </w:r>
    </w:p>
    <w:p>
      <w:pPr>
        <w:spacing w:before="0" w:after="80" w:line="300" w:lineRule="auto"/>
        <w:jc w:val="left"/>
      </w:pPr>
      <w:r>
        <w:rPr>
          <w:rFonts w:ascii="Times New Roman" w:hAnsi="Times New Roman" w:eastAsia="宋体"/>
          <w:b w:val="0"/>
          <w:i w:val="0"/>
          <w:color w:val="333333"/>
          <w:sz w:val="19"/>
        </w:rPr>
        <w:t>Summing all four reported results counts the total as 2S, so</w:t>
      </w:r>
    </w:p>
    <w:p>
      <w:pPr>
        <w:spacing w:before="0" w:after="80" w:line="300" w:lineRule="auto"/>
        <w:jc w:val="left"/>
      </w:pPr>
      <w:r>
        <w:rPr>
          <w:rFonts w:ascii="Times New Roman" w:hAnsi="Times New Roman" w:eastAsia="宋体"/>
          <w:b w:val="0"/>
          <w:i w:val="0"/>
          <w:color w:val="333333"/>
          <w:sz w:val="19"/>
        </w:rPr>
        <w:t>S=29+23+21+17/2=45.</w:t>
      </w:r>
    </w:p>
    <w:p>
      <w:pPr>
        <w:spacing w:before="0" w:after="80" w:line="300" w:lineRule="auto"/>
        <w:jc w:val="left"/>
      </w:pPr>
      <w:r>
        <w:rPr>
          <w:rFonts w:ascii="Times New Roman" w:hAnsi="Times New Roman" w:eastAsia="宋体"/>
          <w:b w:val="0"/>
          <w:i w:val="0"/>
          <w:color w:val="333333"/>
          <w:sz w:val="19"/>
        </w:rPr>
        <w:t>The result 29 therefore comes from x=(3(29)-45)/2=21.</w:t>
      </w:r>
    </w:p>
    <w:p>
      <w:pPr>
        <w:spacing w:before="0" w:after="80" w:line="300" w:lineRule="auto"/>
        <w:jc w:val="left"/>
      </w:pPr>
      <w:r>
        <w:rPr>
          <w:rFonts w:ascii="Times New Roman" w:hAnsi="Times New Roman" w:eastAsia="宋体"/>
          <w:b w:val="0"/>
          <w:i w:val="0"/>
          <w:color w:val="333333"/>
          <w:sz w:val="19"/>
        </w:rPr>
        <w:t>Thus, one original integer is 21, and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39 题　答案 B</w:t>
      </w:r>
    </w:p>
    <w:p>
      <w:pPr>
        <w:spacing w:before="0" w:after="80" w:line="300" w:lineRule="auto"/>
        <w:jc w:val="left"/>
      </w:pPr>
      <w:r>
        <w:rPr>
          <w:rFonts w:ascii="Times New Roman" w:hAnsi="Times New Roman" w:eastAsia="宋体"/>
          <w:b w:val="0"/>
          <w:i w:val="0"/>
          <w:sz w:val="21"/>
        </w:rPr>
        <w:t>配方得</w:t>
      </w:r>
    </w:p>
    <w:p>
      <w:pPr>
        <w:spacing w:before="0" w:after="80" w:line="300" w:lineRule="auto"/>
        <w:jc w:val="left"/>
      </w:pPr>
      <w:r>
        <w:rPr>
          <w:rFonts w:ascii="Times New Roman" w:hAnsi="Times New Roman" w:eastAsia="宋体"/>
          <w:b w:val="0"/>
          <w:i w:val="0"/>
          <w:sz w:val="21"/>
        </w:rPr>
        <w:t>y=(x+p/2)²+q-p²/4。</w:t>
      </w:r>
    </w:p>
    <w:p>
      <w:pPr>
        <w:spacing w:before="0" w:after="80" w:line="300" w:lineRule="auto"/>
        <w:jc w:val="left"/>
      </w:pPr>
      <w:r>
        <w:rPr>
          <w:rFonts w:ascii="Times New Roman" w:hAnsi="Times New Roman" w:eastAsia="宋体"/>
          <w:b w:val="0"/>
          <w:i w:val="0"/>
          <w:sz w:val="21"/>
        </w:rPr>
        <w:t>它的最小值为 q-p²/4。令其等于零，得 q=p²/4。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Completing the square,</w:t>
      </w:r>
    </w:p>
    <w:p>
      <w:pPr>
        <w:spacing w:before="0" w:after="80" w:line="300" w:lineRule="auto"/>
        <w:jc w:val="left"/>
      </w:pPr>
      <w:r>
        <w:rPr>
          <w:rFonts w:ascii="Times New Roman" w:hAnsi="Times New Roman" w:eastAsia="宋体"/>
          <w:b w:val="0"/>
          <w:i w:val="0"/>
          <w:color w:val="333333"/>
          <w:sz w:val="19"/>
        </w:rPr>
        <w:t>y=(x+p/2)²+q-p²/4.</w:t>
      </w:r>
    </w:p>
    <w:p>
      <w:pPr>
        <w:spacing w:before="0" w:after="80" w:line="300" w:lineRule="auto"/>
        <w:jc w:val="left"/>
      </w:pPr>
      <w:r>
        <w:rPr>
          <w:rFonts w:ascii="Times New Roman" w:hAnsi="Times New Roman" w:eastAsia="宋体"/>
          <w:b w:val="0"/>
          <w:i w:val="0"/>
          <w:color w:val="333333"/>
          <w:sz w:val="19"/>
        </w:rPr>
        <w:t>Its least value is q-p²/4. Setting this equal to zero gives q=p²/4.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40 题　答案 A</w:t>
      </w:r>
    </w:p>
    <w:p>
      <w:pPr>
        <w:spacing w:before="0" w:after="80" w:line="300" w:lineRule="auto"/>
        <w:jc w:val="left"/>
      </w:pPr>
      <w:r>
        <w:rPr>
          <w:rFonts w:ascii="Times New Roman" w:hAnsi="Times New Roman" w:eastAsia="宋体"/>
          <w:b w:val="0"/>
          <w:i w:val="0"/>
          <w:sz w:val="21"/>
        </w:rPr>
        <w:t>在两个分式都有定义的地方，若它们相等，则必须有</w:t>
      </w:r>
    </w:p>
    <w:p>
      <w:pPr>
        <w:spacing w:before="0" w:after="80" w:line="300" w:lineRule="auto"/>
        <w:jc w:val="left"/>
      </w:pPr>
      <w:r>
        <w:rPr>
          <w:rFonts w:ascii="Times New Roman" w:hAnsi="Times New Roman" w:eastAsia="宋体"/>
          <w:b w:val="0"/>
          <w:i w:val="0"/>
          <w:sz w:val="21"/>
        </w:rPr>
        <w:t>d(ax+b)=b(cx+d)，</w:t>
      </w:r>
    </w:p>
    <w:p>
      <w:pPr>
        <w:spacing w:before="0" w:after="80" w:line="300" w:lineRule="auto"/>
        <w:jc w:val="left"/>
      </w:pPr>
      <w:r>
        <w:rPr>
          <w:rFonts w:ascii="Times New Roman" w:hAnsi="Times New Roman" w:eastAsia="宋体"/>
          <w:b w:val="0"/>
          <w:i w:val="0"/>
          <w:sz w:val="21"/>
        </w:rPr>
        <w:t>化简为 x(ad-bc)=0。在选项 A 中，a=c=1 给出 ad-bc=d-b≠0，且 x≠0，所以两分式不可能相等。选项 B 至 E 中的每一个反而都直接保证两式相等。</w:t>
      </w:r>
    </w:p>
    <w:p>
      <w:pPr>
        <w:spacing w:before="0" w:after="80" w:line="300" w:lineRule="auto"/>
        <w:jc w:val="left"/>
      </w:pPr>
      <w:r>
        <w:rPr>
          <w:rFonts w:ascii="Times New Roman" w:hAnsi="Times New Roman" w:eastAsia="宋体"/>
          <w:b w:val="0"/>
          <w:i w:val="0"/>
          <w:sz w:val="21"/>
        </w:rPr>
        <w:t>因此，在选项</w:t>
      </w:r>
      <w:r>
        <w:rPr>
          <w:rFonts w:ascii="Times New Roman" w:hAnsi="Times New Roman" w:eastAsia="宋体"/>
          <w:b/>
          <w:i w:val="0"/>
          <w:sz w:val="21"/>
        </w:rPr>
        <w:t>A</w:t>
      </w:r>
      <w:r>
        <w:rPr>
          <w:rFonts w:ascii="Times New Roman" w:hAnsi="Times New Roman" w:eastAsia="宋体"/>
          <w:b w:val="0"/>
          <w:i w:val="0"/>
          <w:sz w:val="21"/>
        </w:rPr>
        <w:t>的条件下，两分式不相等。</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Where the fractions are defined, equality would require</w:t>
      </w:r>
    </w:p>
    <w:p>
      <w:pPr>
        <w:spacing w:before="0" w:after="80" w:line="300" w:lineRule="auto"/>
        <w:jc w:val="left"/>
      </w:pPr>
      <w:r>
        <w:rPr>
          <w:rFonts w:ascii="Times New Roman" w:hAnsi="Times New Roman" w:eastAsia="宋体"/>
          <w:b w:val="0"/>
          <w:i w:val="0"/>
          <w:color w:val="333333"/>
          <w:sz w:val="19"/>
        </w:rPr>
        <w:t>d(ax+b)=b(cx+d),</w:t>
      </w:r>
    </w:p>
    <w:p>
      <w:pPr>
        <w:spacing w:before="0" w:after="80" w:line="300" w:lineRule="auto"/>
        <w:jc w:val="left"/>
      </w:pPr>
      <w:r>
        <w:rPr>
          <w:rFonts w:ascii="Times New Roman" w:hAnsi="Times New Roman" w:eastAsia="宋体"/>
          <w:b w:val="0"/>
          <w:i w:val="0"/>
          <w:color w:val="333333"/>
          <w:sz w:val="19"/>
        </w:rPr>
        <w:t>which simplifies to x(ad-bc)=0. Under choice A, a=c=1 gives ad-bc=d-b≠0, and x≠0, so equality is impossible. Each of B through E instead forces equality directly.</w:t>
      </w:r>
    </w:p>
    <w:p>
      <w:pPr>
        <w:spacing w:before="0" w:after="80" w:line="300" w:lineRule="auto"/>
        <w:jc w:val="left"/>
      </w:pPr>
      <w:r>
        <w:rPr>
          <w:rFonts w:ascii="Times New Roman" w:hAnsi="Times New Roman" w:eastAsia="宋体"/>
          <w:b w:val="0"/>
          <w:i w:val="0"/>
          <w:color w:val="333333"/>
          <w:sz w:val="19"/>
        </w:rPr>
        <w:t>Thus, the fractions are unequal under choice</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41 题　答案 A</w:t>
      </w:r>
    </w:p>
    <w:p>
      <w:pPr>
        <w:spacing w:before="0" w:after="80" w:line="300" w:lineRule="auto"/>
        <w:jc w:val="left"/>
      </w:pPr>
      <w:r>
        <w:rPr>
          <w:rFonts w:ascii="Times New Roman" w:hAnsi="Times New Roman" w:eastAsia="宋体"/>
          <w:b w:val="0"/>
          <w:i w:val="0"/>
          <w:sz w:val="21"/>
        </w:rPr>
        <w:t>设通常速度为每小时 R 英里，全程距离为 D。行驶第一小时后，剩余路程按正常速度所需时间为 D/R-1。以 4R/5 的速度行驶会多用这段正常时间的四分之一，所以</w:t>
      </w:r>
    </w:p>
    <w:p>
      <w:pPr>
        <w:spacing w:before="0" w:after="80" w:line="300" w:lineRule="auto"/>
        <w:jc w:val="left"/>
      </w:pPr>
      <w:r>
        <w:rPr>
          <w:rFonts w:ascii="Times New Roman" w:hAnsi="Times New Roman" w:eastAsia="宋体"/>
          <w:b w:val="0"/>
          <w:i w:val="0"/>
          <w:sz w:val="21"/>
        </w:rPr>
        <w:t>1/2+1/4(D/R-1)=2。</w:t>
      </w:r>
    </w:p>
    <w:p>
      <w:pPr>
        <w:spacing w:before="0" w:after="80" w:line="300" w:lineRule="auto"/>
        <w:jc w:val="left"/>
      </w:pPr>
      <w:r>
        <w:rPr>
          <w:rFonts w:ascii="Times New Roman" w:hAnsi="Times New Roman" w:eastAsia="宋体"/>
          <w:b w:val="0"/>
          <w:i w:val="0"/>
          <w:sz w:val="21"/>
        </w:rPr>
        <w:t>若事故在多行驶 80 英里后发生，则</w:t>
      </w:r>
    </w:p>
    <w:p>
      <w:pPr>
        <w:spacing w:before="0" w:after="80" w:line="300" w:lineRule="auto"/>
        <w:jc w:val="left"/>
      </w:pPr>
      <w:r>
        <w:rPr>
          <w:rFonts w:ascii="Times New Roman" w:hAnsi="Times New Roman" w:eastAsia="宋体"/>
          <w:b w:val="0"/>
          <w:i w:val="0"/>
          <w:sz w:val="21"/>
        </w:rPr>
        <w:t>1/2+1/4(D/R-1-80/R)=1。</w:t>
      </w:r>
    </w:p>
    <w:p>
      <w:pPr>
        <w:spacing w:before="0" w:after="80" w:line="300" w:lineRule="auto"/>
        <w:jc w:val="left"/>
      </w:pPr>
      <w:r>
        <w:rPr>
          <w:rFonts w:ascii="Times New Roman" w:hAnsi="Times New Roman" w:eastAsia="宋体"/>
          <w:b w:val="0"/>
          <w:i w:val="0"/>
          <w:sz w:val="21"/>
        </w:rPr>
        <w:t>用第一个方程减去第二个方程，得 20/R=1，因此 R=20 英里/小时。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usual rate be R mph and the total distance be D. After the first hour, the normal time for the remaining distance is D/R-1. Traveling it at 4R/5 adds one-fourth of that time, so</w:t>
      </w:r>
    </w:p>
    <w:p>
      <w:pPr>
        <w:spacing w:before="0" w:after="80" w:line="300" w:lineRule="auto"/>
        <w:jc w:val="left"/>
      </w:pPr>
      <w:r>
        <w:rPr>
          <w:rFonts w:ascii="Times New Roman" w:hAnsi="Times New Roman" w:eastAsia="宋体"/>
          <w:b w:val="0"/>
          <w:i w:val="0"/>
          <w:color w:val="333333"/>
          <w:sz w:val="19"/>
        </w:rPr>
        <w:t>1/2+1/4(D/R-1)=2.</w:t>
      </w:r>
    </w:p>
    <w:p>
      <w:pPr>
        <w:spacing w:before="0" w:after="80" w:line="300" w:lineRule="auto"/>
        <w:jc w:val="left"/>
      </w:pPr>
      <w:r>
        <w:rPr>
          <w:rFonts w:ascii="Times New Roman" w:hAnsi="Times New Roman" w:eastAsia="宋体"/>
          <w:b w:val="0"/>
          <w:i w:val="0"/>
          <w:color w:val="333333"/>
          <w:sz w:val="19"/>
        </w:rPr>
        <w:t>If the accident occurs 80 miles later,</w:t>
      </w:r>
    </w:p>
    <w:p>
      <w:pPr>
        <w:spacing w:before="0" w:after="80" w:line="300" w:lineRule="auto"/>
        <w:jc w:val="left"/>
      </w:pPr>
      <w:r>
        <w:rPr>
          <w:rFonts w:ascii="Times New Roman" w:hAnsi="Times New Roman" w:eastAsia="宋体"/>
          <w:b w:val="0"/>
          <w:i w:val="0"/>
          <w:color w:val="333333"/>
          <w:sz w:val="19"/>
        </w:rPr>
        <w:t>1/2+1/4(D/R-1-80/R)=1.</w:t>
      </w:r>
    </w:p>
    <w:p>
      <w:pPr>
        <w:spacing w:before="0" w:after="80" w:line="300" w:lineRule="auto"/>
        <w:jc w:val="left"/>
      </w:pPr>
      <w:r>
        <w:rPr>
          <w:rFonts w:ascii="Times New Roman" w:hAnsi="Times New Roman" w:eastAsia="宋体"/>
          <w:b w:val="0"/>
          <w:i w:val="0"/>
          <w:color w:val="333333"/>
          <w:sz w:val="19"/>
        </w:rPr>
        <w:t>Subtracting the second equation from the first gives 20/R=1, hence R=20 mph.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42 题　答案 C</w:t>
      </w:r>
    </w:p>
    <w:p>
      <w:pPr>
        <w:spacing w:before="0" w:after="80" w:line="300" w:lineRule="auto"/>
        <w:jc w:val="left"/>
      </w:pPr>
      <w:r>
        <w:rPr>
          <w:rFonts w:ascii="Times New Roman" w:hAnsi="Times New Roman" w:eastAsia="宋体"/>
          <w:b w:val="0"/>
          <w:i w:val="0"/>
          <w:sz w:val="21"/>
        </w:rPr>
        <w:t>由于所有量均为正数，平方是等价变形：</w:t>
      </w:r>
    </w:p>
    <w:p>
      <w:pPr>
        <w:spacing w:before="0" w:after="80" w:line="300" w:lineRule="auto"/>
        <w:jc w:val="left"/>
      </w:pPr>
      <w:r>
        <w:rPr>
          <w:rFonts w:ascii="Times New Roman" w:hAnsi="Times New Roman" w:eastAsia="宋体"/>
          <w:b w:val="0"/>
          <w:i w:val="0"/>
          <w:sz w:val="21"/>
        </w:rPr>
        <w:t>a+b/c=a²b/c。</w:t>
      </w:r>
    </w:p>
    <w:p>
      <w:pPr>
        <w:spacing w:before="0" w:after="80" w:line="300" w:lineRule="auto"/>
        <w:jc w:val="left"/>
      </w:pPr>
      <w:r>
        <w:rPr>
          <w:rFonts w:ascii="Times New Roman" w:hAnsi="Times New Roman" w:eastAsia="宋体"/>
          <w:b w:val="0"/>
          <w:i w:val="0"/>
          <w:sz w:val="21"/>
        </w:rPr>
        <w:t>两边乘以 c，得 ac+b=a²b，所以</w:t>
      </w:r>
    </w:p>
    <w:p>
      <w:pPr>
        <w:spacing w:before="0" w:after="80" w:line="300" w:lineRule="auto"/>
        <w:jc w:val="left"/>
      </w:pPr>
      <w:r>
        <w:rPr>
          <w:rFonts w:ascii="Times New Roman" w:hAnsi="Times New Roman" w:eastAsia="宋体"/>
          <w:b w:val="0"/>
          <w:i w:val="0"/>
          <w:sz w:val="21"/>
        </w:rPr>
        <w:t>c=(b(a²-1))/a。</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all quantities are positive, squaring is reversible:</w:t>
      </w:r>
    </w:p>
    <w:p>
      <w:pPr>
        <w:spacing w:before="0" w:after="80" w:line="300" w:lineRule="auto"/>
        <w:jc w:val="left"/>
      </w:pPr>
      <w:r>
        <w:rPr>
          <w:rFonts w:ascii="Times New Roman" w:hAnsi="Times New Roman" w:eastAsia="宋体"/>
          <w:b w:val="0"/>
          <w:i w:val="0"/>
          <w:color w:val="333333"/>
          <w:sz w:val="19"/>
        </w:rPr>
        <w:t>a+b/c=a²b/c.</w:t>
      </w:r>
    </w:p>
    <w:p>
      <w:pPr>
        <w:spacing w:before="0" w:after="80" w:line="300" w:lineRule="auto"/>
        <w:jc w:val="left"/>
      </w:pPr>
      <w:r>
        <w:rPr>
          <w:rFonts w:ascii="Times New Roman" w:hAnsi="Times New Roman" w:eastAsia="宋体"/>
          <w:b w:val="0"/>
          <w:i w:val="0"/>
          <w:color w:val="333333"/>
          <w:sz w:val="19"/>
        </w:rPr>
        <w:t>Multiplying by c gives ac+b=a²b, so</w:t>
      </w:r>
    </w:p>
    <w:p>
      <w:pPr>
        <w:spacing w:before="0" w:after="80" w:line="300" w:lineRule="auto"/>
        <w:jc w:val="left"/>
      </w:pPr>
      <w:r>
        <w:rPr>
          <w:rFonts w:ascii="Times New Roman" w:hAnsi="Times New Roman" w:eastAsia="宋体"/>
          <w:b w:val="0"/>
          <w:i w:val="0"/>
          <w:color w:val="333333"/>
          <w:sz w:val="19"/>
        </w:rPr>
        <w:t>c=(b(a²-1))/a.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43 题　答案 E</w:t>
      </w:r>
    </w:p>
    <w:p>
      <w:pPr>
        <w:spacing w:before="0" w:after="80" w:line="300" w:lineRule="auto"/>
        <w:jc w:val="left"/>
      </w:pPr>
      <w:r>
        <w:rPr>
          <w:rFonts w:ascii="Times New Roman" w:hAnsi="Times New Roman" w:eastAsia="宋体"/>
          <w:b w:val="0"/>
          <w:i w:val="0"/>
          <w:sz w:val="21"/>
        </w:rPr>
        <w:t>代入 y(x+1)=1，得</w:t>
      </w:r>
    </w:p>
    <w:p>
      <w:pPr>
        <w:spacing w:before="0" w:after="80" w:line="300" w:lineRule="auto"/>
        <w:jc w:val="left"/>
      </w:pPr>
      <w:r>
        <w:rPr>
          <w:rFonts w:ascii="Times New Roman" w:hAnsi="Times New Roman" w:eastAsia="宋体"/>
          <w:b w:val="0"/>
          <w:i w:val="0"/>
          <w:sz w:val="21"/>
        </w:rPr>
        <w:t>(x+1)³=1。</w:t>
      </w:r>
    </w:p>
    <w:p>
      <w:pPr>
        <w:spacing w:before="0" w:after="80" w:line="300" w:lineRule="auto"/>
        <w:jc w:val="left"/>
      </w:pPr>
      <w:r>
        <w:rPr>
          <w:rFonts w:ascii="Times New Roman" w:hAnsi="Times New Roman" w:eastAsia="宋体"/>
          <w:b w:val="0"/>
          <w:i w:val="0"/>
          <w:sz w:val="21"/>
        </w:rPr>
        <w:t>1 的三个立方根包括一个实根和两个非实根。每个根都恰好确定一个对应的 y=(x+1)²。因此有一对实数解和两对虚数解。</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Substitution into y(x+1)=1 gives</w:t>
      </w:r>
    </w:p>
    <w:p>
      <w:pPr>
        <w:spacing w:before="0" w:after="80" w:line="300" w:lineRule="auto"/>
        <w:jc w:val="left"/>
      </w:pPr>
      <w:r>
        <w:rPr>
          <w:rFonts w:ascii="Times New Roman" w:hAnsi="Times New Roman" w:eastAsia="宋体"/>
          <w:b w:val="0"/>
          <w:i w:val="0"/>
          <w:color w:val="333333"/>
          <w:sz w:val="19"/>
        </w:rPr>
        <w:t>(x+1)³=1.</w:t>
      </w:r>
    </w:p>
    <w:p>
      <w:pPr>
        <w:spacing w:before="0" w:after="80" w:line="300" w:lineRule="auto"/>
        <w:jc w:val="left"/>
      </w:pPr>
      <w:r>
        <w:rPr>
          <w:rFonts w:ascii="Times New Roman" w:hAnsi="Times New Roman" w:eastAsia="宋体"/>
          <w:b w:val="0"/>
          <w:i w:val="0"/>
          <w:color w:val="333333"/>
          <w:sz w:val="19"/>
        </w:rPr>
        <w:t>The three cube roots of 1 consist of one real root and two nonreal roots. Each determines exactly one corresponding value y=(x+1)². Therefore there is one real pair and two imaginary pairs.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44 题　答案 A</w:t>
      </w:r>
    </w:p>
    <w:p>
      <w:pPr>
        <w:spacing w:before="0" w:after="80" w:line="300" w:lineRule="auto"/>
        <w:jc w:val="left"/>
      </w:pPr>
      <w:r>
        <w:rPr>
          <w:rFonts w:ascii="Times New Roman" w:hAnsi="Times New Roman" w:eastAsia="宋体"/>
          <w:b w:val="0"/>
          <w:i w:val="0"/>
          <w:sz w:val="21"/>
        </w:rPr>
        <w:t>因为 OB=BC，所以三角形 OBC 是等腰三角形，故 ∠ BOC=∠ BCO=y。因此它在 B 点处的外角为 ∠ ABO=2y。又因为 OA=OB，三角形 AOB 也是等腰三角形，且 ∠ OAB=2y。在三角形 AOC 中，A 点和 C 点处的角分别为 2y 和 y，所以 ∠ AOC=180°-3y。角 x=∠ AOD 与 ∠ AOC 互为补角，因此 x=3y。</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OB=BC, triangle OBC is isosceles, so ∠ BOC=∠ BCO=y. Its exterior angle at B is therefore ∠ ABO=2y. Since OA=OB, triangle AOB is also isosceles and ∠ OAB=2y. In triangle AOC, the angles at A and C are 2y and y, so ∠ AOC=180°-3y. Angle x=∠ AOD is supplementary to ∠ AOC, hence x=3y.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45 题　答案 A</w:t>
      </w:r>
    </w:p>
    <w:p>
      <w:pPr>
        <w:spacing w:before="0" w:after="80" w:line="300" w:lineRule="auto"/>
        <w:jc w:val="left"/>
      </w:pPr>
      <w:r>
        <w:rPr>
          <w:rFonts w:ascii="Times New Roman" w:hAnsi="Times New Roman" w:eastAsia="宋体"/>
          <w:b w:val="0"/>
          <w:i w:val="0"/>
          <w:sz w:val="21"/>
        </w:rPr>
        <w:t>前三个对应项之和给出</w:t>
      </w:r>
    </w:p>
    <w:p>
      <w:pPr>
        <w:spacing w:before="0" w:after="80" w:line="300" w:lineRule="auto"/>
        <w:jc w:val="left"/>
      </w:pPr>
      <w:r>
        <w:rPr>
          <w:rFonts w:ascii="Times New Roman" w:hAnsi="Times New Roman" w:eastAsia="宋体"/>
          <w:b w:val="0"/>
          <w:i w:val="0"/>
          <w:sz w:val="21"/>
        </w:rPr>
        <w:t>a=1,</w:t>
      </w:r>
    </w:p>
    <w:p>
      <w:pPr>
        <w:spacing w:before="0" w:after="80" w:line="300" w:lineRule="auto"/>
        <w:jc w:val="left"/>
      </w:pPr>
      <w:r>
        <w:rPr>
          <w:rFonts w:ascii="Times New Roman" w:hAnsi="Times New Roman" w:eastAsia="宋体"/>
          <w:b w:val="0"/>
          <w:i w:val="0"/>
          <w:sz w:val="21"/>
        </w:rPr>
        <w:t>r+d=1,</w:t>
      </w:r>
    </w:p>
    <w:p>
      <w:pPr>
        <w:spacing w:before="0" w:after="80" w:line="300" w:lineRule="auto"/>
        <w:jc w:val="left"/>
      </w:pPr>
      <w:r>
        <w:rPr>
          <w:rFonts w:ascii="Times New Roman" w:hAnsi="Times New Roman" w:eastAsia="宋体"/>
          <w:b w:val="0"/>
          <w:i w:val="0"/>
          <w:sz w:val="21"/>
        </w:rPr>
        <w:t>r²+2d=2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代入 d=1-r，得 r(r-2)=0。由于 r≠0，所以 r=2，且 d=-1。等比数列前十项之和为 2¹⁰-1=1023，等差数列前十项之和为 0-1-⋯-9=-45。两者之和为 1023-45=978。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three termwise sums give</w:t>
      </w:r>
    </w:p>
    <w:p>
      <w:pPr>
        <w:spacing w:before="0" w:after="80" w:line="300" w:lineRule="auto"/>
        <w:jc w:val="left"/>
      </w:pPr>
      <w:r>
        <w:rPr>
          <w:rFonts w:ascii="Times New Roman" w:hAnsi="Times New Roman" w:eastAsia="宋体"/>
          <w:b w:val="0"/>
          <w:i w:val="0"/>
          <w:color w:val="333333"/>
          <w:sz w:val="19"/>
        </w:rPr>
        <w:t>a=1,</w:t>
      </w:r>
    </w:p>
    <w:p>
      <w:pPr>
        <w:spacing w:before="0" w:after="80" w:line="300" w:lineRule="auto"/>
        <w:jc w:val="left"/>
      </w:pPr>
      <w:r>
        <w:rPr>
          <w:rFonts w:ascii="Times New Roman" w:hAnsi="Times New Roman" w:eastAsia="宋体"/>
          <w:b w:val="0"/>
          <w:i w:val="0"/>
          <w:color w:val="333333"/>
          <w:sz w:val="19"/>
        </w:rPr>
        <w:t>r+d=1,</w:t>
      </w:r>
    </w:p>
    <w:p>
      <w:pPr>
        <w:spacing w:before="0" w:after="80" w:line="300" w:lineRule="auto"/>
        <w:jc w:val="left"/>
      </w:pPr>
      <w:r>
        <w:rPr>
          <w:rFonts w:ascii="Times New Roman" w:hAnsi="Times New Roman" w:eastAsia="宋体"/>
          <w:b w:val="0"/>
          <w:i w:val="0"/>
          <w:color w:val="333333"/>
          <w:sz w:val="19"/>
        </w:rPr>
        <w:t>r²+2d=2.</w:t>
      </w:r>
    </w:p>
    <w:p>
      <w:pPr>
        <w:spacing w:before="0" w:after="80" w:line="300" w:lineRule="auto"/>
        <w:jc w:val="left"/>
      </w:pPr>
      <w:r>
        <w:rPr>
          <w:rFonts w:ascii="Times New Roman" w:hAnsi="Times New Roman" w:eastAsia="宋体"/>
          <w:b w:val="0"/>
          <w:i w:val="0"/>
          <w:color w:val="333333"/>
          <w:sz w:val="19"/>
        </w:rPr>
        <w:t>Substituting d=1-r yields r(r-2)=0. Since r≠0, we have r=2 and d=-1. The first ten geometric terms sum to 2¹⁰-1=1023, while the first ten arithmetic terms sum to 0-1-⋯-9=-45. Their combined sum is 1023-45=978.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46 题　答案 B</w:t>
      </w:r>
    </w:p>
    <w:p>
      <w:pPr>
        <w:spacing w:before="0" w:after="80" w:line="300" w:lineRule="auto"/>
        <w:jc w:val="left"/>
      </w:pPr>
      <w:r>
        <w:rPr>
          <w:rFonts w:ascii="Times New Roman" w:hAnsi="Times New Roman" w:eastAsia="宋体"/>
          <w:b w:val="0"/>
          <w:i w:val="0"/>
          <w:sz w:val="21"/>
        </w:rPr>
        <w:t>前两个方程相加得 6x-12=0，所以 x=2。代入得 3y=2，因而 y=2/3。此点也在后面给出的两条直线上。因此，四个图像仅有一个公共点 (2,2/3)。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the first two equations gives 6x-12=0, so x=2. Substitution gives 3y=2, hence y=2/3. This point also lies on the last two given lines. Therefore all four graphs have the single common point (2,2/3).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47 题　答案 C</w:t>
      </w:r>
    </w:p>
    <w:p>
      <w:pPr>
        <w:spacing w:before="0" w:after="80" w:line="300" w:lineRule="auto"/>
        <w:jc w:val="left"/>
      </w:pPr>
      <w:r>
        <w:rPr>
          <w:rFonts w:ascii="Times New Roman" w:hAnsi="Times New Roman" w:eastAsia="宋体"/>
          <w:b w:val="0"/>
          <w:i w:val="0"/>
          <w:sz w:val="21"/>
        </w:rPr>
        <w:t>两式之差为</w:t>
      </w:r>
    </w:p>
    <w:p>
      <w:pPr>
        <w:spacing w:before="0" w:after="80" w:line="300" w:lineRule="auto"/>
        <w:jc w:val="left"/>
      </w:pPr>
      <w:r>
        <w:rPr>
          <w:rFonts w:ascii="Times New Roman" w:hAnsi="Times New Roman" w:eastAsia="宋体"/>
          <w:b w:val="0"/>
          <w:i w:val="0"/>
          <w:sz w:val="21"/>
        </w:rPr>
        <w:t>(a+b)(a+c)-(a+bc)</w:t>
      </w:r>
    </w:p>
    <w:p>
      <w:pPr>
        <w:spacing w:before="0" w:after="80" w:line="300" w:lineRule="auto"/>
        <w:jc w:val="left"/>
      </w:pPr>
      <w:r>
        <w:rPr>
          <w:rFonts w:ascii="Times New Roman" w:hAnsi="Times New Roman" w:eastAsia="宋体"/>
          <w:b w:val="0"/>
          <w:i w:val="0"/>
          <w:sz w:val="21"/>
        </w:rPr>
        <w:t>=a²+ab+ac-a</w:t>
      </w:r>
    </w:p>
    <w:p>
      <w:pPr>
        <w:spacing w:before="0" w:after="80" w:line="300" w:lineRule="auto"/>
        <w:jc w:val="left"/>
      </w:pPr>
      <w:r>
        <w:rPr>
          <w:rFonts w:ascii="Times New Roman" w:hAnsi="Times New Roman" w:eastAsia="宋体"/>
          <w:b w:val="0"/>
          <w:i w:val="0"/>
          <w:sz w:val="21"/>
        </w:rPr>
        <w:t>=a(a+b+c-1)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特别地，每当 a+b+c=1 时，这个差为零，两式相等。</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difference is</w:t>
      </w:r>
    </w:p>
    <w:p>
      <w:pPr>
        <w:spacing w:before="0" w:after="80" w:line="300" w:lineRule="auto"/>
        <w:jc w:val="left"/>
      </w:pPr>
      <w:r>
        <w:rPr>
          <w:rFonts w:ascii="Times New Roman" w:hAnsi="Times New Roman" w:eastAsia="宋体"/>
          <w:b w:val="0"/>
          <w:i w:val="0"/>
          <w:color w:val="333333"/>
          <w:sz w:val="19"/>
        </w:rPr>
        <w:t>(a+b)(a+c)-(a+bc)</w:t>
      </w:r>
    </w:p>
    <w:p>
      <w:pPr>
        <w:spacing w:before="0" w:after="80" w:line="300" w:lineRule="auto"/>
        <w:jc w:val="left"/>
      </w:pPr>
      <w:r>
        <w:rPr>
          <w:rFonts w:ascii="Times New Roman" w:hAnsi="Times New Roman" w:eastAsia="宋体"/>
          <w:b w:val="0"/>
          <w:i w:val="0"/>
          <w:color w:val="333333"/>
          <w:sz w:val="19"/>
        </w:rPr>
        <w:t>=a²+ab+ac-a</w:t>
      </w:r>
    </w:p>
    <w:p>
      <w:pPr>
        <w:spacing w:before="0" w:after="80" w:line="300" w:lineRule="auto"/>
        <w:jc w:val="left"/>
      </w:pPr>
      <w:r>
        <w:rPr>
          <w:rFonts w:ascii="Times New Roman" w:hAnsi="Times New Roman" w:eastAsia="宋体"/>
          <w:b w:val="0"/>
          <w:i w:val="0"/>
          <w:color w:val="333333"/>
          <w:sz w:val="19"/>
        </w:rPr>
        <w:t>=a(a+b+c-1).</w:t>
      </w:r>
    </w:p>
    <w:p>
      <w:pPr>
        <w:spacing w:before="0" w:after="80" w:line="300" w:lineRule="auto"/>
        <w:jc w:val="left"/>
      </w:pPr>
      <w:r>
        <w:rPr>
          <w:rFonts w:ascii="Times New Roman" w:hAnsi="Times New Roman" w:eastAsia="宋体"/>
          <w:b w:val="0"/>
          <w:i w:val="0"/>
          <w:color w:val="333333"/>
          <w:sz w:val="19"/>
        </w:rPr>
        <w:t>In particular, whenever a+b+c=1, this difference is zero and the expressions are equal.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48 题　答案 B</w:t>
      </w:r>
    </w:p>
    <w:p>
      <w:pPr>
        <w:spacing w:before="0" w:after="80" w:line="300" w:lineRule="auto"/>
        <w:jc w:val="left"/>
      </w:pPr>
      <w:r>
        <w:rPr>
          <w:rFonts w:ascii="Times New Roman" w:hAnsi="Times New Roman" w:eastAsia="宋体"/>
          <w:b w:val="0"/>
          <w:i w:val="0"/>
          <w:sz w:val="21"/>
        </w:rPr>
        <w:t>设 A=(0,0)、B=(2,0)、C=(u,v)。则</w:t>
      </w:r>
    </w:p>
    <w:p>
      <w:pPr>
        <w:spacing w:before="0" w:after="80" w:line="300" w:lineRule="auto"/>
        <w:jc w:val="left"/>
      </w:pPr>
      <w:r>
        <w:rPr>
          <w:rFonts w:ascii="Times New Roman" w:hAnsi="Times New Roman" w:eastAsia="宋体"/>
          <w:b w:val="0"/>
          <w:i w:val="0"/>
          <w:sz w:val="21"/>
        </w:rPr>
        <w:t>D=(1,0),</w:t>
      </w:r>
    </w:p>
    <w:p>
      <w:pPr>
        <w:spacing w:before="0" w:after="80" w:line="300" w:lineRule="auto"/>
        <w:jc w:val="left"/>
      </w:pPr>
      <w:r>
        <w:rPr>
          <w:rFonts w:ascii="Times New Roman" w:hAnsi="Times New Roman" w:eastAsia="宋体"/>
          <w:b w:val="0"/>
          <w:i w:val="0"/>
          <w:sz w:val="21"/>
        </w:rPr>
        <w:t>E=(u+2/2,v/2),</w:t>
      </w:r>
    </w:p>
    <w:p>
      <w:pPr>
        <w:spacing w:before="0" w:after="80" w:line="300" w:lineRule="auto"/>
        <w:jc w:val="left"/>
      </w:pPr>
      <w:r>
        <w:rPr>
          <w:rFonts w:ascii="Times New Roman" w:hAnsi="Times New Roman" w:eastAsia="宋体"/>
          <w:b w:val="0"/>
          <w:i w:val="0"/>
          <w:sz w:val="21"/>
        </w:rPr>
        <w:t>F=(u/2,v/2)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 overrightarrowFH=overrightarrowAE，得 H=(u+1,v)。水平直线 FE 在从 B 到 H 的中点处与 BH 相交，即 G=(u+3/2,v/2)。这些坐标验证了 AEHF 是平行四边形、overrightarrowBH=overrightarrowDC、FG=3AB/4，且 G 是 BH 的中点，所以 FG 是一条中线。但是</w:t>
      </w:r>
    </w:p>
    <w:p>
      <w:pPr>
        <w:spacing w:before="0" w:after="80" w:line="300" w:lineRule="auto"/>
        <w:jc w:val="left"/>
      </w:pPr>
      <w:r>
        <w:rPr>
          <w:rFonts w:ascii="Times New Roman" w:hAnsi="Times New Roman" w:eastAsia="宋体"/>
          <w:b w:val="0"/>
          <w:i w:val="0"/>
          <w:sz w:val="21"/>
        </w:rPr>
        <w:t>HE=1/2√(u²+v²),</w:t>
      </w:r>
    </w:p>
    <w:p>
      <w:pPr>
        <w:spacing w:before="0" w:after="80" w:line="300" w:lineRule="auto"/>
        <w:jc w:val="left"/>
      </w:pPr>
      <w:r>
        <w:rPr>
          <w:rFonts w:ascii="Times New Roman" w:hAnsi="Times New Roman" w:eastAsia="宋体"/>
          <w:b w:val="0"/>
          <w:i w:val="0"/>
          <w:sz w:val="21"/>
        </w:rPr>
        <w:t>HG=1/2√((u-1)²+v²)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它们通常并不相等。</w:t>
      </w:r>
    </w:p>
    <w:p>
      <w:pPr>
        <w:spacing w:before="0" w:after="80" w:line="300" w:lineRule="auto"/>
        <w:jc w:val="left"/>
      </w:pPr>
      <w:r>
        <w:rPr>
          <w:rFonts w:ascii="Times New Roman" w:hAnsi="Times New Roman" w:eastAsia="宋体"/>
          <w:b w:val="0"/>
          <w:i w:val="0"/>
          <w:sz w:val="21"/>
        </w:rPr>
        <w:t>因此，选项</w:t>
      </w:r>
      <w:r>
        <w:rPr>
          <w:rFonts w:ascii="Times New Roman" w:hAnsi="Times New Roman" w:eastAsia="宋体"/>
          <w:b/>
          <w:i w:val="0"/>
          <w:sz w:val="21"/>
        </w:rPr>
        <w:t>B</w:t>
      </w:r>
      <w:r>
        <w:rPr>
          <w:rFonts w:ascii="Times New Roman" w:hAnsi="Times New Roman" w:eastAsia="宋体"/>
          <w:b w:val="0"/>
          <w:i w:val="0"/>
          <w:sz w:val="21"/>
        </w:rPr>
        <w:t>不一定正确。</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A=(0,0), B=(2,0), C=(u,v). Then</w:t>
      </w:r>
    </w:p>
    <w:p>
      <w:pPr>
        <w:spacing w:before="0" w:after="80" w:line="300" w:lineRule="auto"/>
        <w:jc w:val="left"/>
      </w:pPr>
      <w:r>
        <w:rPr>
          <w:rFonts w:ascii="Times New Roman" w:hAnsi="Times New Roman" w:eastAsia="宋体"/>
          <w:b w:val="0"/>
          <w:i w:val="0"/>
          <w:color w:val="333333"/>
          <w:sz w:val="19"/>
        </w:rPr>
        <w:t>D=(1,0),</w:t>
      </w:r>
    </w:p>
    <w:p>
      <w:pPr>
        <w:spacing w:before="0" w:after="80" w:line="300" w:lineRule="auto"/>
        <w:jc w:val="left"/>
      </w:pPr>
      <w:r>
        <w:rPr>
          <w:rFonts w:ascii="Times New Roman" w:hAnsi="Times New Roman" w:eastAsia="宋体"/>
          <w:b w:val="0"/>
          <w:i w:val="0"/>
          <w:color w:val="333333"/>
          <w:sz w:val="19"/>
        </w:rPr>
        <w:t>E=(u+2/2,v/2),</w:t>
      </w:r>
    </w:p>
    <w:p>
      <w:pPr>
        <w:spacing w:before="0" w:after="80" w:line="300" w:lineRule="auto"/>
        <w:jc w:val="left"/>
      </w:pPr>
      <w:r>
        <w:rPr>
          <w:rFonts w:ascii="Times New Roman" w:hAnsi="Times New Roman" w:eastAsia="宋体"/>
          <w:b w:val="0"/>
          <w:i w:val="0"/>
          <w:color w:val="333333"/>
          <w:sz w:val="19"/>
        </w:rPr>
        <w:t>F=(u/2,v/2).</w:t>
      </w:r>
    </w:p>
    <w:p>
      <w:pPr>
        <w:spacing w:before="0" w:after="80" w:line="300" w:lineRule="auto"/>
        <w:jc w:val="left"/>
      </w:pPr>
      <w:r>
        <w:rPr>
          <w:rFonts w:ascii="Times New Roman" w:hAnsi="Times New Roman" w:eastAsia="宋体"/>
          <w:b w:val="0"/>
          <w:i w:val="0"/>
          <w:color w:val="333333"/>
          <w:sz w:val="19"/>
        </w:rPr>
        <w:t>Since overrightarrowFH=overrightarrowAE, we get H=(u+1,v). The horizontal line FE meets BH halfway from B to H, at G=(u+3/2,v/2). These coordinates verify that AEHF is a parallelogram, overrightarrowBH=overrightarrowDC, FG=3AB/4, and G is the midpoint of BH, making FG a median. But</w:t>
      </w:r>
    </w:p>
    <w:p>
      <w:pPr>
        <w:spacing w:before="0" w:after="80" w:line="300" w:lineRule="auto"/>
        <w:jc w:val="left"/>
      </w:pPr>
      <w:r>
        <w:rPr>
          <w:rFonts w:ascii="Times New Roman" w:hAnsi="Times New Roman" w:eastAsia="宋体"/>
          <w:b w:val="0"/>
          <w:i w:val="0"/>
          <w:color w:val="333333"/>
          <w:sz w:val="19"/>
        </w:rPr>
        <w:t>HE=1/2√(u²+v²),</w:t>
      </w:r>
    </w:p>
    <w:p>
      <w:pPr>
        <w:spacing w:before="0" w:after="80" w:line="300" w:lineRule="auto"/>
        <w:jc w:val="left"/>
      </w:pPr>
      <w:r>
        <w:rPr>
          <w:rFonts w:ascii="Times New Roman" w:hAnsi="Times New Roman" w:eastAsia="宋体"/>
          <w:b w:val="0"/>
          <w:i w:val="0"/>
          <w:color w:val="333333"/>
          <w:sz w:val="19"/>
        </w:rPr>
        <w:t>HG=1/2√((u-1)²+v²),</w:t>
      </w:r>
    </w:p>
    <w:p>
      <w:pPr>
        <w:spacing w:before="0" w:after="80" w:line="300" w:lineRule="auto"/>
        <w:jc w:val="left"/>
      </w:pPr>
      <w:r>
        <w:rPr>
          <w:rFonts w:ascii="Times New Roman" w:hAnsi="Times New Roman" w:eastAsia="宋体"/>
          <w:b w:val="0"/>
          <w:i w:val="0"/>
          <w:color w:val="333333"/>
          <w:sz w:val="19"/>
        </w:rPr>
        <w:t>which are not generally equal.</w:t>
      </w:r>
    </w:p>
    <w:p>
      <w:pPr>
        <w:spacing w:before="0" w:after="80" w:line="300" w:lineRule="auto"/>
        <w:jc w:val="left"/>
      </w:pPr>
      <w:r>
        <w:rPr>
          <w:rFonts w:ascii="Times New Roman" w:hAnsi="Times New Roman" w:eastAsia="宋体"/>
          <w:b w:val="0"/>
          <w:i w:val="0"/>
          <w:color w:val="333333"/>
          <w:sz w:val="19"/>
        </w:rPr>
        <w:t>Thus, statement</w:t>
      </w:r>
      <w:r>
        <w:rPr>
          <w:rFonts w:ascii="Times New Roman" w:hAnsi="Times New Roman" w:eastAsia="宋体"/>
          <w:b/>
          <w:i w:val="0"/>
          <w:color w:val="333333"/>
          <w:sz w:val="19"/>
        </w:rPr>
        <w:t>B</w:t>
      </w:r>
      <w:r>
        <w:rPr>
          <w:rFonts w:ascii="Times New Roman" w:hAnsi="Times New Roman" w:eastAsia="宋体"/>
          <w:b w:val="0"/>
          <w:i w:val="0"/>
          <w:color w:val="333333"/>
          <w:sz w:val="19"/>
        </w:rPr>
        <w:t>is not necessarily correct.</w:t>
      </w:r>
    </w:p>
    <w:p>
      <w:pPr>
        <w:spacing w:before="200" w:after="80" w:line="300" w:lineRule="auto"/>
      </w:pPr>
      <w:r>
        <w:rPr>
          <w:rFonts w:ascii="Times New Roman" w:hAnsi="Times New Roman" w:eastAsia="宋体"/>
          <w:b/>
          <w:i w:val="0"/>
          <w:sz w:val="23"/>
        </w:rPr>
        <w:t>第 49 题　答案 C</w:t>
      </w:r>
    </w:p>
    <w:p>
      <w:pPr>
        <w:spacing w:before="0" w:after="80" w:line="300" w:lineRule="auto"/>
        <w:jc w:val="left"/>
      </w:pPr>
      <w:r>
        <w:rPr>
          <w:rFonts w:ascii="Times New Roman" w:hAnsi="Times New Roman" w:eastAsia="宋体"/>
          <w:b w:val="0"/>
          <w:i w:val="0"/>
          <w:sz w:val="21"/>
        </w:rPr>
        <w:t>当 x≠2 时，</w:t>
      </w:r>
    </w:p>
    <w:p>
      <w:pPr>
        <w:spacing w:before="0" w:after="80" w:line="300" w:lineRule="auto"/>
        <w:jc w:val="left"/>
      </w:pPr>
      <w:r>
        <w:rPr>
          <w:rFonts w:ascii="Times New Roman" w:hAnsi="Times New Roman" w:eastAsia="宋体"/>
          <w:b w:val="0"/>
          <w:i w:val="0"/>
          <w:sz w:val="21"/>
        </w:rPr>
        <w:t>x²-4/x-2=x+2。</w:t>
      </w:r>
    </w:p>
    <w:p>
      <w:pPr>
        <w:spacing w:before="0" w:after="80" w:line="300" w:lineRule="auto"/>
        <w:jc w:val="left"/>
      </w:pPr>
      <w:r>
        <w:rPr>
          <w:rFonts w:ascii="Times New Roman" w:hAnsi="Times New Roman" w:eastAsia="宋体"/>
          <w:b w:val="0"/>
          <w:i w:val="0"/>
          <w:sz w:val="21"/>
        </w:rPr>
        <w:t>直线 y=x+2 与 y=2x 原本会在 x=2, y=4 处相交。但是 x=2 不在原有理函数的定义域内，所以该点是一个空点，两图像没有交点。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x≠2,</w:t>
      </w:r>
    </w:p>
    <w:p>
      <w:pPr>
        <w:spacing w:before="0" w:after="80" w:line="300" w:lineRule="auto"/>
        <w:jc w:val="left"/>
      </w:pPr>
      <w:r>
        <w:rPr>
          <w:rFonts w:ascii="Times New Roman" w:hAnsi="Times New Roman" w:eastAsia="宋体"/>
          <w:b w:val="0"/>
          <w:i w:val="0"/>
          <w:color w:val="333333"/>
          <w:sz w:val="19"/>
        </w:rPr>
        <w:t>x²-4/x-2=x+2.</w:t>
      </w:r>
    </w:p>
    <w:p>
      <w:pPr>
        <w:spacing w:before="0" w:after="80" w:line="300" w:lineRule="auto"/>
        <w:jc w:val="left"/>
      </w:pPr>
      <w:r>
        <w:rPr>
          <w:rFonts w:ascii="Times New Roman" w:hAnsi="Times New Roman" w:eastAsia="宋体"/>
          <w:b w:val="0"/>
          <w:i w:val="0"/>
          <w:color w:val="333333"/>
          <w:sz w:val="19"/>
        </w:rPr>
        <w:t>The lines y=x+2 and y=2x would meet at x=2, y=4. But x=2 is excluded from the original rational function, so that point is a hole and there is no intersection.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50 题　答案 C</w:t>
      </w:r>
    </w:p>
    <w:p>
      <w:pPr>
        <w:spacing w:before="0" w:after="80" w:line="300" w:lineRule="auto"/>
        <w:jc w:val="left"/>
      </w:pPr>
      <w:r>
        <w:rPr>
          <w:rFonts w:ascii="Times New Roman" w:hAnsi="Times New Roman" w:eastAsia="宋体"/>
          <w:b w:val="0"/>
          <w:i w:val="0"/>
          <w:sz w:val="21"/>
        </w:rPr>
        <w:t>设 v 为 A 的新速度。相对于 B，A 以每小时 v-40 英里的速度追赶，因此超车时间与 30/v-40 成正比。A 与 C 以每小时 v+50 英里的相对速度缩短 210 英尺的间距，因此相遇时间与 210/v+50 成正比。在恰好能够安全超车的临界时刻，</w:t>
      </w:r>
    </w:p>
    <w:p>
      <w:pPr>
        <w:spacing w:before="0" w:after="80" w:line="300" w:lineRule="auto"/>
        <w:jc w:val="left"/>
      </w:pPr>
      <w:r>
        <w:rPr>
          <w:rFonts w:ascii="Times New Roman" w:hAnsi="Times New Roman" w:eastAsia="宋体"/>
          <w:b w:val="0"/>
          <w:i w:val="0"/>
          <w:sz w:val="21"/>
        </w:rPr>
        <w:t>30/v-40=210/v+50。</w:t>
      </w:r>
    </w:p>
    <w:p>
      <w:pPr>
        <w:spacing w:before="0" w:after="80" w:line="300" w:lineRule="auto"/>
        <w:jc w:val="left"/>
      </w:pPr>
      <w:r>
        <w:rPr>
          <w:rFonts w:ascii="Times New Roman" w:hAnsi="Times New Roman" w:eastAsia="宋体"/>
          <w:b w:val="0"/>
          <w:i w:val="0"/>
          <w:sz w:val="21"/>
        </w:rPr>
        <w:t>所以 30v+1500=210v-8400，得 v=55 英里/小时。A 必须把原速度提高 5 英里/小时。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v be A’s new speed. Relative to B, A gains at v-40 mph, so the passing time is proportional to 30/v-40. A and C close their 210-foot separation at v+50 mph, so their meeting time is proportional to 210/v+50. At the limiting safe time,</w:t>
      </w:r>
    </w:p>
    <w:p>
      <w:pPr>
        <w:spacing w:before="0" w:after="80" w:line="300" w:lineRule="auto"/>
        <w:jc w:val="left"/>
      </w:pPr>
      <w:r>
        <w:rPr>
          <w:rFonts w:ascii="Times New Roman" w:hAnsi="Times New Roman" w:eastAsia="宋体"/>
          <w:b w:val="0"/>
          <w:i w:val="0"/>
          <w:color w:val="333333"/>
          <w:sz w:val="19"/>
        </w:rPr>
        <w:t>30/v-40=210/v+50.</w:t>
      </w:r>
    </w:p>
    <w:p>
      <w:pPr>
        <w:spacing w:before="0" w:after="80" w:line="300" w:lineRule="auto"/>
        <w:jc w:val="left"/>
      </w:pPr>
      <w:r>
        <w:rPr>
          <w:rFonts w:ascii="Times New Roman" w:hAnsi="Times New Roman" w:eastAsia="宋体"/>
          <w:b w:val="0"/>
          <w:i w:val="0"/>
          <w:color w:val="333333"/>
          <w:sz w:val="19"/>
        </w:rPr>
        <w:t>Thus 30v+1500=210v-8400, giving v=55 mph. A must increase his original speed by 5 mph.</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