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1954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5-√(y²-25) 的平方为：</w:t>
      </w:r>
    </w:p>
    <w:p>
      <w:pPr>
        <w:spacing w:before="0" w:after="120" w:line="300" w:lineRule="auto"/>
      </w:pPr>
      <w:r>
        <w:rPr>
          <w:rFonts w:ascii="Times New Roman" w:hAnsi="Times New Roman" w:eastAsia="宋体"/>
          <w:b w:val="0"/>
          <w:i w:val="0"/>
          <w:sz w:val="21"/>
        </w:rPr>
        <w:t>（A）y²-5√(y²-25)　　（B）-y²　　（C）y²　　（D）(5-y)²　　（E）y²-10√(y²-25)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of 5-√(y²-25) is:</w:t>
      </w:r>
    </w:p>
    <w:p>
      <w:pPr>
        <w:spacing w:before="0" w:after="160" w:line="300" w:lineRule="auto"/>
      </w:pPr>
      <w:r>
        <w:rPr>
          <w:rFonts w:ascii="Times New Roman" w:hAnsi="Times New Roman" w:eastAsia="宋体"/>
          <w:b w:val="0"/>
          <w:i w:val="0"/>
          <w:color w:val="333333"/>
          <w:sz w:val="19"/>
        </w:rPr>
        <w:t>(A) y²-5√(y²-25)　　(B) -y²　　(C) y²　　(D) (5-y)²　　(E) y²-10√(y²-25)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2x²/x-1-2x+7/3 +4-6x/x-1</w:t>
      </w:r>
    </w:p>
    <w:p>
      <w:pPr>
        <w:spacing w:before="0" w:after="80" w:line="300" w:lineRule="auto"/>
        <w:jc w:val="left"/>
      </w:pPr>
      <w:r>
        <w:rPr>
          <w:rFonts w:ascii="Times New Roman" w:hAnsi="Times New Roman" w:eastAsia="宋体"/>
          <w:b w:val="0"/>
          <w:i w:val="0"/>
          <w:sz w:val="21"/>
        </w:rPr>
        <w:t>+1=0</w:t>
      </w:r>
    </w:p>
    <w:p>
      <w:pPr>
        <w:spacing w:before="0" w:after="80" w:line="300" w:lineRule="auto"/>
        <w:jc w:val="left"/>
      </w:pPr>
      <w:r>
        <w:rPr>
          <w:rFonts w:ascii="Times New Roman" w:hAnsi="Times New Roman" w:eastAsia="宋体"/>
          <w:b w:val="0"/>
          <w:i w:val="0"/>
          <w:sz w:val="21"/>
        </w:rPr>
        <w:t>消去分母后可化为方程 x²-5x+4=0。后一个方程的根为 4 和 1。那么原方程的根为：</w:t>
      </w:r>
    </w:p>
    <w:p>
      <w:pPr>
        <w:spacing w:before="0" w:after="120" w:line="300" w:lineRule="auto"/>
      </w:pPr>
      <w:r>
        <w:rPr>
          <w:rFonts w:ascii="Times New Roman" w:hAnsi="Times New Roman" w:eastAsia="宋体"/>
          <w:b w:val="0"/>
          <w:i w:val="0"/>
          <w:sz w:val="21"/>
        </w:rPr>
        <w:t>（A）4 和 1　　（B）只有 1　　（C）只有 4　　（D）4 和 1 都不是　　（E）4 和另一个根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w:t>
      </w:r>
    </w:p>
    <w:p>
      <w:pPr>
        <w:spacing w:before="0" w:after="80" w:line="300" w:lineRule="auto"/>
        <w:jc w:val="left"/>
      </w:pPr>
      <w:r>
        <w:rPr>
          <w:rFonts w:ascii="Times New Roman" w:hAnsi="Times New Roman" w:eastAsia="宋体"/>
          <w:b w:val="0"/>
          <w:i w:val="0"/>
          <w:color w:val="333333"/>
          <w:sz w:val="19"/>
        </w:rPr>
        <w:t>2x²/x-1-2x+7/3 +4-6x/x-1</w:t>
      </w:r>
    </w:p>
    <w:p>
      <w:pPr>
        <w:spacing w:before="0" w:after="80" w:line="300" w:lineRule="auto"/>
        <w:jc w:val="left"/>
      </w:pPr>
      <w:r>
        <w:rPr>
          <w:rFonts w:ascii="Times New Roman" w:hAnsi="Times New Roman" w:eastAsia="宋体"/>
          <w:b w:val="0"/>
          <w:i w:val="0"/>
          <w:color w:val="333333"/>
          <w:sz w:val="19"/>
        </w:rPr>
        <w:t>+1=0</w:t>
      </w:r>
    </w:p>
    <w:p>
      <w:pPr>
        <w:spacing w:before="0" w:after="80" w:line="300" w:lineRule="auto"/>
        <w:jc w:val="left"/>
      </w:pPr>
      <w:r>
        <w:rPr>
          <w:rFonts w:ascii="Times New Roman" w:hAnsi="Times New Roman" w:eastAsia="宋体"/>
          <w:b w:val="0"/>
          <w:i w:val="0"/>
          <w:color w:val="333333"/>
          <w:sz w:val="19"/>
        </w:rPr>
        <w:t>can be transformed by eliminating fractions to the equation x²-5x+4=0. The roots of the latter equation are 4 and 1. Then the roots of the first equation are:</w:t>
      </w:r>
    </w:p>
    <w:p>
      <w:pPr>
        <w:spacing w:before="0" w:after="160" w:line="300" w:lineRule="auto"/>
      </w:pPr>
      <w:r>
        <w:rPr>
          <w:rFonts w:ascii="Times New Roman" w:hAnsi="Times New Roman" w:eastAsia="宋体"/>
          <w:b w:val="0"/>
          <w:i w:val="0"/>
          <w:color w:val="333333"/>
          <w:sz w:val="19"/>
        </w:rPr>
        <w:t>(A) 4 and 1　　(B) only 1　　(C) only 4　　(D) neither 4 nor 1　　(E) 4 and some other root</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x 随 y 的立方成正比，且 y 随 z 的五次方根成正比，则 x 随 z 的 n 次方成正比，其中 n 为：</w:t>
      </w:r>
    </w:p>
    <w:p>
      <w:pPr>
        <w:spacing w:before="0" w:after="120" w:line="300" w:lineRule="auto"/>
      </w:pPr>
      <w:r>
        <w:rPr>
          <w:rFonts w:ascii="Times New Roman" w:hAnsi="Times New Roman" w:eastAsia="宋体"/>
          <w:b w:val="0"/>
          <w:i w:val="0"/>
          <w:sz w:val="21"/>
        </w:rPr>
        <w:t>（A）1/15　　（B）5/3　　（C）3/5　　（D）15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varies as the cube of y, and y varies as the fifth root of z, then x varies as the nth power of z, where n is:</w:t>
      </w:r>
    </w:p>
    <w:p>
      <w:pPr>
        <w:spacing w:before="0" w:after="160" w:line="300" w:lineRule="auto"/>
      </w:pPr>
      <w:r>
        <w:rPr>
          <w:rFonts w:ascii="Times New Roman" w:hAnsi="Times New Roman" w:eastAsia="宋体"/>
          <w:b w:val="0"/>
          <w:i w:val="0"/>
          <w:color w:val="333333"/>
          <w:sz w:val="19"/>
        </w:rPr>
        <w:t>(A) 1/15　　(B) 5/3　　(C) 3/5　　(D) 15　　(E) 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6432 与 132 的最大公因数减去 8 后等于：</w:t>
      </w:r>
    </w:p>
    <w:p>
      <w:pPr>
        <w:spacing w:before="0" w:after="120" w:line="300" w:lineRule="auto"/>
      </w:pPr>
      <w:r>
        <w:rPr>
          <w:rFonts w:ascii="Times New Roman" w:hAnsi="Times New Roman" w:eastAsia="宋体"/>
          <w:b w:val="0"/>
          <w:i w:val="0"/>
          <w:sz w:val="21"/>
        </w:rPr>
        <w:t>（A）-6　　（B）6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Highest Common Divisor of 6432 and 132 is diminished by 8, it will equal:</w:t>
      </w:r>
    </w:p>
    <w:p>
      <w:pPr>
        <w:spacing w:before="0" w:after="160" w:line="300" w:lineRule="auto"/>
      </w:pPr>
      <w:r>
        <w:rPr>
          <w:rFonts w:ascii="Times New Roman" w:hAnsi="Times New Roman" w:eastAsia="宋体"/>
          <w:b w:val="0"/>
          <w:i w:val="0"/>
          <w:color w:val="333333"/>
          <w:sz w:val="19"/>
        </w:rPr>
        <w:t>(A) -6　　(B) 6　　(C) -2　　(D) 3　　(E) 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一个正六边形内接于半径为 10 英寸的圆。它的面积为：</w:t>
      </w:r>
    </w:p>
    <w:p>
      <w:pPr>
        <w:spacing w:before="0" w:after="120" w:line="300" w:lineRule="auto"/>
      </w:pPr>
      <w:r>
        <w:rPr>
          <w:rFonts w:ascii="Times New Roman" w:hAnsi="Times New Roman" w:eastAsia="宋体"/>
          <w:b w:val="0"/>
          <w:i w:val="0"/>
          <w:sz w:val="21"/>
        </w:rPr>
        <w:t>（A）150√(3) 平方英寸　　（B）150 平方英寸　　（C）25√(3) 平方英寸　　（D）600 平方英寸　　（E）300√(3) 平方英寸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is inscribed in a circle of radius 10 inches. Its area is:</w:t>
      </w:r>
    </w:p>
    <w:p>
      <w:pPr>
        <w:spacing w:before="0" w:after="160" w:line="300" w:lineRule="auto"/>
      </w:pPr>
      <w:r>
        <w:rPr>
          <w:rFonts w:ascii="Times New Roman" w:hAnsi="Times New Roman" w:eastAsia="宋体"/>
          <w:b w:val="0"/>
          <w:i w:val="0"/>
          <w:color w:val="333333"/>
          <w:sz w:val="19"/>
        </w:rPr>
        <w:t>(A) 150√(3) sq. in.　　(B) 150 sq. in.　　(C) 25√(3) sq. in.　　(D) 600 sq. in.　　(E) 300√(3) sq. in.</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(1/16)^(a⁰)+(1/16a)⁰ -64^(-1/2)-(-32)^(-4/5) 的值为：</w:t>
      </w:r>
    </w:p>
    <w:p>
      <w:pPr>
        <w:spacing w:before="0" w:after="120" w:line="300" w:lineRule="auto"/>
      </w:pPr>
      <w:r>
        <w:rPr>
          <w:rFonts w:ascii="Times New Roman" w:hAnsi="Times New Roman" w:eastAsia="宋体"/>
          <w:b w:val="0"/>
          <w:i w:val="0"/>
          <w:sz w:val="21"/>
        </w:rPr>
        <w:t>（A）113/16　　（B）13/16　　（C）1　　（D）7/8　　（E）1/16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(1/16)^(a⁰)+(1/16a)⁰ -64^(-1/2)-(-32)^(-4/5) is:</w:t>
      </w:r>
    </w:p>
    <w:p>
      <w:pPr>
        <w:spacing w:before="0" w:after="160" w:line="300" w:lineRule="auto"/>
      </w:pPr>
      <w:r>
        <w:rPr>
          <w:rFonts w:ascii="Times New Roman" w:hAnsi="Times New Roman" w:eastAsia="宋体"/>
          <w:b w:val="0"/>
          <w:i w:val="0"/>
          <w:color w:val="333333"/>
          <w:sz w:val="19"/>
        </w:rPr>
        <w:t>(A) 113/16　　(B) 13/16　　(C) 1　　(D) 7/8　　(E) 1/16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一位家庭主妇购买促销连衣裙时节省了 $2.50。若她买裙子花了 $25，则她节省了约：</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housewife saved $2.50 in buying a dress on sale. If she spent $25 for the dress, she saved about:</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一个三角形的底边长是一个正方形边长的两倍，并且两者面积相等。则三角形的高与正方形边长之比为：</w:t>
      </w:r>
    </w:p>
    <w:p>
      <w:pPr>
        <w:spacing w:before="0" w:after="120" w:line="300" w:lineRule="auto"/>
      </w:pPr>
      <w:r>
        <w:rPr>
          <w:rFonts w:ascii="Times New Roman" w:hAnsi="Times New Roman" w:eastAsia="宋体"/>
          <w:b w:val="0"/>
          <w:i w:val="0"/>
          <w:sz w:val="21"/>
        </w:rPr>
        <w:t>（A）1/4　　（B）1/2　　（C）1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a triangle is twice as long as a side of a square and their areas are the same. Then the ratio of the altitude of the triangle to the side of the square is:</w:t>
      </w:r>
    </w:p>
    <w:p>
      <w:pPr>
        <w:spacing w:before="0" w:after="160" w:line="300" w:lineRule="auto"/>
      </w:pPr>
      <w:r>
        <w:rPr>
          <w:rFonts w:ascii="Times New Roman" w:hAnsi="Times New Roman" w:eastAsia="宋体"/>
          <w:b w:val="0"/>
          <w:i w:val="0"/>
          <w:color w:val="333333"/>
          <w:sz w:val="19"/>
        </w:rPr>
        <w:t>(A) 1/4　　(B) 1/2　　(C) 1　　(D) 2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点 P 位于一个圆外，距圆心 13 英寸。从 P 引出的割线依次与圆交于 Q 和 R，其中割线的外部线段 PQ 长 9 英寸，QR 长 7 英寸。圆的半径为：</w:t>
      </w:r>
    </w:p>
    <w:p>
      <w:pPr>
        <w:spacing w:before="0" w:after="120" w:line="300" w:lineRule="auto"/>
      </w:pPr>
      <w:r>
        <w:rPr>
          <w:rFonts w:ascii="Times New Roman" w:hAnsi="Times New Roman" w:eastAsia="宋体"/>
          <w:b w:val="0"/>
          <w:i w:val="0"/>
          <w:sz w:val="21"/>
        </w:rPr>
        <w:t>（A）3 英寸　　（B）4 英寸　　（C）5 英寸　　（D）6 英寸　　（E）7 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P is outside a circle and is 13 inches from the center. A secant from P cuts the circle at Q and R so that the external segment of the secant PQ is 9 inches and QR is 7 inches. The radius of the circle is:</w:t>
      </w:r>
    </w:p>
    <w:p>
      <w:pPr>
        <w:spacing w:before="0" w:after="160" w:line="300" w:lineRule="auto"/>
      </w:pPr>
      <w:r>
        <w:rPr>
          <w:rFonts w:ascii="Times New Roman" w:hAnsi="Times New Roman" w:eastAsia="宋体"/>
          <w:b w:val="0"/>
          <w:i w:val="0"/>
          <w:color w:val="333333"/>
          <w:sz w:val="19"/>
        </w:rPr>
        <w:t>(A) 3 in.　　(B) 4 in.　　(C) 5 in.　　(D) 6 in.　　(E) 7 in.</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二项式 (a+b)⁶ 展开式中各数值系数之和为：</w:t>
      </w:r>
    </w:p>
    <w:p>
      <w:pPr>
        <w:spacing w:before="0" w:after="120" w:line="300" w:lineRule="auto"/>
      </w:pPr>
      <w:r>
        <w:rPr>
          <w:rFonts w:ascii="Times New Roman" w:hAnsi="Times New Roman" w:eastAsia="宋体"/>
          <w:b w:val="0"/>
          <w:i w:val="0"/>
          <w:sz w:val="21"/>
        </w:rPr>
        <w:t>（A）32　　（B）16　　（C）64　　（D）48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numerical coefficients in the expansion of the binomial (a+b)⁶ is:</w:t>
      </w:r>
    </w:p>
    <w:p>
      <w:pPr>
        <w:spacing w:before="0" w:after="160" w:line="300" w:lineRule="auto"/>
      </w:pPr>
      <w:r>
        <w:rPr>
          <w:rFonts w:ascii="Times New Roman" w:hAnsi="Times New Roman" w:eastAsia="宋体"/>
          <w:b w:val="0"/>
          <w:i w:val="0"/>
          <w:color w:val="333333"/>
          <w:sz w:val="19"/>
        </w:rPr>
        <w:t>(A) 32　　(B) 16　　(C) 64　　(D) 48　　(E) 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一位商人展示了一些连衣裙，每件都标有价格。然后他贴出告示：“这些连衣裙降价 1/3。”连衣裙的成本是实际售价的 3/4。那么成本与标价之比为：</w:t>
      </w:r>
    </w:p>
    <w:p>
      <w:pPr>
        <w:spacing w:before="0" w:after="120" w:line="300" w:lineRule="auto"/>
      </w:pPr>
      <w:r>
        <w:rPr>
          <w:rFonts w:ascii="Times New Roman" w:hAnsi="Times New Roman" w:eastAsia="宋体"/>
          <w:b w:val="0"/>
          <w:i w:val="0"/>
          <w:sz w:val="21"/>
        </w:rPr>
        <w:t>（A）1/2　　（B）1/3　　（C）1/4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merchant placed on display some dresses, each with a marked price. He then posted a sign “1/3 off on these dresses.” The cost of the dresses was 3/4 of the price at which he actually sold them. Then the ratio of the cost to the marked price was:</w:t>
      </w:r>
    </w:p>
    <w:p>
      <w:pPr>
        <w:spacing w:before="0" w:after="160" w:line="300" w:lineRule="auto"/>
      </w:pPr>
      <w:r>
        <w:rPr>
          <w:rFonts w:ascii="Times New Roman" w:hAnsi="Times New Roman" w:eastAsia="宋体"/>
          <w:b w:val="0"/>
          <w:i w:val="0"/>
          <w:color w:val="333333"/>
          <w:sz w:val="19"/>
        </w:rPr>
        <w:t>(A) 1/2　　(B) 1/3　　(C) 1/4　　(D) 2/3　　(E) 3/4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方程组</w:t>
      </w:r>
    </w:p>
    <w:p>
      <w:pPr>
        <w:spacing w:before="0" w:after="80" w:line="300" w:lineRule="auto"/>
        <w:jc w:val="left"/>
      </w:pPr>
      <w:r>
        <w:rPr>
          <w:rFonts w:ascii="Times New Roman" w:hAnsi="Times New Roman" w:eastAsia="宋体"/>
          <w:b w:val="0"/>
          <w:i w:val="0"/>
          <w:sz w:val="21"/>
        </w:rPr>
        <w:t>2x-3y=7,</w:t>
      </w:r>
    </w:p>
    <w:p>
      <w:pPr>
        <w:spacing w:before="0" w:after="80" w:line="300" w:lineRule="auto"/>
        <w:jc w:val="left"/>
      </w:pPr>
      <w:r>
        <w:rPr>
          <w:rFonts w:ascii="Times New Roman" w:hAnsi="Times New Roman" w:eastAsia="宋体"/>
          <w:b w:val="0"/>
          <w:i w:val="0"/>
          <w:sz w:val="21"/>
        </w:rPr>
        <w:t>4x-6y=20</w:t>
      </w:r>
    </w:p>
    <w:p>
      <w:pPr>
        <w:spacing w:before="0" w:after="80" w:line="300" w:lineRule="auto"/>
        <w:jc w:val="left"/>
      </w:pPr>
      <w:r>
        <w:rPr>
          <w:rFonts w:ascii="Times New Roman" w:hAnsi="Times New Roman" w:eastAsia="宋体"/>
          <w:b w:val="0"/>
          <w:i w:val="0"/>
          <w:sz w:val="21"/>
        </w:rPr>
        <w:t>的解为：</w:t>
      </w:r>
    </w:p>
    <w:p>
      <w:pPr>
        <w:spacing w:before="0" w:after="120" w:line="300" w:lineRule="auto"/>
      </w:pPr>
      <w:r>
        <w:rPr>
          <w:rFonts w:ascii="Times New Roman" w:hAnsi="Times New Roman" w:eastAsia="宋体"/>
          <w:b w:val="0"/>
          <w:i w:val="0"/>
          <w:sz w:val="21"/>
        </w:rPr>
        <w:t>（A）x=18，且 y=12　　（B）x=0，且 y=0　　（C）无解　　（D）有无穷多个解　　（E）x=8，且 y=5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 of the equations</w:t>
      </w:r>
    </w:p>
    <w:p>
      <w:pPr>
        <w:spacing w:before="0" w:after="80" w:line="300" w:lineRule="auto"/>
        <w:jc w:val="left"/>
      </w:pPr>
      <w:r>
        <w:rPr>
          <w:rFonts w:ascii="Times New Roman" w:hAnsi="Times New Roman" w:eastAsia="宋体"/>
          <w:b w:val="0"/>
          <w:i w:val="0"/>
          <w:color w:val="333333"/>
          <w:sz w:val="19"/>
        </w:rPr>
        <w:t>2x-3y=7,</w:t>
      </w:r>
    </w:p>
    <w:p>
      <w:pPr>
        <w:spacing w:before="0" w:after="80" w:line="300" w:lineRule="auto"/>
        <w:jc w:val="left"/>
      </w:pPr>
      <w:r>
        <w:rPr>
          <w:rFonts w:ascii="Times New Roman" w:hAnsi="Times New Roman" w:eastAsia="宋体"/>
          <w:b w:val="0"/>
          <w:i w:val="0"/>
          <w:color w:val="333333"/>
          <w:sz w:val="19"/>
        </w:rPr>
        <w:t>4x-6y=20</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x=18, and y=12　　(B) x=0, and y=0　　(C) There is no solution　　(D) There are an unlimited number of solutions　　(E) x=8, and y=5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一个四边形内接于圆。在四边形各边所截出的四段弧上分别作圆周角，且这些角不与各顶点之间的边相交，则四个角之和为：</w:t>
      </w:r>
    </w:p>
    <w:p>
      <w:pPr>
        <w:spacing w:before="0" w:after="120" w:line="300" w:lineRule="auto"/>
      </w:pPr>
      <w:r>
        <w:rPr>
          <w:rFonts w:ascii="Times New Roman" w:hAnsi="Times New Roman" w:eastAsia="宋体"/>
          <w:b w:val="0"/>
          <w:i w:val="0"/>
          <w:sz w:val="21"/>
        </w:rPr>
        <w:t>（A）180°　　（B）540°　　（C）360°　　（D）450°　　（E）1080°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is inscribed in a circle. If angles are inscribed in the four arcs cut off by the sides of the quadrilateral, without intersecting the sides between vertices, their sum will be:</w:t>
      </w:r>
    </w:p>
    <w:p>
      <w:pPr>
        <w:spacing w:before="0" w:after="160" w:line="300" w:lineRule="auto"/>
      </w:pPr>
      <w:r>
        <w:rPr>
          <w:rFonts w:ascii="Times New Roman" w:hAnsi="Times New Roman" w:eastAsia="宋体"/>
          <w:b w:val="0"/>
          <w:i w:val="0"/>
          <w:color w:val="333333"/>
          <w:sz w:val="19"/>
        </w:rPr>
        <w:t>(A) 180°　　(B) 540°　　(C) 360°　　(D) 450°　　(E) 1080°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√(1+(x⁴-1/2x²)²) 化简后等于：</w:t>
      </w:r>
    </w:p>
    <w:p>
      <w:pPr>
        <w:spacing w:before="0" w:after="120" w:line="300" w:lineRule="auto"/>
      </w:pPr>
      <w:r>
        <w:rPr>
          <w:rFonts w:ascii="Times New Roman" w:hAnsi="Times New Roman" w:eastAsia="宋体"/>
          <w:b w:val="0"/>
          <w:i w:val="0"/>
          <w:sz w:val="21"/>
        </w:rPr>
        <w:t>（A）x⁴+2x²-1/2x²　　（B）x⁴-1/2x²　　（C）(√(x²+1))/2　　（D）x²/(√(2))　　（E）x²/2+1/2x²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√(1+(x⁴-1/2x²)²) equals:</w:t>
      </w:r>
    </w:p>
    <w:p>
      <w:pPr>
        <w:spacing w:before="0" w:after="160" w:line="300" w:lineRule="auto"/>
      </w:pPr>
      <w:r>
        <w:rPr>
          <w:rFonts w:ascii="Times New Roman" w:hAnsi="Times New Roman" w:eastAsia="宋体"/>
          <w:b w:val="0"/>
          <w:i w:val="0"/>
          <w:color w:val="333333"/>
          <w:sz w:val="19"/>
        </w:rPr>
        <w:t>(A) x⁴+2x²-1/2x²　　(B) x⁴-1/2x²　　(C) (√(x²+1))/2　　(D) x²/(√(2))　　(E) x²/2+1/2x²</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log125 等于：</w:t>
      </w:r>
    </w:p>
    <w:p>
      <w:pPr>
        <w:spacing w:before="0" w:after="120" w:line="300" w:lineRule="auto"/>
      </w:pPr>
      <w:r>
        <w:rPr>
          <w:rFonts w:ascii="Times New Roman" w:hAnsi="Times New Roman" w:eastAsia="宋体"/>
          <w:b w:val="0"/>
          <w:i w:val="0"/>
          <w:sz w:val="21"/>
        </w:rPr>
        <w:t>（A）100log1.25　　（B）5log3　　（C）3log25　　（D）3-3log2　　（E）(log25)(log5)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log125 equals:</w:t>
      </w:r>
    </w:p>
    <w:p>
      <w:pPr>
        <w:spacing w:before="0" w:after="160" w:line="300" w:lineRule="auto"/>
      </w:pPr>
      <w:r>
        <w:rPr>
          <w:rFonts w:ascii="Times New Roman" w:hAnsi="Times New Roman" w:eastAsia="宋体"/>
          <w:b w:val="0"/>
          <w:i w:val="0"/>
          <w:color w:val="333333"/>
          <w:sz w:val="19"/>
        </w:rPr>
        <w:t>(A) 100log1.25　　(B) 5log3　　(C) 3log25　　(D) 3-3log2　　(E) (log25)(log5)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 f(x)=5x²-2x-1，则 f(x+h)-f(x) 等于：</w:t>
      </w:r>
    </w:p>
    <w:p>
      <w:pPr>
        <w:spacing w:before="0" w:after="120" w:line="300" w:lineRule="auto"/>
      </w:pPr>
      <w:r>
        <w:rPr>
          <w:rFonts w:ascii="Times New Roman" w:hAnsi="Times New Roman" w:eastAsia="宋体"/>
          <w:b w:val="0"/>
          <w:i w:val="0"/>
          <w:sz w:val="21"/>
        </w:rPr>
        <w:t>（A）5h²-2h　　（B）10xh-4x+2　　（C）10xh-2x-2　　（D）h(10x+5h-2)　　（E）3h</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f(x)=5x²-2x-1, then f(x+h)-f(x) equals:</w:t>
      </w:r>
    </w:p>
    <w:p>
      <w:pPr>
        <w:spacing w:before="0" w:after="160" w:line="300" w:lineRule="auto"/>
      </w:pPr>
      <w:r>
        <w:rPr>
          <w:rFonts w:ascii="Times New Roman" w:hAnsi="Times New Roman" w:eastAsia="宋体"/>
          <w:b w:val="0"/>
          <w:i w:val="0"/>
          <w:color w:val="333333"/>
          <w:sz w:val="19"/>
        </w:rPr>
        <w:t>(A) 5h²-2h　　(B) 10xh-4x+2　　(C) 10xh-2x-2　　(D) h(10x+5h-2)　　(E) 3h</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函数 f(x)=2x³-7 的图像：</w:t>
      </w:r>
    </w:p>
    <w:p>
      <w:pPr>
        <w:spacing w:before="0" w:after="120" w:line="300" w:lineRule="auto"/>
      </w:pPr>
      <w:r>
        <w:rPr>
          <w:rFonts w:ascii="Times New Roman" w:hAnsi="Times New Roman" w:eastAsia="宋体"/>
          <w:b w:val="0"/>
          <w:i w:val="0"/>
          <w:sz w:val="21"/>
        </w:rPr>
        <w:t>（A）向右上方、向左下方延伸　　（B）向右下方、向左上方延伸　　（C）向右上方、向左上方延伸　　（D）向右下方、向左下方延伸　　（E）以上走向均不正确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the function f(x)=2x³-7 goes:</w:t>
      </w:r>
    </w:p>
    <w:p>
      <w:pPr>
        <w:spacing w:before="0" w:after="160" w:line="300" w:lineRule="auto"/>
      </w:pPr>
      <w:r>
        <w:rPr>
          <w:rFonts w:ascii="Times New Roman" w:hAnsi="Times New Roman" w:eastAsia="宋体"/>
          <w:b w:val="0"/>
          <w:i w:val="0"/>
          <w:color w:val="333333"/>
          <w:sz w:val="19"/>
        </w:rPr>
        <w:t>(A) up to the right and down to the left　　(B) down to the right and up to the left　　(C) up to the right and up to the left　　(D) down to the right and down to the left　　(E) none of these ways</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下列集合中，包含所有满足 2x-3&gt;7-x 的 x 值的是：</w:t>
      </w:r>
    </w:p>
    <w:p>
      <w:pPr>
        <w:spacing w:before="0" w:after="120" w:line="300" w:lineRule="auto"/>
      </w:pPr>
      <w:r>
        <w:rPr>
          <w:rFonts w:ascii="Times New Roman" w:hAnsi="Times New Roman" w:eastAsia="宋体"/>
          <w:b w:val="0"/>
          <w:i w:val="0"/>
          <w:sz w:val="21"/>
        </w:rPr>
        <w:t>（A）x&gt;4　　（B）x&lt;10/3　　（C）x=10/3　　（D）x&gt;10/3　　（E）x&lt;0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sets, the one that includes all values of x which will satisfy 2x-3&gt;7-x is:</w:t>
      </w:r>
    </w:p>
    <w:p>
      <w:pPr>
        <w:spacing w:before="0" w:after="160" w:line="300" w:lineRule="auto"/>
      </w:pPr>
      <w:r>
        <w:rPr>
          <w:rFonts w:ascii="Times New Roman" w:hAnsi="Times New Roman" w:eastAsia="宋体"/>
          <w:b w:val="0"/>
          <w:i w:val="0"/>
          <w:color w:val="333333"/>
          <w:sz w:val="19"/>
        </w:rPr>
        <w:t>(A) x&gt;4　　(B) x&lt;10/3　　(C) x=10/3　　(D) x&gt;10/3　　(E) x&lt;0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连接一个三角形内切圆与三边的三个切点，所得三角形的各角：</w:t>
      </w:r>
    </w:p>
    <w:p>
      <w:pPr>
        <w:spacing w:before="0" w:after="120" w:line="300" w:lineRule="auto"/>
      </w:pPr>
      <w:r>
        <w:rPr>
          <w:rFonts w:ascii="Times New Roman" w:hAnsi="Times New Roman" w:eastAsia="宋体"/>
          <w:b w:val="0"/>
          <w:i w:val="0"/>
          <w:sz w:val="21"/>
        </w:rPr>
        <w:t>（A）总是等于 60°　　（B）总是一个钝角和两个不等的锐角　　（C）总是一个钝角和两个相等的锐角　　（D）总是锐角　　（E）总是互不相等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three points of contact of a circle inscribed in a triangle are joined, the angles of the resulting triangle:</w:t>
      </w:r>
    </w:p>
    <w:p>
      <w:pPr>
        <w:spacing w:before="0" w:after="160" w:line="300" w:lineRule="auto"/>
      </w:pPr>
      <w:r>
        <w:rPr>
          <w:rFonts w:ascii="Times New Roman" w:hAnsi="Times New Roman" w:eastAsia="宋体"/>
          <w:b w:val="0"/>
          <w:i w:val="0"/>
          <w:color w:val="333333"/>
          <w:sz w:val="19"/>
        </w:rPr>
        <w:t>(A) are always equal to 60°　　(B) are always one obtuse angle and two unequal acute angles　　(C) are always one obtuse angle and two equal acute angles　　(D) are always acute angles　　(E) are always unequal to each other</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方程 x³+6x²+11x+6=0 有：</w:t>
      </w:r>
    </w:p>
    <w:p>
      <w:pPr>
        <w:spacing w:before="0" w:after="120" w:line="300" w:lineRule="auto"/>
      </w:pPr>
      <w:r>
        <w:rPr>
          <w:rFonts w:ascii="Times New Roman" w:hAnsi="Times New Roman" w:eastAsia="宋体"/>
          <w:b w:val="0"/>
          <w:i w:val="0"/>
          <w:sz w:val="21"/>
        </w:rPr>
        <w:t>（A）没有负实根　　（B）没有正实根　　（C）没有实根　　（D）1 个正根和 2 个负根　　（E）2 个正根和 1 个负根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x³+6x²+11x+6=0 has:</w:t>
      </w:r>
    </w:p>
    <w:p>
      <w:pPr>
        <w:spacing w:before="0" w:after="160" w:line="300" w:lineRule="auto"/>
      </w:pPr>
      <w:r>
        <w:rPr>
          <w:rFonts w:ascii="Times New Roman" w:hAnsi="Times New Roman" w:eastAsia="宋体"/>
          <w:b w:val="0"/>
          <w:i w:val="0"/>
          <w:color w:val="333333"/>
          <w:sz w:val="19"/>
        </w:rPr>
        <w:t>(A) no negative real roots　　(B) no positive real roots　　(C) no real roots　　(D) 1 positive and 2 negative roots　　(E) 2 positive and 1 negative root</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要求方程 2√(x)+2x^(-1/2)=5 的根，可以解：</w:t>
      </w:r>
    </w:p>
    <w:p>
      <w:pPr>
        <w:spacing w:before="0" w:after="120" w:line="300" w:lineRule="auto"/>
      </w:pPr>
      <w:r>
        <w:rPr>
          <w:rFonts w:ascii="Times New Roman" w:hAnsi="Times New Roman" w:eastAsia="宋体"/>
          <w:b w:val="0"/>
          <w:i w:val="0"/>
          <w:sz w:val="21"/>
        </w:rPr>
        <w:t>（A）16x²-92x+1=0　　（B）4x²-25x+4=0　　（C）4x²-17x+4=0　　（D）2x²-21x+2=0　　（E）4x²-25x-4=0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the equation 2√(x)+2x^(-1/2)=5 can be found by solving:</w:t>
      </w:r>
    </w:p>
    <w:p>
      <w:pPr>
        <w:spacing w:before="0" w:after="160" w:line="300" w:lineRule="auto"/>
      </w:pPr>
      <w:r>
        <w:rPr>
          <w:rFonts w:ascii="Times New Roman" w:hAnsi="Times New Roman" w:eastAsia="宋体"/>
          <w:b w:val="0"/>
          <w:i w:val="0"/>
          <w:color w:val="333333"/>
          <w:sz w:val="19"/>
        </w:rPr>
        <w:t>(A) 16x²-92x+1=0　　(B) 4x²-25x+4=0　　(C) 4x²-17x+4=0　　(D) 2x²-21x+2=0　　(E) 4x²-25x-4=0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表达式 2x²-x/((x+1)(x-2)) -4+x/((x+1)(x-2)) 在 x=-1 或 x=2 时无定义，因为不能除以零。对于 x 的其他值：</w:t>
      </w:r>
    </w:p>
    <w:p>
      <w:pPr>
        <w:spacing w:before="0" w:after="120" w:line="300" w:lineRule="auto"/>
      </w:pPr>
      <w:r>
        <w:rPr>
          <w:rFonts w:ascii="Times New Roman" w:hAnsi="Times New Roman" w:eastAsia="宋体"/>
          <w:b w:val="0"/>
          <w:i w:val="0"/>
          <w:sz w:val="21"/>
        </w:rPr>
        <w:t>（A）该表达式会取许多不同的值。　　（B）该表达式只有一个值 2。　　（C）该表达式只有一个值 1。　　（D）该表达式的值总在 -1 与 2 之间　　（E）该表达式的值大于 2 或小于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2x²-x/((x+1)(x-2)) -4+x/((x+1)(x-2)) cannot be evaluated for x=-1 or x=2, since division by zero is not allowed. For other values of x:</w:t>
      </w:r>
    </w:p>
    <w:p>
      <w:pPr>
        <w:spacing w:before="0" w:after="160" w:line="300" w:lineRule="auto"/>
      </w:pPr>
      <w:r>
        <w:rPr>
          <w:rFonts w:ascii="Times New Roman" w:hAnsi="Times New Roman" w:eastAsia="宋体"/>
          <w:b w:val="0"/>
          <w:i w:val="0"/>
          <w:color w:val="333333"/>
          <w:sz w:val="19"/>
        </w:rPr>
        <w:t>(A) The expression takes on many different values.　　(B) The expression has only the value 2.　　(C) The expression has only the value 1.　　(D) The expression always has a value between -1 and</w:t>
        <w:br/>
        <w:t>2.　　(E) The expression has a value greater than 2 or less than</w:t>
        <w:br/>
        <w:t>-1.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一件商品的成本为 C 美元，售价为 S 美元。若利润为 M=1/nC，则利润可表示为：</w:t>
      </w:r>
    </w:p>
    <w:p>
      <w:pPr>
        <w:spacing w:before="0" w:after="120" w:line="300" w:lineRule="auto"/>
      </w:pPr>
      <w:r>
        <w:rPr>
          <w:rFonts w:ascii="Times New Roman" w:hAnsi="Times New Roman" w:eastAsia="宋体"/>
          <w:b w:val="0"/>
          <w:i w:val="0"/>
          <w:sz w:val="21"/>
        </w:rPr>
        <w:t>（A）M=1/n-1S　　（B）M=1/nS　　（C）M=n/n+1S　　（D）M=1/n+1S　　（E）M=n/n-1S</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margin made on an article costing C dollars and selling for S dollars is M=1/nC, then the margin is given by:</w:t>
      </w:r>
    </w:p>
    <w:p>
      <w:pPr>
        <w:spacing w:before="0" w:after="160" w:line="300" w:lineRule="auto"/>
      </w:pPr>
      <w:r>
        <w:rPr>
          <w:rFonts w:ascii="Times New Roman" w:hAnsi="Times New Roman" w:eastAsia="宋体"/>
          <w:b w:val="0"/>
          <w:i w:val="0"/>
          <w:color w:val="333333"/>
          <w:sz w:val="19"/>
        </w:rPr>
        <w:t>(A) M=1/n-1S　　(B) M=1/nS　　(C) M=n/n+1S　　(D) M=1/n+1S　　(E) M=n/n-1S</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使方程 2x²-kx+x+8=0 有两个相等实根的 k 值为：</w:t>
      </w:r>
    </w:p>
    <w:p>
      <w:pPr>
        <w:spacing w:before="0" w:after="120" w:line="300" w:lineRule="auto"/>
      </w:pPr>
      <w:r>
        <w:rPr>
          <w:rFonts w:ascii="Times New Roman" w:hAnsi="Times New Roman" w:eastAsia="宋体"/>
          <w:b w:val="0"/>
          <w:i w:val="0"/>
          <w:sz w:val="21"/>
        </w:rPr>
        <w:t>（A）9 和 -7　　（B）只有 -7　　（C）9 和 7　　（D）-9 和 -7　　（E）只有 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of k for which the equation 2x²-kx+x+8=0 will have real and equal roots are:</w:t>
      </w:r>
    </w:p>
    <w:p>
      <w:pPr>
        <w:spacing w:before="0" w:after="160" w:line="300" w:lineRule="auto"/>
      </w:pPr>
      <w:r>
        <w:rPr>
          <w:rFonts w:ascii="Times New Roman" w:hAnsi="Times New Roman" w:eastAsia="宋体"/>
          <w:b w:val="0"/>
          <w:i w:val="0"/>
          <w:color w:val="333333"/>
          <w:sz w:val="19"/>
        </w:rPr>
        <w:t>(A) 9 and -7　　(B) only -7　　(C) 9 and 7　　(D) -9 and -7　　(E) only 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a(b-c)x²+b(c-a)x</w:t>
      </w:r>
    </w:p>
    <w:p>
      <w:pPr>
        <w:spacing w:before="0" w:after="80" w:line="300" w:lineRule="auto"/>
        <w:jc w:val="left"/>
      </w:pPr>
      <w:r>
        <w:rPr>
          <w:rFonts w:ascii="Times New Roman" w:hAnsi="Times New Roman" w:eastAsia="宋体"/>
          <w:b w:val="0"/>
          <w:i w:val="0"/>
          <w:sz w:val="21"/>
        </w:rPr>
        <w:t>+c(a-b)=0</w:t>
      </w:r>
    </w:p>
    <w:p>
      <w:pPr>
        <w:spacing w:before="0" w:after="80" w:line="300" w:lineRule="auto"/>
        <w:jc w:val="left"/>
      </w:pPr>
      <w:r>
        <w:rPr>
          <w:rFonts w:ascii="Times New Roman" w:hAnsi="Times New Roman" w:eastAsia="宋体"/>
          <w:b w:val="0"/>
          <w:i w:val="0"/>
          <w:sz w:val="21"/>
        </w:rPr>
        <w:t>的两个根为 1 和：</w:t>
      </w:r>
    </w:p>
    <w:p>
      <w:pPr>
        <w:spacing w:before="0" w:after="120" w:line="300" w:lineRule="auto"/>
      </w:pPr>
      <w:r>
        <w:rPr>
          <w:rFonts w:ascii="Times New Roman" w:hAnsi="Times New Roman" w:eastAsia="宋体"/>
          <w:b w:val="0"/>
          <w:i w:val="0"/>
          <w:sz w:val="21"/>
        </w:rPr>
        <w:t>（A）(b(c-a))/(a(b-c))　　（B）(a(b-c))/(c(a-b))　　（C）(a(b-c))/(b(c-a))　　（D）(c(a-b))/(a(b-c))　　（E）(c(a-b))/(b(c-a))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roots of the equation</w:t>
      </w:r>
    </w:p>
    <w:p>
      <w:pPr>
        <w:spacing w:before="0" w:after="80" w:line="300" w:lineRule="auto"/>
        <w:jc w:val="left"/>
      </w:pPr>
      <w:r>
        <w:rPr>
          <w:rFonts w:ascii="Times New Roman" w:hAnsi="Times New Roman" w:eastAsia="宋体"/>
          <w:b w:val="0"/>
          <w:i w:val="0"/>
          <w:color w:val="333333"/>
          <w:sz w:val="19"/>
        </w:rPr>
        <w:t>a(b-c)x²+b(c-a)x</w:t>
      </w:r>
    </w:p>
    <w:p>
      <w:pPr>
        <w:spacing w:before="0" w:after="80" w:line="300" w:lineRule="auto"/>
        <w:jc w:val="left"/>
      </w:pPr>
      <w:r>
        <w:rPr>
          <w:rFonts w:ascii="Times New Roman" w:hAnsi="Times New Roman" w:eastAsia="宋体"/>
          <w:b w:val="0"/>
          <w:i w:val="0"/>
          <w:color w:val="333333"/>
          <w:sz w:val="19"/>
        </w:rPr>
        <w:t>+c(a-b)=0</w:t>
      </w:r>
    </w:p>
    <w:p>
      <w:pPr>
        <w:spacing w:before="0" w:after="80" w:line="300" w:lineRule="auto"/>
        <w:jc w:val="left"/>
      </w:pPr>
      <w:r>
        <w:rPr>
          <w:rFonts w:ascii="Times New Roman" w:hAnsi="Times New Roman" w:eastAsia="宋体"/>
          <w:b w:val="0"/>
          <w:i w:val="0"/>
          <w:color w:val="333333"/>
          <w:sz w:val="19"/>
        </w:rPr>
        <w:t>are 1 and:</w:t>
      </w:r>
    </w:p>
    <w:p>
      <w:pPr>
        <w:spacing w:before="0" w:after="160" w:line="300" w:lineRule="auto"/>
      </w:pPr>
      <w:r>
        <w:rPr>
          <w:rFonts w:ascii="Times New Roman" w:hAnsi="Times New Roman" w:eastAsia="宋体"/>
          <w:b w:val="0"/>
          <w:i w:val="0"/>
          <w:color w:val="333333"/>
          <w:sz w:val="19"/>
        </w:rPr>
        <w:t>(A) (b(c-a))/(a(b-c))　　(B) (a(b-c))/(c(a-b))　　(C) (a(b-c))/(b(c-a))　　(D) (c(a-b))/(a(b-c))　　(E) (c(a-b))/(b(c-a))</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点 C 将直线段 AB 分割，使得 AC=3CB。分别以 AC 和 CB 为直径作圆，两圆的一条公切线与 AB 的延长线交于 D。则 BD 等于：</w:t>
      </w:r>
    </w:p>
    <w:p>
      <w:pPr>
        <w:spacing w:before="0" w:after="120" w:line="300" w:lineRule="auto"/>
      </w:pPr>
      <w:r>
        <w:rPr>
          <w:rFonts w:ascii="Times New Roman" w:hAnsi="Times New Roman" w:eastAsia="宋体"/>
          <w:b w:val="0"/>
          <w:i w:val="0"/>
          <w:sz w:val="21"/>
        </w:rPr>
        <w:t>（A）较小圆的直径　　（B）较小圆的半径　　（C）较大圆的半径　　（D）CB√(3)　　（E）两圆半径之差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straight line AB is divided at C so that AC=3CB. Circles are described on AC and CB as diameters and a common tangent meets AB produced at D. Then BD equals:</w:t>
      </w:r>
    </w:p>
    <w:p>
      <w:pPr>
        <w:spacing w:before="0" w:after="160" w:line="300" w:lineRule="auto"/>
      </w:pPr>
      <w:r>
        <w:rPr>
          <w:rFonts w:ascii="Times New Roman" w:hAnsi="Times New Roman" w:eastAsia="宋体"/>
          <w:b w:val="0"/>
          <w:i w:val="0"/>
          <w:color w:val="333333"/>
          <w:sz w:val="19"/>
        </w:rPr>
        <w:t>(A) the diameter of the smaller circle　　(B) the radius of the smaller circle　　(C) the radius of the larger circle　　(D) CB√(3)　　(E) the difference of the two radii</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一个正圆锥的底面圆与一个给定球的半径相同。圆锥体积是球体积的一半。圆锥的高与底面半径之比为：</w:t>
      </w:r>
    </w:p>
    <w:p>
      <w:pPr>
        <w:spacing w:before="0" w:after="120" w:line="300" w:lineRule="auto"/>
      </w:pPr>
      <w:r>
        <w:rPr>
          <w:rFonts w:ascii="Times New Roman" w:hAnsi="Times New Roman" w:eastAsia="宋体"/>
          <w:b w:val="0"/>
          <w:i w:val="0"/>
          <w:sz w:val="21"/>
        </w:rPr>
        <w:t>（A）1/1　　（B）1/2　　（C）2/3　　（D）2/1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circular cone has for its base a circle having the same radius as a given sphere. The volume of the cone is one-half that of the sphere. The ratio of the altitude of the cone to the radius of its base is:</w:t>
      </w:r>
    </w:p>
    <w:p>
      <w:pPr>
        <w:spacing w:before="0" w:after="160" w:line="300" w:lineRule="auto"/>
      </w:pPr>
      <w:r>
        <w:rPr>
          <w:rFonts w:ascii="Times New Roman" w:hAnsi="Times New Roman" w:eastAsia="宋体"/>
          <w:b w:val="0"/>
          <w:i w:val="0"/>
          <w:color w:val="333333"/>
          <w:sz w:val="19"/>
        </w:rPr>
        <w:t>(A) 1/1　　(B) 1/2　　(C) 2/3　　(D) 2/1　　(E) √(5/4)</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若 m/n=4/3 且 r/t=9/14，则 3mr-nt/4nt-7mr 的值为：</w:t>
      </w:r>
    </w:p>
    <w:p>
      <w:pPr>
        <w:spacing w:before="0" w:after="120" w:line="300" w:lineRule="auto"/>
      </w:pPr>
      <w:r>
        <w:rPr>
          <w:rFonts w:ascii="Times New Roman" w:hAnsi="Times New Roman" w:eastAsia="宋体"/>
          <w:b w:val="0"/>
          <w:i w:val="0"/>
          <w:sz w:val="21"/>
        </w:rPr>
        <w:t>（A）-51/2　　（B）-11/14　　（C）-11/4　　（D）11/14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m/n=4/3 and r/t=9/14, the value of 3mr-nt/4nt-7mr is:</w:t>
      </w:r>
    </w:p>
    <w:p>
      <w:pPr>
        <w:spacing w:before="0" w:after="160" w:line="300" w:lineRule="auto"/>
      </w:pPr>
      <w:r>
        <w:rPr>
          <w:rFonts w:ascii="Times New Roman" w:hAnsi="Times New Roman" w:eastAsia="宋体"/>
          <w:b w:val="0"/>
          <w:i w:val="0"/>
          <w:color w:val="333333"/>
          <w:sz w:val="19"/>
        </w:rPr>
        <w:t>(A) -51/2　　(B) -11/14　　(C) -11/4　　(D) 11/14　　(E) -2/3</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若一个直角三角形的两条直角边之比为 1:2，则从直角顶点向斜边作垂线后，斜边上对应两段之比为：</w:t>
      </w:r>
    </w:p>
    <w:p>
      <w:pPr>
        <w:spacing w:before="0" w:after="120" w:line="300" w:lineRule="auto"/>
      </w:pPr>
      <w:r>
        <w:rPr>
          <w:rFonts w:ascii="Times New Roman" w:hAnsi="Times New Roman" w:eastAsia="宋体"/>
          <w:b w:val="0"/>
          <w:i w:val="0"/>
          <w:sz w:val="21"/>
        </w:rPr>
        <w:t>（A）1:4　　（B）1:√(2)　　（C）1:2　　（D）1:√(5)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ratio of the legs of a right triangle is 1:2, then the ratio of the corresponding segments of the hypotenuse made by a perpendicular upon it from the vertex is:</w:t>
      </w:r>
    </w:p>
    <w:p>
      <w:pPr>
        <w:spacing w:before="0" w:after="160" w:line="300" w:lineRule="auto"/>
      </w:pPr>
      <w:r>
        <w:rPr>
          <w:rFonts w:ascii="Times New Roman" w:hAnsi="Times New Roman" w:eastAsia="宋体"/>
          <w:b w:val="0"/>
          <w:i w:val="0"/>
          <w:color w:val="333333"/>
          <w:sz w:val="19"/>
        </w:rPr>
        <w:t>(A) 1:4　　(B) 1:√(2)　　(C) 1:2　　(D) 1:√(5)　　(E) 1:5</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A 和 B 合作可在 2 天内完成一项工作；B 和 C 合作需四天；A 和 C 合作需 22/5 天。A 单独完成这项工作所需的天数为：</w:t>
      </w:r>
    </w:p>
    <w:p>
      <w:pPr>
        <w:spacing w:before="0" w:after="120" w:line="300" w:lineRule="auto"/>
      </w:pPr>
      <w:r>
        <w:rPr>
          <w:rFonts w:ascii="Times New Roman" w:hAnsi="Times New Roman" w:eastAsia="宋体"/>
          <w:b w:val="0"/>
          <w:i w:val="0"/>
          <w:sz w:val="21"/>
        </w:rPr>
        <w:t>（A）1　　（B）3　　（C）6　　（D）12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and B together can do a job in 2 days; B and C can do it in four days; and A and C in 22/5 days. The number of days required for A to do the job alone is:</w:t>
      </w:r>
    </w:p>
    <w:p>
      <w:pPr>
        <w:spacing w:before="0" w:after="160" w:line="300" w:lineRule="auto"/>
      </w:pPr>
      <w:r>
        <w:rPr>
          <w:rFonts w:ascii="Times New Roman" w:hAnsi="Times New Roman" w:eastAsia="宋体"/>
          <w:b w:val="0"/>
          <w:i w:val="0"/>
          <w:color w:val="333333"/>
          <w:sz w:val="19"/>
        </w:rPr>
        <w:t>(A) 1　　(B) 3　　(C) 6　　(D) 12　　(E) 2.8</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在三角形 ABC 中，AB=AC，且 ∠ A=40°。点 O 位于三角形内部，并满足 ∠ OBC≅∠ OCA。角 BOC 的度数为：</w:t>
      </w:r>
    </w:p>
    <w:p>
      <w:pPr>
        <w:spacing w:before="0" w:after="120" w:line="300" w:lineRule="auto"/>
      </w:pPr>
      <w:r>
        <w:rPr>
          <w:rFonts w:ascii="Times New Roman" w:hAnsi="Times New Roman" w:eastAsia="宋体"/>
          <w:b w:val="0"/>
          <w:i w:val="0"/>
          <w:sz w:val="21"/>
        </w:rPr>
        <w:t>（A）110　　（B）35　　（C）140　　（D）55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AB=AC, ∠ A=40°. Point O is within the triangle with ∠ OBC≅∠ OCA. The number of degrees in angle BOC is:</w:t>
      </w:r>
    </w:p>
    <w:p>
      <w:pPr>
        <w:spacing w:before="0" w:after="160" w:line="300" w:lineRule="auto"/>
      </w:pPr>
      <w:r>
        <w:rPr>
          <w:rFonts w:ascii="Times New Roman" w:hAnsi="Times New Roman" w:eastAsia="宋体"/>
          <w:b w:val="0"/>
          <w:i w:val="0"/>
          <w:color w:val="333333"/>
          <w:sz w:val="19"/>
        </w:rPr>
        <w:t>(A) 110　　(B) 35　　(C) 140　　(D) 55　　(E) 70</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x⁴+64 的因式为：</w:t>
      </w:r>
    </w:p>
    <w:p>
      <w:pPr>
        <w:spacing w:before="0" w:after="120" w:line="300" w:lineRule="auto"/>
      </w:pPr>
      <w:r>
        <w:rPr>
          <w:rFonts w:ascii="Times New Roman" w:hAnsi="Times New Roman" w:eastAsia="宋体"/>
          <w:b w:val="0"/>
          <w:i w:val="0"/>
          <w:sz w:val="21"/>
        </w:rPr>
        <w:t>（A）(x²+8)²　　（B）(x²+8)(x²-8)　　（C）(x²+2x+4)(x²-8x+16)　　（D）(x²-4x+8)(x²-4x-8)　　（E）(x²-4x+8)(x²+4x+8)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of x⁴+64 are:</w:t>
      </w:r>
    </w:p>
    <w:p>
      <w:pPr>
        <w:spacing w:before="0" w:after="160" w:line="300" w:lineRule="auto"/>
      </w:pPr>
      <w:r>
        <w:rPr>
          <w:rFonts w:ascii="Times New Roman" w:hAnsi="Times New Roman" w:eastAsia="宋体"/>
          <w:b w:val="0"/>
          <w:i w:val="0"/>
          <w:color w:val="333333"/>
          <w:sz w:val="19"/>
        </w:rPr>
        <w:t>(A) (x²+8)²　　(B) (x²+8)(x²-8)　　(C) (x²+2x+4)(x²-8x+16)　　(D) (x²-4x+8)(x²-4x-8)　　(E) (x²-4x+8)(x²+4x+8)</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一家银行对一笔 $120 的贷款收取 $6 费用。借款人实际收到 $114，并分 12 个月、每月偿还 $10。利率约为：</w:t>
      </w:r>
    </w:p>
    <w:p>
      <w:pPr>
        <w:spacing w:before="0" w:after="120" w:line="300" w:lineRule="auto"/>
      </w:pPr>
      <w:r>
        <w:rPr>
          <w:rFonts w:ascii="Times New Roman" w:hAnsi="Times New Roman" w:eastAsia="宋体"/>
          <w:b w:val="0"/>
          <w:i w:val="0"/>
          <w:sz w:val="21"/>
        </w:rPr>
        <w:t>（A）5%　　（B）6%　　（C）7%　　（D）9%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bank charges $6 for a loan of $120. The borrower receives $114 and repays the loan in 12 installments of $10 a month. The interest rate is approximately:</w:t>
      </w:r>
    </w:p>
    <w:p>
      <w:pPr>
        <w:spacing w:before="0" w:after="160" w:line="300" w:lineRule="auto"/>
      </w:pPr>
      <w:r>
        <w:rPr>
          <w:rFonts w:ascii="Times New Roman" w:hAnsi="Times New Roman" w:eastAsia="宋体"/>
          <w:b w:val="0"/>
          <w:i w:val="0"/>
          <w:color w:val="333333"/>
          <w:sz w:val="19"/>
        </w:rPr>
        <w:t>(A) 5%　　(B) 6%　　(C) 7%　　(D) 9%　　(E) 15%</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分数 1/3：</w:t>
      </w:r>
    </w:p>
    <w:p>
      <w:pPr>
        <w:spacing w:before="0" w:after="120" w:line="300" w:lineRule="auto"/>
      </w:pPr>
      <w:r>
        <w:rPr>
          <w:rFonts w:ascii="Times New Roman" w:hAnsi="Times New Roman" w:eastAsia="宋体"/>
          <w:b w:val="0"/>
          <w:i w:val="0"/>
          <w:sz w:val="21"/>
        </w:rPr>
        <w:t>（A）等于 0.33333333　　（B）比 0.33333333 小 1/(3·10⁸)　　（C）比 0.33333333 小 1/(3·10⁹)　　（D）比 0.33333333 大 1/(3·10⁸)　　（E）比 0.33333333 大 1/(3·10⁹)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 1/3:</w:t>
      </w:r>
    </w:p>
    <w:p>
      <w:pPr>
        <w:spacing w:before="0" w:after="160" w:line="300" w:lineRule="auto"/>
      </w:pPr>
      <w:r>
        <w:rPr>
          <w:rFonts w:ascii="Times New Roman" w:hAnsi="Times New Roman" w:eastAsia="宋体"/>
          <w:b w:val="0"/>
          <w:i w:val="0"/>
          <w:color w:val="333333"/>
          <w:sz w:val="19"/>
        </w:rPr>
        <w:t>(A) equals 0.33333333　　(B) is less than 0.33333333 by 1/(3·10⁸)　　(C) is less than 0.33333333 by 1/(3·10⁹)　　(D) is greater than 0.33333333 by</w:t>
        <w:br/>
        <w:t>1/(3·10⁸)　　(E) is greater than 0.33333333 by 1/(3·10⁹)</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在图示直角三角形中，距离 BM 与 MA 之和等于距离 BC 与 CA 之和。若 MB=x、CB=h 且 CA=d，则 x 等于：</w:t>
      </w:r>
    </w:p>
    <w:p>
      <w:pPr>
        <w:spacing w:before="80" w:after="80"/>
        <w:jc w:val="center"/>
      </w:pPr>
      <w:r>
        <w:drawing>
          <wp:inline xmlns:a="http://schemas.openxmlformats.org/drawingml/2006/main" xmlns:pic="http://schemas.openxmlformats.org/drawingml/2006/picture">
            <wp:extent cx="2021284" cy="1405771"/>
            <wp:docPr id="1" name="Picture 1"/>
            <wp:cNvGraphicFramePr>
              <a:graphicFrameLocks noChangeAspect="1"/>
            </wp:cNvGraphicFramePr>
            <a:graphic>
              <a:graphicData uri="http://schemas.openxmlformats.org/drawingml/2006/picture">
                <pic:pic>
                  <pic:nvPicPr>
                    <pic:cNvPr id="0" name="q35-1@300dpi.png"/>
                    <pic:cNvPicPr/>
                  </pic:nvPicPr>
                  <pic:blipFill>
                    <a:blip r:embed="rId9"/>
                    <a:stretch>
                      <a:fillRect/>
                    </a:stretch>
                  </pic:blipFill>
                  <pic:spPr>
                    <a:xfrm>
                      <a:off x="0" y="0"/>
                      <a:ext cx="2021284" cy="1405771"/>
                    </a:xfrm>
                    <a:prstGeom prst="rect"/>
                  </pic:spPr>
                </pic:pic>
              </a:graphicData>
            </a:graphic>
          </wp:inline>
        </w:drawing>
      </w:r>
    </w:p>
    <w:p>
      <w:pPr>
        <w:spacing w:before="0" w:after="120" w:line="300" w:lineRule="auto"/>
      </w:pPr>
      <w:r>
        <w:rPr>
          <w:rFonts w:ascii="Times New Roman" w:hAnsi="Times New Roman" w:eastAsia="宋体"/>
          <w:b w:val="0"/>
          <w:i w:val="0"/>
          <w:sz w:val="21"/>
        </w:rPr>
        <w:t>（A）hd/2h+d　　（B）d-h　　（C）1/2d　　（D）h+d-√(2d)　　（E）√(h²+d²)-h</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right triangle shown the sum of the distances BM and MA is equal to the sum of the distances BC and CA. If MB=x, CB=h, and CA=d, then x equals:</w:t>
      </w:r>
    </w:p>
    <w:p>
      <w:pPr>
        <w:spacing w:before="80" w:after="80"/>
        <w:jc w:val="center"/>
      </w:pPr>
      <w:r>
        <w:drawing>
          <wp:inline xmlns:a="http://schemas.openxmlformats.org/drawingml/2006/main" xmlns:pic="http://schemas.openxmlformats.org/drawingml/2006/picture">
            <wp:extent cx="2021284" cy="1405771"/>
            <wp:docPr id="2" name="Picture 2"/>
            <wp:cNvGraphicFramePr>
              <a:graphicFrameLocks noChangeAspect="1"/>
            </wp:cNvGraphicFramePr>
            <a:graphic>
              <a:graphicData uri="http://schemas.openxmlformats.org/drawingml/2006/picture">
                <pic:pic>
                  <pic:nvPicPr>
                    <pic:cNvPr id="0" name="q35-1@300dpi.png"/>
                    <pic:cNvPicPr/>
                  </pic:nvPicPr>
                  <pic:blipFill>
                    <a:blip r:embed="rId9"/>
                    <a:stretch>
                      <a:fillRect/>
                    </a:stretch>
                  </pic:blipFill>
                  <pic:spPr>
                    <a:xfrm>
                      <a:off x="0" y="0"/>
                      <a:ext cx="2021284" cy="14057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hd/2h+d　　(B) d-h　　(C) 1/2d　　(D) h+d-√(2d)　　(E) √(h²+d²)-h</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一艘船在静水中的速度为 15 英里每小时。在水流速度为 5 英里每小时的河流中，它顺流航行一段距离后原路返回。往返平均速度与静水速度之比为：</w:t>
      </w:r>
    </w:p>
    <w:p>
      <w:pPr>
        <w:spacing w:before="0" w:after="120" w:line="300" w:lineRule="auto"/>
      </w:pPr>
      <w:r>
        <w:rPr>
          <w:rFonts w:ascii="Times New Roman" w:hAnsi="Times New Roman" w:eastAsia="宋体"/>
          <w:b w:val="0"/>
          <w:i w:val="0"/>
          <w:sz w:val="21"/>
        </w:rPr>
        <w:t>（A）5/4　　（B）1/1　　（C）8/9　　（D）7/8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boat has a speed of 15 mph in still water. In a stream that has a current of 5 mph it travels a certain distance downstream and returns. The ratio of the average speed for the round trip to the speed in still water is:</w:t>
      </w:r>
    </w:p>
    <w:p>
      <w:pPr>
        <w:spacing w:before="0" w:after="160" w:line="300" w:lineRule="auto"/>
      </w:pPr>
      <w:r>
        <w:rPr>
          <w:rFonts w:ascii="Times New Roman" w:hAnsi="Times New Roman" w:eastAsia="宋体"/>
          <w:b w:val="0"/>
          <w:i w:val="0"/>
          <w:color w:val="333333"/>
          <w:sz w:val="19"/>
        </w:rPr>
        <w:t>(A) 5/4　　(B) 1/1　　(C) 8/9　　(D) 7/8　　(E) 9/8</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在三角形 PQR 中，RS 平分 ∠ R，PQ 延长至 D，且 ∠ n 为直角。则：</w:t>
      </w:r>
    </w:p>
    <w:p>
      <w:pPr>
        <w:spacing w:before="80" w:after="80"/>
        <w:jc w:val="center"/>
      </w:pPr>
      <w:r>
        <w:drawing>
          <wp:inline xmlns:a="http://schemas.openxmlformats.org/drawingml/2006/main" xmlns:pic="http://schemas.openxmlformats.org/drawingml/2006/picture">
            <wp:extent cx="2835012" cy="1291526"/>
            <wp:docPr id="3" name="Picture 3"/>
            <wp:cNvGraphicFramePr>
              <a:graphicFrameLocks noChangeAspect="1"/>
            </wp:cNvGraphicFramePr>
            <a:graphic>
              <a:graphicData uri="http://schemas.openxmlformats.org/drawingml/2006/picture">
                <pic:pic>
                  <pic:nvPicPr>
                    <pic:cNvPr id="0" name="q37-1@300dpi.png"/>
                    <pic:cNvPicPr/>
                  </pic:nvPicPr>
                  <pic:blipFill>
                    <a:blip r:embed="rId10"/>
                    <a:stretch>
                      <a:fillRect/>
                    </a:stretch>
                  </pic:blipFill>
                  <pic:spPr>
                    <a:xfrm>
                      <a:off x="0" y="0"/>
                      <a:ext cx="2835012" cy="1291526"/>
                    </a:xfrm>
                    <a:prstGeom prst="rect"/>
                  </pic:spPr>
                </pic:pic>
              </a:graphicData>
            </a:graphic>
          </wp:inline>
        </w:drawing>
      </w:r>
    </w:p>
    <w:p>
      <w:pPr>
        <w:spacing w:before="0" w:after="120" w:line="300" w:lineRule="auto"/>
      </w:pPr>
      <w:r>
        <w:rPr>
          <w:rFonts w:ascii="Times New Roman" w:hAnsi="Times New Roman" w:eastAsia="宋体"/>
          <w:b w:val="0"/>
          <w:i w:val="0"/>
          <w:sz w:val="21"/>
        </w:rPr>
        <w:t>（A）∠ m=1/2(∠ p-∠ q)　　（B）∠ m=1/2(∠ p+∠ q)　　（C）∠ d=1/2(∠ q+∠ p)　　（D）∠ d=1/2∠ m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triangle PQR with RS bisecting ∠ R, PQ extended to D, and ∠ n a right angle, then:</w:t>
      </w:r>
    </w:p>
    <w:p>
      <w:pPr>
        <w:spacing w:before="80" w:after="80"/>
        <w:jc w:val="center"/>
      </w:pPr>
      <w:r>
        <w:drawing>
          <wp:inline xmlns:a="http://schemas.openxmlformats.org/drawingml/2006/main" xmlns:pic="http://schemas.openxmlformats.org/drawingml/2006/picture">
            <wp:extent cx="2835012" cy="1291526"/>
            <wp:docPr id="4" name="Picture 4"/>
            <wp:cNvGraphicFramePr>
              <a:graphicFrameLocks noChangeAspect="1"/>
            </wp:cNvGraphicFramePr>
            <a:graphic>
              <a:graphicData uri="http://schemas.openxmlformats.org/drawingml/2006/picture">
                <pic:pic>
                  <pic:nvPicPr>
                    <pic:cNvPr id="0" name="q37-1@300dpi.png"/>
                    <pic:cNvPicPr/>
                  </pic:nvPicPr>
                  <pic:blipFill>
                    <a:blip r:embed="rId10"/>
                    <a:stretch>
                      <a:fillRect/>
                    </a:stretch>
                  </pic:blipFill>
                  <pic:spPr>
                    <a:xfrm>
                      <a:off x="0" y="0"/>
                      <a:ext cx="2835012" cy="12915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 m=1/2(∠ p-∠ q)　　(B) ∠ m=1/2(∠ p+∠ q)　　(C) ∠ d=1/2(∠ q+∠ p)　　(D) ∠ d=1/2∠ m　　(E) none of these is correct</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若 log 2=0.3010 且 log 3=0.4771，则当 3ˣ⁺³=135 时，x 的近似值为：</w:t>
      </w:r>
    </w:p>
    <w:p>
      <w:pPr>
        <w:spacing w:before="0" w:after="120" w:line="300" w:lineRule="auto"/>
      </w:pPr>
      <w:r>
        <w:rPr>
          <w:rFonts w:ascii="Times New Roman" w:hAnsi="Times New Roman" w:eastAsia="宋体"/>
          <w:b w:val="0"/>
          <w:i w:val="0"/>
          <w:sz w:val="21"/>
        </w:rPr>
        <w:t>（A）5　　（B）1.47　　（C）1.67　　（D）1.78　　（E）1.63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 2=0.3010 and log 3=0.4771, the value of x when 3ˣ⁺³=135 is approximately:</w:t>
      </w:r>
    </w:p>
    <w:p>
      <w:pPr>
        <w:spacing w:before="0" w:after="160" w:line="300" w:lineRule="auto"/>
      </w:pPr>
      <w:r>
        <w:rPr>
          <w:rFonts w:ascii="Times New Roman" w:hAnsi="Times New Roman" w:eastAsia="宋体"/>
          <w:b w:val="0"/>
          <w:i w:val="0"/>
          <w:color w:val="333333"/>
          <w:sz w:val="19"/>
        </w:rPr>
        <w:t>(A) 5　　(B) 1.47　　(C) 1.67　　(D) 1.78　　(E) 1.63</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从给定圆外一点 P 向圆上任意一点作线段。若该圆的圆心为 O，半径为 r，则这些线段中点的轨迹为：</w:t>
      </w:r>
    </w:p>
    <w:p>
      <w:pPr>
        <w:spacing w:before="0" w:after="120" w:line="300" w:lineRule="auto"/>
      </w:pPr>
      <w:r>
        <w:rPr>
          <w:rFonts w:ascii="Times New Roman" w:hAnsi="Times New Roman" w:eastAsia="宋体"/>
          <w:b w:val="0"/>
          <w:i w:val="0"/>
          <w:sz w:val="21"/>
        </w:rPr>
        <w:t>（A）垂直于 PO 的直线　　（B）平行于 PO 的直线　　（C）以 P 为圆心、r 为半径的圆　　（D）以 PO 的中点为圆心、2r 为半径的圆　　（E）以 PO 的中点为圆心、1/2r</w:t>
        <w:br/>
        <w:t>为半径的圆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locus of the midpoint of a line segment that is drawn from a given external point P to a given circle with center O and radius r, is:</w:t>
      </w:r>
    </w:p>
    <w:p>
      <w:pPr>
        <w:spacing w:before="0" w:after="160" w:line="300" w:lineRule="auto"/>
      </w:pPr>
      <w:r>
        <w:rPr>
          <w:rFonts w:ascii="Times New Roman" w:hAnsi="Times New Roman" w:eastAsia="宋体"/>
          <w:b w:val="0"/>
          <w:i w:val="0"/>
          <w:color w:val="333333"/>
          <w:sz w:val="19"/>
        </w:rPr>
        <w:t>(A) a straight line perpendicular to PO　　(B) a straight line parallel to PO　　(C) a circle with center P and radius r　　(D) a circle with center at the midpoint of PO and</w:t>
        <w:br/>
        <w:t>radius 2r　　(E) a circle with center at the midpoint of</w:t>
        <w:br/>
        <w:t>PO and radius 1/2r</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若 (a+1/a)²=3，则 a³+1/a³ 等于：</w:t>
      </w:r>
    </w:p>
    <w:p>
      <w:pPr>
        <w:spacing w:before="0" w:after="120" w:line="300" w:lineRule="auto"/>
      </w:pPr>
      <w:r>
        <w:rPr>
          <w:rFonts w:ascii="Times New Roman" w:hAnsi="Times New Roman" w:eastAsia="宋体"/>
          <w:b w:val="0"/>
          <w:i w:val="0"/>
          <w:sz w:val="21"/>
        </w:rPr>
        <w:t>（A）(10√(3))/3　　（B）3√(3)　　（C）0　　（D）7√(7)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(a+1/a)²=3, then a³+1/a³ equals:</w:t>
      </w:r>
    </w:p>
    <w:p>
      <w:pPr>
        <w:spacing w:before="0" w:after="160" w:line="300" w:lineRule="auto"/>
      </w:pPr>
      <w:r>
        <w:rPr>
          <w:rFonts w:ascii="Times New Roman" w:hAnsi="Times New Roman" w:eastAsia="宋体"/>
          <w:b w:val="0"/>
          <w:i w:val="0"/>
          <w:color w:val="333333"/>
          <w:sz w:val="19"/>
        </w:rPr>
        <w:t>(A) (10√(3))/3　　(B) 3√(3)　　(C) 0　　(D) 7√(7)　　(E) 6√(3)</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方程 4x³-8x²-63x-9=0 的所有根之和为：</w:t>
      </w:r>
    </w:p>
    <w:p>
      <w:pPr>
        <w:spacing w:before="0" w:after="120" w:line="300" w:lineRule="auto"/>
      </w:pPr>
      <w:r>
        <w:rPr>
          <w:rFonts w:ascii="Times New Roman" w:hAnsi="Times New Roman" w:eastAsia="宋体"/>
          <w:b w:val="0"/>
          <w:i w:val="0"/>
          <w:sz w:val="21"/>
        </w:rPr>
        <w:t>（A）8　　（B）2　　（C）-8　　（D）-2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the roots of 4x³-8x²-63x-9=0 is:</w:t>
      </w:r>
    </w:p>
    <w:p>
      <w:pPr>
        <w:spacing w:before="0" w:after="160" w:line="300" w:lineRule="auto"/>
      </w:pPr>
      <w:r>
        <w:rPr>
          <w:rFonts w:ascii="Times New Roman" w:hAnsi="Times New Roman" w:eastAsia="宋体"/>
          <w:b w:val="0"/>
          <w:i w:val="0"/>
          <w:color w:val="333333"/>
          <w:sz w:val="19"/>
        </w:rPr>
        <w:t>(A) 8　　(B) 2　　(C) -8　　(D) -2　　(E) 0</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在同一坐标系中考察 (1) y=x²-1/2x+2 与 (2) y=x²+1/2x+2 的图像。这两条抛物线的形状完全相同。则：</w:t>
      </w:r>
    </w:p>
    <w:p>
      <w:pPr>
        <w:spacing w:before="0" w:after="120" w:line="300" w:lineRule="auto"/>
      </w:pPr>
      <w:r>
        <w:rPr>
          <w:rFonts w:ascii="Times New Roman" w:hAnsi="Times New Roman" w:eastAsia="宋体"/>
          <w:b w:val="0"/>
          <w:i w:val="0"/>
          <w:sz w:val="21"/>
        </w:rPr>
        <w:t>（A）两图像重合。　　（B）(1) 的图像低于 (2) 的图像　　（C）(1) 的图像位于 (2) 的图像左侧　　（D）(1) 的图像位于 (2) 的图像右侧　　（E）(1) 的图像高于 (2) 的图像</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graphs of (1) y=x²-1/2x+2 and (2) y=x²+1/2x+2 on the same set of axes. These parabolas have exactly the same shape. Then:</w:t>
      </w:r>
    </w:p>
    <w:p>
      <w:pPr>
        <w:spacing w:before="0" w:after="160" w:line="300" w:lineRule="auto"/>
      </w:pPr>
      <w:r>
        <w:rPr>
          <w:rFonts w:ascii="Times New Roman" w:hAnsi="Times New Roman" w:eastAsia="宋体"/>
          <w:b w:val="0"/>
          <w:i w:val="0"/>
          <w:color w:val="333333"/>
          <w:sz w:val="19"/>
        </w:rPr>
        <w:t>(A) the graphs coincide.　　(B) the graph of (1) is lower than the graph of (2).　　(C) the graph of (1) is to the left of the graph of</w:t>
        <w:br/>
        <w:t>(2).　　(D) the graph of (1) is to the right of the</w:t>
        <w:br/>
        <w:t>graph of (2).　　(E) the graph of (1) is higher than the graph of (2).</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一个直角三角形的斜边长为 10 英寸，内切圆半径为 1 英寸。该三角形的周长为多少英寸？</w:t>
      </w:r>
    </w:p>
    <w:p>
      <w:pPr>
        <w:spacing w:before="0" w:after="120" w:line="300" w:lineRule="auto"/>
      </w:pPr>
      <w:r>
        <w:rPr>
          <w:rFonts w:ascii="Times New Roman" w:hAnsi="Times New Roman" w:eastAsia="宋体"/>
          <w:b w:val="0"/>
          <w:i w:val="0"/>
          <w:sz w:val="21"/>
        </w:rPr>
        <w:t>（A）15　　（B）22　　（C）24　　（D）26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hypotenuse of a right triangle is 10 inches and the radius of the inscribed circle is 1 inch. The perimeter of the triangle in inches is:</w:t>
      </w:r>
    </w:p>
    <w:p>
      <w:pPr>
        <w:spacing w:before="0" w:after="160" w:line="300" w:lineRule="auto"/>
      </w:pPr>
      <w:r>
        <w:rPr>
          <w:rFonts w:ascii="Times New Roman" w:hAnsi="Times New Roman" w:eastAsia="宋体"/>
          <w:b w:val="0"/>
          <w:i w:val="0"/>
          <w:color w:val="333333"/>
          <w:sz w:val="19"/>
        </w:rPr>
        <w:t>(A) 15　　(B) 22　　(C) 24　　(D) 26　　(E) 30</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一名男子出生于十九世纪上半叶。在 x² 年，他的年龄为 x 岁。他出生于：</w:t>
      </w:r>
    </w:p>
    <w:p>
      <w:pPr>
        <w:spacing w:before="0" w:after="120" w:line="300" w:lineRule="auto"/>
      </w:pPr>
      <w:r>
        <w:rPr>
          <w:rFonts w:ascii="Times New Roman" w:hAnsi="Times New Roman" w:eastAsia="宋体"/>
          <w:b w:val="0"/>
          <w:i w:val="0"/>
          <w:sz w:val="21"/>
        </w:rPr>
        <w:t>（A）1849　　（B）1825　　（C）1812　　（D）1836　　（E）1806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born in the first half of the nineteenth century was x years old in the year x². He was born in:</w:t>
      </w:r>
    </w:p>
    <w:p>
      <w:pPr>
        <w:spacing w:before="0" w:after="160" w:line="300" w:lineRule="auto"/>
      </w:pPr>
      <w:r>
        <w:rPr>
          <w:rFonts w:ascii="Times New Roman" w:hAnsi="Times New Roman" w:eastAsia="宋体"/>
          <w:b w:val="0"/>
          <w:i w:val="0"/>
          <w:color w:val="333333"/>
          <w:sz w:val="19"/>
        </w:rPr>
        <w:t>(A) 1849　　(B) 1825　　(C) 1812　　(D) 1836　　(E) 1806</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在菱形 ABCD 内作若干平行于对角线 BD 的线段，线段端点位于菱形的边上。以线段到顶点 A 的距离为自变量、线段长度为函数值作图。该图像为：</w:t>
      </w:r>
    </w:p>
    <w:p>
      <w:pPr>
        <w:spacing w:before="0" w:after="120" w:line="300" w:lineRule="auto"/>
      </w:pPr>
      <w:r>
        <w:rPr>
          <w:rFonts w:ascii="Times New Roman" w:hAnsi="Times New Roman" w:eastAsia="宋体"/>
          <w:b w:val="0"/>
          <w:i w:val="0"/>
          <w:sz w:val="21"/>
        </w:rPr>
        <w:t>（A）一条经过原点的直线。　　（B）一条穿过第一象限的直线。　　（C）两条组成正立 V 形的线段　　（D）两条组成倒置 V 形的线段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rhombus ABCD, line segments are drawn within the rhombus, parallel to diagonal BD, and terminated in the sides of the rhombus. A graph is drawn showing the length of a segment as a function of its distance from vertex A. The graph is:</w:t>
      </w:r>
    </w:p>
    <w:p>
      <w:pPr>
        <w:spacing w:before="0" w:after="160" w:line="300" w:lineRule="auto"/>
      </w:pPr>
      <w:r>
        <w:rPr>
          <w:rFonts w:ascii="Times New Roman" w:hAnsi="Times New Roman" w:eastAsia="宋体"/>
          <w:b w:val="0"/>
          <w:i w:val="0"/>
          <w:color w:val="333333"/>
          <w:sz w:val="19"/>
        </w:rPr>
        <w:t>(A) a straight line passing through the origin.　　(B) a straight line cutting across the upper right quadrant.　　(C) two line segments forming an upright V.　　(D) two line segments forming an inverted</w:t>
        <w:br/>
        <w:t>V.　　(E) none of these.</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在图中，若点 A、B 和 C 都是切点，则 x 等于：</w:t>
      </w:r>
    </w:p>
    <w:p>
      <w:pPr>
        <w:spacing w:before="80" w:after="80"/>
        <w:jc w:val="center"/>
      </w:pPr>
      <w:r>
        <w:drawing>
          <wp:inline xmlns:a="http://schemas.openxmlformats.org/drawingml/2006/main" xmlns:pic="http://schemas.openxmlformats.org/drawingml/2006/picture">
            <wp:extent cx="2188883" cy="1139661"/>
            <wp:docPr id="5" name="Picture 5"/>
            <wp:cNvGraphicFramePr>
              <a:graphicFrameLocks noChangeAspect="1"/>
            </wp:cNvGraphicFramePr>
            <a:graphic>
              <a:graphicData uri="http://schemas.openxmlformats.org/drawingml/2006/picture">
                <pic:pic>
                  <pic:nvPicPr>
                    <pic:cNvPr id="0" name="q46-1@300dpi.png"/>
                    <pic:cNvPicPr/>
                  </pic:nvPicPr>
                  <pic:blipFill>
                    <a:blip r:embed="rId11"/>
                    <a:stretch>
                      <a:fillRect/>
                    </a:stretch>
                  </pic:blipFill>
                  <pic:spPr>
                    <a:xfrm>
                      <a:off x="0" y="0"/>
                      <a:ext cx="2188883" cy="1139661"/>
                    </a:xfrm>
                    <a:prstGeom prst="rect"/>
                  </pic:spPr>
                </pic:pic>
              </a:graphicData>
            </a:graphic>
          </wp:inline>
        </w:drawing>
      </w:r>
    </w:p>
    <w:p>
      <w:pPr>
        <w:spacing w:before="0" w:after="120" w:line="300" w:lineRule="auto"/>
      </w:pPr>
      <w:r>
        <w:rPr>
          <w:rFonts w:ascii="Times New Roman" w:hAnsi="Times New Roman" w:eastAsia="宋体"/>
          <w:b w:val="0"/>
          <w:i w:val="0"/>
          <w:sz w:val="21"/>
        </w:rPr>
        <w:t>（A）3/16英寸　　（B）1/8英寸　　（C）1/32英寸　　（D）3/32英寸　　（E）1/16英寸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diagram, if points A, B, and C are points of tangency, then x equals:</w:t>
      </w:r>
    </w:p>
    <w:p>
      <w:pPr>
        <w:spacing w:before="80" w:after="80"/>
        <w:jc w:val="center"/>
      </w:pPr>
      <w:r>
        <w:drawing>
          <wp:inline xmlns:a="http://schemas.openxmlformats.org/drawingml/2006/main" xmlns:pic="http://schemas.openxmlformats.org/drawingml/2006/picture">
            <wp:extent cx="2188883" cy="1139661"/>
            <wp:docPr id="6" name="Picture 6"/>
            <wp:cNvGraphicFramePr>
              <a:graphicFrameLocks noChangeAspect="1"/>
            </wp:cNvGraphicFramePr>
            <a:graphic>
              <a:graphicData uri="http://schemas.openxmlformats.org/drawingml/2006/picture">
                <pic:pic>
                  <pic:nvPicPr>
                    <pic:cNvPr id="0" name="q46-1@300dpi.png"/>
                    <pic:cNvPicPr/>
                  </pic:nvPicPr>
                  <pic:blipFill>
                    <a:blip r:embed="rId11"/>
                    <a:stretch>
                      <a:fillRect/>
                    </a:stretch>
                  </pic:blipFill>
                  <pic:spPr>
                    <a:xfrm>
                      <a:off x="0" y="0"/>
                      <a:ext cx="2188883" cy="113966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3/16in.　　(B) 1/8in.　　(C) 1/32in.　　(D) 3/32in.　　(E) 1/16in.</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线段 AB 长 p 个单位。在其中点作长度为 q 个单位的垂线段 MR。以 R 为圆心、1/2AB 为半径作弧，与 AB 交于 T。则 AT 和 TB 是下列哪个方程的根？</w:t>
      </w:r>
    </w:p>
    <w:p>
      <w:pPr>
        <w:spacing w:before="0" w:after="120" w:line="300" w:lineRule="auto"/>
      </w:pPr>
      <w:r>
        <w:rPr>
          <w:rFonts w:ascii="Times New Roman" w:hAnsi="Times New Roman" w:eastAsia="宋体"/>
          <w:b w:val="0"/>
          <w:i w:val="0"/>
          <w:sz w:val="21"/>
        </w:rPr>
        <w:t>（A）x²+px+q²=0　　（B）x²-px+q²=0　　（C）x²+px-q²=0　　（D）x²-px-q²=0　　（E）x²-px+q=0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midpoint of line segment AB which is p units long, a perpendicular MR is erected with length q units. An arc is described from R with a radius equal to 1/2AB, meeting AB at T. Then AT and TB are the roots of:</w:t>
      </w:r>
    </w:p>
    <w:p>
      <w:pPr>
        <w:spacing w:before="0" w:after="160" w:line="300" w:lineRule="auto"/>
      </w:pPr>
      <w:r>
        <w:rPr>
          <w:rFonts w:ascii="Times New Roman" w:hAnsi="Times New Roman" w:eastAsia="宋体"/>
          <w:b w:val="0"/>
          <w:i w:val="0"/>
          <w:color w:val="333333"/>
          <w:sz w:val="19"/>
        </w:rPr>
        <w:t>(A) x²+px+q²=0　　(B) x²-px+q²=0　　(C) x²+px-q²=0　　(D) x²-px-q²=0　　(E) x²-px+q=0</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一列火车出发一小时后发生事故，耽误了半小时；之后以原速度的 3/4 继续行驶，最终晚点 31/2 小时。若事故发生在前方 90 英里处，火车将只晚点 3 小时。全程长度为多少英里？</w:t>
      </w:r>
    </w:p>
    <w:p>
      <w:pPr>
        <w:spacing w:before="0" w:after="120" w:line="300" w:lineRule="auto"/>
      </w:pPr>
      <w:r>
        <w:rPr>
          <w:rFonts w:ascii="Times New Roman" w:hAnsi="Times New Roman" w:eastAsia="宋体"/>
          <w:b w:val="0"/>
          <w:i w:val="0"/>
          <w:sz w:val="21"/>
        </w:rPr>
        <w:t>（A）400　　（B）465　　（C）600　　（D）640　　（E）550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train, an hour after starting, meets with an accident which detains it a half hour, after which it proceeds at 3/4 of its former rate and arrives 31/2 hours late. Had the accident happened 90 miles farther along the line, it would have arrived only 3 hours late. The length of the trip in miles was:</w:t>
      </w:r>
    </w:p>
    <w:p>
      <w:pPr>
        <w:spacing w:before="0" w:after="160" w:line="300" w:lineRule="auto"/>
      </w:pPr>
      <w:r>
        <w:rPr>
          <w:rFonts w:ascii="Times New Roman" w:hAnsi="Times New Roman" w:eastAsia="宋体"/>
          <w:b w:val="0"/>
          <w:i w:val="0"/>
          <w:color w:val="333333"/>
          <w:sz w:val="19"/>
        </w:rPr>
        <w:t>(A) 400　　(B) 465　　(C) 600　　(D) 640　　(E) 550</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两个奇数的平方差总能被 8 整除。若 a&gt;b，且 2a+1 与 2b+1 是这两个奇数，为证明这一命题，应将平方差写成：</w:t>
      </w:r>
    </w:p>
    <w:p>
      <w:pPr>
        <w:spacing w:before="0" w:after="120" w:line="300" w:lineRule="auto"/>
      </w:pPr>
      <w:r>
        <w:rPr>
          <w:rFonts w:ascii="Times New Roman" w:hAnsi="Times New Roman" w:eastAsia="宋体"/>
          <w:b w:val="0"/>
          <w:i w:val="0"/>
          <w:sz w:val="21"/>
        </w:rPr>
        <w:t>（A）(2a+1)²-(2b+1)²　　（B）4a²-4b²+4a-4b　　（C）4[a(a+1)-b(b+1)]　　（D）4(a-b)(a+b+1)　　（E）4(a²+a-b²-b)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of the squares of two odd numbers is always divisible by 8. If a&gt;b, and 2a+1 and 2b+1 are the odd numbers, to prove the given statement we put the difference of the squares in the form:</w:t>
      </w:r>
    </w:p>
    <w:p>
      <w:pPr>
        <w:spacing w:before="0" w:after="160" w:line="300" w:lineRule="auto"/>
      </w:pPr>
      <w:r>
        <w:rPr>
          <w:rFonts w:ascii="Times New Roman" w:hAnsi="Times New Roman" w:eastAsia="宋体"/>
          <w:b w:val="0"/>
          <w:i w:val="0"/>
          <w:color w:val="333333"/>
          <w:sz w:val="19"/>
        </w:rPr>
        <w:t>(A) (2a+1)²-(2b+1)²　　(B) 4a²-4b²+4a-4b　　(C) 4[a(a+1)-b(b+1)]　　(D) 4(a-b)(a+b+1)　　(E) 4(a²+a-b²-b)</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在 7 点与 8 点之间，时针与分针夹角为 84 度的时刻，精确到最近一分钟，分别为：</w:t>
      </w:r>
    </w:p>
    <w:p>
      <w:pPr>
        <w:spacing w:before="0" w:after="120" w:line="300" w:lineRule="auto"/>
      </w:pPr>
      <w:r>
        <w:rPr>
          <w:rFonts w:ascii="Times New Roman" w:hAnsi="Times New Roman" w:eastAsia="宋体"/>
          <w:b w:val="0"/>
          <w:i w:val="0"/>
          <w:sz w:val="21"/>
        </w:rPr>
        <w:t>（A）7:23 和 7:53　　（B）7:20 和 7:50　　（C）7:22 和 7:53　　（D）7:23 和 7:52　　（E）7:21 和 7:49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times between 7 and 8 o’clock, correct to the nearest minute, when the hands of a clock will form an angle of 84 degrees are:</w:t>
      </w:r>
    </w:p>
    <w:p>
      <w:pPr>
        <w:spacing w:before="0" w:after="160" w:line="300" w:lineRule="auto"/>
      </w:pPr>
      <w:r>
        <w:rPr>
          <w:rFonts w:ascii="Times New Roman" w:hAnsi="Times New Roman" w:eastAsia="宋体"/>
          <w:b w:val="0"/>
          <w:i w:val="0"/>
          <w:color w:val="333333"/>
          <w:sz w:val="19"/>
        </w:rPr>
        <w:t>(A) 7:23 and 7:53　　(B) 7:20 and 7:50　　(C) 7:22 and 7:53　　(D) 7:23 and 7:52　　(E) 7:21 and 7:49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C　E　A　D　B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C　B　E　D　D　A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B　C　B　D　A　D　B　D</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A　B　A　E　D　D　A　C</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B　B　E　C　B　D　B　E　D</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E　B　C　C　A</w:t>
      </w:r>
    </w:p>
    <w:p>
      <w:pPr>
        <w:spacing w:before="0" w:after="200" w:line="300" w:lineRule="auto"/>
      </w:pPr>
      <w:r>
        <w:rPr>
          <w:rFonts w:ascii="Times New Roman" w:hAnsi="Times New Roman" w:eastAsia="宋体"/>
          <w:b w:val="0"/>
          <w:i w:val="0"/>
          <w:color w:val="666666"/>
          <w:sz w:val="18"/>
        </w:rPr>
        <w:t>答案串：ECCEADBCCCACBEDDADDBCBDADBDBABAEDDACBBECBDBEDEBCCA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展开可得</w:t>
      </w:r>
    </w:p>
    <w:p>
      <w:pPr>
        <w:spacing w:before="0" w:after="80" w:line="300" w:lineRule="auto"/>
        <w:jc w:val="left"/>
      </w:pPr>
      <w:r>
        <w:rPr>
          <w:rFonts w:ascii="Times New Roman" w:hAnsi="Times New Roman" w:eastAsia="宋体"/>
          <w:b w:val="0"/>
          <w:i w:val="0"/>
          <w:sz w:val="21"/>
        </w:rPr>
        <w:t>(5-√(y²-25))²</w:t>
      </w:r>
    </w:p>
    <w:p>
      <w:pPr>
        <w:spacing w:before="0" w:after="80" w:line="300" w:lineRule="auto"/>
        <w:jc w:val="left"/>
      </w:pPr>
      <w:r>
        <w:rPr>
          <w:rFonts w:ascii="Times New Roman" w:hAnsi="Times New Roman" w:eastAsia="宋体"/>
          <w:b w:val="0"/>
          <w:i w:val="0"/>
          <w:sz w:val="21"/>
        </w:rPr>
        <w:t>=25-10√(y²-25)</w:t>
      </w:r>
    </w:p>
    <w:p>
      <w:pPr>
        <w:spacing w:before="0" w:after="80" w:line="300" w:lineRule="auto"/>
        <w:jc w:val="left"/>
      </w:pPr>
      <w:r>
        <w:rPr>
          <w:rFonts w:ascii="Times New Roman" w:hAnsi="Times New Roman" w:eastAsia="宋体"/>
          <w:b w:val="0"/>
          <w:i w:val="0"/>
          <w:sz w:val="21"/>
        </w:rPr>
        <w:t>+y²-25</w:t>
      </w:r>
    </w:p>
    <w:p>
      <w:pPr>
        <w:spacing w:before="0" w:after="80" w:line="300" w:lineRule="auto"/>
        <w:jc w:val="left"/>
      </w:pPr>
      <w:r>
        <w:rPr>
          <w:rFonts w:ascii="Times New Roman" w:hAnsi="Times New Roman" w:eastAsia="宋体"/>
          <w:b w:val="0"/>
          <w:i w:val="0"/>
          <w:sz w:val="21"/>
        </w:rPr>
        <w:t>=y²-10√(y²-25)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gives</w:t>
      </w:r>
    </w:p>
    <w:p>
      <w:pPr>
        <w:spacing w:before="0" w:after="80" w:line="300" w:lineRule="auto"/>
        <w:jc w:val="left"/>
      </w:pPr>
      <w:r>
        <w:rPr>
          <w:rFonts w:ascii="Times New Roman" w:hAnsi="Times New Roman" w:eastAsia="宋体"/>
          <w:b w:val="0"/>
          <w:i w:val="0"/>
          <w:color w:val="333333"/>
          <w:sz w:val="19"/>
        </w:rPr>
        <w:t>(5-√(y²-25))²</w:t>
      </w:r>
    </w:p>
    <w:p>
      <w:pPr>
        <w:spacing w:before="0" w:after="80" w:line="300" w:lineRule="auto"/>
        <w:jc w:val="left"/>
      </w:pPr>
      <w:r>
        <w:rPr>
          <w:rFonts w:ascii="Times New Roman" w:hAnsi="Times New Roman" w:eastAsia="宋体"/>
          <w:b w:val="0"/>
          <w:i w:val="0"/>
          <w:color w:val="333333"/>
          <w:sz w:val="19"/>
        </w:rPr>
        <w:t>=25-10√(y²-25)</w:t>
      </w:r>
    </w:p>
    <w:p>
      <w:pPr>
        <w:spacing w:before="0" w:after="80" w:line="300" w:lineRule="auto"/>
        <w:jc w:val="left"/>
      </w:pPr>
      <w:r>
        <w:rPr>
          <w:rFonts w:ascii="Times New Roman" w:hAnsi="Times New Roman" w:eastAsia="宋体"/>
          <w:b w:val="0"/>
          <w:i w:val="0"/>
          <w:color w:val="333333"/>
          <w:sz w:val="19"/>
        </w:rPr>
        <w:t>+y²-25</w:t>
      </w:r>
    </w:p>
    <w:p>
      <w:pPr>
        <w:spacing w:before="0" w:after="80" w:line="300" w:lineRule="auto"/>
        <w:jc w:val="left"/>
      </w:pPr>
      <w:r>
        <w:rPr>
          <w:rFonts w:ascii="Times New Roman" w:hAnsi="Times New Roman" w:eastAsia="宋体"/>
          <w:b w:val="0"/>
          <w:i w:val="0"/>
          <w:color w:val="333333"/>
          <w:sz w:val="19"/>
        </w:rPr>
        <w:t>=y²-10√(y²-25).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变换后的二次方程可因式分解为 (x-1)(x-4)=0。但原方程的分母含有 x-1，所以在 x=1 时无定义。代入 x=4 合法，并且满足原方程。</w:t>
      </w:r>
    </w:p>
    <w:p>
      <w:pPr>
        <w:spacing w:before="0" w:after="80" w:line="300" w:lineRule="auto"/>
        <w:jc w:val="left"/>
      </w:pPr>
      <w:r>
        <w:rPr>
          <w:rFonts w:ascii="Times New Roman" w:hAnsi="Times New Roman" w:eastAsia="宋体"/>
          <w:b w:val="0"/>
          <w:i w:val="0"/>
          <w:sz w:val="21"/>
        </w:rPr>
        <w:t>因此，唯一的根是 4，正确答案是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transformed quadratic factors as (x-1)(x-4)=0. However, the original equation has denominator x-1, so it is undefined at x=1. Substitution of x=4 is valid and satisfies the original equation.</w:t>
      </w:r>
    </w:p>
    <w:p>
      <w:pPr>
        <w:spacing w:before="0" w:after="80" w:line="300" w:lineRule="auto"/>
        <w:jc w:val="left"/>
      </w:pPr>
      <w:r>
        <w:rPr>
          <w:rFonts w:ascii="Times New Roman" w:hAnsi="Times New Roman" w:eastAsia="宋体"/>
          <w:b w:val="0"/>
          <w:i w:val="0"/>
          <w:color w:val="333333"/>
          <w:sz w:val="19"/>
        </w:rPr>
        <w:t>Thus, the only root is 4,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由于 y 与 z^(1/5) 成正比，它的立方与 z^(3/5) 成正比。又因为 x 与 y³ 成正比，所以</w:t>
      </w:r>
    </w:p>
    <w:p>
      <w:pPr>
        <w:spacing w:before="0" w:after="80" w:line="300" w:lineRule="auto"/>
        <w:jc w:val="left"/>
      </w:pPr>
      <w:r>
        <w:rPr>
          <w:rFonts w:ascii="Times New Roman" w:hAnsi="Times New Roman" w:eastAsia="宋体"/>
          <w:b w:val="0"/>
          <w:i w:val="0"/>
          <w:sz w:val="21"/>
        </w:rPr>
        <w:t>x∝ z^(3/5)。</w:t>
      </w:r>
    </w:p>
    <w:p>
      <w:pPr>
        <w:spacing w:before="0" w:after="80" w:line="300" w:lineRule="auto"/>
        <w:jc w:val="left"/>
      </w:pPr>
      <w:r>
        <w:rPr>
          <w:rFonts w:ascii="Times New Roman" w:hAnsi="Times New Roman" w:eastAsia="宋体"/>
          <w:b w:val="0"/>
          <w:i w:val="0"/>
          <w:sz w:val="21"/>
        </w:rPr>
        <w:t>因此 n=3/5。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y is proportional to z^(1/5), its cube is proportional to z^(3/5). Because x is proportional to y³,</w:t>
      </w:r>
    </w:p>
    <w:p>
      <w:pPr>
        <w:spacing w:before="0" w:after="80" w:line="300" w:lineRule="auto"/>
        <w:jc w:val="left"/>
      </w:pPr>
      <w:r>
        <w:rPr>
          <w:rFonts w:ascii="Times New Roman" w:hAnsi="Times New Roman" w:eastAsia="宋体"/>
          <w:b w:val="0"/>
          <w:i w:val="0"/>
          <w:color w:val="333333"/>
          <w:sz w:val="19"/>
        </w:rPr>
        <w:t>x∝ z^(3/5).</w:t>
      </w:r>
    </w:p>
    <w:p>
      <w:pPr>
        <w:spacing w:before="0" w:after="80" w:line="300" w:lineRule="auto"/>
        <w:jc w:val="left"/>
      </w:pPr>
      <w:r>
        <w:rPr>
          <w:rFonts w:ascii="Times New Roman" w:hAnsi="Times New Roman" w:eastAsia="宋体"/>
          <w:b w:val="0"/>
          <w:i w:val="0"/>
          <w:color w:val="333333"/>
          <w:sz w:val="19"/>
        </w:rPr>
        <w:t>Hence n=3/5.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由欧几里得算法可得</w:t>
      </w:r>
    </w:p>
    <w:p>
      <w:pPr>
        <w:spacing w:before="0" w:after="80" w:line="300" w:lineRule="auto"/>
        <w:jc w:val="left"/>
      </w:pPr>
      <w:r>
        <w:rPr>
          <w:rFonts w:ascii="Times New Roman" w:hAnsi="Times New Roman" w:eastAsia="宋体"/>
          <w:b w:val="0"/>
          <w:i w:val="0"/>
          <w:sz w:val="21"/>
        </w:rPr>
        <w:t>gcd(6432,132)=12。</w:t>
      </w:r>
    </w:p>
    <w:p>
      <w:pPr>
        <w:spacing w:before="0" w:after="80" w:line="300" w:lineRule="auto"/>
        <w:jc w:val="left"/>
      </w:pPr>
      <w:r>
        <w:rPr>
          <w:rFonts w:ascii="Times New Roman" w:hAnsi="Times New Roman" w:eastAsia="宋体"/>
          <w:b w:val="0"/>
          <w:i w:val="0"/>
          <w:sz w:val="21"/>
        </w:rPr>
        <w:t>再减去 8，得到 12-8=4。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Euclidean algorithm gives</w:t>
      </w:r>
    </w:p>
    <w:p>
      <w:pPr>
        <w:spacing w:before="0" w:after="80" w:line="300" w:lineRule="auto"/>
        <w:jc w:val="left"/>
      </w:pPr>
      <w:r>
        <w:rPr>
          <w:rFonts w:ascii="Times New Roman" w:hAnsi="Times New Roman" w:eastAsia="宋体"/>
          <w:b w:val="0"/>
          <w:i w:val="0"/>
          <w:color w:val="333333"/>
          <w:sz w:val="19"/>
        </w:rPr>
        <w:t>gcd(6432,132)=12.</w:t>
      </w:r>
    </w:p>
    <w:p>
      <w:pPr>
        <w:spacing w:before="0" w:after="80" w:line="300" w:lineRule="auto"/>
        <w:jc w:val="left"/>
      </w:pPr>
      <w:r>
        <w:rPr>
          <w:rFonts w:ascii="Times New Roman" w:hAnsi="Times New Roman" w:eastAsia="宋体"/>
          <w:b w:val="0"/>
          <w:i w:val="0"/>
          <w:color w:val="333333"/>
          <w:sz w:val="19"/>
        </w:rPr>
        <w:t>Diminishing this by 8 gives 12-8=4.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这个正六边形由六个边长为 10 的等边三角形组成。它的面积为</w:t>
      </w:r>
    </w:p>
    <w:p>
      <w:pPr>
        <w:spacing w:before="0" w:after="80" w:line="300" w:lineRule="auto"/>
        <w:jc w:val="left"/>
      </w:pPr>
      <w:r>
        <w:rPr>
          <w:rFonts w:ascii="Times New Roman" w:hAnsi="Times New Roman" w:eastAsia="宋体"/>
          <w:b w:val="0"/>
          <w:i w:val="0"/>
          <w:sz w:val="21"/>
        </w:rPr>
        <w:t>6((√(3))/4·10²) =150√(3)</w:t>
      </w:r>
    </w:p>
    <w:p>
      <w:pPr>
        <w:spacing w:before="0" w:after="80" w:line="300" w:lineRule="auto"/>
        <w:jc w:val="left"/>
      </w:pPr>
      <w:r>
        <w:rPr>
          <w:rFonts w:ascii="Times New Roman" w:hAnsi="Times New Roman" w:eastAsia="宋体"/>
          <w:b w:val="0"/>
          <w:i w:val="0"/>
          <w:sz w:val="21"/>
        </w:rPr>
        <w:t>平方英寸。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hexagon consists of six equilateral triangles of side 10. Its area is</w:t>
      </w:r>
    </w:p>
    <w:p>
      <w:pPr>
        <w:spacing w:before="0" w:after="80" w:line="300" w:lineRule="auto"/>
        <w:jc w:val="left"/>
      </w:pPr>
      <w:r>
        <w:rPr>
          <w:rFonts w:ascii="Times New Roman" w:hAnsi="Times New Roman" w:eastAsia="宋体"/>
          <w:b w:val="0"/>
          <w:i w:val="0"/>
          <w:color w:val="333333"/>
          <w:sz w:val="19"/>
        </w:rPr>
        <w:t>6((√(3))/4·10²) =150√(3)</w:t>
      </w:r>
    </w:p>
    <w:p>
      <w:pPr>
        <w:spacing w:before="0" w:after="80" w:line="300" w:lineRule="auto"/>
        <w:jc w:val="left"/>
      </w:pPr>
      <w:r>
        <w:rPr>
          <w:rFonts w:ascii="Times New Roman" w:hAnsi="Times New Roman" w:eastAsia="宋体"/>
          <w:b w:val="0"/>
          <w:i w:val="0"/>
          <w:color w:val="333333"/>
          <w:sz w:val="19"/>
        </w:rPr>
        <w:t>square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对于符合定义条件的 a，四项依次为</w:t>
      </w:r>
    </w:p>
    <w:p>
      <w:pPr>
        <w:spacing w:before="0" w:after="80" w:line="300" w:lineRule="auto"/>
        <w:jc w:val="left"/>
      </w:pPr>
      <w:r>
        <w:rPr>
          <w:rFonts w:ascii="Times New Roman" w:hAnsi="Times New Roman" w:eastAsia="宋体"/>
          <w:b w:val="0"/>
          <w:i w:val="0"/>
          <w:sz w:val="21"/>
        </w:rPr>
        <w:t>1/16, 1, 1/8, 1/16。</w:t>
      </w:r>
    </w:p>
    <w:p>
      <w:pPr>
        <w:spacing w:before="0" w:after="80" w:line="300" w:lineRule="auto"/>
        <w:jc w:val="left"/>
      </w:pPr>
      <w:r>
        <w:rPr>
          <w:rFonts w:ascii="Times New Roman" w:hAnsi="Times New Roman" w:eastAsia="宋体"/>
          <w:b w:val="0"/>
          <w:i w:val="0"/>
          <w:sz w:val="21"/>
        </w:rPr>
        <w:t>因此原表达式为</w:t>
      </w:r>
    </w:p>
    <w:p>
      <w:pPr>
        <w:spacing w:before="0" w:after="80" w:line="300" w:lineRule="auto"/>
        <w:jc w:val="left"/>
      </w:pPr>
      <w:r>
        <w:rPr>
          <w:rFonts w:ascii="Times New Roman" w:hAnsi="Times New Roman" w:eastAsia="宋体"/>
          <w:b w:val="0"/>
          <w:i w:val="0"/>
          <w:sz w:val="21"/>
        </w:rPr>
        <w:t>1/16+1-1/8-1/16=7/8。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permissible a, the four terms are</w:t>
      </w:r>
    </w:p>
    <w:p>
      <w:pPr>
        <w:spacing w:before="0" w:after="80" w:line="300" w:lineRule="auto"/>
        <w:jc w:val="left"/>
      </w:pPr>
      <w:r>
        <w:rPr>
          <w:rFonts w:ascii="Times New Roman" w:hAnsi="Times New Roman" w:eastAsia="宋体"/>
          <w:b w:val="0"/>
          <w:i w:val="0"/>
          <w:color w:val="333333"/>
          <w:sz w:val="19"/>
        </w:rPr>
        <w:t>1/16, 1, 1/8, 1/16.</w:t>
      </w:r>
    </w:p>
    <w:p>
      <w:pPr>
        <w:spacing w:before="0" w:after="80" w:line="300" w:lineRule="auto"/>
        <w:jc w:val="left"/>
      </w:pPr>
      <w:r>
        <w:rPr>
          <w:rFonts w:ascii="Times New Roman" w:hAnsi="Times New Roman" w:eastAsia="宋体"/>
          <w:b w:val="0"/>
          <w:i w:val="0"/>
          <w:color w:val="333333"/>
          <w:sz w:val="19"/>
        </w:rPr>
        <w:t>Therefore the expression is</w:t>
      </w:r>
    </w:p>
    <w:p>
      <w:pPr>
        <w:spacing w:before="0" w:after="80" w:line="300" w:lineRule="auto"/>
        <w:jc w:val="left"/>
      </w:pPr>
      <w:r>
        <w:rPr>
          <w:rFonts w:ascii="Times New Roman" w:hAnsi="Times New Roman" w:eastAsia="宋体"/>
          <w:b w:val="0"/>
          <w:i w:val="0"/>
          <w:color w:val="333333"/>
          <w:sz w:val="19"/>
        </w:rPr>
        <w:t>1/16+1-1/8-1/16=7/8.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原价为 $27.50。节省的比例为</w:t>
      </w:r>
    </w:p>
    <w:p>
      <w:pPr>
        <w:spacing w:before="0" w:after="80" w:line="300" w:lineRule="auto"/>
        <w:jc w:val="left"/>
      </w:pPr>
      <w:r>
        <w:rPr>
          <w:rFonts w:ascii="Times New Roman" w:hAnsi="Times New Roman" w:eastAsia="宋体"/>
          <w:b w:val="0"/>
          <w:i w:val="0"/>
          <w:sz w:val="21"/>
        </w:rPr>
        <w:t>2.50/27.50=1/11≈0.0909，</w:t>
      </w:r>
    </w:p>
    <w:p>
      <w:pPr>
        <w:spacing w:before="0" w:after="80" w:line="300" w:lineRule="auto"/>
        <w:jc w:val="left"/>
      </w:pPr>
      <w:r>
        <w:rPr>
          <w:rFonts w:ascii="Times New Roman" w:hAnsi="Times New Roman" w:eastAsia="宋体"/>
          <w:b w:val="0"/>
          <w:i w:val="0"/>
          <w:sz w:val="21"/>
        </w:rPr>
        <w:t>约为 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price was $27.50. The fraction saved was</w:t>
      </w:r>
    </w:p>
    <w:p>
      <w:pPr>
        <w:spacing w:before="0" w:after="80" w:line="300" w:lineRule="auto"/>
        <w:jc w:val="left"/>
      </w:pPr>
      <w:r>
        <w:rPr>
          <w:rFonts w:ascii="Times New Roman" w:hAnsi="Times New Roman" w:eastAsia="宋体"/>
          <w:b w:val="0"/>
          <w:i w:val="0"/>
          <w:color w:val="333333"/>
          <w:sz w:val="19"/>
        </w:rPr>
        <w:t>2.50/27.50=1/11≈0.0909,</w:t>
      </w:r>
    </w:p>
    <w:p>
      <w:pPr>
        <w:spacing w:before="0" w:after="80" w:line="300" w:lineRule="auto"/>
        <w:jc w:val="left"/>
      </w:pPr>
      <w:r>
        <w:rPr>
          <w:rFonts w:ascii="Times New Roman" w:hAnsi="Times New Roman" w:eastAsia="宋体"/>
          <w:b w:val="0"/>
          <w:i w:val="0"/>
          <w:color w:val="333333"/>
          <w:sz w:val="19"/>
        </w:rPr>
        <w:t>or about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若正方形边长为 s，则三角形底边长为 2s。由面积相等可得</w:t>
      </w:r>
    </w:p>
    <w:p>
      <w:pPr>
        <w:spacing w:before="0" w:after="80" w:line="300" w:lineRule="auto"/>
        <w:jc w:val="left"/>
      </w:pPr>
      <w:r>
        <w:rPr>
          <w:rFonts w:ascii="Times New Roman" w:hAnsi="Times New Roman" w:eastAsia="宋体"/>
          <w:b w:val="0"/>
          <w:i w:val="0"/>
          <w:sz w:val="21"/>
        </w:rPr>
        <w:t>s²=1/2(2s)h=sh。</w:t>
      </w:r>
    </w:p>
    <w:p>
      <w:pPr>
        <w:spacing w:before="0" w:after="80" w:line="300" w:lineRule="auto"/>
        <w:jc w:val="left"/>
      </w:pPr>
      <w:r>
        <w:rPr>
          <w:rFonts w:ascii="Times New Roman" w:hAnsi="Times New Roman" w:eastAsia="宋体"/>
          <w:b w:val="0"/>
          <w:i w:val="0"/>
          <w:sz w:val="21"/>
        </w:rPr>
        <w:t>因此 h=s，所求比值为 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square side is s, the triangle base is 2s. Equal areas give</w:t>
      </w:r>
    </w:p>
    <w:p>
      <w:pPr>
        <w:spacing w:before="0" w:after="80" w:line="300" w:lineRule="auto"/>
        <w:jc w:val="left"/>
      </w:pPr>
      <w:r>
        <w:rPr>
          <w:rFonts w:ascii="Times New Roman" w:hAnsi="Times New Roman" w:eastAsia="宋体"/>
          <w:b w:val="0"/>
          <w:i w:val="0"/>
          <w:color w:val="333333"/>
          <w:sz w:val="19"/>
        </w:rPr>
        <w:t>s²=1/2(2s)h=sh.</w:t>
      </w:r>
    </w:p>
    <w:p>
      <w:pPr>
        <w:spacing w:before="0" w:after="80" w:line="300" w:lineRule="auto"/>
        <w:jc w:val="left"/>
      </w:pPr>
      <w:r>
        <w:rPr>
          <w:rFonts w:ascii="Times New Roman" w:hAnsi="Times New Roman" w:eastAsia="宋体"/>
          <w:b w:val="0"/>
          <w:i w:val="0"/>
          <w:color w:val="333333"/>
          <w:sz w:val="19"/>
        </w:rPr>
        <w:t>Thus h=s, so the requested ratio is 1.</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点 P 的幂为</w:t>
      </w:r>
    </w:p>
    <w:p>
      <w:pPr>
        <w:spacing w:before="0" w:after="80" w:line="300" w:lineRule="auto"/>
        <w:jc w:val="left"/>
      </w:pPr>
      <w:r>
        <w:rPr>
          <w:rFonts w:ascii="Times New Roman" w:hAnsi="Times New Roman" w:eastAsia="宋体"/>
          <w:b w:val="0"/>
          <w:i w:val="0"/>
          <w:sz w:val="21"/>
        </w:rPr>
        <w:t>PQ· PR=9(16)=144。</w:t>
      </w:r>
    </w:p>
    <w:p>
      <w:pPr>
        <w:spacing w:before="0" w:after="80" w:line="300" w:lineRule="auto"/>
        <w:jc w:val="left"/>
      </w:pPr>
      <w:r>
        <w:rPr>
          <w:rFonts w:ascii="Times New Roman" w:hAnsi="Times New Roman" w:eastAsia="宋体"/>
          <w:b w:val="0"/>
          <w:i w:val="0"/>
          <w:sz w:val="21"/>
        </w:rPr>
        <w:t>它也等于 13²-r²，所以 169-r²=144。因此 r²=25，且 r=5 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power of P is</w:t>
      </w:r>
    </w:p>
    <w:p>
      <w:pPr>
        <w:spacing w:before="0" w:after="80" w:line="300" w:lineRule="auto"/>
        <w:jc w:val="left"/>
      </w:pPr>
      <w:r>
        <w:rPr>
          <w:rFonts w:ascii="Times New Roman" w:hAnsi="Times New Roman" w:eastAsia="宋体"/>
          <w:b w:val="0"/>
          <w:i w:val="0"/>
          <w:color w:val="333333"/>
          <w:sz w:val="19"/>
        </w:rPr>
        <w:t>PQ· PR=9(16)=144.</w:t>
      </w:r>
    </w:p>
    <w:p>
      <w:pPr>
        <w:spacing w:before="0" w:after="80" w:line="300" w:lineRule="auto"/>
        <w:jc w:val="left"/>
      </w:pPr>
      <w:r>
        <w:rPr>
          <w:rFonts w:ascii="Times New Roman" w:hAnsi="Times New Roman" w:eastAsia="宋体"/>
          <w:b w:val="0"/>
          <w:i w:val="0"/>
          <w:color w:val="333333"/>
          <w:sz w:val="19"/>
        </w:rPr>
        <w:t>It is also 13²-r², so 169-r²=144. Hence r²=25 and r=5 inches.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令 a=b=1，则每个单项式都等于 1，因此展开式的值等于各系数之和。所以这个和为</w:t>
      </w:r>
    </w:p>
    <w:p>
      <w:pPr>
        <w:spacing w:before="0" w:after="80" w:line="300" w:lineRule="auto"/>
        <w:jc w:val="left"/>
      </w:pPr>
      <w:r>
        <w:rPr>
          <w:rFonts w:ascii="Times New Roman" w:hAnsi="Times New Roman" w:eastAsia="宋体"/>
          <w:b w:val="0"/>
          <w:i w:val="0"/>
          <w:sz w:val="21"/>
        </w:rPr>
        <w:t>(1+1)⁶=64。</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a=b=1 makes every monomial equal to 1, so the value of the expansion equals the sum of its coefficients. Thus the sum is</w:t>
      </w:r>
    </w:p>
    <w:p>
      <w:pPr>
        <w:spacing w:before="0" w:after="80" w:line="300" w:lineRule="auto"/>
        <w:jc w:val="left"/>
      </w:pPr>
      <w:r>
        <w:rPr>
          <w:rFonts w:ascii="Times New Roman" w:hAnsi="Times New Roman" w:eastAsia="宋体"/>
          <w:b w:val="0"/>
          <w:i w:val="0"/>
          <w:color w:val="333333"/>
          <w:sz w:val="19"/>
        </w:rPr>
        <w:t>(1+1)⁶=64.</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若标价为 M，则售价为 2M/3。因此成本为</w:t>
      </w:r>
    </w:p>
    <w:p>
      <w:pPr>
        <w:spacing w:before="0" w:after="80" w:line="300" w:lineRule="auto"/>
        <w:jc w:val="left"/>
      </w:pPr>
      <w:r>
        <w:rPr>
          <w:rFonts w:ascii="Times New Roman" w:hAnsi="Times New Roman" w:eastAsia="宋体"/>
          <w:b w:val="0"/>
          <w:i w:val="0"/>
          <w:sz w:val="21"/>
        </w:rPr>
        <w:t>3/4·2/3M=1/2M。</w:t>
      </w:r>
    </w:p>
    <w:p>
      <w:pPr>
        <w:spacing w:before="0" w:after="80" w:line="300" w:lineRule="auto"/>
        <w:jc w:val="left"/>
      </w:pPr>
      <w:r>
        <w:rPr>
          <w:rFonts w:ascii="Times New Roman" w:hAnsi="Times New Roman" w:eastAsia="宋体"/>
          <w:b w:val="0"/>
          <w:i w:val="0"/>
          <w:sz w:val="21"/>
        </w:rPr>
        <w:t>成本与标价之比为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marked price is M, then the selling price is 2M/3. The cost is therefore</w:t>
      </w:r>
    </w:p>
    <w:p>
      <w:pPr>
        <w:spacing w:before="0" w:after="80" w:line="300" w:lineRule="auto"/>
        <w:jc w:val="left"/>
      </w:pPr>
      <w:r>
        <w:rPr>
          <w:rFonts w:ascii="Times New Roman" w:hAnsi="Times New Roman" w:eastAsia="宋体"/>
          <w:b w:val="0"/>
          <w:i w:val="0"/>
          <w:color w:val="333333"/>
          <w:sz w:val="19"/>
        </w:rPr>
        <w:t>3/4·2/3M=1/2M.</w:t>
      </w:r>
    </w:p>
    <w:p>
      <w:pPr>
        <w:spacing w:before="0" w:after="80" w:line="300" w:lineRule="auto"/>
        <w:jc w:val="left"/>
      </w:pPr>
      <w:r>
        <w:rPr>
          <w:rFonts w:ascii="Times New Roman" w:hAnsi="Times New Roman" w:eastAsia="宋体"/>
          <w:b w:val="0"/>
          <w:i w:val="0"/>
          <w:color w:val="333333"/>
          <w:sz w:val="19"/>
        </w:rPr>
        <w:t>The cost-to-marked-price ratio is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第二个方程的左边恰好是第一个方程左边的两倍，但右边不是 7 的两倍。这个方程组要求同一个表达式同时等于 14 和 20，这是不可能的。</w:t>
      </w:r>
    </w:p>
    <w:p>
      <w:pPr>
        <w:spacing w:before="0" w:after="80" w:line="300" w:lineRule="auto"/>
        <w:jc w:val="left"/>
      </w:pPr>
      <w:r>
        <w:rPr>
          <w:rFonts w:ascii="Times New Roman" w:hAnsi="Times New Roman" w:eastAsia="宋体"/>
          <w:b w:val="0"/>
          <w:i w:val="0"/>
          <w:sz w:val="21"/>
        </w:rPr>
        <w:t>因此方程组无解，正确答案是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left side of the second equation is exactly twice the left side of the first, but its right side is not twice 7. The equations would require the same expression to equal both 14 and 20, which is impossible.</w:t>
      </w:r>
    </w:p>
    <w:p>
      <w:pPr>
        <w:spacing w:before="0" w:after="80" w:line="300" w:lineRule="auto"/>
        <w:jc w:val="left"/>
      </w:pPr>
      <w:r>
        <w:rPr>
          <w:rFonts w:ascii="Times New Roman" w:hAnsi="Times New Roman" w:eastAsia="宋体"/>
          <w:b w:val="0"/>
          <w:i w:val="0"/>
          <w:color w:val="333333"/>
          <w:sz w:val="19"/>
        </w:rPr>
        <w:t>Thus, there is no solution,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设四段弧的度数为 a,b,c,d，其和为 360°。位于度数为 a 的圆弧上的角截得另外三段弧，所以其度数为 (360°-a)/2，其余三个角同理。四个角之和为</w:t>
      </w:r>
    </w:p>
    <w:p>
      <w:pPr>
        <w:spacing w:before="0" w:after="80" w:line="300" w:lineRule="auto"/>
        <w:jc w:val="left"/>
      </w:pPr>
      <w:r>
        <w:rPr>
          <w:rFonts w:ascii="Times New Roman" w:hAnsi="Times New Roman" w:eastAsia="宋体"/>
          <w:b w:val="0"/>
          <w:i w:val="0"/>
          <w:sz w:val="21"/>
        </w:rPr>
        <w:t>(4(360°)-(a+b+c+d))/2</w:t>
      </w:r>
    </w:p>
    <w:p>
      <w:pPr>
        <w:spacing w:before="0" w:after="80" w:line="300" w:lineRule="auto"/>
        <w:jc w:val="left"/>
      </w:pPr>
      <w:r>
        <w:rPr>
          <w:rFonts w:ascii="Times New Roman" w:hAnsi="Times New Roman" w:eastAsia="宋体"/>
          <w:b w:val="0"/>
          <w:i w:val="0"/>
          <w:sz w:val="21"/>
        </w:rPr>
        <w:t>=(1080°)/2</w:t>
      </w:r>
    </w:p>
    <w:p>
      <w:pPr>
        <w:spacing w:before="0" w:after="80" w:line="300" w:lineRule="auto"/>
        <w:jc w:val="left"/>
      </w:pPr>
      <w:r>
        <w:rPr>
          <w:rFonts w:ascii="Times New Roman" w:hAnsi="Times New Roman" w:eastAsia="宋体"/>
          <w:b w:val="0"/>
          <w:i w:val="0"/>
          <w:sz w:val="21"/>
        </w:rPr>
        <w:t>=540°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four arcs have measures a,b,c,d, whose sum is 360°. The angle placed in the arc of measure a intercepts the other three arcs, so it measures (360°-a)/2, and similarly for the others. Their sum is</w:t>
      </w:r>
    </w:p>
    <w:p>
      <w:pPr>
        <w:spacing w:before="0" w:after="80" w:line="300" w:lineRule="auto"/>
        <w:jc w:val="left"/>
      </w:pPr>
      <w:r>
        <w:rPr>
          <w:rFonts w:ascii="Times New Roman" w:hAnsi="Times New Roman" w:eastAsia="宋体"/>
          <w:b w:val="0"/>
          <w:i w:val="0"/>
          <w:color w:val="333333"/>
          <w:sz w:val="19"/>
        </w:rPr>
        <w:t>(4(360°)-(a+b+c+d))/2</w:t>
      </w:r>
    </w:p>
    <w:p>
      <w:pPr>
        <w:spacing w:before="0" w:after="80" w:line="300" w:lineRule="auto"/>
        <w:jc w:val="left"/>
      </w:pPr>
      <w:r>
        <w:rPr>
          <w:rFonts w:ascii="Times New Roman" w:hAnsi="Times New Roman" w:eastAsia="宋体"/>
          <w:b w:val="0"/>
          <w:i w:val="0"/>
          <w:color w:val="333333"/>
          <w:sz w:val="19"/>
        </w:rPr>
        <w:t>=(1080°)/2</w:t>
      </w:r>
    </w:p>
    <w:p>
      <w:pPr>
        <w:spacing w:before="0" w:after="80" w:line="300" w:lineRule="auto"/>
        <w:jc w:val="left"/>
      </w:pPr>
      <w:r>
        <w:rPr>
          <w:rFonts w:ascii="Times New Roman" w:hAnsi="Times New Roman" w:eastAsia="宋体"/>
          <w:b w:val="0"/>
          <w:i w:val="0"/>
          <w:color w:val="333333"/>
          <w:sz w:val="19"/>
        </w:rPr>
        <w:t>=540°.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当 x≠0 时，</w:t>
      </w:r>
    </w:p>
    <w:p>
      <w:pPr>
        <w:spacing w:before="0" w:after="80" w:line="300" w:lineRule="auto"/>
        <w:jc w:val="left"/>
      </w:pPr>
      <w:r>
        <w:rPr>
          <w:rFonts w:ascii="Times New Roman" w:hAnsi="Times New Roman" w:eastAsia="宋体"/>
          <w:b w:val="0"/>
          <w:i w:val="0"/>
          <w:sz w:val="21"/>
        </w:rPr>
        <w:t>1+(x⁴-1/2x²)²</w:t>
      </w:r>
    </w:p>
    <w:p>
      <w:pPr>
        <w:spacing w:before="0" w:after="80" w:line="300" w:lineRule="auto"/>
        <w:jc w:val="left"/>
      </w:pPr>
      <w:r>
        <w:rPr>
          <w:rFonts w:ascii="Times New Roman" w:hAnsi="Times New Roman" w:eastAsia="宋体"/>
          <w:b w:val="0"/>
          <w:i w:val="0"/>
          <w:sz w:val="21"/>
        </w:rPr>
        <w:t>=(4x⁴+(x⁴-1)²)/4x⁴</w:t>
      </w:r>
    </w:p>
    <w:p>
      <w:pPr>
        <w:spacing w:before="0" w:after="80" w:line="300" w:lineRule="auto"/>
        <w:jc w:val="left"/>
      </w:pPr>
      <w:r>
        <w:rPr>
          <w:rFonts w:ascii="Times New Roman" w:hAnsi="Times New Roman" w:eastAsia="宋体"/>
          <w:b w:val="0"/>
          <w:i w:val="0"/>
          <w:sz w:val="21"/>
        </w:rPr>
        <w:t>=((x⁴+1)²)/4x⁴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x²&gt;0，所以它的平方根为</w:t>
      </w:r>
    </w:p>
    <w:p>
      <w:pPr>
        <w:spacing w:before="0" w:after="80" w:line="300" w:lineRule="auto"/>
        <w:jc w:val="left"/>
      </w:pPr>
      <w:r>
        <w:rPr>
          <w:rFonts w:ascii="Times New Roman" w:hAnsi="Times New Roman" w:eastAsia="宋体"/>
          <w:b w:val="0"/>
          <w:i w:val="0"/>
          <w:sz w:val="21"/>
        </w:rPr>
        <w:t>x⁴+1/2x² =x²/2+1/2x²。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x≠0,</w:t>
      </w:r>
    </w:p>
    <w:p>
      <w:pPr>
        <w:spacing w:before="0" w:after="80" w:line="300" w:lineRule="auto"/>
        <w:jc w:val="left"/>
      </w:pPr>
      <w:r>
        <w:rPr>
          <w:rFonts w:ascii="Times New Roman" w:hAnsi="Times New Roman" w:eastAsia="宋体"/>
          <w:b w:val="0"/>
          <w:i w:val="0"/>
          <w:color w:val="333333"/>
          <w:sz w:val="19"/>
        </w:rPr>
        <w:t>1+(x⁴-1/2x²)²</w:t>
      </w:r>
    </w:p>
    <w:p>
      <w:pPr>
        <w:spacing w:before="0" w:after="80" w:line="300" w:lineRule="auto"/>
        <w:jc w:val="left"/>
      </w:pPr>
      <w:r>
        <w:rPr>
          <w:rFonts w:ascii="Times New Roman" w:hAnsi="Times New Roman" w:eastAsia="宋体"/>
          <w:b w:val="0"/>
          <w:i w:val="0"/>
          <w:color w:val="333333"/>
          <w:sz w:val="19"/>
        </w:rPr>
        <w:t>=(4x⁴+(x⁴-1)²)/4x⁴</w:t>
      </w:r>
    </w:p>
    <w:p>
      <w:pPr>
        <w:spacing w:before="0" w:after="80" w:line="300" w:lineRule="auto"/>
        <w:jc w:val="left"/>
      </w:pPr>
      <w:r>
        <w:rPr>
          <w:rFonts w:ascii="Times New Roman" w:hAnsi="Times New Roman" w:eastAsia="宋体"/>
          <w:b w:val="0"/>
          <w:i w:val="0"/>
          <w:color w:val="333333"/>
          <w:sz w:val="19"/>
        </w:rPr>
        <w:t>=((x⁴+1)²)/4x⁴.</w:t>
      </w:r>
    </w:p>
    <w:p>
      <w:pPr>
        <w:spacing w:before="0" w:after="80" w:line="300" w:lineRule="auto"/>
        <w:jc w:val="left"/>
      </w:pPr>
      <w:r>
        <w:rPr>
          <w:rFonts w:ascii="Times New Roman" w:hAnsi="Times New Roman" w:eastAsia="宋体"/>
          <w:b w:val="0"/>
          <w:i w:val="0"/>
          <w:color w:val="333333"/>
          <w:sz w:val="19"/>
        </w:rPr>
        <w:t>Because x²&gt;0, its square root is</w:t>
      </w:r>
    </w:p>
    <w:p>
      <w:pPr>
        <w:spacing w:before="0" w:after="80" w:line="300" w:lineRule="auto"/>
        <w:jc w:val="left"/>
      </w:pPr>
      <w:r>
        <w:rPr>
          <w:rFonts w:ascii="Times New Roman" w:hAnsi="Times New Roman" w:eastAsia="宋体"/>
          <w:b w:val="0"/>
          <w:i w:val="0"/>
          <w:color w:val="333333"/>
          <w:sz w:val="19"/>
        </w:rPr>
        <w:t>x⁴+1/2x² =x²/2+1/2x².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利用对数运算律，</w:t>
      </w:r>
    </w:p>
    <w:p>
      <w:pPr>
        <w:spacing w:before="0" w:after="80" w:line="300" w:lineRule="auto"/>
        <w:jc w:val="left"/>
      </w:pPr>
      <w:r>
        <w:rPr>
          <w:rFonts w:ascii="Times New Roman" w:hAnsi="Times New Roman" w:eastAsia="宋体"/>
          <w:b w:val="0"/>
          <w:i w:val="0"/>
          <w:sz w:val="21"/>
        </w:rPr>
        <w:t>log125 =log(1000/8)</w:t>
      </w:r>
    </w:p>
    <w:p>
      <w:pPr>
        <w:spacing w:before="0" w:after="80" w:line="300" w:lineRule="auto"/>
        <w:jc w:val="left"/>
      </w:pPr>
      <w:r>
        <w:rPr>
          <w:rFonts w:ascii="Times New Roman" w:hAnsi="Times New Roman" w:eastAsia="宋体"/>
          <w:b w:val="0"/>
          <w:i w:val="0"/>
          <w:sz w:val="21"/>
        </w:rPr>
        <w:t>=3-log(2³)</w:t>
      </w:r>
    </w:p>
    <w:p>
      <w:pPr>
        <w:spacing w:before="0" w:after="80" w:line="300" w:lineRule="auto"/>
        <w:jc w:val="left"/>
      </w:pPr>
      <w:r>
        <w:rPr>
          <w:rFonts w:ascii="Times New Roman" w:hAnsi="Times New Roman" w:eastAsia="宋体"/>
          <w:b w:val="0"/>
          <w:i w:val="0"/>
          <w:sz w:val="21"/>
        </w:rPr>
        <w:t>=3-3log2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logarithm laws,</w:t>
      </w:r>
    </w:p>
    <w:p>
      <w:pPr>
        <w:spacing w:before="0" w:after="80" w:line="300" w:lineRule="auto"/>
        <w:jc w:val="left"/>
      </w:pPr>
      <w:r>
        <w:rPr>
          <w:rFonts w:ascii="Times New Roman" w:hAnsi="Times New Roman" w:eastAsia="宋体"/>
          <w:b w:val="0"/>
          <w:i w:val="0"/>
          <w:color w:val="333333"/>
          <w:sz w:val="19"/>
        </w:rPr>
        <w:t>log125 =log(1000/8)</w:t>
      </w:r>
    </w:p>
    <w:p>
      <w:pPr>
        <w:spacing w:before="0" w:after="80" w:line="300" w:lineRule="auto"/>
        <w:jc w:val="left"/>
      </w:pPr>
      <w:r>
        <w:rPr>
          <w:rFonts w:ascii="Times New Roman" w:hAnsi="Times New Roman" w:eastAsia="宋体"/>
          <w:b w:val="0"/>
          <w:i w:val="0"/>
          <w:color w:val="333333"/>
          <w:sz w:val="19"/>
        </w:rPr>
        <w:t>=3-log(2³)</w:t>
      </w:r>
    </w:p>
    <w:p>
      <w:pPr>
        <w:spacing w:before="0" w:after="80" w:line="300" w:lineRule="auto"/>
        <w:jc w:val="left"/>
      </w:pPr>
      <w:r>
        <w:rPr>
          <w:rFonts w:ascii="Times New Roman" w:hAnsi="Times New Roman" w:eastAsia="宋体"/>
          <w:b w:val="0"/>
          <w:i w:val="0"/>
          <w:color w:val="333333"/>
          <w:sz w:val="19"/>
        </w:rPr>
        <w:t>=3-3log2.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展开并消去同类项可得</w:t>
      </w:r>
    </w:p>
    <w:p>
      <w:pPr>
        <w:spacing w:before="0" w:after="80" w:line="300" w:lineRule="auto"/>
        <w:jc w:val="left"/>
      </w:pPr>
      <w:r>
        <w:rPr>
          <w:rFonts w:ascii="Times New Roman" w:hAnsi="Times New Roman" w:eastAsia="宋体"/>
          <w:b w:val="0"/>
          <w:i w:val="0"/>
          <w:sz w:val="21"/>
        </w:rPr>
        <w:t>f(x+h)-f(x)</w:t>
      </w:r>
    </w:p>
    <w:p>
      <w:pPr>
        <w:spacing w:before="0" w:after="80" w:line="300" w:lineRule="auto"/>
        <w:jc w:val="left"/>
      </w:pPr>
      <w:r>
        <w:rPr>
          <w:rFonts w:ascii="Times New Roman" w:hAnsi="Times New Roman" w:eastAsia="宋体"/>
          <w:b w:val="0"/>
          <w:i w:val="0"/>
          <w:sz w:val="21"/>
        </w:rPr>
        <w:t>=5(x+h)²-2(x+h)-1</w:t>
      </w:r>
    </w:p>
    <w:p>
      <w:pPr>
        <w:spacing w:before="0" w:after="80" w:line="300" w:lineRule="auto"/>
        <w:jc w:val="left"/>
      </w:pPr>
      <w:r>
        <w:rPr>
          <w:rFonts w:ascii="Times New Roman" w:hAnsi="Times New Roman" w:eastAsia="宋体"/>
          <w:b w:val="0"/>
          <w:i w:val="0"/>
          <w:sz w:val="21"/>
        </w:rPr>
        <w:t>-(5x²-2x-1)</w:t>
      </w:r>
    </w:p>
    <w:p>
      <w:pPr>
        <w:spacing w:before="0" w:after="80" w:line="300" w:lineRule="auto"/>
        <w:jc w:val="left"/>
      </w:pPr>
      <w:r>
        <w:rPr>
          <w:rFonts w:ascii="Times New Roman" w:hAnsi="Times New Roman" w:eastAsia="宋体"/>
          <w:b w:val="0"/>
          <w:i w:val="0"/>
          <w:sz w:val="21"/>
        </w:rPr>
        <w:t>=10xh+5h²-2h</w:t>
      </w:r>
    </w:p>
    <w:p>
      <w:pPr>
        <w:spacing w:before="0" w:after="80" w:line="300" w:lineRule="auto"/>
        <w:jc w:val="left"/>
      </w:pPr>
      <w:r>
        <w:rPr>
          <w:rFonts w:ascii="Times New Roman" w:hAnsi="Times New Roman" w:eastAsia="宋体"/>
          <w:b w:val="0"/>
          <w:i w:val="0"/>
          <w:sz w:val="21"/>
        </w:rPr>
        <w:t>=h(10x+5h-2)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and canceling gives</w:t>
      </w:r>
    </w:p>
    <w:p>
      <w:pPr>
        <w:spacing w:before="0" w:after="80" w:line="300" w:lineRule="auto"/>
        <w:jc w:val="left"/>
      </w:pPr>
      <w:r>
        <w:rPr>
          <w:rFonts w:ascii="Times New Roman" w:hAnsi="Times New Roman" w:eastAsia="宋体"/>
          <w:b w:val="0"/>
          <w:i w:val="0"/>
          <w:color w:val="333333"/>
          <w:sz w:val="19"/>
        </w:rPr>
        <w:t>f(x+h)-f(x)</w:t>
      </w:r>
    </w:p>
    <w:p>
      <w:pPr>
        <w:spacing w:before="0" w:after="80" w:line="300" w:lineRule="auto"/>
        <w:jc w:val="left"/>
      </w:pPr>
      <w:r>
        <w:rPr>
          <w:rFonts w:ascii="Times New Roman" w:hAnsi="Times New Roman" w:eastAsia="宋体"/>
          <w:b w:val="0"/>
          <w:i w:val="0"/>
          <w:color w:val="333333"/>
          <w:sz w:val="19"/>
        </w:rPr>
        <w:t>=5(x+h)²-2(x+h)-1</w:t>
      </w:r>
    </w:p>
    <w:p>
      <w:pPr>
        <w:spacing w:before="0" w:after="80" w:line="300" w:lineRule="auto"/>
        <w:jc w:val="left"/>
      </w:pPr>
      <w:r>
        <w:rPr>
          <w:rFonts w:ascii="Times New Roman" w:hAnsi="Times New Roman" w:eastAsia="宋体"/>
          <w:b w:val="0"/>
          <w:i w:val="0"/>
          <w:color w:val="333333"/>
          <w:sz w:val="19"/>
        </w:rPr>
        <w:t>-(5x²-2x-1)</w:t>
      </w:r>
    </w:p>
    <w:p>
      <w:pPr>
        <w:spacing w:before="0" w:after="80" w:line="300" w:lineRule="auto"/>
        <w:jc w:val="left"/>
      </w:pPr>
      <w:r>
        <w:rPr>
          <w:rFonts w:ascii="Times New Roman" w:hAnsi="Times New Roman" w:eastAsia="宋体"/>
          <w:b w:val="0"/>
          <w:i w:val="0"/>
          <w:color w:val="333333"/>
          <w:sz w:val="19"/>
        </w:rPr>
        <w:t>=10xh+5h²-2h</w:t>
      </w:r>
    </w:p>
    <w:p>
      <w:pPr>
        <w:spacing w:before="0" w:after="80" w:line="300" w:lineRule="auto"/>
        <w:jc w:val="left"/>
      </w:pPr>
      <w:r>
        <w:rPr>
          <w:rFonts w:ascii="Times New Roman" w:hAnsi="Times New Roman" w:eastAsia="宋体"/>
          <w:b w:val="0"/>
          <w:i w:val="0"/>
          <w:color w:val="333333"/>
          <w:sz w:val="19"/>
        </w:rPr>
        <w:t>=h(10x+5h-2).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首项 2x³ 决定图像两端的走向。当 x 趋于 +∞ 时，f(x) 趋于 +∞；当 x 趋于 -∞ 时，f(x) 趋于 -∞。因此图像向右上方、向左下方延伸。</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leading term 2x³ controls the end behavior. As x tends to +∞, f(x) tends to +∞; as x tends to -∞, f(x) tends to -∞. Thus the graph goes up to the right and down to the left.</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两边加上 x+3，得到</w:t>
      </w:r>
    </w:p>
    <w:p>
      <w:pPr>
        <w:spacing w:before="0" w:after="80" w:line="300" w:lineRule="auto"/>
        <w:jc w:val="left"/>
      </w:pPr>
      <w:r>
        <w:rPr>
          <w:rFonts w:ascii="Times New Roman" w:hAnsi="Times New Roman" w:eastAsia="宋体"/>
          <w:b w:val="0"/>
          <w:i w:val="0"/>
          <w:sz w:val="21"/>
        </w:rPr>
        <w:t>3x&gt;10，</w:t>
      </w:r>
    </w:p>
    <w:p>
      <w:pPr>
        <w:spacing w:before="0" w:after="80" w:line="300" w:lineRule="auto"/>
        <w:jc w:val="left"/>
      </w:pPr>
      <w:r>
        <w:rPr>
          <w:rFonts w:ascii="Times New Roman" w:hAnsi="Times New Roman" w:eastAsia="宋体"/>
          <w:b w:val="0"/>
          <w:i w:val="0"/>
          <w:sz w:val="21"/>
        </w:rPr>
        <w:t>所以 x&gt;10/3。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x+3 to both sides gives</w:t>
      </w:r>
    </w:p>
    <w:p>
      <w:pPr>
        <w:spacing w:before="0" w:after="80" w:line="300" w:lineRule="auto"/>
        <w:jc w:val="left"/>
      </w:pPr>
      <w:r>
        <w:rPr>
          <w:rFonts w:ascii="Times New Roman" w:hAnsi="Times New Roman" w:eastAsia="宋体"/>
          <w:b w:val="0"/>
          <w:i w:val="0"/>
          <w:color w:val="333333"/>
          <w:sz w:val="19"/>
        </w:rPr>
        <w:t>3x&gt;10,</w:t>
      </w:r>
    </w:p>
    <w:p>
      <w:pPr>
        <w:spacing w:before="0" w:after="80" w:line="300" w:lineRule="auto"/>
        <w:jc w:val="left"/>
      </w:pPr>
      <w:r>
        <w:rPr>
          <w:rFonts w:ascii="Times New Roman" w:hAnsi="Times New Roman" w:eastAsia="宋体"/>
          <w:b w:val="0"/>
          <w:i w:val="0"/>
          <w:color w:val="333333"/>
          <w:sz w:val="19"/>
        </w:rPr>
        <w:t>so x&gt;10/3.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通向两个相邻切点的半径分别垂直于对应边。这两条半径所夹的圆心角为 180°-A。接触三角形中相应的角等于所截圆弧度数的一半，即</w:t>
      </w:r>
    </w:p>
    <w:p>
      <w:pPr>
        <w:spacing w:before="0" w:after="80" w:line="300" w:lineRule="auto"/>
        <w:jc w:val="left"/>
      </w:pPr>
      <w:r>
        <w:rPr>
          <w:rFonts w:ascii="Times New Roman" w:hAnsi="Times New Roman" w:eastAsia="宋体"/>
          <w:b w:val="0"/>
          <w:i w:val="0"/>
          <w:sz w:val="21"/>
        </w:rPr>
        <w:t>90°-A/2。</w:t>
      </w:r>
    </w:p>
    <w:p>
      <w:pPr>
        <w:spacing w:before="0" w:after="80" w:line="300" w:lineRule="auto"/>
        <w:jc w:val="left"/>
      </w:pPr>
      <w:r>
        <w:rPr>
          <w:rFonts w:ascii="Times New Roman" w:hAnsi="Times New Roman" w:eastAsia="宋体"/>
          <w:b w:val="0"/>
          <w:i w:val="0"/>
          <w:sz w:val="21"/>
        </w:rPr>
        <w:t>另外两个角分别为 90°-B/2 和 90°-C/2。因为三角形的每个角都严格介于 0° 与 180° 之间，所以这三个角都是锐角。</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radii to two adjacent tangency points are perpendicular to the corresponding sides. The central angle between those radii is 180°-A. The relevant angle of the contact triangle is half the intercepted arc, giving</w:t>
      </w:r>
    </w:p>
    <w:p>
      <w:pPr>
        <w:spacing w:before="0" w:after="80" w:line="300" w:lineRule="auto"/>
        <w:jc w:val="left"/>
      </w:pPr>
      <w:r>
        <w:rPr>
          <w:rFonts w:ascii="Times New Roman" w:hAnsi="Times New Roman" w:eastAsia="宋体"/>
          <w:b w:val="0"/>
          <w:i w:val="0"/>
          <w:color w:val="333333"/>
          <w:sz w:val="19"/>
        </w:rPr>
        <w:t>90°-A/2.</w:t>
      </w:r>
    </w:p>
    <w:p>
      <w:pPr>
        <w:spacing w:before="0" w:after="80" w:line="300" w:lineRule="auto"/>
        <w:jc w:val="left"/>
      </w:pPr>
      <w:r>
        <w:rPr>
          <w:rFonts w:ascii="Times New Roman" w:hAnsi="Times New Roman" w:eastAsia="宋体"/>
          <w:b w:val="0"/>
          <w:i w:val="0"/>
          <w:color w:val="333333"/>
          <w:sz w:val="19"/>
        </w:rPr>
        <w:t>The other two angles are 90°-B/2 and 90°-C/2. Since every triangle angle lies strictly between 0° and 180°, all three are acute.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该多项式可因式分解为</w:t>
      </w:r>
    </w:p>
    <w:p>
      <w:pPr>
        <w:spacing w:before="0" w:after="80" w:line="300" w:lineRule="auto"/>
        <w:jc w:val="left"/>
      </w:pPr>
      <w:r>
        <w:rPr>
          <w:rFonts w:ascii="Times New Roman" w:hAnsi="Times New Roman" w:eastAsia="宋体"/>
          <w:b w:val="0"/>
          <w:i w:val="0"/>
          <w:sz w:val="21"/>
        </w:rPr>
        <w:t>x³+6x²+11x+6</w:t>
      </w:r>
    </w:p>
    <w:p>
      <w:pPr>
        <w:spacing w:before="0" w:after="80" w:line="300" w:lineRule="auto"/>
        <w:jc w:val="left"/>
      </w:pPr>
      <w:r>
        <w:rPr>
          <w:rFonts w:ascii="Times New Roman" w:hAnsi="Times New Roman" w:eastAsia="宋体"/>
          <w:b w:val="0"/>
          <w:i w:val="0"/>
          <w:sz w:val="21"/>
        </w:rPr>
        <w:t>=(x+1)(x+2)(x+3)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它的根为 -1,-2,-3，所以没有正实根。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factors as</w:t>
      </w:r>
    </w:p>
    <w:p>
      <w:pPr>
        <w:spacing w:before="0" w:after="80" w:line="300" w:lineRule="auto"/>
        <w:jc w:val="left"/>
      </w:pPr>
      <w:r>
        <w:rPr>
          <w:rFonts w:ascii="Times New Roman" w:hAnsi="Times New Roman" w:eastAsia="宋体"/>
          <w:b w:val="0"/>
          <w:i w:val="0"/>
          <w:color w:val="333333"/>
          <w:sz w:val="19"/>
        </w:rPr>
        <w:t>x³+6x²+11x+6</w:t>
      </w:r>
    </w:p>
    <w:p>
      <w:pPr>
        <w:spacing w:before="0" w:after="80" w:line="300" w:lineRule="auto"/>
        <w:jc w:val="left"/>
      </w:pPr>
      <w:r>
        <w:rPr>
          <w:rFonts w:ascii="Times New Roman" w:hAnsi="Times New Roman" w:eastAsia="宋体"/>
          <w:b w:val="0"/>
          <w:i w:val="0"/>
          <w:color w:val="333333"/>
          <w:sz w:val="19"/>
        </w:rPr>
        <w:t>=(x+1)(x+2)(x+3).</w:t>
      </w:r>
    </w:p>
    <w:p>
      <w:pPr>
        <w:spacing w:before="0" w:after="80" w:line="300" w:lineRule="auto"/>
        <w:jc w:val="left"/>
      </w:pPr>
      <w:r>
        <w:rPr>
          <w:rFonts w:ascii="Times New Roman" w:hAnsi="Times New Roman" w:eastAsia="宋体"/>
          <w:b w:val="0"/>
          <w:i w:val="0"/>
          <w:color w:val="333333"/>
          <w:sz w:val="19"/>
        </w:rPr>
        <w:t>Its roots are -1,-2,-3, so it has no positive real roots.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乘以 √(x)，得到</w:t>
      </w:r>
    </w:p>
    <w:p>
      <w:pPr>
        <w:spacing w:before="0" w:after="80" w:line="300" w:lineRule="auto"/>
        <w:jc w:val="left"/>
      </w:pPr>
      <w:r>
        <w:rPr>
          <w:rFonts w:ascii="Times New Roman" w:hAnsi="Times New Roman" w:eastAsia="宋体"/>
          <w:b w:val="0"/>
          <w:i w:val="0"/>
          <w:sz w:val="21"/>
        </w:rPr>
        <w:t>2x+2=5√(x)。</w:t>
      </w:r>
    </w:p>
    <w:p>
      <w:pPr>
        <w:spacing w:before="0" w:after="80" w:line="300" w:lineRule="auto"/>
        <w:jc w:val="left"/>
      </w:pPr>
      <w:r>
        <w:rPr>
          <w:rFonts w:ascii="Times New Roman" w:hAnsi="Times New Roman" w:eastAsia="宋体"/>
          <w:b w:val="0"/>
          <w:i w:val="0"/>
          <w:sz w:val="21"/>
        </w:rPr>
        <w:t>两边平方并化简，</w:t>
      </w:r>
    </w:p>
    <w:p>
      <w:pPr>
        <w:spacing w:before="0" w:after="80" w:line="300" w:lineRule="auto"/>
        <w:jc w:val="left"/>
      </w:pPr>
      <w:r>
        <w:rPr>
          <w:rFonts w:ascii="Times New Roman" w:hAnsi="Times New Roman" w:eastAsia="宋体"/>
          <w:b w:val="0"/>
          <w:i w:val="0"/>
          <w:sz w:val="21"/>
        </w:rPr>
        <w:t>4x²+8x+4=25x，</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4x²-17x+4=0。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√(x) gives</w:t>
      </w:r>
    </w:p>
    <w:p>
      <w:pPr>
        <w:spacing w:before="0" w:after="80" w:line="300" w:lineRule="auto"/>
        <w:jc w:val="left"/>
      </w:pPr>
      <w:r>
        <w:rPr>
          <w:rFonts w:ascii="Times New Roman" w:hAnsi="Times New Roman" w:eastAsia="宋体"/>
          <w:b w:val="0"/>
          <w:i w:val="0"/>
          <w:color w:val="333333"/>
          <w:sz w:val="19"/>
        </w:rPr>
        <w:t>2x+2=5√(x).</w:t>
      </w:r>
    </w:p>
    <w:p>
      <w:pPr>
        <w:spacing w:before="0" w:after="80" w:line="300" w:lineRule="auto"/>
        <w:jc w:val="left"/>
      </w:pPr>
      <w:r>
        <w:rPr>
          <w:rFonts w:ascii="Times New Roman" w:hAnsi="Times New Roman" w:eastAsia="宋体"/>
          <w:b w:val="0"/>
          <w:i w:val="0"/>
          <w:color w:val="333333"/>
          <w:sz w:val="19"/>
        </w:rPr>
        <w:t>Squaring and simplifying,</w:t>
      </w:r>
    </w:p>
    <w:p>
      <w:pPr>
        <w:spacing w:before="0" w:after="80" w:line="300" w:lineRule="auto"/>
        <w:jc w:val="left"/>
      </w:pPr>
      <w:r>
        <w:rPr>
          <w:rFonts w:ascii="Times New Roman" w:hAnsi="Times New Roman" w:eastAsia="宋体"/>
          <w:b w:val="0"/>
          <w:i w:val="0"/>
          <w:color w:val="333333"/>
          <w:sz w:val="19"/>
        </w:rPr>
        <w:t>4x²+8x+4=25x,</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4x²-17x+4=0.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合并分子，得到</w:t>
      </w:r>
    </w:p>
    <w:p>
      <w:pPr>
        <w:spacing w:before="0" w:after="80" w:line="300" w:lineRule="auto"/>
        <w:jc w:val="left"/>
      </w:pPr>
      <w:r>
        <w:rPr>
          <w:rFonts w:ascii="Times New Roman" w:hAnsi="Times New Roman" w:eastAsia="宋体"/>
          <w:b w:val="0"/>
          <w:i w:val="0"/>
          <w:sz w:val="21"/>
        </w:rPr>
        <w:t>2x²-x-(4+x)</w:t>
      </w:r>
    </w:p>
    <w:p>
      <w:pPr>
        <w:spacing w:before="0" w:after="80" w:line="300" w:lineRule="auto"/>
        <w:jc w:val="left"/>
      </w:pPr>
      <w:r>
        <w:rPr>
          <w:rFonts w:ascii="Times New Roman" w:hAnsi="Times New Roman" w:eastAsia="宋体"/>
          <w:b w:val="0"/>
          <w:i w:val="0"/>
          <w:sz w:val="21"/>
        </w:rPr>
        <w:t>=2x²-2x-4</w:t>
      </w:r>
    </w:p>
    <w:p>
      <w:pPr>
        <w:spacing w:before="0" w:after="80" w:line="300" w:lineRule="auto"/>
        <w:jc w:val="left"/>
      </w:pPr>
      <w:r>
        <w:rPr>
          <w:rFonts w:ascii="Times New Roman" w:hAnsi="Times New Roman" w:eastAsia="宋体"/>
          <w:b w:val="0"/>
          <w:i w:val="0"/>
          <w:sz w:val="21"/>
        </w:rPr>
        <w:t>=2(x+1)(x-2)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对于允许的值 x≠-1,2，约去因式后，表达式等于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numerators gives</w:t>
      </w:r>
    </w:p>
    <w:p>
      <w:pPr>
        <w:spacing w:before="0" w:after="80" w:line="300" w:lineRule="auto"/>
        <w:jc w:val="left"/>
      </w:pPr>
      <w:r>
        <w:rPr>
          <w:rFonts w:ascii="Times New Roman" w:hAnsi="Times New Roman" w:eastAsia="宋体"/>
          <w:b w:val="0"/>
          <w:i w:val="0"/>
          <w:color w:val="333333"/>
          <w:sz w:val="19"/>
        </w:rPr>
        <w:t>2x²-x-(4+x)</w:t>
      </w:r>
    </w:p>
    <w:p>
      <w:pPr>
        <w:spacing w:before="0" w:after="80" w:line="300" w:lineRule="auto"/>
        <w:jc w:val="left"/>
      </w:pPr>
      <w:r>
        <w:rPr>
          <w:rFonts w:ascii="Times New Roman" w:hAnsi="Times New Roman" w:eastAsia="宋体"/>
          <w:b w:val="0"/>
          <w:i w:val="0"/>
          <w:color w:val="333333"/>
          <w:sz w:val="19"/>
        </w:rPr>
        <w:t>=2x²-2x-4</w:t>
      </w:r>
    </w:p>
    <w:p>
      <w:pPr>
        <w:spacing w:before="0" w:after="80" w:line="300" w:lineRule="auto"/>
        <w:jc w:val="left"/>
      </w:pPr>
      <w:r>
        <w:rPr>
          <w:rFonts w:ascii="Times New Roman" w:hAnsi="Times New Roman" w:eastAsia="宋体"/>
          <w:b w:val="0"/>
          <w:i w:val="0"/>
          <w:color w:val="333333"/>
          <w:sz w:val="19"/>
        </w:rPr>
        <w:t>=2(x+1)(x-2).</w:t>
      </w:r>
    </w:p>
    <w:p>
      <w:pPr>
        <w:spacing w:before="0" w:after="80" w:line="300" w:lineRule="auto"/>
        <w:jc w:val="left"/>
      </w:pPr>
      <w:r>
        <w:rPr>
          <w:rFonts w:ascii="Times New Roman" w:hAnsi="Times New Roman" w:eastAsia="宋体"/>
          <w:b w:val="0"/>
          <w:i w:val="0"/>
          <w:color w:val="333333"/>
          <w:sz w:val="19"/>
        </w:rPr>
        <w:t>For the allowed values x≠-1,2, the factors cancel and the expression equals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因为 S=C+M=C+C/n，</w:t>
      </w:r>
    </w:p>
    <w:p>
      <w:pPr>
        <w:spacing w:before="0" w:after="80" w:line="300" w:lineRule="auto"/>
        <w:jc w:val="left"/>
      </w:pPr>
      <w:r>
        <w:rPr>
          <w:rFonts w:ascii="Times New Roman" w:hAnsi="Times New Roman" w:eastAsia="宋体"/>
          <w:b w:val="0"/>
          <w:i w:val="0"/>
          <w:sz w:val="21"/>
        </w:rPr>
        <w:t>S=n+1/nC,</w:t>
      </w:r>
    </w:p>
    <w:p>
      <w:pPr>
        <w:spacing w:before="0" w:after="80" w:line="300" w:lineRule="auto"/>
        <w:jc w:val="left"/>
      </w:pPr>
      <w:r>
        <w:rPr>
          <w:rFonts w:ascii="Times New Roman" w:hAnsi="Times New Roman" w:eastAsia="宋体"/>
          <w:b w:val="0"/>
          <w:i w:val="0"/>
          <w:sz w:val="21"/>
        </w:rPr>
        <w:t>C=n/n+1S</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M=C/n=1/n+1S。</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S=C+M=C+C/n,</w:t>
      </w:r>
    </w:p>
    <w:p>
      <w:pPr>
        <w:spacing w:before="0" w:after="80" w:line="300" w:lineRule="auto"/>
        <w:jc w:val="left"/>
      </w:pPr>
      <w:r>
        <w:rPr>
          <w:rFonts w:ascii="Times New Roman" w:hAnsi="Times New Roman" w:eastAsia="宋体"/>
          <w:b w:val="0"/>
          <w:i w:val="0"/>
          <w:color w:val="333333"/>
          <w:sz w:val="19"/>
        </w:rPr>
        <w:t>S=n+1/nC,</w:t>
      </w:r>
    </w:p>
    <w:p>
      <w:pPr>
        <w:spacing w:before="0" w:after="80" w:line="300" w:lineRule="auto"/>
        <w:jc w:val="left"/>
      </w:pPr>
      <w:r>
        <w:rPr>
          <w:rFonts w:ascii="Times New Roman" w:hAnsi="Times New Roman" w:eastAsia="宋体"/>
          <w:b w:val="0"/>
          <w:i w:val="0"/>
          <w:color w:val="333333"/>
          <w:sz w:val="19"/>
        </w:rPr>
        <w:t>C=n/n+1S.</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M=C/n=1/n+1S.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要有相等实根，必须满足</w:t>
      </w:r>
    </w:p>
    <w:p>
      <w:pPr>
        <w:spacing w:before="0" w:after="80" w:line="300" w:lineRule="auto"/>
        <w:jc w:val="left"/>
      </w:pPr>
      <w:r>
        <w:rPr>
          <w:rFonts w:ascii="Times New Roman" w:hAnsi="Times New Roman" w:eastAsia="宋体"/>
          <w:b w:val="0"/>
          <w:i w:val="0"/>
          <w:sz w:val="21"/>
        </w:rPr>
        <w:t>(1-k)²-4(2)(8)=0。</w:t>
      </w:r>
    </w:p>
    <w:p>
      <w:pPr>
        <w:spacing w:before="0" w:after="80" w:line="300" w:lineRule="auto"/>
        <w:jc w:val="left"/>
      </w:pPr>
      <w:r>
        <w:rPr>
          <w:rFonts w:ascii="Times New Roman" w:hAnsi="Times New Roman" w:eastAsia="宋体"/>
          <w:b w:val="0"/>
          <w:i w:val="0"/>
          <w:sz w:val="21"/>
        </w:rPr>
        <w:t>因此 (1-k)²=64，所以 1-k=±8。两个值为 k=9 和 k=-7。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repeated real root requires</w:t>
      </w:r>
    </w:p>
    <w:p>
      <w:pPr>
        <w:spacing w:before="0" w:after="80" w:line="300" w:lineRule="auto"/>
        <w:jc w:val="left"/>
      </w:pPr>
      <w:r>
        <w:rPr>
          <w:rFonts w:ascii="Times New Roman" w:hAnsi="Times New Roman" w:eastAsia="宋体"/>
          <w:b w:val="0"/>
          <w:i w:val="0"/>
          <w:color w:val="333333"/>
          <w:sz w:val="19"/>
        </w:rPr>
        <w:t>(1-k)²-4(2)(8)=0.</w:t>
      </w:r>
    </w:p>
    <w:p>
      <w:pPr>
        <w:spacing w:before="0" w:after="80" w:line="300" w:lineRule="auto"/>
        <w:jc w:val="left"/>
      </w:pPr>
      <w:r>
        <w:rPr>
          <w:rFonts w:ascii="Times New Roman" w:hAnsi="Times New Roman" w:eastAsia="宋体"/>
          <w:b w:val="0"/>
          <w:i w:val="0"/>
          <w:color w:val="333333"/>
          <w:sz w:val="19"/>
        </w:rPr>
        <w:t>Thus (1-k)²=64, so 1-k=±8. The two values are k=9 and k=-7.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由韦达定理，两根之积为</w:t>
      </w:r>
    </w:p>
    <w:p>
      <w:pPr>
        <w:spacing w:before="0" w:after="80" w:line="300" w:lineRule="auto"/>
        <w:jc w:val="left"/>
      </w:pPr>
      <w:r>
        <w:rPr>
          <w:rFonts w:ascii="Times New Roman" w:hAnsi="Times New Roman" w:eastAsia="宋体"/>
          <w:b w:val="0"/>
          <w:i w:val="0"/>
          <w:sz w:val="21"/>
        </w:rPr>
        <w:t>(c(a-b))/(a(b-c))。</w:t>
      </w:r>
    </w:p>
    <w:p>
      <w:pPr>
        <w:spacing w:before="0" w:after="80" w:line="300" w:lineRule="auto"/>
        <w:jc w:val="left"/>
      </w:pPr>
      <w:r>
        <w:rPr>
          <w:rFonts w:ascii="Times New Roman" w:hAnsi="Times New Roman" w:eastAsia="宋体"/>
          <w:b w:val="0"/>
          <w:i w:val="0"/>
          <w:sz w:val="21"/>
        </w:rPr>
        <w:t>因为其中一个根是 1，所以另一个根等于这个乘积。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product of the two roots is</w:t>
      </w:r>
    </w:p>
    <w:p>
      <w:pPr>
        <w:spacing w:before="0" w:after="80" w:line="300" w:lineRule="auto"/>
        <w:jc w:val="left"/>
      </w:pPr>
      <w:r>
        <w:rPr>
          <w:rFonts w:ascii="Times New Roman" w:hAnsi="Times New Roman" w:eastAsia="宋体"/>
          <w:b w:val="0"/>
          <w:i w:val="0"/>
          <w:color w:val="333333"/>
          <w:sz w:val="19"/>
        </w:rPr>
        <w:t>(c(a-b))/(a(b-c)).</w:t>
      </w:r>
    </w:p>
    <w:p>
      <w:pPr>
        <w:spacing w:before="0" w:after="80" w:line="300" w:lineRule="auto"/>
        <w:jc w:val="left"/>
      </w:pPr>
      <w:r>
        <w:rPr>
          <w:rFonts w:ascii="Times New Roman" w:hAnsi="Times New Roman" w:eastAsia="宋体"/>
          <w:b w:val="0"/>
          <w:i w:val="0"/>
          <w:color w:val="333333"/>
          <w:sz w:val="19"/>
        </w:rPr>
        <w:t>Since one root is 1, the other root equals this product.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设 CB=u，则 AC=3u，且 AB=4u。从 A 起量，两圆心的位置分别为 3u/2 和 7u/2，两半径之比为 3:1。若 AD=z，公切线使 D 成为两圆的外位似中心，所以</w:t>
      </w:r>
    </w:p>
    <w:p>
      <w:pPr>
        <w:spacing w:before="0" w:after="80" w:line="300" w:lineRule="auto"/>
        <w:jc w:val="left"/>
      </w:pPr>
      <w:r>
        <w:rPr>
          <w:rFonts w:ascii="Times New Roman" w:hAnsi="Times New Roman" w:eastAsia="宋体"/>
          <w:b w:val="0"/>
          <w:i w:val="0"/>
          <w:sz w:val="21"/>
        </w:rPr>
        <w:t>(z-3/2u)/(z-7/2u)=3。</w:t>
      </w:r>
    </w:p>
    <w:p>
      <w:pPr>
        <w:spacing w:before="0" w:after="80" w:line="300" w:lineRule="auto"/>
        <w:jc w:val="left"/>
      </w:pPr>
      <w:r>
        <w:rPr>
          <w:rFonts w:ascii="Times New Roman" w:hAnsi="Times New Roman" w:eastAsia="宋体"/>
          <w:b w:val="0"/>
          <w:i w:val="0"/>
          <w:sz w:val="21"/>
        </w:rPr>
        <w:t>因此 z=9u/2，且</w:t>
      </w:r>
    </w:p>
    <w:p>
      <w:pPr>
        <w:spacing w:before="0" w:after="80" w:line="300" w:lineRule="auto"/>
        <w:jc w:val="left"/>
      </w:pPr>
      <w:r>
        <w:rPr>
          <w:rFonts w:ascii="Times New Roman" w:hAnsi="Times New Roman" w:eastAsia="宋体"/>
          <w:b w:val="0"/>
          <w:i w:val="0"/>
          <w:sz w:val="21"/>
        </w:rPr>
        <w:t>BD=z-4u=u/2，</w:t>
      </w:r>
    </w:p>
    <w:p>
      <w:pPr>
        <w:spacing w:before="0" w:after="80" w:line="300" w:lineRule="auto"/>
        <w:jc w:val="left"/>
      </w:pPr>
      <w:r>
        <w:rPr>
          <w:rFonts w:ascii="Times New Roman" w:hAnsi="Times New Roman" w:eastAsia="宋体"/>
          <w:b w:val="0"/>
          <w:i w:val="0"/>
          <w:sz w:val="21"/>
        </w:rPr>
        <w:t>这正是较小圆的半径。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CB=u, so AC=3u and AB=4u. Measured from A, the circle centers are at 3u/2 and 7u/2, and their radii are in the ratio 3:1. If AD=z, the common external tangent makes D the external center of similitude, so</w:t>
      </w:r>
    </w:p>
    <w:p>
      <w:pPr>
        <w:spacing w:before="0" w:after="80" w:line="300" w:lineRule="auto"/>
        <w:jc w:val="left"/>
      </w:pPr>
      <w:r>
        <w:rPr>
          <w:rFonts w:ascii="Times New Roman" w:hAnsi="Times New Roman" w:eastAsia="宋体"/>
          <w:b w:val="0"/>
          <w:i w:val="0"/>
          <w:color w:val="333333"/>
          <w:sz w:val="19"/>
        </w:rPr>
        <w:t>(z-3/2u)/(z-7/2u)=3.</w:t>
      </w:r>
    </w:p>
    <w:p>
      <w:pPr>
        <w:spacing w:before="0" w:after="80" w:line="300" w:lineRule="auto"/>
        <w:jc w:val="left"/>
      </w:pPr>
      <w:r>
        <w:rPr>
          <w:rFonts w:ascii="Times New Roman" w:hAnsi="Times New Roman" w:eastAsia="宋体"/>
          <w:b w:val="0"/>
          <w:i w:val="0"/>
          <w:color w:val="333333"/>
          <w:sz w:val="19"/>
        </w:rPr>
        <w:t>Hence z=9u/2, and</w:t>
      </w:r>
    </w:p>
    <w:p>
      <w:pPr>
        <w:spacing w:before="0" w:after="80" w:line="300" w:lineRule="auto"/>
        <w:jc w:val="left"/>
      </w:pPr>
      <w:r>
        <w:rPr>
          <w:rFonts w:ascii="Times New Roman" w:hAnsi="Times New Roman" w:eastAsia="宋体"/>
          <w:b w:val="0"/>
          <w:i w:val="0"/>
          <w:color w:val="333333"/>
          <w:sz w:val="19"/>
        </w:rPr>
        <w:t>BD=z-4u=u/2,</w:t>
      </w:r>
    </w:p>
    <w:p>
      <w:pPr>
        <w:spacing w:before="0" w:after="80" w:line="300" w:lineRule="auto"/>
        <w:jc w:val="left"/>
      </w:pPr>
      <w:r>
        <w:rPr>
          <w:rFonts w:ascii="Times New Roman" w:hAnsi="Times New Roman" w:eastAsia="宋体"/>
          <w:b w:val="0"/>
          <w:i w:val="0"/>
          <w:color w:val="333333"/>
          <w:sz w:val="19"/>
        </w:rPr>
        <w:t>which is the radius of the smaller circle.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体积条件为</w:t>
      </w:r>
    </w:p>
    <w:p>
      <w:pPr>
        <w:spacing w:before="0" w:after="80" w:line="300" w:lineRule="auto"/>
        <w:jc w:val="left"/>
      </w:pPr>
      <w:r>
        <w:rPr>
          <w:rFonts w:ascii="Times New Roman" w:hAnsi="Times New Roman" w:eastAsia="宋体"/>
          <w:b w:val="0"/>
          <w:i w:val="0"/>
          <w:sz w:val="21"/>
        </w:rPr>
        <w:t>1/3π r²h=1/2(4/3π r³)。</w:t>
      </w:r>
    </w:p>
    <w:p>
      <w:pPr>
        <w:spacing w:before="0" w:after="80" w:line="300" w:lineRule="auto"/>
        <w:jc w:val="left"/>
      </w:pPr>
      <w:r>
        <w:rPr>
          <w:rFonts w:ascii="Times New Roman" w:hAnsi="Times New Roman" w:eastAsia="宋体"/>
          <w:b w:val="0"/>
          <w:i w:val="0"/>
          <w:sz w:val="21"/>
        </w:rPr>
        <w:t>约去公因式可得 h=2r，所以所求比为 2:1。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condition is</w:t>
      </w:r>
    </w:p>
    <w:p>
      <w:pPr>
        <w:spacing w:before="0" w:after="80" w:line="300" w:lineRule="auto"/>
        <w:jc w:val="left"/>
      </w:pPr>
      <w:r>
        <w:rPr>
          <w:rFonts w:ascii="Times New Roman" w:hAnsi="Times New Roman" w:eastAsia="宋体"/>
          <w:b w:val="0"/>
          <w:i w:val="0"/>
          <w:color w:val="333333"/>
          <w:sz w:val="19"/>
        </w:rPr>
        <w:t>1/3π r²h=1/2(4/3π r³).</w:t>
      </w:r>
    </w:p>
    <w:p>
      <w:pPr>
        <w:spacing w:before="0" w:after="80" w:line="300" w:lineRule="auto"/>
        <w:jc w:val="left"/>
      </w:pPr>
      <w:r>
        <w:rPr>
          <w:rFonts w:ascii="Times New Roman" w:hAnsi="Times New Roman" w:eastAsia="宋体"/>
          <w:b w:val="0"/>
          <w:i w:val="0"/>
          <w:color w:val="333333"/>
          <w:sz w:val="19"/>
        </w:rPr>
        <w:t>Cancelling the common factors gives h=2r, so the requested ratio is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将两个已知比值相乘，</w:t>
      </w:r>
    </w:p>
    <w:p>
      <w:pPr>
        <w:spacing w:before="0" w:after="80" w:line="300" w:lineRule="auto"/>
        <w:jc w:val="left"/>
      </w:pPr>
      <w:r>
        <w:rPr>
          <w:rFonts w:ascii="Times New Roman" w:hAnsi="Times New Roman" w:eastAsia="宋体"/>
          <w:b w:val="0"/>
          <w:i w:val="0"/>
          <w:sz w:val="21"/>
        </w:rPr>
        <w:t>mr/nt=4/3·9/14=6/7。</w:t>
      </w:r>
    </w:p>
    <w:p>
      <w:pPr>
        <w:spacing w:before="0" w:after="80" w:line="300" w:lineRule="auto"/>
        <w:jc w:val="left"/>
      </w:pPr>
      <w:r>
        <w:rPr>
          <w:rFonts w:ascii="Times New Roman" w:hAnsi="Times New Roman" w:eastAsia="宋体"/>
          <w:b w:val="0"/>
          <w:i w:val="0"/>
          <w:sz w:val="21"/>
        </w:rPr>
        <w:t>令 mr=6k 且 nt=7k。则</w:t>
      </w:r>
    </w:p>
    <w:p>
      <w:pPr>
        <w:spacing w:before="0" w:after="80" w:line="300" w:lineRule="auto"/>
        <w:jc w:val="left"/>
      </w:pPr>
      <w:r>
        <w:rPr>
          <w:rFonts w:ascii="Times New Roman" w:hAnsi="Times New Roman" w:eastAsia="宋体"/>
          <w:b w:val="0"/>
          <w:i w:val="0"/>
          <w:sz w:val="21"/>
        </w:rPr>
        <w:t>3mr-nt/4nt-7mr =18k-7k/28k-42k</w:t>
      </w:r>
    </w:p>
    <w:p>
      <w:pPr>
        <w:spacing w:before="0" w:after="80" w:line="300" w:lineRule="auto"/>
        <w:jc w:val="left"/>
      </w:pPr>
      <w:r>
        <w:rPr>
          <w:rFonts w:ascii="Times New Roman" w:hAnsi="Times New Roman" w:eastAsia="宋体"/>
          <w:b w:val="0"/>
          <w:i w:val="0"/>
          <w:sz w:val="21"/>
        </w:rPr>
        <w:t>=-11/14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two given ratios,</w:t>
      </w:r>
    </w:p>
    <w:p>
      <w:pPr>
        <w:spacing w:before="0" w:after="80" w:line="300" w:lineRule="auto"/>
        <w:jc w:val="left"/>
      </w:pPr>
      <w:r>
        <w:rPr>
          <w:rFonts w:ascii="Times New Roman" w:hAnsi="Times New Roman" w:eastAsia="宋体"/>
          <w:b w:val="0"/>
          <w:i w:val="0"/>
          <w:color w:val="333333"/>
          <w:sz w:val="19"/>
        </w:rPr>
        <w:t>mr/nt=4/3·9/14=6/7.</w:t>
      </w:r>
    </w:p>
    <w:p>
      <w:pPr>
        <w:spacing w:before="0" w:after="80" w:line="300" w:lineRule="auto"/>
        <w:jc w:val="left"/>
      </w:pPr>
      <w:r>
        <w:rPr>
          <w:rFonts w:ascii="Times New Roman" w:hAnsi="Times New Roman" w:eastAsia="宋体"/>
          <w:b w:val="0"/>
          <w:i w:val="0"/>
          <w:color w:val="333333"/>
          <w:sz w:val="19"/>
        </w:rPr>
        <w:t>Put mr=6k and nt=7k. Then</w:t>
      </w:r>
    </w:p>
    <w:p>
      <w:pPr>
        <w:spacing w:before="0" w:after="80" w:line="300" w:lineRule="auto"/>
        <w:jc w:val="left"/>
      </w:pPr>
      <w:r>
        <w:rPr>
          <w:rFonts w:ascii="Times New Roman" w:hAnsi="Times New Roman" w:eastAsia="宋体"/>
          <w:b w:val="0"/>
          <w:i w:val="0"/>
          <w:color w:val="333333"/>
          <w:sz w:val="19"/>
        </w:rPr>
        <w:t>3mr-nt/4nt-7mr =18k-7k/28k-42k</w:t>
      </w:r>
    </w:p>
    <w:p>
      <w:pPr>
        <w:spacing w:before="0" w:after="80" w:line="300" w:lineRule="auto"/>
        <w:jc w:val="left"/>
      </w:pPr>
      <w:r>
        <w:rPr>
          <w:rFonts w:ascii="Times New Roman" w:hAnsi="Times New Roman" w:eastAsia="宋体"/>
          <w:b w:val="0"/>
          <w:i w:val="0"/>
          <w:color w:val="333333"/>
          <w:sz w:val="19"/>
        </w:rPr>
        <w:t>=-11/14.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若两条直角边长为 a 和 b，则它们在斜边上的投影长为 a²/c 和 b²/c。因此两段之比为 a²:b²。当 a:b=1:2 时，该比为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legs have lengths a and b, their projections on the hypotenuse have lengths a²/c and b²/c. Their ratio is therefore a²:b². With a:b=1:2, this is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设 a,b,c 为三人各自每天的工作效率。则</w:t>
      </w:r>
    </w:p>
    <w:p>
      <w:pPr>
        <w:spacing w:before="0" w:after="80" w:line="300" w:lineRule="auto"/>
        <w:jc w:val="left"/>
      </w:pPr>
      <w:r>
        <w:rPr>
          <w:rFonts w:ascii="Times New Roman" w:hAnsi="Times New Roman" w:eastAsia="宋体"/>
          <w:b w:val="0"/>
          <w:i w:val="0"/>
          <w:sz w:val="21"/>
        </w:rPr>
        <w:t>a+b=1/2,</w:t>
      </w:r>
    </w:p>
    <w:p>
      <w:pPr>
        <w:spacing w:before="0" w:after="80" w:line="300" w:lineRule="auto"/>
        <w:jc w:val="left"/>
      </w:pPr>
      <w:r>
        <w:rPr>
          <w:rFonts w:ascii="Times New Roman" w:hAnsi="Times New Roman" w:eastAsia="宋体"/>
          <w:b w:val="0"/>
          <w:i w:val="0"/>
          <w:sz w:val="21"/>
        </w:rPr>
        <w:t>b+c=1/4,</w:t>
      </w:r>
    </w:p>
    <w:p>
      <w:pPr>
        <w:spacing w:before="0" w:after="80" w:line="300" w:lineRule="auto"/>
        <w:jc w:val="left"/>
      </w:pPr>
      <w:r>
        <w:rPr>
          <w:rFonts w:ascii="Times New Roman" w:hAnsi="Times New Roman" w:eastAsia="宋体"/>
          <w:b w:val="0"/>
          <w:i w:val="0"/>
          <w:sz w:val="21"/>
        </w:rPr>
        <w:t>a+c=5/12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2a=(a+b)+(a+c)</w:t>
      </w:r>
    </w:p>
    <w:p>
      <w:pPr>
        <w:spacing w:before="0" w:after="80" w:line="300" w:lineRule="auto"/>
        <w:jc w:val="left"/>
      </w:pPr>
      <w:r>
        <w:rPr>
          <w:rFonts w:ascii="Times New Roman" w:hAnsi="Times New Roman" w:eastAsia="宋体"/>
          <w:b w:val="0"/>
          <w:i w:val="0"/>
          <w:sz w:val="21"/>
        </w:rPr>
        <w:t>-(b+c)</w:t>
      </w:r>
    </w:p>
    <w:p>
      <w:pPr>
        <w:spacing w:before="0" w:after="80" w:line="300" w:lineRule="auto"/>
        <w:jc w:val="left"/>
      </w:pPr>
      <w:r>
        <w:rPr>
          <w:rFonts w:ascii="Times New Roman" w:hAnsi="Times New Roman" w:eastAsia="宋体"/>
          <w:b w:val="0"/>
          <w:i w:val="0"/>
          <w:sz w:val="21"/>
        </w:rPr>
        <w:t>=1/2+5/12-1/4</w:t>
      </w:r>
    </w:p>
    <w:p>
      <w:pPr>
        <w:spacing w:before="0" w:after="80" w:line="300" w:lineRule="auto"/>
        <w:jc w:val="left"/>
      </w:pPr>
      <w:r>
        <w:rPr>
          <w:rFonts w:ascii="Times New Roman" w:hAnsi="Times New Roman" w:eastAsia="宋体"/>
          <w:b w:val="0"/>
          <w:i w:val="0"/>
          <w:sz w:val="21"/>
        </w:rPr>
        <w:t>=2/3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a=1/3。因此 A 需要 3 天。</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be the individual daily rates. Then</w:t>
      </w:r>
    </w:p>
    <w:p>
      <w:pPr>
        <w:spacing w:before="0" w:after="80" w:line="300" w:lineRule="auto"/>
        <w:jc w:val="left"/>
      </w:pPr>
      <w:r>
        <w:rPr>
          <w:rFonts w:ascii="Times New Roman" w:hAnsi="Times New Roman" w:eastAsia="宋体"/>
          <w:b w:val="0"/>
          <w:i w:val="0"/>
          <w:color w:val="333333"/>
          <w:sz w:val="19"/>
        </w:rPr>
        <w:t>a+b=1/2,</w:t>
      </w:r>
    </w:p>
    <w:p>
      <w:pPr>
        <w:spacing w:before="0" w:after="80" w:line="300" w:lineRule="auto"/>
        <w:jc w:val="left"/>
      </w:pPr>
      <w:r>
        <w:rPr>
          <w:rFonts w:ascii="Times New Roman" w:hAnsi="Times New Roman" w:eastAsia="宋体"/>
          <w:b w:val="0"/>
          <w:i w:val="0"/>
          <w:color w:val="333333"/>
          <w:sz w:val="19"/>
        </w:rPr>
        <w:t>b+c=1/4,</w:t>
      </w:r>
    </w:p>
    <w:p>
      <w:pPr>
        <w:spacing w:before="0" w:after="80" w:line="300" w:lineRule="auto"/>
        <w:jc w:val="left"/>
      </w:pPr>
      <w:r>
        <w:rPr>
          <w:rFonts w:ascii="Times New Roman" w:hAnsi="Times New Roman" w:eastAsia="宋体"/>
          <w:b w:val="0"/>
          <w:i w:val="0"/>
          <w:color w:val="333333"/>
          <w:sz w:val="19"/>
        </w:rPr>
        <w:t>a+c=5/12.</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2a=(a+b)+(a+c)</w:t>
      </w:r>
    </w:p>
    <w:p>
      <w:pPr>
        <w:spacing w:before="0" w:after="80" w:line="300" w:lineRule="auto"/>
        <w:jc w:val="left"/>
      </w:pPr>
      <w:r>
        <w:rPr>
          <w:rFonts w:ascii="Times New Roman" w:hAnsi="Times New Roman" w:eastAsia="宋体"/>
          <w:b w:val="0"/>
          <w:i w:val="0"/>
          <w:color w:val="333333"/>
          <w:sz w:val="19"/>
        </w:rPr>
        <w:t>-(b+c)</w:t>
      </w:r>
    </w:p>
    <w:p>
      <w:pPr>
        <w:spacing w:before="0" w:after="80" w:line="300" w:lineRule="auto"/>
        <w:jc w:val="left"/>
      </w:pPr>
      <w:r>
        <w:rPr>
          <w:rFonts w:ascii="Times New Roman" w:hAnsi="Times New Roman" w:eastAsia="宋体"/>
          <w:b w:val="0"/>
          <w:i w:val="0"/>
          <w:color w:val="333333"/>
          <w:sz w:val="19"/>
        </w:rPr>
        <w:t>=1/2+5/12-1/4</w:t>
      </w:r>
    </w:p>
    <w:p>
      <w:pPr>
        <w:spacing w:before="0" w:after="80" w:line="300" w:lineRule="auto"/>
        <w:jc w:val="left"/>
      </w:pPr>
      <w:r>
        <w:rPr>
          <w:rFonts w:ascii="Times New Roman" w:hAnsi="Times New Roman" w:eastAsia="宋体"/>
          <w:b w:val="0"/>
          <w:i w:val="0"/>
          <w:color w:val="333333"/>
          <w:sz w:val="19"/>
        </w:rPr>
        <w:t>=2/3,</w:t>
      </w:r>
    </w:p>
    <w:p>
      <w:pPr>
        <w:spacing w:before="0" w:after="80" w:line="300" w:lineRule="auto"/>
        <w:jc w:val="left"/>
      </w:pPr>
      <w:r>
        <w:rPr>
          <w:rFonts w:ascii="Times New Roman" w:hAnsi="Times New Roman" w:eastAsia="宋体"/>
          <w:b w:val="0"/>
          <w:i w:val="0"/>
          <w:color w:val="333333"/>
          <w:sz w:val="19"/>
        </w:rPr>
        <w:t>so a=1/3. Therefore A needs 3 days.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A</w:t>
      </w:r>
    </w:p>
    <w:p>
      <w:pPr>
        <w:spacing w:before="0" w:after="80" w:line="300" w:lineRule="auto"/>
        <w:jc w:val="left"/>
      </w:pPr>
      <w:r>
        <w:rPr>
          <w:rFonts w:ascii="Times New Roman" w:hAnsi="Times New Roman" w:eastAsia="宋体"/>
          <w:b w:val="0"/>
          <w:i w:val="0"/>
          <w:sz w:val="21"/>
        </w:rPr>
        <w:t>等腰三角形的两个底角为</w:t>
      </w:r>
    </w:p>
    <w:p>
      <w:pPr>
        <w:spacing w:before="0" w:after="80" w:line="300" w:lineRule="auto"/>
        <w:jc w:val="left"/>
      </w:pPr>
      <w:r>
        <w:rPr>
          <w:rFonts w:ascii="Times New Roman" w:hAnsi="Times New Roman" w:eastAsia="宋体"/>
          <w:b w:val="0"/>
          <w:i w:val="0"/>
          <w:sz w:val="21"/>
        </w:rPr>
        <w:t>∠ ABC=∠ BCA=70°。</w:t>
      </w:r>
    </w:p>
    <w:p>
      <w:pPr>
        <w:spacing w:before="0" w:after="80" w:line="300" w:lineRule="auto"/>
        <w:jc w:val="left"/>
      </w:pPr>
      <w:r>
        <w:rPr>
          <w:rFonts w:ascii="Times New Roman" w:hAnsi="Times New Roman" w:eastAsia="宋体"/>
          <w:b w:val="0"/>
          <w:i w:val="0"/>
          <w:sz w:val="21"/>
        </w:rPr>
        <w:t>令 ∠ OBC=∠ OCA=x。则 ∠ OCB=70°-x。在三角形 BOC 中，</w:t>
      </w:r>
    </w:p>
    <w:p>
      <w:pPr>
        <w:spacing w:before="0" w:after="80" w:line="300" w:lineRule="auto"/>
        <w:jc w:val="left"/>
      </w:pPr>
      <w:r>
        <w:rPr>
          <w:rFonts w:ascii="Times New Roman" w:hAnsi="Times New Roman" w:eastAsia="宋体"/>
          <w:b w:val="0"/>
          <w:i w:val="0"/>
          <w:sz w:val="21"/>
        </w:rPr>
        <w:t>∠ BOC =180°-x</w:t>
      </w:r>
    </w:p>
    <w:p>
      <w:pPr>
        <w:spacing w:before="0" w:after="80" w:line="300" w:lineRule="auto"/>
        <w:jc w:val="left"/>
      </w:pPr>
      <w:r>
        <w:rPr>
          <w:rFonts w:ascii="Times New Roman" w:hAnsi="Times New Roman" w:eastAsia="宋体"/>
          <w:b w:val="0"/>
          <w:i w:val="0"/>
          <w:sz w:val="21"/>
        </w:rPr>
        <w:t>-(70°-x)</w:t>
      </w:r>
    </w:p>
    <w:p>
      <w:pPr>
        <w:spacing w:before="0" w:after="80" w:line="300" w:lineRule="auto"/>
        <w:jc w:val="left"/>
      </w:pPr>
      <w:r>
        <w:rPr>
          <w:rFonts w:ascii="Times New Roman" w:hAnsi="Times New Roman" w:eastAsia="宋体"/>
          <w:b w:val="0"/>
          <w:i w:val="0"/>
          <w:sz w:val="21"/>
        </w:rPr>
        <w:t>=110°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angles of the isosceles triangle are</w:t>
      </w:r>
    </w:p>
    <w:p>
      <w:pPr>
        <w:spacing w:before="0" w:after="80" w:line="300" w:lineRule="auto"/>
        <w:jc w:val="left"/>
      </w:pPr>
      <w:r>
        <w:rPr>
          <w:rFonts w:ascii="Times New Roman" w:hAnsi="Times New Roman" w:eastAsia="宋体"/>
          <w:b w:val="0"/>
          <w:i w:val="0"/>
          <w:color w:val="333333"/>
          <w:sz w:val="19"/>
        </w:rPr>
        <w:t>∠ ABC=∠ BCA=70°.</w:t>
      </w:r>
    </w:p>
    <w:p>
      <w:pPr>
        <w:spacing w:before="0" w:after="80" w:line="300" w:lineRule="auto"/>
        <w:jc w:val="left"/>
      </w:pPr>
      <w:r>
        <w:rPr>
          <w:rFonts w:ascii="Times New Roman" w:hAnsi="Times New Roman" w:eastAsia="宋体"/>
          <w:b w:val="0"/>
          <w:i w:val="0"/>
          <w:color w:val="333333"/>
          <w:sz w:val="19"/>
        </w:rPr>
        <w:t>Put ∠ OBC=∠ OCA=x. Then ∠ OCB=70°-x. In triangle BOC,</w:t>
      </w:r>
    </w:p>
    <w:p>
      <w:pPr>
        <w:spacing w:before="0" w:after="80" w:line="300" w:lineRule="auto"/>
        <w:jc w:val="left"/>
      </w:pPr>
      <w:r>
        <w:rPr>
          <w:rFonts w:ascii="Times New Roman" w:hAnsi="Times New Roman" w:eastAsia="宋体"/>
          <w:b w:val="0"/>
          <w:i w:val="0"/>
          <w:color w:val="333333"/>
          <w:sz w:val="19"/>
        </w:rPr>
        <w:t>∠ BOC =180°-x</w:t>
      </w:r>
    </w:p>
    <w:p>
      <w:pPr>
        <w:spacing w:before="0" w:after="80" w:line="300" w:lineRule="auto"/>
        <w:jc w:val="left"/>
      </w:pPr>
      <w:r>
        <w:rPr>
          <w:rFonts w:ascii="Times New Roman" w:hAnsi="Times New Roman" w:eastAsia="宋体"/>
          <w:b w:val="0"/>
          <w:i w:val="0"/>
          <w:color w:val="333333"/>
          <w:sz w:val="19"/>
        </w:rPr>
        <w:t>-(70°-x)</w:t>
      </w:r>
    </w:p>
    <w:p>
      <w:pPr>
        <w:spacing w:before="0" w:after="80" w:line="300" w:lineRule="auto"/>
        <w:jc w:val="left"/>
      </w:pPr>
      <w:r>
        <w:rPr>
          <w:rFonts w:ascii="Times New Roman" w:hAnsi="Times New Roman" w:eastAsia="宋体"/>
          <w:b w:val="0"/>
          <w:i w:val="0"/>
          <w:color w:val="333333"/>
          <w:sz w:val="19"/>
        </w:rPr>
        <w:t>=110°.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E</w:t>
      </w:r>
    </w:p>
    <w:p>
      <w:pPr>
        <w:spacing w:before="0" w:after="80" w:line="300" w:lineRule="auto"/>
        <w:jc w:val="left"/>
      </w:pPr>
      <w:r>
        <w:rPr>
          <w:rFonts w:ascii="Times New Roman" w:hAnsi="Times New Roman" w:eastAsia="宋体"/>
          <w:b w:val="0"/>
          <w:i w:val="0"/>
          <w:sz w:val="21"/>
        </w:rPr>
        <w:t>利用平方差公式，</w:t>
      </w:r>
    </w:p>
    <w:p>
      <w:pPr>
        <w:spacing w:before="0" w:after="80" w:line="300" w:lineRule="auto"/>
        <w:jc w:val="left"/>
      </w:pPr>
      <w:r>
        <w:rPr>
          <w:rFonts w:ascii="Times New Roman" w:hAnsi="Times New Roman" w:eastAsia="宋体"/>
          <w:b w:val="0"/>
          <w:i w:val="0"/>
          <w:sz w:val="21"/>
        </w:rPr>
        <w:t>x⁴+64 =(x²+8)²-16x²</w:t>
      </w:r>
    </w:p>
    <w:p>
      <w:pPr>
        <w:spacing w:before="0" w:after="80" w:line="300" w:lineRule="auto"/>
        <w:jc w:val="left"/>
      </w:pPr>
      <w:r>
        <w:rPr>
          <w:rFonts w:ascii="Times New Roman" w:hAnsi="Times New Roman" w:eastAsia="宋体"/>
          <w:b w:val="0"/>
          <w:i w:val="0"/>
          <w:sz w:val="21"/>
        </w:rPr>
        <w:t>=(x²-4x+8)</w:t>
      </w:r>
    </w:p>
    <w:p>
      <w:pPr>
        <w:spacing w:before="0" w:after="80" w:line="300" w:lineRule="auto"/>
        <w:jc w:val="left"/>
      </w:pPr>
      <w:r>
        <w:rPr>
          <w:rFonts w:ascii="Times New Roman" w:hAnsi="Times New Roman" w:eastAsia="宋体"/>
          <w:b w:val="0"/>
          <w:i w:val="0"/>
          <w:sz w:val="21"/>
        </w:rPr>
        <w:t>·(x²+4x+8)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 difference of squares,</w:t>
      </w:r>
    </w:p>
    <w:p>
      <w:pPr>
        <w:spacing w:before="0" w:after="80" w:line="300" w:lineRule="auto"/>
        <w:jc w:val="left"/>
      </w:pPr>
      <w:r>
        <w:rPr>
          <w:rFonts w:ascii="Times New Roman" w:hAnsi="Times New Roman" w:eastAsia="宋体"/>
          <w:b w:val="0"/>
          <w:i w:val="0"/>
          <w:color w:val="333333"/>
          <w:sz w:val="19"/>
        </w:rPr>
        <w:t>x⁴+64 =(x²+8)²-16x²</w:t>
      </w:r>
    </w:p>
    <w:p>
      <w:pPr>
        <w:spacing w:before="0" w:after="80" w:line="300" w:lineRule="auto"/>
        <w:jc w:val="left"/>
      </w:pPr>
      <w:r>
        <w:rPr>
          <w:rFonts w:ascii="Times New Roman" w:hAnsi="Times New Roman" w:eastAsia="宋体"/>
          <w:b w:val="0"/>
          <w:i w:val="0"/>
          <w:color w:val="333333"/>
          <w:sz w:val="19"/>
        </w:rPr>
        <w:t>=(x²-4x+8)</w:t>
      </w:r>
    </w:p>
    <w:p>
      <w:pPr>
        <w:spacing w:before="0" w:after="80" w:line="300" w:lineRule="auto"/>
        <w:jc w:val="left"/>
      </w:pPr>
      <w:r>
        <w:rPr>
          <w:rFonts w:ascii="Times New Roman" w:hAnsi="Times New Roman" w:eastAsia="宋体"/>
          <w:b w:val="0"/>
          <w:i w:val="0"/>
          <w:color w:val="333333"/>
          <w:sz w:val="19"/>
        </w:rPr>
        <w:t>·(x²+4x+8).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D</w:t>
      </w:r>
    </w:p>
    <w:p>
      <w:pPr>
        <w:spacing w:before="0" w:after="80" w:line="300" w:lineRule="auto"/>
        <w:jc w:val="left"/>
      </w:pPr>
      <w:r>
        <w:rPr>
          <w:rFonts w:ascii="Times New Roman" w:hAnsi="Times New Roman" w:eastAsia="宋体"/>
          <w:b w:val="0"/>
          <w:i w:val="0"/>
          <w:sz w:val="21"/>
        </w:rPr>
        <w:t>未偿余额从 $120 到 $10，每次等额减少 $10，所以平均未偿余额约为</w:t>
      </w:r>
    </w:p>
    <w:p>
      <w:pPr>
        <w:spacing w:before="0" w:after="80" w:line="300" w:lineRule="auto"/>
        <w:jc w:val="left"/>
      </w:pPr>
      <w:r>
        <w:rPr>
          <w:rFonts w:ascii="Times New Roman" w:hAnsi="Times New Roman" w:eastAsia="宋体"/>
          <w:b w:val="0"/>
          <w:i w:val="0"/>
          <w:sz w:val="21"/>
        </w:rPr>
        <w:t>120+10/2=65。</w:t>
      </w:r>
    </w:p>
    <w:p>
      <w:pPr>
        <w:spacing w:before="0" w:after="80" w:line="300" w:lineRule="auto"/>
        <w:jc w:val="left"/>
      </w:pPr>
      <w:r>
        <w:rPr>
          <w:rFonts w:ascii="Times New Roman" w:hAnsi="Times New Roman" w:eastAsia="宋体"/>
          <w:b w:val="0"/>
          <w:i w:val="0"/>
          <w:sz w:val="21"/>
        </w:rPr>
        <w:t>因此年费用率约为</w:t>
      </w:r>
    </w:p>
    <w:p>
      <w:pPr>
        <w:spacing w:before="0" w:after="80" w:line="300" w:lineRule="auto"/>
        <w:jc w:val="left"/>
      </w:pPr>
      <w:r>
        <w:rPr>
          <w:rFonts w:ascii="Times New Roman" w:hAnsi="Times New Roman" w:eastAsia="宋体"/>
          <w:b w:val="0"/>
          <w:i w:val="0"/>
          <w:sz w:val="21"/>
        </w:rPr>
        <w:t>6/65·100%≈9.2%。</w:t>
      </w:r>
    </w:p>
    <w:p>
      <w:pPr>
        <w:spacing w:before="0" w:after="80" w:line="300" w:lineRule="auto"/>
        <w:jc w:val="left"/>
      </w:pPr>
      <w:r>
        <w:rPr>
          <w:rFonts w:ascii="Times New Roman" w:hAnsi="Times New Roman" w:eastAsia="宋体"/>
          <w:b w:val="0"/>
          <w:i w:val="0"/>
          <w:sz w:val="21"/>
        </w:rPr>
        <w:t>最接近的选项是 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balance decreases in equal $10 steps from $120 to $10, so its average outstanding value is approximately</w:t>
      </w:r>
    </w:p>
    <w:p>
      <w:pPr>
        <w:spacing w:before="0" w:after="80" w:line="300" w:lineRule="auto"/>
        <w:jc w:val="left"/>
      </w:pPr>
      <w:r>
        <w:rPr>
          <w:rFonts w:ascii="Times New Roman" w:hAnsi="Times New Roman" w:eastAsia="宋体"/>
          <w:b w:val="0"/>
          <w:i w:val="0"/>
          <w:color w:val="333333"/>
          <w:sz w:val="19"/>
        </w:rPr>
        <w:t>120+10/2=65.</w:t>
      </w:r>
    </w:p>
    <w:p>
      <w:pPr>
        <w:spacing w:before="0" w:after="80" w:line="300" w:lineRule="auto"/>
        <w:jc w:val="left"/>
      </w:pPr>
      <w:r>
        <w:rPr>
          <w:rFonts w:ascii="Times New Roman" w:hAnsi="Times New Roman" w:eastAsia="宋体"/>
          <w:b w:val="0"/>
          <w:i w:val="0"/>
          <w:color w:val="333333"/>
          <w:sz w:val="19"/>
        </w:rPr>
        <w:t>The annual charge is therefore about</w:t>
      </w:r>
    </w:p>
    <w:p>
      <w:pPr>
        <w:spacing w:before="0" w:after="80" w:line="300" w:lineRule="auto"/>
        <w:jc w:val="left"/>
      </w:pPr>
      <w:r>
        <w:rPr>
          <w:rFonts w:ascii="Times New Roman" w:hAnsi="Times New Roman" w:eastAsia="宋体"/>
          <w:b w:val="0"/>
          <w:i w:val="0"/>
          <w:color w:val="333333"/>
          <w:sz w:val="19"/>
        </w:rPr>
        <w:t>6/65·100%≈9.2%.</w:t>
      </w:r>
    </w:p>
    <w:p>
      <w:pPr>
        <w:spacing w:before="0" w:after="80" w:line="300" w:lineRule="auto"/>
        <w:jc w:val="left"/>
      </w:pPr>
      <w:r>
        <w:rPr>
          <w:rFonts w:ascii="Times New Roman" w:hAnsi="Times New Roman" w:eastAsia="宋体"/>
          <w:b w:val="0"/>
          <w:i w:val="0"/>
          <w:color w:val="333333"/>
          <w:sz w:val="19"/>
        </w:rPr>
        <w:t>The nearest choice is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D</w:t>
      </w:r>
    </w:p>
    <w:p>
      <w:pPr>
        <w:spacing w:before="0" w:after="80" w:line="300" w:lineRule="auto"/>
        <w:jc w:val="left"/>
      </w:pPr>
      <w:r>
        <w:rPr>
          <w:rFonts w:ascii="Times New Roman" w:hAnsi="Times New Roman" w:eastAsia="宋体"/>
          <w:b w:val="0"/>
          <w:i w:val="0"/>
          <w:sz w:val="21"/>
        </w:rPr>
        <w:t>准确地说，</w:t>
      </w:r>
    </w:p>
    <w:p>
      <w:pPr>
        <w:spacing w:before="0" w:after="80" w:line="300" w:lineRule="auto"/>
        <w:jc w:val="left"/>
      </w:pPr>
      <w:r>
        <w:rPr>
          <w:rFonts w:ascii="Times New Roman" w:hAnsi="Times New Roman" w:eastAsia="宋体"/>
          <w:b w:val="0"/>
          <w:i w:val="0"/>
          <w:sz w:val="21"/>
        </w:rPr>
        <w:t>1/3-33333333/10⁸</w:t>
      </w:r>
    </w:p>
    <w:p>
      <w:pPr>
        <w:spacing w:before="0" w:after="80" w:line="300" w:lineRule="auto"/>
        <w:jc w:val="left"/>
      </w:pPr>
      <w:r>
        <w:rPr>
          <w:rFonts w:ascii="Times New Roman" w:hAnsi="Times New Roman" w:eastAsia="宋体"/>
          <w:b w:val="0"/>
          <w:i w:val="0"/>
          <w:sz w:val="21"/>
        </w:rPr>
        <w:t>=(10⁸-3(33333333))/(3·10⁸)</w:t>
      </w:r>
    </w:p>
    <w:p>
      <w:pPr>
        <w:spacing w:before="0" w:after="80" w:line="300" w:lineRule="auto"/>
        <w:jc w:val="left"/>
      </w:pPr>
      <w:r>
        <w:rPr>
          <w:rFonts w:ascii="Times New Roman" w:hAnsi="Times New Roman" w:eastAsia="宋体"/>
          <w:b w:val="0"/>
          <w:i w:val="0"/>
          <w:sz w:val="21"/>
        </w:rPr>
        <w:t>=1/(3·10⁸)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1/3 恰好多出上述数值。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Exactly,</w:t>
      </w:r>
    </w:p>
    <w:p>
      <w:pPr>
        <w:spacing w:before="0" w:after="80" w:line="300" w:lineRule="auto"/>
        <w:jc w:val="left"/>
      </w:pPr>
      <w:r>
        <w:rPr>
          <w:rFonts w:ascii="Times New Roman" w:hAnsi="Times New Roman" w:eastAsia="宋体"/>
          <w:b w:val="0"/>
          <w:i w:val="0"/>
          <w:color w:val="333333"/>
          <w:sz w:val="19"/>
        </w:rPr>
        <w:t>1/3-33333333/10⁸</w:t>
      </w:r>
    </w:p>
    <w:p>
      <w:pPr>
        <w:spacing w:before="0" w:after="80" w:line="300" w:lineRule="auto"/>
        <w:jc w:val="left"/>
      </w:pPr>
      <w:r>
        <w:rPr>
          <w:rFonts w:ascii="Times New Roman" w:hAnsi="Times New Roman" w:eastAsia="宋体"/>
          <w:b w:val="0"/>
          <w:i w:val="0"/>
          <w:color w:val="333333"/>
          <w:sz w:val="19"/>
        </w:rPr>
        <w:t>=(10⁸-3(33333333))/(3·10⁸)</w:t>
      </w:r>
    </w:p>
    <w:p>
      <w:pPr>
        <w:spacing w:before="0" w:after="80" w:line="300" w:lineRule="auto"/>
        <w:jc w:val="left"/>
      </w:pPr>
      <w:r>
        <w:rPr>
          <w:rFonts w:ascii="Times New Roman" w:hAnsi="Times New Roman" w:eastAsia="宋体"/>
          <w:b w:val="0"/>
          <w:i w:val="0"/>
          <w:color w:val="333333"/>
          <w:sz w:val="19"/>
        </w:rPr>
        <w:t>=1/(3·10⁸).</w:t>
      </w:r>
    </w:p>
    <w:p>
      <w:pPr>
        <w:spacing w:before="0" w:after="80" w:line="300" w:lineRule="auto"/>
        <w:jc w:val="left"/>
      </w:pPr>
      <w:r>
        <w:rPr>
          <w:rFonts w:ascii="Times New Roman" w:hAnsi="Times New Roman" w:eastAsia="宋体"/>
          <w:b w:val="0"/>
          <w:i w:val="0"/>
          <w:color w:val="333333"/>
          <w:sz w:val="19"/>
        </w:rPr>
        <w:t>Thus 1/3 is greater by the stated amount.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A</w:t>
      </w:r>
    </w:p>
    <w:p>
      <w:pPr>
        <w:spacing w:before="0" w:after="80" w:line="300" w:lineRule="auto"/>
        <w:jc w:val="left"/>
      </w:pPr>
      <w:r>
        <w:rPr>
          <w:rFonts w:ascii="Times New Roman" w:hAnsi="Times New Roman" w:eastAsia="宋体"/>
          <w:b w:val="0"/>
          <w:i w:val="0"/>
          <w:sz w:val="21"/>
        </w:rPr>
        <w:t>由题设条件和勾股定理可得</w:t>
      </w:r>
    </w:p>
    <w:p>
      <w:pPr>
        <w:spacing w:before="0" w:after="80" w:line="300" w:lineRule="auto"/>
        <w:jc w:val="left"/>
      </w:pPr>
      <w:r>
        <w:rPr>
          <w:rFonts w:ascii="Times New Roman" w:hAnsi="Times New Roman" w:eastAsia="宋体"/>
          <w:b w:val="0"/>
          <w:i w:val="0"/>
          <w:sz w:val="21"/>
        </w:rPr>
        <w:t>x+√(d²+(h+x)²)=h+d。</w:t>
      </w:r>
    </w:p>
    <w:p>
      <w:pPr>
        <w:spacing w:before="0" w:after="80" w:line="300" w:lineRule="auto"/>
        <w:jc w:val="left"/>
      </w:pPr>
      <w:r>
        <w:rPr>
          <w:rFonts w:ascii="Times New Roman" w:hAnsi="Times New Roman" w:eastAsia="宋体"/>
          <w:b w:val="0"/>
          <w:i w:val="0"/>
          <w:sz w:val="21"/>
        </w:rPr>
        <w:t>将根式单独放在一边并平方后，</w:t>
      </w:r>
    </w:p>
    <w:p>
      <w:pPr>
        <w:spacing w:before="0" w:after="80" w:line="300" w:lineRule="auto"/>
        <w:jc w:val="left"/>
      </w:pPr>
      <w:r>
        <w:rPr>
          <w:rFonts w:ascii="Times New Roman" w:hAnsi="Times New Roman" w:eastAsia="宋体"/>
          <w:b w:val="0"/>
          <w:i w:val="0"/>
          <w:sz w:val="21"/>
        </w:rPr>
        <w:t>d²+(h+x)²=(h+d-x)²。</w:t>
      </w:r>
    </w:p>
    <w:p>
      <w:pPr>
        <w:spacing w:before="0" w:after="80" w:line="300" w:lineRule="auto"/>
        <w:jc w:val="left"/>
      </w:pPr>
      <w:r>
        <w:rPr>
          <w:rFonts w:ascii="Times New Roman" w:hAnsi="Times New Roman" w:eastAsia="宋体"/>
          <w:b w:val="0"/>
          <w:i w:val="0"/>
          <w:sz w:val="21"/>
        </w:rPr>
        <w:t>消去相同项，得到</w:t>
      </w:r>
    </w:p>
    <w:p>
      <w:pPr>
        <w:spacing w:before="0" w:after="80" w:line="300" w:lineRule="auto"/>
        <w:jc w:val="left"/>
      </w:pPr>
      <w:r>
        <w:rPr>
          <w:rFonts w:ascii="Times New Roman" w:hAnsi="Times New Roman" w:eastAsia="宋体"/>
          <w:b w:val="0"/>
          <w:i w:val="0"/>
          <w:sz w:val="21"/>
        </w:rPr>
        <w:t>4hx+2dx=2hd，</w:t>
      </w:r>
    </w:p>
    <w:p>
      <w:pPr>
        <w:spacing w:before="0" w:after="80" w:line="300" w:lineRule="auto"/>
        <w:jc w:val="left"/>
      </w:pPr>
      <w:r>
        <w:rPr>
          <w:rFonts w:ascii="Times New Roman" w:hAnsi="Times New Roman" w:eastAsia="宋体"/>
          <w:b w:val="0"/>
          <w:i w:val="0"/>
          <w:sz w:val="21"/>
        </w:rPr>
        <w:t>所以 x=hd/2h+d。</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and the Pythagorean theorem give</w:t>
      </w:r>
    </w:p>
    <w:p>
      <w:pPr>
        <w:spacing w:before="0" w:after="80" w:line="300" w:lineRule="auto"/>
        <w:jc w:val="left"/>
      </w:pPr>
      <w:r>
        <w:rPr>
          <w:rFonts w:ascii="Times New Roman" w:hAnsi="Times New Roman" w:eastAsia="宋体"/>
          <w:b w:val="0"/>
          <w:i w:val="0"/>
          <w:color w:val="333333"/>
          <w:sz w:val="19"/>
        </w:rPr>
        <w:t>x+√(d²+(h+x)²)=h+d.</w:t>
      </w:r>
    </w:p>
    <w:p>
      <w:pPr>
        <w:spacing w:before="0" w:after="80" w:line="300" w:lineRule="auto"/>
        <w:jc w:val="left"/>
      </w:pPr>
      <w:r>
        <w:rPr>
          <w:rFonts w:ascii="Times New Roman" w:hAnsi="Times New Roman" w:eastAsia="宋体"/>
          <w:b w:val="0"/>
          <w:i w:val="0"/>
          <w:color w:val="333333"/>
          <w:sz w:val="19"/>
        </w:rPr>
        <w:t>After isolating the radical and squaring,</w:t>
      </w:r>
    </w:p>
    <w:p>
      <w:pPr>
        <w:spacing w:before="0" w:after="80" w:line="300" w:lineRule="auto"/>
        <w:jc w:val="left"/>
      </w:pPr>
      <w:r>
        <w:rPr>
          <w:rFonts w:ascii="Times New Roman" w:hAnsi="Times New Roman" w:eastAsia="宋体"/>
          <w:b w:val="0"/>
          <w:i w:val="0"/>
          <w:color w:val="333333"/>
          <w:sz w:val="19"/>
        </w:rPr>
        <w:t>d²+(h+x)²=(h+d-x)².</w:t>
      </w:r>
    </w:p>
    <w:p>
      <w:pPr>
        <w:spacing w:before="0" w:after="80" w:line="300" w:lineRule="auto"/>
        <w:jc w:val="left"/>
      </w:pPr>
      <w:r>
        <w:rPr>
          <w:rFonts w:ascii="Times New Roman" w:hAnsi="Times New Roman" w:eastAsia="宋体"/>
          <w:b w:val="0"/>
          <w:i w:val="0"/>
          <w:color w:val="333333"/>
          <w:sz w:val="19"/>
        </w:rPr>
        <w:t>Cancelling common terms leaves</w:t>
      </w:r>
    </w:p>
    <w:p>
      <w:pPr>
        <w:spacing w:before="0" w:after="80" w:line="300" w:lineRule="auto"/>
        <w:jc w:val="left"/>
      </w:pPr>
      <w:r>
        <w:rPr>
          <w:rFonts w:ascii="Times New Roman" w:hAnsi="Times New Roman" w:eastAsia="宋体"/>
          <w:b w:val="0"/>
          <w:i w:val="0"/>
          <w:color w:val="333333"/>
          <w:sz w:val="19"/>
        </w:rPr>
        <w:t>4hx+2dx=2hd,</w:t>
      </w:r>
    </w:p>
    <w:p>
      <w:pPr>
        <w:spacing w:before="0" w:after="80" w:line="300" w:lineRule="auto"/>
        <w:jc w:val="left"/>
      </w:pPr>
      <w:r>
        <w:rPr>
          <w:rFonts w:ascii="Times New Roman" w:hAnsi="Times New Roman" w:eastAsia="宋体"/>
          <w:b w:val="0"/>
          <w:i w:val="0"/>
          <w:color w:val="333333"/>
          <w:sz w:val="19"/>
        </w:rPr>
        <w:t>so x=hd/2h+d.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C</w:t>
      </w:r>
    </w:p>
    <w:p>
      <w:pPr>
        <w:spacing w:before="0" w:after="80" w:line="300" w:lineRule="auto"/>
        <w:jc w:val="left"/>
      </w:pPr>
      <w:r>
        <w:rPr>
          <w:rFonts w:ascii="Times New Roman" w:hAnsi="Times New Roman" w:eastAsia="宋体"/>
          <w:b w:val="0"/>
          <w:i w:val="0"/>
          <w:sz w:val="21"/>
        </w:rPr>
        <w:t>若单程距离为 d，则总时间为</w:t>
      </w:r>
    </w:p>
    <w:p>
      <w:pPr>
        <w:spacing w:before="0" w:after="80" w:line="300" w:lineRule="auto"/>
        <w:jc w:val="left"/>
      </w:pPr>
      <w:r>
        <w:rPr>
          <w:rFonts w:ascii="Times New Roman" w:hAnsi="Times New Roman" w:eastAsia="宋体"/>
          <w:b w:val="0"/>
          <w:i w:val="0"/>
          <w:sz w:val="21"/>
        </w:rPr>
        <w:t>d/20+d/10=3d/20。</w:t>
      </w:r>
    </w:p>
    <w:p>
      <w:pPr>
        <w:spacing w:before="0" w:after="80" w:line="300" w:lineRule="auto"/>
        <w:jc w:val="left"/>
      </w:pPr>
      <w:r>
        <w:rPr>
          <w:rFonts w:ascii="Times New Roman" w:hAnsi="Times New Roman" w:eastAsia="宋体"/>
          <w:b w:val="0"/>
          <w:i w:val="0"/>
          <w:sz w:val="21"/>
        </w:rPr>
        <w:t>因此往返平均速度为</w:t>
      </w:r>
    </w:p>
    <w:p>
      <w:pPr>
        <w:spacing w:before="0" w:after="80" w:line="300" w:lineRule="auto"/>
        <w:jc w:val="left"/>
      </w:pPr>
      <w:r>
        <w:rPr>
          <w:rFonts w:ascii="Times New Roman" w:hAnsi="Times New Roman" w:eastAsia="宋体"/>
          <w:b w:val="0"/>
          <w:i w:val="0"/>
          <w:sz w:val="21"/>
        </w:rPr>
        <w:t>2d/(3d/20)=40/3。</w:t>
      </w:r>
    </w:p>
    <w:p>
      <w:pPr>
        <w:spacing w:before="0" w:after="80" w:line="300" w:lineRule="auto"/>
        <w:jc w:val="left"/>
      </w:pPr>
      <w:r>
        <w:rPr>
          <w:rFonts w:ascii="Times New Roman" w:hAnsi="Times New Roman" w:eastAsia="宋体"/>
          <w:b w:val="0"/>
          <w:i w:val="0"/>
          <w:sz w:val="21"/>
        </w:rPr>
        <w:t>它与 15 之比为</w:t>
      </w:r>
    </w:p>
    <w:p>
      <w:pPr>
        <w:spacing w:before="0" w:after="80" w:line="300" w:lineRule="auto"/>
        <w:jc w:val="left"/>
      </w:pPr>
      <w:r>
        <w:rPr>
          <w:rFonts w:ascii="Times New Roman" w:hAnsi="Times New Roman" w:eastAsia="宋体"/>
          <w:b w:val="0"/>
          <w:i w:val="0"/>
          <w:sz w:val="21"/>
        </w:rPr>
        <w:t>(40/3)/15=8/9。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one-way distance d, the total time is</w:t>
      </w:r>
    </w:p>
    <w:p>
      <w:pPr>
        <w:spacing w:before="0" w:after="80" w:line="300" w:lineRule="auto"/>
        <w:jc w:val="left"/>
      </w:pPr>
      <w:r>
        <w:rPr>
          <w:rFonts w:ascii="Times New Roman" w:hAnsi="Times New Roman" w:eastAsia="宋体"/>
          <w:b w:val="0"/>
          <w:i w:val="0"/>
          <w:color w:val="333333"/>
          <w:sz w:val="19"/>
        </w:rPr>
        <w:t>d/20+d/10=3d/20.</w:t>
      </w:r>
    </w:p>
    <w:p>
      <w:pPr>
        <w:spacing w:before="0" w:after="80" w:line="300" w:lineRule="auto"/>
        <w:jc w:val="left"/>
      </w:pPr>
      <w:r>
        <w:rPr>
          <w:rFonts w:ascii="Times New Roman" w:hAnsi="Times New Roman" w:eastAsia="宋体"/>
          <w:b w:val="0"/>
          <w:i w:val="0"/>
          <w:color w:val="333333"/>
          <w:sz w:val="19"/>
        </w:rPr>
        <w:t>Thus the round-trip average speed is</w:t>
      </w:r>
    </w:p>
    <w:p>
      <w:pPr>
        <w:spacing w:before="0" w:after="80" w:line="300" w:lineRule="auto"/>
        <w:jc w:val="left"/>
      </w:pPr>
      <w:r>
        <w:rPr>
          <w:rFonts w:ascii="Times New Roman" w:hAnsi="Times New Roman" w:eastAsia="宋体"/>
          <w:b w:val="0"/>
          <w:i w:val="0"/>
          <w:color w:val="333333"/>
          <w:sz w:val="19"/>
        </w:rPr>
        <w:t>2d/(3d/20)=40/3.</w:t>
      </w:r>
    </w:p>
    <w:p>
      <w:pPr>
        <w:spacing w:before="0" w:after="80" w:line="300" w:lineRule="auto"/>
        <w:jc w:val="left"/>
      </w:pPr>
      <w:r>
        <w:rPr>
          <w:rFonts w:ascii="Times New Roman" w:hAnsi="Times New Roman" w:eastAsia="宋体"/>
          <w:b w:val="0"/>
          <w:i w:val="0"/>
          <w:color w:val="333333"/>
          <w:sz w:val="19"/>
        </w:rPr>
        <w:t>Its ratio to 15 is</w:t>
      </w:r>
    </w:p>
    <w:p>
      <w:pPr>
        <w:spacing w:before="0" w:after="80" w:line="300" w:lineRule="auto"/>
        <w:jc w:val="left"/>
      </w:pPr>
      <w:r>
        <w:rPr>
          <w:rFonts w:ascii="Times New Roman" w:hAnsi="Times New Roman" w:eastAsia="宋体"/>
          <w:b w:val="0"/>
          <w:i w:val="0"/>
          <w:color w:val="333333"/>
          <w:sz w:val="19"/>
        </w:rPr>
        <w:t>(40/3)/15=8/9.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B</w:t>
      </w:r>
    </w:p>
    <w:p>
      <w:pPr>
        <w:spacing w:before="0" w:after="80" w:line="300" w:lineRule="auto"/>
        <w:jc w:val="left"/>
      </w:pPr>
      <w:r>
        <w:rPr>
          <w:rFonts w:ascii="Times New Roman" w:hAnsi="Times New Roman" w:eastAsia="宋体"/>
          <w:b w:val="0"/>
          <w:i w:val="0"/>
          <w:sz w:val="21"/>
        </w:rPr>
        <w:t>R 处的角为</w:t>
      </w:r>
    </w:p>
    <w:p>
      <w:pPr>
        <w:spacing w:before="0" w:after="80" w:line="300" w:lineRule="auto"/>
        <w:jc w:val="left"/>
      </w:pPr>
      <w:r>
        <w:rPr>
          <w:rFonts w:ascii="Times New Roman" w:hAnsi="Times New Roman" w:eastAsia="宋体"/>
          <w:b w:val="0"/>
          <w:i w:val="0"/>
          <w:sz w:val="21"/>
        </w:rPr>
        <w:t>180°-∠ p-∠ q。</w:t>
      </w:r>
    </w:p>
    <w:p>
      <w:pPr>
        <w:spacing w:before="0" w:after="80" w:line="300" w:lineRule="auto"/>
        <w:jc w:val="left"/>
      </w:pPr>
      <w:r>
        <w:rPr>
          <w:rFonts w:ascii="Times New Roman" w:hAnsi="Times New Roman" w:eastAsia="宋体"/>
          <w:b w:val="0"/>
          <w:i w:val="0"/>
          <w:sz w:val="21"/>
        </w:rPr>
        <w:t>因为 RS 平分这个角，所以 PR 与 RS 的夹角为</w:t>
      </w:r>
    </w:p>
    <w:p>
      <w:pPr>
        <w:spacing w:before="0" w:after="80" w:line="300" w:lineRule="auto"/>
        <w:jc w:val="left"/>
      </w:pPr>
      <w:r>
        <w:rPr>
          <w:rFonts w:ascii="Times New Roman" w:hAnsi="Times New Roman" w:eastAsia="宋体"/>
          <w:b w:val="0"/>
          <w:i w:val="0"/>
          <w:sz w:val="21"/>
        </w:rPr>
        <w:t>90°-1/2(∠ p+∠ q)。</w:t>
      </w:r>
    </w:p>
    <w:p>
      <w:pPr>
        <w:spacing w:before="0" w:after="80" w:line="300" w:lineRule="auto"/>
        <w:jc w:val="left"/>
      </w:pPr>
      <w:r>
        <w:rPr>
          <w:rFonts w:ascii="Times New Roman" w:hAnsi="Times New Roman" w:eastAsia="宋体"/>
          <w:b w:val="0"/>
          <w:i w:val="0"/>
          <w:sz w:val="21"/>
        </w:rPr>
        <w:t>构成 ∠ m 的直线垂直于 RS，所以</w:t>
      </w:r>
    </w:p>
    <w:p>
      <w:pPr>
        <w:spacing w:before="0" w:after="80" w:line="300" w:lineRule="auto"/>
        <w:jc w:val="left"/>
      </w:pPr>
      <w:r>
        <w:rPr>
          <w:rFonts w:ascii="Times New Roman" w:hAnsi="Times New Roman" w:eastAsia="宋体"/>
          <w:b w:val="0"/>
          <w:i w:val="0"/>
          <w:sz w:val="21"/>
        </w:rPr>
        <w:t>∠ m=1/2(∠ p+∠ q)。</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at R is</w:t>
      </w:r>
    </w:p>
    <w:p>
      <w:pPr>
        <w:spacing w:before="0" w:after="80" w:line="300" w:lineRule="auto"/>
        <w:jc w:val="left"/>
      </w:pPr>
      <w:r>
        <w:rPr>
          <w:rFonts w:ascii="Times New Roman" w:hAnsi="Times New Roman" w:eastAsia="宋体"/>
          <w:b w:val="0"/>
          <w:i w:val="0"/>
          <w:color w:val="333333"/>
          <w:sz w:val="19"/>
        </w:rPr>
        <w:t>180°-∠ p-∠ q.</w:t>
      </w:r>
    </w:p>
    <w:p>
      <w:pPr>
        <w:spacing w:before="0" w:after="80" w:line="300" w:lineRule="auto"/>
        <w:jc w:val="left"/>
      </w:pPr>
      <w:r>
        <w:rPr>
          <w:rFonts w:ascii="Times New Roman" w:hAnsi="Times New Roman" w:eastAsia="宋体"/>
          <w:b w:val="0"/>
          <w:i w:val="0"/>
          <w:color w:val="333333"/>
          <w:sz w:val="19"/>
        </w:rPr>
        <w:t>Because RS bisects this angle, the angle between PR and RS is</w:t>
      </w:r>
    </w:p>
    <w:p>
      <w:pPr>
        <w:spacing w:before="0" w:after="80" w:line="300" w:lineRule="auto"/>
        <w:jc w:val="left"/>
      </w:pPr>
      <w:r>
        <w:rPr>
          <w:rFonts w:ascii="Times New Roman" w:hAnsi="Times New Roman" w:eastAsia="宋体"/>
          <w:b w:val="0"/>
          <w:i w:val="0"/>
          <w:color w:val="333333"/>
          <w:sz w:val="19"/>
        </w:rPr>
        <w:t>90°-1/2(∠ p+∠ q).</w:t>
      </w:r>
    </w:p>
    <w:p>
      <w:pPr>
        <w:spacing w:before="0" w:after="80" w:line="300" w:lineRule="auto"/>
        <w:jc w:val="left"/>
      </w:pPr>
      <w:r>
        <w:rPr>
          <w:rFonts w:ascii="Times New Roman" w:hAnsi="Times New Roman" w:eastAsia="宋体"/>
          <w:b w:val="0"/>
          <w:i w:val="0"/>
          <w:color w:val="333333"/>
          <w:sz w:val="19"/>
        </w:rPr>
        <w:t>The line forming ∠ m is perpendicular to RS, so</w:t>
      </w:r>
    </w:p>
    <w:p>
      <w:pPr>
        <w:spacing w:before="0" w:after="80" w:line="300" w:lineRule="auto"/>
        <w:jc w:val="left"/>
      </w:pPr>
      <w:r>
        <w:rPr>
          <w:rFonts w:ascii="Times New Roman" w:hAnsi="Times New Roman" w:eastAsia="宋体"/>
          <w:b w:val="0"/>
          <w:i w:val="0"/>
          <w:color w:val="333333"/>
          <w:sz w:val="19"/>
        </w:rPr>
        <w:t>∠ m=1/2(∠ p+∠ q).</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B</w:t>
      </w:r>
    </w:p>
    <w:p>
      <w:pPr>
        <w:spacing w:before="0" w:after="80" w:line="300" w:lineRule="auto"/>
        <w:jc w:val="left"/>
      </w:pPr>
      <w:r>
        <w:rPr>
          <w:rFonts w:ascii="Times New Roman" w:hAnsi="Times New Roman" w:eastAsia="宋体"/>
          <w:b w:val="0"/>
          <w:i w:val="0"/>
          <w:sz w:val="21"/>
        </w:rPr>
        <w:t>方程化为 3ˣ=5，所以</w:t>
      </w:r>
    </w:p>
    <w:p>
      <w:pPr>
        <w:spacing w:before="0" w:after="80" w:line="300" w:lineRule="auto"/>
        <w:jc w:val="left"/>
      </w:pPr>
      <w:r>
        <w:rPr>
          <w:rFonts w:ascii="Times New Roman" w:hAnsi="Times New Roman" w:eastAsia="宋体"/>
          <w:b w:val="0"/>
          <w:i w:val="0"/>
          <w:sz w:val="21"/>
        </w:rPr>
        <w:t>x=log5/log3</w:t>
      </w:r>
    </w:p>
    <w:p>
      <w:pPr>
        <w:spacing w:before="0" w:after="80" w:line="300" w:lineRule="auto"/>
        <w:jc w:val="left"/>
      </w:pPr>
      <w:r>
        <w:rPr>
          <w:rFonts w:ascii="Times New Roman" w:hAnsi="Times New Roman" w:eastAsia="宋体"/>
          <w:b w:val="0"/>
          <w:i w:val="0"/>
          <w:sz w:val="21"/>
        </w:rPr>
        <w:t>=1-log2/log3</w:t>
      </w:r>
    </w:p>
    <w:p>
      <w:pPr>
        <w:spacing w:before="0" w:after="80" w:line="300" w:lineRule="auto"/>
        <w:jc w:val="left"/>
      </w:pPr>
      <w:r>
        <w:rPr>
          <w:rFonts w:ascii="Times New Roman" w:hAnsi="Times New Roman" w:eastAsia="宋体"/>
          <w:b w:val="0"/>
          <w:i w:val="0"/>
          <w:sz w:val="21"/>
        </w:rPr>
        <w:t>=0.6990/0.4771</w:t>
      </w:r>
    </w:p>
    <w:p>
      <w:pPr>
        <w:spacing w:before="0" w:after="80" w:line="300" w:lineRule="auto"/>
        <w:jc w:val="left"/>
      </w:pPr>
      <w:r>
        <w:rPr>
          <w:rFonts w:ascii="Times New Roman" w:hAnsi="Times New Roman" w:eastAsia="宋体"/>
          <w:b w:val="0"/>
          <w:i w:val="0"/>
          <w:sz w:val="21"/>
        </w:rPr>
        <w:t>≈1.47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reduces to 3ˣ=5, so</w:t>
      </w:r>
    </w:p>
    <w:p>
      <w:pPr>
        <w:spacing w:before="0" w:after="80" w:line="300" w:lineRule="auto"/>
        <w:jc w:val="left"/>
      </w:pPr>
      <w:r>
        <w:rPr>
          <w:rFonts w:ascii="Times New Roman" w:hAnsi="Times New Roman" w:eastAsia="宋体"/>
          <w:b w:val="0"/>
          <w:i w:val="0"/>
          <w:color w:val="333333"/>
          <w:sz w:val="19"/>
        </w:rPr>
        <w:t>x=log5/log3</w:t>
      </w:r>
    </w:p>
    <w:p>
      <w:pPr>
        <w:spacing w:before="0" w:after="80" w:line="300" w:lineRule="auto"/>
        <w:jc w:val="left"/>
      </w:pPr>
      <w:r>
        <w:rPr>
          <w:rFonts w:ascii="Times New Roman" w:hAnsi="Times New Roman" w:eastAsia="宋体"/>
          <w:b w:val="0"/>
          <w:i w:val="0"/>
          <w:color w:val="333333"/>
          <w:sz w:val="19"/>
        </w:rPr>
        <w:t>=1-log2/log3</w:t>
      </w:r>
    </w:p>
    <w:p>
      <w:pPr>
        <w:spacing w:before="0" w:after="80" w:line="300" w:lineRule="auto"/>
        <w:jc w:val="left"/>
      </w:pPr>
      <w:r>
        <w:rPr>
          <w:rFonts w:ascii="Times New Roman" w:hAnsi="Times New Roman" w:eastAsia="宋体"/>
          <w:b w:val="0"/>
          <w:i w:val="0"/>
          <w:color w:val="333333"/>
          <w:sz w:val="19"/>
        </w:rPr>
        <w:t>=0.6990/0.4771</w:t>
      </w:r>
    </w:p>
    <w:p>
      <w:pPr>
        <w:spacing w:before="0" w:after="80" w:line="300" w:lineRule="auto"/>
        <w:jc w:val="left"/>
      </w:pPr>
      <w:r>
        <w:rPr>
          <w:rFonts w:ascii="Times New Roman" w:hAnsi="Times New Roman" w:eastAsia="宋体"/>
          <w:b w:val="0"/>
          <w:i w:val="0"/>
          <w:color w:val="333333"/>
          <w:sz w:val="19"/>
        </w:rPr>
        <w:t>≈1.47.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E</w:t>
      </w:r>
    </w:p>
    <w:p>
      <w:pPr>
        <w:spacing w:before="0" w:after="80" w:line="300" w:lineRule="auto"/>
        <w:jc w:val="left"/>
      </w:pPr>
      <w:r>
        <w:rPr>
          <w:rFonts w:ascii="Times New Roman" w:hAnsi="Times New Roman" w:eastAsia="宋体"/>
          <w:b w:val="0"/>
          <w:i w:val="0"/>
          <w:sz w:val="21"/>
        </w:rPr>
        <w:t>当端点 X 在以 O 为圆心的圆上移动时，它与定点 P 所成线段的中点 M 是 X 在以 P 为中心、比例因子为 1/2 的位似下的像。因此该轨迹是一个圆，其圆心为 PO 的中点，半径为 r/2。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the endpoint X moves on the circle centered at O, its midpoint M with the fixed point P is the image of X under a dilation of scale 1/2 centered at P. Therefore the locus is a circle whose center is the midpoint of PO and whose radius is r/2.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C</w:t>
      </w:r>
    </w:p>
    <w:p>
      <w:pPr>
        <w:spacing w:before="0" w:after="80" w:line="300" w:lineRule="auto"/>
        <w:jc w:val="left"/>
      </w:pPr>
      <w:r>
        <w:rPr>
          <w:rFonts w:ascii="Times New Roman" w:hAnsi="Times New Roman" w:eastAsia="宋体"/>
          <w:b w:val="0"/>
          <w:i w:val="0"/>
          <w:sz w:val="21"/>
        </w:rPr>
        <w:t>令 t=a+1/a。由标准立方恒等式可得</w:t>
      </w:r>
    </w:p>
    <w:p>
      <w:pPr>
        <w:spacing w:before="0" w:after="80" w:line="300" w:lineRule="auto"/>
        <w:jc w:val="left"/>
      </w:pPr>
      <w:r>
        <w:rPr>
          <w:rFonts w:ascii="Times New Roman" w:hAnsi="Times New Roman" w:eastAsia="宋体"/>
          <w:b w:val="0"/>
          <w:i w:val="0"/>
          <w:sz w:val="21"/>
        </w:rPr>
        <w:t>a³+1/a³=t³-3t=t(t²-3)。</w:t>
      </w:r>
    </w:p>
    <w:p>
      <w:pPr>
        <w:spacing w:before="0" w:after="80" w:line="300" w:lineRule="auto"/>
        <w:jc w:val="left"/>
      </w:pPr>
      <w:r>
        <w:rPr>
          <w:rFonts w:ascii="Times New Roman" w:hAnsi="Times New Roman" w:eastAsia="宋体"/>
          <w:b w:val="0"/>
          <w:i w:val="0"/>
          <w:sz w:val="21"/>
        </w:rPr>
        <w:t>因为 t²=3，所以该表达式等于 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t=a+1/a. The standard cubic identity gives</w:t>
      </w:r>
    </w:p>
    <w:p>
      <w:pPr>
        <w:spacing w:before="0" w:after="80" w:line="300" w:lineRule="auto"/>
        <w:jc w:val="left"/>
      </w:pPr>
      <w:r>
        <w:rPr>
          <w:rFonts w:ascii="Times New Roman" w:hAnsi="Times New Roman" w:eastAsia="宋体"/>
          <w:b w:val="0"/>
          <w:i w:val="0"/>
          <w:color w:val="333333"/>
          <w:sz w:val="19"/>
        </w:rPr>
        <w:t>a³+1/a³=t³-3t=t(t²-3).</w:t>
      </w:r>
    </w:p>
    <w:p>
      <w:pPr>
        <w:spacing w:before="0" w:after="80" w:line="300" w:lineRule="auto"/>
        <w:jc w:val="left"/>
      </w:pPr>
      <w:r>
        <w:rPr>
          <w:rFonts w:ascii="Times New Roman" w:hAnsi="Times New Roman" w:eastAsia="宋体"/>
          <w:b w:val="0"/>
          <w:i w:val="0"/>
          <w:color w:val="333333"/>
          <w:sz w:val="19"/>
        </w:rPr>
        <w:t>Since t²=3, this expression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B</w:t>
      </w:r>
    </w:p>
    <w:p>
      <w:pPr>
        <w:spacing w:before="0" w:after="80" w:line="300" w:lineRule="auto"/>
        <w:jc w:val="left"/>
      </w:pPr>
      <w:r>
        <w:rPr>
          <w:rFonts w:ascii="Times New Roman" w:hAnsi="Times New Roman" w:eastAsia="宋体"/>
          <w:b w:val="0"/>
          <w:i w:val="0"/>
          <w:sz w:val="21"/>
        </w:rPr>
        <w:t>对于 ax³+bx²+⋯=0，根之和为 -b/a。本题中为</w:t>
      </w:r>
    </w:p>
    <w:p>
      <w:pPr>
        <w:spacing w:before="0" w:after="80" w:line="300" w:lineRule="auto"/>
        <w:jc w:val="left"/>
      </w:pPr>
      <w:r>
        <w:rPr>
          <w:rFonts w:ascii="Times New Roman" w:hAnsi="Times New Roman" w:eastAsia="宋体"/>
          <w:b w:val="0"/>
          <w:i w:val="0"/>
          <w:sz w:val="21"/>
        </w:rPr>
        <w:t>--8/4=2。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ax³+bx²+⋯=0, the sum of the roots is -b/a. Here it is</w:t>
      </w:r>
    </w:p>
    <w:p>
      <w:pPr>
        <w:spacing w:before="0" w:after="80" w:line="300" w:lineRule="auto"/>
        <w:jc w:val="left"/>
      </w:pPr>
      <w:r>
        <w:rPr>
          <w:rFonts w:ascii="Times New Roman" w:hAnsi="Times New Roman" w:eastAsia="宋体"/>
          <w:b w:val="0"/>
          <w:i w:val="0"/>
          <w:color w:val="333333"/>
          <w:sz w:val="19"/>
        </w:rPr>
        <w:t>--8/4=2.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D</w:t>
      </w:r>
    </w:p>
    <w:p>
      <w:pPr>
        <w:spacing w:before="0" w:after="80" w:line="300" w:lineRule="auto"/>
        <w:jc w:val="left"/>
      </w:pPr>
      <w:r>
        <w:rPr>
          <w:rFonts w:ascii="Times New Roman" w:hAnsi="Times New Roman" w:eastAsia="宋体"/>
          <w:b w:val="0"/>
          <w:i w:val="0"/>
          <w:sz w:val="21"/>
        </w:rPr>
        <w:t>y=x²+bx+2 的顶点的 x 坐标为 -b/2。因此图像 (1) 的顶点满足 x=1/4，而图像 (2) 的顶点满足 x=-1/4。两个顶点的纵坐标相等，所以图像 (1) 是同一条抛物线向右平移所得。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of y=x²+bx+2 has x-coordinate -b/2. Thus graph (1) has its vertex at x=1/4, while graph (2) has its vertex at x=-1/4. Their vertex heights are equal, so graph (1) is the same parabola shifted to the right.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B</w:t>
      </w:r>
    </w:p>
    <w:p>
      <w:pPr>
        <w:spacing w:before="0" w:after="80" w:line="300" w:lineRule="auto"/>
        <w:jc w:val="left"/>
      </w:pPr>
      <w:r>
        <w:rPr>
          <w:rFonts w:ascii="Times New Roman" w:hAnsi="Times New Roman" w:eastAsia="宋体"/>
          <w:b w:val="0"/>
          <w:i w:val="0"/>
          <w:sz w:val="21"/>
        </w:rPr>
        <w:t>对于直角三角形，</w:t>
      </w:r>
    </w:p>
    <w:p>
      <w:pPr>
        <w:spacing w:before="0" w:after="80" w:line="300" w:lineRule="auto"/>
        <w:jc w:val="left"/>
      </w:pPr>
      <w:r>
        <w:rPr>
          <w:rFonts w:ascii="Times New Roman" w:hAnsi="Times New Roman" w:eastAsia="宋体"/>
          <w:b w:val="0"/>
          <w:i w:val="0"/>
          <w:sz w:val="21"/>
        </w:rPr>
        <w:t>r=a+b-c/2。</w:t>
      </w:r>
    </w:p>
    <w:p>
      <w:pPr>
        <w:spacing w:before="0" w:after="80" w:line="300" w:lineRule="auto"/>
        <w:jc w:val="left"/>
      </w:pPr>
      <w:r>
        <w:rPr>
          <w:rFonts w:ascii="Times New Roman" w:hAnsi="Times New Roman" w:eastAsia="宋体"/>
          <w:b w:val="0"/>
          <w:i w:val="0"/>
          <w:sz w:val="21"/>
        </w:rPr>
        <w:t>代入 r=1 和 c=10，得到 a+b=12。因此周长为</w:t>
      </w:r>
    </w:p>
    <w:p>
      <w:pPr>
        <w:spacing w:before="0" w:after="80" w:line="300" w:lineRule="auto"/>
        <w:jc w:val="left"/>
      </w:pPr>
      <w:r>
        <w:rPr>
          <w:rFonts w:ascii="Times New Roman" w:hAnsi="Times New Roman" w:eastAsia="宋体"/>
          <w:b w:val="0"/>
          <w:i w:val="0"/>
          <w:sz w:val="21"/>
        </w:rPr>
        <w:t>a+b+c=12+10=22。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right triangle,</w:t>
      </w:r>
    </w:p>
    <w:p>
      <w:pPr>
        <w:spacing w:before="0" w:after="80" w:line="300" w:lineRule="auto"/>
        <w:jc w:val="left"/>
      </w:pPr>
      <w:r>
        <w:rPr>
          <w:rFonts w:ascii="Times New Roman" w:hAnsi="Times New Roman" w:eastAsia="宋体"/>
          <w:b w:val="0"/>
          <w:i w:val="0"/>
          <w:color w:val="333333"/>
          <w:sz w:val="19"/>
        </w:rPr>
        <w:t>r=a+b-c/2.</w:t>
      </w:r>
    </w:p>
    <w:p>
      <w:pPr>
        <w:spacing w:before="0" w:after="80" w:line="300" w:lineRule="auto"/>
        <w:jc w:val="left"/>
      </w:pPr>
      <w:r>
        <w:rPr>
          <w:rFonts w:ascii="Times New Roman" w:hAnsi="Times New Roman" w:eastAsia="宋体"/>
          <w:b w:val="0"/>
          <w:i w:val="0"/>
          <w:color w:val="333333"/>
          <w:sz w:val="19"/>
        </w:rPr>
        <w:t>With r=1 and c=10, this gives a+b=12. Hence the perimeter is</w:t>
      </w:r>
    </w:p>
    <w:p>
      <w:pPr>
        <w:spacing w:before="0" w:after="80" w:line="300" w:lineRule="auto"/>
        <w:jc w:val="left"/>
      </w:pPr>
      <w:r>
        <w:rPr>
          <w:rFonts w:ascii="Times New Roman" w:hAnsi="Times New Roman" w:eastAsia="宋体"/>
          <w:b w:val="0"/>
          <w:i w:val="0"/>
          <w:color w:val="333333"/>
          <w:sz w:val="19"/>
        </w:rPr>
        <w:t>a+b+c=12+10=22.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E</w:t>
      </w:r>
    </w:p>
    <w:p>
      <w:pPr>
        <w:spacing w:before="0" w:after="80" w:line="300" w:lineRule="auto"/>
        <w:jc w:val="left"/>
      </w:pPr>
      <w:r>
        <w:rPr>
          <w:rFonts w:ascii="Times New Roman" w:hAnsi="Times New Roman" w:eastAsia="宋体"/>
          <w:b w:val="0"/>
          <w:i w:val="0"/>
          <w:sz w:val="21"/>
        </w:rPr>
        <w:t>年份 x² 必须位于十九世纪，因此 x=43，因为 43²=1849，而相邻整数的平方不在相关范围内。所以他的出生年份为</w:t>
      </w:r>
    </w:p>
    <w:p>
      <w:pPr>
        <w:spacing w:before="0" w:after="80" w:line="300" w:lineRule="auto"/>
        <w:jc w:val="left"/>
      </w:pPr>
      <w:r>
        <w:rPr>
          <w:rFonts w:ascii="Times New Roman" w:hAnsi="Times New Roman" w:eastAsia="宋体"/>
          <w:b w:val="0"/>
          <w:i w:val="0"/>
          <w:sz w:val="21"/>
        </w:rPr>
        <w:t>x²-x=1849-43=1806，</w:t>
      </w:r>
    </w:p>
    <w:p>
      <w:pPr>
        <w:spacing w:before="0" w:after="80" w:line="300" w:lineRule="auto"/>
        <w:jc w:val="left"/>
      </w:pPr>
      <w:r>
        <w:rPr>
          <w:rFonts w:ascii="Times New Roman" w:hAnsi="Times New Roman" w:eastAsia="宋体"/>
          <w:b w:val="0"/>
          <w:i w:val="0"/>
          <w:sz w:val="21"/>
        </w:rPr>
        <w:t>确实位于该世纪上半叶。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year x² must lie in the nineteenth century, so x=43 because 43²=1849 while the neighboring squares fall outside the relevant range. His birth year is therefore</w:t>
      </w:r>
    </w:p>
    <w:p>
      <w:pPr>
        <w:spacing w:before="0" w:after="80" w:line="300" w:lineRule="auto"/>
        <w:jc w:val="left"/>
      </w:pPr>
      <w:r>
        <w:rPr>
          <w:rFonts w:ascii="Times New Roman" w:hAnsi="Times New Roman" w:eastAsia="宋体"/>
          <w:b w:val="0"/>
          <w:i w:val="0"/>
          <w:color w:val="333333"/>
          <w:sz w:val="19"/>
        </w:rPr>
        <w:t>x²-x=1849-43=1806,</w:t>
      </w:r>
    </w:p>
    <w:p>
      <w:pPr>
        <w:spacing w:before="0" w:after="80" w:line="300" w:lineRule="auto"/>
        <w:jc w:val="left"/>
      </w:pPr>
      <w:r>
        <w:rPr>
          <w:rFonts w:ascii="Times New Roman" w:hAnsi="Times New Roman" w:eastAsia="宋体"/>
          <w:b w:val="0"/>
          <w:i w:val="0"/>
          <w:color w:val="333333"/>
          <w:sz w:val="19"/>
        </w:rPr>
        <w:t>which is in the first half of the century.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D</w:t>
      </w:r>
    </w:p>
    <w:p>
      <w:pPr>
        <w:spacing w:before="0" w:after="80" w:line="300" w:lineRule="auto"/>
        <w:jc w:val="left"/>
      </w:pPr>
      <w:r>
        <w:rPr>
          <w:rFonts w:ascii="Times New Roman" w:hAnsi="Times New Roman" w:eastAsia="宋体"/>
          <w:b w:val="0"/>
          <w:i w:val="0"/>
          <w:sz w:val="21"/>
        </w:rPr>
        <w:t>从 A 出发时，平行截线的长度为 0，然后线性增加，直至达到对角线 BD 的长度。继续向对面顶点移动时，线段长度线性减小回 0。因此图像由两条组成倒 V 形的线段构成。</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at A, the parallel cross section has length 0 and grows linearly until it reaches the diagonal BD. Continuing toward the opposite vertex, its length decreases linearly back to 0. The graph is therefore made of two line segments forming an inverted V.</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E</w:t>
      </w:r>
    </w:p>
    <w:p>
      <w:pPr>
        <w:spacing w:before="0" w:after="80" w:line="300" w:lineRule="auto"/>
        <w:jc w:val="left"/>
      </w:pPr>
      <w:r>
        <w:rPr>
          <w:rFonts w:ascii="Times New Roman" w:hAnsi="Times New Roman" w:eastAsia="宋体"/>
          <w:b w:val="0"/>
          <w:i w:val="0"/>
          <w:sz w:val="21"/>
        </w:rPr>
        <w:t>半径为 3/16 英寸。圆心位于角平分线上。到任一斜边的垂直半径与从顶点到圆心的线段构成一个含 30° 角的直角三角形，所以圆心位于顶点上方</w:t>
      </w:r>
    </w:p>
    <w:p>
      <w:pPr>
        <w:spacing w:before="0" w:after="80" w:line="300" w:lineRule="auto"/>
        <w:jc w:val="left"/>
      </w:pPr>
      <w:r>
        <w:rPr>
          <w:rFonts w:ascii="Times New Roman" w:hAnsi="Times New Roman" w:eastAsia="宋体"/>
          <w:b w:val="0"/>
          <w:i w:val="0"/>
          <w:sz w:val="21"/>
        </w:rPr>
        <w:t>(3/16)/(sin30°)=3/8</w:t>
      </w:r>
    </w:p>
    <w:p>
      <w:pPr>
        <w:spacing w:before="0" w:after="80" w:line="300" w:lineRule="auto"/>
        <w:jc w:val="left"/>
      </w:pPr>
      <w:r>
        <w:rPr>
          <w:rFonts w:ascii="Times New Roman" w:hAnsi="Times New Roman" w:eastAsia="宋体"/>
          <w:b w:val="0"/>
          <w:i w:val="0"/>
          <w:sz w:val="21"/>
        </w:rPr>
        <w:t>英寸处。因此上方切线位于顶点上方 3/8+3/16=9/16 英寸处。由于下方水平线位于顶点上方 1/2 英寸处，</w:t>
      </w:r>
    </w:p>
    <w:p>
      <w:pPr>
        <w:spacing w:before="0" w:after="80" w:line="300" w:lineRule="auto"/>
        <w:jc w:val="left"/>
      </w:pPr>
      <w:r>
        <w:rPr>
          <w:rFonts w:ascii="Times New Roman" w:hAnsi="Times New Roman" w:eastAsia="宋体"/>
          <w:b w:val="0"/>
          <w:i w:val="0"/>
          <w:sz w:val="21"/>
        </w:rPr>
        <w:t>x=9/16-1/2=1/16英寸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is 3/16 inch. The center lies on the angle bisector. The perpendicular radius to either sloping side and the segment from the vertex to the center form a right triangle with a 30° angle, so the center is</w:t>
      </w:r>
    </w:p>
    <w:p>
      <w:pPr>
        <w:spacing w:before="0" w:after="80" w:line="300" w:lineRule="auto"/>
        <w:jc w:val="left"/>
      </w:pPr>
      <w:r>
        <w:rPr>
          <w:rFonts w:ascii="Times New Roman" w:hAnsi="Times New Roman" w:eastAsia="宋体"/>
          <w:b w:val="0"/>
          <w:i w:val="0"/>
          <w:color w:val="333333"/>
          <w:sz w:val="19"/>
        </w:rPr>
        <w:t>(3/16)/(sin30°)=3/8</w:t>
      </w:r>
    </w:p>
    <w:p>
      <w:pPr>
        <w:spacing w:before="0" w:after="80" w:line="300" w:lineRule="auto"/>
        <w:jc w:val="left"/>
      </w:pPr>
      <w:r>
        <w:rPr>
          <w:rFonts w:ascii="Times New Roman" w:hAnsi="Times New Roman" w:eastAsia="宋体"/>
          <w:b w:val="0"/>
          <w:i w:val="0"/>
          <w:color w:val="333333"/>
          <w:sz w:val="19"/>
        </w:rPr>
        <w:t>inch above the vertex. Hence the top tangent is 3/8+3/16=9/16 inch above the vertex. Since the ledge is 1/2 inch above the vertex,</w:t>
      </w:r>
    </w:p>
    <w:p>
      <w:pPr>
        <w:spacing w:before="0" w:after="80" w:line="300" w:lineRule="auto"/>
        <w:jc w:val="left"/>
      </w:pPr>
      <w:r>
        <w:rPr>
          <w:rFonts w:ascii="Times New Roman" w:hAnsi="Times New Roman" w:eastAsia="宋体"/>
          <w:b w:val="0"/>
          <w:i w:val="0"/>
          <w:color w:val="333333"/>
          <w:sz w:val="19"/>
        </w:rPr>
        <w:t>x=9/16-1/2=1/16in.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B</w:t>
      </w:r>
    </w:p>
    <w:p>
      <w:pPr>
        <w:spacing w:before="0" w:after="80" w:line="300" w:lineRule="auto"/>
        <w:jc w:val="left"/>
      </w:pPr>
      <w:r>
        <w:rPr>
          <w:rFonts w:ascii="Times New Roman" w:hAnsi="Times New Roman" w:eastAsia="宋体"/>
          <w:b w:val="0"/>
          <w:i w:val="0"/>
          <w:sz w:val="21"/>
        </w:rPr>
        <w:t>令 MT=t。因为 AM=BM=RT=p/2，由勾股定理可得</w:t>
      </w:r>
    </w:p>
    <w:p>
      <w:pPr>
        <w:spacing w:before="0" w:after="80" w:line="300" w:lineRule="auto"/>
        <w:jc w:val="left"/>
      </w:pPr>
      <w:r>
        <w:rPr>
          <w:rFonts w:ascii="Times New Roman" w:hAnsi="Times New Roman" w:eastAsia="宋体"/>
          <w:b w:val="0"/>
          <w:i w:val="0"/>
          <w:sz w:val="21"/>
        </w:rPr>
        <w:t>t²+q²=p²/4。</w:t>
      </w:r>
    </w:p>
    <w:p>
      <w:pPr>
        <w:spacing w:before="0" w:after="80" w:line="300" w:lineRule="auto"/>
        <w:jc w:val="left"/>
      </w:pPr>
      <w:r>
        <w:rPr>
          <w:rFonts w:ascii="Times New Roman" w:hAnsi="Times New Roman" w:eastAsia="宋体"/>
          <w:b w:val="0"/>
          <w:i w:val="0"/>
          <w:sz w:val="21"/>
        </w:rPr>
        <w:t>此外，</w:t>
      </w:r>
    </w:p>
    <w:p>
      <w:pPr>
        <w:spacing w:before="0" w:after="80" w:line="300" w:lineRule="auto"/>
        <w:jc w:val="left"/>
      </w:pPr>
      <w:r>
        <w:rPr>
          <w:rFonts w:ascii="Times New Roman" w:hAnsi="Times New Roman" w:eastAsia="宋体"/>
          <w:b w:val="0"/>
          <w:i w:val="0"/>
          <w:sz w:val="21"/>
        </w:rPr>
        <w:t>AT=p/2+t, TB=p/2-t。</w:t>
      </w:r>
    </w:p>
    <w:p>
      <w:pPr>
        <w:spacing w:before="0" w:after="80" w:line="300" w:lineRule="auto"/>
        <w:jc w:val="left"/>
      </w:pPr>
      <w:r>
        <w:rPr>
          <w:rFonts w:ascii="Times New Roman" w:hAnsi="Times New Roman" w:eastAsia="宋体"/>
          <w:b w:val="0"/>
          <w:i w:val="0"/>
          <w:sz w:val="21"/>
        </w:rPr>
        <w:t>两者之和为 p，乘积为</w:t>
      </w:r>
    </w:p>
    <w:p>
      <w:pPr>
        <w:spacing w:before="0" w:after="80" w:line="300" w:lineRule="auto"/>
        <w:jc w:val="left"/>
      </w:pPr>
      <w:r>
        <w:rPr>
          <w:rFonts w:ascii="Times New Roman" w:hAnsi="Times New Roman" w:eastAsia="宋体"/>
          <w:b w:val="0"/>
          <w:i w:val="0"/>
          <w:sz w:val="21"/>
        </w:rPr>
        <w:t>p²/4-t²=q²。</w:t>
      </w:r>
    </w:p>
    <w:p>
      <w:pPr>
        <w:spacing w:before="0" w:after="80" w:line="300" w:lineRule="auto"/>
        <w:jc w:val="left"/>
      </w:pPr>
      <w:r>
        <w:rPr>
          <w:rFonts w:ascii="Times New Roman" w:hAnsi="Times New Roman" w:eastAsia="宋体"/>
          <w:b w:val="0"/>
          <w:i w:val="0"/>
          <w:sz w:val="21"/>
        </w:rPr>
        <w:t>因此它们是 x²-px+q²=0 的两个根。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MT=t. Since AM=BM=RT=p/2, the Pythagorean theorem gives</w:t>
      </w:r>
    </w:p>
    <w:p>
      <w:pPr>
        <w:spacing w:before="0" w:after="80" w:line="300" w:lineRule="auto"/>
        <w:jc w:val="left"/>
      </w:pPr>
      <w:r>
        <w:rPr>
          <w:rFonts w:ascii="Times New Roman" w:hAnsi="Times New Roman" w:eastAsia="宋体"/>
          <w:b w:val="0"/>
          <w:i w:val="0"/>
          <w:color w:val="333333"/>
          <w:sz w:val="19"/>
        </w:rPr>
        <w:t>t²+q²=p²/4.</w:t>
      </w:r>
    </w:p>
    <w:p>
      <w:pPr>
        <w:spacing w:before="0" w:after="80" w:line="300" w:lineRule="auto"/>
        <w:jc w:val="left"/>
      </w:pPr>
      <w:r>
        <w:rPr>
          <w:rFonts w:ascii="Times New Roman" w:hAnsi="Times New Roman" w:eastAsia="宋体"/>
          <w:b w:val="0"/>
          <w:i w:val="0"/>
          <w:color w:val="333333"/>
          <w:sz w:val="19"/>
        </w:rPr>
        <w:t>Also,</w:t>
      </w:r>
    </w:p>
    <w:p>
      <w:pPr>
        <w:spacing w:before="0" w:after="80" w:line="300" w:lineRule="auto"/>
        <w:jc w:val="left"/>
      </w:pPr>
      <w:r>
        <w:rPr>
          <w:rFonts w:ascii="Times New Roman" w:hAnsi="Times New Roman" w:eastAsia="宋体"/>
          <w:b w:val="0"/>
          <w:i w:val="0"/>
          <w:color w:val="333333"/>
          <w:sz w:val="19"/>
        </w:rPr>
        <w:t>AT=p/2+t, TB=p/2-t.</w:t>
      </w:r>
    </w:p>
    <w:p>
      <w:pPr>
        <w:spacing w:before="0" w:after="80" w:line="300" w:lineRule="auto"/>
        <w:jc w:val="left"/>
      </w:pPr>
      <w:r>
        <w:rPr>
          <w:rFonts w:ascii="Times New Roman" w:hAnsi="Times New Roman" w:eastAsia="宋体"/>
          <w:b w:val="0"/>
          <w:i w:val="0"/>
          <w:color w:val="333333"/>
          <w:sz w:val="19"/>
        </w:rPr>
        <w:t>Their sum is p, and their product is</w:t>
      </w:r>
    </w:p>
    <w:p>
      <w:pPr>
        <w:spacing w:before="0" w:after="80" w:line="300" w:lineRule="auto"/>
        <w:jc w:val="left"/>
      </w:pPr>
      <w:r>
        <w:rPr>
          <w:rFonts w:ascii="Times New Roman" w:hAnsi="Times New Roman" w:eastAsia="宋体"/>
          <w:b w:val="0"/>
          <w:i w:val="0"/>
          <w:color w:val="333333"/>
          <w:sz w:val="19"/>
        </w:rPr>
        <w:t>p²/4-t²=q².</w:t>
      </w:r>
    </w:p>
    <w:p>
      <w:pPr>
        <w:spacing w:before="0" w:after="80" w:line="300" w:lineRule="auto"/>
        <w:jc w:val="left"/>
      </w:pPr>
      <w:r>
        <w:rPr>
          <w:rFonts w:ascii="Times New Roman" w:hAnsi="Times New Roman" w:eastAsia="宋体"/>
          <w:b w:val="0"/>
          <w:i w:val="0"/>
          <w:color w:val="333333"/>
          <w:sz w:val="19"/>
        </w:rPr>
        <w:t>Therefore they are the roots of x²-px+q²=0.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C</w:t>
      </w:r>
    </w:p>
    <w:p>
      <w:pPr>
        <w:spacing w:before="0" w:after="80" w:line="300" w:lineRule="auto"/>
        <w:jc w:val="left"/>
      </w:pPr>
      <w:r>
        <w:rPr>
          <w:rFonts w:ascii="Times New Roman" w:hAnsi="Times New Roman" w:eastAsia="宋体"/>
          <w:b w:val="0"/>
          <w:i w:val="0"/>
          <w:sz w:val="21"/>
        </w:rPr>
        <w:t>设正常速度为 v，全程长度为 L。一段路程以 3v/4 而非 v 的速度行驶，会增加该路段正常行驶时间的三分之一。第一种情况下，</w:t>
      </w:r>
    </w:p>
    <w:p>
      <w:pPr>
        <w:spacing w:before="0" w:after="80" w:line="300" w:lineRule="auto"/>
        <w:jc w:val="left"/>
      </w:pPr>
      <w:r>
        <w:rPr>
          <w:rFonts w:ascii="Times New Roman" w:hAnsi="Times New Roman" w:eastAsia="宋体"/>
          <w:b w:val="0"/>
          <w:i w:val="0"/>
          <w:sz w:val="21"/>
        </w:rPr>
        <w:t>1/2+1/3(L/v-1)=7/2，</w:t>
      </w:r>
    </w:p>
    <w:p>
      <w:pPr>
        <w:spacing w:before="0" w:after="80" w:line="300" w:lineRule="auto"/>
        <w:jc w:val="left"/>
      </w:pPr>
      <w:r>
        <w:rPr>
          <w:rFonts w:ascii="Times New Roman" w:hAnsi="Times New Roman" w:eastAsia="宋体"/>
          <w:b w:val="0"/>
          <w:i w:val="0"/>
          <w:sz w:val="21"/>
        </w:rPr>
        <w:t>所以 L/v=10。若事故在前方 90 英里处发生，则</w:t>
      </w:r>
    </w:p>
    <w:p>
      <w:pPr>
        <w:spacing w:before="0" w:after="80" w:line="300" w:lineRule="auto"/>
        <w:jc w:val="left"/>
      </w:pPr>
      <w:r>
        <w:rPr>
          <w:rFonts w:ascii="Times New Roman" w:hAnsi="Times New Roman" w:eastAsia="宋体"/>
          <w:b w:val="0"/>
          <w:i w:val="0"/>
          <w:sz w:val="21"/>
        </w:rPr>
        <w:t>1/2+1/3(L/v-1-90/v)=3。</w:t>
      </w:r>
    </w:p>
    <w:p>
      <w:pPr>
        <w:spacing w:before="0" w:after="80" w:line="300" w:lineRule="auto"/>
        <w:jc w:val="left"/>
      </w:pPr>
      <w:r>
        <w:rPr>
          <w:rFonts w:ascii="Times New Roman" w:hAnsi="Times New Roman" w:eastAsia="宋体"/>
          <w:b w:val="0"/>
          <w:i w:val="0"/>
          <w:sz w:val="21"/>
        </w:rPr>
        <w:t>代入 L/v=10，得到 90/v=3/2，因此 v=60，且</w:t>
      </w:r>
    </w:p>
    <w:p>
      <w:pPr>
        <w:spacing w:before="0" w:after="80" w:line="300" w:lineRule="auto"/>
        <w:jc w:val="left"/>
      </w:pPr>
      <w:r>
        <w:rPr>
          <w:rFonts w:ascii="Times New Roman" w:hAnsi="Times New Roman" w:eastAsia="宋体"/>
          <w:b w:val="0"/>
          <w:i w:val="0"/>
          <w:sz w:val="21"/>
        </w:rPr>
        <w:t>L=10v=600。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normal speed be v and the trip length be L. Traveling a distance at 3v/4 rather than v adds one-third of its normal travel time. In the first case,</w:t>
      </w:r>
    </w:p>
    <w:p>
      <w:pPr>
        <w:spacing w:before="0" w:after="80" w:line="300" w:lineRule="auto"/>
        <w:jc w:val="left"/>
      </w:pPr>
      <w:r>
        <w:rPr>
          <w:rFonts w:ascii="Times New Roman" w:hAnsi="Times New Roman" w:eastAsia="宋体"/>
          <w:b w:val="0"/>
          <w:i w:val="0"/>
          <w:color w:val="333333"/>
          <w:sz w:val="19"/>
        </w:rPr>
        <w:t>1/2+1/3(L/v-1)=7/2,</w:t>
      </w:r>
    </w:p>
    <w:p>
      <w:pPr>
        <w:spacing w:before="0" w:after="80" w:line="300" w:lineRule="auto"/>
        <w:jc w:val="left"/>
      </w:pPr>
      <w:r>
        <w:rPr>
          <w:rFonts w:ascii="Times New Roman" w:hAnsi="Times New Roman" w:eastAsia="宋体"/>
          <w:b w:val="0"/>
          <w:i w:val="0"/>
          <w:color w:val="333333"/>
          <w:sz w:val="19"/>
        </w:rPr>
        <w:t>so L/v=10. If the accident happens 90 miles farther along,</w:t>
      </w:r>
    </w:p>
    <w:p>
      <w:pPr>
        <w:spacing w:before="0" w:after="80" w:line="300" w:lineRule="auto"/>
        <w:jc w:val="left"/>
      </w:pPr>
      <w:r>
        <w:rPr>
          <w:rFonts w:ascii="Times New Roman" w:hAnsi="Times New Roman" w:eastAsia="宋体"/>
          <w:b w:val="0"/>
          <w:i w:val="0"/>
          <w:color w:val="333333"/>
          <w:sz w:val="19"/>
        </w:rPr>
        <w:t>1/2+1/3(L/v-1-90/v)=3.</w:t>
      </w:r>
    </w:p>
    <w:p>
      <w:pPr>
        <w:spacing w:before="0" w:after="80" w:line="300" w:lineRule="auto"/>
        <w:jc w:val="left"/>
      </w:pPr>
      <w:r>
        <w:rPr>
          <w:rFonts w:ascii="Times New Roman" w:hAnsi="Times New Roman" w:eastAsia="宋体"/>
          <w:b w:val="0"/>
          <w:i w:val="0"/>
          <w:color w:val="333333"/>
          <w:sz w:val="19"/>
        </w:rPr>
        <w:t>Substituting L/v=10 gives 90/v=3/2, hence v=60 and</w:t>
      </w:r>
    </w:p>
    <w:p>
      <w:pPr>
        <w:spacing w:before="0" w:after="80" w:line="300" w:lineRule="auto"/>
        <w:jc w:val="left"/>
      </w:pPr>
      <w:r>
        <w:rPr>
          <w:rFonts w:ascii="Times New Roman" w:hAnsi="Times New Roman" w:eastAsia="宋体"/>
          <w:b w:val="0"/>
          <w:i w:val="0"/>
          <w:color w:val="333333"/>
          <w:sz w:val="19"/>
        </w:rPr>
        <w:t>L=10v=600.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C</w:t>
      </w:r>
    </w:p>
    <w:p>
      <w:pPr>
        <w:spacing w:before="0" w:after="80" w:line="300" w:lineRule="auto"/>
        <w:jc w:val="left"/>
      </w:pPr>
      <w:r>
        <w:rPr>
          <w:rFonts w:ascii="Times New Roman" w:hAnsi="Times New Roman" w:eastAsia="宋体"/>
          <w:b w:val="0"/>
          <w:i w:val="0"/>
          <w:sz w:val="21"/>
        </w:rPr>
        <w:t>展开并重新分组，</w:t>
      </w:r>
    </w:p>
    <w:p>
      <w:pPr>
        <w:spacing w:before="0" w:after="80" w:line="300" w:lineRule="auto"/>
        <w:jc w:val="left"/>
      </w:pPr>
      <w:r>
        <w:rPr>
          <w:rFonts w:ascii="Times New Roman" w:hAnsi="Times New Roman" w:eastAsia="宋体"/>
          <w:b w:val="0"/>
          <w:i w:val="0"/>
          <w:sz w:val="21"/>
        </w:rPr>
        <w:t>(2a+1)²-(2b+1)²</w:t>
      </w:r>
    </w:p>
    <w:p>
      <w:pPr>
        <w:spacing w:before="0" w:after="80" w:line="300" w:lineRule="auto"/>
        <w:jc w:val="left"/>
      </w:pPr>
      <w:r>
        <w:rPr>
          <w:rFonts w:ascii="Times New Roman" w:hAnsi="Times New Roman" w:eastAsia="宋体"/>
          <w:b w:val="0"/>
          <w:i w:val="0"/>
          <w:sz w:val="21"/>
        </w:rPr>
        <w:t>=4[a(a+1)-b(b+1)]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a(a+1) 和 b(b+1) 都是偶数，所以两者之差也是偶数。因此所示表达式能被 4·2=8 整除。</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and regrouping,</w:t>
      </w:r>
    </w:p>
    <w:p>
      <w:pPr>
        <w:spacing w:before="0" w:after="80" w:line="300" w:lineRule="auto"/>
        <w:jc w:val="left"/>
      </w:pPr>
      <w:r>
        <w:rPr>
          <w:rFonts w:ascii="Times New Roman" w:hAnsi="Times New Roman" w:eastAsia="宋体"/>
          <w:b w:val="0"/>
          <w:i w:val="0"/>
          <w:color w:val="333333"/>
          <w:sz w:val="19"/>
        </w:rPr>
        <w:t>(2a+1)²-(2b+1)²</w:t>
      </w:r>
    </w:p>
    <w:p>
      <w:pPr>
        <w:spacing w:before="0" w:after="80" w:line="300" w:lineRule="auto"/>
        <w:jc w:val="left"/>
      </w:pPr>
      <w:r>
        <w:rPr>
          <w:rFonts w:ascii="Times New Roman" w:hAnsi="Times New Roman" w:eastAsia="宋体"/>
          <w:b w:val="0"/>
          <w:i w:val="0"/>
          <w:color w:val="333333"/>
          <w:sz w:val="19"/>
        </w:rPr>
        <w:t>=4[a(a+1)-b(b+1)].</w:t>
      </w:r>
    </w:p>
    <w:p>
      <w:pPr>
        <w:spacing w:before="0" w:after="80" w:line="300" w:lineRule="auto"/>
        <w:jc w:val="left"/>
      </w:pPr>
      <w:r>
        <w:rPr>
          <w:rFonts w:ascii="Times New Roman" w:hAnsi="Times New Roman" w:eastAsia="宋体"/>
          <w:b w:val="0"/>
          <w:i w:val="0"/>
          <w:color w:val="333333"/>
          <w:sz w:val="19"/>
        </w:rPr>
        <w:t>Each of a(a+1) and b(b+1) is even, so their difference is even. The displayed expression is consequently divisible by 4·2=8.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A</w:t>
      </w:r>
    </w:p>
    <w:p>
      <w:pPr>
        <w:spacing w:before="0" w:after="80" w:line="300" w:lineRule="auto"/>
        <w:jc w:val="left"/>
      </w:pPr>
      <w:r>
        <w:rPr>
          <w:rFonts w:ascii="Times New Roman" w:hAnsi="Times New Roman" w:eastAsia="宋体"/>
          <w:b w:val="0"/>
          <w:i w:val="0"/>
          <w:sz w:val="21"/>
        </w:rPr>
        <w:t>7:00 过 t 分钟后，时针位于 210°+0.5t°，分针位于 6t°。因此</w:t>
      </w:r>
    </w:p>
    <w:p>
      <w:pPr>
        <w:spacing w:before="0" w:after="80" w:line="300" w:lineRule="auto"/>
        <w:jc w:val="left"/>
      </w:pPr>
      <w:r>
        <w:rPr>
          <w:rFonts w:ascii="Times New Roman" w:hAnsi="Times New Roman" w:eastAsia="宋体"/>
          <w:b w:val="0"/>
          <w:i w:val="0"/>
          <w:sz w:val="21"/>
        </w:rPr>
        <w:t>|210-5.5t|=84。</w:t>
      </w:r>
    </w:p>
    <w:p>
      <w:pPr>
        <w:spacing w:before="0" w:after="80" w:line="300" w:lineRule="auto"/>
        <w:jc w:val="left"/>
      </w:pPr>
      <w:r>
        <w:rPr>
          <w:rFonts w:ascii="Times New Roman" w:hAnsi="Times New Roman" w:eastAsia="宋体"/>
          <w:b w:val="0"/>
          <w:i w:val="0"/>
          <w:sz w:val="21"/>
        </w:rPr>
        <w:t>两个解为</w:t>
      </w:r>
    </w:p>
    <w:p>
      <w:pPr>
        <w:spacing w:before="0" w:after="80" w:line="300" w:lineRule="auto"/>
        <w:jc w:val="left"/>
      </w:pPr>
      <w:r>
        <w:rPr>
          <w:rFonts w:ascii="Times New Roman" w:hAnsi="Times New Roman" w:eastAsia="宋体"/>
          <w:b w:val="0"/>
          <w:i w:val="0"/>
          <w:sz w:val="21"/>
        </w:rPr>
        <w:t>t=126/5.5≈22.91,</w:t>
      </w:r>
    </w:p>
    <w:p>
      <w:pPr>
        <w:spacing w:before="0" w:after="80" w:line="300" w:lineRule="auto"/>
        <w:jc w:val="left"/>
      </w:pPr>
      <w:r>
        <w:rPr>
          <w:rFonts w:ascii="Times New Roman" w:hAnsi="Times New Roman" w:eastAsia="宋体"/>
          <w:b w:val="0"/>
          <w:i w:val="0"/>
          <w:sz w:val="21"/>
        </w:rPr>
        <w:t>t=294/5.5≈53.45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精确到最近一分钟，两个时刻为 7:23 和 7:53。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 minutes after 7:00, the hour hand is at 210°+0.5t° and the minute hand is at 6t°. Thus</w:t>
      </w:r>
    </w:p>
    <w:p>
      <w:pPr>
        <w:spacing w:before="0" w:after="80" w:line="300" w:lineRule="auto"/>
        <w:jc w:val="left"/>
      </w:pPr>
      <w:r>
        <w:rPr>
          <w:rFonts w:ascii="Times New Roman" w:hAnsi="Times New Roman" w:eastAsia="宋体"/>
          <w:b w:val="0"/>
          <w:i w:val="0"/>
          <w:color w:val="333333"/>
          <w:sz w:val="19"/>
        </w:rPr>
        <w:t>|210-5.5t|=84.</w:t>
      </w:r>
    </w:p>
    <w:p>
      <w:pPr>
        <w:spacing w:before="0" w:after="80" w:line="300" w:lineRule="auto"/>
        <w:jc w:val="left"/>
      </w:pPr>
      <w:r>
        <w:rPr>
          <w:rFonts w:ascii="Times New Roman" w:hAnsi="Times New Roman" w:eastAsia="宋体"/>
          <w:b w:val="0"/>
          <w:i w:val="0"/>
          <w:color w:val="333333"/>
          <w:sz w:val="19"/>
        </w:rPr>
        <w:t>The two solutions are</w:t>
      </w:r>
    </w:p>
    <w:p>
      <w:pPr>
        <w:spacing w:before="0" w:after="80" w:line="300" w:lineRule="auto"/>
        <w:jc w:val="left"/>
      </w:pPr>
      <w:r>
        <w:rPr>
          <w:rFonts w:ascii="Times New Roman" w:hAnsi="Times New Roman" w:eastAsia="宋体"/>
          <w:b w:val="0"/>
          <w:i w:val="0"/>
          <w:color w:val="333333"/>
          <w:sz w:val="19"/>
        </w:rPr>
        <w:t>t=126/5.5≈22.91,</w:t>
      </w:r>
    </w:p>
    <w:p>
      <w:pPr>
        <w:spacing w:before="0" w:after="80" w:line="300" w:lineRule="auto"/>
        <w:jc w:val="left"/>
      </w:pPr>
      <w:r>
        <w:rPr>
          <w:rFonts w:ascii="Times New Roman" w:hAnsi="Times New Roman" w:eastAsia="宋体"/>
          <w:b w:val="0"/>
          <w:i w:val="0"/>
          <w:color w:val="333333"/>
          <w:sz w:val="19"/>
        </w:rPr>
        <w:t>t=294/5.5≈53.45.</w:t>
      </w:r>
    </w:p>
    <w:p>
      <w:pPr>
        <w:spacing w:before="0" w:after="80" w:line="300" w:lineRule="auto"/>
        <w:jc w:val="left"/>
      </w:pPr>
      <w:r>
        <w:rPr>
          <w:rFonts w:ascii="Times New Roman" w:hAnsi="Times New Roman" w:eastAsia="宋体"/>
          <w:b w:val="0"/>
          <w:i w:val="0"/>
          <w:color w:val="333333"/>
          <w:sz w:val="19"/>
        </w:rPr>
        <w:t>To the nearest minute, the times are 7:23 and 7:53.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