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1953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50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一个男孩以 10 美分买 3 个橙子的价格进货，再以 20 美分卖 5 个的价格出售。要获利 $1.00，他必须卖出：</w:t>
      </w:r>
    </w:p>
    <w:p>
      <w:pPr>
        <w:spacing w:before="0" w:after="120" w:line="300" w:lineRule="auto"/>
      </w:pPr>
      <w:r>
        <w:rPr>
          <w:rFonts w:ascii="Times New Roman" w:hAnsi="Times New Roman" w:eastAsia="宋体"/>
          <w:b w:val="0"/>
          <w:i w:val="0"/>
          <w:sz w:val="21"/>
        </w:rPr>
        <w:t>（A）67 个橙子　　（B）150 个橙子　　（C）200 个橙子　　（D）无穷多个橙子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boy buys oranges at 3 for 10 cents. He will sell them at 5 for 20 cents. In order to make a profit of $1.00, he must sell:</w:t>
      </w:r>
    </w:p>
    <w:p>
      <w:pPr>
        <w:spacing w:before="0" w:after="160" w:line="300" w:lineRule="auto"/>
      </w:pPr>
      <w:r>
        <w:rPr>
          <w:rFonts w:ascii="Times New Roman" w:hAnsi="Times New Roman" w:eastAsia="宋体"/>
          <w:b w:val="0"/>
          <w:i w:val="0"/>
          <w:color w:val="333333"/>
          <w:sz w:val="19"/>
        </w:rPr>
        <w:t>(A) 67 oranges　　(B) 150 oranges　　(C) 200 oranges　　(D) an infinite number of oranges　　(E) none of these</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一台标价 $250.00 的冰箱连续打 20% 和 15% 的折扣。冰箱的售价为：</w:t>
      </w:r>
    </w:p>
    <w:p>
      <w:pPr>
        <w:spacing w:before="0" w:after="120" w:line="300" w:lineRule="auto"/>
      </w:pPr>
      <w:r>
        <w:rPr>
          <w:rFonts w:ascii="Times New Roman" w:hAnsi="Times New Roman" w:eastAsia="宋体"/>
          <w:b w:val="0"/>
          <w:i w:val="0"/>
          <w:sz w:val="21"/>
        </w:rPr>
        <w:t>（A）比 $250.00 少 35%　　（B）$250.00 的 65%　　（C）$250.00 的 77%　　（D）$250.00 的 68%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refrigerator is offered for sale at $250.00 less successive discounts of 20% and 15%. The sale price of the refrigerator is:</w:t>
      </w:r>
    </w:p>
    <w:p>
      <w:pPr>
        <w:spacing w:before="0" w:after="160" w:line="300" w:lineRule="auto"/>
      </w:pPr>
      <w:r>
        <w:rPr>
          <w:rFonts w:ascii="Times New Roman" w:hAnsi="Times New Roman" w:eastAsia="宋体"/>
          <w:b w:val="0"/>
          <w:i w:val="0"/>
          <w:color w:val="333333"/>
          <w:sz w:val="19"/>
        </w:rPr>
        <w:t>(A) 35% less than $250.00　　(B) 65% of $250.00　　(C) 77% of $250.00　　(D) 68% of $250.00　　(E) none of these</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表达式 x²+y² 的因式为：</w:t>
      </w:r>
    </w:p>
    <w:p>
      <w:pPr>
        <w:spacing w:before="0" w:after="120" w:line="300" w:lineRule="auto"/>
      </w:pPr>
      <w:r>
        <w:rPr>
          <w:rFonts w:ascii="Times New Roman" w:hAnsi="Times New Roman" w:eastAsia="宋体"/>
          <w:b w:val="0"/>
          <w:i w:val="0"/>
          <w:sz w:val="21"/>
        </w:rPr>
        <w:t>（A）(x+y)(x-y)　　（B）(x+y)²　　（C）(x^(2/3)+y^(2/3))(x^(4/3)+y^(4/3))　　（D）(x+iy)(x-iy)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factors of the expression x²+y² are:</w:t>
      </w:r>
    </w:p>
    <w:p>
      <w:pPr>
        <w:spacing w:before="0" w:after="160" w:line="300" w:lineRule="auto"/>
      </w:pPr>
      <w:r>
        <w:rPr>
          <w:rFonts w:ascii="Times New Roman" w:hAnsi="Times New Roman" w:eastAsia="宋体"/>
          <w:b w:val="0"/>
          <w:i w:val="0"/>
          <w:color w:val="333333"/>
          <w:sz w:val="19"/>
        </w:rPr>
        <w:t>(A) (x+y)(x-y)　　(B) (x+y)²　　(C) (x^(2/3)+y^(2/3))(x^(4/3)+y^(4/3))　　(D) (x+iy)(x-iy)　　(E) none of these</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方程 x(x²+8x+16)(4-x)=0 的根为：</w:t>
      </w:r>
    </w:p>
    <w:p>
      <w:pPr>
        <w:spacing w:before="0" w:after="120" w:line="300" w:lineRule="auto"/>
      </w:pPr>
      <w:r>
        <w:rPr>
          <w:rFonts w:ascii="Times New Roman" w:hAnsi="Times New Roman" w:eastAsia="宋体"/>
          <w:b w:val="0"/>
          <w:i w:val="0"/>
          <w:sz w:val="21"/>
        </w:rPr>
        <w:t>（A）0　　（B）0、4　　（C）0、4、-4　　（D）0、4、-4、-4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x(x²+8x+16)(4-x)=0 are:</w:t>
      </w:r>
    </w:p>
    <w:p>
      <w:pPr>
        <w:spacing w:before="0" w:after="160" w:line="300" w:lineRule="auto"/>
      </w:pPr>
      <w:r>
        <w:rPr>
          <w:rFonts w:ascii="Times New Roman" w:hAnsi="Times New Roman" w:eastAsia="宋体"/>
          <w:b w:val="0"/>
          <w:i w:val="0"/>
          <w:color w:val="333333"/>
          <w:sz w:val="19"/>
        </w:rPr>
        <w:t>(A) 0　　(B) 0, 4　　(C) 0, 4, -4　　(D) 0, 4, -4, -4　　(E) none of these</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若 log₆ x=2.5，则 x 的值为：</w:t>
      </w:r>
    </w:p>
    <w:p>
      <w:pPr>
        <w:spacing w:before="0" w:after="120" w:line="300" w:lineRule="auto"/>
      </w:pPr>
      <w:r>
        <w:rPr>
          <w:rFonts w:ascii="Times New Roman" w:hAnsi="Times New Roman" w:eastAsia="宋体"/>
          <w:b w:val="0"/>
          <w:i w:val="0"/>
          <w:sz w:val="21"/>
        </w:rPr>
        <w:t>（A）90　　（B）36　　（C）36√(6)　　（D）0.5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log₆ x=2.5, the value of x is:</w:t>
      </w:r>
    </w:p>
    <w:p>
      <w:pPr>
        <w:spacing w:before="0" w:after="160" w:line="300" w:lineRule="auto"/>
      </w:pPr>
      <w:r>
        <w:rPr>
          <w:rFonts w:ascii="Times New Roman" w:hAnsi="Times New Roman" w:eastAsia="宋体"/>
          <w:b w:val="0"/>
          <w:i w:val="0"/>
          <w:color w:val="333333"/>
          <w:sz w:val="19"/>
        </w:rPr>
        <w:t>(A) 90　　(B) 36　　(C) 36√(6)　　(D) 0.5　　(E) none of these</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查尔斯有 5q+1 枚二十五美分硬币，理查德有 q+5 枚二十五美分硬币。若以十美分硬币为单位，两人的钱数之差为：</w:t>
      </w:r>
    </w:p>
    <w:p>
      <w:pPr>
        <w:spacing w:before="0" w:after="120" w:line="300" w:lineRule="auto"/>
      </w:pPr>
      <w:r>
        <w:rPr>
          <w:rFonts w:ascii="Times New Roman" w:hAnsi="Times New Roman" w:eastAsia="宋体"/>
          <w:b w:val="0"/>
          <w:i w:val="0"/>
          <w:sz w:val="21"/>
        </w:rPr>
        <w:t>（A）10(q-1)　　（B）2/5(4q-4)　　（C）2/5(q-1)　　（D）5/2(q-1)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Charles has 5q+1 quarters and Richard has q+5 quarters. The difference in their money in dimes is:</w:t>
      </w:r>
    </w:p>
    <w:p>
      <w:pPr>
        <w:spacing w:before="0" w:after="160" w:line="300" w:lineRule="auto"/>
      </w:pPr>
      <w:r>
        <w:rPr>
          <w:rFonts w:ascii="Times New Roman" w:hAnsi="Times New Roman" w:eastAsia="宋体"/>
          <w:b w:val="0"/>
          <w:i w:val="0"/>
          <w:color w:val="333333"/>
          <w:sz w:val="19"/>
        </w:rPr>
        <w:t>(A) 10(q-1)　　(B) 2/5(4q-4)　　(C) 2/5(q-1)　　(D) 5/2(q-1)　　(E) none of these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分式</w:t>
      </w:r>
    </w:p>
    <w:p>
      <w:pPr>
        <w:spacing w:before="0" w:after="80" w:line="300" w:lineRule="auto"/>
        <w:jc w:val="left"/>
      </w:pPr>
      <w:r>
        <w:rPr>
          <w:rFonts w:ascii="Times New Roman" w:hAnsi="Times New Roman" w:eastAsia="宋体"/>
          <w:b w:val="0"/>
          <w:i w:val="0"/>
          <w:sz w:val="21"/>
        </w:rPr>
        <w:t>(√(a²+x²)-x²-a²/(√(a²+x²)))/a²+x²</w:t>
      </w:r>
    </w:p>
    <w:p>
      <w:pPr>
        <w:spacing w:before="0" w:after="80" w:line="300" w:lineRule="auto"/>
        <w:jc w:val="left"/>
      </w:pPr>
      <w:r>
        <w:rPr>
          <w:rFonts w:ascii="Times New Roman" w:hAnsi="Times New Roman" w:eastAsia="宋体"/>
          <w:b w:val="0"/>
          <w:i w:val="0"/>
          <w:sz w:val="21"/>
        </w:rPr>
        <w:t>化简为：</w:t>
      </w:r>
    </w:p>
    <w:p>
      <w:pPr>
        <w:spacing w:before="0" w:after="120" w:line="300" w:lineRule="auto"/>
      </w:pPr>
      <w:r>
        <w:rPr>
          <w:rFonts w:ascii="Times New Roman" w:hAnsi="Times New Roman" w:eastAsia="宋体"/>
          <w:b w:val="0"/>
          <w:i w:val="0"/>
          <w:sz w:val="21"/>
        </w:rPr>
        <w:t>（A）0　　（B）2a²/a²+x²　　（C）2x²/((a²+x²)^(3/2))　　（D）2a²/((a²+x²)^(3/2))　　（E）2x²/a²+x²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fraction</w:t>
      </w:r>
    </w:p>
    <w:p>
      <w:pPr>
        <w:spacing w:before="0" w:after="80" w:line="300" w:lineRule="auto"/>
        <w:jc w:val="left"/>
      </w:pPr>
      <w:r>
        <w:rPr>
          <w:rFonts w:ascii="Times New Roman" w:hAnsi="Times New Roman" w:eastAsia="宋体"/>
          <w:b w:val="0"/>
          <w:i w:val="0"/>
          <w:color w:val="333333"/>
          <w:sz w:val="19"/>
        </w:rPr>
        <w:t>(√(a²+x²)-x²-a²/(√(a²+x²)))/a²+x²</w:t>
      </w:r>
    </w:p>
    <w:p>
      <w:pPr>
        <w:spacing w:before="0" w:after="80" w:line="300" w:lineRule="auto"/>
        <w:jc w:val="left"/>
      </w:pPr>
      <w:r>
        <w:rPr>
          <w:rFonts w:ascii="Times New Roman" w:hAnsi="Times New Roman" w:eastAsia="宋体"/>
          <w:b w:val="0"/>
          <w:i w:val="0"/>
          <w:color w:val="333333"/>
          <w:sz w:val="19"/>
        </w:rPr>
        <w:t>reduces to:</w:t>
      </w:r>
    </w:p>
    <w:p>
      <w:pPr>
        <w:spacing w:before="0" w:after="160" w:line="300" w:lineRule="auto"/>
      </w:pPr>
      <w:r>
        <w:rPr>
          <w:rFonts w:ascii="Times New Roman" w:hAnsi="Times New Roman" w:eastAsia="宋体"/>
          <w:b w:val="0"/>
          <w:i w:val="0"/>
          <w:color w:val="333333"/>
          <w:sz w:val="19"/>
        </w:rPr>
        <w:t>(A) 0　　(B) 2a²/a²+x²　　(C) 2x²/((a²+x²)^(3/2))　　(D) 2a²/((a²+x²)^(3/2))　　(E) 2x²/a²+x²</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曲线 y=8/x²+4 与直线 x+y=2 的交点的 x 坐标为：</w:t>
      </w:r>
    </w:p>
    <w:p>
      <w:pPr>
        <w:spacing w:before="0" w:after="120" w:line="300" w:lineRule="auto"/>
      </w:pPr>
      <w:r>
        <w:rPr>
          <w:rFonts w:ascii="Times New Roman" w:hAnsi="Times New Roman" w:eastAsia="宋体"/>
          <w:b w:val="0"/>
          <w:i w:val="0"/>
          <w:sz w:val="21"/>
        </w:rPr>
        <w:t>（A）-2+√(5)　　（B）-2-√(5)　　（C）0　　（D）2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x at the intersection of y=8/x²+4 and x+y=2 is:</w:t>
      </w:r>
    </w:p>
    <w:p>
      <w:pPr>
        <w:spacing w:before="0" w:after="160" w:line="300" w:lineRule="auto"/>
      </w:pPr>
      <w:r>
        <w:rPr>
          <w:rFonts w:ascii="Times New Roman" w:hAnsi="Times New Roman" w:eastAsia="宋体"/>
          <w:b w:val="0"/>
          <w:i w:val="0"/>
          <w:color w:val="333333"/>
          <w:sz w:val="19"/>
        </w:rPr>
        <w:t>(A) -2+√(5)　　(B) -2-√(5)　　(C) 0　　(D) 2　　(E) none of these</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要把 9 盎司、酒精含量为 50% 的剃须水稀释成酒精含量为 30% 的剃须水，需要加入的水为：</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ounces of water needed to reduce 9 ounces of shaving lotion containing 50% alcohol to a lotion containing 30% alcohol is:</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一个圆心固定、外径为 6 英尺的车轮，要使轮缘上的一点移动一英里，车轮需要转动的圈数为：</w:t>
      </w:r>
    </w:p>
    <w:p>
      <w:pPr>
        <w:spacing w:before="0" w:after="120" w:line="300" w:lineRule="auto"/>
      </w:pPr>
      <w:r>
        <w:rPr>
          <w:rFonts w:ascii="Times New Roman" w:hAnsi="Times New Roman" w:eastAsia="宋体"/>
          <w:b w:val="0"/>
          <w:i w:val="0"/>
          <w:sz w:val="21"/>
        </w:rPr>
        <w:t>（A）880　　（B）440/π　　（C）880/π　　（D）440π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revolutions of a wheel, with fixed center and with an outside diameter of 6 feet, required to cause a point on the rim to go one mile is:</w:t>
      </w:r>
    </w:p>
    <w:p>
      <w:pPr>
        <w:spacing w:before="0" w:after="160" w:line="300" w:lineRule="auto"/>
      </w:pPr>
      <w:r>
        <w:rPr>
          <w:rFonts w:ascii="Times New Roman" w:hAnsi="Times New Roman" w:eastAsia="宋体"/>
          <w:b w:val="0"/>
          <w:i w:val="0"/>
          <w:color w:val="333333"/>
          <w:sz w:val="19"/>
        </w:rPr>
        <w:t>(A) 880　　(B) 440/π　　(C) 880/π　　(D) 440π　　(E) none of these</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一条跑道是由两个同心圆围成的圆环，宽 10 英尺。两圆的周长之差约为：</w:t>
      </w:r>
    </w:p>
    <w:p>
      <w:pPr>
        <w:spacing w:before="0" w:after="120" w:line="300" w:lineRule="auto"/>
      </w:pPr>
      <w:r>
        <w:rPr>
          <w:rFonts w:ascii="Times New Roman" w:hAnsi="Times New Roman" w:eastAsia="宋体"/>
          <w:b w:val="0"/>
          <w:i w:val="0"/>
          <w:sz w:val="21"/>
        </w:rPr>
        <w:t>（A）10 英尺　　（B）30 英尺　　（C）60 英尺　　（D）100 英尺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running track is the ring formed by two concentric circles. It is 10 feet wide. The circumferences of the two circles differ by about:</w:t>
      </w:r>
    </w:p>
    <w:p>
      <w:pPr>
        <w:spacing w:before="0" w:after="160" w:line="300" w:lineRule="auto"/>
      </w:pPr>
      <w:r>
        <w:rPr>
          <w:rFonts w:ascii="Times New Roman" w:hAnsi="Times New Roman" w:eastAsia="宋体"/>
          <w:b w:val="0"/>
          <w:i w:val="0"/>
          <w:color w:val="333333"/>
          <w:sz w:val="19"/>
        </w:rPr>
        <w:t>(A) 10 feet　　(B) 30 feet　　(C) 60 feet　　(D) 100 feet　　(E) none of these</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两个圆的直径分别为 8 英寸和 12 英寸。较小圆与较大圆的面积之比为：</w:t>
      </w:r>
    </w:p>
    <w:p>
      <w:pPr>
        <w:spacing w:before="0" w:after="120" w:line="300" w:lineRule="auto"/>
      </w:pPr>
      <w:r>
        <w:rPr>
          <w:rFonts w:ascii="Times New Roman" w:hAnsi="Times New Roman" w:eastAsia="宋体"/>
          <w:b w:val="0"/>
          <w:i w:val="0"/>
          <w:sz w:val="21"/>
        </w:rPr>
        <w:t>（A）2/3　　（B）4/9　　（C）9/4　　（D）1/2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diameters of two circles are 8 inches and 12 inches respectively. The ratio of the area of the smaller to the area of the larger circle is:</w:t>
      </w:r>
    </w:p>
    <w:p>
      <w:pPr>
        <w:spacing w:before="0" w:after="160" w:line="300" w:lineRule="auto"/>
      </w:pPr>
      <w:r>
        <w:rPr>
          <w:rFonts w:ascii="Times New Roman" w:hAnsi="Times New Roman" w:eastAsia="宋体"/>
          <w:b w:val="0"/>
          <w:i w:val="0"/>
          <w:color w:val="333333"/>
          <w:sz w:val="19"/>
        </w:rPr>
        <w:t>(A) 2/3　　(B) 4/9　　(C) 9/4　　(D) 1/2　　(E) none of these</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一个三角形与一个梯形面积相等，高也相等。若三角形的底边长为 18 英寸，则梯形的中位线长为：</w:t>
      </w:r>
    </w:p>
    <w:p>
      <w:pPr>
        <w:spacing w:before="0" w:after="120" w:line="300" w:lineRule="auto"/>
      </w:pPr>
      <w:r>
        <w:rPr>
          <w:rFonts w:ascii="Times New Roman" w:hAnsi="Times New Roman" w:eastAsia="宋体"/>
          <w:b w:val="0"/>
          <w:i w:val="0"/>
          <w:sz w:val="21"/>
        </w:rPr>
        <w:t>（A）36 英寸　　（B）9 英寸　　（C）18 英寸　　（D）无法由这些数据求出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and a trapezoid are equal in area. They also have the same altitude. If the base of the triangle is 18 inches, the median of the trapezoid is:</w:t>
      </w:r>
    </w:p>
    <w:p>
      <w:pPr>
        <w:spacing w:before="0" w:after="160" w:line="300" w:lineRule="auto"/>
      </w:pPr>
      <w:r>
        <w:rPr>
          <w:rFonts w:ascii="Times New Roman" w:hAnsi="Times New Roman" w:eastAsia="宋体"/>
          <w:b w:val="0"/>
          <w:i w:val="0"/>
          <w:color w:val="333333"/>
          <w:sz w:val="19"/>
        </w:rPr>
        <w:t>(A) 36 inches　　(B) 9 inches　　(C) 18 inches　　(D) not obtainable from these data　　(E) none of these</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两个圆中，较大圆的圆心为 P，半径为 p；较小圆的圆心为 Q，半径为 q。连接 PQ。下列哪个说法是错误的？</w:t>
      </w:r>
    </w:p>
    <w:p>
      <w:pPr>
        <w:spacing w:before="0" w:after="120" w:line="300" w:lineRule="auto"/>
      </w:pPr>
      <w:r>
        <w:rPr>
          <w:rFonts w:ascii="Times New Roman" w:hAnsi="Times New Roman" w:eastAsia="宋体"/>
          <w:b w:val="0"/>
          <w:i w:val="0"/>
          <w:sz w:val="21"/>
        </w:rPr>
        <w:t>（A）p-q 可以等于 PQ　　（B）p+q 可以等于 PQ　　（C）p+q 可以小于 PQ　　（D）p-q 可以小于 PQ　　（E）以上说法均非错误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larger of two circles with center P and radius p and the smaller with center Q and radius q. Draw PQ. Which of the following statements is false?</w:t>
      </w:r>
    </w:p>
    <w:p>
      <w:pPr>
        <w:spacing w:before="0" w:after="160" w:line="300" w:lineRule="auto"/>
      </w:pPr>
      <w:r>
        <w:rPr>
          <w:rFonts w:ascii="Times New Roman" w:hAnsi="Times New Roman" w:eastAsia="宋体"/>
          <w:b w:val="0"/>
          <w:i w:val="0"/>
          <w:color w:val="333333"/>
          <w:sz w:val="19"/>
        </w:rPr>
        <w:t>(A) p-q can be equal to PQ　　(B) p+q can be equal to PQ　　(C) p+q can be less than PQ　　(D) p-q can be less than PQ　　(E) none of these</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从一块正方形金属片中切出尽可能大的圆形金属片，再从该圆形金属片中切出尽可能大的正方形金属片。总共浪费的金属面积为：</w:t>
      </w:r>
    </w:p>
    <w:p>
      <w:pPr>
        <w:spacing w:before="0" w:after="120" w:line="300" w:lineRule="auto"/>
      </w:pPr>
      <w:r>
        <w:rPr>
          <w:rFonts w:ascii="Times New Roman" w:hAnsi="Times New Roman" w:eastAsia="宋体"/>
          <w:b w:val="0"/>
          <w:i w:val="0"/>
          <w:sz w:val="21"/>
        </w:rPr>
        <w:t>（A）原正方形面积的 1/4　　（B）原正方形面积的 1/2　　（C）圆形金属片面积的 1/2　　（D）圆形金属片面积的 1/4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circular piece of metal of maximum size is cut out of a square piece and then a square piece of maximum size is cut out of the circular piece. The total amount of metal wasted is:</w:t>
      </w:r>
    </w:p>
    <w:p>
      <w:pPr>
        <w:spacing w:before="0" w:after="160" w:line="300" w:lineRule="auto"/>
      </w:pPr>
      <w:r>
        <w:rPr>
          <w:rFonts w:ascii="Times New Roman" w:hAnsi="Times New Roman" w:eastAsia="宋体"/>
          <w:b w:val="0"/>
          <w:i w:val="0"/>
          <w:color w:val="333333"/>
          <w:sz w:val="19"/>
        </w:rPr>
        <w:t>(A) 1/4 the area of the original square　　(B) 1/2 the area of the original</w:t>
        <w:br/>
        <w:t>square　　(C) 1/2 the area of the circular piece　　(D) 1/4 the area of the circular piece　　(E) none of these</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亚当斯计划让一件商品的利润占售价的 10%，而费用占销售额的 15%。一件售价为 $5.00 的商品，其加价率为：</w:t>
      </w:r>
    </w:p>
    <w:p>
      <w:pPr>
        <w:spacing w:before="0" w:after="120" w:line="300" w:lineRule="auto"/>
      </w:pPr>
      <w:r>
        <w:rPr>
          <w:rFonts w:ascii="Times New Roman" w:hAnsi="Times New Roman" w:eastAsia="宋体"/>
          <w:b w:val="0"/>
          <w:i w:val="0"/>
          <w:sz w:val="21"/>
        </w:rPr>
        <w:t>（A）20%　　（B）25%　　（C）30%　　（D）331/3%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Adams plans a profit of 10% on the selling price of an article and his expenses are 15% of sales. The rate of mark-up on an article that sells for $5.00 is:</w:t>
      </w:r>
    </w:p>
    <w:p>
      <w:pPr>
        <w:spacing w:before="0" w:after="160" w:line="300" w:lineRule="auto"/>
      </w:pPr>
      <w:r>
        <w:rPr>
          <w:rFonts w:ascii="Times New Roman" w:hAnsi="Times New Roman" w:eastAsia="宋体"/>
          <w:b w:val="0"/>
          <w:i w:val="0"/>
          <w:color w:val="333333"/>
          <w:sz w:val="19"/>
        </w:rPr>
        <w:t>(A) 20%　　(B) 25%　　(C) 30%　　(D) 331/3%　　(E) 35%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一个人把 $4500 的一部分按 4% 的利率投资，其余部分按 6% 的利率投资。若两笔投资的年收益相同，则这 $4500 的平均利率为：</w:t>
      </w:r>
    </w:p>
    <w:p>
      <w:pPr>
        <w:spacing w:before="0" w:after="120" w:line="300" w:lineRule="auto"/>
      </w:pPr>
      <w:r>
        <w:rPr>
          <w:rFonts w:ascii="Times New Roman" w:hAnsi="Times New Roman" w:eastAsia="宋体"/>
          <w:b w:val="0"/>
          <w:i w:val="0"/>
          <w:sz w:val="21"/>
        </w:rPr>
        <w:t>（A）5%　　（B）4.8%　　（C）5.2%　　（D）4.6%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man has part of $4500 invested at 4% and the rest at 6%. If his annual return on each investment is the same, the average rate of interest which he realizes on the $4500 is:</w:t>
      </w:r>
    </w:p>
    <w:p>
      <w:pPr>
        <w:spacing w:before="0" w:after="160" w:line="300" w:lineRule="auto"/>
      </w:pPr>
      <w:r>
        <w:rPr>
          <w:rFonts w:ascii="Times New Roman" w:hAnsi="Times New Roman" w:eastAsia="宋体"/>
          <w:b w:val="0"/>
          <w:i w:val="0"/>
          <w:color w:val="333333"/>
          <w:sz w:val="19"/>
        </w:rPr>
        <w:t>(A) 5%　　(B) 4.8%　　(C) 5.2%　　(D) 4.6%　　(E) none of these</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x⁴+4 的一个因式为：</w:t>
      </w:r>
    </w:p>
    <w:p>
      <w:pPr>
        <w:spacing w:before="0" w:after="120" w:line="300" w:lineRule="auto"/>
      </w:pPr>
      <w:r>
        <w:rPr>
          <w:rFonts w:ascii="Times New Roman" w:hAnsi="Times New Roman" w:eastAsia="宋体"/>
          <w:b w:val="0"/>
          <w:i w:val="0"/>
          <w:sz w:val="21"/>
        </w:rPr>
        <w:t>（A）x²+2　　（B）x+1　　（C）x²-2x+2　　（D）x²-4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of the factors of x⁴+4 is:</w:t>
      </w:r>
    </w:p>
    <w:p>
      <w:pPr>
        <w:spacing w:before="0" w:after="160" w:line="300" w:lineRule="auto"/>
      </w:pPr>
      <w:r>
        <w:rPr>
          <w:rFonts w:ascii="Times New Roman" w:hAnsi="Times New Roman" w:eastAsia="宋体"/>
          <w:b w:val="0"/>
          <w:i w:val="0"/>
          <w:color w:val="333333"/>
          <w:sz w:val="19"/>
        </w:rPr>
        <w:t>(A) x²+2　　(B) x+1　　(C) x²-2x+2　　(D) x²-4　　(E) none of these</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在表达式 xy² 中，x 和 y 的值都减少 25%，则该表达式的值：</w:t>
      </w:r>
    </w:p>
    <w:p>
      <w:pPr>
        <w:spacing w:before="0" w:after="120" w:line="300" w:lineRule="auto"/>
      </w:pPr>
      <w:r>
        <w:rPr>
          <w:rFonts w:ascii="Times New Roman" w:hAnsi="Times New Roman" w:eastAsia="宋体"/>
          <w:b w:val="0"/>
          <w:i w:val="0"/>
          <w:sz w:val="21"/>
        </w:rPr>
        <w:t>（A）减少 50%　　（B）减少 75%　　（C）减少原值的 37/64　　（D）减少原值的 27/64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expression xy², the values of x and y are each decreased 25%; the value of the expression is:</w:t>
      </w:r>
    </w:p>
    <w:p>
      <w:pPr>
        <w:spacing w:before="0" w:after="160" w:line="300" w:lineRule="auto"/>
      </w:pPr>
      <w:r>
        <w:rPr>
          <w:rFonts w:ascii="Times New Roman" w:hAnsi="Times New Roman" w:eastAsia="宋体"/>
          <w:b w:val="0"/>
          <w:i w:val="0"/>
          <w:color w:val="333333"/>
          <w:sz w:val="19"/>
        </w:rPr>
        <w:t>(A) decreased 50%　　(B) decreased 75%　　(C) decreased 37/64 of its value　　(D) decreased 27/64 of its value　　(E) none of these</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若 y=x+1/x，则 x⁴+x³-4x²+x+1=0 可化为：</w:t>
      </w:r>
    </w:p>
    <w:p>
      <w:pPr>
        <w:spacing w:before="0" w:after="120" w:line="300" w:lineRule="auto"/>
      </w:pPr>
      <w:r>
        <w:rPr>
          <w:rFonts w:ascii="Times New Roman" w:hAnsi="Times New Roman" w:eastAsia="宋体"/>
          <w:b w:val="0"/>
          <w:i w:val="0"/>
          <w:sz w:val="21"/>
        </w:rPr>
        <w:t>（A）x²(y²+y-2)=0　　（B）x²(y²+y-3)=0　　（C）x²(y²+y-4)=0　　（D）x²(y²+y-6)=0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y=x+1/x, then x⁴+x³-4x²+x+1=0 becomes:</w:t>
      </w:r>
    </w:p>
    <w:p>
      <w:pPr>
        <w:spacing w:before="0" w:after="160" w:line="300" w:lineRule="auto"/>
      </w:pPr>
      <w:r>
        <w:rPr>
          <w:rFonts w:ascii="Times New Roman" w:hAnsi="Times New Roman" w:eastAsia="宋体"/>
          <w:b w:val="0"/>
          <w:i w:val="0"/>
          <w:color w:val="333333"/>
          <w:sz w:val="19"/>
        </w:rPr>
        <w:t>(A) x²(y²+y-2)=0　　(B) x²(y²+y-3)=0　　(C) x²(y²+y-4)=0　　(D) x²(y²+y-6)=0　　(E) none of these</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若 log₁₀(x²-3x+6)=1，则 x 的值为：</w:t>
      </w:r>
    </w:p>
    <w:p>
      <w:pPr>
        <w:spacing w:before="0" w:after="120" w:line="300" w:lineRule="auto"/>
      </w:pPr>
      <w:r>
        <w:rPr>
          <w:rFonts w:ascii="Times New Roman" w:hAnsi="Times New Roman" w:eastAsia="宋体"/>
          <w:b w:val="0"/>
          <w:i w:val="0"/>
          <w:sz w:val="21"/>
        </w:rPr>
        <w:t>（A）10 或 2　　（B）4 或 -2　　（C）3 或 -1　　（D）4 或 -1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log₁₀(x²-3x+6)=1, the value of x is:</w:t>
      </w:r>
    </w:p>
    <w:p>
      <w:pPr>
        <w:spacing w:before="0" w:after="160" w:line="300" w:lineRule="auto"/>
      </w:pPr>
      <w:r>
        <w:rPr>
          <w:rFonts w:ascii="Times New Roman" w:hAnsi="Times New Roman" w:eastAsia="宋体"/>
          <w:b w:val="0"/>
          <w:i w:val="0"/>
          <w:color w:val="333333"/>
          <w:sz w:val="19"/>
        </w:rPr>
        <w:t>(A) 10 or 2　　(B) 4 or -2　　(C) 3 or -1　　(D) 4 or -1　　(E) none of these</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27⁴√(9)³√(9) 以 3 为底的对数为：</w:t>
      </w:r>
    </w:p>
    <w:p>
      <w:pPr>
        <w:spacing w:before="0" w:after="120" w:line="300" w:lineRule="auto"/>
      </w:pPr>
      <w:r>
        <w:rPr>
          <w:rFonts w:ascii="Times New Roman" w:hAnsi="Times New Roman" w:eastAsia="宋体"/>
          <w:b w:val="0"/>
          <w:i w:val="0"/>
          <w:sz w:val="21"/>
        </w:rPr>
        <w:t>（A）81/2　　（B）41/6　　（C）5　　（D）3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logarithm of 27⁴√(9)³√(9) to the base 3 is:</w:t>
      </w:r>
    </w:p>
    <w:p>
      <w:pPr>
        <w:spacing w:before="0" w:after="160" w:line="300" w:lineRule="auto"/>
      </w:pPr>
      <w:r>
        <w:rPr>
          <w:rFonts w:ascii="Times New Roman" w:hAnsi="Times New Roman" w:eastAsia="宋体"/>
          <w:b w:val="0"/>
          <w:i w:val="0"/>
          <w:color w:val="333333"/>
          <w:sz w:val="19"/>
        </w:rPr>
        <w:t>(A) 81/2　　(B) 41/6　　(C) 5　　(D) 3　　(E) none of these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方程 √(x+10)-6/(√(x+10))=5 有：</w:t>
      </w:r>
    </w:p>
    <w:p>
      <w:pPr>
        <w:spacing w:before="0" w:after="120" w:line="300" w:lineRule="auto"/>
      </w:pPr>
      <w:r>
        <w:rPr>
          <w:rFonts w:ascii="Times New Roman" w:hAnsi="Times New Roman" w:eastAsia="宋体"/>
          <w:b w:val="0"/>
          <w:i w:val="0"/>
          <w:sz w:val="21"/>
        </w:rPr>
        <w:t>（A）一个介于 -5 与 -1 之间的增根　　（B）一个介于 -10 与 -6 之间的增根　　（C）一个介于 20 与 25 之间的真根　　（D）两个真根　　（E）两个增根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√(x+10)-6/(√(x+10))=5 has:</w:t>
      </w:r>
    </w:p>
    <w:p>
      <w:pPr>
        <w:spacing w:before="0" w:after="160" w:line="300" w:lineRule="auto"/>
      </w:pPr>
      <w:r>
        <w:rPr>
          <w:rFonts w:ascii="Times New Roman" w:hAnsi="Times New Roman" w:eastAsia="宋体"/>
          <w:b w:val="0"/>
          <w:i w:val="0"/>
          <w:color w:val="333333"/>
          <w:sz w:val="19"/>
        </w:rPr>
        <w:t>(A) an extraneous root between -5 and -1　　(B) an extraneous root between -10 and</w:t>
        <w:br/>
        <w:t>-6　　(C) a true root between 20 and 25　　(D) two true roots　　(E) two extraneous roots</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若 a、b 和 c 是小于 10 的正整数，则在下列哪个条件下，(10a+b)(10a+c) 等于 100a(a+1)+bc：</w:t>
      </w:r>
    </w:p>
    <w:p>
      <w:pPr>
        <w:spacing w:before="0" w:after="120" w:line="300" w:lineRule="auto"/>
      </w:pPr>
      <w:r>
        <w:rPr>
          <w:rFonts w:ascii="Times New Roman" w:hAnsi="Times New Roman" w:eastAsia="宋体"/>
          <w:b w:val="0"/>
          <w:i w:val="0"/>
          <w:sz w:val="21"/>
        </w:rPr>
        <w:t>（A）b+c=10　　（B）b=c　　（C）a+b=10　　（D）a=b　　（E）a+b+c=10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and c are positive integers less than 10, then (10a+b)(10a+c) equals 100a(a+1)+bc if:</w:t>
      </w:r>
    </w:p>
    <w:p>
      <w:pPr>
        <w:spacing w:before="0" w:after="160" w:line="300" w:lineRule="auto"/>
      </w:pPr>
      <w:r>
        <w:rPr>
          <w:rFonts w:ascii="Times New Roman" w:hAnsi="Times New Roman" w:eastAsia="宋体"/>
          <w:b w:val="0"/>
          <w:i w:val="0"/>
          <w:color w:val="333333"/>
          <w:sz w:val="19"/>
        </w:rPr>
        <w:t>(A) b+c=10　　(B) b=c　　(C) a+b=10　　(D) a=b　　(E) a+b+c=10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一个各项均为正数的等比数列中，每一项都等于它后面两项之和。则公比为：</w:t>
      </w:r>
    </w:p>
    <w:p>
      <w:pPr>
        <w:spacing w:before="0" w:after="120" w:line="300" w:lineRule="auto"/>
      </w:pPr>
      <w:r>
        <w:rPr>
          <w:rFonts w:ascii="Times New Roman" w:hAnsi="Times New Roman" w:eastAsia="宋体"/>
          <w:b w:val="0"/>
          <w:i w:val="0"/>
          <w:sz w:val="21"/>
        </w:rPr>
        <w:t>（A）1　　（B）约为 (√(5))/2　　（C）(√(5)-1)/2　　（D）(1-√(5))/2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geometric progression whose terms are positive, any term is equal to the sum of the next two following terms. Then the common ratio is:</w:t>
      </w:r>
    </w:p>
    <w:p>
      <w:pPr>
        <w:spacing w:before="0" w:after="160" w:line="300" w:lineRule="auto"/>
      </w:pPr>
      <w:r>
        <w:rPr>
          <w:rFonts w:ascii="Times New Roman" w:hAnsi="Times New Roman" w:eastAsia="宋体"/>
          <w:b w:val="0"/>
          <w:i w:val="0"/>
          <w:color w:val="333333"/>
          <w:sz w:val="19"/>
        </w:rPr>
        <w:t>(A) 1　　(B) about (√(5))/2　　(C) (√(5)-1)/2　　(D) (1-√(5))/2　　(E) 2/(√(5))</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一个三角形的底边长为 15 英寸。在三角形内画两条平行于底边、端点在另两边上的线段，将三角形分成三个面积相等的部分。较靠近底边的平行线段长为：</w:t>
      </w:r>
    </w:p>
    <w:p>
      <w:pPr>
        <w:spacing w:before="0" w:after="120" w:line="300" w:lineRule="auto"/>
      </w:pPr>
      <w:r>
        <w:rPr>
          <w:rFonts w:ascii="Times New Roman" w:hAnsi="Times New Roman" w:eastAsia="宋体"/>
          <w:b w:val="0"/>
          <w:i w:val="0"/>
          <w:sz w:val="21"/>
        </w:rPr>
        <w:t>（A）5√(6) 英寸　　（B）10 英寸　　（C）4√(3) 英寸　　（D）7.5 英寸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of a triangle is 15 inches. Two lines are drawn parallel to the base, terminating in the other two sides, and dividing the triangle into three equal areas. The length of the parallel closer to the base is:</w:t>
      </w:r>
    </w:p>
    <w:p>
      <w:pPr>
        <w:spacing w:before="0" w:after="160" w:line="300" w:lineRule="auto"/>
      </w:pPr>
      <w:r>
        <w:rPr>
          <w:rFonts w:ascii="Times New Roman" w:hAnsi="Times New Roman" w:eastAsia="宋体"/>
          <w:b w:val="0"/>
          <w:i w:val="0"/>
          <w:color w:val="333333"/>
          <w:sz w:val="19"/>
        </w:rPr>
        <w:t>(A) 5√(6) inches　　(B) 10 inches　　(C) 4√(3) inches　　(D) 7.5 inches　　(E) none of these</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第一个圆的半径为 1 英寸，第二个为 1/2 英寸，第三个为 1/4 英寸，如此无限继续。所有圆的面积之和为：</w:t>
      </w:r>
    </w:p>
    <w:p>
      <w:pPr>
        <w:spacing w:before="0" w:after="120" w:line="300" w:lineRule="auto"/>
      </w:pPr>
      <w:r>
        <w:rPr>
          <w:rFonts w:ascii="Times New Roman" w:hAnsi="Times New Roman" w:eastAsia="宋体"/>
          <w:b w:val="0"/>
          <w:i w:val="0"/>
          <w:sz w:val="21"/>
        </w:rPr>
        <w:t>（A）3π/4　　（B）1.3π　　（C）2π　　（D）4π/3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radius of the first circle is 1 inch, that of the second 1/2 inch, that of the third 1/4 inch and so on indefinitely. The sum of the areas of the circles is:</w:t>
      </w:r>
    </w:p>
    <w:p>
      <w:pPr>
        <w:spacing w:before="0" w:after="160" w:line="300" w:lineRule="auto"/>
      </w:pPr>
      <w:r>
        <w:rPr>
          <w:rFonts w:ascii="Times New Roman" w:hAnsi="Times New Roman" w:eastAsia="宋体"/>
          <w:b w:val="0"/>
          <w:i w:val="0"/>
          <w:color w:val="333333"/>
          <w:sz w:val="19"/>
        </w:rPr>
        <w:t>(A) 3π/4　　(B) 1.3π　　(C) 2π　　(D) 4π/3　　(E) none of these</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在三角形 ABC 中，边 a、b 和 c 分别与角 A、B 和 C 相对。AD 平分角 A，并与 BC 交于 D。若 x=CD 且 y=BD，则正确的比例式为：</w:t>
      </w:r>
    </w:p>
    <w:p>
      <w:pPr>
        <w:spacing w:before="0" w:after="120" w:line="300" w:lineRule="auto"/>
      </w:pPr>
      <w:r>
        <w:rPr>
          <w:rFonts w:ascii="Times New Roman" w:hAnsi="Times New Roman" w:eastAsia="宋体"/>
          <w:b w:val="0"/>
          <w:i w:val="0"/>
          <w:sz w:val="21"/>
        </w:rPr>
        <w:t>（A）x/a=a/b+c　　（B）x/b=a/a+c　　（C）y/c=c/b+c　　（D）y/c=a/b+c　　（E）x/y=c/b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sides a, b and c are opposite angles A, B and C respectively. AD bisects angle A and meets BC at D. Then if x=CD and y=BD the correct proportion is:</w:t>
      </w:r>
    </w:p>
    <w:p>
      <w:pPr>
        <w:spacing w:before="0" w:after="160" w:line="300" w:lineRule="auto"/>
      </w:pPr>
      <w:r>
        <w:rPr>
          <w:rFonts w:ascii="Times New Roman" w:hAnsi="Times New Roman" w:eastAsia="宋体"/>
          <w:b w:val="0"/>
          <w:i w:val="0"/>
          <w:color w:val="333333"/>
          <w:sz w:val="19"/>
        </w:rPr>
        <w:t>(A) x/a=a/b+c　　(B) x/b=a/a+c　　(C) y/c=c/b+c　　(D) y/c=a/b+c　　(E) x/y=c/b</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一个正方形的计算面积为 1.1025 平方英寸，精确到万分之一平方英寸。该正方形边长的测量值有多少位有效数字？</w:t>
      </w:r>
    </w:p>
    <w:p>
      <w:pPr>
        <w:spacing w:before="0" w:after="120" w:line="300" w:lineRule="auto"/>
      </w:pPr>
      <w:r>
        <w:rPr>
          <w:rFonts w:ascii="Times New Roman" w:hAnsi="Times New Roman" w:eastAsia="宋体"/>
          <w:b w:val="0"/>
          <w:i w:val="0"/>
          <w:sz w:val="21"/>
        </w:rPr>
        <w:t>（A）2　　（B）3　　（C）4　　（D）5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significant digits in the measurement of the side of a square whose computed area is 1.1025 square inches to the nearest ten-thousandth of a square inch is:</w:t>
      </w:r>
    </w:p>
    <w:p>
      <w:pPr>
        <w:spacing w:before="0" w:after="160" w:line="300" w:lineRule="auto"/>
      </w:pPr>
      <w:r>
        <w:rPr>
          <w:rFonts w:ascii="Times New Roman" w:hAnsi="Times New Roman" w:eastAsia="宋体"/>
          <w:b w:val="0"/>
          <w:i w:val="0"/>
          <w:color w:val="333333"/>
          <w:sz w:val="19"/>
        </w:rPr>
        <w:t>(A) 2　　(B) 3　　(C) 4　　(D) 5　　(E) 1</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A 先生将一栋价值 $9000 的房屋以亏损 10% 的价格卖给 B 先生。随后 B 先生以获利 10% 的价格把房屋卖回给 A 先生。这两笔交易的结果是：</w:t>
      </w:r>
    </w:p>
    <w:p>
      <w:pPr>
        <w:spacing w:before="0" w:after="120" w:line="300" w:lineRule="auto"/>
      </w:pPr>
      <w:r>
        <w:rPr>
          <w:rFonts w:ascii="Times New Roman" w:hAnsi="Times New Roman" w:eastAsia="宋体"/>
          <w:b w:val="0"/>
          <w:i w:val="0"/>
          <w:sz w:val="21"/>
        </w:rPr>
        <w:t>（A）A 先生不赚不赔　　（B）B 先生获利 $900　　（C）A 先生亏损 $900　　（D）A 先生亏损 $810　　（E）B 先生获利 $1710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house worth $9000 is sold by Mr. A to Mr. B at a 10% loss. Mr. B sells the house back to Mr. A at a 10% gain. The result of the two transactions is:</w:t>
      </w:r>
    </w:p>
    <w:p>
      <w:pPr>
        <w:spacing w:before="0" w:after="160" w:line="300" w:lineRule="auto"/>
      </w:pPr>
      <w:r>
        <w:rPr>
          <w:rFonts w:ascii="Times New Roman" w:hAnsi="Times New Roman" w:eastAsia="宋体"/>
          <w:b w:val="0"/>
          <w:i w:val="0"/>
          <w:color w:val="333333"/>
          <w:sz w:val="19"/>
        </w:rPr>
        <w:t>(A) Mr. A breaks even　　(B) Mr. B gains $900　　(C) Mr. A loses $900　　(D) Mr. A loses $810　　(E) Mr. B gains $1710</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铁路的每根钢轨长 30 英尺。火车经过钢轨接缝时会发出咔嗒声。火车以英里每小时表示的速度，在数值上约等于以下多长时间内听到的咔嗒声次数？</w:t>
      </w:r>
    </w:p>
    <w:p>
      <w:pPr>
        <w:spacing w:before="0" w:after="120" w:line="300" w:lineRule="auto"/>
      </w:pPr>
      <w:r>
        <w:rPr>
          <w:rFonts w:ascii="Times New Roman" w:hAnsi="Times New Roman" w:eastAsia="宋体"/>
          <w:b w:val="0"/>
          <w:i w:val="0"/>
          <w:sz w:val="21"/>
        </w:rPr>
        <w:t>（A）20 秒　　（B）2 分钟　　（C）11/2 分钟　　（D）5 分钟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rails on a railroad are 30 feet long. As the train passes over the point where the rails are joined, there is an audible click. The speed of the train in miles per hour is approximately the number of clicks heard in:</w:t>
      </w:r>
    </w:p>
    <w:p>
      <w:pPr>
        <w:spacing w:before="0" w:after="160" w:line="300" w:lineRule="auto"/>
      </w:pPr>
      <w:r>
        <w:rPr>
          <w:rFonts w:ascii="Times New Roman" w:hAnsi="Times New Roman" w:eastAsia="宋体"/>
          <w:b w:val="0"/>
          <w:i w:val="0"/>
          <w:color w:val="333333"/>
          <w:sz w:val="19"/>
        </w:rPr>
        <w:t>(A) 20 seconds　　(B) 2 minutes　　(C) 11/2 minutes　　(D) 5 minutes　　(E) none of these</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将一个矩形的每个角三等分。与同一条边相邻的两条三等分线分别相交，所得四个交点总是构成：</w:t>
      </w:r>
    </w:p>
    <w:p>
      <w:pPr>
        <w:spacing w:before="0" w:after="120" w:line="300" w:lineRule="auto"/>
      </w:pPr>
      <w:r>
        <w:rPr>
          <w:rFonts w:ascii="Times New Roman" w:hAnsi="Times New Roman" w:eastAsia="宋体"/>
          <w:b w:val="0"/>
          <w:i w:val="0"/>
          <w:sz w:val="21"/>
        </w:rPr>
        <w:t>（A）正方形　　（B）矩形　　（C）邻边不等的平行四边形　　（D）菱形　　（E）没有特殊性质的四边形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angle of a rectangle is trisected. The intersections of the pairs of trisectors adjacent to the same side always form:</w:t>
      </w:r>
    </w:p>
    <w:p>
      <w:pPr>
        <w:spacing w:before="0" w:after="160" w:line="300" w:lineRule="auto"/>
      </w:pPr>
      <w:r>
        <w:rPr>
          <w:rFonts w:ascii="Times New Roman" w:hAnsi="Times New Roman" w:eastAsia="宋体"/>
          <w:b w:val="0"/>
          <w:i w:val="0"/>
          <w:color w:val="333333"/>
          <w:sz w:val="19"/>
        </w:rPr>
        <w:t>(A) a square　　(B) a rectangle　　(C) a parallelogram with unequal sides　　(D) a rhombus　　(E) a quadrilateral with no special properties</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一个等腰直角三角形的周长为 2p。它的面积为：</w:t>
      </w:r>
    </w:p>
    <w:p>
      <w:pPr>
        <w:spacing w:before="0" w:after="120" w:line="300" w:lineRule="auto"/>
      </w:pPr>
      <w:r>
        <w:rPr>
          <w:rFonts w:ascii="Times New Roman" w:hAnsi="Times New Roman" w:eastAsia="宋体"/>
          <w:b w:val="0"/>
          <w:i w:val="0"/>
          <w:sz w:val="21"/>
        </w:rPr>
        <w:t>（A）(2+√(2))p　　（B）(2-√(2))p　　（C）(3-2√(2))p²　　（D）(1-2√(2))p²　　（E）(3+2√(2))p²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perimeter of an isosceles right triangle is 2p. Its area is:</w:t>
      </w:r>
    </w:p>
    <w:p>
      <w:pPr>
        <w:spacing w:before="0" w:after="160" w:line="300" w:lineRule="auto"/>
      </w:pPr>
      <w:r>
        <w:rPr>
          <w:rFonts w:ascii="Times New Roman" w:hAnsi="Times New Roman" w:eastAsia="宋体"/>
          <w:b w:val="0"/>
          <w:i w:val="0"/>
          <w:color w:val="333333"/>
          <w:sz w:val="19"/>
        </w:rPr>
        <w:t>(A) (2+√(2))p　　(B) (2-√(2))p　　(C) (3-2√(2))p²　　(D) (1-2√(2))p²　　(E) (3+2√(2))p²</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若一个三角形的一条边长为 12 英寸，这条边所对的角为 30 度，则外接圆的直径为：</w:t>
      </w:r>
    </w:p>
    <w:p>
      <w:pPr>
        <w:spacing w:before="0" w:after="120" w:line="300" w:lineRule="auto"/>
      </w:pPr>
      <w:r>
        <w:rPr>
          <w:rFonts w:ascii="Times New Roman" w:hAnsi="Times New Roman" w:eastAsia="宋体"/>
          <w:b w:val="0"/>
          <w:i w:val="0"/>
          <w:sz w:val="21"/>
        </w:rPr>
        <w:t>（A）18 英寸　　（B）30 英寸　　（C）24 英寸　　（D）20 英寸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one side of a triangle is 12 inches and the opposite angle is 30 degrees, then the diameter of the circumscribed circle is:</w:t>
      </w:r>
    </w:p>
    <w:p>
      <w:pPr>
        <w:spacing w:before="0" w:after="160" w:line="300" w:lineRule="auto"/>
      </w:pPr>
      <w:r>
        <w:rPr>
          <w:rFonts w:ascii="Times New Roman" w:hAnsi="Times New Roman" w:eastAsia="宋体"/>
          <w:b w:val="0"/>
          <w:i w:val="0"/>
          <w:color w:val="333333"/>
          <w:sz w:val="19"/>
        </w:rPr>
        <w:t>(A) 18 inches　　(B) 30 inches　　(C) 24 inches　　(D) 20 inches　　(E) none of these</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若 f(x)=(x(x-1))/2，则 f(x+2) 等于：</w:t>
      </w:r>
    </w:p>
    <w:p>
      <w:pPr>
        <w:spacing w:before="0" w:after="120" w:line="300" w:lineRule="auto"/>
      </w:pPr>
      <w:r>
        <w:rPr>
          <w:rFonts w:ascii="Times New Roman" w:hAnsi="Times New Roman" w:eastAsia="宋体"/>
          <w:b w:val="0"/>
          <w:i w:val="0"/>
          <w:sz w:val="21"/>
        </w:rPr>
        <w:t>（A）f(x)+f(2)　　（B）(x+2)f(x)　　（C）x(x+2)f(x)　　（D）(xf(x))/x+2　　（E）((x+2)f(x+1))/x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f(x)=(x(x-1))/2, then f(x+2) equals:</w:t>
      </w:r>
    </w:p>
    <w:p>
      <w:pPr>
        <w:spacing w:before="0" w:after="160" w:line="300" w:lineRule="auto"/>
      </w:pPr>
      <w:r>
        <w:rPr>
          <w:rFonts w:ascii="Times New Roman" w:hAnsi="Times New Roman" w:eastAsia="宋体"/>
          <w:b w:val="0"/>
          <w:i w:val="0"/>
          <w:color w:val="333333"/>
          <w:sz w:val="19"/>
        </w:rPr>
        <w:t>(A) f(x)+f(2)　　(B) (x+2)f(x)　　(C) x(x+2)f(x)　　(D) (xf(x))/x+2　　(E) ((x+2)f(x+1))/x</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求 m，使 4x²-6x+m 能被 x-3 整除。所得的 m 能整除：</w:t>
      </w:r>
    </w:p>
    <w:p>
      <w:pPr>
        <w:spacing w:before="0" w:after="120" w:line="300" w:lineRule="auto"/>
      </w:pPr>
      <w:r>
        <w:rPr>
          <w:rFonts w:ascii="Times New Roman" w:hAnsi="Times New Roman" w:eastAsia="宋体"/>
          <w:b w:val="0"/>
          <w:i w:val="0"/>
          <w:sz w:val="21"/>
        </w:rPr>
        <w:t>（A）12　　（B）20　　（C）36　　（D）48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Determine m so that 4x²-6x+m is divisible by x-3. The obtained value, m, is an exact divisor of:</w:t>
      </w:r>
    </w:p>
    <w:p>
      <w:pPr>
        <w:spacing w:before="0" w:after="160" w:line="300" w:lineRule="auto"/>
      </w:pPr>
      <w:r>
        <w:rPr>
          <w:rFonts w:ascii="Times New Roman" w:hAnsi="Times New Roman" w:eastAsia="宋体"/>
          <w:b w:val="0"/>
          <w:i w:val="0"/>
          <w:color w:val="333333"/>
          <w:sz w:val="19"/>
        </w:rPr>
        <w:t>(A) 12　　(B) 20　　(C) 36　　(D) 48　　(E) 64</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一个等腰三角形的底边长为 6 英寸，腰长为 12 英寸。过该三角形三个顶点的圆的半径为：</w:t>
      </w:r>
    </w:p>
    <w:p>
      <w:pPr>
        <w:spacing w:before="0" w:after="120" w:line="300" w:lineRule="auto"/>
      </w:pPr>
      <w:r>
        <w:rPr>
          <w:rFonts w:ascii="Times New Roman" w:hAnsi="Times New Roman" w:eastAsia="宋体"/>
          <w:b w:val="0"/>
          <w:i w:val="0"/>
          <w:sz w:val="21"/>
        </w:rPr>
        <w:t>（A）(7√(15))/5　　（B）4√(3)　　（C）3√(5)　　（D）6√(3)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of an isosceles triangle is 6 inches and one of the equal sides is 12 inches. The radius of the circle through the vertices of the triangle is:</w:t>
      </w:r>
    </w:p>
    <w:p>
      <w:pPr>
        <w:spacing w:before="0" w:after="160" w:line="300" w:lineRule="auto"/>
      </w:pPr>
      <w:r>
        <w:rPr>
          <w:rFonts w:ascii="Times New Roman" w:hAnsi="Times New Roman" w:eastAsia="宋体"/>
          <w:b w:val="0"/>
          <w:i w:val="0"/>
          <w:color w:val="333333"/>
          <w:sz w:val="19"/>
        </w:rPr>
        <w:t>(A) (7√(15))/5　　(B) 4√(3)　　(C) 3√(5)　　(D) 6√(3)　　(E) none of these</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若 f(a)=a-2 且 F(a,b)=b²+a，则 F[3,f(4)] 为：</w:t>
      </w:r>
    </w:p>
    <w:p>
      <w:pPr>
        <w:spacing w:before="0" w:after="120" w:line="300" w:lineRule="auto"/>
      </w:pPr>
      <w:r>
        <w:rPr>
          <w:rFonts w:ascii="Times New Roman" w:hAnsi="Times New Roman" w:eastAsia="宋体"/>
          <w:b w:val="0"/>
          <w:i w:val="0"/>
          <w:sz w:val="21"/>
        </w:rPr>
        <w:t>（A）a²-4a+7　　（B）28　　（C）7　　（D）8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f(a)=a-2 and F(a,b)=b²+a, then F[3,f(4)] is:</w:t>
      </w:r>
    </w:p>
    <w:p>
      <w:pPr>
        <w:spacing w:before="0" w:after="160" w:line="300" w:lineRule="auto"/>
      </w:pPr>
      <w:r>
        <w:rPr>
          <w:rFonts w:ascii="Times New Roman" w:hAnsi="Times New Roman" w:eastAsia="宋体"/>
          <w:b w:val="0"/>
          <w:i w:val="0"/>
          <w:color w:val="333333"/>
          <w:sz w:val="19"/>
        </w:rPr>
        <w:t>(A) a²-4a+7　　(B) 28　　(C) 7　　(D) 8　　(E) 11</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乘积 logₐ b·log_(b) a 等于：</w:t>
      </w:r>
    </w:p>
    <w:p>
      <w:pPr>
        <w:spacing w:before="0" w:after="120" w:line="300" w:lineRule="auto"/>
      </w:pPr>
      <w:r>
        <w:rPr>
          <w:rFonts w:ascii="Times New Roman" w:hAnsi="Times New Roman" w:eastAsia="宋体"/>
          <w:b w:val="0"/>
          <w:i w:val="0"/>
          <w:sz w:val="21"/>
        </w:rPr>
        <w:t>（A）1　　（B）a　　（C）b　　（D）ab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logₐ b·log_(b) a is equal to:</w:t>
      </w:r>
    </w:p>
    <w:p>
      <w:pPr>
        <w:spacing w:before="0" w:after="160" w:line="300" w:lineRule="auto"/>
      </w:pPr>
      <w:r>
        <w:rPr>
          <w:rFonts w:ascii="Times New Roman" w:hAnsi="Times New Roman" w:eastAsia="宋体"/>
          <w:b w:val="0"/>
          <w:i w:val="0"/>
          <w:color w:val="333333"/>
          <w:sz w:val="19"/>
        </w:rPr>
        <w:t>(A) 1　　(B) a　　(C) b　　(D) ab　　(E) none of these</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命题“所有人都是诚实的”的否定是：</w:t>
      </w:r>
    </w:p>
    <w:p>
      <w:pPr>
        <w:spacing w:before="0" w:after="120" w:line="300" w:lineRule="auto"/>
      </w:pPr>
      <w:r>
        <w:rPr>
          <w:rFonts w:ascii="Times New Roman" w:hAnsi="Times New Roman" w:eastAsia="宋体"/>
          <w:b w:val="0"/>
          <w:i w:val="0"/>
          <w:sz w:val="21"/>
        </w:rPr>
        <w:t>（A）没有人是诚实的　　（B）所有人都是不诚实的　　（C）有些人是不诚实的　　（D）没有人是不诚实的　　（E）有些人是诚实的</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negation of the statement “all men are honest,” is:</w:t>
      </w:r>
    </w:p>
    <w:p>
      <w:pPr>
        <w:spacing w:before="0" w:after="160" w:line="300" w:lineRule="auto"/>
      </w:pPr>
      <w:r>
        <w:rPr>
          <w:rFonts w:ascii="Times New Roman" w:hAnsi="Times New Roman" w:eastAsia="宋体"/>
          <w:b w:val="0"/>
          <w:i w:val="0"/>
          <w:color w:val="333333"/>
          <w:sz w:val="19"/>
        </w:rPr>
        <w:t>(A) no men are honest　　(B) all men are dishonest　　(C) some men are dishonest　　(D) no men are dishonest　　(E) some men are honest</w:t>
      </w:r>
    </w:p>
    <w:p>
      <w:pPr>
        <w:spacing w:before="200" w:after="80" w:line="300" w:lineRule="auto"/>
      </w:pPr>
      <w:r>
        <w:rPr>
          <w:rFonts w:ascii="Times New Roman" w:hAnsi="Times New Roman" w:eastAsia="宋体"/>
          <w:b/>
          <w:i w:val="0"/>
          <w:sz w:val="23"/>
        </w:rPr>
        <w:t>第 41 题</w:t>
      </w:r>
    </w:p>
    <w:p>
      <w:pPr>
        <w:spacing w:before="0" w:after="80" w:line="300" w:lineRule="auto"/>
        <w:jc w:val="left"/>
      </w:pPr>
      <w:r>
        <w:rPr>
          <w:rFonts w:ascii="Times New Roman" w:hAnsi="Times New Roman" w:eastAsia="宋体"/>
          <w:b w:val="0"/>
          <w:i w:val="0"/>
          <w:sz w:val="21"/>
        </w:rPr>
        <w:t>一个女生营地距一条直路 300 杆。一个男生营地位于这条路上，距女生营地 500 杆。现要在路上建一座食堂，使它到两个营地的距离完全相同。食堂到每个营地的距离为：</w:t>
      </w:r>
    </w:p>
    <w:p>
      <w:pPr>
        <w:spacing w:before="0" w:after="120" w:line="300" w:lineRule="auto"/>
      </w:pPr>
      <w:r>
        <w:rPr>
          <w:rFonts w:ascii="Times New Roman" w:hAnsi="Times New Roman" w:eastAsia="宋体"/>
          <w:b w:val="0"/>
          <w:i w:val="0"/>
          <w:sz w:val="21"/>
        </w:rPr>
        <w:t>（A）400 杆　　（B）250 杆　　（C）87.5 杆　　（D）200 杆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girls’ camp is located 300 rods from a straight road. On this road, a boys’ camp is located 500 rods from the girls’ camp. It is desired to build a canteen on the road which shall be exactly the same distance from each camp. The distance of the canteen from each of the camps is:</w:t>
      </w:r>
    </w:p>
    <w:p>
      <w:pPr>
        <w:spacing w:before="0" w:after="160" w:line="300" w:lineRule="auto"/>
      </w:pPr>
      <w:r>
        <w:rPr>
          <w:rFonts w:ascii="Times New Roman" w:hAnsi="Times New Roman" w:eastAsia="宋体"/>
          <w:b w:val="0"/>
          <w:i w:val="0"/>
          <w:color w:val="333333"/>
          <w:sz w:val="19"/>
        </w:rPr>
        <w:t>(A) 400 rods　　(B) 250 rods　　(C) 87.5 rods　　(D) 200 rods　　(E) none of these</w:t>
      </w:r>
    </w:p>
    <w:p>
      <w:pPr>
        <w:spacing w:before="200" w:after="80" w:line="300" w:lineRule="auto"/>
      </w:pPr>
      <w:r>
        <w:rPr>
          <w:rFonts w:ascii="Times New Roman" w:hAnsi="Times New Roman" w:eastAsia="宋体"/>
          <w:b/>
          <w:i w:val="0"/>
          <w:sz w:val="23"/>
        </w:rPr>
        <w:t>第 42 题</w:t>
      </w:r>
    </w:p>
    <w:p>
      <w:pPr>
        <w:spacing w:before="0" w:after="80" w:line="300" w:lineRule="auto"/>
        <w:jc w:val="left"/>
      </w:pPr>
      <w:r>
        <w:rPr>
          <w:rFonts w:ascii="Times New Roman" w:hAnsi="Times New Roman" w:eastAsia="宋体"/>
          <w:b w:val="0"/>
          <w:i w:val="0"/>
          <w:sz w:val="21"/>
        </w:rPr>
        <w:t>两个圆的圆心相距 41 英寸。较小圆的半径为 4 英寸，较大圆的半径为 5 英寸。两圆内公切线段的长度为：</w:t>
      </w:r>
    </w:p>
    <w:p>
      <w:pPr>
        <w:spacing w:before="0" w:after="120" w:line="300" w:lineRule="auto"/>
      </w:pPr>
      <w:r>
        <w:rPr>
          <w:rFonts w:ascii="Times New Roman" w:hAnsi="Times New Roman" w:eastAsia="宋体"/>
          <w:b w:val="0"/>
          <w:i w:val="0"/>
          <w:sz w:val="21"/>
        </w:rPr>
        <w:t>（A）41 英寸　　（B）39 英寸　　（C）39.8 英寸　　（D）40.1 英寸　　（E）40 英寸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centers of two circles are 41 inches apart. The smaller circle has a radius of 4 inches and the larger one has a radius of 5 inches. The length of the common internal tangent is:</w:t>
      </w:r>
    </w:p>
    <w:p>
      <w:pPr>
        <w:spacing w:before="0" w:after="160" w:line="300" w:lineRule="auto"/>
      </w:pPr>
      <w:r>
        <w:rPr>
          <w:rFonts w:ascii="Times New Roman" w:hAnsi="Times New Roman" w:eastAsia="宋体"/>
          <w:b w:val="0"/>
          <w:i w:val="0"/>
          <w:color w:val="333333"/>
          <w:sz w:val="19"/>
        </w:rPr>
        <w:t>(A) 41 inches　　(B) 39 inches　　(C) 39.8 inches　　(D) 40.1 inches　　(E) 40 inches</w:t>
      </w:r>
    </w:p>
    <w:p>
      <w:pPr>
        <w:spacing w:before="200" w:after="80" w:line="300" w:lineRule="auto"/>
      </w:pPr>
      <w:r>
        <w:rPr>
          <w:rFonts w:ascii="Times New Roman" w:hAnsi="Times New Roman" w:eastAsia="宋体"/>
          <w:b/>
          <w:i w:val="0"/>
          <w:sz w:val="23"/>
        </w:rPr>
        <w:t>第 43 题</w:t>
      </w:r>
    </w:p>
    <w:p>
      <w:pPr>
        <w:spacing w:before="0" w:after="80" w:line="300" w:lineRule="auto"/>
        <w:jc w:val="left"/>
      </w:pPr>
      <w:r>
        <w:rPr>
          <w:rFonts w:ascii="Times New Roman" w:hAnsi="Times New Roman" w:eastAsia="宋体"/>
          <w:b w:val="0"/>
          <w:i w:val="0"/>
          <w:sz w:val="21"/>
        </w:rPr>
        <w:t>若一件商品的价格上涨率为 p，为保持收入不变，销量的下降率不得超过 d。则 d 的值为：</w:t>
      </w:r>
    </w:p>
    <w:p>
      <w:pPr>
        <w:spacing w:before="0" w:after="120" w:line="300" w:lineRule="auto"/>
      </w:pPr>
      <w:r>
        <w:rPr>
          <w:rFonts w:ascii="Times New Roman" w:hAnsi="Times New Roman" w:eastAsia="宋体"/>
          <w:b w:val="0"/>
          <w:i w:val="0"/>
          <w:sz w:val="21"/>
        </w:rPr>
        <w:t>（A）1/1+p　　（B）1/1-p　　（C）p/1+p　　（D）p/p-1　　（E）1-p/1+p</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price of an article is increased by per cent p, then the decrease in per cent of sales must not exceed d in order to yield the same income. The value of d is:</w:t>
      </w:r>
    </w:p>
    <w:p>
      <w:pPr>
        <w:spacing w:before="0" w:after="160" w:line="300" w:lineRule="auto"/>
      </w:pPr>
      <w:r>
        <w:rPr>
          <w:rFonts w:ascii="Times New Roman" w:hAnsi="Times New Roman" w:eastAsia="宋体"/>
          <w:b w:val="0"/>
          <w:i w:val="0"/>
          <w:color w:val="333333"/>
          <w:sz w:val="19"/>
        </w:rPr>
        <w:t>(A) 1/1+p　　(B) 1/1-p　　(C) p/1+p　　(D) p/p-1　　(E) 1-p/1+p</w:t>
      </w:r>
    </w:p>
    <w:p>
      <w:pPr>
        <w:spacing w:before="200" w:after="80" w:line="300" w:lineRule="auto"/>
      </w:pPr>
      <w:r>
        <w:rPr>
          <w:rFonts w:ascii="Times New Roman" w:hAnsi="Times New Roman" w:eastAsia="宋体"/>
          <w:b/>
          <w:i w:val="0"/>
          <w:sz w:val="23"/>
        </w:rPr>
        <w:t>第 44 题</w:t>
      </w:r>
    </w:p>
    <w:p>
      <w:pPr>
        <w:spacing w:before="0" w:after="80" w:line="300" w:lineRule="auto"/>
        <w:jc w:val="left"/>
      </w:pPr>
      <w:r>
        <w:rPr>
          <w:rFonts w:ascii="Times New Roman" w:hAnsi="Times New Roman" w:eastAsia="宋体"/>
          <w:b w:val="0"/>
          <w:i w:val="0"/>
          <w:sz w:val="21"/>
        </w:rPr>
        <w:t>在解一道可化为二次方程的问题时，一名学生只把方程的常数项写错了，求得的根为 8 和 2。另一名学生只把一次项系数写错了，求得的根为 -9 和 -1。正确的方程是：</w:t>
      </w:r>
    </w:p>
    <w:p>
      <w:pPr>
        <w:spacing w:before="0" w:after="120" w:line="300" w:lineRule="auto"/>
      </w:pPr>
      <w:r>
        <w:rPr>
          <w:rFonts w:ascii="Times New Roman" w:hAnsi="Times New Roman" w:eastAsia="宋体"/>
          <w:b w:val="0"/>
          <w:i w:val="0"/>
          <w:sz w:val="21"/>
        </w:rPr>
        <w:t>（A）x²-10x+9=0　　（B）x²+10x+9=0　　（C）x²-10x+16=0　　（D）x²-8x-9=0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solving a problem that reduces to a quadratic equation one student makes a mistake only in the constant term of the equation and obtains 8 and 2 for the roots. Another student makes a mistake only in the coefficient of the first degree term and finds -9 and -1 for the roots. The correct equation was:</w:t>
      </w:r>
    </w:p>
    <w:p>
      <w:pPr>
        <w:spacing w:before="0" w:after="160" w:line="300" w:lineRule="auto"/>
      </w:pPr>
      <w:r>
        <w:rPr>
          <w:rFonts w:ascii="Times New Roman" w:hAnsi="Times New Roman" w:eastAsia="宋体"/>
          <w:b w:val="0"/>
          <w:i w:val="0"/>
          <w:color w:val="333333"/>
          <w:sz w:val="19"/>
        </w:rPr>
        <w:t>(A) x²-10x+9=0　　(B) x²+10x+9=0　　(C) x²-10x+16=0　　(D) x²-8x-9=0　　(E) none of these</w:t>
      </w:r>
    </w:p>
    <w:p>
      <w:pPr>
        <w:spacing w:before="200" w:after="80" w:line="300" w:lineRule="auto"/>
      </w:pPr>
      <w:r>
        <w:rPr>
          <w:rFonts w:ascii="Times New Roman" w:hAnsi="Times New Roman" w:eastAsia="宋体"/>
          <w:b/>
          <w:i w:val="0"/>
          <w:sz w:val="23"/>
        </w:rPr>
        <w:t>第 45 题</w:t>
      </w:r>
    </w:p>
    <w:p>
      <w:pPr>
        <w:spacing w:before="0" w:after="80" w:line="300" w:lineRule="auto"/>
        <w:jc w:val="left"/>
      </w:pPr>
      <w:r>
        <w:rPr>
          <w:rFonts w:ascii="Times New Roman" w:hAnsi="Times New Roman" w:eastAsia="宋体"/>
          <w:b w:val="0"/>
          <w:i w:val="0"/>
          <w:sz w:val="21"/>
        </w:rPr>
        <w:t>两条线段的长度分别为 a 个单位和 b 个单位。则它们之间的正确关系为：</w:t>
      </w:r>
    </w:p>
    <w:p>
      <w:pPr>
        <w:spacing w:before="0" w:after="120" w:line="300" w:lineRule="auto"/>
      </w:pPr>
      <w:r>
        <w:rPr>
          <w:rFonts w:ascii="Times New Roman" w:hAnsi="Times New Roman" w:eastAsia="宋体"/>
          <w:b w:val="0"/>
          <w:i w:val="0"/>
          <w:sz w:val="21"/>
        </w:rPr>
        <w:t>（A）a+b/2&gt;√(ab)　　（B）a+b/2&lt;√(ab)　　（C）a+b/2=√(ab)　　（D）a+b/2≤√(ab)　　（E）a+b/2≥√(ab)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lengths of two line segments are a units and b units respectively. Then the correct relation between them is:</w:t>
      </w:r>
    </w:p>
    <w:p>
      <w:pPr>
        <w:spacing w:before="0" w:after="160" w:line="300" w:lineRule="auto"/>
      </w:pPr>
      <w:r>
        <w:rPr>
          <w:rFonts w:ascii="Times New Roman" w:hAnsi="Times New Roman" w:eastAsia="宋体"/>
          <w:b w:val="0"/>
          <w:i w:val="0"/>
          <w:color w:val="333333"/>
          <w:sz w:val="19"/>
        </w:rPr>
        <w:t>(A) a+b/2&gt;√(ab)　　(B) a+b/2&lt;√(ab)　　(C) a+b/2=√(ab)　　(D) a+b/2≤√(ab)　　(E) a+b/2≥√(ab)</w:t>
      </w:r>
    </w:p>
    <w:p>
      <w:pPr>
        <w:spacing w:before="200" w:after="80" w:line="300" w:lineRule="auto"/>
      </w:pPr>
      <w:r>
        <w:rPr>
          <w:rFonts w:ascii="Times New Roman" w:hAnsi="Times New Roman" w:eastAsia="宋体"/>
          <w:b/>
          <w:i w:val="0"/>
          <w:sz w:val="23"/>
        </w:rPr>
        <w:t>第 46 题</w:t>
      </w:r>
    </w:p>
    <w:p>
      <w:pPr>
        <w:spacing w:before="0" w:after="80" w:line="300" w:lineRule="auto"/>
        <w:jc w:val="left"/>
      </w:pPr>
      <w:r>
        <w:rPr>
          <w:rFonts w:ascii="Times New Roman" w:hAnsi="Times New Roman" w:eastAsia="宋体"/>
          <w:b w:val="0"/>
          <w:i w:val="0"/>
          <w:sz w:val="21"/>
        </w:rPr>
        <w:t>一个男孩没有沿着一块矩形田地的两条邻边行走，而是沿田地的对角线抄近路，所节省的路程等于长边的 1/2。该矩形短边与长边之比为：</w:t>
      </w:r>
    </w:p>
    <w:p>
      <w:pPr>
        <w:spacing w:before="0" w:after="120" w:line="300" w:lineRule="auto"/>
      </w:pPr>
      <w:r>
        <w:rPr>
          <w:rFonts w:ascii="Times New Roman" w:hAnsi="Times New Roman" w:eastAsia="宋体"/>
          <w:b w:val="0"/>
          <w:i w:val="0"/>
          <w:sz w:val="21"/>
        </w:rPr>
        <w:t>（A）1/2　　（B）2/5　　（C）1/4　　（D）3/4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Instead of walking along two adjacent sides of a rectangular field, a boy took a short-cut along the diagonal of the field and saved a distance equal to 1/2 the longer side. The ratio of the shorter side of the rectangle to the longer side was:</w:t>
      </w:r>
    </w:p>
    <w:p>
      <w:pPr>
        <w:spacing w:before="0" w:after="160" w:line="300" w:lineRule="auto"/>
      </w:pPr>
      <w:r>
        <w:rPr>
          <w:rFonts w:ascii="Times New Roman" w:hAnsi="Times New Roman" w:eastAsia="宋体"/>
          <w:b w:val="0"/>
          <w:i w:val="0"/>
          <w:color w:val="333333"/>
          <w:sz w:val="19"/>
        </w:rPr>
        <w:t>(A) 1/2　　(B) 2/5　　(C) 1/4　　(D) 3/4　　(E) 2/5</w:t>
      </w:r>
    </w:p>
    <w:p>
      <w:pPr>
        <w:spacing w:before="200" w:after="80" w:line="300" w:lineRule="auto"/>
      </w:pPr>
      <w:r>
        <w:rPr>
          <w:rFonts w:ascii="Times New Roman" w:hAnsi="Times New Roman" w:eastAsia="宋体"/>
          <w:b/>
          <w:i w:val="0"/>
          <w:sz w:val="23"/>
        </w:rPr>
        <w:t>第 47 题</w:t>
      </w:r>
    </w:p>
    <w:p>
      <w:pPr>
        <w:spacing w:before="0" w:after="80" w:line="300" w:lineRule="auto"/>
        <w:jc w:val="left"/>
      </w:pPr>
      <w:r>
        <w:rPr>
          <w:rFonts w:ascii="Times New Roman" w:hAnsi="Times New Roman" w:eastAsia="宋体"/>
          <w:b w:val="0"/>
          <w:i w:val="0"/>
          <w:sz w:val="21"/>
        </w:rPr>
        <w:t>若 x 大于零，则正确的关系为：</w:t>
      </w:r>
    </w:p>
    <w:p>
      <w:pPr>
        <w:spacing w:before="0" w:after="120" w:line="300" w:lineRule="auto"/>
      </w:pPr>
      <w:r>
        <w:rPr>
          <w:rFonts w:ascii="Times New Roman" w:hAnsi="Times New Roman" w:eastAsia="宋体"/>
          <w:b w:val="0"/>
          <w:i w:val="0"/>
          <w:sz w:val="21"/>
        </w:rPr>
        <w:t>（A）log(1+x)=x/1+x　　（B）log(1+x)&lt;x/1+x　　（C）log(1+x)&gt; x　　（D）log(1+x)&lt; x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is greater than zero, then the correct relationship is:</w:t>
      </w:r>
    </w:p>
    <w:p>
      <w:pPr>
        <w:spacing w:before="0" w:after="160" w:line="300" w:lineRule="auto"/>
      </w:pPr>
      <w:r>
        <w:rPr>
          <w:rFonts w:ascii="Times New Roman" w:hAnsi="Times New Roman" w:eastAsia="宋体"/>
          <w:b w:val="0"/>
          <w:i w:val="0"/>
          <w:color w:val="333333"/>
          <w:sz w:val="19"/>
        </w:rPr>
        <w:t>(A) log(1+x)=x/1+x　　(B) log(1+x)&lt;x/1+x　　(C) log(1+x)&gt; x　　(D) log(1+x)&lt; x　　(E) none of these</w:t>
      </w:r>
    </w:p>
    <w:p>
      <w:pPr>
        <w:spacing w:before="200" w:after="80" w:line="300" w:lineRule="auto"/>
      </w:pPr>
      <w:r>
        <w:rPr>
          <w:rFonts w:ascii="Times New Roman" w:hAnsi="Times New Roman" w:eastAsia="宋体"/>
          <w:b/>
          <w:i w:val="0"/>
          <w:sz w:val="23"/>
        </w:rPr>
        <w:t>第 48 题</w:t>
      </w:r>
    </w:p>
    <w:p>
      <w:pPr>
        <w:spacing w:before="0" w:after="80" w:line="300" w:lineRule="auto"/>
        <w:jc w:val="left"/>
      </w:pPr>
      <w:r>
        <w:rPr>
          <w:rFonts w:ascii="Times New Roman" w:hAnsi="Times New Roman" w:eastAsia="宋体"/>
          <w:b w:val="0"/>
          <w:i w:val="0"/>
          <w:sz w:val="21"/>
        </w:rPr>
        <w:t>若一个等腰梯形的较长底边等于一条对角线，较短底边等于高，则短底与长底之比为：</w:t>
      </w:r>
    </w:p>
    <w:p>
      <w:pPr>
        <w:spacing w:before="0" w:after="120" w:line="300" w:lineRule="auto"/>
      </w:pPr>
      <w:r>
        <w:rPr>
          <w:rFonts w:ascii="Times New Roman" w:hAnsi="Times New Roman" w:eastAsia="宋体"/>
          <w:b w:val="0"/>
          <w:i w:val="0"/>
          <w:sz w:val="21"/>
        </w:rPr>
        <w:t>（A）1/2　　（B）2/3　　（C）3/4　　（D）3/5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larger base of an isosceles trapezoid equals a diagonal and the smaller base equals the altitude, then the ratio of the smaller base to the larger base is:</w:t>
      </w:r>
    </w:p>
    <w:p>
      <w:pPr>
        <w:spacing w:before="0" w:after="160" w:line="300" w:lineRule="auto"/>
      </w:pPr>
      <w:r>
        <w:rPr>
          <w:rFonts w:ascii="Times New Roman" w:hAnsi="Times New Roman" w:eastAsia="宋体"/>
          <w:b w:val="0"/>
          <w:i w:val="0"/>
          <w:color w:val="333333"/>
          <w:sz w:val="19"/>
        </w:rPr>
        <w:t>(A) 1/2　　(B) 2/3　　(C) 3/4　　(D) 3/5　　(E) 2/5</w:t>
      </w:r>
    </w:p>
    <w:p>
      <w:pPr>
        <w:spacing w:before="200" w:after="80" w:line="300" w:lineRule="auto"/>
      </w:pPr>
      <w:r>
        <w:rPr>
          <w:rFonts w:ascii="Times New Roman" w:hAnsi="Times New Roman" w:eastAsia="宋体"/>
          <w:b/>
          <w:i w:val="0"/>
          <w:sz w:val="23"/>
        </w:rPr>
        <w:t>第 49 题</w:t>
      </w:r>
    </w:p>
    <w:p>
      <w:pPr>
        <w:spacing w:before="0" w:after="80" w:line="300" w:lineRule="auto"/>
        <w:jc w:val="left"/>
      </w:pPr>
      <w:r>
        <w:rPr>
          <w:rFonts w:ascii="Times New Roman" w:hAnsi="Times New Roman" w:eastAsia="宋体"/>
          <w:b w:val="0"/>
          <w:i w:val="0"/>
          <w:sz w:val="21"/>
        </w:rPr>
        <w:t>A、B 和 C 的坐标分别为 (5,5)、(2,1) 和 (0,k)。使 AC+BC 尽可能小的 k 值为：</w:t>
      </w:r>
    </w:p>
    <w:p>
      <w:pPr>
        <w:spacing w:before="0" w:after="120" w:line="300" w:lineRule="auto"/>
      </w:pPr>
      <w:r>
        <w:rPr>
          <w:rFonts w:ascii="Times New Roman" w:hAnsi="Times New Roman" w:eastAsia="宋体"/>
          <w:b w:val="0"/>
          <w:i w:val="0"/>
          <w:sz w:val="21"/>
        </w:rPr>
        <w:t>（A）3　　（B）41/2　　（C）36/7　　（D）45/6　　（E）21/7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coordinates of A, B and C are (5,5), (2,1) and (0,k) respectively. The value of k that makes AC+BC as small as possible is:</w:t>
      </w:r>
    </w:p>
    <w:p>
      <w:pPr>
        <w:spacing w:before="0" w:after="160" w:line="300" w:lineRule="auto"/>
      </w:pPr>
      <w:r>
        <w:rPr>
          <w:rFonts w:ascii="Times New Roman" w:hAnsi="Times New Roman" w:eastAsia="宋体"/>
          <w:b w:val="0"/>
          <w:i w:val="0"/>
          <w:color w:val="333333"/>
          <w:sz w:val="19"/>
        </w:rPr>
        <w:t>(A) 3　　(B) 41/2　　(C) 36/7　　(D) 45/6　　(E) 21/7</w:t>
      </w:r>
    </w:p>
    <w:p>
      <w:pPr>
        <w:spacing w:before="200" w:after="80" w:line="300" w:lineRule="auto"/>
      </w:pPr>
      <w:r>
        <w:rPr>
          <w:rFonts w:ascii="Times New Roman" w:hAnsi="Times New Roman" w:eastAsia="宋体"/>
          <w:b/>
          <w:i w:val="0"/>
          <w:sz w:val="23"/>
        </w:rPr>
        <w:t>第 50 题</w:t>
      </w:r>
    </w:p>
    <w:p>
      <w:pPr>
        <w:spacing w:before="0" w:after="80" w:line="300" w:lineRule="auto"/>
        <w:jc w:val="left"/>
      </w:pPr>
      <w:r>
        <w:rPr>
          <w:rFonts w:ascii="Times New Roman" w:hAnsi="Times New Roman" w:eastAsia="宋体"/>
          <w:b w:val="0"/>
          <w:i w:val="0"/>
          <w:sz w:val="21"/>
        </w:rPr>
        <w:t>一个三角形的一条边被内切圆的切点分成长为 6 和 8 个单位的两段。若内切圆半径为 4，则三角形最短边的长度为：</w:t>
      </w:r>
    </w:p>
    <w:p>
      <w:pPr>
        <w:spacing w:before="0" w:after="120" w:line="300" w:lineRule="auto"/>
      </w:pPr>
      <w:r>
        <w:rPr>
          <w:rFonts w:ascii="Times New Roman" w:hAnsi="Times New Roman" w:eastAsia="宋体"/>
          <w:b w:val="0"/>
          <w:i w:val="0"/>
          <w:sz w:val="21"/>
        </w:rPr>
        <w:t>（A）12 个单位　　（B）13 个单位　　（C）14 个单位　　（D）15 个单位　　（E）16 个单位</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of the sides of a triangle is divided into segments of 6 and 8 units by the point of tangency of the inscribed circle. If the radius of the circle is 4, then the length of the shortest side of the triangle is:</w:t>
      </w:r>
    </w:p>
    <w:p>
      <w:pPr>
        <w:spacing w:before="0" w:after="160" w:line="300" w:lineRule="auto"/>
      </w:pPr>
      <w:r>
        <w:rPr>
          <w:rFonts w:ascii="Times New Roman" w:hAnsi="Times New Roman" w:eastAsia="宋体"/>
          <w:b w:val="0"/>
          <w:i w:val="0"/>
          <w:color w:val="333333"/>
          <w:sz w:val="19"/>
        </w:rPr>
        <w:t>(A) 12 units　　(B) 13 units　　(C) 14 units　　(D) 15 units　　(E) 16 units</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D　D　D　C　A　D　C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C　B　B　E　B　D　B　C</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C　D　D　B　B　A　C　A　D</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D　D　D　A　D　C　C　E　C</w:t>
      </w:r>
    </w:p>
    <w:p>
      <w:pPr>
        <w:spacing w:before="0" w:after="0" w:line="300" w:lineRule="auto"/>
      </w:pPr>
      <w:r>
        <w:rPr>
          <w:rFonts w:ascii="Times New Roman" w:hAnsi="Times New Roman" w:eastAsia="宋体"/>
          <w:b w:val="0"/>
          <w:i w:val="0"/>
          <w:sz w:val="18"/>
        </w:rPr>
        <w:t>题号　37　38　39　40　41　42　43　44　45</w:t>
      </w:r>
    </w:p>
    <w:p>
      <w:pPr>
        <w:spacing w:before="0" w:after="80" w:line="300" w:lineRule="auto"/>
      </w:pPr>
      <w:r>
        <w:rPr>
          <w:rFonts w:ascii="Times New Roman" w:hAnsi="Times New Roman" w:eastAsia="宋体"/>
          <w:b/>
          <w:i w:val="0"/>
          <w:sz w:val="18"/>
        </w:rPr>
        <w:t>答案　E　C　A　C　E　E　C　A　E</w:t>
      </w:r>
    </w:p>
    <w:p>
      <w:pPr>
        <w:spacing w:before="0" w:after="0" w:line="300" w:lineRule="auto"/>
      </w:pPr>
      <w:r>
        <w:rPr>
          <w:rFonts w:ascii="Times New Roman" w:hAnsi="Times New Roman" w:eastAsia="宋体"/>
          <w:b w:val="0"/>
          <w:i w:val="0"/>
          <w:sz w:val="18"/>
        </w:rPr>
        <w:t>题号　46　47　48　49　50</w:t>
      </w:r>
    </w:p>
    <w:p>
      <w:pPr>
        <w:spacing w:before="0" w:after="80" w:line="300" w:lineRule="auto"/>
      </w:pPr>
      <w:r>
        <w:rPr>
          <w:rFonts w:ascii="Times New Roman" w:hAnsi="Times New Roman" w:eastAsia="宋体"/>
          <w:b/>
          <w:i w:val="0"/>
          <w:sz w:val="18"/>
        </w:rPr>
        <w:t>答案　D　D　D　E　B</w:t>
      </w:r>
    </w:p>
    <w:p>
      <w:pPr>
        <w:spacing w:before="0" w:after="200" w:line="300" w:lineRule="auto"/>
      </w:pPr>
      <w:r>
        <w:rPr>
          <w:rFonts w:ascii="Times New Roman" w:hAnsi="Times New Roman" w:eastAsia="宋体"/>
          <w:b w:val="0"/>
          <w:i w:val="0"/>
          <w:color w:val="666666"/>
          <w:sz w:val="18"/>
        </w:rPr>
        <w:t>答案串：BDDDCADCDCCBBEBDBCCDDBBACADDDDADCCECECACEECAEDDDEB</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每个橙子的进价为 10/3 美分，售价为 4 美分，所以每个橙子的利润为 4-10/3=2/3 美分。要赚取 100 美分，他必须卖出</w:t>
      </w:r>
    </w:p>
    <w:p>
      <w:pPr>
        <w:spacing w:before="0" w:after="80" w:line="300" w:lineRule="auto"/>
        <w:jc w:val="left"/>
      </w:pPr>
      <w:r>
        <w:rPr>
          <w:rFonts w:ascii="Times New Roman" w:hAnsi="Times New Roman" w:eastAsia="宋体"/>
          <w:b w:val="0"/>
          <w:i w:val="0"/>
          <w:sz w:val="21"/>
        </w:rPr>
        <w:t>100/(2/3)=150</w:t>
      </w:r>
    </w:p>
    <w:p>
      <w:pPr>
        <w:spacing w:before="0" w:after="80" w:line="300" w:lineRule="auto"/>
        <w:jc w:val="left"/>
      </w:pPr>
      <w:r>
        <w:rPr>
          <w:rFonts w:ascii="Times New Roman" w:hAnsi="Times New Roman" w:eastAsia="宋体"/>
          <w:b w:val="0"/>
          <w:i w:val="0"/>
          <w:sz w:val="21"/>
        </w:rPr>
        <w:t>个橙子。</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orange costs 10/3 cents and sells for 4 cents, so the profit is 4-10/3=2/3 cent per orange. To earn 100 cents, he must sell</w:t>
      </w:r>
    </w:p>
    <w:p>
      <w:pPr>
        <w:spacing w:before="0" w:after="80" w:line="300" w:lineRule="auto"/>
        <w:jc w:val="left"/>
      </w:pPr>
      <w:r>
        <w:rPr>
          <w:rFonts w:ascii="Times New Roman" w:hAnsi="Times New Roman" w:eastAsia="宋体"/>
          <w:b w:val="0"/>
          <w:i w:val="0"/>
          <w:color w:val="333333"/>
          <w:sz w:val="19"/>
        </w:rPr>
        <w:t>100/(2/3)=150</w:t>
      </w:r>
    </w:p>
    <w:p>
      <w:pPr>
        <w:spacing w:before="0" w:after="80" w:line="300" w:lineRule="auto"/>
        <w:jc w:val="left"/>
      </w:pPr>
      <w:r>
        <w:rPr>
          <w:rFonts w:ascii="Times New Roman" w:hAnsi="Times New Roman" w:eastAsia="宋体"/>
          <w:b w:val="0"/>
          <w:i w:val="0"/>
          <w:color w:val="333333"/>
          <w:sz w:val="19"/>
        </w:rPr>
        <w:t>oranges.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两次折扣后剩下原价的</w:t>
      </w:r>
    </w:p>
    <w:p>
      <w:pPr>
        <w:spacing w:before="0" w:after="80" w:line="300" w:lineRule="auto"/>
        <w:jc w:val="left"/>
      </w:pPr>
      <w:r>
        <w:rPr>
          <w:rFonts w:ascii="Times New Roman" w:hAnsi="Times New Roman" w:eastAsia="宋体"/>
          <w:b w:val="0"/>
          <w:i w:val="0"/>
          <w:sz w:val="21"/>
        </w:rPr>
        <w:t>(0.80)(0.85)=0.68。</w:t>
      </w:r>
    </w:p>
    <w:p>
      <w:pPr>
        <w:spacing w:before="0" w:after="80" w:line="300" w:lineRule="auto"/>
        <w:jc w:val="left"/>
      </w:pPr>
      <w:r>
        <w:rPr>
          <w:rFonts w:ascii="Times New Roman" w:hAnsi="Times New Roman" w:eastAsia="宋体"/>
          <w:b w:val="0"/>
          <w:i w:val="0"/>
          <w:sz w:val="21"/>
        </w:rPr>
        <w:t>因此，售价为 $250.00 的 68%，即 $170.00。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discounts leave</w:t>
      </w:r>
    </w:p>
    <w:p>
      <w:pPr>
        <w:spacing w:before="0" w:after="80" w:line="300" w:lineRule="auto"/>
        <w:jc w:val="left"/>
      </w:pPr>
      <w:r>
        <w:rPr>
          <w:rFonts w:ascii="Times New Roman" w:hAnsi="Times New Roman" w:eastAsia="宋体"/>
          <w:b w:val="0"/>
          <w:i w:val="0"/>
          <w:color w:val="333333"/>
          <w:sz w:val="19"/>
        </w:rPr>
        <w:t>(0.80)(0.85)=0.68</w:t>
      </w:r>
    </w:p>
    <w:p>
      <w:pPr>
        <w:spacing w:before="0" w:after="80" w:line="300" w:lineRule="auto"/>
        <w:jc w:val="left"/>
      </w:pPr>
      <w:r>
        <w:rPr>
          <w:rFonts w:ascii="Times New Roman" w:hAnsi="Times New Roman" w:eastAsia="宋体"/>
          <w:b w:val="0"/>
          <w:i w:val="0"/>
          <w:color w:val="333333"/>
          <w:sz w:val="19"/>
        </w:rPr>
        <w:t>of the original price. The sale price is therefore 68% of $250.00, or $170.00.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因为 i²=-1，所以</w:t>
      </w:r>
    </w:p>
    <w:p>
      <w:pPr>
        <w:spacing w:before="0" w:after="80" w:line="300" w:lineRule="auto"/>
        <w:jc w:val="left"/>
      </w:pPr>
      <w:r>
        <w:rPr>
          <w:rFonts w:ascii="Times New Roman" w:hAnsi="Times New Roman" w:eastAsia="宋体"/>
          <w:b w:val="0"/>
          <w:i w:val="0"/>
          <w:sz w:val="21"/>
        </w:rPr>
        <w:t>(x+iy)(x-iy)=x²-(iy)²</w:t>
      </w:r>
    </w:p>
    <w:p>
      <w:pPr>
        <w:spacing w:before="0" w:after="80" w:line="300" w:lineRule="auto"/>
        <w:jc w:val="left"/>
      </w:pPr>
      <w:r>
        <w:rPr>
          <w:rFonts w:ascii="Times New Roman" w:hAnsi="Times New Roman" w:eastAsia="宋体"/>
          <w:b w:val="0"/>
          <w:i w:val="0"/>
          <w:sz w:val="21"/>
        </w:rPr>
        <w:t>=x²+y²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i²=-1,</w:t>
      </w:r>
    </w:p>
    <w:p>
      <w:pPr>
        <w:spacing w:before="0" w:after="80" w:line="300" w:lineRule="auto"/>
        <w:jc w:val="left"/>
      </w:pPr>
      <w:r>
        <w:rPr>
          <w:rFonts w:ascii="Times New Roman" w:hAnsi="Times New Roman" w:eastAsia="宋体"/>
          <w:b w:val="0"/>
          <w:i w:val="0"/>
          <w:color w:val="333333"/>
          <w:sz w:val="19"/>
        </w:rPr>
        <w:t>(x+iy)(x-iy)=x²-(iy)²</w:t>
      </w:r>
    </w:p>
    <w:p>
      <w:pPr>
        <w:spacing w:before="0" w:after="80" w:line="300" w:lineRule="auto"/>
        <w:jc w:val="left"/>
      </w:pPr>
      <w:r>
        <w:rPr>
          <w:rFonts w:ascii="Times New Roman" w:hAnsi="Times New Roman" w:eastAsia="宋体"/>
          <w:b w:val="0"/>
          <w:i w:val="0"/>
          <w:color w:val="333333"/>
          <w:sz w:val="19"/>
        </w:rPr>
        <w:t>=x²+y².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原方程因式分解为</w:t>
      </w:r>
    </w:p>
    <w:p>
      <w:pPr>
        <w:spacing w:before="0" w:after="80" w:line="300" w:lineRule="auto"/>
        <w:jc w:val="left"/>
      </w:pPr>
      <w:r>
        <w:rPr>
          <w:rFonts w:ascii="Times New Roman" w:hAnsi="Times New Roman" w:eastAsia="宋体"/>
          <w:b w:val="0"/>
          <w:i w:val="0"/>
          <w:sz w:val="21"/>
        </w:rPr>
        <w:t>x(x+4)²(4-x)=0。</w:t>
      </w:r>
    </w:p>
    <w:p>
      <w:pPr>
        <w:spacing w:before="0" w:after="80" w:line="300" w:lineRule="auto"/>
        <w:jc w:val="left"/>
      </w:pPr>
      <w:r>
        <w:rPr>
          <w:rFonts w:ascii="Times New Roman" w:hAnsi="Times New Roman" w:eastAsia="宋体"/>
          <w:b w:val="0"/>
          <w:i w:val="0"/>
          <w:sz w:val="21"/>
        </w:rPr>
        <w:t>按重数计，根为 0、4、-4 和 -4。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factors as</w:t>
      </w:r>
    </w:p>
    <w:p>
      <w:pPr>
        <w:spacing w:before="0" w:after="80" w:line="300" w:lineRule="auto"/>
        <w:jc w:val="left"/>
      </w:pPr>
      <w:r>
        <w:rPr>
          <w:rFonts w:ascii="Times New Roman" w:hAnsi="Times New Roman" w:eastAsia="宋体"/>
          <w:b w:val="0"/>
          <w:i w:val="0"/>
          <w:color w:val="333333"/>
          <w:sz w:val="19"/>
        </w:rPr>
        <w:t>x(x+4)²(4-x)=0.</w:t>
      </w:r>
    </w:p>
    <w:p>
      <w:pPr>
        <w:spacing w:before="0" w:after="80" w:line="300" w:lineRule="auto"/>
        <w:jc w:val="left"/>
      </w:pPr>
      <w:r>
        <w:rPr>
          <w:rFonts w:ascii="Times New Roman" w:hAnsi="Times New Roman" w:eastAsia="宋体"/>
          <w:b w:val="0"/>
          <w:i w:val="0"/>
          <w:color w:val="333333"/>
          <w:sz w:val="19"/>
        </w:rPr>
        <w:t>Its roots, counted with multiplicity, are 0, 4, -4, and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由方程可得</w:t>
      </w:r>
    </w:p>
    <w:p>
      <w:pPr>
        <w:spacing w:before="0" w:after="80" w:line="300" w:lineRule="auto"/>
        <w:jc w:val="left"/>
      </w:pPr>
      <w:r>
        <w:rPr>
          <w:rFonts w:ascii="Times New Roman" w:hAnsi="Times New Roman" w:eastAsia="宋体"/>
          <w:b w:val="0"/>
          <w:i w:val="0"/>
          <w:sz w:val="21"/>
        </w:rPr>
        <w:t>x=6^(2.5)=6²√(6)=36√(6)。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gives</w:t>
      </w:r>
    </w:p>
    <w:p>
      <w:pPr>
        <w:spacing w:before="0" w:after="80" w:line="300" w:lineRule="auto"/>
        <w:jc w:val="left"/>
      </w:pPr>
      <w:r>
        <w:rPr>
          <w:rFonts w:ascii="Times New Roman" w:hAnsi="Times New Roman" w:eastAsia="宋体"/>
          <w:b w:val="0"/>
          <w:i w:val="0"/>
          <w:color w:val="333333"/>
          <w:sz w:val="19"/>
        </w:rPr>
        <w:t>x=6^(2.5)=6²√(6)=36√(6).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二十五美分硬币的枚数之差为</w:t>
      </w:r>
    </w:p>
    <w:p>
      <w:pPr>
        <w:spacing w:before="0" w:after="80" w:line="300" w:lineRule="auto"/>
        <w:jc w:val="left"/>
      </w:pPr>
      <w:r>
        <w:rPr>
          <w:rFonts w:ascii="Times New Roman" w:hAnsi="Times New Roman" w:eastAsia="宋体"/>
          <w:b w:val="0"/>
          <w:i w:val="0"/>
          <w:sz w:val="21"/>
        </w:rPr>
        <w:t>(5q+1)-(q+5)=4q-4。</w:t>
      </w:r>
    </w:p>
    <w:p>
      <w:pPr>
        <w:spacing w:before="0" w:after="80" w:line="300" w:lineRule="auto"/>
        <w:jc w:val="left"/>
      </w:pPr>
      <w:r>
        <w:rPr>
          <w:rFonts w:ascii="Times New Roman" w:hAnsi="Times New Roman" w:eastAsia="宋体"/>
          <w:b w:val="0"/>
          <w:i w:val="0"/>
          <w:sz w:val="21"/>
        </w:rPr>
        <w:t>每枚二十五美分硬币折合 5/2 枚十美分硬币，所以按此换算，得到</w:t>
      </w:r>
    </w:p>
    <w:p>
      <w:pPr>
        <w:spacing w:before="0" w:after="80" w:line="300" w:lineRule="auto"/>
        <w:jc w:val="left"/>
      </w:pPr>
      <w:r>
        <w:rPr>
          <w:rFonts w:ascii="Times New Roman" w:hAnsi="Times New Roman" w:eastAsia="宋体"/>
          <w:b w:val="0"/>
          <w:i w:val="0"/>
          <w:sz w:val="21"/>
        </w:rPr>
        <w:t>5/2(4q-4)=10(q-1)。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difference is</w:t>
      </w:r>
    </w:p>
    <w:p>
      <w:pPr>
        <w:spacing w:before="0" w:after="80" w:line="300" w:lineRule="auto"/>
        <w:jc w:val="left"/>
      </w:pPr>
      <w:r>
        <w:rPr>
          <w:rFonts w:ascii="Times New Roman" w:hAnsi="Times New Roman" w:eastAsia="宋体"/>
          <w:b w:val="0"/>
          <w:i w:val="0"/>
          <w:color w:val="333333"/>
          <w:sz w:val="19"/>
        </w:rPr>
        <w:t>(5q+1)-(q+5)=4q-4</w:t>
      </w:r>
    </w:p>
    <w:p>
      <w:pPr>
        <w:spacing w:before="0" w:after="80" w:line="300" w:lineRule="auto"/>
        <w:jc w:val="left"/>
      </w:pPr>
      <w:r>
        <w:rPr>
          <w:rFonts w:ascii="Times New Roman" w:hAnsi="Times New Roman" w:eastAsia="宋体"/>
          <w:b w:val="0"/>
          <w:i w:val="0"/>
          <w:color w:val="333333"/>
          <w:sz w:val="19"/>
        </w:rPr>
        <w:t>quarters. Multiplying by 5/2 dimes per quarter gives</w:t>
      </w:r>
    </w:p>
    <w:p>
      <w:pPr>
        <w:spacing w:before="0" w:after="80" w:line="300" w:lineRule="auto"/>
        <w:jc w:val="left"/>
      </w:pPr>
      <w:r>
        <w:rPr>
          <w:rFonts w:ascii="Times New Roman" w:hAnsi="Times New Roman" w:eastAsia="宋体"/>
          <w:b w:val="0"/>
          <w:i w:val="0"/>
          <w:color w:val="333333"/>
          <w:sz w:val="19"/>
        </w:rPr>
        <w:t>5/2(4q-4)=10(q-1).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原分式的分子为</w:t>
      </w:r>
    </w:p>
    <w:p>
      <w:pPr>
        <w:spacing w:before="0" w:after="80" w:line="300" w:lineRule="auto"/>
        <w:jc w:val="left"/>
      </w:pPr>
      <w:r>
        <w:rPr>
          <w:rFonts w:ascii="Times New Roman" w:hAnsi="Times New Roman" w:eastAsia="宋体"/>
          <w:b w:val="0"/>
          <w:i w:val="0"/>
          <w:sz w:val="21"/>
        </w:rPr>
        <w:t>(a²+x²-(x²-a²))/(√(a²+x²))</w:t>
      </w:r>
    </w:p>
    <w:p>
      <w:pPr>
        <w:spacing w:before="0" w:after="80" w:line="300" w:lineRule="auto"/>
        <w:jc w:val="left"/>
      </w:pPr>
      <w:r>
        <w:rPr>
          <w:rFonts w:ascii="Times New Roman" w:hAnsi="Times New Roman" w:eastAsia="宋体"/>
          <w:b w:val="0"/>
          <w:i w:val="0"/>
          <w:sz w:val="21"/>
        </w:rPr>
        <w:t>=2a²/(√(a²+x²))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再除以 a²+x²，得到</w:t>
      </w:r>
    </w:p>
    <w:p>
      <w:pPr>
        <w:spacing w:before="0" w:after="80" w:line="300" w:lineRule="auto"/>
        <w:jc w:val="left"/>
      </w:pPr>
      <w:r>
        <w:rPr>
          <w:rFonts w:ascii="Times New Roman" w:hAnsi="Times New Roman" w:eastAsia="宋体"/>
          <w:b w:val="0"/>
          <w:i w:val="0"/>
          <w:sz w:val="21"/>
        </w:rPr>
        <w:t>2a²/((a²+x²)^(3/2))。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numerator is</w:t>
      </w:r>
    </w:p>
    <w:p>
      <w:pPr>
        <w:spacing w:before="0" w:after="80" w:line="300" w:lineRule="auto"/>
        <w:jc w:val="left"/>
      </w:pPr>
      <w:r>
        <w:rPr>
          <w:rFonts w:ascii="Times New Roman" w:hAnsi="Times New Roman" w:eastAsia="宋体"/>
          <w:b w:val="0"/>
          <w:i w:val="0"/>
          <w:color w:val="333333"/>
          <w:sz w:val="19"/>
        </w:rPr>
        <w:t>(a²+x²-(x²-a²))/(√(a²+x²))</w:t>
      </w:r>
    </w:p>
    <w:p>
      <w:pPr>
        <w:spacing w:before="0" w:after="80" w:line="300" w:lineRule="auto"/>
        <w:jc w:val="left"/>
      </w:pPr>
      <w:r>
        <w:rPr>
          <w:rFonts w:ascii="Times New Roman" w:hAnsi="Times New Roman" w:eastAsia="宋体"/>
          <w:b w:val="0"/>
          <w:i w:val="0"/>
          <w:color w:val="333333"/>
          <w:sz w:val="19"/>
        </w:rPr>
        <w:t>=2a²/(√(a²+x²)).</w:t>
      </w:r>
    </w:p>
    <w:p>
      <w:pPr>
        <w:spacing w:before="0" w:after="80" w:line="300" w:lineRule="auto"/>
        <w:jc w:val="left"/>
      </w:pPr>
      <w:r>
        <w:rPr>
          <w:rFonts w:ascii="Times New Roman" w:hAnsi="Times New Roman" w:eastAsia="宋体"/>
          <w:b w:val="0"/>
          <w:i w:val="0"/>
          <w:color w:val="333333"/>
          <w:sz w:val="19"/>
        </w:rPr>
        <w:t>Dividing by a²+x² gives</w:t>
      </w:r>
    </w:p>
    <w:p>
      <w:pPr>
        <w:spacing w:before="0" w:after="80" w:line="300" w:lineRule="auto"/>
        <w:jc w:val="left"/>
      </w:pPr>
      <w:r>
        <w:rPr>
          <w:rFonts w:ascii="Times New Roman" w:hAnsi="Times New Roman" w:eastAsia="宋体"/>
          <w:b w:val="0"/>
          <w:i w:val="0"/>
          <w:color w:val="333333"/>
          <w:sz w:val="19"/>
        </w:rPr>
        <w:t>2a²/((a²+x²)^(3/2)).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代入后得到</w:t>
      </w:r>
    </w:p>
    <w:p>
      <w:pPr>
        <w:spacing w:before="0" w:after="80" w:line="300" w:lineRule="auto"/>
        <w:jc w:val="left"/>
      </w:pPr>
      <w:r>
        <w:rPr>
          <w:rFonts w:ascii="Times New Roman" w:hAnsi="Times New Roman" w:eastAsia="宋体"/>
          <w:b w:val="0"/>
          <w:i w:val="0"/>
          <w:sz w:val="21"/>
        </w:rPr>
        <w:t>(2-x)(x²+4)=8。</w:t>
      </w:r>
    </w:p>
    <w:p>
      <w:pPr>
        <w:spacing w:before="0" w:after="80" w:line="300" w:lineRule="auto"/>
        <w:jc w:val="left"/>
      </w:pPr>
      <w:r>
        <w:rPr>
          <w:rFonts w:ascii="Times New Roman" w:hAnsi="Times New Roman" w:eastAsia="宋体"/>
          <w:b w:val="0"/>
          <w:i w:val="0"/>
          <w:sz w:val="21"/>
        </w:rPr>
        <w:t>展开并化简，得到</w:t>
      </w:r>
    </w:p>
    <w:p>
      <w:pPr>
        <w:spacing w:before="0" w:after="80" w:line="300" w:lineRule="auto"/>
        <w:jc w:val="left"/>
      </w:pPr>
      <w:r>
        <w:rPr>
          <w:rFonts w:ascii="Times New Roman" w:hAnsi="Times New Roman" w:eastAsia="宋体"/>
          <w:b w:val="0"/>
          <w:i w:val="0"/>
          <w:sz w:val="21"/>
        </w:rPr>
        <w:t>x(x²-2x+4)=0。</w:t>
      </w:r>
    </w:p>
    <w:p>
      <w:pPr>
        <w:spacing w:before="0" w:after="80" w:line="300" w:lineRule="auto"/>
        <w:jc w:val="left"/>
      </w:pPr>
      <w:r>
        <w:rPr>
          <w:rFonts w:ascii="Times New Roman" w:hAnsi="Times New Roman" w:eastAsia="宋体"/>
          <w:b w:val="0"/>
          <w:i w:val="0"/>
          <w:sz w:val="21"/>
        </w:rPr>
        <w:t>二次因式的判别式为负，因此实数交点满足 x=0。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Substitution gives</w:t>
      </w:r>
    </w:p>
    <w:p>
      <w:pPr>
        <w:spacing w:before="0" w:after="80" w:line="300" w:lineRule="auto"/>
        <w:jc w:val="left"/>
      </w:pPr>
      <w:r>
        <w:rPr>
          <w:rFonts w:ascii="Times New Roman" w:hAnsi="Times New Roman" w:eastAsia="宋体"/>
          <w:b w:val="0"/>
          <w:i w:val="0"/>
          <w:color w:val="333333"/>
          <w:sz w:val="19"/>
        </w:rPr>
        <w:t>(2-x)(x²+4)=8.</w:t>
      </w:r>
    </w:p>
    <w:p>
      <w:pPr>
        <w:spacing w:before="0" w:after="80" w:line="300" w:lineRule="auto"/>
        <w:jc w:val="left"/>
      </w:pPr>
      <w:r>
        <w:rPr>
          <w:rFonts w:ascii="Times New Roman" w:hAnsi="Times New Roman" w:eastAsia="宋体"/>
          <w:b w:val="0"/>
          <w:i w:val="0"/>
          <w:color w:val="333333"/>
          <w:sz w:val="19"/>
        </w:rPr>
        <w:t>Expanding and simplifying,</w:t>
      </w:r>
    </w:p>
    <w:p>
      <w:pPr>
        <w:spacing w:before="0" w:after="80" w:line="300" w:lineRule="auto"/>
        <w:jc w:val="left"/>
      </w:pPr>
      <w:r>
        <w:rPr>
          <w:rFonts w:ascii="Times New Roman" w:hAnsi="Times New Roman" w:eastAsia="宋体"/>
          <w:b w:val="0"/>
          <w:i w:val="0"/>
          <w:color w:val="333333"/>
          <w:sz w:val="19"/>
        </w:rPr>
        <w:t>x(x²-2x+4)=0.</w:t>
      </w:r>
    </w:p>
    <w:p>
      <w:pPr>
        <w:spacing w:before="0" w:after="80" w:line="300" w:lineRule="auto"/>
        <w:jc w:val="left"/>
      </w:pPr>
      <w:r>
        <w:rPr>
          <w:rFonts w:ascii="Times New Roman" w:hAnsi="Times New Roman" w:eastAsia="宋体"/>
          <w:b w:val="0"/>
          <w:i w:val="0"/>
          <w:color w:val="333333"/>
          <w:sz w:val="19"/>
        </w:rPr>
        <w:t>The quadratic factor has negative discriminant, so the real intersection has x=0.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剃须水中原有 9(0.50)=4.5 盎司酒精。若加入 w 盎司水，则</w:t>
      </w:r>
    </w:p>
    <w:p>
      <w:pPr>
        <w:spacing w:before="0" w:after="80" w:line="300" w:lineRule="auto"/>
        <w:jc w:val="left"/>
      </w:pPr>
      <w:r>
        <w:rPr>
          <w:rFonts w:ascii="Times New Roman" w:hAnsi="Times New Roman" w:eastAsia="宋体"/>
          <w:b w:val="0"/>
          <w:i w:val="0"/>
          <w:sz w:val="21"/>
        </w:rPr>
        <w:t>4.5/9+w=0.30。</w:t>
      </w:r>
    </w:p>
    <w:p>
      <w:pPr>
        <w:spacing w:before="0" w:after="80" w:line="300" w:lineRule="auto"/>
        <w:jc w:val="left"/>
      </w:pPr>
      <w:r>
        <w:rPr>
          <w:rFonts w:ascii="Times New Roman" w:hAnsi="Times New Roman" w:eastAsia="宋体"/>
          <w:b w:val="0"/>
          <w:i w:val="0"/>
          <w:sz w:val="21"/>
        </w:rPr>
        <w:t>所以 9+w=15，且 w=6。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lotion initially contains 9(0.50)=4.5 ounces of alcohol. If w ounces of water are added, then</w:t>
      </w:r>
    </w:p>
    <w:p>
      <w:pPr>
        <w:spacing w:before="0" w:after="80" w:line="300" w:lineRule="auto"/>
        <w:jc w:val="left"/>
      </w:pPr>
      <w:r>
        <w:rPr>
          <w:rFonts w:ascii="Times New Roman" w:hAnsi="Times New Roman" w:eastAsia="宋体"/>
          <w:b w:val="0"/>
          <w:i w:val="0"/>
          <w:color w:val="333333"/>
          <w:sz w:val="19"/>
        </w:rPr>
        <w:t>4.5/9+w=0.30.</w:t>
      </w:r>
    </w:p>
    <w:p>
      <w:pPr>
        <w:spacing w:before="0" w:after="80" w:line="300" w:lineRule="auto"/>
        <w:jc w:val="left"/>
      </w:pPr>
      <w:r>
        <w:rPr>
          <w:rFonts w:ascii="Times New Roman" w:hAnsi="Times New Roman" w:eastAsia="宋体"/>
          <w:b w:val="0"/>
          <w:i w:val="0"/>
          <w:color w:val="333333"/>
          <w:sz w:val="19"/>
        </w:rPr>
        <w:t>Hence 9+w=15 and w=6.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车轮的周长为 6π 英尺，所以所需圈数为</w:t>
      </w:r>
    </w:p>
    <w:p>
      <w:pPr>
        <w:spacing w:before="0" w:after="80" w:line="300" w:lineRule="auto"/>
        <w:jc w:val="left"/>
      </w:pPr>
      <w:r>
        <w:rPr>
          <w:rFonts w:ascii="Times New Roman" w:hAnsi="Times New Roman" w:eastAsia="宋体"/>
          <w:b w:val="0"/>
          <w:i w:val="0"/>
          <w:sz w:val="21"/>
        </w:rPr>
        <w:t>5280/6π=880/π。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wheel’s circumference is 6π feet, so the required number of revolutions is</w:t>
      </w:r>
    </w:p>
    <w:p>
      <w:pPr>
        <w:spacing w:before="0" w:after="80" w:line="300" w:lineRule="auto"/>
        <w:jc w:val="left"/>
      </w:pPr>
      <w:r>
        <w:rPr>
          <w:rFonts w:ascii="Times New Roman" w:hAnsi="Times New Roman" w:eastAsia="宋体"/>
          <w:b w:val="0"/>
          <w:i w:val="0"/>
          <w:color w:val="333333"/>
          <w:sz w:val="19"/>
        </w:rPr>
        <w:t>5280/6π=880/π.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若内圆半径为 r，则周长之差为</w:t>
      </w:r>
    </w:p>
    <w:p>
      <w:pPr>
        <w:spacing w:before="0" w:after="80" w:line="300" w:lineRule="auto"/>
        <w:jc w:val="left"/>
      </w:pPr>
      <w:r>
        <w:rPr>
          <w:rFonts w:ascii="Times New Roman" w:hAnsi="Times New Roman" w:eastAsia="宋体"/>
          <w:b w:val="0"/>
          <w:i w:val="0"/>
          <w:sz w:val="21"/>
        </w:rPr>
        <w:t>2π(r+10)-2π r=20π≈62.8</w:t>
      </w:r>
    </w:p>
    <w:p>
      <w:pPr>
        <w:spacing w:before="0" w:after="80" w:line="300" w:lineRule="auto"/>
        <w:jc w:val="left"/>
      </w:pPr>
      <w:r>
        <w:rPr>
          <w:rFonts w:ascii="Times New Roman" w:hAnsi="Times New Roman" w:eastAsia="宋体"/>
          <w:b w:val="0"/>
          <w:i w:val="0"/>
          <w:sz w:val="21"/>
        </w:rPr>
        <w:t>英尺，约为 60 英尺。</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inner radius is r, the difference is</w:t>
      </w:r>
    </w:p>
    <w:p>
      <w:pPr>
        <w:spacing w:before="0" w:after="80" w:line="300" w:lineRule="auto"/>
        <w:jc w:val="left"/>
      </w:pPr>
      <w:r>
        <w:rPr>
          <w:rFonts w:ascii="Times New Roman" w:hAnsi="Times New Roman" w:eastAsia="宋体"/>
          <w:b w:val="0"/>
          <w:i w:val="0"/>
          <w:color w:val="333333"/>
          <w:sz w:val="19"/>
        </w:rPr>
        <w:t>2π(r+10)-2π r=20π≈62.8</w:t>
      </w:r>
    </w:p>
    <w:p>
      <w:pPr>
        <w:spacing w:before="0" w:after="80" w:line="300" w:lineRule="auto"/>
        <w:jc w:val="left"/>
      </w:pPr>
      <w:r>
        <w:rPr>
          <w:rFonts w:ascii="Times New Roman" w:hAnsi="Times New Roman" w:eastAsia="宋体"/>
          <w:b w:val="0"/>
          <w:i w:val="0"/>
          <w:color w:val="333333"/>
          <w:sz w:val="19"/>
        </w:rPr>
        <w:t>feet, which is about 60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面积之比等于直径之比的平方：</w:t>
      </w:r>
    </w:p>
    <w:p>
      <w:pPr>
        <w:spacing w:before="0" w:after="80" w:line="300" w:lineRule="auto"/>
        <w:jc w:val="left"/>
      </w:pPr>
      <w:r>
        <w:rPr>
          <w:rFonts w:ascii="Times New Roman" w:hAnsi="Times New Roman" w:eastAsia="宋体"/>
          <w:b w:val="0"/>
          <w:i w:val="0"/>
          <w:sz w:val="21"/>
        </w:rPr>
        <w:t>(8/12)²=(2/3)²=4/9。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ratio is the square of the diameter ratio:</w:t>
      </w:r>
    </w:p>
    <w:p>
      <w:pPr>
        <w:spacing w:before="0" w:after="80" w:line="300" w:lineRule="auto"/>
        <w:jc w:val="left"/>
      </w:pPr>
      <w:r>
        <w:rPr>
          <w:rFonts w:ascii="Times New Roman" w:hAnsi="Times New Roman" w:eastAsia="宋体"/>
          <w:b w:val="0"/>
          <w:i w:val="0"/>
          <w:color w:val="333333"/>
          <w:sz w:val="19"/>
        </w:rPr>
        <w:t>(8/12)²=(2/3)²=4/9.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若公共的高为 h，则三角形的面积为</w:t>
      </w:r>
    </w:p>
    <w:p>
      <w:pPr>
        <w:spacing w:before="0" w:after="80" w:line="300" w:lineRule="auto"/>
        <w:jc w:val="left"/>
      </w:pPr>
      <w:r>
        <w:rPr>
          <w:rFonts w:ascii="Times New Roman" w:hAnsi="Times New Roman" w:eastAsia="宋体"/>
          <w:b w:val="0"/>
          <w:i w:val="0"/>
          <w:sz w:val="21"/>
        </w:rPr>
        <w:t>1/2(18)h=9h。</w:t>
      </w:r>
    </w:p>
    <w:p>
      <w:pPr>
        <w:spacing w:before="0" w:after="80" w:line="300" w:lineRule="auto"/>
        <w:jc w:val="left"/>
      </w:pPr>
      <w:r>
        <w:rPr>
          <w:rFonts w:ascii="Times New Roman" w:hAnsi="Times New Roman" w:eastAsia="宋体"/>
          <w:b w:val="0"/>
          <w:i w:val="0"/>
          <w:sz w:val="21"/>
        </w:rPr>
        <w:t>梯形的面积等于其中位线乘以高，所以其中位线长必为 9 英寸。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common altitude is h, the triangle has area</w:t>
      </w:r>
    </w:p>
    <w:p>
      <w:pPr>
        <w:spacing w:before="0" w:after="80" w:line="300" w:lineRule="auto"/>
        <w:jc w:val="left"/>
      </w:pPr>
      <w:r>
        <w:rPr>
          <w:rFonts w:ascii="Times New Roman" w:hAnsi="Times New Roman" w:eastAsia="宋体"/>
          <w:b w:val="0"/>
          <w:i w:val="0"/>
          <w:color w:val="333333"/>
          <w:sz w:val="19"/>
        </w:rPr>
        <w:t>1/2(18)h=9h.</w:t>
      </w:r>
    </w:p>
    <w:p>
      <w:pPr>
        <w:spacing w:before="0" w:after="80" w:line="300" w:lineRule="auto"/>
        <w:jc w:val="left"/>
      </w:pPr>
      <w:r>
        <w:rPr>
          <w:rFonts w:ascii="Times New Roman" w:hAnsi="Times New Roman" w:eastAsia="宋体"/>
          <w:b w:val="0"/>
          <w:i w:val="0"/>
          <w:color w:val="333333"/>
          <w:sz w:val="19"/>
        </w:rPr>
        <w:t>A trapezoid’s area is its median times its altitude, so its median must be 9 inches.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两圆内切时有 PQ=p-q，外切时有 PQ=p+q。两圆相离时可以有 PQ&gt; p+q，而许多相交或相离的情形满足 PQ&gt; p-q。因此 A 至 D 中的每种情况都可能发生，没有一个说法是错误的。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Internal tangency realizes PQ=p-q, and external tangency realizes PQ=p+q. Disjoint circles can have PQ&gt; p+q, and many intersecting or disjoint configurations have PQ&gt; p-q. Thus each of A through D can occur, so none of them is false.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设原正方形的边长为 s。其内切圆的直径为 s。这个直径就是从圆中切出的最大正方形的对角线，因此最后得到的正方形边长为 s/(√(2))，面积为 s²/2。两次切割后留下的是这个正方形，所以浪费的总面积为 s²-s²/2=s²/2。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original square have side s. The inscribed circle has diameter s. That diameter is the diagonal of the largest square cut from the circle, so the final square has side s/(√(2)) and area s²/2. The material left after both cuts is this final square, so the total waste is s²-s²/2=s²/2.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利润和费用合计占销售额的 10%+15%=25%，所以成本是售价的 75%。加价额与成本之比为</w:t>
      </w:r>
    </w:p>
    <w:p>
      <w:pPr>
        <w:spacing w:before="0" w:after="80" w:line="300" w:lineRule="auto"/>
        <w:jc w:val="left"/>
      </w:pPr>
      <w:r>
        <w:rPr>
          <w:rFonts w:ascii="Times New Roman" w:hAnsi="Times New Roman" w:eastAsia="宋体"/>
          <w:b w:val="0"/>
          <w:i w:val="0"/>
          <w:sz w:val="21"/>
        </w:rPr>
        <w:t>(25%)/(75%)=1/3=331/3%。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Profit and expenses are 10%+15%=25% of sales, so the cost is 75% of the selling price. The markup as a fraction of cost is</w:t>
      </w:r>
    </w:p>
    <w:p>
      <w:pPr>
        <w:spacing w:before="0" w:after="80" w:line="300" w:lineRule="auto"/>
        <w:jc w:val="left"/>
      </w:pPr>
      <w:r>
        <w:rPr>
          <w:rFonts w:ascii="Times New Roman" w:hAnsi="Times New Roman" w:eastAsia="宋体"/>
          <w:b w:val="0"/>
          <w:i w:val="0"/>
          <w:color w:val="333333"/>
          <w:sz w:val="19"/>
        </w:rPr>
        <w:t>(25%)/(75%)=1/3=331/3%.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设按 4% 投资的金额为 x 美元。由两笔收益相等可得</w:t>
      </w:r>
    </w:p>
    <w:p>
      <w:pPr>
        <w:spacing w:before="0" w:after="80" w:line="300" w:lineRule="auto"/>
        <w:jc w:val="left"/>
      </w:pPr>
      <w:r>
        <w:rPr>
          <w:rFonts w:ascii="Times New Roman" w:hAnsi="Times New Roman" w:eastAsia="宋体"/>
          <w:b w:val="0"/>
          <w:i w:val="0"/>
          <w:sz w:val="21"/>
        </w:rPr>
        <w:t>0.04x=0.06(4500-x)，</w:t>
      </w:r>
    </w:p>
    <w:p>
      <w:pPr>
        <w:spacing w:before="0" w:after="80" w:line="300" w:lineRule="auto"/>
        <w:jc w:val="left"/>
      </w:pPr>
      <w:r>
        <w:rPr>
          <w:rFonts w:ascii="Times New Roman" w:hAnsi="Times New Roman" w:eastAsia="宋体"/>
          <w:b w:val="0"/>
          <w:i w:val="0"/>
          <w:sz w:val="21"/>
        </w:rPr>
        <w:t>所以 x=2700。每笔投资的收益都是 $108，总收益为 $216。平均利率为</w:t>
      </w:r>
    </w:p>
    <w:p>
      <w:pPr>
        <w:spacing w:before="0" w:after="80" w:line="300" w:lineRule="auto"/>
        <w:jc w:val="left"/>
      </w:pPr>
      <w:r>
        <w:rPr>
          <w:rFonts w:ascii="Times New Roman" w:hAnsi="Times New Roman" w:eastAsia="宋体"/>
          <w:b w:val="0"/>
          <w:i w:val="0"/>
          <w:sz w:val="21"/>
        </w:rPr>
        <w:t>216/4500=0.048=4.8%。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dollars be invested at 4%. Equal returns give</w:t>
      </w:r>
    </w:p>
    <w:p>
      <w:pPr>
        <w:spacing w:before="0" w:after="80" w:line="300" w:lineRule="auto"/>
        <w:jc w:val="left"/>
      </w:pPr>
      <w:r>
        <w:rPr>
          <w:rFonts w:ascii="Times New Roman" w:hAnsi="Times New Roman" w:eastAsia="宋体"/>
          <w:b w:val="0"/>
          <w:i w:val="0"/>
          <w:color w:val="333333"/>
          <w:sz w:val="19"/>
        </w:rPr>
        <w:t>0.04x=0.06(4500-x),</w:t>
      </w:r>
    </w:p>
    <w:p>
      <w:pPr>
        <w:spacing w:before="0" w:after="80" w:line="300" w:lineRule="auto"/>
        <w:jc w:val="left"/>
      </w:pPr>
      <w:r>
        <w:rPr>
          <w:rFonts w:ascii="Times New Roman" w:hAnsi="Times New Roman" w:eastAsia="宋体"/>
          <w:b w:val="0"/>
          <w:i w:val="0"/>
          <w:color w:val="333333"/>
          <w:sz w:val="19"/>
        </w:rPr>
        <w:t>so x=2700. Each investment returns $108, for a total of $216. The average rate is</w:t>
      </w:r>
    </w:p>
    <w:p>
      <w:pPr>
        <w:spacing w:before="0" w:after="80" w:line="300" w:lineRule="auto"/>
        <w:jc w:val="left"/>
      </w:pPr>
      <w:r>
        <w:rPr>
          <w:rFonts w:ascii="Times New Roman" w:hAnsi="Times New Roman" w:eastAsia="宋体"/>
          <w:b w:val="0"/>
          <w:i w:val="0"/>
          <w:color w:val="333333"/>
          <w:sz w:val="19"/>
        </w:rPr>
        <w:t>216/4500=0.048=4.8%.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利用平方差公式，</w:t>
      </w:r>
    </w:p>
    <w:p>
      <w:pPr>
        <w:spacing w:before="0" w:after="80" w:line="300" w:lineRule="auto"/>
        <w:jc w:val="left"/>
      </w:pPr>
      <w:r>
        <w:rPr>
          <w:rFonts w:ascii="Times New Roman" w:hAnsi="Times New Roman" w:eastAsia="宋体"/>
          <w:b w:val="0"/>
          <w:i w:val="0"/>
          <w:sz w:val="21"/>
        </w:rPr>
        <w:t>x⁴+4=(x²+2)²-(2x)²</w:t>
      </w:r>
    </w:p>
    <w:p>
      <w:pPr>
        <w:spacing w:before="0" w:after="80" w:line="300" w:lineRule="auto"/>
        <w:jc w:val="left"/>
      </w:pPr>
      <w:r>
        <w:rPr>
          <w:rFonts w:ascii="Times New Roman" w:hAnsi="Times New Roman" w:eastAsia="宋体"/>
          <w:b w:val="0"/>
          <w:i w:val="0"/>
          <w:sz w:val="21"/>
        </w:rPr>
        <w:t>=(x²-2x+2)(x²+2x+2)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a difference of squares,</w:t>
      </w:r>
    </w:p>
    <w:p>
      <w:pPr>
        <w:spacing w:before="0" w:after="80" w:line="300" w:lineRule="auto"/>
        <w:jc w:val="left"/>
      </w:pPr>
      <w:r>
        <w:rPr>
          <w:rFonts w:ascii="Times New Roman" w:hAnsi="Times New Roman" w:eastAsia="宋体"/>
          <w:b w:val="0"/>
          <w:i w:val="0"/>
          <w:color w:val="333333"/>
          <w:sz w:val="19"/>
        </w:rPr>
        <w:t>x⁴+4=(x²+2)²-(2x)²</w:t>
      </w:r>
    </w:p>
    <w:p>
      <w:pPr>
        <w:spacing w:before="0" w:after="80" w:line="300" w:lineRule="auto"/>
        <w:jc w:val="left"/>
      </w:pPr>
      <w:r>
        <w:rPr>
          <w:rFonts w:ascii="Times New Roman" w:hAnsi="Times New Roman" w:eastAsia="宋体"/>
          <w:b w:val="0"/>
          <w:i w:val="0"/>
          <w:color w:val="333333"/>
          <w:sz w:val="19"/>
        </w:rPr>
        <w:t>=(x²-2x+2)(x²+2x+2).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新的值为</w:t>
      </w:r>
    </w:p>
    <w:p>
      <w:pPr>
        <w:spacing w:before="0" w:after="80" w:line="300" w:lineRule="auto"/>
        <w:jc w:val="left"/>
      </w:pPr>
      <w:r>
        <w:rPr>
          <w:rFonts w:ascii="Times New Roman" w:hAnsi="Times New Roman" w:eastAsia="宋体"/>
          <w:b w:val="0"/>
          <w:i w:val="0"/>
          <w:sz w:val="21"/>
        </w:rPr>
        <w:t>(3/4x)(3/4y)² =27/64xy²。</w:t>
      </w:r>
    </w:p>
    <w:p>
      <w:pPr>
        <w:spacing w:before="0" w:after="80" w:line="300" w:lineRule="auto"/>
        <w:jc w:val="left"/>
      </w:pPr>
      <w:r>
        <w:rPr>
          <w:rFonts w:ascii="Times New Roman" w:hAnsi="Times New Roman" w:eastAsia="宋体"/>
          <w:b w:val="0"/>
          <w:i w:val="0"/>
          <w:sz w:val="21"/>
        </w:rPr>
        <w:t>因此减少的量是原值的 1-27/64=37/64。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new value is</w:t>
      </w:r>
    </w:p>
    <w:p>
      <w:pPr>
        <w:spacing w:before="0" w:after="80" w:line="300" w:lineRule="auto"/>
        <w:jc w:val="left"/>
      </w:pPr>
      <w:r>
        <w:rPr>
          <w:rFonts w:ascii="Times New Roman" w:hAnsi="Times New Roman" w:eastAsia="宋体"/>
          <w:b w:val="0"/>
          <w:i w:val="0"/>
          <w:color w:val="333333"/>
          <w:sz w:val="19"/>
        </w:rPr>
        <w:t>(3/4x)(3/4y)² =27/64xy².</w:t>
      </w:r>
    </w:p>
    <w:p>
      <w:pPr>
        <w:spacing w:before="0" w:after="80" w:line="300" w:lineRule="auto"/>
        <w:jc w:val="left"/>
      </w:pPr>
      <w:r>
        <w:rPr>
          <w:rFonts w:ascii="Times New Roman" w:hAnsi="Times New Roman" w:eastAsia="宋体"/>
          <w:b w:val="0"/>
          <w:i w:val="0"/>
          <w:color w:val="333333"/>
          <w:sz w:val="19"/>
        </w:rPr>
        <w:t>Therefore the decrease is 1-27/64=37/64 of the original value.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因为 x≠0，可将表达式写成</w:t>
      </w:r>
    </w:p>
    <w:p>
      <w:pPr>
        <w:spacing w:before="0" w:after="80" w:line="300" w:lineRule="auto"/>
        <w:jc w:val="left"/>
      </w:pPr>
      <w:r>
        <w:rPr>
          <w:rFonts w:ascii="Times New Roman" w:hAnsi="Times New Roman" w:eastAsia="宋体"/>
          <w:b w:val="0"/>
          <w:i w:val="0"/>
          <w:sz w:val="21"/>
        </w:rPr>
        <w:t>x²Bigg[ (x²+1/x²)</w:t>
      </w:r>
    </w:p>
    <w:p>
      <w:pPr>
        <w:spacing w:before="0" w:after="80" w:line="300" w:lineRule="auto"/>
        <w:jc w:val="left"/>
      </w:pPr>
      <w:r>
        <w:rPr>
          <w:rFonts w:ascii="Times New Roman" w:hAnsi="Times New Roman" w:eastAsia="宋体"/>
          <w:b w:val="0"/>
          <w:i w:val="0"/>
          <w:sz w:val="21"/>
        </w:rPr>
        <w:t>+(x+1/x)-4 Bigg]</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x²+x⁻²=y²-2，可化为</w:t>
      </w:r>
    </w:p>
    <w:p>
      <w:pPr>
        <w:spacing w:before="0" w:after="80" w:line="300" w:lineRule="auto"/>
        <w:jc w:val="left"/>
      </w:pPr>
      <w:r>
        <w:rPr>
          <w:rFonts w:ascii="Times New Roman" w:hAnsi="Times New Roman" w:eastAsia="宋体"/>
          <w:b w:val="0"/>
          <w:i w:val="0"/>
          <w:sz w:val="21"/>
        </w:rPr>
        <w:t>x²(y²+y-6)=0。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x≠0, factor the expression as</w:t>
      </w:r>
    </w:p>
    <w:p>
      <w:pPr>
        <w:spacing w:before="0" w:after="80" w:line="300" w:lineRule="auto"/>
        <w:jc w:val="left"/>
      </w:pPr>
      <w:r>
        <w:rPr>
          <w:rFonts w:ascii="Times New Roman" w:hAnsi="Times New Roman" w:eastAsia="宋体"/>
          <w:b w:val="0"/>
          <w:i w:val="0"/>
          <w:color w:val="333333"/>
          <w:sz w:val="19"/>
        </w:rPr>
        <w:t>x²Bigg[ (x²+1/x²)</w:t>
      </w:r>
    </w:p>
    <w:p>
      <w:pPr>
        <w:spacing w:before="0" w:after="80" w:line="300" w:lineRule="auto"/>
        <w:jc w:val="left"/>
      </w:pPr>
      <w:r>
        <w:rPr>
          <w:rFonts w:ascii="Times New Roman" w:hAnsi="Times New Roman" w:eastAsia="宋体"/>
          <w:b w:val="0"/>
          <w:i w:val="0"/>
          <w:color w:val="333333"/>
          <w:sz w:val="19"/>
        </w:rPr>
        <w:t>+(x+1/x)-4 Bigg].</w:t>
      </w:r>
    </w:p>
    <w:p>
      <w:pPr>
        <w:spacing w:before="0" w:after="80" w:line="300" w:lineRule="auto"/>
        <w:jc w:val="left"/>
      </w:pPr>
      <w:r>
        <w:rPr>
          <w:rFonts w:ascii="Times New Roman" w:hAnsi="Times New Roman" w:eastAsia="宋体"/>
          <w:b w:val="0"/>
          <w:i w:val="0"/>
          <w:color w:val="333333"/>
          <w:sz w:val="19"/>
        </w:rPr>
        <w:t>Since x²+x⁻²=y²-2, this becomes</w:t>
      </w:r>
    </w:p>
    <w:p>
      <w:pPr>
        <w:spacing w:before="0" w:after="80" w:line="300" w:lineRule="auto"/>
        <w:jc w:val="left"/>
      </w:pPr>
      <w:r>
        <w:rPr>
          <w:rFonts w:ascii="Times New Roman" w:hAnsi="Times New Roman" w:eastAsia="宋体"/>
          <w:b w:val="0"/>
          <w:i w:val="0"/>
          <w:color w:val="333333"/>
          <w:sz w:val="19"/>
        </w:rPr>
        <w:t>x²(y²+y-6)=0.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该对数方程等价于</w:t>
      </w:r>
    </w:p>
    <w:p>
      <w:pPr>
        <w:spacing w:before="0" w:after="80" w:line="300" w:lineRule="auto"/>
        <w:jc w:val="left"/>
      </w:pPr>
      <w:r>
        <w:rPr>
          <w:rFonts w:ascii="Times New Roman" w:hAnsi="Times New Roman" w:eastAsia="宋体"/>
          <w:b w:val="0"/>
          <w:i w:val="0"/>
          <w:sz w:val="21"/>
        </w:rPr>
        <w:t>x²-3x+6=10，</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x²-3x-4=(x-4)(x+1)</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x=4 或 x=-1。</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logarithmic equation is equivalent to</w:t>
      </w:r>
    </w:p>
    <w:p>
      <w:pPr>
        <w:spacing w:before="0" w:after="80" w:line="300" w:lineRule="auto"/>
        <w:jc w:val="left"/>
      </w:pPr>
      <w:r>
        <w:rPr>
          <w:rFonts w:ascii="Times New Roman" w:hAnsi="Times New Roman" w:eastAsia="宋体"/>
          <w:b w:val="0"/>
          <w:i w:val="0"/>
          <w:color w:val="333333"/>
          <w:sz w:val="19"/>
        </w:rPr>
        <w:t>x²-3x+6=10,</w:t>
      </w:r>
    </w:p>
    <w:p>
      <w:pPr>
        <w:spacing w:before="0" w:after="80" w:line="300" w:lineRule="auto"/>
        <w:jc w:val="left"/>
      </w:pPr>
      <w:r>
        <w:rPr>
          <w:rFonts w:ascii="Times New Roman" w:hAnsi="Times New Roman" w:eastAsia="宋体"/>
          <w:b w:val="0"/>
          <w:i w:val="0"/>
          <w:color w:val="333333"/>
          <w:sz w:val="19"/>
        </w:rPr>
        <w:t>so</w:t>
      </w:r>
    </w:p>
    <w:p>
      <w:pPr>
        <w:spacing w:before="0" w:after="80" w:line="300" w:lineRule="auto"/>
        <w:jc w:val="left"/>
      </w:pPr>
      <w:r>
        <w:rPr>
          <w:rFonts w:ascii="Times New Roman" w:hAnsi="Times New Roman" w:eastAsia="宋体"/>
          <w:b w:val="0"/>
          <w:i w:val="0"/>
          <w:color w:val="333333"/>
          <w:sz w:val="19"/>
        </w:rPr>
        <w:t>x²-3x-4=(x-4)(x+1)</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Thus x=4 or x=-1.</w:t>
      </w:r>
    </w:p>
    <w:p>
      <w:pPr>
        <w:spacing w:before="0" w:after="80" w:line="300" w:lineRule="auto"/>
        <w:jc w:val="left"/>
      </w:pPr>
      <w:r>
        <w:rPr>
          <w:rFonts w:ascii="Times New Roman" w:hAnsi="Times New Roman" w:eastAsia="宋体"/>
          <w:b w:val="0"/>
          <w:i w:val="0"/>
          <w:color w:val="333333"/>
          <w:sz w:val="19"/>
        </w:rPr>
        <w:t>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题目中的表达式是两个独立根式的乘积：</w:t>
      </w:r>
    </w:p>
    <w:p>
      <w:pPr>
        <w:spacing w:before="0" w:after="80" w:line="300" w:lineRule="auto"/>
        <w:jc w:val="left"/>
      </w:pPr>
      <w:r>
        <w:rPr>
          <w:rFonts w:ascii="Times New Roman" w:hAnsi="Times New Roman" w:eastAsia="宋体"/>
          <w:b w:val="0"/>
          <w:i w:val="0"/>
          <w:sz w:val="21"/>
        </w:rPr>
        <w:t>27⁴√(9)³√(9) =3^(3+1/2+2/3)=3^(25/6)。</w:t>
      </w:r>
    </w:p>
    <w:p>
      <w:pPr>
        <w:spacing w:before="0" w:after="80" w:line="300" w:lineRule="auto"/>
        <w:jc w:val="left"/>
      </w:pPr>
      <w:r>
        <w:rPr>
          <w:rFonts w:ascii="Times New Roman" w:hAnsi="Times New Roman" w:eastAsia="宋体"/>
          <w:b w:val="0"/>
          <w:i w:val="0"/>
          <w:sz w:val="21"/>
        </w:rPr>
        <w:t>因此它以 3 为底的对数是 25/6=41/6。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printed expression is a product of two separate radicals:</w:t>
      </w:r>
    </w:p>
    <w:p>
      <w:pPr>
        <w:spacing w:before="0" w:after="80" w:line="300" w:lineRule="auto"/>
        <w:jc w:val="left"/>
      </w:pPr>
      <w:r>
        <w:rPr>
          <w:rFonts w:ascii="Times New Roman" w:hAnsi="Times New Roman" w:eastAsia="宋体"/>
          <w:b w:val="0"/>
          <w:i w:val="0"/>
          <w:color w:val="333333"/>
          <w:sz w:val="19"/>
        </w:rPr>
        <w:t>27⁴√(9)³√(9) =3^(3+1/2+2/3)=3^(25/6).</w:t>
      </w:r>
    </w:p>
    <w:p>
      <w:pPr>
        <w:spacing w:before="0" w:after="80" w:line="300" w:lineRule="auto"/>
        <w:jc w:val="left"/>
      </w:pPr>
      <w:r>
        <w:rPr>
          <w:rFonts w:ascii="Times New Roman" w:hAnsi="Times New Roman" w:eastAsia="宋体"/>
          <w:b w:val="0"/>
          <w:i w:val="0"/>
          <w:color w:val="333333"/>
          <w:sz w:val="19"/>
        </w:rPr>
        <w:t>Its base-3 logarithm is 25/6=41/6.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两边乘以 √(x+10)，得到</w:t>
      </w:r>
    </w:p>
    <w:p>
      <w:pPr>
        <w:spacing w:before="0" w:after="80" w:line="300" w:lineRule="auto"/>
        <w:jc w:val="left"/>
      </w:pPr>
      <w:r>
        <w:rPr>
          <w:rFonts w:ascii="Times New Roman" w:hAnsi="Times New Roman" w:eastAsia="宋体"/>
          <w:b w:val="0"/>
          <w:i w:val="0"/>
          <w:sz w:val="21"/>
        </w:rPr>
        <w:t>x+4=5√(x+10)。</w:t>
      </w:r>
    </w:p>
    <w:p>
      <w:pPr>
        <w:spacing w:before="0" w:after="80" w:line="300" w:lineRule="auto"/>
        <w:jc w:val="left"/>
      </w:pPr>
      <w:r>
        <w:rPr>
          <w:rFonts w:ascii="Times New Roman" w:hAnsi="Times New Roman" w:eastAsia="宋体"/>
          <w:b w:val="0"/>
          <w:i w:val="0"/>
          <w:sz w:val="21"/>
        </w:rPr>
        <w:t>两边平方后得到</w:t>
      </w:r>
    </w:p>
    <w:p>
      <w:pPr>
        <w:spacing w:before="0" w:after="80" w:line="300" w:lineRule="auto"/>
        <w:jc w:val="left"/>
      </w:pPr>
      <w:r>
        <w:rPr>
          <w:rFonts w:ascii="Times New Roman" w:hAnsi="Times New Roman" w:eastAsia="宋体"/>
          <w:b w:val="0"/>
          <w:i w:val="0"/>
          <w:sz w:val="21"/>
        </w:rPr>
        <w:t>x²-17x-234</w:t>
      </w:r>
    </w:p>
    <w:p>
      <w:pPr>
        <w:spacing w:before="0" w:after="80" w:line="300" w:lineRule="auto"/>
        <w:jc w:val="left"/>
      </w:pPr>
      <w:r>
        <w:rPr>
          <w:rFonts w:ascii="Times New Roman" w:hAnsi="Times New Roman" w:eastAsia="宋体"/>
          <w:b w:val="0"/>
          <w:i w:val="0"/>
          <w:sz w:val="21"/>
        </w:rPr>
        <w:t>=(x-26)(x+9)</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x=26 满足原方程，而 x=-9 会使原方程左边等于 1-6=-5，而非 5。因此，介于 -10 与 -6 之间的 -9 是增根。</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by √(x+10) gives</w:t>
      </w:r>
    </w:p>
    <w:p>
      <w:pPr>
        <w:spacing w:before="0" w:after="80" w:line="300" w:lineRule="auto"/>
        <w:jc w:val="left"/>
      </w:pPr>
      <w:r>
        <w:rPr>
          <w:rFonts w:ascii="Times New Roman" w:hAnsi="Times New Roman" w:eastAsia="宋体"/>
          <w:b w:val="0"/>
          <w:i w:val="0"/>
          <w:color w:val="333333"/>
          <w:sz w:val="19"/>
        </w:rPr>
        <w:t>x+4=5√(x+10).</w:t>
      </w:r>
    </w:p>
    <w:p>
      <w:pPr>
        <w:spacing w:before="0" w:after="80" w:line="300" w:lineRule="auto"/>
        <w:jc w:val="left"/>
      </w:pPr>
      <w:r>
        <w:rPr>
          <w:rFonts w:ascii="Times New Roman" w:hAnsi="Times New Roman" w:eastAsia="宋体"/>
          <w:b w:val="0"/>
          <w:i w:val="0"/>
          <w:color w:val="333333"/>
          <w:sz w:val="19"/>
        </w:rPr>
        <w:t>Squaring produces</w:t>
      </w:r>
    </w:p>
    <w:p>
      <w:pPr>
        <w:spacing w:before="0" w:after="80" w:line="300" w:lineRule="auto"/>
        <w:jc w:val="left"/>
      </w:pPr>
      <w:r>
        <w:rPr>
          <w:rFonts w:ascii="Times New Roman" w:hAnsi="Times New Roman" w:eastAsia="宋体"/>
          <w:b w:val="0"/>
          <w:i w:val="0"/>
          <w:color w:val="333333"/>
          <w:sz w:val="19"/>
        </w:rPr>
        <w:t>x²-17x-234</w:t>
      </w:r>
    </w:p>
    <w:p>
      <w:pPr>
        <w:spacing w:before="0" w:after="80" w:line="300" w:lineRule="auto"/>
        <w:jc w:val="left"/>
      </w:pPr>
      <w:r>
        <w:rPr>
          <w:rFonts w:ascii="Times New Roman" w:hAnsi="Times New Roman" w:eastAsia="宋体"/>
          <w:b w:val="0"/>
          <w:i w:val="0"/>
          <w:color w:val="333333"/>
          <w:sz w:val="19"/>
        </w:rPr>
        <w:t>=(x-26)(x+9)</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The value x=26 satisfies the original equation, while x=-9 makes its left side 1-6=-5, not 5. Thus -9, which lies between -10 and -6, is extraneous.</w:t>
      </w:r>
    </w:p>
    <w:p>
      <w:pPr>
        <w:spacing w:before="0" w:after="80" w:line="300" w:lineRule="auto"/>
        <w:jc w:val="left"/>
      </w:pPr>
      <w:r>
        <w:rPr>
          <w:rFonts w:ascii="Times New Roman" w:hAnsi="Times New Roman" w:eastAsia="宋体"/>
          <w:b w:val="0"/>
          <w:i w:val="0"/>
          <w:color w:val="333333"/>
          <w:sz w:val="19"/>
        </w:rPr>
        <w:t>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展开后，从等式两边消去 100a²+bc，得到</w:t>
      </w:r>
    </w:p>
    <w:p>
      <w:pPr>
        <w:spacing w:before="0" w:after="80" w:line="300" w:lineRule="auto"/>
        <w:jc w:val="left"/>
      </w:pPr>
      <w:r>
        <w:rPr>
          <w:rFonts w:ascii="Times New Roman" w:hAnsi="Times New Roman" w:eastAsia="宋体"/>
          <w:b w:val="0"/>
          <w:i w:val="0"/>
          <w:sz w:val="21"/>
        </w:rPr>
        <w:t>10a(b+c)=100a。</w:t>
      </w:r>
    </w:p>
    <w:p>
      <w:pPr>
        <w:spacing w:before="0" w:after="80" w:line="300" w:lineRule="auto"/>
        <w:jc w:val="left"/>
      </w:pPr>
      <w:r>
        <w:rPr>
          <w:rFonts w:ascii="Times New Roman" w:hAnsi="Times New Roman" w:eastAsia="宋体"/>
          <w:b w:val="0"/>
          <w:i w:val="0"/>
          <w:sz w:val="21"/>
        </w:rPr>
        <w:t>因为 a 是正数，所以这等价于 b+c=10。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and canceling 100a²+bc from both sides leaves</w:t>
      </w:r>
    </w:p>
    <w:p>
      <w:pPr>
        <w:spacing w:before="0" w:after="80" w:line="300" w:lineRule="auto"/>
        <w:jc w:val="left"/>
      </w:pPr>
      <w:r>
        <w:rPr>
          <w:rFonts w:ascii="Times New Roman" w:hAnsi="Times New Roman" w:eastAsia="宋体"/>
          <w:b w:val="0"/>
          <w:i w:val="0"/>
          <w:color w:val="333333"/>
          <w:sz w:val="19"/>
        </w:rPr>
        <w:t>10a(b+c)=100a.</w:t>
      </w:r>
    </w:p>
    <w:p>
      <w:pPr>
        <w:spacing w:before="0" w:after="80" w:line="300" w:lineRule="auto"/>
        <w:jc w:val="left"/>
      </w:pPr>
      <w:r>
        <w:rPr>
          <w:rFonts w:ascii="Times New Roman" w:hAnsi="Times New Roman" w:eastAsia="宋体"/>
          <w:b w:val="0"/>
          <w:i w:val="0"/>
          <w:color w:val="333333"/>
          <w:sz w:val="19"/>
        </w:rPr>
        <w:t>Since a is positive, this is equivalent to b+c=10.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若某一项为 t，则后面两项为 tr 和 tr²。因此</w:t>
      </w:r>
    </w:p>
    <w:p>
      <w:pPr>
        <w:spacing w:before="0" w:after="80" w:line="300" w:lineRule="auto"/>
        <w:jc w:val="left"/>
      </w:pPr>
      <w:r>
        <w:rPr>
          <w:rFonts w:ascii="Times New Roman" w:hAnsi="Times New Roman" w:eastAsia="宋体"/>
          <w:b w:val="0"/>
          <w:i w:val="0"/>
          <w:sz w:val="21"/>
        </w:rPr>
        <w:t>t=tr+tr²</w:t>
      </w:r>
    </w:p>
    <w:p>
      <w:pPr>
        <w:spacing w:before="0" w:after="80" w:line="300" w:lineRule="auto"/>
        <w:jc w:val="left"/>
      </w:pPr>
      <w:r>
        <w:rPr>
          <w:rFonts w:ascii="Times New Roman" w:hAnsi="Times New Roman" w:eastAsia="宋体"/>
          <w:b w:val="0"/>
          <w:i w:val="0"/>
          <w:sz w:val="21"/>
        </w:rPr>
        <w:t>且 r²+r-1=0。因为各项均为正数，所以</w:t>
      </w:r>
    </w:p>
    <w:p>
      <w:pPr>
        <w:spacing w:before="0" w:after="80" w:line="300" w:lineRule="auto"/>
        <w:jc w:val="left"/>
      </w:pPr>
      <w:r>
        <w:rPr>
          <w:rFonts w:ascii="Times New Roman" w:hAnsi="Times New Roman" w:eastAsia="宋体"/>
          <w:b w:val="0"/>
          <w:i w:val="0"/>
          <w:sz w:val="21"/>
        </w:rPr>
        <w:t>r=(√(5)-1)/2。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term is t, the next two are tr and tr². Thus</w:t>
      </w:r>
    </w:p>
    <w:p>
      <w:pPr>
        <w:spacing w:before="0" w:after="80" w:line="300" w:lineRule="auto"/>
        <w:jc w:val="left"/>
      </w:pPr>
      <w:r>
        <w:rPr>
          <w:rFonts w:ascii="Times New Roman" w:hAnsi="Times New Roman" w:eastAsia="宋体"/>
          <w:b w:val="0"/>
          <w:i w:val="0"/>
          <w:color w:val="333333"/>
          <w:sz w:val="19"/>
        </w:rPr>
        <w:t>t=tr+tr²</w:t>
      </w:r>
    </w:p>
    <w:p>
      <w:pPr>
        <w:spacing w:before="0" w:after="80" w:line="300" w:lineRule="auto"/>
        <w:jc w:val="left"/>
      </w:pPr>
      <w:r>
        <w:rPr>
          <w:rFonts w:ascii="Times New Roman" w:hAnsi="Times New Roman" w:eastAsia="宋体"/>
          <w:b w:val="0"/>
          <w:i w:val="0"/>
          <w:color w:val="333333"/>
          <w:sz w:val="19"/>
        </w:rPr>
        <w:t>and r²+r-1=0. Because the terms are positive,</w:t>
      </w:r>
    </w:p>
    <w:p>
      <w:pPr>
        <w:spacing w:before="0" w:after="80" w:line="300" w:lineRule="auto"/>
        <w:jc w:val="left"/>
      </w:pPr>
      <w:r>
        <w:rPr>
          <w:rFonts w:ascii="Times New Roman" w:hAnsi="Times New Roman" w:eastAsia="宋体"/>
          <w:b w:val="0"/>
          <w:i w:val="0"/>
          <w:color w:val="333333"/>
          <w:sz w:val="19"/>
        </w:rPr>
        <w:t>r=(√(5)-1)/2.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A</w:t>
      </w:r>
    </w:p>
    <w:p>
      <w:pPr>
        <w:spacing w:before="0" w:after="80" w:line="300" w:lineRule="auto"/>
        <w:jc w:val="left"/>
      </w:pPr>
      <w:r>
        <w:rPr>
          <w:rFonts w:ascii="Times New Roman" w:hAnsi="Times New Roman" w:eastAsia="宋体"/>
          <w:b w:val="0"/>
          <w:i w:val="0"/>
          <w:sz w:val="21"/>
        </w:rPr>
        <w:t>较靠近底边的平行线段在其上方围出一个较小三角形，其面积是整个三角形的 2/3。若该线段长为 x，由相似关系可得</w:t>
      </w:r>
    </w:p>
    <w:p>
      <w:pPr>
        <w:spacing w:before="0" w:after="80" w:line="300" w:lineRule="auto"/>
        <w:jc w:val="left"/>
      </w:pPr>
      <w:r>
        <w:rPr>
          <w:rFonts w:ascii="Times New Roman" w:hAnsi="Times New Roman" w:eastAsia="宋体"/>
          <w:b w:val="0"/>
          <w:i w:val="0"/>
          <w:sz w:val="21"/>
        </w:rPr>
        <w:t>x²/15²=2/3。</w:t>
      </w:r>
    </w:p>
    <w:p>
      <w:pPr>
        <w:spacing w:before="0" w:after="80" w:line="300" w:lineRule="auto"/>
        <w:jc w:val="left"/>
      </w:pPr>
      <w:r>
        <w:rPr>
          <w:rFonts w:ascii="Times New Roman" w:hAnsi="Times New Roman" w:eastAsia="宋体"/>
          <w:b w:val="0"/>
          <w:i w:val="0"/>
          <w:sz w:val="21"/>
        </w:rPr>
        <w:t>因此 x²=150，且 x=5√(6)。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parallel closer to the base bounds a smaller triangle above it whose area is 2/3 of the whole triangle. If its length is x, similarity gives</w:t>
      </w:r>
    </w:p>
    <w:p>
      <w:pPr>
        <w:spacing w:before="0" w:after="80" w:line="300" w:lineRule="auto"/>
        <w:jc w:val="left"/>
      </w:pPr>
      <w:r>
        <w:rPr>
          <w:rFonts w:ascii="Times New Roman" w:hAnsi="Times New Roman" w:eastAsia="宋体"/>
          <w:b w:val="0"/>
          <w:i w:val="0"/>
          <w:color w:val="333333"/>
          <w:sz w:val="19"/>
        </w:rPr>
        <w:t>x²/15²=2/3.</w:t>
      </w:r>
    </w:p>
    <w:p>
      <w:pPr>
        <w:spacing w:before="0" w:after="80" w:line="300" w:lineRule="auto"/>
        <w:jc w:val="left"/>
      </w:pPr>
      <w:r>
        <w:rPr>
          <w:rFonts w:ascii="Times New Roman" w:hAnsi="Times New Roman" w:eastAsia="宋体"/>
          <w:b w:val="0"/>
          <w:i w:val="0"/>
          <w:color w:val="333333"/>
          <w:sz w:val="19"/>
        </w:rPr>
        <w:t>Hence x²=150 and x=5√(6).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D</w:t>
      </w:r>
    </w:p>
    <w:p>
      <w:pPr>
        <w:spacing w:before="0" w:after="80" w:line="300" w:lineRule="auto"/>
        <w:jc w:val="left"/>
      </w:pPr>
      <w:r>
        <w:rPr>
          <w:rFonts w:ascii="Times New Roman" w:hAnsi="Times New Roman" w:eastAsia="宋体"/>
          <w:b w:val="0"/>
          <w:i w:val="0"/>
          <w:sz w:val="21"/>
        </w:rPr>
        <w:t>各圆面积依次为</w:t>
      </w:r>
    </w:p>
    <w:p>
      <w:pPr>
        <w:spacing w:before="0" w:after="80" w:line="300" w:lineRule="auto"/>
        <w:jc w:val="left"/>
      </w:pPr>
      <w:r>
        <w:rPr>
          <w:rFonts w:ascii="Times New Roman" w:hAnsi="Times New Roman" w:eastAsia="宋体"/>
          <w:b w:val="0"/>
          <w:i w:val="0"/>
          <w:sz w:val="21"/>
        </w:rPr>
        <w:t>π, π/4, π/16,…</w:t>
      </w:r>
    </w:p>
    <w:p>
      <w:pPr>
        <w:spacing w:before="0" w:after="80" w:line="300" w:lineRule="auto"/>
        <w:jc w:val="left"/>
      </w:pPr>
      <w:r>
        <w:rPr>
          <w:rFonts w:ascii="Times New Roman" w:hAnsi="Times New Roman" w:eastAsia="宋体"/>
          <w:b w:val="0"/>
          <w:i w:val="0"/>
          <w:sz w:val="21"/>
        </w:rPr>
        <w:t>因此它们的和为</w:t>
      </w:r>
    </w:p>
    <w:p>
      <w:pPr>
        <w:spacing w:before="0" w:after="80" w:line="300" w:lineRule="auto"/>
        <w:jc w:val="left"/>
      </w:pPr>
      <w:r>
        <w:rPr>
          <w:rFonts w:ascii="Times New Roman" w:hAnsi="Times New Roman" w:eastAsia="宋体"/>
          <w:b w:val="0"/>
          <w:i w:val="0"/>
          <w:sz w:val="21"/>
        </w:rPr>
        <w:t>π/(1-1/4)=4π/3。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areas are</w:t>
      </w:r>
    </w:p>
    <w:p>
      <w:pPr>
        <w:spacing w:before="0" w:after="80" w:line="300" w:lineRule="auto"/>
        <w:jc w:val="left"/>
      </w:pPr>
      <w:r>
        <w:rPr>
          <w:rFonts w:ascii="Times New Roman" w:hAnsi="Times New Roman" w:eastAsia="宋体"/>
          <w:b w:val="0"/>
          <w:i w:val="0"/>
          <w:color w:val="333333"/>
          <w:sz w:val="19"/>
        </w:rPr>
        <w:t>π, π/4, π/16,…</w:t>
      </w:r>
    </w:p>
    <w:p>
      <w:pPr>
        <w:spacing w:before="0" w:after="80" w:line="300" w:lineRule="auto"/>
        <w:jc w:val="left"/>
      </w:pPr>
      <w:r>
        <w:rPr>
          <w:rFonts w:ascii="Times New Roman" w:hAnsi="Times New Roman" w:eastAsia="宋体"/>
          <w:b w:val="0"/>
          <w:i w:val="0"/>
          <w:color w:val="333333"/>
          <w:sz w:val="19"/>
        </w:rPr>
        <w:t>Therefore their sum is</w:t>
      </w:r>
    </w:p>
    <w:p>
      <w:pPr>
        <w:spacing w:before="0" w:after="80" w:line="300" w:lineRule="auto"/>
        <w:jc w:val="left"/>
      </w:pPr>
      <w:r>
        <w:rPr>
          <w:rFonts w:ascii="Times New Roman" w:hAnsi="Times New Roman" w:eastAsia="宋体"/>
          <w:b w:val="0"/>
          <w:i w:val="0"/>
          <w:color w:val="333333"/>
          <w:sz w:val="19"/>
        </w:rPr>
        <w:t>π/(1-1/4)=4π/3.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由角平分线定理可得</w:t>
      </w:r>
    </w:p>
    <w:p>
      <w:pPr>
        <w:spacing w:before="0" w:after="80" w:line="300" w:lineRule="auto"/>
        <w:jc w:val="left"/>
      </w:pPr>
      <w:r>
        <w:rPr>
          <w:rFonts w:ascii="Times New Roman" w:hAnsi="Times New Roman" w:eastAsia="宋体"/>
          <w:b w:val="0"/>
          <w:i w:val="0"/>
          <w:sz w:val="21"/>
        </w:rPr>
        <w:t>y/x=c/b，</w:t>
      </w:r>
    </w:p>
    <w:p>
      <w:pPr>
        <w:spacing w:before="0" w:after="80" w:line="300" w:lineRule="auto"/>
        <w:jc w:val="left"/>
      </w:pPr>
      <w:r>
        <w:rPr>
          <w:rFonts w:ascii="Times New Roman" w:hAnsi="Times New Roman" w:eastAsia="宋体"/>
          <w:b w:val="0"/>
          <w:i w:val="0"/>
          <w:sz w:val="21"/>
        </w:rPr>
        <w:t>即 y/c=x/b。因为 x+y=a，所以</w:t>
      </w:r>
    </w:p>
    <w:p>
      <w:pPr>
        <w:spacing w:before="0" w:after="80" w:line="300" w:lineRule="auto"/>
        <w:jc w:val="left"/>
      </w:pPr>
      <w:r>
        <w:rPr>
          <w:rFonts w:ascii="Times New Roman" w:hAnsi="Times New Roman" w:eastAsia="宋体"/>
          <w:b w:val="0"/>
          <w:i w:val="0"/>
          <w:sz w:val="21"/>
        </w:rPr>
        <w:t>y/c=x/b=x+y/b+c=a/b+c。</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angle bisector theorem gives</w:t>
      </w:r>
    </w:p>
    <w:p>
      <w:pPr>
        <w:spacing w:before="0" w:after="80" w:line="300" w:lineRule="auto"/>
        <w:jc w:val="left"/>
      </w:pPr>
      <w:r>
        <w:rPr>
          <w:rFonts w:ascii="Times New Roman" w:hAnsi="Times New Roman" w:eastAsia="宋体"/>
          <w:b w:val="0"/>
          <w:i w:val="0"/>
          <w:color w:val="333333"/>
          <w:sz w:val="19"/>
        </w:rPr>
        <w:t>y/x=c/b,</w:t>
      </w:r>
    </w:p>
    <w:p>
      <w:pPr>
        <w:spacing w:before="0" w:after="80" w:line="300" w:lineRule="auto"/>
        <w:jc w:val="left"/>
      </w:pPr>
      <w:r>
        <w:rPr>
          <w:rFonts w:ascii="Times New Roman" w:hAnsi="Times New Roman" w:eastAsia="宋体"/>
          <w:b w:val="0"/>
          <w:i w:val="0"/>
          <w:color w:val="333333"/>
          <w:sz w:val="19"/>
        </w:rPr>
        <w:t>or y/c=x/b. Since x+y=a,</w:t>
      </w:r>
    </w:p>
    <w:p>
      <w:pPr>
        <w:spacing w:before="0" w:after="80" w:line="300" w:lineRule="auto"/>
        <w:jc w:val="left"/>
      </w:pPr>
      <w:r>
        <w:rPr>
          <w:rFonts w:ascii="Times New Roman" w:hAnsi="Times New Roman" w:eastAsia="宋体"/>
          <w:b w:val="0"/>
          <w:i w:val="0"/>
          <w:color w:val="333333"/>
          <w:sz w:val="19"/>
        </w:rPr>
        <w:t>y/c=x/b=x+y/b+c=a/b+c.</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D</w:t>
      </w:r>
    </w:p>
    <w:p>
      <w:pPr>
        <w:spacing w:before="0" w:after="80" w:line="300" w:lineRule="auto"/>
        <w:jc w:val="left"/>
      </w:pPr>
      <w:r>
        <w:rPr>
          <w:rFonts w:ascii="Times New Roman" w:hAnsi="Times New Roman" w:eastAsia="宋体"/>
          <w:b w:val="0"/>
          <w:i w:val="0"/>
          <w:sz w:val="21"/>
        </w:rPr>
        <w:t>给出的面积表示真实面积满足</w:t>
      </w:r>
    </w:p>
    <w:p>
      <w:pPr>
        <w:spacing w:before="0" w:after="80" w:line="300" w:lineRule="auto"/>
        <w:jc w:val="left"/>
      </w:pPr>
      <w:r>
        <w:rPr>
          <w:rFonts w:ascii="Times New Roman" w:hAnsi="Times New Roman" w:eastAsia="宋体"/>
          <w:b w:val="0"/>
          <w:i w:val="0"/>
          <w:sz w:val="21"/>
        </w:rPr>
        <w:t>1.10245≤ A&lt;1.10255。</w:t>
      </w:r>
    </w:p>
    <w:p>
      <w:pPr>
        <w:spacing w:before="0" w:after="80" w:line="300" w:lineRule="auto"/>
        <w:jc w:val="left"/>
      </w:pPr>
      <w:r>
        <w:rPr>
          <w:rFonts w:ascii="Times New Roman" w:hAnsi="Times New Roman" w:eastAsia="宋体"/>
          <w:b w:val="0"/>
          <w:i w:val="0"/>
          <w:sz w:val="21"/>
        </w:rPr>
        <w:t>两边开平方，近似得到</w:t>
      </w:r>
    </w:p>
    <w:p>
      <w:pPr>
        <w:spacing w:before="0" w:after="80" w:line="300" w:lineRule="auto"/>
        <w:jc w:val="left"/>
      </w:pPr>
      <w:r>
        <w:rPr>
          <w:rFonts w:ascii="Times New Roman" w:hAnsi="Times New Roman" w:eastAsia="宋体"/>
          <w:b w:val="0"/>
          <w:i w:val="0"/>
          <w:sz w:val="21"/>
        </w:rPr>
        <w:t>1.049976≤√(A)&lt;1.050024。</w:t>
      </w:r>
    </w:p>
    <w:p>
      <w:pPr>
        <w:spacing w:before="0" w:after="80" w:line="300" w:lineRule="auto"/>
        <w:jc w:val="left"/>
      </w:pPr>
      <w:r>
        <w:rPr>
          <w:rFonts w:ascii="Times New Roman" w:hAnsi="Times New Roman" w:eastAsia="宋体"/>
          <w:b w:val="0"/>
          <w:i w:val="0"/>
          <w:sz w:val="21"/>
        </w:rPr>
        <w:t>因此，任何可能的边长精确到万分之一时都舍入为 1.0500。小数点后的末尾零是有效数字，所以 1.0500 有五位有效数字。</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reported area means the true area lies in</w:t>
      </w:r>
    </w:p>
    <w:p>
      <w:pPr>
        <w:spacing w:before="0" w:after="80" w:line="300" w:lineRule="auto"/>
        <w:jc w:val="left"/>
      </w:pPr>
      <w:r>
        <w:rPr>
          <w:rFonts w:ascii="Times New Roman" w:hAnsi="Times New Roman" w:eastAsia="宋体"/>
          <w:b w:val="0"/>
          <w:i w:val="0"/>
          <w:color w:val="333333"/>
          <w:sz w:val="19"/>
        </w:rPr>
        <w:t>1.10245≤ A&lt;1.10255.</w:t>
      </w:r>
    </w:p>
    <w:p>
      <w:pPr>
        <w:spacing w:before="0" w:after="80" w:line="300" w:lineRule="auto"/>
        <w:jc w:val="left"/>
      </w:pPr>
      <w:r>
        <w:rPr>
          <w:rFonts w:ascii="Times New Roman" w:hAnsi="Times New Roman" w:eastAsia="宋体"/>
          <w:b w:val="0"/>
          <w:i w:val="0"/>
          <w:color w:val="333333"/>
          <w:sz w:val="19"/>
        </w:rPr>
        <w:t>Taking square roots gives approximately</w:t>
      </w:r>
    </w:p>
    <w:p>
      <w:pPr>
        <w:spacing w:before="0" w:after="80" w:line="300" w:lineRule="auto"/>
        <w:jc w:val="left"/>
      </w:pPr>
      <w:r>
        <w:rPr>
          <w:rFonts w:ascii="Times New Roman" w:hAnsi="Times New Roman" w:eastAsia="宋体"/>
          <w:b w:val="0"/>
          <w:i w:val="0"/>
          <w:color w:val="333333"/>
          <w:sz w:val="19"/>
        </w:rPr>
        <w:t>1.049976≤√(A)&lt;1.050024.</w:t>
      </w:r>
    </w:p>
    <w:p>
      <w:pPr>
        <w:spacing w:before="0" w:after="80" w:line="300" w:lineRule="auto"/>
        <w:jc w:val="left"/>
      </w:pPr>
      <w:r>
        <w:rPr>
          <w:rFonts w:ascii="Times New Roman" w:hAnsi="Times New Roman" w:eastAsia="宋体"/>
          <w:b w:val="0"/>
          <w:i w:val="0"/>
          <w:color w:val="333333"/>
          <w:sz w:val="19"/>
        </w:rPr>
        <w:t>Every possible side length therefore rounds to 1.0500 to the nearest ten-thousandth. The trailing zeros after the decimal are significant, so 1.0500 has five significant digits.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B 先生先支付</w:t>
      </w:r>
    </w:p>
    <w:p>
      <w:pPr>
        <w:spacing w:before="0" w:after="80" w:line="300" w:lineRule="auto"/>
        <w:jc w:val="left"/>
      </w:pPr>
      <w:r>
        <w:rPr>
          <w:rFonts w:ascii="Times New Roman" w:hAnsi="Times New Roman" w:eastAsia="宋体"/>
          <w:b w:val="0"/>
          <w:i w:val="0"/>
          <w:sz w:val="21"/>
        </w:rPr>
        <w:t>9000(0.90)=8100</w:t>
      </w:r>
    </w:p>
    <w:p>
      <w:pPr>
        <w:spacing w:before="0" w:after="80" w:line="300" w:lineRule="auto"/>
        <w:jc w:val="left"/>
      </w:pPr>
      <w:r>
        <w:rPr>
          <w:rFonts w:ascii="Times New Roman" w:hAnsi="Times New Roman" w:eastAsia="宋体"/>
          <w:b w:val="0"/>
          <w:i w:val="0"/>
          <w:sz w:val="21"/>
        </w:rPr>
        <w:t>美元，然后以 8100(1.10)=8910 美元的价格把房屋卖回。A 先生收到 $8100，又支付 $8910，所以亏损 $810。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B first pays</w:t>
      </w:r>
    </w:p>
    <w:p>
      <w:pPr>
        <w:spacing w:before="0" w:after="80" w:line="300" w:lineRule="auto"/>
        <w:jc w:val="left"/>
      </w:pPr>
      <w:r>
        <w:rPr>
          <w:rFonts w:ascii="Times New Roman" w:hAnsi="Times New Roman" w:eastAsia="宋体"/>
          <w:b w:val="0"/>
          <w:i w:val="0"/>
          <w:color w:val="333333"/>
          <w:sz w:val="19"/>
        </w:rPr>
        <w:t>9000(0.90)=8100</w:t>
      </w:r>
    </w:p>
    <w:p>
      <w:pPr>
        <w:spacing w:before="0" w:after="80" w:line="300" w:lineRule="auto"/>
        <w:jc w:val="left"/>
      </w:pPr>
      <w:r>
        <w:rPr>
          <w:rFonts w:ascii="Times New Roman" w:hAnsi="Times New Roman" w:eastAsia="宋体"/>
          <w:b w:val="0"/>
          <w:i w:val="0"/>
          <w:color w:val="333333"/>
          <w:sz w:val="19"/>
        </w:rPr>
        <w:t>dollars. He then sells the house back for 8100(1.10)=8910 dollars. Mr. A receives $8100 and pays $8910, so he loses $810.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A</w:t>
      </w:r>
    </w:p>
    <w:p>
      <w:pPr>
        <w:spacing w:before="0" w:after="80" w:line="300" w:lineRule="auto"/>
        <w:jc w:val="left"/>
      </w:pPr>
      <w:r>
        <w:rPr>
          <w:rFonts w:ascii="Times New Roman" w:hAnsi="Times New Roman" w:eastAsia="宋体"/>
          <w:b w:val="0"/>
          <w:i w:val="0"/>
          <w:sz w:val="21"/>
        </w:rPr>
        <w:t>v 英里每小时等于 22v/15 英尺每秒。每次咔嗒声代表行驶 30 英尺，所以每秒的咔嗒声次数为</w:t>
      </w:r>
    </w:p>
    <w:p>
      <w:pPr>
        <w:spacing w:before="0" w:after="80" w:line="300" w:lineRule="auto"/>
        <w:jc w:val="left"/>
      </w:pPr>
      <w:r>
        <w:rPr>
          <w:rFonts w:ascii="Times New Roman" w:hAnsi="Times New Roman" w:eastAsia="宋体"/>
          <w:b w:val="0"/>
          <w:i w:val="0"/>
          <w:sz w:val="21"/>
        </w:rPr>
        <w:t>(22v/15)/30=11v/225。</w:t>
      </w:r>
    </w:p>
    <w:p>
      <w:pPr>
        <w:spacing w:before="0" w:after="80" w:line="300" w:lineRule="auto"/>
        <w:jc w:val="left"/>
      </w:pPr>
      <w:r>
        <w:rPr>
          <w:rFonts w:ascii="Times New Roman" w:hAnsi="Times New Roman" w:eastAsia="宋体"/>
          <w:b w:val="0"/>
          <w:i w:val="0"/>
          <w:sz w:val="21"/>
        </w:rPr>
        <w:t>在 225/11≈20.45 秒内，咔嗒声次数为 v。最接近的选项是 20 秒。</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speed of v miles per hour is 22v/15 feet per second. Since each click represents 30 feet, the click rate is</w:t>
      </w:r>
    </w:p>
    <w:p>
      <w:pPr>
        <w:spacing w:before="0" w:after="80" w:line="300" w:lineRule="auto"/>
        <w:jc w:val="left"/>
      </w:pPr>
      <w:r>
        <w:rPr>
          <w:rFonts w:ascii="Times New Roman" w:hAnsi="Times New Roman" w:eastAsia="宋体"/>
          <w:b w:val="0"/>
          <w:i w:val="0"/>
          <w:color w:val="333333"/>
          <w:sz w:val="19"/>
        </w:rPr>
        <w:t>(22v/15)/30=11v/225</w:t>
      </w:r>
    </w:p>
    <w:p>
      <w:pPr>
        <w:spacing w:before="0" w:after="80" w:line="300" w:lineRule="auto"/>
        <w:jc w:val="left"/>
      </w:pPr>
      <w:r>
        <w:rPr>
          <w:rFonts w:ascii="Times New Roman" w:hAnsi="Times New Roman" w:eastAsia="宋体"/>
          <w:b w:val="0"/>
          <w:i w:val="0"/>
          <w:color w:val="333333"/>
          <w:sz w:val="19"/>
        </w:rPr>
        <w:t>clicks per second. In 225/11≈20.45 seconds, the number of clicks is v. The closest listed interval is 20 seconds.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D</w:t>
      </w:r>
    </w:p>
    <w:p>
      <w:pPr>
        <w:spacing w:before="0" w:after="80" w:line="300" w:lineRule="auto"/>
        <w:jc w:val="left"/>
      </w:pPr>
      <w:r>
        <w:rPr>
          <w:rFonts w:ascii="Times New Roman" w:hAnsi="Times New Roman" w:eastAsia="宋体"/>
          <w:b w:val="0"/>
          <w:i w:val="0"/>
          <w:sz w:val="21"/>
        </w:rPr>
        <w:t>对于矩形的每一条边，与它相邻的两条三等分线在该边的垂直平分线上相交。这样得到的相对交点关于矩形中心对称，因此所得四边形的两条对角线互相平分。一条对角线位于水平对称轴上，另一条位于竖直对称轴上，所以它们互相垂直。</w:t>
      </w:r>
    </w:p>
    <w:p>
      <w:pPr>
        <w:spacing w:before="0" w:after="80" w:line="300" w:lineRule="auto"/>
        <w:jc w:val="left"/>
      </w:pPr>
      <w:r>
        <w:rPr>
          <w:rFonts w:ascii="Times New Roman" w:hAnsi="Times New Roman" w:eastAsia="宋体"/>
          <w:b w:val="0"/>
          <w:i w:val="0"/>
          <w:sz w:val="21"/>
        </w:rPr>
        <w:t>对角线互相平分的四边形是平行四边形；若其对角线还互相垂直，则四条边相等。因此这个四边形是菱形。由于两条对角线不一定等长，它不一定是正方形。</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side, the two trisectors adjacent to it meet on that side’s perpendicular bisector. Opposite such intersection points are reflections across the center of the rectangle, so the diagonals of the resulting quadrilateral bisect each other. One diagonal lies on the horizontal symmetry axis and the other on the vertical symmetry axis, so they are perpendicular.</w:t>
      </w:r>
    </w:p>
    <w:p>
      <w:pPr>
        <w:spacing w:before="0" w:after="80" w:line="300" w:lineRule="auto"/>
        <w:jc w:val="left"/>
      </w:pPr>
      <w:r>
        <w:rPr>
          <w:rFonts w:ascii="Times New Roman" w:hAnsi="Times New Roman" w:eastAsia="宋体"/>
          <w:b w:val="0"/>
          <w:i w:val="0"/>
          <w:color w:val="333333"/>
          <w:sz w:val="19"/>
        </w:rPr>
        <w:t>A quadrilateral whose diagonals bisect each other is a parallelogram; if those diagonals are perpendicular, its four sides are equal. Hence the quadrilateral is a rhombus. It need not be a square because the two diagonals need not have equal length.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C</w:t>
      </w:r>
    </w:p>
    <w:p>
      <w:pPr>
        <w:spacing w:before="0" w:after="80" w:line="300" w:lineRule="auto"/>
        <w:jc w:val="left"/>
      </w:pPr>
      <w:r>
        <w:rPr>
          <w:rFonts w:ascii="Times New Roman" w:hAnsi="Times New Roman" w:eastAsia="宋体"/>
          <w:b w:val="0"/>
          <w:i w:val="0"/>
          <w:sz w:val="21"/>
        </w:rPr>
        <w:t>若两条直角边的长度均为 s，则</w:t>
      </w:r>
    </w:p>
    <w:p>
      <w:pPr>
        <w:spacing w:before="0" w:after="80" w:line="300" w:lineRule="auto"/>
        <w:jc w:val="left"/>
      </w:pPr>
      <w:r>
        <w:rPr>
          <w:rFonts w:ascii="Times New Roman" w:hAnsi="Times New Roman" w:eastAsia="宋体"/>
          <w:b w:val="0"/>
          <w:i w:val="0"/>
          <w:sz w:val="21"/>
        </w:rPr>
        <w:t>s(2+√(2))=2p，</w:t>
      </w:r>
    </w:p>
    <w:p>
      <w:pPr>
        <w:spacing w:before="0" w:after="80" w:line="300" w:lineRule="auto"/>
        <w:jc w:val="left"/>
      </w:pPr>
      <w:r>
        <w:rPr>
          <w:rFonts w:ascii="Times New Roman" w:hAnsi="Times New Roman" w:eastAsia="宋体"/>
          <w:b w:val="0"/>
          <w:i w:val="0"/>
          <w:sz w:val="21"/>
        </w:rPr>
        <w:t>所以 s=p(2-√(2))。因此面积为</w:t>
      </w:r>
    </w:p>
    <w:p>
      <w:pPr>
        <w:spacing w:before="0" w:after="80" w:line="300" w:lineRule="auto"/>
        <w:jc w:val="left"/>
      </w:pPr>
      <w:r>
        <w:rPr>
          <w:rFonts w:ascii="Times New Roman" w:hAnsi="Times New Roman" w:eastAsia="宋体"/>
          <w:b w:val="0"/>
          <w:i w:val="0"/>
          <w:sz w:val="21"/>
        </w:rPr>
        <w:t>s²/2 =(p²(2-√(2))²)/2</w:t>
      </w:r>
    </w:p>
    <w:p>
      <w:pPr>
        <w:spacing w:before="0" w:after="80" w:line="300" w:lineRule="auto"/>
        <w:jc w:val="left"/>
      </w:pPr>
      <w:r>
        <w:rPr>
          <w:rFonts w:ascii="Times New Roman" w:hAnsi="Times New Roman" w:eastAsia="宋体"/>
          <w:b w:val="0"/>
          <w:i w:val="0"/>
          <w:sz w:val="21"/>
        </w:rPr>
        <w:t>=(3-2√(2))p²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each leg is s, then</w:t>
      </w:r>
    </w:p>
    <w:p>
      <w:pPr>
        <w:spacing w:before="0" w:after="80" w:line="300" w:lineRule="auto"/>
        <w:jc w:val="left"/>
      </w:pPr>
      <w:r>
        <w:rPr>
          <w:rFonts w:ascii="Times New Roman" w:hAnsi="Times New Roman" w:eastAsia="宋体"/>
          <w:b w:val="0"/>
          <w:i w:val="0"/>
          <w:color w:val="333333"/>
          <w:sz w:val="19"/>
        </w:rPr>
        <w:t>s(2+√(2))=2p,</w:t>
      </w:r>
    </w:p>
    <w:p>
      <w:pPr>
        <w:spacing w:before="0" w:after="80" w:line="300" w:lineRule="auto"/>
        <w:jc w:val="left"/>
      </w:pPr>
      <w:r>
        <w:rPr>
          <w:rFonts w:ascii="Times New Roman" w:hAnsi="Times New Roman" w:eastAsia="宋体"/>
          <w:b w:val="0"/>
          <w:i w:val="0"/>
          <w:color w:val="333333"/>
          <w:sz w:val="19"/>
        </w:rPr>
        <w:t>so s=p(2-√(2)). Therefore the area is</w:t>
      </w:r>
    </w:p>
    <w:p>
      <w:pPr>
        <w:spacing w:before="0" w:after="80" w:line="300" w:lineRule="auto"/>
        <w:jc w:val="left"/>
      </w:pPr>
      <w:r>
        <w:rPr>
          <w:rFonts w:ascii="Times New Roman" w:hAnsi="Times New Roman" w:eastAsia="宋体"/>
          <w:b w:val="0"/>
          <w:i w:val="0"/>
          <w:color w:val="333333"/>
          <w:sz w:val="19"/>
        </w:rPr>
        <w:t>s²/2 =(p²(2-√(2))²)/2</w:t>
      </w:r>
    </w:p>
    <w:p>
      <w:pPr>
        <w:spacing w:before="0" w:after="80" w:line="300" w:lineRule="auto"/>
        <w:jc w:val="left"/>
      </w:pPr>
      <w:r>
        <w:rPr>
          <w:rFonts w:ascii="Times New Roman" w:hAnsi="Times New Roman" w:eastAsia="宋体"/>
          <w:b w:val="0"/>
          <w:i w:val="0"/>
          <w:color w:val="333333"/>
          <w:sz w:val="19"/>
        </w:rPr>
        <w:t>=(3-2√(2))p².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C</w:t>
      </w:r>
    </w:p>
    <w:p>
      <w:pPr>
        <w:spacing w:before="0" w:after="80" w:line="300" w:lineRule="auto"/>
        <w:jc w:val="left"/>
      </w:pPr>
      <w:r>
        <w:rPr>
          <w:rFonts w:ascii="Times New Roman" w:hAnsi="Times New Roman" w:eastAsia="宋体"/>
          <w:b w:val="0"/>
          <w:i w:val="0"/>
          <w:sz w:val="21"/>
        </w:rPr>
        <w:t>由正弦定理的推广形式，外接圆直径为</w:t>
      </w:r>
    </w:p>
    <w:p>
      <w:pPr>
        <w:spacing w:before="0" w:after="80" w:line="300" w:lineRule="auto"/>
        <w:jc w:val="left"/>
      </w:pPr>
      <w:r>
        <w:rPr>
          <w:rFonts w:ascii="Times New Roman" w:hAnsi="Times New Roman" w:eastAsia="宋体"/>
          <w:b w:val="0"/>
          <w:i w:val="0"/>
          <w:sz w:val="21"/>
        </w:rPr>
        <w:t>d=12/(sin30°)=12/(1/2)=24</w:t>
      </w:r>
    </w:p>
    <w:p>
      <w:pPr>
        <w:spacing w:before="0" w:after="80" w:line="300" w:lineRule="auto"/>
        <w:jc w:val="left"/>
      </w:pPr>
      <w:r>
        <w:rPr>
          <w:rFonts w:ascii="Times New Roman" w:hAnsi="Times New Roman" w:eastAsia="宋体"/>
          <w:b w:val="0"/>
          <w:i w:val="0"/>
          <w:sz w:val="21"/>
        </w:rPr>
        <w:t>英寸。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extended law of sines, the circumdiameter is</w:t>
      </w:r>
    </w:p>
    <w:p>
      <w:pPr>
        <w:spacing w:before="0" w:after="80" w:line="300" w:lineRule="auto"/>
        <w:jc w:val="left"/>
      </w:pPr>
      <w:r>
        <w:rPr>
          <w:rFonts w:ascii="Times New Roman" w:hAnsi="Times New Roman" w:eastAsia="宋体"/>
          <w:b w:val="0"/>
          <w:i w:val="0"/>
          <w:color w:val="333333"/>
          <w:sz w:val="19"/>
        </w:rPr>
        <w:t>d=12/(sin30°)=12/(1/2)=24</w:t>
      </w:r>
    </w:p>
    <w:p>
      <w:pPr>
        <w:spacing w:before="0" w:after="80" w:line="300" w:lineRule="auto"/>
        <w:jc w:val="left"/>
      </w:pPr>
      <w:r>
        <w:rPr>
          <w:rFonts w:ascii="Times New Roman" w:hAnsi="Times New Roman" w:eastAsia="宋体"/>
          <w:b w:val="0"/>
          <w:i w:val="0"/>
          <w:color w:val="333333"/>
          <w:sz w:val="19"/>
        </w:rPr>
        <w:t>inches.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E</w:t>
      </w:r>
    </w:p>
    <w:p>
      <w:pPr>
        <w:spacing w:before="0" w:after="80" w:line="300" w:lineRule="auto"/>
        <w:jc w:val="left"/>
      </w:pPr>
      <w:r>
        <w:rPr>
          <w:rFonts w:ascii="Times New Roman" w:hAnsi="Times New Roman" w:eastAsia="宋体"/>
          <w:b w:val="0"/>
          <w:i w:val="0"/>
          <w:sz w:val="21"/>
        </w:rPr>
        <w:t>直接代入可得</w:t>
      </w:r>
    </w:p>
    <w:p>
      <w:pPr>
        <w:spacing w:before="0" w:after="80" w:line="300" w:lineRule="auto"/>
        <w:jc w:val="left"/>
      </w:pPr>
      <w:r>
        <w:rPr>
          <w:rFonts w:ascii="Times New Roman" w:hAnsi="Times New Roman" w:eastAsia="宋体"/>
          <w:b w:val="0"/>
          <w:i w:val="0"/>
          <w:sz w:val="21"/>
        </w:rPr>
        <w:t>f(x+2)=((x+2)(x+1))/2。</w:t>
      </w:r>
    </w:p>
    <w:p>
      <w:pPr>
        <w:spacing w:before="0" w:after="80" w:line="300" w:lineRule="auto"/>
        <w:jc w:val="left"/>
      </w:pPr>
      <w:r>
        <w:rPr>
          <w:rFonts w:ascii="Times New Roman" w:hAnsi="Times New Roman" w:eastAsia="宋体"/>
          <w:b w:val="0"/>
          <w:i w:val="0"/>
          <w:sz w:val="21"/>
        </w:rPr>
        <w:t>又因为 f(x+1)=(x(x+1))/2，所以</w:t>
      </w:r>
    </w:p>
    <w:p>
      <w:pPr>
        <w:spacing w:before="0" w:after="80" w:line="300" w:lineRule="auto"/>
        <w:jc w:val="left"/>
      </w:pPr>
      <w:r>
        <w:rPr>
          <w:rFonts w:ascii="Times New Roman" w:hAnsi="Times New Roman" w:eastAsia="宋体"/>
          <w:b w:val="0"/>
          <w:i w:val="0"/>
          <w:sz w:val="21"/>
        </w:rPr>
        <w:t>((x+2)f(x+1))/x</w:t>
      </w:r>
    </w:p>
    <w:p>
      <w:pPr>
        <w:spacing w:before="0" w:after="80" w:line="300" w:lineRule="auto"/>
        <w:jc w:val="left"/>
      </w:pPr>
      <w:r>
        <w:rPr>
          <w:rFonts w:ascii="Times New Roman" w:hAnsi="Times New Roman" w:eastAsia="宋体"/>
          <w:b w:val="0"/>
          <w:i w:val="0"/>
          <w:sz w:val="21"/>
        </w:rPr>
        <w:t>=((x+2)(x+1))/2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Directly,</w:t>
      </w:r>
    </w:p>
    <w:p>
      <w:pPr>
        <w:spacing w:before="0" w:after="80" w:line="300" w:lineRule="auto"/>
        <w:jc w:val="left"/>
      </w:pPr>
      <w:r>
        <w:rPr>
          <w:rFonts w:ascii="Times New Roman" w:hAnsi="Times New Roman" w:eastAsia="宋体"/>
          <w:b w:val="0"/>
          <w:i w:val="0"/>
          <w:color w:val="333333"/>
          <w:sz w:val="19"/>
        </w:rPr>
        <w:t>f(x+2)=((x+2)(x+1))/2.</w:t>
      </w:r>
    </w:p>
    <w:p>
      <w:pPr>
        <w:spacing w:before="0" w:after="80" w:line="300" w:lineRule="auto"/>
        <w:jc w:val="left"/>
      </w:pPr>
      <w:r>
        <w:rPr>
          <w:rFonts w:ascii="Times New Roman" w:hAnsi="Times New Roman" w:eastAsia="宋体"/>
          <w:b w:val="0"/>
          <w:i w:val="0"/>
          <w:color w:val="333333"/>
          <w:sz w:val="19"/>
        </w:rPr>
        <w:t>Also f(x+1)=(x(x+1))/2, so</w:t>
      </w:r>
    </w:p>
    <w:p>
      <w:pPr>
        <w:spacing w:before="0" w:after="80" w:line="300" w:lineRule="auto"/>
        <w:jc w:val="left"/>
      </w:pPr>
      <w:r>
        <w:rPr>
          <w:rFonts w:ascii="Times New Roman" w:hAnsi="Times New Roman" w:eastAsia="宋体"/>
          <w:b w:val="0"/>
          <w:i w:val="0"/>
          <w:color w:val="333333"/>
          <w:sz w:val="19"/>
        </w:rPr>
        <w:t>((x+2)f(x+1))/x</w:t>
      </w:r>
    </w:p>
    <w:p>
      <w:pPr>
        <w:spacing w:before="0" w:after="80" w:line="300" w:lineRule="auto"/>
        <w:jc w:val="left"/>
      </w:pPr>
      <w:r>
        <w:rPr>
          <w:rFonts w:ascii="Times New Roman" w:hAnsi="Times New Roman" w:eastAsia="宋体"/>
          <w:b w:val="0"/>
          <w:i w:val="0"/>
          <w:color w:val="333333"/>
          <w:sz w:val="19"/>
        </w:rPr>
        <w:t>=((x+2)(x+1))/2.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C</w:t>
      </w:r>
    </w:p>
    <w:p>
      <w:pPr>
        <w:spacing w:before="0" w:after="80" w:line="300" w:lineRule="auto"/>
        <w:jc w:val="left"/>
      </w:pPr>
      <w:r>
        <w:rPr>
          <w:rFonts w:ascii="Times New Roman" w:hAnsi="Times New Roman" w:eastAsia="宋体"/>
          <w:b w:val="0"/>
          <w:i w:val="0"/>
          <w:sz w:val="21"/>
        </w:rPr>
        <w:t>要能被 x-3 整除，必须满足</w:t>
      </w:r>
    </w:p>
    <w:p>
      <w:pPr>
        <w:spacing w:before="0" w:after="80" w:line="300" w:lineRule="auto"/>
        <w:jc w:val="left"/>
      </w:pPr>
      <w:r>
        <w:rPr>
          <w:rFonts w:ascii="Times New Roman" w:hAnsi="Times New Roman" w:eastAsia="宋体"/>
          <w:b w:val="0"/>
          <w:i w:val="0"/>
          <w:sz w:val="21"/>
        </w:rPr>
        <w:t>4(3)²-6(3)+m=0，</w:t>
      </w:r>
    </w:p>
    <w:p>
      <w:pPr>
        <w:spacing w:before="0" w:after="80" w:line="300" w:lineRule="auto"/>
        <w:jc w:val="left"/>
      </w:pPr>
      <w:r>
        <w:rPr>
          <w:rFonts w:ascii="Times New Roman" w:hAnsi="Times New Roman" w:eastAsia="宋体"/>
          <w:b w:val="0"/>
          <w:i w:val="0"/>
          <w:sz w:val="21"/>
        </w:rPr>
        <w:t>所以 18+m=0，且 m=-18。在所列各数中，只有 36 是 -18 的整数倍。</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Divisibility by x-3 requires</w:t>
      </w:r>
    </w:p>
    <w:p>
      <w:pPr>
        <w:spacing w:before="0" w:after="80" w:line="300" w:lineRule="auto"/>
        <w:jc w:val="left"/>
      </w:pPr>
      <w:r>
        <w:rPr>
          <w:rFonts w:ascii="Times New Roman" w:hAnsi="Times New Roman" w:eastAsia="宋体"/>
          <w:b w:val="0"/>
          <w:i w:val="0"/>
          <w:color w:val="333333"/>
          <w:sz w:val="19"/>
        </w:rPr>
        <w:t>4(3)²-6(3)+m=0,</w:t>
      </w:r>
    </w:p>
    <w:p>
      <w:pPr>
        <w:spacing w:before="0" w:after="80" w:line="300" w:lineRule="auto"/>
        <w:jc w:val="left"/>
      </w:pPr>
      <w:r>
        <w:rPr>
          <w:rFonts w:ascii="Times New Roman" w:hAnsi="Times New Roman" w:eastAsia="宋体"/>
          <w:b w:val="0"/>
          <w:i w:val="0"/>
          <w:color w:val="333333"/>
          <w:sz w:val="19"/>
        </w:rPr>
        <w:t>so 18+m=0 and m=-18. Of the listed numbers, only 36 is an exact multiple of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E</w:t>
      </w:r>
    </w:p>
    <w:p>
      <w:pPr>
        <w:spacing w:before="0" w:after="80" w:line="300" w:lineRule="auto"/>
        <w:jc w:val="left"/>
      </w:pPr>
      <w:r>
        <w:rPr>
          <w:rFonts w:ascii="Times New Roman" w:hAnsi="Times New Roman" w:eastAsia="宋体"/>
          <w:b w:val="0"/>
          <w:i w:val="0"/>
          <w:sz w:val="21"/>
        </w:rPr>
        <w:t>高为</w:t>
      </w:r>
    </w:p>
    <w:p>
      <w:pPr>
        <w:spacing w:before="0" w:after="80" w:line="300" w:lineRule="auto"/>
        <w:jc w:val="left"/>
      </w:pPr>
      <w:r>
        <w:rPr>
          <w:rFonts w:ascii="Times New Roman" w:hAnsi="Times New Roman" w:eastAsia="宋体"/>
          <w:b w:val="0"/>
          <w:i w:val="0"/>
          <w:sz w:val="21"/>
        </w:rPr>
        <w:t>√(12²-3²)=3√(15)，</w:t>
      </w:r>
    </w:p>
    <w:p>
      <w:pPr>
        <w:spacing w:before="0" w:after="80" w:line="300" w:lineRule="auto"/>
        <w:jc w:val="left"/>
      </w:pPr>
      <w:r>
        <w:rPr>
          <w:rFonts w:ascii="Times New Roman" w:hAnsi="Times New Roman" w:eastAsia="宋体"/>
          <w:b w:val="0"/>
          <w:i w:val="0"/>
          <w:sz w:val="21"/>
        </w:rPr>
        <w:t>所以面积为 K=1/2(6)(3√(15))=9√(15)。因此外接圆半径为</w:t>
      </w:r>
    </w:p>
    <w:p>
      <w:pPr>
        <w:spacing w:before="0" w:after="80" w:line="300" w:lineRule="auto"/>
        <w:jc w:val="left"/>
      </w:pPr>
      <w:r>
        <w:rPr>
          <w:rFonts w:ascii="Times New Roman" w:hAnsi="Times New Roman" w:eastAsia="宋体"/>
          <w:b w:val="0"/>
          <w:i w:val="0"/>
          <w:sz w:val="21"/>
        </w:rPr>
        <w:t>R=((12)(12)(6))/(4(9√(15))) =(8√(15))/5。</w:t>
      </w:r>
    </w:p>
    <w:p>
      <w:pPr>
        <w:spacing w:before="0" w:after="80" w:line="300" w:lineRule="auto"/>
        <w:jc w:val="left"/>
      </w:pPr>
      <w:r>
        <w:rPr>
          <w:rFonts w:ascii="Times New Roman" w:hAnsi="Times New Roman" w:eastAsia="宋体"/>
          <w:b w:val="0"/>
          <w:i w:val="0"/>
          <w:sz w:val="21"/>
        </w:rPr>
        <w:t>这个值不在选项中。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altitude is</w:t>
      </w:r>
    </w:p>
    <w:p>
      <w:pPr>
        <w:spacing w:before="0" w:after="80" w:line="300" w:lineRule="auto"/>
        <w:jc w:val="left"/>
      </w:pPr>
      <w:r>
        <w:rPr>
          <w:rFonts w:ascii="Times New Roman" w:hAnsi="Times New Roman" w:eastAsia="宋体"/>
          <w:b w:val="0"/>
          <w:i w:val="0"/>
          <w:color w:val="333333"/>
          <w:sz w:val="19"/>
        </w:rPr>
        <w:t>√(12²-3²)=3√(15),</w:t>
      </w:r>
    </w:p>
    <w:p>
      <w:pPr>
        <w:spacing w:before="0" w:after="80" w:line="300" w:lineRule="auto"/>
        <w:jc w:val="left"/>
      </w:pPr>
      <w:r>
        <w:rPr>
          <w:rFonts w:ascii="Times New Roman" w:hAnsi="Times New Roman" w:eastAsia="宋体"/>
          <w:b w:val="0"/>
          <w:i w:val="0"/>
          <w:color w:val="333333"/>
          <w:sz w:val="19"/>
        </w:rPr>
        <w:t>so the area is K=1/2(6)(3√(15))=9√(15). Hence the circumradius is</w:t>
      </w:r>
    </w:p>
    <w:p>
      <w:pPr>
        <w:spacing w:before="0" w:after="80" w:line="300" w:lineRule="auto"/>
        <w:jc w:val="left"/>
      </w:pPr>
      <w:r>
        <w:rPr>
          <w:rFonts w:ascii="Times New Roman" w:hAnsi="Times New Roman" w:eastAsia="宋体"/>
          <w:b w:val="0"/>
          <w:i w:val="0"/>
          <w:color w:val="333333"/>
          <w:sz w:val="19"/>
        </w:rPr>
        <w:t>R=((12)(12)(6))/(4(9√(15))) =(8√(15))/5.</w:t>
      </w:r>
    </w:p>
    <w:p>
      <w:pPr>
        <w:spacing w:before="0" w:after="80" w:line="300" w:lineRule="auto"/>
        <w:jc w:val="left"/>
      </w:pPr>
      <w:r>
        <w:rPr>
          <w:rFonts w:ascii="Times New Roman" w:hAnsi="Times New Roman" w:eastAsia="宋体"/>
          <w:b w:val="0"/>
          <w:i w:val="0"/>
          <w:color w:val="333333"/>
          <w:sz w:val="19"/>
        </w:rPr>
        <w:t>This value is not listed.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C</w:t>
      </w:r>
    </w:p>
    <w:p>
      <w:pPr>
        <w:spacing w:before="0" w:after="80" w:line="300" w:lineRule="auto"/>
        <w:jc w:val="left"/>
      </w:pPr>
      <w:r>
        <w:rPr>
          <w:rFonts w:ascii="Times New Roman" w:hAnsi="Times New Roman" w:eastAsia="宋体"/>
          <w:b w:val="0"/>
          <w:i w:val="0"/>
          <w:sz w:val="21"/>
        </w:rPr>
        <w:t>首先，f(4)=4-2=2。因此</w:t>
      </w:r>
    </w:p>
    <w:p>
      <w:pPr>
        <w:spacing w:before="0" w:after="80" w:line="300" w:lineRule="auto"/>
        <w:jc w:val="left"/>
      </w:pPr>
      <w:r>
        <w:rPr>
          <w:rFonts w:ascii="Times New Roman" w:hAnsi="Times New Roman" w:eastAsia="宋体"/>
          <w:b w:val="0"/>
          <w:i w:val="0"/>
          <w:sz w:val="21"/>
        </w:rPr>
        <w:t>F[3,f(4)]=F(3,2)</w:t>
      </w:r>
    </w:p>
    <w:p>
      <w:pPr>
        <w:spacing w:before="0" w:after="80" w:line="300" w:lineRule="auto"/>
        <w:jc w:val="left"/>
      </w:pPr>
      <w:r>
        <w:rPr>
          <w:rFonts w:ascii="Times New Roman" w:hAnsi="Times New Roman" w:eastAsia="宋体"/>
          <w:b w:val="0"/>
          <w:i w:val="0"/>
          <w:sz w:val="21"/>
        </w:rPr>
        <w:t>=2²+3=7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f(4)=4-2=2. Therefore</w:t>
      </w:r>
    </w:p>
    <w:p>
      <w:pPr>
        <w:spacing w:before="0" w:after="80" w:line="300" w:lineRule="auto"/>
        <w:jc w:val="left"/>
      </w:pPr>
      <w:r>
        <w:rPr>
          <w:rFonts w:ascii="Times New Roman" w:hAnsi="Times New Roman" w:eastAsia="宋体"/>
          <w:b w:val="0"/>
          <w:i w:val="0"/>
          <w:color w:val="333333"/>
          <w:sz w:val="19"/>
        </w:rPr>
        <w:t>F[3,f(4)]=F(3,2)</w:t>
      </w:r>
    </w:p>
    <w:p>
      <w:pPr>
        <w:spacing w:before="0" w:after="80" w:line="300" w:lineRule="auto"/>
        <w:jc w:val="left"/>
      </w:pPr>
      <w:r>
        <w:rPr>
          <w:rFonts w:ascii="Times New Roman" w:hAnsi="Times New Roman" w:eastAsia="宋体"/>
          <w:b w:val="0"/>
          <w:i w:val="0"/>
          <w:color w:val="333333"/>
          <w:sz w:val="19"/>
        </w:rPr>
        <w:t>=2²+3=7.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A</w:t>
      </w:r>
    </w:p>
    <w:p>
      <w:pPr>
        <w:spacing w:before="0" w:after="80" w:line="300" w:lineRule="auto"/>
        <w:jc w:val="left"/>
      </w:pPr>
      <w:r>
        <w:rPr>
          <w:rFonts w:ascii="Times New Roman" w:hAnsi="Times New Roman" w:eastAsia="宋体"/>
          <w:b w:val="0"/>
          <w:i w:val="0"/>
          <w:sz w:val="21"/>
        </w:rPr>
        <w:t>当底数和真数均满足定义条件时，</w:t>
      </w:r>
    </w:p>
    <w:p>
      <w:pPr>
        <w:spacing w:before="0" w:after="80" w:line="300" w:lineRule="auto"/>
        <w:jc w:val="left"/>
      </w:pPr>
      <w:r>
        <w:rPr>
          <w:rFonts w:ascii="Times New Roman" w:hAnsi="Times New Roman" w:eastAsia="宋体"/>
          <w:b w:val="0"/>
          <w:i w:val="0"/>
          <w:sz w:val="21"/>
        </w:rPr>
        <w:t>logₐ b·log_(b) a =(log b)/(log a)</w:t>
      </w:r>
    </w:p>
    <w:p>
      <w:pPr>
        <w:spacing w:before="0" w:after="80" w:line="300" w:lineRule="auto"/>
        <w:jc w:val="left"/>
      </w:pPr>
      <w:r>
        <w:rPr>
          <w:rFonts w:ascii="Times New Roman" w:hAnsi="Times New Roman" w:eastAsia="宋体"/>
          <w:b w:val="0"/>
          <w:i w:val="0"/>
          <w:sz w:val="21"/>
        </w:rPr>
        <w:t>·(log a)/(log b)</w:t>
      </w:r>
    </w:p>
    <w:p>
      <w:pPr>
        <w:spacing w:before="0" w:after="80" w:line="300" w:lineRule="auto"/>
        <w:jc w:val="left"/>
      </w:pPr>
      <w:r>
        <w:rPr>
          <w:rFonts w:ascii="Times New Roman" w:hAnsi="Times New Roman" w:eastAsia="宋体"/>
          <w:b w:val="0"/>
          <w:i w:val="0"/>
          <w:sz w:val="21"/>
        </w:rPr>
        <w:t>=1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permissible bases and arguments,</w:t>
      </w:r>
    </w:p>
    <w:p>
      <w:pPr>
        <w:spacing w:before="0" w:after="80" w:line="300" w:lineRule="auto"/>
        <w:jc w:val="left"/>
      </w:pPr>
      <w:r>
        <w:rPr>
          <w:rFonts w:ascii="Times New Roman" w:hAnsi="Times New Roman" w:eastAsia="宋体"/>
          <w:b w:val="0"/>
          <w:i w:val="0"/>
          <w:color w:val="333333"/>
          <w:sz w:val="19"/>
        </w:rPr>
        <w:t>logₐ b·log_(b) a =(log b)/(log a)</w:t>
      </w:r>
    </w:p>
    <w:p>
      <w:pPr>
        <w:spacing w:before="0" w:after="80" w:line="300" w:lineRule="auto"/>
        <w:jc w:val="left"/>
      </w:pPr>
      <w:r>
        <w:rPr>
          <w:rFonts w:ascii="Times New Roman" w:hAnsi="Times New Roman" w:eastAsia="宋体"/>
          <w:b w:val="0"/>
          <w:i w:val="0"/>
          <w:color w:val="333333"/>
          <w:sz w:val="19"/>
        </w:rPr>
        <w:t>·(log a)/(log b)</w:t>
      </w:r>
    </w:p>
    <w:p>
      <w:pPr>
        <w:spacing w:before="0" w:after="80" w:line="300" w:lineRule="auto"/>
        <w:jc w:val="left"/>
      </w:pPr>
      <w:r>
        <w:rPr>
          <w:rFonts w:ascii="Times New Roman" w:hAnsi="Times New Roman" w:eastAsia="宋体"/>
          <w:b w:val="0"/>
          <w:i w:val="0"/>
          <w:color w:val="333333"/>
          <w:sz w:val="19"/>
        </w:rPr>
        <w:t>=1.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C</w:t>
      </w:r>
    </w:p>
    <w:p>
      <w:pPr>
        <w:spacing w:before="0" w:after="80" w:line="300" w:lineRule="auto"/>
        <w:jc w:val="left"/>
      </w:pPr>
      <w:r>
        <w:rPr>
          <w:rFonts w:ascii="Times New Roman" w:hAnsi="Times New Roman" w:eastAsia="宋体"/>
          <w:b w:val="0"/>
          <w:i w:val="0"/>
          <w:sz w:val="21"/>
        </w:rPr>
        <w:t>“每个人都诚实”的否定是“存在一个不诚实的人”。用选项中的说法，就是有些人不诚实。</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negation of “every man is honest” is “there exists a man who is not honest.” In the language of the choices, some men are dishonest.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41 题　答案 E</w:t>
      </w:r>
    </w:p>
    <w:p>
      <w:pPr>
        <w:spacing w:before="0" w:after="80" w:line="300" w:lineRule="auto"/>
        <w:jc w:val="left"/>
      </w:pPr>
      <w:r>
        <w:rPr>
          <w:rFonts w:ascii="Times New Roman" w:hAnsi="Times New Roman" w:eastAsia="宋体"/>
          <w:b w:val="0"/>
          <w:i w:val="0"/>
          <w:sz w:val="21"/>
        </w:rPr>
        <w:t>将女生营地到道路的垂足设为 (0,0)。两个营地可分别设为 G=(0,300) 和 B=(400,0)。若食堂为 C=(t,0)，由到两营地距离相等可得</w:t>
      </w:r>
    </w:p>
    <w:p>
      <w:pPr>
        <w:spacing w:before="0" w:after="80" w:line="300" w:lineRule="auto"/>
        <w:jc w:val="left"/>
      </w:pPr>
      <w:r>
        <w:rPr>
          <w:rFonts w:ascii="Times New Roman" w:hAnsi="Times New Roman" w:eastAsia="宋体"/>
          <w:b w:val="0"/>
          <w:i w:val="0"/>
          <w:sz w:val="21"/>
        </w:rPr>
        <w:t>t²+300²=(400-t)²，</w:t>
      </w:r>
    </w:p>
    <w:p>
      <w:pPr>
        <w:spacing w:before="0" w:after="80" w:line="300" w:lineRule="auto"/>
        <w:jc w:val="left"/>
      </w:pPr>
      <w:r>
        <w:rPr>
          <w:rFonts w:ascii="Times New Roman" w:hAnsi="Times New Roman" w:eastAsia="宋体"/>
          <w:b w:val="0"/>
          <w:i w:val="0"/>
          <w:sz w:val="21"/>
        </w:rPr>
        <w:t>所以 t=87.5。公共距离为</w:t>
      </w:r>
    </w:p>
    <w:p>
      <w:pPr>
        <w:spacing w:before="0" w:after="80" w:line="300" w:lineRule="auto"/>
        <w:jc w:val="left"/>
      </w:pPr>
      <w:r>
        <w:rPr>
          <w:rFonts w:ascii="Times New Roman" w:hAnsi="Times New Roman" w:eastAsia="宋体"/>
          <w:b w:val="0"/>
          <w:i w:val="0"/>
          <w:sz w:val="21"/>
        </w:rPr>
        <w:t>BC=400-87.5=312.5</w:t>
      </w:r>
    </w:p>
    <w:p>
      <w:pPr>
        <w:spacing w:before="0" w:after="80" w:line="300" w:lineRule="auto"/>
        <w:jc w:val="left"/>
      </w:pPr>
      <w:r>
        <w:rPr>
          <w:rFonts w:ascii="Times New Roman" w:hAnsi="Times New Roman" w:eastAsia="宋体"/>
          <w:b w:val="0"/>
          <w:i w:val="0"/>
          <w:sz w:val="21"/>
        </w:rPr>
        <w:t>杆，不在选项中。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foot of the perpendicular from the girls’ camp be (0,0). The camps can be placed at G=(0,300) and B=(400,0). If the canteen is C=(t,0), equidistance gives</w:t>
      </w:r>
    </w:p>
    <w:p>
      <w:pPr>
        <w:spacing w:before="0" w:after="80" w:line="300" w:lineRule="auto"/>
        <w:jc w:val="left"/>
      </w:pPr>
      <w:r>
        <w:rPr>
          <w:rFonts w:ascii="Times New Roman" w:hAnsi="Times New Roman" w:eastAsia="宋体"/>
          <w:b w:val="0"/>
          <w:i w:val="0"/>
          <w:color w:val="333333"/>
          <w:sz w:val="19"/>
        </w:rPr>
        <w:t>t²+300²=(400-t)²,</w:t>
      </w:r>
    </w:p>
    <w:p>
      <w:pPr>
        <w:spacing w:before="0" w:after="80" w:line="300" w:lineRule="auto"/>
        <w:jc w:val="left"/>
      </w:pPr>
      <w:r>
        <w:rPr>
          <w:rFonts w:ascii="Times New Roman" w:hAnsi="Times New Roman" w:eastAsia="宋体"/>
          <w:b w:val="0"/>
          <w:i w:val="0"/>
          <w:color w:val="333333"/>
          <w:sz w:val="19"/>
        </w:rPr>
        <w:t>so t=87.5. The common distance is</w:t>
      </w:r>
    </w:p>
    <w:p>
      <w:pPr>
        <w:spacing w:before="0" w:after="80" w:line="300" w:lineRule="auto"/>
        <w:jc w:val="left"/>
      </w:pPr>
      <w:r>
        <w:rPr>
          <w:rFonts w:ascii="Times New Roman" w:hAnsi="Times New Roman" w:eastAsia="宋体"/>
          <w:b w:val="0"/>
          <w:i w:val="0"/>
          <w:color w:val="333333"/>
          <w:sz w:val="19"/>
        </w:rPr>
        <w:t>BC=400-87.5=312.5</w:t>
      </w:r>
    </w:p>
    <w:p>
      <w:pPr>
        <w:spacing w:before="0" w:after="80" w:line="300" w:lineRule="auto"/>
        <w:jc w:val="left"/>
      </w:pPr>
      <w:r>
        <w:rPr>
          <w:rFonts w:ascii="Times New Roman" w:hAnsi="Times New Roman" w:eastAsia="宋体"/>
          <w:b w:val="0"/>
          <w:i w:val="0"/>
          <w:color w:val="333333"/>
          <w:sz w:val="19"/>
        </w:rPr>
        <w:t>rods, which is not listed.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42 题　答案 E</w:t>
      </w:r>
    </w:p>
    <w:p>
      <w:pPr>
        <w:spacing w:before="0" w:after="80" w:line="300" w:lineRule="auto"/>
        <w:jc w:val="left"/>
      </w:pPr>
      <w:r>
        <w:rPr>
          <w:rFonts w:ascii="Times New Roman" w:hAnsi="Times New Roman" w:eastAsia="宋体"/>
          <w:b w:val="0"/>
          <w:i w:val="0"/>
          <w:sz w:val="21"/>
        </w:rPr>
        <w:t>两圆心的连线、公切线段以及长度为 4+5=9 的垂直线段构成直角三角形。因此公切线段长为</w:t>
      </w:r>
    </w:p>
    <w:p>
      <w:pPr>
        <w:spacing w:before="0" w:after="80" w:line="300" w:lineRule="auto"/>
        <w:jc w:val="left"/>
      </w:pPr>
      <w:r>
        <w:rPr>
          <w:rFonts w:ascii="Times New Roman" w:hAnsi="Times New Roman" w:eastAsia="宋体"/>
          <w:b w:val="0"/>
          <w:i w:val="0"/>
          <w:sz w:val="21"/>
        </w:rPr>
        <w:t>√(41²-9²)=√(1600)=40</w:t>
      </w:r>
    </w:p>
    <w:p>
      <w:pPr>
        <w:spacing w:before="0" w:after="80" w:line="300" w:lineRule="auto"/>
        <w:jc w:val="left"/>
      </w:pPr>
      <w:r>
        <w:rPr>
          <w:rFonts w:ascii="Times New Roman" w:hAnsi="Times New Roman" w:eastAsia="宋体"/>
          <w:b w:val="0"/>
          <w:i w:val="0"/>
          <w:sz w:val="21"/>
        </w:rPr>
        <w:t>英寸。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 segment, the tangent segment, and a perpendicular leg of length 4+5=9 form a right triangle. Thus the tangent length is</w:t>
      </w:r>
    </w:p>
    <w:p>
      <w:pPr>
        <w:spacing w:before="0" w:after="80" w:line="300" w:lineRule="auto"/>
        <w:jc w:val="left"/>
      </w:pPr>
      <w:r>
        <w:rPr>
          <w:rFonts w:ascii="Times New Roman" w:hAnsi="Times New Roman" w:eastAsia="宋体"/>
          <w:b w:val="0"/>
          <w:i w:val="0"/>
          <w:color w:val="333333"/>
          <w:sz w:val="19"/>
        </w:rPr>
        <w:t>√(41²-9²)=√(1600)=40</w:t>
      </w:r>
    </w:p>
    <w:p>
      <w:pPr>
        <w:spacing w:before="0" w:after="80" w:line="300" w:lineRule="auto"/>
        <w:jc w:val="left"/>
      </w:pPr>
      <w:r>
        <w:rPr>
          <w:rFonts w:ascii="Times New Roman" w:hAnsi="Times New Roman" w:eastAsia="宋体"/>
          <w:b w:val="0"/>
          <w:i w:val="0"/>
          <w:color w:val="333333"/>
          <w:sz w:val="19"/>
        </w:rPr>
        <w:t>inches.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43 题　答案 C</w:t>
      </w:r>
    </w:p>
    <w:p>
      <w:pPr>
        <w:spacing w:before="0" w:after="80" w:line="300" w:lineRule="auto"/>
        <w:jc w:val="left"/>
      </w:pPr>
      <w:r>
        <w:rPr>
          <w:rFonts w:ascii="Times New Roman" w:hAnsi="Times New Roman" w:eastAsia="宋体"/>
          <w:b w:val="0"/>
          <w:i w:val="0"/>
          <w:sz w:val="21"/>
        </w:rPr>
        <w:t>将百分率写成相对于原来数量的比例，收入相同要求</w:t>
      </w:r>
    </w:p>
    <w:p>
      <w:pPr>
        <w:spacing w:before="0" w:after="80" w:line="300" w:lineRule="auto"/>
        <w:jc w:val="left"/>
      </w:pPr>
      <w:r>
        <w:rPr>
          <w:rFonts w:ascii="Times New Roman" w:hAnsi="Times New Roman" w:eastAsia="宋体"/>
          <w:b w:val="0"/>
          <w:i w:val="0"/>
          <w:sz w:val="21"/>
        </w:rPr>
        <w:t>(1+p)(1-d)=1。</w:t>
      </w:r>
    </w:p>
    <w:p>
      <w:pPr>
        <w:spacing w:before="0" w:after="80" w:line="300" w:lineRule="auto"/>
        <w:jc w:val="left"/>
      </w:pPr>
      <w:r>
        <w:rPr>
          <w:rFonts w:ascii="Times New Roman" w:hAnsi="Times New Roman" w:eastAsia="宋体"/>
          <w:b w:val="0"/>
          <w:i w:val="0"/>
          <w:sz w:val="21"/>
        </w:rPr>
        <w:t>因此 p-d-pd=0，所以</w:t>
      </w:r>
    </w:p>
    <w:p>
      <w:pPr>
        <w:spacing w:before="0" w:after="80" w:line="300" w:lineRule="auto"/>
        <w:jc w:val="left"/>
      </w:pPr>
      <w:r>
        <w:rPr>
          <w:rFonts w:ascii="Times New Roman" w:hAnsi="Times New Roman" w:eastAsia="宋体"/>
          <w:b w:val="0"/>
          <w:i w:val="0"/>
          <w:sz w:val="21"/>
        </w:rPr>
        <w:t>d=p/1+p。</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the percentage rates as fractions of the original quantities, equal income requires</w:t>
      </w:r>
    </w:p>
    <w:p>
      <w:pPr>
        <w:spacing w:before="0" w:after="80" w:line="300" w:lineRule="auto"/>
        <w:jc w:val="left"/>
      </w:pPr>
      <w:r>
        <w:rPr>
          <w:rFonts w:ascii="Times New Roman" w:hAnsi="Times New Roman" w:eastAsia="宋体"/>
          <w:b w:val="0"/>
          <w:i w:val="0"/>
          <w:color w:val="333333"/>
          <w:sz w:val="19"/>
        </w:rPr>
        <w:t>(1+p)(1-d)=1.</w:t>
      </w:r>
    </w:p>
    <w:p>
      <w:pPr>
        <w:spacing w:before="0" w:after="80" w:line="300" w:lineRule="auto"/>
        <w:jc w:val="left"/>
      </w:pPr>
      <w:r>
        <w:rPr>
          <w:rFonts w:ascii="Times New Roman" w:hAnsi="Times New Roman" w:eastAsia="宋体"/>
          <w:b w:val="0"/>
          <w:i w:val="0"/>
          <w:color w:val="333333"/>
          <w:sz w:val="19"/>
        </w:rPr>
        <w:t>Hence p-d-pd=0, so</w:t>
      </w:r>
    </w:p>
    <w:p>
      <w:pPr>
        <w:spacing w:before="0" w:after="80" w:line="300" w:lineRule="auto"/>
        <w:jc w:val="left"/>
      </w:pPr>
      <w:r>
        <w:rPr>
          <w:rFonts w:ascii="Times New Roman" w:hAnsi="Times New Roman" w:eastAsia="宋体"/>
          <w:b w:val="0"/>
          <w:i w:val="0"/>
          <w:color w:val="333333"/>
          <w:sz w:val="19"/>
        </w:rPr>
        <w:t>d=p/1+p.</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44 题　答案 A</w:t>
      </w:r>
    </w:p>
    <w:p>
      <w:pPr>
        <w:spacing w:before="0" w:after="80" w:line="300" w:lineRule="auto"/>
        <w:jc w:val="left"/>
      </w:pPr>
      <w:r>
        <w:rPr>
          <w:rFonts w:ascii="Times New Roman" w:hAnsi="Times New Roman" w:eastAsia="宋体"/>
          <w:b w:val="0"/>
          <w:i w:val="0"/>
          <w:sz w:val="21"/>
        </w:rPr>
        <w:t>第一名学生只改错了常数项，所以正确的 x 系数应与根为 8 和 2 的首一二次方程相同，即 -(8+2)=-10。第二名学生只改错了这个一次项系数，所以正确的常数项为 (-9)(-1)=9。因此正确方程是</w:t>
      </w:r>
    </w:p>
    <w:p>
      <w:pPr>
        <w:spacing w:before="0" w:after="80" w:line="300" w:lineRule="auto"/>
        <w:jc w:val="left"/>
      </w:pPr>
      <w:r>
        <w:rPr>
          <w:rFonts w:ascii="Times New Roman" w:hAnsi="Times New Roman" w:eastAsia="宋体"/>
          <w:b w:val="0"/>
          <w:i w:val="0"/>
          <w:sz w:val="21"/>
        </w:rPr>
        <w:t>x²-10x+9=0。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student changed only the constant term, so the correct coefficient of x is the one in the monic quadratic with roots 8 and 2: it is -(8+2)=-10. The second student changed only that linear coefficient, so the correct constant is (-9)(-1)=9. Therefore the correct equation is</w:t>
      </w:r>
    </w:p>
    <w:p>
      <w:pPr>
        <w:spacing w:before="0" w:after="80" w:line="300" w:lineRule="auto"/>
        <w:jc w:val="left"/>
      </w:pPr>
      <w:r>
        <w:rPr>
          <w:rFonts w:ascii="Times New Roman" w:hAnsi="Times New Roman" w:eastAsia="宋体"/>
          <w:b w:val="0"/>
          <w:i w:val="0"/>
          <w:color w:val="333333"/>
          <w:sz w:val="19"/>
        </w:rPr>
        <w:t>x²-10x+9=0.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45 题　答案 E</w:t>
      </w:r>
    </w:p>
    <w:p>
      <w:pPr>
        <w:spacing w:before="0" w:after="80" w:line="300" w:lineRule="auto"/>
        <w:jc w:val="left"/>
      </w:pPr>
      <w:r>
        <w:rPr>
          <w:rFonts w:ascii="Times New Roman" w:hAnsi="Times New Roman" w:eastAsia="宋体"/>
          <w:b w:val="0"/>
          <w:i w:val="0"/>
          <w:sz w:val="21"/>
        </w:rPr>
        <w:t>因为</w:t>
      </w:r>
    </w:p>
    <w:p>
      <w:pPr>
        <w:spacing w:before="0" w:after="80" w:line="300" w:lineRule="auto"/>
        <w:jc w:val="left"/>
      </w:pPr>
      <w:r>
        <w:rPr>
          <w:rFonts w:ascii="Times New Roman" w:hAnsi="Times New Roman" w:eastAsia="宋体"/>
          <w:b w:val="0"/>
          <w:i w:val="0"/>
          <w:sz w:val="21"/>
        </w:rPr>
        <w:t>(a-b)²≥0，</w:t>
      </w:r>
    </w:p>
    <w:p>
      <w:pPr>
        <w:spacing w:before="0" w:after="80" w:line="300" w:lineRule="auto"/>
        <w:jc w:val="left"/>
      </w:pPr>
      <w:r>
        <w:rPr>
          <w:rFonts w:ascii="Times New Roman" w:hAnsi="Times New Roman" w:eastAsia="宋体"/>
          <w:b w:val="0"/>
          <w:i w:val="0"/>
          <w:sz w:val="21"/>
        </w:rPr>
        <w:t>所以 (a+b)²≥4ab。两边都非负，因此</w:t>
      </w:r>
    </w:p>
    <w:p>
      <w:pPr>
        <w:spacing w:before="0" w:after="80" w:line="300" w:lineRule="auto"/>
        <w:jc w:val="left"/>
      </w:pPr>
      <w:r>
        <w:rPr>
          <w:rFonts w:ascii="Times New Roman" w:hAnsi="Times New Roman" w:eastAsia="宋体"/>
          <w:b w:val="0"/>
          <w:i w:val="0"/>
          <w:sz w:val="21"/>
        </w:rPr>
        <w:t>a+b/2≥√(ab)。</w:t>
      </w:r>
    </w:p>
    <w:p>
      <w:pPr>
        <w:spacing w:before="0" w:after="80" w:line="300" w:lineRule="auto"/>
        <w:jc w:val="left"/>
      </w:pPr>
      <w:r>
        <w:rPr>
          <w:rFonts w:ascii="Times New Roman" w:hAnsi="Times New Roman" w:eastAsia="宋体"/>
          <w:b w:val="0"/>
          <w:i w:val="0"/>
          <w:sz w:val="21"/>
        </w:rPr>
        <w:t>当 a=b 时等号成立。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w:t>
      </w:r>
    </w:p>
    <w:p>
      <w:pPr>
        <w:spacing w:before="0" w:after="80" w:line="300" w:lineRule="auto"/>
        <w:jc w:val="left"/>
      </w:pPr>
      <w:r>
        <w:rPr>
          <w:rFonts w:ascii="Times New Roman" w:hAnsi="Times New Roman" w:eastAsia="宋体"/>
          <w:b w:val="0"/>
          <w:i w:val="0"/>
          <w:color w:val="333333"/>
          <w:sz w:val="19"/>
        </w:rPr>
        <w:t>(a-b)²≥0,</w:t>
      </w:r>
    </w:p>
    <w:p>
      <w:pPr>
        <w:spacing w:before="0" w:after="80" w:line="300" w:lineRule="auto"/>
        <w:jc w:val="left"/>
      </w:pPr>
      <w:r>
        <w:rPr>
          <w:rFonts w:ascii="Times New Roman" w:hAnsi="Times New Roman" w:eastAsia="宋体"/>
          <w:b w:val="0"/>
          <w:i w:val="0"/>
          <w:color w:val="333333"/>
          <w:sz w:val="19"/>
        </w:rPr>
        <w:t>we have (a+b)²≥4ab. Both sides are nonnegative, so</w:t>
      </w:r>
    </w:p>
    <w:p>
      <w:pPr>
        <w:spacing w:before="0" w:after="80" w:line="300" w:lineRule="auto"/>
        <w:jc w:val="left"/>
      </w:pPr>
      <w:r>
        <w:rPr>
          <w:rFonts w:ascii="Times New Roman" w:hAnsi="Times New Roman" w:eastAsia="宋体"/>
          <w:b w:val="0"/>
          <w:i w:val="0"/>
          <w:color w:val="333333"/>
          <w:sz w:val="19"/>
        </w:rPr>
        <w:t>a+b/2≥√(ab).</w:t>
      </w:r>
    </w:p>
    <w:p>
      <w:pPr>
        <w:spacing w:before="0" w:after="80" w:line="300" w:lineRule="auto"/>
        <w:jc w:val="left"/>
      </w:pPr>
      <w:r>
        <w:rPr>
          <w:rFonts w:ascii="Times New Roman" w:hAnsi="Times New Roman" w:eastAsia="宋体"/>
          <w:b w:val="0"/>
          <w:i w:val="0"/>
          <w:color w:val="333333"/>
          <w:sz w:val="19"/>
        </w:rPr>
        <w:t>Equality occurs when 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46 题　答案 D</w:t>
      </w:r>
    </w:p>
    <w:p>
      <w:pPr>
        <w:spacing w:before="0" w:after="80" w:line="300" w:lineRule="auto"/>
        <w:jc w:val="left"/>
      </w:pPr>
      <w:r>
        <w:rPr>
          <w:rFonts w:ascii="Times New Roman" w:hAnsi="Times New Roman" w:eastAsia="宋体"/>
          <w:b w:val="0"/>
          <w:i w:val="0"/>
          <w:sz w:val="21"/>
        </w:rPr>
        <w:t>由节省路程的条件可得</w:t>
      </w:r>
    </w:p>
    <w:p>
      <w:pPr>
        <w:spacing w:before="0" w:after="80" w:line="300" w:lineRule="auto"/>
        <w:jc w:val="left"/>
      </w:pPr>
      <w:r>
        <w:rPr>
          <w:rFonts w:ascii="Times New Roman" w:hAnsi="Times New Roman" w:eastAsia="宋体"/>
          <w:b w:val="0"/>
          <w:i w:val="0"/>
          <w:sz w:val="21"/>
        </w:rPr>
        <w:t>√(L²+W²)=L/2+W。</w:t>
      </w:r>
    </w:p>
    <w:p>
      <w:pPr>
        <w:spacing w:before="0" w:after="80" w:line="300" w:lineRule="auto"/>
        <w:jc w:val="left"/>
      </w:pPr>
      <w:r>
        <w:rPr>
          <w:rFonts w:ascii="Times New Roman" w:hAnsi="Times New Roman" w:eastAsia="宋体"/>
          <w:b w:val="0"/>
          <w:i w:val="0"/>
          <w:sz w:val="21"/>
        </w:rPr>
        <w:t>两边平方并消去 W²，得到</w:t>
      </w:r>
    </w:p>
    <w:p>
      <w:pPr>
        <w:spacing w:before="0" w:after="80" w:line="300" w:lineRule="auto"/>
        <w:jc w:val="left"/>
      </w:pPr>
      <w:r>
        <w:rPr>
          <w:rFonts w:ascii="Times New Roman" w:hAnsi="Times New Roman" w:eastAsia="宋体"/>
          <w:b w:val="0"/>
          <w:i w:val="0"/>
          <w:sz w:val="21"/>
        </w:rPr>
        <w:t>L²=L²/4+LW，</w:t>
      </w:r>
    </w:p>
    <w:p>
      <w:pPr>
        <w:spacing w:before="0" w:after="80" w:line="300" w:lineRule="auto"/>
        <w:jc w:val="left"/>
      </w:pPr>
      <w:r>
        <w:rPr>
          <w:rFonts w:ascii="Times New Roman" w:hAnsi="Times New Roman" w:eastAsia="宋体"/>
          <w:b w:val="0"/>
          <w:i w:val="0"/>
          <w:sz w:val="21"/>
        </w:rPr>
        <w:t>所以 W/L=3/4。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saving condition gives</w:t>
      </w:r>
    </w:p>
    <w:p>
      <w:pPr>
        <w:spacing w:before="0" w:after="80" w:line="300" w:lineRule="auto"/>
        <w:jc w:val="left"/>
      </w:pPr>
      <w:r>
        <w:rPr>
          <w:rFonts w:ascii="Times New Roman" w:hAnsi="Times New Roman" w:eastAsia="宋体"/>
          <w:b w:val="0"/>
          <w:i w:val="0"/>
          <w:color w:val="333333"/>
          <w:sz w:val="19"/>
        </w:rPr>
        <w:t>√(L²+W²)=L/2+W.</w:t>
      </w:r>
    </w:p>
    <w:p>
      <w:pPr>
        <w:spacing w:before="0" w:after="80" w:line="300" w:lineRule="auto"/>
        <w:jc w:val="left"/>
      </w:pPr>
      <w:r>
        <w:rPr>
          <w:rFonts w:ascii="Times New Roman" w:hAnsi="Times New Roman" w:eastAsia="宋体"/>
          <w:b w:val="0"/>
          <w:i w:val="0"/>
          <w:color w:val="333333"/>
          <w:sz w:val="19"/>
        </w:rPr>
        <w:t>Squaring and canceling W² yields</w:t>
      </w:r>
    </w:p>
    <w:p>
      <w:pPr>
        <w:spacing w:before="0" w:after="80" w:line="300" w:lineRule="auto"/>
        <w:jc w:val="left"/>
      </w:pPr>
      <w:r>
        <w:rPr>
          <w:rFonts w:ascii="Times New Roman" w:hAnsi="Times New Roman" w:eastAsia="宋体"/>
          <w:b w:val="0"/>
          <w:i w:val="0"/>
          <w:color w:val="333333"/>
          <w:sz w:val="19"/>
        </w:rPr>
        <w:t>L²=L²/4+LW,</w:t>
      </w:r>
    </w:p>
    <w:p>
      <w:pPr>
        <w:spacing w:before="0" w:after="80" w:line="300" w:lineRule="auto"/>
        <w:jc w:val="left"/>
      </w:pPr>
      <w:r>
        <w:rPr>
          <w:rFonts w:ascii="Times New Roman" w:hAnsi="Times New Roman" w:eastAsia="宋体"/>
          <w:b w:val="0"/>
          <w:i w:val="0"/>
          <w:color w:val="333333"/>
          <w:sz w:val="19"/>
        </w:rPr>
        <w:t>so W/L=3/4.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47 题　答案 D</w:t>
      </w:r>
    </w:p>
    <w:p>
      <w:pPr>
        <w:spacing w:before="0" w:after="80" w:line="300" w:lineRule="auto"/>
        <w:jc w:val="left"/>
      </w:pPr>
      <w:r>
        <w:rPr>
          <w:rFonts w:ascii="Times New Roman" w:hAnsi="Times New Roman" w:eastAsia="宋体"/>
          <w:b w:val="0"/>
          <w:i w:val="0"/>
          <w:sz w:val="21"/>
        </w:rPr>
        <w:t>当 x&gt;0 时，由标准指数不等式可得 1+x&lt; eˣ。两边取自然对数，得到</w:t>
      </w:r>
    </w:p>
    <w:p>
      <w:pPr>
        <w:spacing w:before="0" w:after="80" w:line="300" w:lineRule="auto"/>
        <w:jc w:val="left"/>
      </w:pPr>
      <w:r>
        <w:rPr>
          <w:rFonts w:ascii="Times New Roman" w:hAnsi="Times New Roman" w:eastAsia="宋体"/>
          <w:b w:val="0"/>
          <w:i w:val="0"/>
          <w:sz w:val="21"/>
        </w:rPr>
        <w:t>ln(1+x)&lt; x。</w:t>
      </w:r>
    </w:p>
    <w:p>
      <w:pPr>
        <w:spacing w:before="0" w:after="80" w:line="300" w:lineRule="auto"/>
        <w:jc w:val="left"/>
      </w:pPr>
      <w:r>
        <w:rPr>
          <w:rFonts w:ascii="Times New Roman" w:hAnsi="Times New Roman" w:eastAsia="宋体"/>
          <w:b w:val="0"/>
          <w:i w:val="0"/>
          <w:sz w:val="21"/>
        </w:rPr>
        <w:t>若 log 表示常用对数，则</w:t>
      </w:r>
    </w:p>
    <w:p>
      <w:pPr>
        <w:spacing w:before="0" w:after="80" w:line="300" w:lineRule="auto"/>
        <w:jc w:val="left"/>
      </w:pPr>
      <w:r>
        <w:rPr>
          <w:rFonts w:ascii="Times New Roman" w:hAnsi="Times New Roman" w:eastAsia="宋体"/>
          <w:b w:val="0"/>
          <w:i w:val="0"/>
          <w:sz w:val="21"/>
        </w:rPr>
        <w:t>log(1+x)=(ln(1+x))/ln10</w:t>
      </w:r>
    </w:p>
    <w:p>
      <w:pPr>
        <w:spacing w:before="0" w:after="80" w:line="300" w:lineRule="auto"/>
        <w:jc w:val="left"/>
      </w:pPr>
      <w:r>
        <w:rPr>
          <w:rFonts w:ascii="Times New Roman" w:hAnsi="Times New Roman" w:eastAsia="宋体"/>
          <w:b w:val="0"/>
          <w:i w:val="0"/>
          <w:sz w:val="21"/>
        </w:rPr>
        <w:t>&lt;ln(1+x)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因而选项中的同一不等式成立。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x&gt;0, the standard exponential inequality gives 1+x&lt; eˣ. Taking natural logarithms yields</w:t>
      </w:r>
    </w:p>
    <w:p>
      <w:pPr>
        <w:spacing w:before="0" w:after="80" w:line="300" w:lineRule="auto"/>
        <w:jc w:val="left"/>
      </w:pPr>
      <w:r>
        <w:rPr>
          <w:rFonts w:ascii="Times New Roman" w:hAnsi="Times New Roman" w:eastAsia="宋体"/>
          <w:b w:val="0"/>
          <w:i w:val="0"/>
          <w:color w:val="333333"/>
          <w:sz w:val="19"/>
        </w:rPr>
        <w:t>ln(1+x)&lt; x.</w:t>
      </w:r>
    </w:p>
    <w:p>
      <w:pPr>
        <w:spacing w:before="0" w:after="80" w:line="300" w:lineRule="auto"/>
        <w:jc w:val="left"/>
      </w:pPr>
      <w:r>
        <w:rPr>
          <w:rFonts w:ascii="Times New Roman" w:hAnsi="Times New Roman" w:eastAsia="宋体"/>
          <w:b w:val="0"/>
          <w:i w:val="0"/>
          <w:color w:val="333333"/>
          <w:sz w:val="19"/>
        </w:rPr>
        <w:t>If log denotes the common logarithm, then</w:t>
      </w:r>
    </w:p>
    <w:p>
      <w:pPr>
        <w:spacing w:before="0" w:after="80" w:line="300" w:lineRule="auto"/>
        <w:jc w:val="left"/>
      </w:pPr>
      <w:r>
        <w:rPr>
          <w:rFonts w:ascii="Times New Roman" w:hAnsi="Times New Roman" w:eastAsia="宋体"/>
          <w:b w:val="0"/>
          <w:i w:val="0"/>
          <w:color w:val="333333"/>
          <w:sz w:val="19"/>
        </w:rPr>
        <w:t>log(1+x)=(ln(1+x))/ln10</w:t>
      </w:r>
    </w:p>
    <w:p>
      <w:pPr>
        <w:spacing w:before="0" w:after="80" w:line="300" w:lineRule="auto"/>
        <w:jc w:val="left"/>
      </w:pPr>
      <w:r>
        <w:rPr>
          <w:rFonts w:ascii="Times New Roman" w:hAnsi="Times New Roman" w:eastAsia="宋体"/>
          <w:b w:val="0"/>
          <w:i w:val="0"/>
          <w:color w:val="333333"/>
          <w:sz w:val="19"/>
        </w:rPr>
        <w:t>&lt;ln(1+x),</w:t>
      </w:r>
    </w:p>
    <w:p>
      <w:pPr>
        <w:spacing w:before="0" w:after="80" w:line="300" w:lineRule="auto"/>
        <w:jc w:val="left"/>
      </w:pPr>
      <w:r>
        <w:rPr>
          <w:rFonts w:ascii="Times New Roman" w:hAnsi="Times New Roman" w:eastAsia="宋体"/>
          <w:b w:val="0"/>
          <w:i w:val="0"/>
          <w:color w:val="333333"/>
          <w:sz w:val="19"/>
        </w:rPr>
        <w:t>so the same listed inequality holds.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48 题　答案 D</w:t>
      </w:r>
    </w:p>
    <w:p>
      <w:pPr>
        <w:spacing w:before="0" w:after="80" w:line="300" w:lineRule="auto"/>
        <w:jc w:val="left"/>
      </w:pPr>
      <w:r>
        <w:rPr>
          <w:rFonts w:ascii="Times New Roman" w:hAnsi="Times New Roman" w:eastAsia="宋体"/>
          <w:b w:val="0"/>
          <w:i w:val="0"/>
          <w:sz w:val="21"/>
        </w:rPr>
        <w:t>设长底为 1，短底和高均为 r。一条对角线的水平投影为 1+r/2，长度为 1。因此</w:t>
      </w:r>
    </w:p>
    <w:p>
      <w:pPr>
        <w:spacing w:before="0" w:after="80" w:line="300" w:lineRule="auto"/>
        <w:jc w:val="left"/>
      </w:pPr>
      <w:r>
        <w:rPr>
          <w:rFonts w:ascii="Times New Roman" w:hAnsi="Times New Roman" w:eastAsia="宋体"/>
          <w:b w:val="0"/>
          <w:i w:val="0"/>
          <w:sz w:val="21"/>
        </w:rPr>
        <w:t>1=r²+(1+r/2)²。</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5r²+2r-3=(5r-3)(r+1)</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正的比值为 r=3/5。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larger base be 1, and let the smaller base and altitude both be r. A diagonal has horizontal projection 1+r/2 and length 1. Thus</w:t>
      </w:r>
    </w:p>
    <w:p>
      <w:pPr>
        <w:spacing w:before="0" w:after="80" w:line="300" w:lineRule="auto"/>
        <w:jc w:val="left"/>
      </w:pPr>
      <w:r>
        <w:rPr>
          <w:rFonts w:ascii="Times New Roman" w:hAnsi="Times New Roman" w:eastAsia="宋体"/>
          <w:b w:val="0"/>
          <w:i w:val="0"/>
          <w:color w:val="333333"/>
          <w:sz w:val="19"/>
        </w:rPr>
        <w:t>1=r²+(1+r/2)².</w:t>
      </w:r>
    </w:p>
    <w:p>
      <w:pPr>
        <w:spacing w:before="0" w:after="80" w:line="300" w:lineRule="auto"/>
        <w:jc w:val="left"/>
      </w:pPr>
      <w:r>
        <w:rPr>
          <w:rFonts w:ascii="Times New Roman" w:hAnsi="Times New Roman" w:eastAsia="宋体"/>
          <w:b w:val="0"/>
          <w:i w:val="0"/>
          <w:color w:val="333333"/>
          <w:sz w:val="19"/>
        </w:rPr>
        <w:t>This simplifies to</w:t>
      </w:r>
    </w:p>
    <w:p>
      <w:pPr>
        <w:spacing w:before="0" w:after="80" w:line="300" w:lineRule="auto"/>
        <w:jc w:val="left"/>
      </w:pPr>
      <w:r>
        <w:rPr>
          <w:rFonts w:ascii="Times New Roman" w:hAnsi="Times New Roman" w:eastAsia="宋体"/>
          <w:b w:val="0"/>
          <w:i w:val="0"/>
          <w:color w:val="333333"/>
          <w:sz w:val="19"/>
        </w:rPr>
        <w:t>5r²+2r-3=(5r-3)(r+1)</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The positive ratio is r=3/5.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49 题　答案 E</w:t>
      </w:r>
    </w:p>
    <w:p>
      <w:pPr>
        <w:spacing w:before="0" w:after="80" w:line="300" w:lineRule="auto"/>
        <w:jc w:val="left"/>
      </w:pPr>
      <w:r>
        <w:rPr>
          <w:rFonts w:ascii="Times New Roman" w:hAnsi="Times New Roman" w:eastAsia="宋体"/>
          <w:b w:val="0"/>
          <w:i w:val="0"/>
          <w:sz w:val="21"/>
        </w:rPr>
        <w:t>将 B=(2,1) 关于 y 轴反射到 B'=(-2,1)。对于位于 y 轴上的 C，有 BC=B'C，所以当 A,C,B' 共线时，AC+BC 最小。从 A=(5,5) 到 B'=(-2,1) 的直线斜率为 4/7。当 x=0 时，其纵坐标为</w:t>
      </w:r>
    </w:p>
    <w:p>
      <w:pPr>
        <w:spacing w:before="0" w:after="80" w:line="300" w:lineRule="auto"/>
        <w:jc w:val="left"/>
      </w:pPr>
      <w:r>
        <w:rPr>
          <w:rFonts w:ascii="Times New Roman" w:hAnsi="Times New Roman" w:eastAsia="宋体"/>
          <w:b w:val="0"/>
          <w:i w:val="0"/>
          <w:sz w:val="21"/>
        </w:rPr>
        <w:t>5-4/7(5)=15/7=21/7。</w:t>
      </w:r>
    </w:p>
    <w:p>
      <w:pPr>
        <w:spacing w:before="0" w:after="80" w:line="300" w:lineRule="auto"/>
        <w:jc w:val="left"/>
      </w:pPr>
      <w:r>
        <w:rPr>
          <w:rFonts w:ascii="Times New Roman" w:hAnsi="Times New Roman" w:eastAsia="宋体"/>
          <w:b w:val="0"/>
          <w:i w:val="0"/>
          <w:sz w:val="21"/>
        </w:rPr>
        <w:t>因此 k=15/7。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Reflect B=(2,1) across the y-axis to B'=(-2,1). For C on the y-axis, BC=B'C, so AC+BC is minimized when A,C,B' are collinear. The line from A=(5,5) to B'=(-2,1) has slope 4/7. At x=0, its height is</w:t>
      </w:r>
    </w:p>
    <w:p>
      <w:pPr>
        <w:spacing w:before="0" w:after="80" w:line="300" w:lineRule="auto"/>
        <w:jc w:val="left"/>
      </w:pPr>
      <w:r>
        <w:rPr>
          <w:rFonts w:ascii="Times New Roman" w:hAnsi="Times New Roman" w:eastAsia="宋体"/>
          <w:b w:val="0"/>
          <w:i w:val="0"/>
          <w:color w:val="333333"/>
          <w:sz w:val="19"/>
        </w:rPr>
        <w:t>5-4/7(5)=15/7=21/7.</w:t>
      </w:r>
    </w:p>
    <w:p>
      <w:pPr>
        <w:spacing w:before="0" w:after="80" w:line="300" w:lineRule="auto"/>
        <w:jc w:val="left"/>
      </w:pPr>
      <w:r>
        <w:rPr>
          <w:rFonts w:ascii="Times New Roman" w:hAnsi="Times New Roman" w:eastAsia="宋体"/>
          <w:b w:val="0"/>
          <w:i w:val="0"/>
          <w:color w:val="333333"/>
          <w:sz w:val="19"/>
        </w:rPr>
        <w:t>Hence k=15/7.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50 题　答案 B</w:t>
      </w:r>
    </w:p>
    <w:p>
      <w:pPr>
        <w:spacing w:before="0" w:after="80" w:line="300" w:lineRule="auto"/>
        <w:jc w:val="left"/>
      </w:pPr>
      <w:r>
        <w:rPr>
          <w:rFonts w:ascii="Times New Roman" w:hAnsi="Times New Roman" w:eastAsia="宋体"/>
          <w:b w:val="0"/>
          <w:i w:val="0"/>
          <w:sz w:val="21"/>
        </w:rPr>
        <w:t>设从第三个顶点引出的两条切线段长均为 z。由同一点引出的切线段相等，所以三边长为</w:t>
      </w:r>
    </w:p>
    <w:p>
      <w:pPr>
        <w:spacing w:before="0" w:after="80" w:line="300" w:lineRule="auto"/>
        <w:jc w:val="left"/>
      </w:pPr>
      <w:r>
        <w:rPr>
          <w:rFonts w:ascii="Times New Roman" w:hAnsi="Times New Roman" w:eastAsia="宋体"/>
          <w:b w:val="0"/>
          <w:i w:val="0"/>
          <w:sz w:val="21"/>
        </w:rPr>
        <w:t>14, 6+z, 8+z，</w:t>
      </w:r>
    </w:p>
    <w:p>
      <w:pPr>
        <w:spacing w:before="0" w:after="80" w:line="300" w:lineRule="auto"/>
        <w:jc w:val="left"/>
      </w:pPr>
      <w:r>
        <w:rPr>
          <w:rFonts w:ascii="Times New Roman" w:hAnsi="Times New Roman" w:eastAsia="宋体"/>
          <w:b w:val="0"/>
          <w:i w:val="0"/>
          <w:sz w:val="21"/>
        </w:rPr>
        <w:t>半周长为 s=14+z。因为内切圆半径为 4，</w:t>
      </w:r>
    </w:p>
    <w:p>
      <w:pPr>
        <w:spacing w:before="0" w:after="80" w:line="300" w:lineRule="auto"/>
        <w:jc w:val="left"/>
      </w:pPr>
      <w:r>
        <w:rPr>
          <w:rFonts w:ascii="Times New Roman" w:hAnsi="Times New Roman" w:eastAsia="宋体"/>
          <w:b w:val="0"/>
          <w:i w:val="0"/>
          <w:sz w:val="21"/>
        </w:rPr>
        <w:t>K=rs=4(14+z)。</w:t>
      </w:r>
    </w:p>
    <w:p>
      <w:pPr>
        <w:spacing w:before="0" w:after="80" w:line="300" w:lineRule="auto"/>
        <w:jc w:val="left"/>
      </w:pPr>
      <w:r>
        <w:rPr>
          <w:rFonts w:ascii="Times New Roman" w:hAnsi="Times New Roman" w:eastAsia="宋体"/>
          <w:b w:val="0"/>
          <w:i w:val="0"/>
          <w:sz w:val="21"/>
        </w:rPr>
        <w:t>由海伦公式，</w:t>
      </w:r>
    </w:p>
    <w:p>
      <w:pPr>
        <w:spacing w:before="0" w:after="80" w:line="300" w:lineRule="auto"/>
        <w:jc w:val="left"/>
      </w:pPr>
      <w:r>
        <w:rPr>
          <w:rFonts w:ascii="Times New Roman" w:hAnsi="Times New Roman" w:eastAsia="宋体"/>
          <w:b w:val="0"/>
          <w:i w:val="0"/>
          <w:sz w:val="21"/>
        </w:rPr>
        <w:t>K² =(14+z)z·8·6</w:t>
      </w:r>
    </w:p>
    <w:p>
      <w:pPr>
        <w:spacing w:before="0" w:after="80" w:line="300" w:lineRule="auto"/>
        <w:jc w:val="left"/>
      </w:pPr>
      <w:r>
        <w:rPr>
          <w:rFonts w:ascii="Times New Roman" w:hAnsi="Times New Roman" w:eastAsia="宋体"/>
          <w:b w:val="0"/>
          <w:i w:val="0"/>
          <w:sz w:val="21"/>
        </w:rPr>
        <w:t>=48z(14+z)</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将两种面积表达式平方后相等，得到 16(14+z)=48z，所以 z=7。三边长为 14、13 和 15，最短边长为 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two tangent segments from the third vertex each have length z. Equal tangents from a common vertex make the side lengths</w:t>
      </w:r>
    </w:p>
    <w:p>
      <w:pPr>
        <w:spacing w:before="0" w:after="80" w:line="300" w:lineRule="auto"/>
        <w:jc w:val="left"/>
      </w:pPr>
      <w:r>
        <w:rPr>
          <w:rFonts w:ascii="Times New Roman" w:hAnsi="Times New Roman" w:eastAsia="宋体"/>
          <w:b w:val="0"/>
          <w:i w:val="0"/>
          <w:color w:val="333333"/>
          <w:sz w:val="19"/>
        </w:rPr>
        <w:t>14, 6+z, 8+z,</w:t>
      </w:r>
    </w:p>
    <w:p>
      <w:pPr>
        <w:spacing w:before="0" w:after="80" w:line="300" w:lineRule="auto"/>
        <w:jc w:val="left"/>
      </w:pPr>
      <w:r>
        <w:rPr>
          <w:rFonts w:ascii="Times New Roman" w:hAnsi="Times New Roman" w:eastAsia="宋体"/>
          <w:b w:val="0"/>
          <w:i w:val="0"/>
          <w:color w:val="333333"/>
          <w:sz w:val="19"/>
        </w:rPr>
        <w:t>with semiperimeter s=14+z. Since the inradius is 4,</w:t>
      </w:r>
    </w:p>
    <w:p>
      <w:pPr>
        <w:spacing w:before="0" w:after="80" w:line="300" w:lineRule="auto"/>
        <w:jc w:val="left"/>
      </w:pPr>
      <w:r>
        <w:rPr>
          <w:rFonts w:ascii="Times New Roman" w:hAnsi="Times New Roman" w:eastAsia="宋体"/>
          <w:b w:val="0"/>
          <w:i w:val="0"/>
          <w:color w:val="333333"/>
          <w:sz w:val="19"/>
        </w:rPr>
        <w:t>K=rs=4(14+z).</w:t>
      </w:r>
    </w:p>
    <w:p>
      <w:pPr>
        <w:spacing w:before="0" w:after="80" w:line="300" w:lineRule="auto"/>
        <w:jc w:val="left"/>
      </w:pPr>
      <w:r>
        <w:rPr>
          <w:rFonts w:ascii="Times New Roman" w:hAnsi="Times New Roman" w:eastAsia="宋体"/>
          <w:b w:val="0"/>
          <w:i w:val="0"/>
          <w:color w:val="333333"/>
          <w:sz w:val="19"/>
        </w:rPr>
        <w:t>Heron’s formula gives</w:t>
      </w:r>
    </w:p>
    <w:p>
      <w:pPr>
        <w:spacing w:before="0" w:after="80" w:line="300" w:lineRule="auto"/>
        <w:jc w:val="left"/>
      </w:pPr>
      <w:r>
        <w:rPr>
          <w:rFonts w:ascii="Times New Roman" w:hAnsi="Times New Roman" w:eastAsia="宋体"/>
          <w:b w:val="0"/>
          <w:i w:val="0"/>
          <w:color w:val="333333"/>
          <w:sz w:val="19"/>
        </w:rPr>
        <w:t>K² =(14+z)z·8·6</w:t>
      </w:r>
    </w:p>
    <w:p>
      <w:pPr>
        <w:spacing w:before="0" w:after="80" w:line="300" w:lineRule="auto"/>
        <w:jc w:val="left"/>
      </w:pPr>
      <w:r>
        <w:rPr>
          <w:rFonts w:ascii="Times New Roman" w:hAnsi="Times New Roman" w:eastAsia="宋体"/>
          <w:b w:val="0"/>
          <w:i w:val="0"/>
          <w:color w:val="333333"/>
          <w:sz w:val="19"/>
        </w:rPr>
        <w:t>=48z(14+z).</w:t>
      </w:r>
    </w:p>
    <w:p>
      <w:pPr>
        <w:spacing w:before="0" w:after="80" w:line="300" w:lineRule="auto"/>
        <w:jc w:val="left"/>
      </w:pPr>
      <w:r>
        <w:rPr>
          <w:rFonts w:ascii="Times New Roman" w:hAnsi="Times New Roman" w:eastAsia="宋体"/>
          <w:b w:val="0"/>
          <w:i w:val="0"/>
          <w:color w:val="333333"/>
          <w:sz w:val="19"/>
        </w:rPr>
        <w:t>Equating the squares yields 16(14+z)=48z, so z=7. The sides are 14, 13, and 15, and the shortest is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