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1952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50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若一个圆的半径是有理数，则其面积是：</w:t>
      </w:r>
    </w:p>
    <w:p>
      <w:pPr>
        <w:spacing w:before="0" w:after="120" w:line="300" w:lineRule="auto"/>
      </w:pPr>
      <w:r>
        <w:rPr>
          <w:rFonts w:ascii="Times New Roman" w:hAnsi="Times New Roman" w:eastAsia="宋体"/>
          <w:b w:val="0"/>
          <w:i w:val="0"/>
          <w:sz w:val="21"/>
        </w:rPr>
        <w:t>（A）有理数　　（B）无理数　　（C）整数　　（D）完全平方数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radius of a circle is a rational number, its area is given by a number which is:</w:t>
      </w:r>
    </w:p>
    <w:p>
      <w:pPr>
        <w:spacing w:before="0" w:after="160" w:line="300" w:lineRule="auto"/>
      </w:pPr>
      <w:r>
        <w:rPr>
          <w:rFonts w:ascii="Times New Roman" w:hAnsi="Times New Roman" w:eastAsia="宋体"/>
          <w:b w:val="0"/>
          <w:i w:val="0"/>
          <w:color w:val="333333"/>
          <w:sz w:val="19"/>
        </w:rPr>
        <w:t>(A) Rational　　(B) Irrational　　(C) Integral　　(D) A perfect square　　(E) None of these</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两个高中班级参加了同一场考试。一个班的 20 名学生平均成绩为 80%；另一个班的 30 名学生平均成绩为 70%。两个班全体学生的平均成绩为：</w:t>
      </w:r>
    </w:p>
    <w:p>
      <w:pPr>
        <w:spacing w:before="0" w:after="120" w:line="300" w:lineRule="auto"/>
      </w:pPr>
      <w:r>
        <w:rPr>
          <w:rFonts w:ascii="Times New Roman" w:hAnsi="Times New Roman" w:eastAsia="宋体"/>
          <w:b w:val="0"/>
          <w:i w:val="0"/>
          <w:sz w:val="21"/>
        </w:rPr>
        <w:t>（A）75%　　（B）74%　　（C）72%　　（D）77%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high school classes took the same test. One class of 20 students made an average grade of 80%; the other class of 30 students made an average grade of 70%. The average grade for all students in both classes is:</w:t>
      </w:r>
    </w:p>
    <w:p>
      <w:pPr>
        <w:spacing w:before="0" w:after="160" w:line="300" w:lineRule="auto"/>
      </w:pPr>
      <w:r>
        <w:rPr>
          <w:rFonts w:ascii="Times New Roman" w:hAnsi="Times New Roman" w:eastAsia="宋体"/>
          <w:b w:val="0"/>
          <w:i w:val="0"/>
          <w:color w:val="333333"/>
          <w:sz w:val="19"/>
        </w:rPr>
        <w:t>(A) 75%　　(B) 74%　　(C) 72%　　(D) 77%　　(E) None of these</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表达式 a³-a⁻³ 等于：</w:t>
      </w:r>
    </w:p>
    <w:p>
      <w:pPr>
        <w:spacing w:before="0" w:after="120" w:line="300" w:lineRule="auto"/>
      </w:pPr>
      <w:r>
        <w:rPr>
          <w:rFonts w:ascii="Times New Roman" w:hAnsi="Times New Roman" w:eastAsia="宋体"/>
          <w:b w:val="0"/>
          <w:i w:val="0"/>
          <w:sz w:val="21"/>
        </w:rPr>
        <w:t>（A）(a-1/a)(a²+1+1/a²)　　（B）(1/a-a)(a²-1+1/a²)　　（C）(a-1/a)(a²-2+1/a²)　　（D）(1/a-a)(1/a²+1+a²)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a³-a⁻³ equals:</w:t>
      </w:r>
    </w:p>
    <w:p>
      <w:pPr>
        <w:spacing w:before="0" w:after="160" w:line="300" w:lineRule="auto"/>
      </w:pPr>
      <w:r>
        <w:rPr>
          <w:rFonts w:ascii="Times New Roman" w:hAnsi="Times New Roman" w:eastAsia="宋体"/>
          <w:b w:val="0"/>
          <w:i w:val="0"/>
          <w:color w:val="333333"/>
          <w:sz w:val="19"/>
        </w:rPr>
        <w:t>(A) (a-1/a)(a²+1+1/a²)　　(B) (1/a-a)(a²-1+1/a²)　　(C) (a-1/a)(a²-2+1/a²)　　(D) (1/a-a)(1/a²+1+a²)　　(E) None of these</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邮寄包裹的费用为 C 美分。包裹重 P 磅，且 P 是整数。第一磅收费 10 美分，此后每增加一磅收费 3 美分。费用公式为：</w:t>
      </w:r>
    </w:p>
    <w:p>
      <w:pPr>
        <w:spacing w:before="0" w:after="120" w:line="300" w:lineRule="auto"/>
      </w:pPr>
      <w:r>
        <w:rPr>
          <w:rFonts w:ascii="Times New Roman" w:hAnsi="Times New Roman" w:eastAsia="宋体"/>
          <w:b w:val="0"/>
          <w:i w:val="0"/>
          <w:sz w:val="21"/>
        </w:rPr>
        <w:t>（A）C=10+3P　　（B）C=10P+3　　（C）C=10+3(P-1)　　（D）C=9+3P　　（E）C=10P-7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cost C of sending a parcel post package weighing P pounds, P an integer, is 10 cents for the first pound and 3 cents for each additional pound. The formula for the cost is:</w:t>
      </w:r>
    </w:p>
    <w:p>
      <w:pPr>
        <w:spacing w:before="0" w:after="160" w:line="300" w:lineRule="auto"/>
      </w:pPr>
      <w:r>
        <w:rPr>
          <w:rFonts w:ascii="Times New Roman" w:hAnsi="Times New Roman" w:eastAsia="宋体"/>
          <w:b w:val="0"/>
          <w:i w:val="0"/>
          <w:color w:val="333333"/>
          <w:sz w:val="19"/>
        </w:rPr>
        <w:t>(A) C=10+3P　　(B) C=10P+3　　(C) C=10+3(P-1)　　(D) C=9+3P　　(E) C=10P-7</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过 (6,12) 和 (0,-6) 两点作直线。该直线上的另一个点是：</w:t>
      </w:r>
    </w:p>
    <w:p>
      <w:pPr>
        <w:spacing w:before="0" w:after="120" w:line="300" w:lineRule="auto"/>
      </w:pPr>
      <w:r>
        <w:rPr>
          <w:rFonts w:ascii="Times New Roman" w:hAnsi="Times New Roman" w:eastAsia="宋体"/>
          <w:b w:val="0"/>
          <w:i w:val="0"/>
          <w:sz w:val="21"/>
        </w:rPr>
        <w:t>（A）(3,3)　　（B）(2,1)　　（C）(7,16)　　（D）(-1,-4)　　（E）(-3,-8)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points (6,12) and (0,-6) are connected by a straight line. Another point on this line is:</w:t>
      </w:r>
    </w:p>
    <w:p>
      <w:pPr>
        <w:spacing w:before="0" w:after="160" w:line="300" w:lineRule="auto"/>
      </w:pPr>
      <w:r>
        <w:rPr>
          <w:rFonts w:ascii="Times New Roman" w:hAnsi="Times New Roman" w:eastAsia="宋体"/>
          <w:b w:val="0"/>
          <w:i w:val="0"/>
          <w:color w:val="333333"/>
          <w:sz w:val="19"/>
        </w:rPr>
        <w:t>(A) (3,3)　　(B) (2,1)　　(C) (7,16)　　(D) (-1,-4)　　(E) (-3,-8)</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方程 x²-7x-9=0 两根之差为：</w:t>
      </w:r>
    </w:p>
    <w:p>
      <w:pPr>
        <w:spacing w:before="0" w:after="120" w:line="300" w:lineRule="auto"/>
      </w:pPr>
      <w:r>
        <w:rPr>
          <w:rFonts w:ascii="Times New Roman" w:hAnsi="Times New Roman" w:eastAsia="宋体"/>
          <w:b w:val="0"/>
          <w:i w:val="0"/>
          <w:sz w:val="21"/>
        </w:rPr>
        <w:t>（A）+7　　（B）+7/2　　（C）+9　　（D）2√(85)　　（E）√(85)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difference of the roots of x²-7x-9=0 is:</w:t>
      </w:r>
    </w:p>
    <w:p>
      <w:pPr>
        <w:spacing w:before="0" w:after="160" w:line="300" w:lineRule="auto"/>
      </w:pPr>
      <w:r>
        <w:rPr>
          <w:rFonts w:ascii="Times New Roman" w:hAnsi="Times New Roman" w:eastAsia="宋体"/>
          <w:b w:val="0"/>
          <w:i w:val="0"/>
          <w:color w:val="333333"/>
          <w:sz w:val="19"/>
        </w:rPr>
        <w:t>(A) +7　　(B) +7/2　　(C) +9　　(D) 2√(85)　　(E) √(85)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化简 (x⁻¹+y⁻¹)⁻¹，结果等于：</w:t>
      </w:r>
    </w:p>
    <w:p>
      <w:pPr>
        <w:spacing w:before="0" w:after="120" w:line="300" w:lineRule="auto"/>
      </w:pPr>
      <w:r>
        <w:rPr>
          <w:rFonts w:ascii="Times New Roman" w:hAnsi="Times New Roman" w:eastAsia="宋体"/>
          <w:b w:val="0"/>
          <w:i w:val="0"/>
          <w:sz w:val="21"/>
        </w:rPr>
        <w:t>（A）x+y　　（B）xy/x+y　　（C）xy　　（D）1/xy　　（E）x+y/xy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simplified, (x⁻¹+y⁻¹)⁻¹ is equal to:</w:t>
      </w:r>
    </w:p>
    <w:p>
      <w:pPr>
        <w:spacing w:before="0" w:after="160" w:line="300" w:lineRule="auto"/>
      </w:pPr>
      <w:r>
        <w:rPr>
          <w:rFonts w:ascii="Times New Roman" w:hAnsi="Times New Roman" w:eastAsia="宋体"/>
          <w:b w:val="0"/>
          <w:i w:val="0"/>
          <w:color w:val="333333"/>
          <w:sz w:val="19"/>
        </w:rPr>
        <w:t>(A) x+y　　(B) xy/x+y　　(C) xy　　(D) 1/xy　　(E) x+y/xy</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同一平面内两个半径相等的圆，其公切线条数不可能是：</w:t>
      </w:r>
    </w:p>
    <w:p>
      <w:pPr>
        <w:spacing w:before="0" w:after="120" w:line="300" w:lineRule="auto"/>
      </w:pPr>
      <w:r>
        <w:rPr>
          <w:rFonts w:ascii="Times New Roman" w:hAnsi="Times New Roman" w:eastAsia="宋体"/>
          <w:b w:val="0"/>
          <w:i w:val="0"/>
          <w:sz w:val="21"/>
        </w:rPr>
        <w:t>（A）1　　（B）2　　（C）3　　（D）4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equal circles in the same plane cannot have the following number of common tangents:</w:t>
      </w:r>
    </w:p>
    <w:p>
      <w:pPr>
        <w:spacing w:before="0" w:after="160" w:line="300" w:lineRule="auto"/>
      </w:pPr>
      <w:r>
        <w:rPr>
          <w:rFonts w:ascii="Times New Roman" w:hAnsi="Times New Roman" w:eastAsia="宋体"/>
          <w:b w:val="0"/>
          <w:i w:val="0"/>
          <w:color w:val="333333"/>
          <w:sz w:val="19"/>
        </w:rPr>
        <w:t>(A) 1　　(B) 2　　(C) 3　　(D) 4　　(E) None of these</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若 m=cab/a-b，则 b 等于：</w:t>
      </w:r>
    </w:p>
    <w:p>
      <w:pPr>
        <w:spacing w:before="0" w:after="120" w:line="300" w:lineRule="auto"/>
      </w:pPr>
      <w:r>
        <w:rPr>
          <w:rFonts w:ascii="Times New Roman" w:hAnsi="Times New Roman" w:eastAsia="宋体"/>
          <w:b w:val="0"/>
          <w:i w:val="0"/>
          <w:sz w:val="21"/>
        </w:rPr>
        <w:t>（A）(m(a-b))/ca　　（B）cab-ma/-m　　（C）1/1+c　　（D）ma/m+ca　　（E）m+ca/ma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m=cab/a-b, then b equals:</w:t>
      </w:r>
    </w:p>
    <w:p>
      <w:pPr>
        <w:spacing w:before="0" w:after="160" w:line="300" w:lineRule="auto"/>
      </w:pPr>
      <w:r>
        <w:rPr>
          <w:rFonts w:ascii="Times New Roman" w:hAnsi="Times New Roman" w:eastAsia="宋体"/>
          <w:b w:val="0"/>
          <w:i w:val="0"/>
          <w:color w:val="333333"/>
          <w:sz w:val="19"/>
        </w:rPr>
        <w:t>(A) (m(a-b))/ca　　(B) cab-ma/-m　　(C) 1/1+c　　(D) ma/m+ca　　(E) m+ca/ma</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一辆汽车以每小时 10 英里的速度上山，又以每小时 20 英里的速度沿相同路程下山。往返的平均速度为：</w:t>
      </w:r>
    </w:p>
    <w:p>
      <w:pPr>
        <w:spacing w:before="0" w:after="120" w:line="300" w:lineRule="auto"/>
      </w:pPr>
      <w:r>
        <w:rPr>
          <w:rFonts w:ascii="Times New Roman" w:hAnsi="Times New Roman" w:eastAsia="宋体"/>
          <w:b w:val="0"/>
          <w:i w:val="0"/>
          <w:sz w:val="21"/>
        </w:rPr>
        <w:t>（A）121/2 英里/小时　　（B）131/3 英里/小时　　（C）141/2 英里/小时　　（D）15 英里/小时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automobile went up a hill at a speed of 10 miles an hour and down the same distance at a speed of 20 miles an hour. The average speed for the round trip was:</w:t>
      </w:r>
    </w:p>
    <w:p>
      <w:pPr>
        <w:spacing w:before="0" w:after="160" w:line="300" w:lineRule="auto"/>
      </w:pPr>
      <w:r>
        <w:rPr>
          <w:rFonts w:ascii="Times New Roman" w:hAnsi="Times New Roman" w:eastAsia="宋体"/>
          <w:b w:val="0"/>
          <w:i w:val="0"/>
          <w:color w:val="333333"/>
          <w:sz w:val="19"/>
        </w:rPr>
        <w:t>(A) 121/2 mph　　(B) 131/3 mph　　(C) 141/2 mph　　(D) 15 mph　　(E) None of these</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若 y=f(x)=x+2/x-1，则下列说法不正确的是：</w:t>
      </w:r>
    </w:p>
    <w:p>
      <w:pPr>
        <w:spacing w:before="0" w:after="120" w:line="300" w:lineRule="auto"/>
      </w:pPr>
      <w:r>
        <w:rPr>
          <w:rFonts w:ascii="Times New Roman" w:hAnsi="Times New Roman" w:eastAsia="宋体"/>
          <w:b w:val="0"/>
          <w:i w:val="0"/>
          <w:sz w:val="21"/>
        </w:rPr>
        <w:t>（A）x=y+2/y-1　　（B）f(0)=-2　　（C）f(1)=0　　（D）f(-2)=0　　（E）f(y)=x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y=f(x)=x+2/x-1, then it is incorrect to say:</w:t>
      </w:r>
    </w:p>
    <w:p>
      <w:pPr>
        <w:spacing w:before="0" w:after="160" w:line="300" w:lineRule="auto"/>
      </w:pPr>
      <w:r>
        <w:rPr>
          <w:rFonts w:ascii="Times New Roman" w:hAnsi="Times New Roman" w:eastAsia="宋体"/>
          <w:b w:val="0"/>
          <w:i w:val="0"/>
          <w:color w:val="333333"/>
          <w:sz w:val="19"/>
        </w:rPr>
        <w:t>(A) x=y+2/y-1　　(B) f(0)=-2　　(C) f(1)=0　　(D) f(-2)=0　　(E) f(y)=x</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一个无穷等比数列的和为 6。前两项之和为 41/2。该数列的首项为：</w:t>
      </w:r>
    </w:p>
    <w:p>
      <w:pPr>
        <w:spacing w:before="0" w:after="120" w:line="300" w:lineRule="auto"/>
      </w:pPr>
      <w:r>
        <w:rPr>
          <w:rFonts w:ascii="Times New Roman" w:hAnsi="Times New Roman" w:eastAsia="宋体"/>
          <w:b w:val="0"/>
          <w:i w:val="0"/>
          <w:sz w:val="21"/>
        </w:rPr>
        <w:t>（A）3 或 11/2　　（B）1　　（C）21/2　　（D）6　　（E）9 或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to infinity of the terms of an infinite geometric progression is 6. The sum of the first two terms is 41/2. The first term of the progression is:</w:t>
      </w:r>
    </w:p>
    <w:p>
      <w:pPr>
        <w:spacing w:before="0" w:after="160" w:line="300" w:lineRule="auto"/>
      </w:pPr>
      <w:r>
        <w:rPr>
          <w:rFonts w:ascii="Times New Roman" w:hAnsi="Times New Roman" w:eastAsia="宋体"/>
          <w:b w:val="0"/>
          <w:i w:val="0"/>
          <w:color w:val="333333"/>
          <w:sz w:val="19"/>
        </w:rPr>
        <w:t>(A) 3 or 11/2　　(B) 1　　(C) 21/2　　(D) 6　　(E) 9 or 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函数 x²+px+q 中，p 与 q 均大于零。该函数在下列哪一条件下取得最小值？</w:t>
      </w:r>
    </w:p>
    <w:p>
      <w:pPr>
        <w:spacing w:before="0" w:after="120" w:line="300" w:lineRule="auto"/>
      </w:pPr>
      <w:r>
        <w:rPr>
          <w:rFonts w:ascii="Times New Roman" w:hAnsi="Times New Roman" w:eastAsia="宋体"/>
          <w:b w:val="0"/>
          <w:i w:val="0"/>
          <w:sz w:val="21"/>
        </w:rPr>
        <w:t>（A）x=-p　　（B）x=p/2　　（C）x=-2p　　（D）x=p²/4q　　（E）x=-p/2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function x²+px+q with p and q greater than zero has its minimum value when:</w:t>
      </w:r>
    </w:p>
    <w:p>
      <w:pPr>
        <w:spacing w:before="0" w:after="160" w:line="300" w:lineRule="auto"/>
      </w:pPr>
      <w:r>
        <w:rPr>
          <w:rFonts w:ascii="Times New Roman" w:hAnsi="Times New Roman" w:eastAsia="宋体"/>
          <w:b w:val="0"/>
          <w:i w:val="0"/>
          <w:color w:val="333333"/>
          <w:sz w:val="19"/>
        </w:rPr>
        <w:t>(A) x=-p　　(B) x=p/2　　(C) x=-2p　　(D) x=p²/4q　　(E) x=-p/2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一栋房屋和一家商店分别以 $12000 售出。房屋的售价比成本低 20%，商店的售价比成本高 20%。整个交易的结果是：</w:t>
      </w:r>
    </w:p>
    <w:p>
      <w:pPr>
        <w:spacing w:before="0" w:after="120" w:line="300" w:lineRule="auto"/>
      </w:pPr>
      <w:r>
        <w:rPr>
          <w:rFonts w:ascii="Times New Roman" w:hAnsi="Times New Roman" w:eastAsia="宋体"/>
          <w:b w:val="0"/>
          <w:i w:val="0"/>
          <w:sz w:val="21"/>
        </w:rPr>
        <w:t>（A）不赚不赔　　（B）亏损 $1000　　（C）获利 $1000　　（D）获利 $2000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house and store were sold for $12000 each. The house was sold at a loss of 20% of the cost, and the store at a gain of 20% of the cost. The entire transaction resulted in:</w:t>
      </w:r>
    </w:p>
    <w:p>
      <w:pPr>
        <w:spacing w:before="0" w:after="160" w:line="300" w:lineRule="auto"/>
      </w:pPr>
      <w:r>
        <w:rPr>
          <w:rFonts w:ascii="Times New Roman" w:hAnsi="Times New Roman" w:eastAsia="宋体"/>
          <w:b w:val="0"/>
          <w:i w:val="0"/>
          <w:color w:val="333333"/>
          <w:sz w:val="19"/>
        </w:rPr>
        <w:t>(A) No loss or gain　　(B) Loss of $1000　　(C) Gain of $1000　　(D) Gain of $2000　　(E) None of these</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一个三角形的三边之比为 6:8:9。则：</w:t>
      </w:r>
    </w:p>
    <w:p>
      <w:pPr>
        <w:spacing w:before="0" w:after="120" w:line="300" w:lineRule="auto"/>
      </w:pPr>
      <w:r>
        <w:rPr>
          <w:rFonts w:ascii="Times New Roman" w:hAnsi="Times New Roman" w:eastAsia="宋体"/>
          <w:b w:val="0"/>
          <w:i w:val="0"/>
          <w:sz w:val="21"/>
        </w:rPr>
        <w:t>（A）该三角形是钝角三角形　　（B）三个角之比为 6:8:9　　（C）该三角形是锐角三角形　　（D）最大边所对的角是最小边所对角的两倍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of a triangle are in the ratio 6:8:9. Then:</w:t>
      </w:r>
    </w:p>
    <w:p>
      <w:pPr>
        <w:spacing w:before="0" w:after="160" w:line="300" w:lineRule="auto"/>
      </w:pPr>
      <w:r>
        <w:rPr>
          <w:rFonts w:ascii="Times New Roman" w:hAnsi="Times New Roman" w:eastAsia="宋体"/>
          <w:b w:val="0"/>
          <w:i w:val="0"/>
          <w:color w:val="333333"/>
          <w:sz w:val="19"/>
        </w:rPr>
        <w:t>(A) The triangle is obtuse　　(B) The angles are in the ratio 6:8:9　　(C) The triangle is acute　　(D) The angle opposite the largest side is double the angle</w:t>
        <w:br/>
        <w:t>opposite the smallest side　　(E) None of these</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若一个长方形的底边增加 10%，而面积不变，则高减少：</w:t>
      </w:r>
    </w:p>
    <w:p>
      <w:pPr>
        <w:spacing w:before="0" w:after="120" w:line="300" w:lineRule="auto"/>
      </w:pPr>
      <w:r>
        <w:rPr>
          <w:rFonts w:ascii="Times New Roman" w:hAnsi="Times New Roman" w:eastAsia="宋体"/>
          <w:b w:val="0"/>
          <w:i w:val="0"/>
          <w:sz w:val="21"/>
        </w:rPr>
        <w:t>（A）9%　　（B）10%　　（C）11%　　（D）111/9%　　（E）91/11%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base of a rectangle is increased by 10% and the area is unchanged, then the altitude is decreased by:</w:t>
      </w:r>
    </w:p>
    <w:p>
      <w:pPr>
        <w:spacing w:before="0" w:after="160" w:line="300" w:lineRule="auto"/>
      </w:pPr>
      <w:r>
        <w:rPr>
          <w:rFonts w:ascii="Times New Roman" w:hAnsi="Times New Roman" w:eastAsia="宋体"/>
          <w:b w:val="0"/>
          <w:i w:val="0"/>
          <w:color w:val="333333"/>
          <w:sz w:val="19"/>
        </w:rPr>
        <w:t>(A) 9%　　(B) 10%　　(C) 11%　　(D) 111/9%　　(E) 91/11%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一位商人以低于标价 20% 的价格购入一批商品。他希望定出一个价格，使商品按此定价打 20% 折扣出售后，仍能获得相当于售价 20% 的利润。他所定价格应为原标价的百分之多少？</w:t>
      </w:r>
    </w:p>
    <w:p>
      <w:pPr>
        <w:spacing w:before="0" w:after="120" w:line="300" w:lineRule="auto"/>
      </w:pPr>
      <w:r>
        <w:rPr>
          <w:rFonts w:ascii="Times New Roman" w:hAnsi="Times New Roman" w:eastAsia="宋体"/>
          <w:b w:val="0"/>
          <w:i w:val="0"/>
          <w:sz w:val="21"/>
        </w:rPr>
        <w:t>（A）20　　（B）100　　（C）125　　（D）80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merchant bought some goods at a discount of 20% of the list price. He wants to mark them at such a price that he can give a discount of 20% of the marked price and still make a profit of 20% of the selling price. The percent of the list price at which he should mark them is:</w:t>
      </w:r>
    </w:p>
    <w:p>
      <w:pPr>
        <w:spacing w:before="0" w:after="160" w:line="300" w:lineRule="auto"/>
      </w:pPr>
      <w:r>
        <w:rPr>
          <w:rFonts w:ascii="Times New Roman" w:hAnsi="Times New Roman" w:eastAsia="宋体"/>
          <w:b w:val="0"/>
          <w:i w:val="0"/>
          <w:color w:val="333333"/>
          <w:sz w:val="19"/>
        </w:rPr>
        <w:t>(A) 20　　(B) 100　　(C) 125　　(D) 80　　(E) 120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log p+log q=log(p+q) 成立的必要条件是：</w:t>
      </w:r>
    </w:p>
    <w:p>
      <w:pPr>
        <w:spacing w:before="0" w:after="120" w:line="300" w:lineRule="auto"/>
      </w:pPr>
      <w:r>
        <w:rPr>
          <w:rFonts w:ascii="Times New Roman" w:hAnsi="Times New Roman" w:eastAsia="宋体"/>
          <w:b w:val="0"/>
          <w:i w:val="0"/>
          <w:sz w:val="21"/>
        </w:rPr>
        <w:t>（A）p=q=0　　（B）p=q²/1-q　　（C）p=q=1　　（D）p=q/q-1　　（E）p=q/q+1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log p+log q=log(p+q) only if:</w:t>
      </w:r>
    </w:p>
    <w:p>
      <w:pPr>
        <w:spacing w:before="0" w:after="160" w:line="300" w:lineRule="auto"/>
      </w:pPr>
      <w:r>
        <w:rPr>
          <w:rFonts w:ascii="Times New Roman" w:hAnsi="Times New Roman" w:eastAsia="宋体"/>
          <w:b w:val="0"/>
          <w:i w:val="0"/>
          <w:color w:val="333333"/>
          <w:sz w:val="19"/>
        </w:rPr>
        <w:t>(A) p=q=0　　(B) p=q²/1-q　　(C) p=q=1　　(D) p=q/q-1　　(E) p=q/q+1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角 B 是三角形 ABC 的一个内角，并被 BD 与 BE 三等分；这两条线分别与 AC 相交于 D 和 E。则：</w:t>
      </w:r>
    </w:p>
    <w:p>
      <w:pPr>
        <w:spacing w:before="0" w:after="120" w:line="300" w:lineRule="auto"/>
      </w:pPr>
      <w:r>
        <w:rPr>
          <w:rFonts w:ascii="Times New Roman" w:hAnsi="Times New Roman" w:eastAsia="宋体"/>
          <w:b w:val="0"/>
          <w:i w:val="0"/>
          <w:sz w:val="21"/>
        </w:rPr>
        <w:t>（A）AD/EC=AE/DC　　（B）AD/EC=AB/BC　　（C）AD/EC=BD/BE　　（D）AD/EC=(AB· BD)/(BE·</w:t>
        <w:br/>
        <w:t>BC)　　（E）AD/EC=(AE· BD)/(DC· BE)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Angle B of triangle ABC is trisected by BD and BE, which meet AC at D and E, respectively. Then:</w:t>
      </w:r>
    </w:p>
    <w:p>
      <w:pPr>
        <w:spacing w:before="0" w:after="160" w:line="300" w:lineRule="auto"/>
      </w:pPr>
      <w:r>
        <w:rPr>
          <w:rFonts w:ascii="Times New Roman" w:hAnsi="Times New Roman" w:eastAsia="宋体"/>
          <w:b w:val="0"/>
          <w:i w:val="0"/>
          <w:color w:val="333333"/>
          <w:sz w:val="19"/>
        </w:rPr>
        <w:t>(A) AD/EC=AE/DC　　(B) AD/EC=AB/BC　　(C) AD/EC=BD/BE　　(D) AD/EC=(AB· BD)/(BE·</w:t>
        <w:br/>
        <w:t>BC)　　(E) AD/EC=(AE· BD)/(DC· BE)</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若 x/y=3/4，则下列表达式中不正确的是：</w:t>
      </w:r>
    </w:p>
    <w:p>
      <w:pPr>
        <w:spacing w:before="0" w:after="120" w:line="300" w:lineRule="auto"/>
      </w:pPr>
      <w:r>
        <w:rPr>
          <w:rFonts w:ascii="Times New Roman" w:hAnsi="Times New Roman" w:eastAsia="宋体"/>
          <w:b w:val="0"/>
          <w:i w:val="0"/>
          <w:sz w:val="21"/>
        </w:rPr>
        <w:t>（A）x+y/y=7/4　　（B）y/y-x=4/1　　（C）x+2y/x=11/3　　（D）x/2y=3/8　　（E）x-y/y=1/4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x/y=3/4, then the incorrect expression in the following is:</w:t>
      </w:r>
    </w:p>
    <w:p>
      <w:pPr>
        <w:spacing w:before="0" w:after="160" w:line="300" w:lineRule="auto"/>
      </w:pPr>
      <w:r>
        <w:rPr>
          <w:rFonts w:ascii="Times New Roman" w:hAnsi="Times New Roman" w:eastAsia="宋体"/>
          <w:b w:val="0"/>
          <w:i w:val="0"/>
          <w:color w:val="333333"/>
          <w:sz w:val="19"/>
        </w:rPr>
        <w:t>(A) x+y/y=7/4　　(B) y/y-x=4/1　　(C) x+2y/x=11/3　　(D) x/2y=3/8　　(E) x-y/y=1/4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将一个 n 边正多边形的各边延长，形成一个星形，其中 n&gt;4。星形每个尖角的度数为：</w:t>
      </w:r>
    </w:p>
    <w:p>
      <w:pPr>
        <w:spacing w:before="0" w:after="120" w:line="300" w:lineRule="auto"/>
      </w:pPr>
      <w:r>
        <w:rPr>
          <w:rFonts w:ascii="Times New Roman" w:hAnsi="Times New Roman" w:eastAsia="宋体"/>
          <w:b w:val="0"/>
          <w:i w:val="0"/>
          <w:sz w:val="21"/>
        </w:rPr>
        <w:t>（A）360/n　　（B）((n-4)180)/n　　（C）((n-2)180)/n　　（D）180-90/n　　（E）180/n</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of a regular polygon of n sides, n&gt;4, are extended to form a star. The number of degrees at each point of the star is:</w:t>
      </w:r>
    </w:p>
    <w:p>
      <w:pPr>
        <w:spacing w:before="0" w:after="160" w:line="300" w:lineRule="auto"/>
      </w:pPr>
      <w:r>
        <w:rPr>
          <w:rFonts w:ascii="Times New Roman" w:hAnsi="Times New Roman" w:eastAsia="宋体"/>
          <w:b w:val="0"/>
          <w:i w:val="0"/>
          <w:color w:val="333333"/>
          <w:sz w:val="19"/>
        </w:rPr>
        <w:t>(A) 360/n　　(B) ((n-4)180)/n　　(C) ((n-2)180)/n　　(D) 180-90/n　　(E) 180/n</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在斜边 AB 所属的直角三角形 ABC 上，又作直角三角形 ABD，它的斜边也是 AB。若 BC=1、AC=b，且 AD=2，则 BD 等于：</w:t>
      </w:r>
    </w:p>
    <w:p>
      <w:pPr>
        <w:spacing w:before="0" w:after="120" w:line="300" w:lineRule="auto"/>
      </w:pPr>
      <w:r>
        <w:rPr>
          <w:rFonts w:ascii="Times New Roman" w:hAnsi="Times New Roman" w:eastAsia="宋体"/>
          <w:b w:val="0"/>
          <w:i w:val="0"/>
          <w:sz w:val="21"/>
        </w:rPr>
        <w:t>（A）√(b²+1)　　（B）√(b²-3)　　（C）√(b²+1)+2　　（D）b²+5　　（E）√(b²+3)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hypotenuse AB of a right triangle ABC a second right triangle ABD is constructed with hypotenuse AB. If BC=1, AC=b, and AD=2, then BD equals:</w:t>
      </w:r>
    </w:p>
    <w:p>
      <w:pPr>
        <w:spacing w:before="0" w:after="160" w:line="300" w:lineRule="auto"/>
      </w:pPr>
      <w:r>
        <w:rPr>
          <w:rFonts w:ascii="Times New Roman" w:hAnsi="Times New Roman" w:eastAsia="宋体"/>
          <w:b w:val="0"/>
          <w:i w:val="0"/>
          <w:color w:val="333333"/>
          <w:sz w:val="19"/>
        </w:rPr>
        <w:t>(A) √(b²+1)　　(B) √(b²-3)　　(C) √(b²+1)+2　　(D) b²+5　　(E) √(b²+3)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若方程 x²-bx/ax-c=m-1/m+1 的两根绝对值相等、符号相反，则 m 的值必须为：</w:t>
      </w:r>
    </w:p>
    <w:p>
      <w:pPr>
        <w:spacing w:before="0" w:after="120" w:line="300" w:lineRule="auto"/>
      </w:pPr>
      <w:r>
        <w:rPr>
          <w:rFonts w:ascii="Times New Roman" w:hAnsi="Times New Roman" w:eastAsia="宋体"/>
          <w:b w:val="0"/>
          <w:i w:val="0"/>
          <w:sz w:val="21"/>
        </w:rPr>
        <w:t>（A）a-b/a+b　　（B）a+b/a-b　　（C）c　　（D）1/c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x²-bx/ax-c=m-1/m+1 has roots which are numerically equal but of opposite signs, the value of m must be:</w:t>
      </w:r>
    </w:p>
    <w:p>
      <w:pPr>
        <w:spacing w:before="0" w:after="160" w:line="300" w:lineRule="auto"/>
      </w:pPr>
      <w:r>
        <w:rPr>
          <w:rFonts w:ascii="Times New Roman" w:hAnsi="Times New Roman" w:eastAsia="宋体"/>
          <w:b w:val="0"/>
          <w:i w:val="0"/>
          <w:color w:val="333333"/>
          <w:sz w:val="19"/>
        </w:rPr>
        <w:t>(A) a-b/a+b　　(B) a+b/a-b　　(C) c　　(D) 1/c　　(E) 1</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在图中，已知角 C=90°、AD=DB、DE⊥ AB、AB=20，且 AC=12。四边形 ADEC 的面积为：</w:t>
      </w:r>
    </w:p>
    <w:p>
      <w:pPr>
        <w:spacing w:before="80" w:after="80"/>
        <w:jc w:val="center"/>
      </w:pPr>
      <w:r>
        <w:drawing>
          <wp:inline xmlns:a="http://schemas.openxmlformats.org/drawingml/2006/main" xmlns:pic="http://schemas.openxmlformats.org/drawingml/2006/picture">
            <wp:extent cx="2985891" cy="1595527"/>
            <wp:docPr id="1" name="Picture 1"/>
            <wp:cNvGraphicFramePr>
              <a:graphicFrameLocks noChangeAspect="1"/>
            </wp:cNvGraphicFramePr>
            <a:graphic>
              <a:graphicData uri="http://schemas.openxmlformats.org/drawingml/2006/picture">
                <pic:pic>
                  <pic:nvPicPr>
                    <pic:cNvPr id="0" name="q24-1@300dpi.png"/>
                    <pic:cNvPicPr/>
                  </pic:nvPicPr>
                  <pic:blipFill>
                    <a:blip r:embed="rId9"/>
                    <a:stretch>
                      <a:fillRect/>
                    </a:stretch>
                  </pic:blipFill>
                  <pic:spPr>
                    <a:xfrm>
                      <a:off x="0" y="0"/>
                      <a:ext cx="2985891" cy="1595527"/>
                    </a:xfrm>
                    <a:prstGeom prst="rect"/>
                  </pic:spPr>
                </pic:pic>
              </a:graphicData>
            </a:graphic>
          </wp:inline>
        </w:drawing>
      </w:r>
    </w:p>
    <w:p>
      <w:pPr>
        <w:spacing w:before="0" w:after="120" w:line="300" w:lineRule="auto"/>
      </w:pPr>
      <w:r>
        <w:rPr>
          <w:rFonts w:ascii="Times New Roman" w:hAnsi="Times New Roman" w:eastAsia="宋体"/>
          <w:b w:val="0"/>
          <w:i w:val="0"/>
          <w:sz w:val="21"/>
        </w:rPr>
        <w:t>（A）75　　（B）581/2　　（C）48　　（D）371/2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it is given that angle C=90°, AD=DB, DE⊥ AB, AB=20, and AC=12. The area of quadrilateral ADEC is:</w:t>
      </w:r>
    </w:p>
    <w:p>
      <w:pPr>
        <w:spacing w:before="80" w:after="80"/>
        <w:jc w:val="center"/>
      </w:pPr>
      <w:r>
        <w:drawing>
          <wp:inline xmlns:a="http://schemas.openxmlformats.org/drawingml/2006/main" xmlns:pic="http://schemas.openxmlformats.org/drawingml/2006/picture">
            <wp:extent cx="2985891" cy="1595527"/>
            <wp:docPr id="2" name="Picture 2"/>
            <wp:cNvGraphicFramePr>
              <a:graphicFrameLocks noChangeAspect="1"/>
            </wp:cNvGraphicFramePr>
            <a:graphic>
              <a:graphicData uri="http://schemas.openxmlformats.org/drawingml/2006/picture">
                <pic:pic>
                  <pic:nvPicPr>
                    <pic:cNvPr id="0" name="q24-1@300dpi.png"/>
                    <pic:cNvPicPr/>
                  </pic:nvPicPr>
                  <pic:blipFill>
                    <a:blip r:embed="rId9"/>
                    <a:stretch>
                      <a:fillRect/>
                    </a:stretch>
                  </pic:blipFill>
                  <pic:spPr>
                    <a:xfrm>
                      <a:off x="0" y="0"/>
                      <a:ext cx="2985891" cy="159552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75　　(B) 581/2　　(C) 48　　(D) 371/2　　(E) None of these</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一名爆破工将引信设定为 30 秒后爆炸。他以每秒 8 码的速度跑开。声音传播速度为每秒 1080 英尺。当爆破工听到爆炸声时，他大约跑了：</w:t>
      </w:r>
    </w:p>
    <w:p>
      <w:pPr>
        <w:spacing w:before="0" w:after="120" w:line="300" w:lineRule="auto"/>
      </w:pPr>
      <w:r>
        <w:rPr>
          <w:rFonts w:ascii="Times New Roman" w:hAnsi="Times New Roman" w:eastAsia="宋体"/>
          <w:b w:val="0"/>
          <w:i w:val="0"/>
          <w:sz w:val="21"/>
        </w:rPr>
        <w:t>（A）200 码　　（B）352 码　　（C）300 码　　（D）245 码　　（E）512 码</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powderman set a fuse for a blast to take place in 30 seconds. He ran away at a rate of 8 yards per second. Sound travels at the rate of 1080 feet per second. When the powderman heard the blast, he had run approximately:</w:t>
      </w:r>
    </w:p>
    <w:p>
      <w:pPr>
        <w:spacing w:before="0" w:after="160" w:line="300" w:lineRule="auto"/>
      </w:pPr>
      <w:r>
        <w:rPr>
          <w:rFonts w:ascii="Times New Roman" w:hAnsi="Times New Roman" w:eastAsia="宋体"/>
          <w:b w:val="0"/>
          <w:i w:val="0"/>
          <w:color w:val="333333"/>
          <w:sz w:val="19"/>
        </w:rPr>
        <w:t>(A) 200 yd.　　(B) 352 yd.　　(C) 300 yd.　　(D) 245 yd.　　(E) 512 yd.</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若 (r+1/r)²=3，则 r³+1/r³ 等于：</w:t>
      </w:r>
    </w:p>
    <w:p>
      <w:pPr>
        <w:spacing w:before="0" w:after="120" w:line="300" w:lineRule="auto"/>
      </w:pPr>
      <w:r>
        <w:rPr>
          <w:rFonts w:ascii="Times New Roman" w:hAnsi="Times New Roman" w:eastAsia="宋体"/>
          <w:b w:val="0"/>
          <w:i w:val="0"/>
          <w:sz w:val="21"/>
        </w:rPr>
        <w:t>（A）1　　（B）2　　（C）0　　（D）3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(r+1/r)²=3, then r³+1/r³ equals</w:t>
      </w:r>
    </w:p>
    <w:p>
      <w:pPr>
        <w:spacing w:before="0" w:after="160" w:line="300" w:lineRule="auto"/>
      </w:pPr>
      <w:r>
        <w:rPr>
          <w:rFonts w:ascii="Times New Roman" w:hAnsi="Times New Roman" w:eastAsia="宋体"/>
          <w:b w:val="0"/>
          <w:i w:val="0"/>
          <w:color w:val="333333"/>
          <w:sz w:val="19"/>
        </w:rPr>
        <w:t>(A) 1　　(B) 2　　(C) 0　　(D) 3　　(E) 6</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一个等边三角形的高等于某圆的半径。该三角形的周长与内接于此圆的等边三角形周长之比为：</w:t>
      </w:r>
    </w:p>
    <w:p>
      <w:pPr>
        <w:spacing w:before="0" w:after="120" w:line="300" w:lineRule="auto"/>
      </w:pPr>
      <w:r>
        <w:rPr>
          <w:rFonts w:ascii="Times New Roman" w:hAnsi="Times New Roman" w:eastAsia="宋体"/>
          <w:b w:val="0"/>
          <w:i w:val="0"/>
          <w:sz w:val="21"/>
        </w:rPr>
        <w:t>（A）1:2　　（B）1:3　　（C）1:√(3)　　（D）√(3):2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the perimeter of an equilateral triangle having an altitude equal to the radius of a circle, to the perimeter of an equilateral triangle inscribed in the circle is:</w:t>
      </w:r>
    </w:p>
    <w:p>
      <w:pPr>
        <w:spacing w:before="0" w:after="160" w:line="300" w:lineRule="auto"/>
      </w:pPr>
      <w:r>
        <w:rPr>
          <w:rFonts w:ascii="Times New Roman" w:hAnsi="Times New Roman" w:eastAsia="宋体"/>
          <w:b w:val="0"/>
          <w:i w:val="0"/>
          <w:color w:val="333333"/>
          <w:sz w:val="19"/>
        </w:rPr>
        <w:t>(A) 1:2　　(B) 1:3　　(C) 1:√(3)　　(D) √(3):2　　(E) 2:3</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下表中，x 与 y 之间的关系式为：</w:t>
      </w:r>
    </w:p>
    <w:tbl>
      <w:tblPr>
        <w:tblStyle w:val="TableGrid"/>
        <w:tblW w:type="auto" w:w="0"/>
        <w:jc w:val="center"/>
        <w:tblLayout w:type="autofit"/>
        <w:tblLook w:firstColumn="1" w:firstRow="1" w:lastColumn="0" w:lastRow="0" w:noHBand="0" w:noVBand="1" w:val="04A0"/>
      </w:tblPr>
      <w:tblGrid>
        <w:gridCol w:w="1569"/>
        <w:gridCol w:w="1569"/>
        <w:gridCol w:w="1569"/>
        <w:gridCol w:w="1569"/>
        <w:gridCol w:w="1569"/>
        <w:gridCol w:w="1569"/>
      </w:tblGrid>
      <w:tr>
        <w:tc>
          <w:tcPr>
            <w:tcW w:type="dxa" w:w="1569"/>
          </w:tcPr>
          <w:p>
            <w:pPr>
              <w:spacing w:before="20" w:after="20" w:line="240" w:lineRule="auto"/>
              <w:jc w:val="center"/>
            </w:pPr>
            <w:r/>
            <w:r>
              <w:rPr>
                <w:rFonts w:ascii="Times New Roman" w:hAnsi="Times New Roman" w:eastAsia="宋体"/>
                <w:b w:val="0"/>
                <w:i w:val="0"/>
                <w:sz w:val="20"/>
              </w:rPr>
              <w:t>x</w:t>
            </w:r>
          </w:p>
        </w:tc>
        <w:tc>
          <w:tcPr>
            <w:tcW w:type="dxa" w:w="1569"/>
          </w:tcPr>
          <w:p>
            <w:pPr>
              <w:spacing w:before="20" w:after="20" w:line="240" w:lineRule="auto"/>
              <w:jc w:val="center"/>
            </w:pPr>
            <w:r/>
            <w:r>
              <w:rPr>
                <w:rFonts w:ascii="Times New Roman" w:hAnsi="Times New Roman" w:eastAsia="宋体"/>
                <w:b w:val="0"/>
                <w:i w:val="0"/>
                <w:sz w:val="20"/>
              </w:rPr>
              <w:t>1</w:t>
            </w:r>
          </w:p>
        </w:tc>
        <w:tc>
          <w:tcPr>
            <w:tcW w:type="dxa" w:w="1569"/>
          </w:tcPr>
          <w:p>
            <w:pPr>
              <w:spacing w:before="20" w:after="20" w:line="240" w:lineRule="auto"/>
              <w:jc w:val="center"/>
            </w:pPr>
            <w:r/>
            <w:r>
              <w:rPr>
                <w:rFonts w:ascii="Times New Roman" w:hAnsi="Times New Roman" w:eastAsia="宋体"/>
                <w:b w:val="0"/>
                <w:i w:val="0"/>
                <w:sz w:val="20"/>
              </w:rPr>
              <w:t>2</w:t>
            </w:r>
          </w:p>
        </w:tc>
        <w:tc>
          <w:tcPr>
            <w:tcW w:type="dxa" w:w="1569"/>
          </w:tcPr>
          <w:p>
            <w:pPr>
              <w:spacing w:before="20" w:after="20" w:line="240" w:lineRule="auto"/>
              <w:jc w:val="center"/>
            </w:pPr>
            <w:r/>
            <w:r>
              <w:rPr>
                <w:rFonts w:ascii="Times New Roman" w:hAnsi="Times New Roman" w:eastAsia="宋体"/>
                <w:b w:val="0"/>
                <w:i w:val="0"/>
                <w:sz w:val="20"/>
              </w:rPr>
              <w:t>3</w:t>
            </w:r>
          </w:p>
        </w:tc>
        <w:tc>
          <w:tcPr>
            <w:tcW w:type="dxa" w:w="1569"/>
          </w:tcPr>
          <w:p>
            <w:pPr>
              <w:spacing w:before="20" w:after="20" w:line="240" w:lineRule="auto"/>
              <w:jc w:val="center"/>
            </w:pPr>
            <w:r/>
            <w:r>
              <w:rPr>
                <w:rFonts w:ascii="Times New Roman" w:hAnsi="Times New Roman" w:eastAsia="宋体"/>
                <w:b w:val="0"/>
                <w:i w:val="0"/>
                <w:sz w:val="20"/>
              </w:rPr>
              <w:t>4</w:t>
            </w:r>
          </w:p>
        </w:tc>
        <w:tc>
          <w:tcPr>
            <w:tcW w:type="dxa" w:w="1569"/>
          </w:tcPr>
          <w:p>
            <w:pPr>
              <w:spacing w:before="20" w:after="20" w:line="240" w:lineRule="auto"/>
              <w:jc w:val="center"/>
            </w:pPr>
            <w:r/>
            <w:r>
              <w:rPr>
                <w:rFonts w:ascii="Times New Roman" w:hAnsi="Times New Roman" w:eastAsia="宋体"/>
                <w:b w:val="0"/>
                <w:i w:val="0"/>
                <w:sz w:val="20"/>
              </w:rPr>
              <w:t>5</w:t>
            </w:r>
          </w:p>
        </w:tc>
      </w:tr>
      <w:tr>
        <w:tc>
          <w:tcPr>
            <w:tcW w:type="dxa" w:w="1569"/>
          </w:tcPr>
          <w:p>
            <w:pPr>
              <w:spacing w:before="20" w:after="20" w:line="240" w:lineRule="auto"/>
              <w:jc w:val="center"/>
            </w:pPr>
            <w:r/>
            <w:r>
              <w:rPr>
                <w:rFonts w:ascii="Times New Roman" w:hAnsi="Times New Roman" w:eastAsia="宋体"/>
                <w:b w:val="0"/>
                <w:i w:val="0"/>
                <w:sz w:val="20"/>
              </w:rPr>
              <w:t>y</w:t>
            </w:r>
          </w:p>
        </w:tc>
        <w:tc>
          <w:tcPr>
            <w:tcW w:type="dxa" w:w="1569"/>
          </w:tcPr>
          <w:p>
            <w:pPr>
              <w:spacing w:before="20" w:after="20" w:line="240" w:lineRule="auto"/>
              <w:jc w:val="center"/>
            </w:pPr>
            <w:r/>
            <w:r>
              <w:rPr>
                <w:rFonts w:ascii="Times New Roman" w:hAnsi="Times New Roman" w:eastAsia="宋体"/>
                <w:b w:val="0"/>
                <w:i w:val="0"/>
                <w:sz w:val="20"/>
              </w:rPr>
              <w:t>3</w:t>
            </w:r>
          </w:p>
        </w:tc>
        <w:tc>
          <w:tcPr>
            <w:tcW w:type="dxa" w:w="1569"/>
          </w:tcPr>
          <w:p>
            <w:pPr>
              <w:spacing w:before="20" w:after="20" w:line="240" w:lineRule="auto"/>
              <w:jc w:val="center"/>
            </w:pPr>
            <w:r/>
            <w:r>
              <w:rPr>
                <w:rFonts w:ascii="Times New Roman" w:hAnsi="Times New Roman" w:eastAsia="宋体"/>
                <w:b w:val="0"/>
                <w:i w:val="0"/>
                <w:sz w:val="20"/>
              </w:rPr>
              <w:t>7</w:t>
            </w:r>
          </w:p>
        </w:tc>
        <w:tc>
          <w:tcPr>
            <w:tcW w:type="dxa" w:w="1569"/>
          </w:tcPr>
          <w:p>
            <w:pPr>
              <w:spacing w:before="20" w:after="20" w:line="240" w:lineRule="auto"/>
              <w:jc w:val="center"/>
            </w:pPr>
            <w:r/>
            <w:r>
              <w:rPr>
                <w:rFonts w:ascii="Times New Roman" w:hAnsi="Times New Roman" w:eastAsia="宋体"/>
                <w:b w:val="0"/>
                <w:i w:val="0"/>
                <w:sz w:val="20"/>
              </w:rPr>
              <w:t>13</w:t>
            </w:r>
          </w:p>
        </w:tc>
        <w:tc>
          <w:tcPr>
            <w:tcW w:type="dxa" w:w="1569"/>
          </w:tcPr>
          <w:p>
            <w:pPr>
              <w:spacing w:before="20" w:after="20" w:line="240" w:lineRule="auto"/>
              <w:jc w:val="center"/>
            </w:pPr>
            <w:r/>
            <w:r>
              <w:rPr>
                <w:rFonts w:ascii="Times New Roman" w:hAnsi="Times New Roman" w:eastAsia="宋体"/>
                <w:b w:val="0"/>
                <w:i w:val="0"/>
                <w:sz w:val="20"/>
              </w:rPr>
              <w:t>21</w:t>
            </w:r>
          </w:p>
        </w:tc>
        <w:tc>
          <w:tcPr>
            <w:tcW w:type="dxa" w:w="1569"/>
          </w:tcPr>
          <w:p>
            <w:pPr>
              <w:spacing w:before="20" w:after="20" w:line="240" w:lineRule="auto"/>
              <w:jc w:val="center"/>
            </w:pPr>
            <w:r/>
            <w:r>
              <w:rPr>
                <w:rFonts w:ascii="Times New Roman" w:hAnsi="Times New Roman" w:eastAsia="宋体"/>
                <w:b w:val="0"/>
                <w:i w:val="0"/>
                <w:sz w:val="20"/>
              </w:rPr>
              <w:t>31</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（A）y=4x-1　　（B）y=x³-x²+x+2　　（C）y=x²+x+1　　（D）y=(x²+x+1)(x-1)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table shown, the formula relating x and y is:</w:t>
      </w:r>
    </w:p>
    <w:tbl>
      <w:tblPr>
        <w:tblStyle w:val="TableGrid"/>
        <w:tblW w:type="auto" w:w="0"/>
        <w:jc w:val="center"/>
        <w:tblLayout w:type="autofit"/>
        <w:tblLook w:firstColumn="1" w:firstRow="1" w:lastColumn="0" w:lastRow="0" w:noHBand="0" w:noVBand="1" w:val="04A0"/>
      </w:tblPr>
      <w:tblGrid>
        <w:gridCol w:w="1569"/>
        <w:gridCol w:w="1569"/>
        <w:gridCol w:w="1569"/>
        <w:gridCol w:w="1569"/>
        <w:gridCol w:w="1569"/>
        <w:gridCol w:w="1569"/>
      </w:tblGrid>
      <w:tr>
        <w:tc>
          <w:tcPr>
            <w:tcW w:type="dxa" w:w="1569"/>
          </w:tcPr>
          <w:p>
            <w:pPr>
              <w:spacing w:before="20" w:after="20" w:line="240" w:lineRule="auto"/>
              <w:jc w:val="center"/>
            </w:pPr>
            <w:r/>
            <w:r>
              <w:rPr>
                <w:rFonts w:ascii="Times New Roman" w:hAnsi="Times New Roman" w:eastAsia="宋体"/>
                <w:b w:val="0"/>
                <w:i w:val="0"/>
                <w:color w:val="333333"/>
                <w:sz w:val="19"/>
              </w:rPr>
              <w:t>x</w:t>
            </w:r>
          </w:p>
        </w:tc>
        <w:tc>
          <w:tcPr>
            <w:tcW w:type="dxa" w:w="1569"/>
          </w:tcPr>
          <w:p>
            <w:pPr>
              <w:spacing w:before="20" w:after="20" w:line="240" w:lineRule="auto"/>
              <w:jc w:val="center"/>
            </w:pPr>
            <w:r/>
            <w:r>
              <w:rPr>
                <w:rFonts w:ascii="Times New Roman" w:hAnsi="Times New Roman" w:eastAsia="宋体"/>
                <w:b w:val="0"/>
                <w:i w:val="0"/>
                <w:color w:val="333333"/>
                <w:sz w:val="19"/>
              </w:rPr>
              <w:t>1</w:t>
            </w:r>
          </w:p>
        </w:tc>
        <w:tc>
          <w:tcPr>
            <w:tcW w:type="dxa" w:w="1569"/>
          </w:tcPr>
          <w:p>
            <w:pPr>
              <w:spacing w:before="20" w:after="20" w:line="240" w:lineRule="auto"/>
              <w:jc w:val="center"/>
            </w:pPr>
            <w:r/>
            <w:r>
              <w:rPr>
                <w:rFonts w:ascii="Times New Roman" w:hAnsi="Times New Roman" w:eastAsia="宋体"/>
                <w:b w:val="0"/>
                <w:i w:val="0"/>
                <w:color w:val="333333"/>
                <w:sz w:val="19"/>
              </w:rPr>
              <w:t>2</w:t>
            </w:r>
          </w:p>
        </w:tc>
        <w:tc>
          <w:tcPr>
            <w:tcW w:type="dxa" w:w="1569"/>
          </w:tcPr>
          <w:p>
            <w:pPr>
              <w:spacing w:before="20" w:after="20" w:line="240" w:lineRule="auto"/>
              <w:jc w:val="center"/>
            </w:pPr>
            <w:r/>
            <w:r>
              <w:rPr>
                <w:rFonts w:ascii="Times New Roman" w:hAnsi="Times New Roman" w:eastAsia="宋体"/>
                <w:b w:val="0"/>
                <w:i w:val="0"/>
                <w:color w:val="333333"/>
                <w:sz w:val="19"/>
              </w:rPr>
              <w:t>3</w:t>
            </w:r>
          </w:p>
        </w:tc>
        <w:tc>
          <w:tcPr>
            <w:tcW w:type="dxa" w:w="1569"/>
          </w:tcPr>
          <w:p>
            <w:pPr>
              <w:spacing w:before="20" w:after="20" w:line="240" w:lineRule="auto"/>
              <w:jc w:val="center"/>
            </w:pPr>
            <w:r/>
            <w:r>
              <w:rPr>
                <w:rFonts w:ascii="Times New Roman" w:hAnsi="Times New Roman" w:eastAsia="宋体"/>
                <w:b w:val="0"/>
                <w:i w:val="0"/>
                <w:color w:val="333333"/>
                <w:sz w:val="19"/>
              </w:rPr>
              <w:t>4</w:t>
            </w:r>
          </w:p>
        </w:tc>
        <w:tc>
          <w:tcPr>
            <w:tcW w:type="dxa" w:w="1569"/>
          </w:tcPr>
          <w:p>
            <w:pPr>
              <w:spacing w:before="20" w:after="20" w:line="240" w:lineRule="auto"/>
              <w:jc w:val="center"/>
            </w:pPr>
            <w:r/>
            <w:r>
              <w:rPr>
                <w:rFonts w:ascii="Times New Roman" w:hAnsi="Times New Roman" w:eastAsia="宋体"/>
                <w:b w:val="0"/>
                <w:i w:val="0"/>
                <w:color w:val="333333"/>
                <w:sz w:val="19"/>
              </w:rPr>
              <w:t>5</w:t>
            </w:r>
          </w:p>
        </w:tc>
      </w:tr>
      <w:tr>
        <w:tc>
          <w:tcPr>
            <w:tcW w:type="dxa" w:w="1569"/>
          </w:tcPr>
          <w:p>
            <w:pPr>
              <w:spacing w:before="20" w:after="20" w:line="240" w:lineRule="auto"/>
              <w:jc w:val="center"/>
            </w:pPr>
            <w:r/>
            <w:r>
              <w:rPr>
                <w:rFonts w:ascii="Times New Roman" w:hAnsi="Times New Roman" w:eastAsia="宋体"/>
                <w:b w:val="0"/>
                <w:i w:val="0"/>
                <w:color w:val="333333"/>
                <w:sz w:val="19"/>
              </w:rPr>
              <w:t>y</w:t>
            </w:r>
          </w:p>
        </w:tc>
        <w:tc>
          <w:tcPr>
            <w:tcW w:type="dxa" w:w="1569"/>
          </w:tcPr>
          <w:p>
            <w:pPr>
              <w:spacing w:before="20" w:after="20" w:line="240" w:lineRule="auto"/>
              <w:jc w:val="center"/>
            </w:pPr>
            <w:r/>
            <w:r>
              <w:rPr>
                <w:rFonts w:ascii="Times New Roman" w:hAnsi="Times New Roman" w:eastAsia="宋体"/>
                <w:b w:val="0"/>
                <w:i w:val="0"/>
                <w:color w:val="333333"/>
                <w:sz w:val="19"/>
              </w:rPr>
              <w:t>3</w:t>
            </w:r>
          </w:p>
        </w:tc>
        <w:tc>
          <w:tcPr>
            <w:tcW w:type="dxa" w:w="1569"/>
          </w:tcPr>
          <w:p>
            <w:pPr>
              <w:spacing w:before="20" w:after="20" w:line="240" w:lineRule="auto"/>
              <w:jc w:val="center"/>
            </w:pPr>
            <w:r/>
            <w:r>
              <w:rPr>
                <w:rFonts w:ascii="Times New Roman" w:hAnsi="Times New Roman" w:eastAsia="宋体"/>
                <w:b w:val="0"/>
                <w:i w:val="0"/>
                <w:color w:val="333333"/>
                <w:sz w:val="19"/>
              </w:rPr>
              <w:t>7</w:t>
            </w:r>
          </w:p>
        </w:tc>
        <w:tc>
          <w:tcPr>
            <w:tcW w:type="dxa" w:w="1569"/>
          </w:tcPr>
          <w:p>
            <w:pPr>
              <w:spacing w:before="20" w:after="20" w:line="240" w:lineRule="auto"/>
              <w:jc w:val="center"/>
            </w:pPr>
            <w:r/>
            <w:r>
              <w:rPr>
                <w:rFonts w:ascii="Times New Roman" w:hAnsi="Times New Roman" w:eastAsia="宋体"/>
                <w:b w:val="0"/>
                <w:i w:val="0"/>
                <w:color w:val="333333"/>
                <w:sz w:val="19"/>
              </w:rPr>
              <w:t>13</w:t>
            </w:r>
          </w:p>
        </w:tc>
        <w:tc>
          <w:tcPr>
            <w:tcW w:type="dxa" w:w="1569"/>
          </w:tcPr>
          <w:p>
            <w:pPr>
              <w:spacing w:before="20" w:after="20" w:line="240" w:lineRule="auto"/>
              <w:jc w:val="center"/>
            </w:pPr>
            <w:r/>
            <w:r>
              <w:rPr>
                <w:rFonts w:ascii="Times New Roman" w:hAnsi="Times New Roman" w:eastAsia="宋体"/>
                <w:b w:val="0"/>
                <w:i w:val="0"/>
                <w:color w:val="333333"/>
                <w:sz w:val="19"/>
              </w:rPr>
              <w:t>21</w:t>
            </w:r>
          </w:p>
        </w:tc>
        <w:tc>
          <w:tcPr>
            <w:tcW w:type="dxa" w:w="1569"/>
          </w:tcPr>
          <w:p>
            <w:pPr>
              <w:spacing w:before="20" w:after="20" w:line="240" w:lineRule="auto"/>
              <w:jc w:val="center"/>
            </w:pPr>
            <w:r/>
            <w:r>
              <w:rPr>
                <w:rFonts w:ascii="Times New Roman" w:hAnsi="Times New Roman" w:eastAsia="宋体"/>
                <w:b w:val="0"/>
                <w:i w:val="0"/>
                <w:color w:val="333333"/>
                <w:sz w:val="19"/>
              </w:rPr>
              <w:t>31</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y=4x-1　　(B) y=x³-x²+x+2　　(C) y=x²+x+1　　(D) y=(x²+x+1)(x-1)　　(E) None of these</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在半径为 5 个单位的圆中，CD 与 AB 是互相垂直的直径。弦 CH 与 AB 相交于 K，且长 8 个单位。直径 AB 被分成两段，其长度分别为：</w:t>
      </w:r>
    </w:p>
    <w:p>
      <w:pPr>
        <w:spacing w:before="0" w:after="120" w:line="300" w:lineRule="auto"/>
      </w:pPr>
      <w:r>
        <w:rPr>
          <w:rFonts w:ascii="Times New Roman" w:hAnsi="Times New Roman" w:eastAsia="宋体"/>
          <w:b w:val="0"/>
          <w:i w:val="0"/>
          <w:sz w:val="21"/>
        </w:rPr>
        <w:t>（A）1.25， 8.75　　（B）2.75， 7.25　　（C）2， 8　　（D）4， 6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circle of radius 5 units, CD and AB are perpendicular diameters. A chord CH cutting AB at K is 8 units long. The diameter AB is divided into two segments whose dimensions are:</w:t>
      </w:r>
    </w:p>
    <w:p>
      <w:pPr>
        <w:spacing w:before="0" w:after="160" w:line="300" w:lineRule="auto"/>
      </w:pPr>
      <w:r>
        <w:rPr>
          <w:rFonts w:ascii="Times New Roman" w:hAnsi="Times New Roman" w:eastAsia="宋体"/>
          <w:b w:val="0"/>
          <w:i w:val="0"/>
          <w:color w:val="333333"/>
          <w:sz w:val="19"/>
        </w:rPr>
        <w:t>(A) 1.25, 8.75　　(B) 2.75, 7.25　　(C) 2, 8　　(D) 4, 6　　(E) None of these</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若一个等差数列前十项之和是前五项之和的四倍，则首项与公差之比为：</w:t>
      </w:r>
    </w:p>
    <w:p>
      <w:pPr>
        <w:spacing w:before="0" w:after="120" w:line="300" w:lineRule="auto"/>
      </w:pPr>
      <w:r>
        <w:rPr>
          <w:rFonts w:ascii="Times New Roman" w:hAnsi="Times New Roman" w:eastAsia="宋体"/>
          <w:b w:val="0"/>
          <w:i w:val="0"/>
          <w:sz w:val="21"/>
        </w:rPr>
        <w:t>（A）1:2　　（B）2:1　　（C）1:4　　（D）4:1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sum of the first ten terms of an arithmetic progression is four times the sum of the first five terms, the ratio of the first term to the common difference is:</w:t>
      </w:r>
    </w:p>
    <w:p>
      <w:pPr>
        <w:spacing w:before="0" w:after="160" w:line="300" w:lineRule="auto"/>
      </w:pPr>
      <w:r>
        <w:rPr>
          <w:rFonts w:ascii="Times New Roman" w:hAnsi="Times New Roman" w:eastAsia="宋体"/>
          <w:b w:val="0"/>
          <w:i w:val="0"/>
          <w:color w:val="333333"/>
          <w:sz w:val="19"/>
        </w:rPr>
        <w:t>(A) 1:2　　(B) 2:1　　(C) 1:4　　(D) 4:1　　(E) 1:1</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平面内有 12 个点，其中任意三点不共线。这些点所确定的直线条数为：</w:t>
      </w:r>
    </w:p>
    <w:p>
      <w:pPr>
        <w:spacing w:before="0" w:after="120" w:line="300" w:lineRule="auto"/>
      </w:pPr>
      <w:r>
        <w:rPr>
          <w:rFonts w:ascii="Times New Roman" w:hAnsi="Times New Roman" w:eastAsia="宋体"/>
          <w:b w:val="0"/>
          <w:i w:val="0"/>
          <w:sz w:val="21"/>
        </w:rPr>
        <w:t>（A）24　　（B）54　　（C）120　　（D）66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12 points in a plane no three of which are collinear, the number of lines they determine is:</w:t>
      </w:r>
    </w:p>
    <w:p>
      <w:pPr>
        <w:spacing w:before="0" w:after="160" w:line="300" w:lineRule="auto"/>
      </w:pPr>
      <w:r>
        <w:rPr>
          <w:rFonts w:ascii="Times New Roman" w:hAnsi="Times New Roman" w:eastAsia="宋体"/>
          <w:b w:val="0"/>
          <w:i w:val="0"/>
          <w:color w:val="333333"/>
          <w:sz w:val="19"/>
        </w:rPr>
        <w:t>(A) 24　　(B) 54　　(C) 120　　(D) 66　　(E) None of these</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K 行驶 30 英里所需的时间比 M 少 30 分钟。K 的速度比 M 每小时快 1/3 英里。若 x 表示 K 每小时行驶的英里数，则 K 行驶这段路程所需的时间为：</w:t>
      </w:r>
    </w:p>
    <w:p>
      <w:pPr>
        <w:spacing w:before="0" w:after="120" w:line="300" w:lineRule="auto"/>
      </w:pPr>
      <w:r>
        <w:rPr>
          <w:rFonts w:ascii="Times New Roman" w:hAnsi="Times New Roman" w:eastAsia="宋体"/>
          <w:b w:val="0"/>
          <w:i w:val="0"/>
          <w:sz w:val="21"/>
        </w:rPr>
        <w:t>（A）(x+1/3)/30　　（B）(x-1/3)/30　　（C）30/(x+1/3)　　（D）30/x　　（E）x/30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 takes 30 minutes less time than M to travel a distance of 30 miles. K travels 1/3 mile per hour faster than M. If x is K’s rate of speed in miles per hour, then K’s time for the distance is:</w:t>
      </w:r>
    </w:p>
    <w:p>
      <w:pPr>
        <w:spacing w:before="0" w:after="160" w:line="300" w:lineRule="auto"/>
      </w:pPr>
      <w:r>
        <w:rPr>
          <w:rFonts w:ascii="Times New Roman" w:hAnsi="Times New Roman" w:eastAsia="宋体"/>
          <w:b w:val="0"/>
          <w:i w:val="0"/>
          <w:color w:val="333333"/>
          <w:sz w:val="19"/>
        </w:rPr>
        <w:t>(A) (x+1/3)/30　　(B) (x-1/3)/30　　(C) 30/(x+1/3)　　(D) 30/x　　(E) x/30</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一个圆和一个正方形的周长相等。则：</w:t>
      </w:r>
    </w:p>
    <w:p>
      <w:pPr>
        <w:spacing w:before="0" w:after="120" w:line="300" w:lineRule="auto"/>
      </w:pPr>
      <w:r>
        <w:rPr>
          <w:rFonts w:ascii="Times New Roman" w:hAnsi="Times New Roman" w:eastAsia="宋体"/>
          <w:b w:val="0"/>
          <w:i w:val="0"/>
          <w:sz w:val="21"/>
        </w:rPr>
        <w:t>（A）二者面积相等　　（B）圆的面积较大　　（C）正方形的面积较大　　（D）圆的面积是正方形面积的 π 倍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and a square have the same perimeter. Then:</w:t>
      </w:r>
    </w:p>
    <w:p>
      <w:pPr>
        <w:spacing w:before="0" w:after="160" w:line="300" w:lineRule="auto"/>
      </w:pPr>
      <w:r>
        <w:rPr>
          <w:rFonts w:ascii="Times New Roman" w:hAnsi="Times New Roman" w:eastAsia="宋体"/>
          <w:b w:val="0"/>
          <w:i w:val="0"/>
          <w:color w:val="333333"/>
          <w:sz w:val="19"/>
        </w:rPr>
        <w:t>(A) Their areas are equal　　(B) The area of the circle is the greater　　(C) The area of the square is the greater　　(D) The area of the circle is π times the area of the</w:t>
        <w:br/>
        <w:t>square　　(E) None of these</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一件商品的价格先增加 p%，随后新价格又降低 p%。若最终价格为一美元，则原价为：</w:t>
      </w:r>
    </w:p>
    <w:p>
      <w:pPr>
        <w:spacing w:before="0" w:after="120" w:line="300" w:lineRule="auto"/>
      </w:pPr>
      <w:r>
        <w:rPr>
          <w:rFonts w:ascii="Times New Roman" w:hAnsi="Times New Roman" w:eastAsia="宋体"/>
          <w:b w:val="0"/>
          <w:i w:val="0"/>
          <w:sz w:val="21"/>
        </w:rPr>
        <w:t>（A）1-p²/200　　（B）(√(1-p²))/100　　（C）一美元　　（D）1-p²/(10,000-p²)　　（E）(10,000)/(10,000-p²)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price of an article was increased p%. Later the new price was decreased p%. If the last price was one dollar, the original price was:</w:t>
      </w:r>
    </w:p>
    <w:p>
      <w:pPr>
        <w:spacing w:before="0" w:after="160" w:line="300" w:lineRule="auto"/>
      </w:pPr>
      <w:r>
        <w:rPr>
          <w:rFonts w:ascii="Times New Roman" w:hAnsi="Times New Roman" w:eastAsia="宋体"/>
          <w:b w:val="0"/>
          <w:i w:val="0"/>
          <w:color w:val="333333"/>
          <w:sz w:val="19"/>
        </w:rPr>
        <w:t>(A) 1-p²/200　　(B) (√(1-p²))/100　　(C) One dollar　　(D) 1-p²/(10,000-p²)　　(E) (10,000)/(10,000-p²)</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将表达式 (√(2))/(√(2)+√(3)-√(5)) 的分母有理化，所得等价表达式为：</w:t>
      </w:r>
    </w:p>
    <w:p>
      <w:pPr>
        <w:spacing w:before="0" w:after="120" w:line="300" w:lineRule="auto"/>
      </w:pPr>
      <w:r>
        <w:rPr>
          <w:rFonts w:ascii="Times New Roman" w:hAnsi="Times New Roman" w:eastAsia="宋体"/>
          <w:b w:val="0"/>
          <w:i w:val="0"/>
          <w:sz w:val="21"/>
        </w:rPr>
        <w:t>（A）(3+√(6)+√(15))/6　　（B）(√(6)-2+√(10))/6　　（C）(2+√(6)+√(10))/10　　（D）(2+√(6)-√(10))/6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a rational denominator, the expression (√(2))/(√(2)+√(3)-√(5)) is equivalent to:</w:t>
      </w:r>
    </w:p>
    <w:p>
      <w:pPr>
        <w:spacing w:before="0" w:after="160" w:line="300" w:lineRule="auto"/>
      </w:pPr>
      <w:r>
        <w:rPr>
          <w:rFonts w:ascii="Times New Roman" w:hAnsi="Times New Roman" w:eastAsia="宋体"/>
          <w:b w:val="0"/>
          <w:i w:val="0"/>
          <w:color w:val="333333"/>
          <w:sz w:val="19"/>
        </w:rPr>
        <w:t>(A) (3+√(6)+√(15))/6　　(B) (√(6)-2+√(10))/6　　(C) (2+√(6)+√(10))/10　　(D) (2+√(6)-√(10))/6　　(E) None of these</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为使函数在 x=-1 处连续，应将 x³+1/x²-1 的值定义为：</w:t>
      </w:r>
    </w:p>
    <w:p>
      <w:pPr>
        <w:spacing w:before="0" w:after="120" w:line="300" w:lineRule="auto"/>
      </w:pPr>
      <w:r>
        <w:rPr>
          <w:rFonts w:ascii="Times New Roman" w:hAnsi="Times New Roman" w:eastAsia="宋体"/>
          <w:b w:val="0"/>
          <w:i w:val="0"/>
          <w:sz w:val="21"/>
        </w:rPr>
        <w:t>（A）-2　　（B）0　　（C）3/2　　（D）∞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be continuous at x=-1, the value of x³+1/x²-1 is taken to be:</w:t>
      </w:r>
    </w:p>
    <w:p>
      <w:pPr>
        <w:spacing w:before="0" w:after="160" w:line="300" w:lineRule="auto"/>
      </w:pPr>
      <w:r>
        <w:rPr>
          <w:rFonts w:ascii="Times New Roman" w:hAnsi="Times New Roman" w:eastAsia="宋体"/>
          <w:b w:val="0"/>
          <w:i w:val="0"/>
          <w:color w:val="333333"/>
          <w:sz w:val="19"/>
        </w:rPr>
        <w:t>(A) -2　　(B) 0　　(C) 3/2　　(D) ∞　　(E) -3/2</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在一个半径为 8 英寸的圆中，画两条相距 8 英寸且长度相等的平行弦。圆内位于两弦之间的部分面积为：</w:t>
      </w:r>
    </w:p>
    <w:p>
      <w:pPr>
        <w:spacing w:before="0" w:after="120" w:line="300" w:lineRule="auto"/>
      </w:pPr>
      <w:r>
        <w:rPr>
          <w:rFonts w:ascii="Times New Roman" w:hAnsi="Times New Roman" w:eastAsia="宋体"/>
          <w:b w:val="0"/>
          <w:i w:val="0"/>
          <w:sz w:val="21"/>
        </w:rPr>
        <w:t>（A）211/3π-32√(3)　　（B）32√(3)+211/3π　　（C）32√(3)+422/3π　　（D）16√(3)+422/3π　　（E）422/3π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equal parallel chords are drawn 8 inches apart in a circle of radius 8 inches. The area of that part of the circle that lies between the chords is:</w:t>
      </w:r>
    </w:p>
    <w:p>
      <w:pPr>
        <w:spacing w:before="0" w:after="160" w:line="300" w:lineRule="auto"/>
      </w:pPr>
      <w:r>
        <w:rPr>
          <w:rFonts w:ascii="Times New Roman" w:hAnsi="Times New Roman" w:eastAsia="宋体"/>
          <w:b w:val="0"/>
          <w:i w:val="0"/>
          <w:color w:val="333333"/>
          <w:sz w:val="19"/>
        </w:rPr>
        <w:t>(A) 211/3π-32√(3)　　(B) 32√(3)+211/3π　　(C) 32√(3)+422/3π　　(D) 16√(3)+422/3π　　(E) 422/3π</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一块梯形土地的面积为 1400 平方码，高为 50 码。若两条底边的码数都是能被 8 整除的整数，则求两条底边长度的问题共有多少组解？</w:t>
      </w:r>
    </w:p>
    <w:p>
      <w:pPr>
        <w:spacing w:before="0" w:after="120" w:line="300" w:lineRule="auto"/>
      </w:pPr>
      <w:r>
        <w:rPr>
          <w:rFonts w:ascii="Times New Roman" w:hAnsi="Times New Roman" w:eastAsia="宋体"/>
          <w:b w:val="0"/>
          <w:i w:val="0"/>
          <w:sz w:val="21"/>
        </w:rPr>
        <w:t>（A）零组　　（B）一组　　（C）两组　　（D）三组　　（E）多于三组</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a trapezoidal field is 1400 square yards. Its altitude is 50 yards. Find the two bases, if the number of yards in each base is an integer divisible by 8. The number of solutions to this problem is:</w:t>
      </w:r>
    </w:p>
    <w:p>
      <w:pPr>
        <w:spacing w:before="0" w:after="160" w:line="300" w:lineRule="auto"/>
      </w:pPr>
      <w:r>
        <w:rPr>
          <w:rFonts w:ascii="Times New Roman" w:hAnsi="Times New Roman" w:eastAsia="宋体"/>
          <w:b w:val="0"/>
          <w:i w:val="0"/>
          <w:color w:val="333333"/>
          <w:sz w:val="19"/>
        </w:rPr>
        <w:t>(A) None　　(B) One　　(C) Two　　(D) Three　　(E) More than three</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若一个长方形的周长为 p，对角线长为 d，则其长与宽之差为：</w:t>
      </w:r>
    </w:p>
    <w:p>
      <w:pPr>
        <w:spacing w:before="0" w:after="120" w:line="300" w:lineRule="auto"/>
      </w:pPr>
      <w:r>
        <w:rPr>
          <w:rFonts w:ascii="Times New Roman" w:hAnsi="Times New Roman" w:eastAsia="宋体"/>
          <w:b w:val="0"/>
          <w:i w:val="0"/>
          <w:sz w:val="21"/>
        </w:rPr>
        <w:t>（A）(√(8d²-p²))/2　　（B）(√(8d²+p²))/2　　（C）(√(6d²-p²))/2　　（D）(√(6d²+p²))/2　　（E）(√(8d²-p²))/4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perimeter of a rectangle is p and its diagonal is d, the difference between the length and width of the rectangle is:</w:t>
      </w:r>
    </w:p>
    <w:p>
      <w:pPr>
        <w:spacing w:before="0" w:after="160" w:line="300" w:lineRule="auto"/>
      </w:pPr>
      <w:r>
        <w:rPr>
          <w:rFonts w:ascii="Times New Roman" w:hAnsi="Times New Roman" w:eastAsia="宋体"/>
          <w:b w:val="0"/>
          <w:i w:val="0"/>
          <w:color w:val="333333"/>
          <w:sz w:val="19"/>
        </w:rPr>
        <w:t>(A) (√(8d²-p²))/2　　(B) (√(8d²+p²))/2　　(C) (√(6d²-p²))/2　　(D) (√(6d²+p²))/2　　(E) (√(8d²-p²))/4</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为了绘制 f(x)=ax²+bx+c 的图像，人们制作了一张数值表。对于一组等距递增的 x 值，函数值依次为 3844、3969、4096、4227、4356、4489、4624 和 4761。其中不正确的是：</w:t>
      </w:r>
    </w:p>
    <w:p>
      <w:pPr>
        <w:spacing w:before="0" w:after="120" w:line="300" w:lineRule="auto"/>
      </w:pPr>
      <w:r>
        <w:rPr>
          <w:rFonts w:ascii="Times New Roman" w:hAnsi="Times New Roman" w:eastAsia="宋体"/>
          <w:b w:val="0"/>
          <w:i w:val="0"/>
          <w:sz w:val="21"/>
        </w:rPr>
        <w:t>（A）4096　　（B）4356　　（C）4489　　（D）4761　　（E）以上均不是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order to draw a graph of f(x)=ax²+bx+c, a table of values was constructed. These values of the function for a set of equally spaced increasing values of x were 3844, 3969, 4096, 4227, 4356, 4489, 4624, and 4761. The one which is incorrect is:</w:t>
      </w:r>
    </w:p>
    <w:p>
      <w:pPr>
        <w:spacing w:before="0" w:after="160" w:line="300" w:lineRule="auto"/>
      </w:pPr>
      <w:r>
        <w:rPr>
          <w:rFonts w:ascii="Times New Roman" w:hAnsi="Times New Roman" w:eastAsia="宋体"/>
          <w:b w:val="0"/>
          <w:i w:val="0"/>
          <w:color w:val="333333"/>
          <w:sz w:val="19"/>
        </w:rPr>
        <w:t>(A) 4096　　(B) 4356　　(C) 4489　　(D) 4761　　(E) None of these</w:t>
      </w:r>
    </w:p>
    <w:p>
      <w:pPr>
        <w:spacing w:before="200" w:after="80" w:line="300" w:lineRule="auto"/>
      </w:pPr>
      <w:r>
        <w:rPr>
          <w:rFonts w:ascii="Times New Roman" w:hAnsi="Times New Roman" w:eastAsia="宋体"/>
          <w:b/>
          <w:i w:val="0"/>
          <w:sz w:val="23"/>
        </w:rPr>
        <w:t>第 41 题</w:t>
      </w:r>
    </w:p>
    <w:p>
      <w:pPr>
        <w:spacing w:before="0" w:after="80" w:line="300" w:lineRule="auto"/>
        <w:jc w:val="left"/>
      </w:pPr>
      <w:r>
        <w:rPr>
          <w:rFonts w:ascii="Times New Roman" w:hAnsi="Times New Roman" w:eastAsia="宋体"/>
          <w:b w:val="0"/>
          <w:i w:val="0"/>
          <w:sz w:val="21"/>
        </w:rPr>
        <w:t>将一个圆柱的半径增加 6 个单位，体积增加 y 个立方单位。将该圆柱的高增加 6 个单位，体积也增加 y 个立方单位。若原来的高为 2，则原来的半径为：</w:t>
      </w:r>
    </w:p>
    <w:p>
      <w:pPr>
        <w:spacing w:before="0" w:after="120" w:line="300" w:lineRule="auto"/>
      </w:pPr>
      <w:r>
        <w:rPr>
          <w:rFonts w:ascii="Times New Roman" w:hAnsi="Times New Roman" w:eastAsia="宋体"/>
          <w:b w:val="0"/>
          <w:i w:val="0"/>
          <w:sz w:val="21"/>
        </w:rPr>
        <w:t>（A）2　　（B）4　　（C）6　　（D）6π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Increasing the radius of a cylinder by 6 units increases the volume by y cubic units. Increasing the altitude of the cylinder by 6 units also increases the volume by y cubic units. If the original altitude is 2, then the original radius is:</w:t>
      </w:r>
    </w:p>
    <w:p>
      <w:pPr>
        <w:spacing w:before="0" w:after="160" w:line="300" w:lineRule="auto"/>
      </w:pPr>
      <w:r>
        <w:rPr>
          <w:rFonts w:ascii="Times New Roman" w:hAnsi="Times New Roman" w:eastAsia="宋体"/>
          <w:b w:val="0"/>
          <w:i w:val="0"/>
          <w:color w:val="333333"/>
          <w:sz w:val="19"/>
        </w:rPr>
        <w:t>(A) 2　　(B) 4　　(C) 6　　(D) 6π　　(E) 8</w:t>
      </w:r>
    </w:p>
    <w:p>
      <w:pPr>
        <w:spacing w:before="200" w:after="80" w:line="300" w:lineRule="auto"/>
      </w:pPr>
      <w:r>
        <w:rPr>
          <w:rFonts w:ascii="Times New Roman" w:hAnsi="Times New Roman" w:eastAsia="宋体"/>
          <w:b/>
          <w:i w:val="0"/>
          <w:sz w:val="23"/>
        </w:rPr>
        <w:t>第 42 题</w:t>
      </w:r>
    </w:p>
    <w:p>
      <w:pPr>
        <w:spacing w:before="0" w:after="80" w:line="300" w:lineRule="auto"/>
        <w:jc w:val="left"/>
      </w:pPr>
      <w:r>
        <w:rPr>
          <w:rFonts w:ascii="Times New Roman" w:hAnsi="Times New Roman" w:eastAsia="宋体"/>
          <w:b w:val="0"/>
          <w:i w:val="0"/>
          <w:sz w:val="21"/>
        </w:rPr>
        <w:t>设 D 表示一个循环小数。若 P 表示 r 位数字，它们是 D 中不循环的部分；Q 表示循环的 s 位数字，则下列表达式中不正确的是：</w:t>
      </w:r>
    </w:p>
    <w:p>
      <w:pPr>
        <w:spacing w:before="0" w:after="120" w:line="300" w:lineRule="auto"/>
      </w:pPr>
      <w:r>
        <w:rPr>
          <w:rFonts w:ascii="Times New Roman" w:hAnsi="Times New Roman" w:eastAsia="宋体"/>
          <w:b w:val="0"/>
          <w:i w:val="0"/>
          <w:sz w:val="21"/>
        </w:rPr>
        <w:t>（A）D=0.PQQQ…　　（B）10^(r)D=P.QQQ…　　（C）10^(r+s)D=PQ.QQQ…　　（D）10^(r)(10^(s)-1)D=Q(P-1)　　（E）10^(r)·10^(2s)D= PQQ.QQQ…</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represent a repeating decimal. If P denotes the r figures of D which do not repeat themselves, and Q denotes the s figures which do repeat themselves, then the incorrect expression is:</w:t>
      </w:r>
    </w:p>
    <w:p>
      <w:pPr>
        <w:spacing w:before="0" w:after="160" w:line="300" w:lineRule="auto"/>
      </w:pPr>
      <w:r>
        <w:rPr>
          <w:rFonts w:ascii="Times New Roman" w:hAnsi="Times New Roman" w:eastAsia="宋体"/>
          <w:b w:val="0"/>
          <w:i w:val="0"/>
          <w:color w:val="333333"/>
          <w:sz w:val="19"/>
        </w:rPr>
        <w:t>(A) D=0.PQQQ…　　(B) 10^(r)D=P.QQQ…　　(C) 10^(r+s)D=PQ.QQQ…　　(D) 10^(r)(10^(s)-1)D=Q(P-1)　　(E) 10^(r)·10^(2s)D= PQQ.QQQ…</w:t>
      </w:r>
    </w:p>
    <w:p>
      <w:pPr>
        <w:spacing w:before="200" w:after="80" w:line="300" w:lineRule="auto"/>
      </w:pPr>
      <w:r>
        <w:rPr>
          <w:rFonts w:ascii="Times New Roman" w:hAnsi="Times New Roman" w:eastAsia="宋体"/>
          <w:b/>
          <w:i w:val="0"/>
          <w:sz w:val="23"/>
        </w:rPr>
        <w:t>第 43 题</w:t>
      </w:r>
    </w:p>
    <w:p>
      <w:pPr>
        <w:spacing w:before="0" w:after="80" w:line="300" w:lineRule="auto"/>
        <w:jc w:val="left"/>
      </w:pPr>
      <w:r>
        <w:rPr>
          <w:rFonts w:ascii="Times New Roman" w:hAnsi="Times New Roman" w:eastAsia="宋体"/>
          <w:b w:val="0"/>
          <w:i w:val="0"/>
          <w:sz w:val="21"/>
        </w:rPr>
        <w:t>将一个圆的直径分成 n 等份，并以每一份为直径作半圆。当 n 变得非常大时，这些半圆的弧长之和趋近于：</w:t>
      </w:r>
    </w:p>
    <w:p>
      <w:pPr>
        <w:spacing w:before="0" w:after="120" w:line="300" w:lineRule="auto"/>
      </w:pPr>
      <w:r>
        <w:rPr>
          <w:rFonts w:ascii="Times New Roman" w:hAnsi="Times New Roman" w:eastAsia="宋体"/>
          <w:b w:val="0"/>
          <w:i w:val="0"/>
          <w:sz w:val="21"/>
        </w:rPr>
        <w:t>（A）原圆周长的一半　　（B）原圆的直径　　（C）大于原圆的直径，但小于原圆周长的一半　　（D）无穷大　　（E）大于原圆周长的一半，但为有限值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diameter of a circle is divided into n equal parts. On each part a semicircle is constructed. As n becomes very large, the sum of the lengths of the arcs of the semicircles approaches a length:</w:t>
      </w:r>
    </w:p>
    <w:p>
      <w:pPr>
        <w:spacing w:before="0" w:after="160" w:line="300" w:lineRule="auto"/>
      </w:pPr>
      <w:r>
        <w:rPr>
          <w:rFonts w:ascii="Times New Roman" w:hAnsi="Times New Roman" w:eastAsia="宋体"/>
          <w:b w:val="0"/>
          <w:i w:val="0"/>
          <w:color w:val="333333"/>
          <w:sz w:val="19"/>
        </w:rPr>
        <w:t>(A) Equal to the semi-circumference of the original</w:t>
        <w:br/>
        <w:t>circle　　(B) Equal to the diameter of the original circle　　(C) Greater than the diameter but less than the semi-circumference</w:t>
        <w:br/>
        <w:t>of the original circle　　(D) That is infinite　　(E) Greater than the semi-circumference but finite</w:t>
      </w:r>
    </w:p>
    <w:p>
      <w:pPr>
        <w:spacing w:before="200" w:after="80" w:line="300" w:lineRule="auto"/>
      </w:pPr>
      <w:r>
        <w:rPr>
          <w:rFonts w:ascii="Times New Roman" w:hAnsi="Times New Roman" w:eastAsia="宋体"/>
          <w:b/>
          <w:i w:val="0"/>
          <w:sz w:val="23"/>
        </w:rPr>
        <w:t>第 44 题</w:t>
      </w:r>
    </w:p>
    <w:p>
      <w:pPr>
        <w:spacing w:before="0" w:after="80" w:line="300" w:lineRule="auto"/>
        <w:jc w:val="left"/>
      </w:pPr>
      <w:r>
        <w:rPr>
          <w:rFonts w:ascii="Times New Roman" w:hAnsi="Times New Roman" w:eastAsia="宋体"/>
          <w:b w:val="0"/>
          <w:i w:val="0"/>
          <w:sz w:val="21"/>
        </w:rPr>
        <w:t>若一个两位整数等于其各位数字之和的 k 倍，则将两位数字对调后所得的数等于各位数字之和乘以：</w:t>
      </w:r>
    </w:p>
    <w:p>
      <w:pPr>
        <w:spacing w:before="0" w:after="120" w:line="300" w:lineRule="auto"/>
      </w:pPr>
      <w:r>
        <w:rPr>
          <w:rFonts w:ascii="Times New Roman" w:hAnsi="Times New Roman" w:eastAsia="宋体"/>
          <w:b w:val="0"/>
          <w:i w:val="0"/>
          <w:sz w:val="21"/>
        </w:rPr>
        <w:t>（A）(9-k)　　（B）(10-k)　　（C）(11-k)　　（D）(k-1)　　（E）(k+1)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an integer of two digits is k times the sum of its digits, the number formed by interchanging the digits is the sum of the digits multiplied by:</w:t>
      </w:r>
    </w:p>
    <w:p>
      <w:pPr>
        <w:spacing w:before="0" w:after="160" w:line="300" w:lineRule="auto"/>
      </w:pPr>
      <w:r>
        <w:rPr>
          <w:rFonts w:ascii="Times New Roman" w:hAnsi="Times New Roman" w:eastAsia="宋体"/>
          <w:b w:val="0"/>
          <w:i w:val="0"/>
          <w:color w:val="333333"/>
          <w:sz w:val="19"/>
        </w:rPr>
        <w:t>(A) (9-k)　　(B) (10-k)　　(C) (11-k)　　(D) (k-1)　　(E) (k+1)</w:t>
      </w:r>
    </w:p>
    <w:p>
      <w:pPr>
        <w:spacing w:before="200" w:after="80" w:line="300" w:lineRule="auto"/>
      </w:pPr>
      <w:r>
        <w:rPr>
          <w:rFonts w:ascii="Times New Roman" w:hAnsi="Times New Roman" w:eastAsia="宋体"/>
          <w:b/>
          <w:i w:val="0"/>
          <w:sz w:val="23"/>
        </w:rPr>
        <w:t>第 45 题</w:t>
      </w:r>
    </w:p>
    <w:p>
      <w:pPr>
        <w:spacing w:before="0" w:after="80" w:line="300" w:lineRule="auto"/>
        <w:jc w:val="left"/>
      </w:pPr>
      <w:r>
        <w:rPr>
          <w:rFonts w:ascii="Times New Roman" w:hAnsi="Times New Roman" w:eastAsia="宋体"/>
          <w:b w:val="0"/>
          <w:i w:val="0"/>
          <w:sz w:val="21"/>
        </w:rPr>
        <w:t>若 a 与 b 是两个不相等的正数，则：</w:t>
      </w:r>
    </w:p>
    <w:p>
      <w:pPr>
        <w:spacing w:before="0" w:after="120" w:line="300" w:lineRule="auto"/>
      </w:pPr>
      <w:r>
        <w:rPr>
          <w:rFonts w:ascii="Times New Roman" w:hAnsi="Times New Roman" w:eastAsia="宋体"/>
          <w:b w:val="0"/>
          <w:i w:val="0"/>
          <w:sz w:val="21"/>
        </w:rPr>
        <w:t>（A）2ab/a+b&gt;√(ab)&gt;a+b/2　　（B）√(ab)&gt;2ab/a+b&gt;a+b/2　　（C）2ab/a+b&gt;a+b/2&gt;√(ab)　　（D）a+b/2&gt;2ab/a+b&gt;√(ab)　　（E）a+b/2&gt;√(ab)&gt;2ab/a+b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and b are two unequal positive numbers, then:</w:t>
      </w:r>
    </w:p>
    <w:p>
      <w:pPr>
        <w:spacing w:before="0" w:after="160" w:line="300" w:lineRule="auto"/>
      </w:pPr>
      <w:r>
        <w:rPr>
          <w:rFonts w:ascii="Times New Roman" w:hAnsi="Times New Roman" w:eastAsia="宋体"/>
          <w:b w:val="0"/>
          <w:i w:val="0"/>
          <w:color w:val="333333"/>
          <w:sz w:val="19"/>
        </w:rPr>
        <w:t>(A) 2ab/a+b&gt;√(ab)&gt;a+b/2　　(B) √(ab)&gt;2ab/a+b&gt;a+b/2　　(C) 2ab/a+b&gt;a+b/2&gt;√(ab)　　(D) a+b/2&gt;2ab/a+b&gt;√(ab)　　(E) a+b/2&gt;√(ab)&gt;2ab/a+b</w:t>
      </w:r>
    </w:p>
    <w:p>
      <w:pPr>
        <w:spacing w:before="200" w:after="80" w:line="300" w:lineRule="auto"/>
      </w:pPr>
      <w:r>
        <w:rPr>
          <w:rFonts w:ascii="Times New Roman" w:hAnsi="Times New Roman" w:eastAsia="宋体"/>
          <w:b/>
          <w:i w:val="0"/>
          <w:sz w:val="23"/>
        </w:rPr>
        <w:t>第 46 题</w:t>
      </w:r>
    </w:p>
    <w:p>
      <w:pPr>
        <w:spacing w:before="0" w:after="80" w:line="300" w:lineRule="auto"/>
        <w:jc w:val="left"/>
      </w:pPr>
      <w:r>
        <w:rPr>
          <w:rFonts w:ascii="Times New Roman" w:hAnsi="Times New Roman" w:eastAsia="宋体"/>
          <w:b w:val="0"/>
          <w:i w:val="0"/>
          <w:sz w:val="21"/>
        </w:rPr>
        <w:t>一个新长方形的底边等于某个已知长方形的对角线与较长边之和，新长方形的高等于该对角线与较长边之差。新长方形的面积：</w:t>
      </w:r>
    </w:p>
    <w:p>
      <w:pPr>
        <w:spacing w:before="0" w:after="120" w:line="300" w:lineRule="auto"/>
      </w:pPr>
      <w:r>
        <w:rPr>
          <w:rFonts w:ascii="Times New Roman" w:hAnsi="Times New Roman" w:eastAsia="宋体"/>
          <w:b w:val="0"/>
          <w:i w:val="0"/>
          <w:sz w:val="21"/>
        </w:rPr>
        <w:t>（A）大于已知长方形的面积　　（B）等于已知长方形的面积　　（C）等于以已知长方形较短边为边长的正方形面积　　（D）等于以已知长方形较长边为边长的正方形面积　　（E）等于以已知长方形的对角线和较短边为两边的长方形面积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of a new rectangle equals the sum of the diagonal and the greater side of a given rectangle, while the altitude of the new rectangle equals the difference of the diagonal and the greater side of the given rectangle. The area of the new rectangle is:</w:t>
      </w:r>
    </w:p>
    <w:p>
      <w:pPr>
        <w:spacing w:before="0" w:after="160" w:line="300" w:lineRule="auto"/>
      </w:pPr>
      <w:r>
        <w:rPr>
          <w:rFonts w:ascii="Times New Roman" w:hAnsi="Times New Roman" w:eastAsia="宋体"/>
          <w:b w:val="0"/>
          <w:i w:val="0"/>
          <w:color w:val="333333"/>
          <w:sz w:val="19"/>
        </w:rPr>
        <w:t>(A) Greater than the area of the given rectangle　　(B) Equal to the area of the given rectangle　　(C) Equal to the area of a square with its side</w:t>
        <w:br/>
        <w:t>equal to the smaller side of the given rectangle　　(D) Equal to the area of a square with its side equal to the</w:t>
        <w:br/>
        <w:t>greater side of the given rectangle　　(E) Equal to the area of a rectangle whose dimensions are the</w:t>
        <w:br/>
        <w:t>diagonal and shorter side of the given rectangle</w:t>
      </w:r>
    </w:p>
    <w:p>
      <w:pPr>
        <w:spacing w:before="200" w:after="80" w:line="300" w:lineRule="auto"/>
      </w:pPr>
      <w:r>
        <w:rPr>
          <w:rFonts w:ascii="Times New Roman" w:hAnsi="Times New Roman" w:eastAsia="宋体"/>
          <w:b/>
          <w:i w:val="0"/>
          <w:sz w:val="23"/>
        </w:rPr>
        <w:t>第 47 题</w:t>
      </w:r>
    </w:p>
    <w:p>
      <w:pPr>
        <w:spacing w:before="0" w:after="80" w:line="300" w:lineRule="auto"/>
        <w:jc w:val="left"/>
      </w:pPr>
      <w:r>
        <w:rPr>
          <w:rFonts w:ascii="Times New Roman" w:hAnsi="Times New Roman" w:eastAsia="宋体"/>
          <w:b w:val="0"/>
          <w:i w:val="0"/>
          <w:sz w:val="21"/>
        </w:rPr>
        <w:t>对方程组 zˣ=y²ˣ、2^(z)=2·4ˣ、x+y+z=16，按 x、y、z 的顺序，其整数解为：</w:t>
      </w:r>
    </w:p>
    <w:p>
      <w:pPr>
        <w:spacing w:before="0" w:after="120" w:line="300" w:lineRule="auto"/>
      </w:pPr>
      <w:r>
        <w:rPr>
          <w:rFonts w:ascii="Times New Roman" w:hAnsi="Times New Roman" w:eastAsia="宋体"/>
          <w:b w:val="0"/>
          <w:i w:val="0"/>
          <w:sz w:val="21"/>
        </w:rPr>
        <w:t>（A）3， 4， 9　　（B）9， -5， 12　　（C）12， -5， 9　　（D）4， 3， 9　　（E）4， 9，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set of equations zˣ=y²ˣ, 2^(z)=2·4ˣ, x+y+z=16, the integral roots in the order x, y, z are:</w:t>
      </w:r>
    </w:p>
    <w:p>
      <w:pPr>
        <w:spacing w:before="0" w:after="160" w:line="300" w:lineRule="auto"/>
      </w:pPr>
      <w:r>
        <w:rPr>
          <w:rFonts w:ascii="Times New Roman" w:hAnsi="Times New Roman" w:eastAsia="宋体"/>
          <w:b w:val="0"/>
          <w:i w:val="0"/>
          <w:color w:val="333333"/>
          <w:sz w:val="19"/>
        </w:rPr>
        <w:t>(A) 3, 4, 9　　(B) 9, -5, 12　　(C) 12, -5, 9　　(D) 4, 3, 9　　(E) 4, 9, 3</w:t>
      </w:r>
    </w:p>
    <w:p>
      <w:pPr>
        <w:spacing w:before="200" w:after="80" w:line="300" w:lineRule="auto"/>
      </w:pPr>
      <w:r>
        <w:rPr>
          <w:rFonts w:ascii="Times New Roman" w:hAnsi="Times New Roman" w:eastAsia="宋体"/>
          <w:b/>
          <w:i w:val="0"/>
          <w:sz w:val="23"/>
        </w:rPr>
        <w:t>第 48 题</w:t>
      </w:r>
    </w:p>
    <w:p>
      <w:pPr>
        <w:spacing w:before="0" w:after="80" w:line="300" w:lineRule="auto"/>
        <w:jc w:val="left"/>
      </w:pPr>
      <w:r>
        <w:rPr>
          <w:rFonts w:ascii="Times New Roman" w:hAnsi="Times New Roman" w:eastAsia="宋体"/>
          <w:b w:val="0"/>
          <w:i w:val="0"/>
          <w:sz w:val="21"/>
        </w:rPr>
        <w:t>两名骑车人相距 k 英里并同时出发。若同向行驶，他们会在 r 小时后相遇；若反向行驶，他们会在 t 小时后相遇。较快者与较慢者的速度之比为：</w:t>
      </w:r>
    </w:p>
    <w:p>
      <w:pPr>
        <w:spacing w:before="0" w:after="120" w:line="300" w:lineRule="auto"/>
      </w:pPr>
      <w:r>
        <w:rPr>
          <w:rFonts w:ascii="Times New Roman" w:hAnsi="Times New Roman" w:eastAsia="宋体"/>
          <w:b w:val="0"/>
          <w:i w:val="0"/>
          <w:sz w:val="21"/>
        </w:rPr>
        <w:t>（A）r+t/r-t　　（B）r/r-t　　（C）r+t/r　　（D）r/t　　（E）r+k/t-k</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cyclists, k miles apart, and starting at the same time, would be together in r hours if they traveled in the same direction, but would pass each other in t hours if they traveled in opposite directions. The ratio of the speed of the faster cyclist to that of the slower is:</w:t>
      </w:r>
    </w:p>
    <w:p>
      <w:pPr>
        <w:spacing w:before="0" w:after="160" w:line="300" w:lineRule="auto"/>
      </w:pPr>
      <w:r>
        <w:rPr>
          <w:rFonts w:ascii="Times New Roman" w:hAnsi="Times New Roman" w:eastAsia="宋体"/>
          <w:b w:val="0"/>
          <w:i w:val="0"/>
          <w:color w:val="333333"/>
          <w:sz w:val="19"/>
        </w:rPr>
        <w:t>(A) r+t/r-t　　(B) r/r-t　　(C) r+t/r　　(D) r/t　　(E) r+k/t-k</w:t>
      </w:r>
    </w:p>
    <w:p>
      <w:pPr>
        <w:spacing w:before="200" w:after="80" w:line="300" w:lineRule="auto"/>
      </w:pPr>
      <w:r>
        <w:rPr>
          <w:rFonts w:ascii="Times New Roman" w:hAnsi="Times New Roman" w:eastAsia="宋体"/>
          <w:b/>
          <w:i w:val="0"/>
          <w:sz w:val="23"/>
        </w:rPr>
        <w:t>第 49 题</w:t>
      </w:r>
    </w:p>
    <w:p>
      <w:pPr>
        <w:spacing w:before="0" w:after="80" w:line="300" w:lineRule="auto"/>
        <w:jc w:val="left"/>
      </w:pPr>
      <w:r>
        <w:rPr>
          <w:rFonts w:ascii="Times New Roman" w:hAnsi="Times New Roman" w:eastAsia="宋体"/>
          <w:b w:val="0"/>
          <w:i w:val="0"/>
          <w:sz w:val="21"/>
        </w:rPr>
        <w:t>在图中，CD、AE 和 BF 分别是所在边长的三分之一。由此可得 AN₂:N₂N₁:N₁D=3:3:1，直线 BE 与 CF 上也有类似关系。则三角形 N₁N₂N₃ 的面积为：</w:t>
      </w:r>
    </w:p>
    <w:p>
      <w:pPr>
        <w:spacing w:before="80" w:after="80"/>
        <w:jc w:val="center"/>
      </w:pPr>
      <w:r>
        <w:drawing>
          <wp:inline xmlns:a="http://schemas.openxmlformats.org/drawingml/2006/main" xmlns:pic="http://schemas.openxmlformats.org/drawingml/2006/picture">
            <wp:extent cx="2656886" cy="1648971"/>
            <wp:docPr id="3" name="Picture 3"/>
            <wp:cNvGraphicFramePr>
              <a:graphicFrameLocks noChangeAspect="1"/>
            </wp:cNvGraphicFramePr>
            <a:graphic>
              <a:graphicData uri="http://schemas.openxmlformats.org/drawingml/2006/picture">
                <pic:pic>
                  <pic:nvPicPr>
                    <pic:cNvPr id="0" name="q49-1@300dpi.png"/>
                    <pic:cNvPicPr/>
                  </pic:nvPicPr>
                  <pic:blipFill>
                    <a:blip r:embed="rId10"/>
                    <a:stretch>
                      <a:fillRect/>
                    </a:stretch>
                  </pic:blipFill>
                  <pic:spPr>
                    <a:xfrm>
                      <a:off x="0" y="0"/>
                      <a:ext cx="2656886" cy="1648971"/>
                    </a:xfrm>
                    <a:prstGeom prst="rect"/>
                  </pic:spPr>
                </pic:pic>
              </a:graphicData>
            </a:graphic>
          </wp:inline>
        </w:drawing>
      </w:r>
    </w:p>
    <w:p>
      <w:pPr>
        <w:spacing w:before="0" w:after="120" w:line="300" w:lineRule="auto"/>
      </w:pPr>
      <w:r>
        <w:rPr>
          <w:rFonts w:ascii="Times New Roman" w:hAnsi="Times New Roman" w:eastAsia="宋体"/>
          <w:b w:val="0"/>
          <w:i w:val="0"/>
          <w:sz w:val="21"/>
        </w:rPr>
        <w:t>（A）1/10△ ABC　　（B）1/9△ ABC　　（C）1/7△ ABC　　（D）1/6△ ABC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CD, AE, and BF are one-third of their respective sides. It follows that AN₂:N₂N₁:N₁D=3:3:1, and similarly for lines BE and CF. Then the area of triangle N₁N₂N₃ is:</w:t>
      </w:r>
    </w:p>
    <w:p>
      <w:pPr>
        <w:spacing w:before="80" w:after="80"/>
        <w:jc w:val="center"/>
      </w:pPr>
      <w:r>
        <w:drawing>
          <wp:inline xmlns:a="http://schemas.openxmlformats.org/drawingml/2006/main" xmlns:pic="http://schemas.openxmlformats.org/drawingml/2006/picture">
            <wp:extent cx="2656886" cy="1648971"/>
            <wp:docPr id="4" name="Picture 4"/>
            <wp:cNvGraphicFramePr>
              <a:graphicFrameLocks noChangeAspect="1"/>
            </wp:cNvGraphicFramePr>
            <a:graphic>
              <a:graphicData uri="http://schemas.openxmlformats.org/drawingml/2006/picture">
                <pic:pic>
                  <pic:nvPicPr>
                    <pic:cNvPr id="0" name="q49-1@300dpi.png"/>
                    <pic:cNvPicPr/>
                  </pic:nvPicPr>
                  <pic:blipFill>
                    <a:blip r:embed="rId10"/>
                    <a:stretch>
                      <a:fillRect/>
                    </a:stretch>
                  </pic:blipFill>
                  <pic:spPr>
                    <a:xfrm>
                      <a:off x="0" y="0"/>
                      <a:ext cx="2656886" cy="164897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1/10△ ABC　　(B) 1/9△ ABC　　(C) 1/7△ ABC　　(D) 1/6△ ABC　　(E) None of these</w:t>
      </w:r>
    </w:p>
    <w:p>
      <w:pPr>
        <w:spacing w:before="200" w:after="80" w:line="300" w:lineRule="auto"/>
      </w:pPr>
      <w:r>
        <w:rPr>
          <w:rFonts w:ascii="Times New Roman" w:hAnsi="Times New Roman" w:eastAsia="宋体"/>
          <w:b/>
          <w:i w:val="0"/>
          <w:sz w:val="23"/>
        </w:rPr>
        <w:t>第 50 题</w:t>
      </w:r>
    </w:p>
    <w:p>
      <w:pPr>
        <w:spacing w:before="0" w:after="80" w:line="300" w:lineRule="auto"/>
        <w:jc w:val="left"/>
      </w:pPr>
      <w:r>
        <w:rPr>
          <w:rFonts w:ascii="Times New Roman" w:hAnsi="Times New Roman" w:eastAsia="宋体"/>
          <w:b w:val="0"/>
          <w:i w:val="0"/>
          <w:sz w:val="21"/>
        </w:rPr>
        <w:t>一条初始长度为 1 英寸的线段按下列规律增长，其中第一项为初始长度。</w:t>
      </w:r>
    </w:p>
    <w:p>
      <w:pPr>
        <w:spacing w:before="0" w:after="80" w:line="300" w:lineRule="auto"/>
        <w:jc w:val="left"/>
      </w:pPr>
      <w:r>
        <w:rPr>
          <w:rFonts w:ascii="Times New Roman" w:hAnsi="Times New Roman" w:eastAsia="宋体"/>
          <w:b w:val="0"/>
          <w:i w:val="0"/>
          <w:sz w:val="21"/>
        </w:rPr>
        <w:t>1+1/4√(2)+1/4+1/16√(2)</w:t>
      </w:r>
    </w:p>
    <w:p>
      <w:pPr>
        <w:spacing w:before="0" w:after="80" w:line="300" w:lineRule="auto"/>
        <w:jc w:val="left"/>
      </w:pPr>
      <w:r>
        <w:rPr>
          <w:rFonts w:ascii="Times New Roman" w:hAnsi="Times New Roman" w:eastAsia="宋体"/>
          <w:b w:val="0"/>
          <w:i w:val="0"/>
          <w:sz w:val="21"/>
        </w:rPr>
        <w:t>+1/16+1/64√(2)+1/64+⋯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若增长过程无限继续，线段长度的极限为：</w:t>
      </w:r>
    </w:p>
    <w:p>
      <w:pPr>
        <w:spacing w:before="0" w:after="120" w:line="300" w:lineRule="auto"/>
      </w:pPr>
      <w:r>
        <w:rPr>
          <w:rFonts w:ascii="Times New Roman" w:hAnsi="Times New Roman" w:eastAsia="宋体"/>
          <w:b w:val="0"/>
          <w:i w:val="0"/>
          <w:sz w:val="21"/>
        </w:rPr>
        <w:t>（A）∞　　（B）4/3　　（C）3/8　　（D）1/3(4+√(2))　　（E）2/3(4+√(2))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line initially 1 inch long grows according to the following law, where the first term is the initial length.</w:t>
      </w:r>
    </w:p>
    <w:p>
      <w:pPr>
        <w:spacing w:before="0" w:after="80" w:line="300" w:lineRule="auto"/>
        <w:jc w:val="left"/>
      </w:pPr>
      <w:r>
        <w:rPr>
          <w:rFonts w:ascii="Times New Roman" w:hAnsi="Times New Roman" w:eastAsia="宋体"/>
          <w:b w:val="0"/>
          <w:i w:val="0"/>
          <w:color w:val="333333"/>
          <w:sz w:val="19"/>
        </w:rPr>
        <w:t>1+1/4√(2)+1/4+1/16√(2)</w:t>
      </w:r>
    </w:p>
    <w:p>
      <w:pPr>
        <w:spacing w:before="0" w:after="80" w:line="300" w:lineRule="auto"/>
        <w:jc w:val="left"/>
      </w:pPr>
      <w:r>
        <w:rPr>
          <w:rFonts w:ascii="Times New Roman" w:hAnsi="Times New Roman" w:eastAsia="宋体"/>
          <w:b w:val="0"/>
          <w:i w:val="0"/>
          <w:color w:val="333333"/>
          <w:sz w:val="19"/>
        </w:rPr>
        <w:t>+1/16+1/64√(2)+1/64+⋯.</w:t>
      </w:r>
    </w:p>
    <w:p>
      <w:pPr>
        <w:spacing w:before="0" w:after="80" w:line="300" w:lineRule="auto"/>
        <w:jc w:val="left"/>
      </w:pPr>
      <w:r>
        <w:rPr>
          <w:rFonts w:ascii="Times New Roman" w:hAnsi="Times New Roman" w:eastAsia="宋体"/>
          <w:b w:val="0"/>
          <w:i w:val="0"/>
          <w:color w:val="333333"/>
          <w:sz w:val="19"/>
        </w:rPr>
        <w:t>If the growth process continues forever, the limit of the length of the line is:</w:t>
      </w:r>
    </w:p>
    <w:p>
      <w:pPr>
        <w:spacing w:before="0" w:after="160" w:line="300" w:lineRule="auto"/>
      </w:pPr>
      <w:r>
        <w:rPr>
          <w:rFonts w:ascii="Times New Roman" w:hAnsi="Times New Roman" w:eastAsia="宋体"/>
          <w:b w:val="0"/>
          <w:i w:val="0"/>
          <w:color w:val="333333"/>
          <w:sz w:val="19"/>
        </w:rPr>
        <w:t>(A) ∞　　(B) 4/3　　(C) 3/8　　(D) 1/3(4+√(2))　　(E) 2/3(4+√(2))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B　A　C　A　E　B　A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C　E　E　B　C　E　C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D　E　B　B　A　B　D　C　E</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C　A　A　D　D　B　E　A　E</w:t>
      </w:r>
    </w:p>
    <w:p>
      <w:pPr>
        <w:spacing w:before="0" w:after="0" w:line="300" w:lineRule="auto"/>
      </w:pPr>
      <w:r>
        <w:rPr>
          <w:rFonts w:ascii="Times New Roman" w:hAnsi="Times New Roman" w:eastAsia="宋体"/>
          <w:b w:val="0"/>
          <w:i w:val="0"/>
          <w:sz w:val="18"/>
        </w:rPr>
        <w:t>题号　37　38　39　40　41　42　43　44　45</w:t>
      </w:r>
    </w:p>
    <w:p>
      <w:pPr>
        <w:spacing w:before="0" w:after="80" w:line="300" w:lineRule="auto"/>
      </w:pPr>
      <w:r>
        <w:rPr>
          <w:rFonts w:ascii="Times New Roman" w:hAnsi="Times New Roman" w:eastAsia="宋体"/>
          <w:b/>
          <w:i w:val="0"/>
          <w:sz w:val="18"/>
        </w:rPr>
        <w:t>答案　B　D　A　E　C　D　A　C　E</w:t>
      </w:r>
    </w:p>
    <w:p>
      <w:pPr>
        <w:spacing w:before="0" w:after="0" w:line="300" w:lineRule="auto"/>
      </w:pPr>
      <w:r>
        <w:rPr>
          <w:rFonts w:ascii="Times New Roman" w:hAnsi="Times New Roman" w:eastAsia="宋体"/>
          <w:b w:val="0"/>
          <w:i w:val="0"/>
          <w:sz w:val="18"/>
        </w:rPr>
        <w:t>题号　46　47　48　49　50</w:t>
      </w:r>
    </w:p>
    <w:p>
      <w:pPr>
        <w:spacing w:before="0" w:after="80" w:line="300" w:lineRule="auto"/>
      </w:pPr>
      <w:r>
        <w:rPr>
          <w:rFonts w:ascii="Times New Roman" w:hAnsi="Times New Roman" w:eastAsia="宋体"/>
          <w:b/>
          <w:i w:val="0"/>
          <w:sz w:val="18"/>
        </w:rPr>
        <w:t>答案　C　D　A　C　D</w:t>
      </w:r>
    </w:p>
    <w:p>
      <w:pPr>
        <w:spacing w:before="0" w:after="200" w:line="300" w:lineRule="auto"/>
      </w:pPr>
      <w:r>
        <w:rPr>
          <w:rFonts w:ascii="Times New Roman" w:hAnsi="Times New Roman" w:eastAsia="宋体"/>
          <w:b w:val="0"/>
          <w:i w:val="0"/>
          <w:color w:val="666666"/>
          <w:sz w:val="18"/>
        </w:rPr>
        <w:t>答案串：BBACAEBADBCEEBCECDDEBBABDCECAADDBEAEBDAECDACECDACD</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若正有理数半径为 r，则圆的面积为 π r²。因数 r² 是非零有理数，而无理数 π 的非零有理数倍仍是无理数。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positive rational radius is r, then its area is π r². The factor r² is a nonzero rational number, and a nonzero rational multiple of the irrational number π is irrational.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两个班的成绩总和为</w:t>
      </w:r>
    </w:p>
    <w:p>
      <w:pPr>
        <w:spacing w:before="0" w:after="80" w:line="300" w:lineRule="auto"/>
        <w:jc w:val="left"/>
      </w:pPr>
      <w:r>
        <w:rPr>
          <w:rFonts w:ascii="Times New Roman" w:hAnsi="Times New Roman" w:eastAsia="宋体"/>
          <w:b w:val="0"/>
          <w:i w:val="0"/>
          <w:sz w:val="21"/>
        </w:rPr>
        <w:t>20(80)+30(70)=3700</w:t>
      </w:r>
    </w:p>
    <w:p>
      <w:pPr>
        <w:spacing w:before="0" w:after="80" w:line="300" w:lineRule="auto"/>
        <w:jc w:val="left"/>
      </w:pPr>
      <w:r>
        <w:rPr>
          <w:rFonts w:ascii="Times New Roman" w:hAnsi="Times New Roman" w:eastAsia="宋体"/>
          <w:b w:val="0"/>
          <w:i w:val="0"/>
          <w:sz w:val="21"/>
        </w:rPr>
        <w:t>个百分点，共有 50 名学生。因此，总平均成绩为 3700/50=74%。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classes earned a combined total of</w:t>
      </w:r>
    </w:p>
    <w:p>
      <w:pPr>
        <w:spacing w:before="0" w:after="80" w:line="300" w:lineRule="auto"/>
        <w:jc w:val="left"/>
      </w:pPr>
      <w:r>
        <w:rPr>
          <w:rFonts w:ascii="Times New Roman" w:hAnsi="Times New Roman" w:eastAsia="宋体"/>
          <w:b w:val="0"/>
          <w:i w:val="0"/>
          <w:color w:val="333333"/>
          <w:sz w:val="19"/>
        </w:rPr>
        <w:t>20(80)+30(70)=3700</w:t>
      </w:r>
    </w:p>
    <w:p>
      <w:pPr>
        <w:spacing w:before="0" w:after="80" w:line="300" w:lineRule="auto"/>
        <w:jc w:val="left"/>
      </w:pPr>
      <w:r>
        <w:rPr>
          <w:rFonts w:ascii="Times New Roman" w:hAnsi="Times New Roman" w:eastAsia="宋体"/>
          <w:b w:val="0"/>
          <w:i w:val="0"/>
          <w:color w:val="333333"/>
          <w:sz w:val="19"/>
        </w:rPr>
        <w:t>percentage points among 50 students. Their combined average is 3700/50=74%.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在 u=a 和 v=1/a 时使用立方差公式。因为 uv=1，所以</w:t>
      </w:r>
    </w:p>
    <w:p>
      <w:pPr>
        <w:spacing w:before="0" w:after="80" w:line="300" w:lineRule="auto"/>
        <w:jc w:val="left"/>
      </w:pPr>
      <w:r>
        <w:rPr>
          <w:rFonts w:ascii="Times New Roman" w:hAnsi="Times New Roman" w:eastAsia="宋体"/>
          <w:b w:val="0"/>
          <w:i w:val="0"/>
          <w:sz w:val="21"/>
        </w:rPr>
        <w:t>a³-1/a³ =(a-1/a)</w:t>
      </w:r>
    </w:p>
    <w:p>
      <w:pPr>
        <w:spacing w:before="0" w:after="80" w:line="300" w:lineRule="auto"/>
        <w:jc w:val="left"/>
      </w:pPr>
      <w:r>
        <w:rPr>
          <w:rFonts w:ascii="Times New Roman" w:hAnsi="Times New Roman" w:eastAsia="宋体"/>
          <w:b w:val="0"/>
          <w:i w:val="0"/>
          <w:sz w:val="21"/>
        </w:rPr>
        <w:t>·(a²+1+1/a²)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Apply the difference-of-cubes identity with u=a and v=1/a. Since uv=1,</w:t>
      </w:r>
    </w:p>
    <w:p>
      <w:pPr>
        <w:spacing w:before="0" w:after="80" w:line="300" w:lineRule="auto"/>
        <w:jc w:val="left"/>
      </w:pPr>
      <w:r>
        <w:rPr>
          <w:rFonts w:ascii="Times New Roman" w:hAnsi="Times New Roman" w:eastAsia="宋体"/>
          <w:b w:val="0"/>
          <w:i w:val="0"/>
          <w:color w:val="333333"/>
          <w:sz w:val="19"/>
        </w:rPr>
        <w:t>a³-1/a³ =(a-1/a)</w:t>
      </w:r>
    </w:p>
    <w:p>
      <w:pPr>
        <w:spacing w:before="0" w:after="80" w:line="300" w:lineRule="auto"/>
        <w:jc w:val="left"/>
      </w:pPr>
      <w:r>
        <w:rPr>
          <w:rFonts w:ascii="Times New Roman" w:hAnsi="Times New Roman" w:eastAsia="宋体"/>
          <w:b w:val="0"/>
          <w:i w:val="0"/>
          <w:color w:val="333333"/>
          <w:sz w:val="19"/>
        </w:rPr>
        <w:t>·(a²+1+1/a²).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第一磅收费 10 美分。其余 P-1 磅收费 3(P-1) 美分，所以</w:t>
      </w:r>
    </w:p>
    <w:p>
      <w:pPr>
        <w:spacing w:before="0" w:after="80" w:line="300" w:lineRule="auto"/>
        <w:jc w:val="left"/>
      </w:pPr>
      <w:r>
        <w:rPr>
          <w:rFonts w:ascii="Times New Roman" w:hAnsi="Times New Roman" w:eastAsia="宋体"/>
          <w:b w:val="0"/>
          <w:i w:val="0"/>
          <w:sz w:val="21"/>
        </w:rPr>
        <w:t>C=10+3(P-1)。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pound costs 10 cents. The remaining P-1 pounds cost 3(P-1) cents, so</w:t>
      </w:r>
    </w:p>
    <w:p>
      <w:pPr>
        <w:spacing w:before="0" w:after="80" w:line="300" w:lineRule="auto"/>
        <w:jc w:val="left"/>
      </w:pPr>
      <w:r>
        <w:rPr>
          <w:rFonts w:ascii="Times New Roman" w:hAnsi="Times New Roman" w:eastAsia="宋体"/>
          <w:b w:val="0"/>
          <w:i w:val="0"/>
          <w:color w:val="333333"/>
          <w:sz w:val="19"/>
        </w:rPr>
        <w:t>C=10+3(P-1).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斜率为</w:t>
      </w:r>
    </w:p>
    <w:p>
      <w:pPr>
        <w:spacing w:before="0" w:after="80" w:line="300" w:lineRule="auto"/>
        <w:jc w:val="left"/>
      </w:pPr>
      <w:r>
        <w:rPr>
          <w:rFonts w:ascii="Times New Roman" w:hAnsi="Times New Roman" w:eastAsia="宋体"/>
          <w:b w:val="0"/>
          <w:i w:val="0"/>
          <w:sz w:val="21"/>
        </w:rPr>
        <w:t>(12-(-6))/6-0=3，</w:t>
      </w:r>
    </w:p>
    <w:p>
      <w:pPr>
        <w:spacing w:before="0" w:after="80" w:line="300" w:lineRule="auto"/>
        <w:jc w:val="left"/>
      </w:pPr>
      <w:r>
        <w:rPr>
          <w:rFonts w:ascii="Times New Roman" w:hAnsi="Times New Roman" w:eastAsia="宋体"/>
          <w:b w:val="0"/>
          <w:i w:val="0"/>
          <w:sz w:val="21"/>
        </w:rPr>
        <w:t>所以直线方程为 y=3x-6。代入 x=3，得到 y=3。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slope is</w:t>
      </w:r>
    </w:p>
    <w:p>
      <w:pPr>
        <w:spacing w:before="0" w:after="80" w:line="300" w:lineRule="auto"/>
        <w:jc w:val="left"/>
      </w:pPr>
      <w:r>
        <w:rPr>
          <w:rFonts w:ascii="Times New Roman" w:hAnsi="Times New Roman" w:eastAsia="宋体"/>
          <w:b w:val="0"/>
          <w:i w:val="0"/>
          <w:color w:val="333333"/>
          <w:sz w:val="19"/>
        </w:rPr>
        <w:t>(12-(-6))/6-0=3,</w:t>
      </w:r>
    </w:p>
    <w:p>
      <w:pPr>
        <w:spacing w:before="0" w:after="80" w:line="300" w:lineRule="auto"/>
        <w:jc w:val="left"/>
      </w:pPr>
      <w:r>
        <w:rPr>
          <w:rFonts w:ascii="Times New Roman" w:hAnsi="Times New Roman" w:eastAsia="宋体"/>
          <w:b w:val="0"/>
          <w:i w:val="0"/>
          <w:color w:val="333333"/>
          <w:sz w:val="19"/>
        </w:rPr>
        <w:t>so the line is y=3x-6. Substituting x=3 gives y=3.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两根为 (7+√(49+36))/2 和 (7-√(49+36))/2。因此，它们的正差为 √(85)。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are (7+√(49+36))/2 and (7-√(49+36))/2. Their positive difference is therefore √(85).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通分后再取倒数，得到</w:t>
      </w:r>
    </w:p>
    <w:p>
      <w:pPr>
        <w:spacing w:before="0" w:after="80" w:line="300" w:lineRule="auto"/>
        <w:jc w:val="left"/>
      </w:pPr>
      <w:r>
        <w:rPr>
          <w:rFonts w:ascii="Times New Roman" w:hAnsi="Times New Roman" w:eastAsia="宋体"/>
          <w:b w:val="0"/>
          <w:i w:val="0"/>
          <w:sz w:val="21"/>
        </w:rPr>
        <w:t>(1/x+1/y)⁻¹ =(x+y/xy)⁻¹</w:t>
      </w:r>
    </w:p>
    <w:p>
      <w:pPr>
        <w:spacing w:before="0" w:after="80" w:line="300" w:lineRule="auto"/>
        <w:jc w:val="left"/>
      </w:pPr>
      <w:r>
        <w:rPr>
          <w:rFonts w:ascii="Times New Roman" w:hAnsi="Times New Roman" w:eastAsia="宋体"/>
          <w:b w:val="0"/>
          <w:i w:val="0"/>
          <w:sz w:val="21"/>
        </w:rPr>
        <w:t>=xy/x+y</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the terms and then taking the reciprocal gives</w:t>
      </w:r>
    </w:p>
    <w:p>
      <w:pPr>
        <w:spacing w:before="0" w:after="80" w:line="300" w:lineRule="auto"/>
        <w:jc w:val="left"/>
      </w:pPr>
      <w:r>
        <w:rPr>
          <w:rFonts w:ascii="Times New Roman" w:hAnsi="Times New Roman" w:eastAsia="宋体"/>
          <w:b w:val="0"/>
          <w:i w:val="0"/>
          <w:color w:val="333333"/>
          <w:sz w:val="19"/>
        </w:rPr>
        <w:t>(1/x+1/y)⁻¹ =(x+y/xy)⁻¹</w:t>
      </w:r>
    </w:p>
    <w:p>
      <w:pPr>
        <w:spacing w:before="0" w:after="80" w:line="300" w:lineRule="auto"/>
        <w:jc w:val="left"/>
      </w:pPr>
      <w:r>
        <w:rPr>
          <w:rFonts w:ascii="Times New Roman" w:hAnsi="Times New Roman" w:eastAsia="宋体"/>
          <w:b w:val="0"/>
          <w:i w:val="0"/>
          <w:color w:val="333333"/>
          <w:sz w:val="19"/>
        </w:rPr>
        <w:t>=xy/x+y.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两个不同的等圆相交时有 2 条公切线，外切时有 3 条，相离时有 4 条。它们不能内切，因为内切要求圆心距等于两半径之差，即 0。圆心距为 0 时，两个等圆重合，并有无穷多条公切线。</w:t>
      </w:r>
    </w:p>
    <w:p>
      <w:pPr>
        <w:spacing w:before="0" w:after="80" w:line="300" w:lineRule="auto"/>
        <w:jc w:val="left"/>
      </w:pPr>
      <w:r>
        <w:rPr>
          <w:rFonts w:ascii="Times New Roman" w:hAnsi="Times New Roman" w:eastAsia="宋体"/>
          <w:b w:val="0"/>
          <w:i w:val="0"/>
          <w:sz w:val="21"/>
        </w:rPr>
        <w:t>因此，恰有 1 条公切线是不可能的，所以正确答案是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distinct equal circles have 2 common tangents when they intersect, 3 when externally tangent, and 4 when disjoint. They cannot be internally tangent, because internal tangency requires the center distance to equal the difference of the radii, which is 0. At center distance 0 the equal circles coincide and have infinitely many common tangents.</w:t>
      </w:r>
    </w:p>
    <w:p>
      <w:pPr>
        <w:spacing w:before="0" w:after="80" w:line="300" w:lineRule="auto"/>
        <w:jc w:val="left"/>
      </w:pPr>
      <w:r>
        <w:rPr>
          <w:rFonts w:ascii="Times New Roman" w:hAnsi="Times New Roman" w:eastAsia="宋体"/>
          <w:b w:val="0"/>
          <w:i w:val="0"/>
          <w:color w:val="333333"/>
          <w:sz w:val="19"/>
        </w:rPr>
        <w:t>Thus exactly 1 common tangent is impossible, so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消去分母，得到</w:t>
      </w:r>
    </w:p>
    <w:p>
      <w:pPr>
        <w:spacing w:before="0" w:after="80" w:line="300" w:lineRule="auto"/>
        <w:jc w:val="left"/>
      </w:pPr>
      <w:r>
        <w:rPr>
          <w:rFonts w:ascii="Times New Roman" w:hAnsi="Times New Roman" w:eastAsia="宋体"/>
          <w:b w:val="0"/>
          <w:i w:val="0"/>
          <w:sz w:val="21"/>
        </w:rPr>
        <w:t>m(a-b)=cab。</w:t>
      </w:r>
    </w:p>
    <w:p>
      <w:pPr>
        <w:spacing w:before="0" w:after="80" w:line="300" w:lineRule="auto"/>
        <w:jc w:val="left"/>
      </w:pPr>
      <w:r>
        <w:rPr>
          <w:rFonts w:ascii="Times New Roman" w:hAnsi="Times New Roman" w:eastAsia="宋体"/>
          <w:b w:val="0"/>
          <w:i w:val="0"/>
          <w:sz w:val="21"/>
        </w:rPr>
        <w:t>因此 ma=b(m+ca)，所以</w:t>
      </w:r>
    </w:p>
    <w:p>
      <w:pPr>
        <w:spacing w:before="0" w:after="80" w:line="300" w:lineRule="auto"/>
        <w:jc w:val="left"/>
      </w:pPr>
      <w:r>
        <w:rPr>
          <w:rFonts w:ascii="Times New Roman" w:hAnsi="Times New Roman" w:eastAsia="宋体"/>
          <w:b w:val="0"/>
          <w:i w:val="0"/>
          <w:sz w:val="21"/>
        </w:rPr>
        <w:t>b=ma/m+ca。</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Clearing the denominator gives</w:t>
      </w:r>
    </w:p>
    <w:p>
      <w:pPr>
        <w:spacing w:before="0" w:after="80" w:line="300" w:lineRule="auto"/>
        <w:jc w:val="left"/>
      </w:pPr>
      <w:r>
        <w:rPr>
          <w:rFonts w:ascii="Times New Roman" w:hAnsi="Times New Roman" w:eastAsia="宋体"/>
          <w:b w:val="0"/>
          <w:i w:val="0"/>
          <w:color w:val="333333"/>
          <w:sz w:val="19"/>
        </w:rPr>
        <w:t>m(a-b)=cab.</w:t>
      </w:r>
    </w:p>
    <w:p>
      <w:pPr>
        <w:spacing w:before="0" w:after="80" w:line="300" w:lineRule="auto"/>
        <w:jc w:val="left"/>
      </w:pPr>
      <w:r>
        <w:rPr>
          <w:rFonts w:ascii="Times New Roman" w:hAnsi="Times New Roman" w:eastAsia="宋体"/>
          <w:b w:val="0"/>
          <w:i w:val="0"/>
          <w:color w:val="333333"/>
          <w:sz w:val="19"/>
        </w:rPr>
        <w:t>Hence ma=b(m+ca), so</w:t>
      </w:r>
    </w:p>
    <w:p>
      <w:pPr>
        <w:spacing w:before="0" w:after="80" w:line="300" w:lineRule="auto"/>
        <w:jc w:val="left"/>
      </w:pPr>
      <w:r>
        <w:rPr>
          <w:rFonts w:ascii="Times New Roman" w:hAnsi="Times New Roman" w:eastAsia="宋体"/>
          <w:b w:val="0"/>
          <w:i w:val="0"/>
          <w:color w:val="333333"/>
          <w:sz w:val="19"/>
        </w:rPr>
        <w:t>b=ma/m+ca.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若单程为一英里，则总时间为</w:t>
      </w:r>
    </w:p>
    <w:p>
      <w:pPr>
        <w:spacing w:before="0" w:after="80" w:line="300" w:lineRule="auto"/>
        <w:jc w:val="left"/>
      </w:pPr>
      <w:r>
        <w:rPr>
          <w:rFonts w:ascii="Times New Roman" w:hAnsi="Times New Roman" w:eastAsia="宋体"/>
          <w:b w:val="0"/>
          <w:i w:val="0"/>
          <w:sz w:val="21"/>
        </w:rPr>
        <w:t>1/10+1/20=3/20</w:t>
      </w:r>
    </w:p>
    <w:p>
      <w:pPr>
        <w:spacing w:before="0" w:after="80" w:line="300" w:lineRule="auto"/>
        <w:jc w:val="left"/>
      </w:pPr>
      <w:r>
        <w:rPr>
          <w:rFonts w:ascii="Times New Roman" w:hAnsi="Times New Roman" w:eastAsia="宋体"/>
          <w:b w:val="0"/>
          <w:i w:val="0"/>
          <w:sz w:val="21"/>
        </w:rPr>
        <w:t>小时。因此，平均速度为</w:t>
      </w:r>
    </w:p>
    <w:p>
      <w:pPr>
        <w:spacing w:before="0" w:after="80" w:line="300" w:lineRule="auto"/>
        <w:jc w:val="left"/>
      </w:pPr>
      <w:r>
        <w:rPr>
          <w:rFonts w:ascii="Times New Roman" w:hAnsi="Times New Roman" w:eastAsia="宋体"/>
          <w:b w:val="0"/>
          <w:i w:val="0"/>
          <w:sz w:val="21"/>
        </w:rPr>
        <w:t>2/(3/20)=40/3 =131/3英里/小时。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one mile in each direction, the total time is</w:t>
      </w:r>
    </w:p>
    <w:p>
      <w:pPr>
        <w:spacing w:before="0" w:after="80" w:line="300" w:lineRule="auto"/>
        <w:jc w:val="left"/>
      </w:pPr>
      <w:r>
        <w:rPr>
          <w:rFonts w:ascii="Times New Roman" w:hAnsi="Times New Roman" w:eastAsia="宋体"/>
          <w:b w:val="0"/>
          <w:i w:val="0"/>
          <w:color w:val="333333"/>
          <w:sz w:val="19"/>
        </w:rPr>
        <w:t>1/10+1/20=3/20</w:t>
      </w:r>
    </w:p>
    <w:p>
      <w:pPr>
        <w:spacing w:before="0" w:after="80" w:line="300" w:lineRule="auto"/>
        <w:jc w:val="left"/>
      </w:pPr>
      <w:r>
        <w:rPr>
          <w:rFonts w:ascii="Times New Roman" w:hAnsi="Times New Roman" w:eastAsia="宋体"/>
          <w:b w:val="0"/>
          <w:i w:val="0"/>
          <w:color w:val="333333"/>
          <w:sz w:val="19"/>
        </w:rPr>
        <w:t>hour. Thus the average speed is</w:t>
      </w:r>
    </w:p>
    <w:p>
      <w:pPr>
        <w:spacing w:before="0" w:after="80" w:line="300" w:lineRule="auto"/>
        <w:jc w:val="left"/>
      </w:pPr>
      <w:r>
        <w:rPr>
          <w:rFonts w:ascii="Times New Roman" w:hAnsi="Times New Roman" w:eastAsia="宋体"/>
          <w:b w:val="0"/>
          <w:i w:val="0"/>
          <w:color w:val="333333"/>
          <w:sz w:val="19"/>
        </w:rPr>
        <w:t>2/(3/20)=40/3 =131/3mph.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该函数在 x=1 处无定义，因为此时分母为零，所以 f(1)=0 是错误的。其他说法均成立：f(0)=-2、f(-2)=0；解方程 y=x+2/x-1 得 x=y+2/y-1，同一公式也说明 f 是自身的反函数。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function is undefined at x=1 because its denominator is zero there, so f(1)=0 is false. The other statements hold: f(0)=-2, f(-2)=0, solving y=x+2/x-1 gives x=y+2/y-1, and this same formula shows that f is its own inverse.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设首项为 a，公比为 r。由无穷和可得 a=6(1-r)。因此，前两项满足</w:t>
      </w:r>
    </w:p>
    <w:p>
      <w:pPr>
        <w:spacing w:before="0" w:after="80" w:line="300" w:lineRule="auto"/>
        <w:jc w:val="left"/>
      </w:pPr>
      <w:r>
        <w:rPr>
          <w:rFonts w:ascii="Times New Roman" w:hAnsi="Times New Roman" w:eastAsia="宋体"/>
          <w:b w:val="0"/>
          <w:i w:val="0"/>
          <w:sz w:val="21"/>
        </w:rPr>
        <w:t>a(1+r)=6(1-r²)=9/2。</w:t>
      </w:r>
    </w:p>
    <w:p>
      <w:pPr>
        <w:spacing w:before="0" w:after="80" w:line="300" w:lineRule="auto"/>
        <w:jc w:val="left"/>
      </w:pPr>
      <w:r>
        <w:rPr>
          <w:rFonts w:ascii="Times New Roman" w:hAnsi="Times New Roman" w:eastAsia="宋体"/>
          <w:b w:val="0"/>
          <w:i w:val="0"/>
          <w:sz w:val="21"/>
        </w:rPr>
        <w:t>所以 r²=1/4：当 r=1/2 时 a=3，当 r=-1/2 时 a=9。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first term be a and the common ratio be r. The infinite sum gives a=6(1-r). The first two terms therefore satisfy</w:t>
      </w:r>
    </w:p>
    <w:p>
      <w:pPr>
        <w:spacing w:before="0" w:after="80" w:line="300" w:lineRule="auto"/>
        <w:jc w:val="left"/>
      </w:pPr>
      <w:r>
        <w:rPr>
          <w:rFonts w:ascii="Times New Roman" w:hAnsi="Times New Roman" w:eastAsia="宋体"/>
          <w:b w:val="0"/>
          <w:i w:val="0"/>
          <w:color w:val="333333"/>
          <w:sz w:val="19"/>
        </w:rPr>
        <w:t>a(1+r)=6(1-r²)=9/2.</w:t>
      </w:r>
    </w:p>
    <w:p>
      <w:pPr>
        <w:spacing w:before="0" w:after="80" w:line="300" w:lineRule="auto"/>
        <w:jc w:val="left"/>
      </w:pPr>
      <w:r>
        <w:rPr>
          <w:rFonts w:ascii="Times New Roman" w:hAnsi="Times New Roman" w:eastAsia="宋体"/>
          <w:b w:val="0"/>
          <w:i w:val="0"/>
          <w:color w:val="333333"/>
          <w:sz w:val="19"/>
        </w:rPr>
        <w:t>Thus r²=1/4, so r=1/2 gives a=3, while r=-1/2 gives a=9.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配方得到</w:t>
      </w:r>
    </w:p>
    <w:p>
      <w:pPr>
        <w:spacing w:before="0" w:after="80" w:line="300" w:lineRule="auto"/>
        <w:jc w:val="left"/>
      </w:pPr>
      <w:r>
        <w:rPr>
          <w:rFonts w:ascii="Times New Roman" w:hAnsi="Times New Roman" w:eastAsia="宋体"/>
          <w:b w:val="0"/>
          <w:i w:val="0"/>
          <w:sz w:val="21"/>
        </w:rPr>
        <w:t>x²+px+q =(x+p/2)²</w:t>
      </w:r>
    </w:p>
    <w:p>
      <w:pPr>
        <w:spacing w:before="0" w:after="80" w:line="300" w:lineRule="auto"/>
        <w:jc w:val="left"/>
      </w:pPr>
      <w:r>
        <w:rPr>
          <w:rFonts w:ascii="Times New Roman" w:hAnsi="Times New Roman" w:eastAsia="宋体"/>
          <w:b w:val="0"/>
          <w:i w:val="0"/>
          <w:sz w:val="21"/>
        </w:rPr>
        <w:t>+q-p²/4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x=-p/2 时，平方项最小。</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Completing the square gives</w:t>
      </w:r>
    </w:p>
    <w:p>
      <w:pPr>
        <w:spacing w:before="0" w:after="80" w:line="300" w:lineRule="auto"/>
        <w:jc w:val="left"/>
      </w:pPr>
      <w:r>
        <w:rPr>
          <w:rFonts w:ascii="Times New Roman" w:hAnsi="Times New Roman" w:eastAsia="宋体"/>
          <w:b w:val="0"/>
          <w:i w:val="0"/>
          <w:color w:val="333333"/>
          <w:sz w:val="19"/>
        </w:rPr>
        <w:t>x²+px+q =(x+p/2)²</w:t>
      </w:r>
    </w:p>
    <w:p>
      <w:pPr>
        <w:spacing w:before="0" w:after="80" w:line="300" w:lineRule="auto"/>
        <w:jc w:val="left"/>
      </w:pPr>
      <w:r>
        <w:rPr>
          <w:rFonts w:ascii="Times New Roman" w:hAnsi="Times New Roman" w:eastAsia="宋体"/>
          <w:b w:val="0"/>
          <w:i w:val="0"/>
          <w:color w:val="333333"/>
          <w:sz w:val="19"/>
        </w:rPr>
        <w:t>+q-p²/4.</w:t>
      </w:r>
    </w:p>
    <w:p>
      <w:pPr>
        <w:spacing w:before="0" w:after="80" w:line="300" w:lineRule="auto"/>
        <w:jc w:val="left"/>
      </w:pPr>
      <w:r>
        <w:rPr>
          <w:rFonts w:ascii="Times New Roman" w:hAnsi="Times New Roman" w:eastAsia="宋体"/>
          <w:b w:val="0"/>
          <w:i w:val="0"/>
          <w:color w:val="333333"/>
          <w:sz w:val="19"/>
        </w:rPr>
        <w:t>The square is least when x=-p/2.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房屋成本为 12000/0.8=15000 美元，商店成本为 12000/1.2=10000 美元。总成本为 25000 美元，总售价为 24000 美元，因此亏损 1000 美元。</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house cost 12000/0.8=15000 dollars, and the store cost 12000/1.2=10000 dollars. The combined cost was 25000 dollars, while the combined selling price was 24000 dollars, producing a loss of 1000 dollars.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该三角形的最大边为 9，且</w:t>
      </w:r>
    </w:p>
    <w:p>
      <w:pPr>
        <w:spacing w:before="0" w:after="80" w:line="300" w:lineRule="auto"/>
        <w:jc w:val="left"/>
      </w:pPr>
      <w:r>
        <w:rPr>
          <w:rFonts w:ascii="Times New Roman" w:hAnsi="Times New Roman" w:eastAsia="宋体"/>
          <w:b w:val="0"/>
          <w:i w:val="0"/>
          <w:sz w:val="21"/>
        </w:rPr>
        <w:t>9²=81&lt; 6²+8²=100。</w:t>
      </w:r>
    </w:p>
    <w:p>
      <w:pPr>
        <w:spacing w:before="0" w:after="80" w:line="300" w:lineRule="auto"/>
        <w:jc w:val="left"/>
      </w:pPr>
      <w:r>
        <w:rPr>
          <w:rFonts w:ascii="Times New Roman" w:hAnsi="Times New Roman" w:eastAsia="宋体"/>
          <w:b w:val="0"/>
          <w:i w:val="0"/>
          <w:sz w:val="21"/>
        </w:rPr>
        <w:t>由勾股不等式的逆定理，边 9 所对的角为锐角。由于它是最大角，所以所有角都是锐角。</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triangle with largest side 9,</w:t>
      </w:r>
    </w:p>
    <w:p>
      <w:pPr>
        <w:spacing w:before="0" w:after="80" w:line="300" w:lineRule="auto"/>
        <w:jc w:val="left"/>
      </w:pPr>
      <w:r>
        <w:rPr>
          <w:rFonts w:ascii="Times New Roman" w:hAnsi="Times New Roman" w:eastAsia="宋体"/>
          <w:b w:val="0"/>
          <w:i w:val="0"/>
          <w:color w:val="333333"/>
          <w:sz w:val="19"/>
        </w:rPr>
        <w:t>9²=81&lt; 6²+8²=100.</w:t>
      </w:r>
    </w:p>
    <w:p>
      <w:pPr>
        <w:spacing w:before="0" w:after="80" w:line="300" w:lineRule="auto"/>
        <w:jc w:val="left"/>
      </w:pPr>
      <w:r>
        <w:rPr>
          <w:rFonts w:ascii="Times New Roman" w:hAnsi="Times New Roman" w:eastAsia="宋体"/>
          <w:b w:val="0"/>
          <w:i w:val="0"/>
          <w:color w:val="333333"/>
          <w:sz w:val="19"/>
        </w:rPr>
        <w:t>By the converse of the Pythagorean inequality, the angle opposite side 9 is acute. Since it is the largest angle, every angle is acute.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要保持面积不变，高应乘以 10/11。其减少的比例为</w:t>
      </w:r>
    </w:p>
    <w:p>
      <w:pPr>
        <w:spacing w:before="0" w:after="80" w:line="300" w:lineRule="auto"/>
        <w:jc w:val="left"/>
      </w:pPr>
      <w:r>
        <w:rPr>
          <w:rFonts w:ascii="Times New Roman" w:hAnsi="Times New Roman" w:eastAsia="宋体"/>
          <w:b w:val="0"/>
          <w:i w:val="0"/>
          <w:sz w:val="21"/>
        </w:rPr>
        <w:t>1-10/11=1/11，</w:t>
      </w:r>
    </w:p>
    <w:p>
      <w:pPr>
        <w:spacing w:before="0" w:after="80" w:line="300" w:lineRule="auto"/>
        <w:jc w:val="left"/>
      </w:pPr>
      <w:r>
        <w:rPr>
          <w:rFonts w:ascii="Times New Roman" w:hAnsi="Times New Roman" w:eastAsia="宋体"/>
          <w:b w:val="0"/>
          <w:i w:val="0"/>
          <w:sz w:val="21"/>
        </w:rPr>
        <w:t>即 100/11%=91/11%。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keep the area fixed, the altitude is multiplied by 10/11. Its fractional decrease is</w:t>
      </w:r>
    </w:p>
    <w:p>
      <w:pPr>
        <w:spacing w:before="0" w:after="80" w:line="300" w:lineRule="auto"/>
        <w:jc w:val="left"/>
      </w:pPr>
      <w:r>
        <w:rPr>
          <w:rFonts w:ascii="Times New Roman" w:hAnsi="Times New Roman" w:eastAsia="宋体"/>
          <w:b w:val="0"/>
          <w:i w:val="0"/>
          <w:color w:val="333333"/>
          <w:sz w:val="19"/>
        </w:rPr>
        <w:t>1-10/11=1/11,</w:t>
      </w:r>
    </w:p>
    <w:p>
      <w:pPr>
        <w:spacing w:before="0" w:after="80" w:line="300" w:lineRule="auto"/>
        <w:jc w:val="left"/>
      </w:pPr>
      <w:r>
        <w:rPr>
          <w:rFonts w:ascii="Times New Roman" w:hAnsi="Times New Roman" w:eastAsia="宋体"/>
          <w:b w:val="0"/>
          <w:i w:val="0"/>
          <w:color w:val="333333"/>
          <w:sz w:val="19"/>
        </w:rPr>
        <w:t>which is 100/11%=91/11%.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设原标价为 1。商人的成本为 0.8。若售价为 S，则 S-0.8=0.2S，所以 S=1。若所定价格为 M，打 20% 折扣后有 0.8M=S=1，因此 M=1.25。</w:t>
      </w:r>
    </w:p>
    <w:p>
      <w:pPr>
        <w:spacing w:before="0" w:after="80" w:line="300" w:lineRule="auto"/>
        <w:jc w:val="left"/>
      </w:pPr>
      <w:r>
        <w:rPr>
          <w:rFonts w:ascii="Times New Roman" w:hAnsi="Times New Roman" w:eastAsia="宋体"/>
          <w:b w:val="0"/>
          <w:i w:val="0"/>
          <w:sz w:val="21"/>
        </w:rPr>
        <w:t>因此，所定价格应为原标价的 125%，所以正确答案是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list price be 1. The merchant’s cost is 0.8. If the selling price is S, then S-0.8=0.2S, so S=1. If the marked price is M, the 20% discount gives 0.8M=S=1, hence M=1.25.</w:t>
      </w:r>
    </w:p>
    <w:p>
      <w:pPr>
        <w:spacing w:before="0" w:after="80" w:line="300" w:lineRule="auto"/>
        <w:jc w:val="left"/>
      </w:pPr>
      <w:r>
        <w:rPr>
          <w:rFonts w:ascii="Times New Roman" w:hAnsi="Times New Roman" w:eastAsia="宋体"/>
          <w:b w:val="0"/>
          <w:i w:val="0"/>
          <w:color w:val="333333"/>
          <w:sz w:val="19"/>
        </w:rPr>
        <w:t>The marked price must therefore be 125% of the list price, so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利用对数乘积法则，原方程化为 log(pq)=log(p+q)，所以两个正真数必须满足</w:t>
      </w:r>
    </w:p>
    <w:p>
      <w:pPr>
        <w:spacing w:before="0" w:after="80" w:line="300" w:lineRule="auto"/>
        <w:jc w:val="left"/>
      </w:pPr>
      <w:r>
        <w:rPr>
          <w:rFonts w:ascii="Times New Roman" w:hAnsi="Times New Roman" w:eastAsia="宋体"/>
          <w:b w:val="0"/>
          <w:i w:val="0"/>
          <w:sz w:val="21"/>
        </w:rPr>
        <w:t>pq=p+q。</w:t>
      </w:r>
    </w:p>
    <w:p>
      <w:pPr>
        <w:spacing w:before="0" w:after="80" w:line="300" w:lineRule="auto"/>
        <w:jc w:val="left"/>
      </w:pPr>
      <w:r>
        <w:rPr>
          <w:rFonts w:ascii="Times New Roman" w:hAnsi="Times New Roman" w:eastAsia="宋体"/>
          <w:b w:val="0"/>
          <w:i w:val="0"/>
          <w:sz w:val="21"/>
        </w:rPr>
        <w:t>因此 p(q-1)=q，得到 p=q/q-1。允许的取值满足 q&gt;1，这也保证所有对数的真数为正。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logarithm product rule changes the equation to log(pq)=log(p+q), so the positive arguments must satisfy</w:t>
      </w:r>
    </w:p>
    <w:p>
      <w:pPr>
        <w:spacing w:before="0" w:after="80" w:line="300" w:lineRule="auto"/>
        <w:jc w:val="left"/>
      </w:pPr>
      <w:r>
        <w:rPr>
          <w:rFonts w:ascii="Times New Roman" w:hAnsi="Times New Roman" w:eastAsia="宋体"/>
          <w:b w:val="0"/>
          <w:i w:val="0"/>
          <w:color w:val="333333"/>
          <w:sz w:val="19"/>
        </w:rPr>
        <w:t>pq=p+q.</w:t>
      </w:r>
    </w:p>
    <w:p>
      <w:pPr>
        <w:spacing w:before="0" w:after="80" w:line="300" w:lineRule="auto"/>
        <w:jc w:val="left"/>
      </w:pPr>
      <w:r>
        <w:rPr>
          <w:rFonts w:ascii="Times New Roman" w:hAnsi="Times New Roman" w:eastAsia="宋体"/>
          <w:b w:val="0"/>
          <w:i w:val="0"/>
          <w:color w:val="333333"/>
          <w:sz w:val="19"/>
        </w:rPr>
        <w:t>Therefore p(q-1)=q, giving p=q/q-1. Its admissible values have q&gt;1, which also keeps all logarithm arguments positive.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三角形 ABD 与 EBC 的底边 AD 和 EC 位于同一直线 AC 上，所以从 B 到该直线的公共高给出</w:t>
      </w:r>
    </w:p>
    <w:p>
      <w:pPr>
        <w:spacing w:before="0" w:after="80" w:line="300" w:lineRule="auto"/>
        <w:jc w:val="left"/>
      </w:pPr>
      <w:r>
        <w:rPr>
          <w:rFonts w:ascii="Times New Roman" w:hAnsi="Times New Roman" w:eastAsia="宋体"/>
          <w:b w:val="0"/>
          <w:i w:val="0"/>
          <w:sz w:val="21"/>
        </w:rPr>
        <w:t>([ABD])/([EBC])=AD/EC。</w:t>
      </w:r>
    </w:p>
    <w:p>
      <w:pPr>
        <w:spacing w:before="0" w:after="80" w:line="300" w:lineRule="auto"/>
        <w:jc w:val="left"/>
      </w:pPr>
      <w:r>
        <w:rPr>
          <w:rFonts w:ascii="Times New Roman" w:hAnsi="Times New Roman" w:eastAsia="宋体"/>
          <w:b w:val="0"/>
          <w:i w:val="0"/>
          <w:sz w:val="21"/>
        </w:rPr>
        <w:t>又有 ∠ ABD=∠ EBC，因为两者都是角 B 的三分之一。再用两边及其夹角表示同一个面积比，得到</w:t>
      </w:r>
    </w:p>
    <w:p>
      <w:pPr>
        <w:spacing w:before="0" w:after="80" w:line="300" w:lineRule="auto"/>
        <w:jc w:val="left"/>
      </w:pPr>
      <w:r>
        <w:rPr>
          <w:rFonts w:ascii="Times New Roman" w:hAnsi="Times New Roman" w:eastAsia="宋体"/>
          <w:b w:val="0"/>
          <w:i w:val="0"/>
          <w:sz w:val="21"/>
        </w:rPr>
        <w:t>([ABD])/([EBC]) =(AB· BD)/(BE· BC)。</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Triangles ABD and EBC have bases AD and EC on the same line AC, so their common altitude from B gives</w:t>
      </w:r>
    </w:p>
    <w:p>
      <w:pPr>
        <w:spacing w:before="0" w:after="80" w:line="300" w:lineRule="auto"/>
        <w:jc w:val="left"/>
      </w:pPr>
      <w:r>
        <w:rPr>
          <w:rFonts w:ascii="Times New Roman" w:hAnsi="Times New Roman" w:eastAsia="宋体"/>
          <w:b w:val="0"/>
          <w:i w:val="0"/>
          <w:color w:val="333333"/>
          <w:sz w:val="19"/>
        </w:rPr>
        <w:t>([ABD])/([EBC])=AD/EC.</w:t>
      </w:r>
    </w:p>
    <w:p>
      <w:pPr>
        <w:spacing w:before="0" w:after="80" w:line="300" w:lineRule="auto"/>
        <w:jc w:val="left"/>
      </w:pPr>
      <w:r>
        <w:rPr>
          <w:rFonts w:ascii="Times New Roman" w:hAnsi="Times New Roman" w:eastAsia="宋体"/>
          <w:b w:val="0"/>
          <w:i w:val="0"/>
          <w:color w:val="333333"/>
          <w:sz w:val="19"/>
        </w:rPr>
        <w:t>Also, ∠ ABD=∠ EBC because both are one-third of angle B. Using two sides and the included angle for the same area ratio gives</w:t>
      </w:r>
    </w:p>
    <w:p>
      <w:pPr>
        <w:spacing w:before="0" w:after="80" w:line="300" w:lineRule="auto"/>
        <w:jc w:val="left"/>
      </w:pPr>
      <w:r>
        <w:rPr>
          <w:rFonts w:ascii="Times New Roman" w:hAnsi="Times New Roman" w:eastAsia="宋体"/>
          <w:b w:val="0"/>
          <w:i w:val="0"/>
          <w:color w:val="333333"/>
          <w:sz w:val="19"/>
        </w:rPr>
        <w:t>([ABD])/([EBC]) =(AB· BD)/(BE· BC).</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设 x=3k，y=4k。前四个表达式依次为 7/4、4、11/3 和 3/8。但</w:t>
      </w:r>
    </w:p>
    <w:p>
      <w:pPr>
        <w:spacing w:before="0" w:after="80" w:line="300" w:lineRule="auto"/>
        <w:jc w:val="left"/>
      </w:pPr>
      <w:r>
        <w:rPr>
          <w:rFonts w:ascii="Times New Roman" w:hAnsi="Times New Roman" w:eastAsia="宋体"/>
          <w:b w:val="0"/>
          <w:i w:val="0"/>
          <w:sz w:val="21"/>
        </w:rPr>
        <w:t>x-y/y=3k-4k/4k=-1/4，</w:t>
      </w:r>
    </w:p>
    <w:p>
      <w:pPr>
        <w:spacing w:before="0" w:after="80" w:line="300" w:lineRule="auto"/>
        <w:jc w:val="left"/>
      </w:pPr>
      <w:r>
        <w:rPr>
          <w:rFonts w:ascii="Times New Roman" w:hAnsi="Times New Roman" w:eastAsia="宋体"/>
          <w:b w:val="0"/>
          <w:i w:val="0"/>
          <w:sz w:val="21"/>
        </w:rPr>
        <w:t>而不是 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x=3k and y=4k. The first four expressions become 7/4, 4, 11/3, and 3/8, respectively. But</w:t>
      </w:r>
    </w:p>
    <w:p>
      <w:pPr>
        <w:spacing w:before="0" w:after="80" w:line="300" w:lineRule="auto"/>
        <w:jc w:val="left"/>
      </w:pPr>
      <w:r>
        <w:rPr>
          <w:rFonts w:ascii="Times New Roman" w:hAnsi="Times New Roman" w:eastAsia="宋体"/>
          <w:b w:val="0"/>
          <w:i w:val="0"/>
          <w:color w:val="333333"/>
          <w:sz w:val="19"/>
        </w:rPr>
        <w:t>x-y/y=3k-4k/4k=-1/4,</w:t>
      </w:r>
    </w:p>
    <w:p>
      <w:pPr>
        <w:spacing w:before="0" w:after="80" w:line="300" w:lineRule="auto"/>
        <w:jc w:val="left"/>
      </w:pPr>
      <w:r>
        <w:rPr>
          <w:rFonts w:ascii="Times New Roman" w:hAnsi="Times New Roman" w:eastAsia="宋体"/>
          <w:b w:val="0"/>
          <w:i w:val="0"/>
          <w:color w:val="333333"/>
          <w:sz w:val="19"/>
        </w:rPr>
        <w:t>not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正 n 边形的每个外角为 360/n 度。形成星形一个尖角的两条边与它们之间的多边形边组成一个三角形，其两个底角就是这两个外角。因此，该尖角为</w:t>
      </w:r>
    </w:p>
    <w:p>
      <w:pPr>
        <w:spacing w:before="0" w:after="80" w:line="300" w:lineRule="auto"/>
        <w:jc w:val="left"/>
      </w:pPr>
      <w:r>
        <w:rPr>
          <w:rFonts w:ascii="Times New Roman" w:hAnsi="Times New Roman" w:eastAsia="宋体"/>
          <w:b w:val="0"/>
          <w:i w:val="0"/>
          <w:sz w:val="21"/>
        </w:rPr>
        <w:t>180-2(360/n) =((n-4)180)/n。</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exterior angle of a regular n-gon is 360/n degrees. The two sides forming a point of the star, together with the intervening polygon side, make a triangle whose two base angles are those exterior angles. Hence its point angle is</w:t>
      </w:r>
    </w:p>
    <w:p>
      <w:pPr>
        <w:spacing w:before="0" w:after="80" w:line="300" w:lineRule="auto"/>
        <w:jc w:val="left"/>
      </w:pPr>
      <w:r>
        <w:rPr>
          <w:rFonts w:ascii="Times New Roman" w:hAnsi="Times New Roman" w:eastAsia="宋体"/>
          <w:b w:val="0"/>
          <w:i w:val="0"/>
          <w:color w:val="333333"/>
          <w:sz w:val="19"/>
        </w:rPr>
        <w:t>180-2(360/n) =((n-4)180)/n.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在第一个直角三角形中，</w:t>
      </w:r>
    </w:p>
    <w:p>
      <w:pPr>
        <w:spacing w:before="0" w:after="80" w:line="300" w:lineRule="auto"/>
        <w:jc w:val="left"/>
      </w:pPr>
      <w:r>
        <w:rPr>
          <w:rFonts w:ascii="Times New Roman" w:hAnsi="Times New Roman" w:eastAsia="宋体"/>
          <w:b w:val="0"/>
          <w:i w:val="0"/>
          <w:sz w:val="21"/>
        </w:rPr>
        <w:t>AB²=AC²+BC²=b²+1。</w:t>
      </w:r>
    </w:p>
    <w:p>
      <w:pPr>
        <w:spacing w:before="0" w:after="80" w:line="300" w:lineRule="auto"/>
        <w:jc w:val="left"/>
      </w:pPr>
      <w:r>
        <w:rPr>
          <w:rFonts w:ascii="Times New Roman" w:hAnsi="Times New Roman" w:eastAsia="宋体"/>
          <w:b w:val="0"/>
          <w:i w:val="0"/>
          <w:sz w:val="21"/>
        </w:rPr>
        <w:t>在第二个直角三角形中，AB 是斜边且 AD=2，所以</w:t>
      </w:r>
    </w:p>
    <w:p>
      <w:pPr>
        <w:spacing w:before="0" w:after="80" w:line="300" w:lineRule="auto"/>
        <w:jc w:val="left"/>
      </w:pPr>
      <w:r>
        <w:rPr>
          <w:rFonts w:ascii="Times New Roman" w:hAnsi="Times New Roman" w:eastAsia="宋体"/>
          <w:b w:val="0"/>
          <w:i w:val="0"/>
          <w:sz w:val="21"/>
        </w:rPr>
        <w:t>BD²=AB²-AD²</w:t>
      </w:r>
    </w:p>
    <w:p>
      <w:pPr>
        <w:spacing w:before="0" w:after="80" w:line="300" w:lineRule="auto"/>
        <w:jc w:val="left"/>
      </w:pPr>
      <w:r>
        <w:rPr>
          <w:rFonts w:ascii="Times New Roman" w:hAnsi="Times New Roman" w:eastAsia="宋体"/>
          <w:b w:val="0"/>
          <w:i w:val="0"/>
          <w:sz w:val="21"/>
        </w:rPr>
        <w:t>=b²+1-4=b²-3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BD=√(b²-3)。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first right triangle,</w:t>
      </w:r>
    </w:p>
    <w:p>
      <w:pPr>
        <w:spacing w:before="0" w:after="80" w:line="300" w:lineRule="auto"/>
        <w:jc w:val="left"/>
      </w:pPr>
      <w:r>
        <w:rPr>
          <w:rFonts w:ascii="Times New Roman" w:hAnsi="Times New Roman" w:eastAsia="宋体"/>
          <w:b w:val="0"/>
          <w:i w:val="0"/>
          <w:color w:val="333333"/>
          <w:sz w:val="19"/>
        </w:rPr>
        <w:t>AB²=AC²+BC²=b²+1.</w:t>
      </w:r>
    </w:p>
    <w:p>
      <w:pPr>
        <w:spacing w:before="0" w:after="80" w:line="300" w:lineRule="auto"/>
        <w:jc w:val="left"/>
      </w:pPr>
      <w:r>
        <w:rPr>
          <w:rFonts w:ascii="Times New Roman" w:hAnsi="Times New Roman" w:eastAsia="宋体"/>
          <w:b w:val="0"/>
          <w:i w:val="0"/>
          <w:color w:val="333333"/>
          <w:sz w:val="19"/>
        </w:rPr>
        <w:t>In the second right triangle, AB is the hypotenuse and AD=2, so</w:t>
      </w:r>
    </w:p>
    <w:p>
      <w:pPr>
        <w:spacing w:before="0" w:after="80" w:line="300" w:lineRule="auto"/>
        <w:jc w:val="left"/>
      </w:pPr>
      <w:r>
        <w:rPr>
          <w:rFonts w:ascii="Times New Roman" w:hAnsi="Times New Roman" w:eastAsia="宋体"/>
          <w:b w:val="0"/>
          <w:i w:val="0"/>
          <w:color w:val="333333"/>
          <w:sz w:val="19"/>
        </w:rPr>
        <w:t>BD²=AB²-AD²</w:t>
      </w:r>
    </w:p>
    <w:p>
      <w:pPr>
        <w:spacing w:before="0" w:after="80" w:line="300" w:lineRule="auto"/>
        <w:jc w:val="left"/>
      </w:pPr>
      <w:r>
        <w:rPr>
          <w:rFonts w:ascii="Times New Roman" w:hAnsi="Times New Roman" w:eastAsia="宋体"/>
          <w:b w:val="0"/>
          <w:i w:val="0"/>
          <w:color w:val="333333"/>
          <w:sz w:val="19"/>
        </w:rPr>
        <w:t>=b²+1-4=b²-3.</w:t>
      </w:r>
    </w:p>
    <w:p>
      <w:pPr>
        <w:spacing w:before="0" w:after="80" w:line="300" w:lineRule="auto"/>
        <w:jc w:val="left"/>
      </w:pPr>
      <w:r>
        <w:rPr>
          <w:rFonts w:ascii="Times New Roman" w:hAnsi="Times New Roman" w:eastAsia="宋体"/>
          <w:b w:val="0"/>
          <w:i w:val="0"/>
          <w:color w:val="333333"/>
          <w:sz w:val="19"/>
        </w:rPr>
        <w:t>Therefore BD=√(b²-3).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交叉相乘，得到</w:t>
      </w:r>
    </w:p>
    <w:p>
      <w:pPr>
        <w:spacing w:before="0" w:after="80" w:line="300" w:lineRule="auto"/>
        <w:jc w:val="left"/>
      </w:pPr>
      <w:r>
        <w:rPr>
          <w:rFonts w:ascii="Times New Roman" w:hAnsi="Times New Roman" w:eastAsia="宋体"/>
          <w:b w:val="0"/>
          <w:i w:val="0"/>
          <w:sz w:val="21"/>
        </w:rPr>
        <w:t>(m+1)x² -(m+1)bx</w:t>
      </w:r>
    </w:p>
    <w:p>
      <w:pPr>
        <w:spacing w:before="0" w:after="80" w:line="300" w:lineRule="auto"/>
        <w:jc w:val="left"/>
      </w:pPr>
      <w:r>
        <w:rPr>
          <w:rFonts w:ascii="Times New Roman" w:hAnsi="Times New Roman" w:eastAsia="宋体"/>
          <w:b w:val="0"/>
          <w:i w:val="0"/>
          <w:sz w:val="21"/>
        </w:rPr>
        <w:t>-(m-1)ax</w:t>
      </w:r>
    </w:p>
    <w:p>
      <w:pPr>
        <w:spacing w:before="0" w:after="80" w:line="300" w:lineRule="auto"/>
        <w:jc w:val="left"/>
      </w:pPr>
      <w:r>
        <w:rPr>
          <w:rFonts w:ascii="Times New Roman" w:hAnsi="Times New Roman" w:eastAsia="宋体"/>
          <w:b w:val="0"/>
          <w:i w:val="0"/>
          <w:sz w:val="21"/>
        </w:rPr>
        <w:t>+(m-1)c=0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绝对值相等、符号相反的两根之和为 0，所以 x 的系数为 0。因此</w:t>
      </w:r>
    </w:p>
    <w:p>
      <w:pPr>
        <w:spacing w:before="0" w:after="80" w:line="300" w:lineRule="auto"/>
        <w:jc w:val="left"/>
      </w:pPr>
      <w:r>
        <w:rPr>
          <w:rFonts w:ascii="Times New Roman" w:hAnsi="Times New Roman" w:eastAsia="宋体"/>
          <w:b w:val="0"/>
          <w:i w:val="0"/>
          <w:sz w:val="21"/>
        </w:rPr>
        <w:t>m(a+b)+(b-a)=0，</w:t>
      </w:r>
    </w:p>
    <w:p>
      <w:pPr>
        <w:spacing w:before="0" w:after="80" w:line="300" w:lineRule="auto"/>
        <w:jc w:val="left"/>
      </w:pPr>
      <w:r>
        <w:rPr>
          <w:rFonts w:ascii="Times New Roman" w:hAnsi="Times New Roman" w:eastAsia="宋体"/>
          <w:b w:val="0"/>
          <w:i w:val="0"/>
          <w:sz w:val="21"/>
        </w:rPr>
        <w:t>并且</w:t>
      </w:r>
    </w:p>
    <w:p>
      <w:pPr>
        <w:spacing w:before="0" w:after="80" w:line="300" w:lineRule="auto"/>
        <w:jc w:val="left"/>
      </w:pPr>
      <w:r>
        <w:rPr>
          <w:rFonts w:ascii="Times New Roman" w:hAnsi="Times New Roman" w:eastAsia="宋体"/>
          <w:b w:val="0"/>
          <w:i w:val="0"/>
          <w:sz w:val="21"/>
        </w:rPr>
        <w:t>m=a-b/a+b。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Cross-multiplication gives</w:t>
      </w:r>
    </w:p>
    <w:p>
      <w:pPr>
        <w:spacing w:before="0" w:after="80" w:line="300" w:lineRule="auto"/>
        <w:jc w:val="left"/>
      </w:pPr>
      <w:r>
        <w:rPr>
          <w:rFonts w:ascii="Times New Roman" w:hAnsi="Times New Roman" w:eastAsia="宋体"/>
          <w:b w:val="0"/>
          <w:i w:val="0"/>
          <w:color w:val="333333"/>
          <w:sz w:val="19"/>
        </w:rPr>
        <w:t>(m+1)x² -(m+1)bx</w:t>
      </w:r>
    </w:p>
    <w:p>
      <w:pPr>
        <w:spacing w:before="0" w:after="80" w:line="300" w:lineRule="auto"/>
        <w:jc w:val="left"/>
      </w:pPr>
      <w:r>
        <w:rPr>
          <w:rFonts w:ascii="Times New Roman" w:hAnsi="Times New Roman" w:eastAsia="宋体"/>
          <w:b w:val="0"/>
          <w:i w:val="0"/>
          <w:color w:val="333333"/>
          <w:sz w:val="19"/>
        </w:rPr>
        <w:t>-(m-1)ax</w:t>
      </w:r>
    </w:p>
    <w:p>
      <w:pPr>
        <w:spacing w:before="0" w:after="80" w:line="300" w:lineRule="auto"/>
        <w:jc w:val="left"/>
      </w:pPr>
      <w:r>
        <w:rPr>
          <w:rFonts w:ascii="Times New Roman" w:hAnsi="Times New Roman" w:eastAsia="宋体"/>
          <w:b w:val="0"/>
          <w:i w:val="0"/>
          <w:color w:val="333333"/>
          <w:sz w:val="19"/>
        </w:rPr>
        <w:t>+(m-1)c=0.</w:t>
      </w:r>
    </w:p>
    <w:p>
      <w:pPr>
        <w:spacing w:before="0" w:after="80" w:line="300" w:lineRule="auto"/>
        <w:jc w:val="left"/>
      </w:pPr>
      <w:r>
        <w:rPr>
          <w:rFonts w:ascii="Times New Roman" w:hAnsi="Times New Roman" w:eastAsia="宋体"/>
          <w:b w:val="0"/>
          <w:i w:val="0"/>
          <w:color w:val="333333"/>
          <w:sz w:val="19"/>
        </w:rPr>
        <w:t>Roots that are equal in magnitude and opposite in sign have sum 0, so the coefficient of x is 0. Thus</w:t>
      </w:r>
    </w:p>
    <w:p>
      <w:pPr>
        <w:spacing w:before="0" w:after="80" w:line="300" w:lineRule="auto"/>
        <w:jc w:val="left"/>
      </w:pPr>
      <w:r>
        <w:rPr>
          <w:rFonts w:ascii="Times New Roman" w:hAnsi="Times New Roman" w:eastAsia="宋体"/>
          <w:b w:val="0"/>
          <w:i w:val="0"/>
          <w:color w:val="333333"/>
          <w:sz w:val="19"/>
        </w:rPr>
        <w:t>m(a+b)+(b-a)=0,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m=a-b/a+b.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因为 AB=20、AC=12，且角 C 为直角，所以 BC=16。令 A=(0,0)、B=(20,0)。解方程组</w:t>
      </w:r>
    </w:p>
    <w:p>
      <w:pPr>
        <w:spacing w:before="0" w:after="80" w:line="300" w:lineRule="auto"/>
        <w:jc w:val="left"/>
      </w:pPr>
      <w:r>
        <w:rPr>
          <w:rFonts w:ascii="Times New Roman" w:hAnsi="Times New Roman" w:eastAsia="宋体"/>
          <w:b w:val="0"/>
          <w:i w:val="0"/>
          <w:sz w:val="21"/>
        </w:rPr>
        <w:t>x_(C)²+y_(C)²=144,</w:t>
      </w:r>
    </w:p>
    <w:p>
      <w:pPr>
        <w:spacing w:before="0" w:after="80" w:line="300" w:lineRule="auto"/>
        <w:jc w:val="left"/>
      </w:pPr>
      <w:r>
        <w:rPr>
          <w:rFonts w:ascii="Times New Roman" w:hAnsi="Times New Roman" w:eastAsia="宋体"/>
          <w:b w:val="0"/>
          <w:i w:val="0"/>
          <w:sz w:val="21"/>
        </w:rPr>
        <w:t>(x_(C)-20)²+y_(C)²=256</w:t>
      </w:r>
    </w:p>
    <w:p>
      <w:pPr>
        <w:spacing w:before="0" w:after="80" w:line="300" w:lineRule="auto"/>
        <w:jc w:val="left"/>
      </w:pPr>
      <w:r>
        <w:rPr>
          <w:rFonts w:ascii="Times New Roman" w:hAnsi="Times New Roman" w:eastAsia="宋体"/>
          <w:b w:val="0"/>
          <w:i w:val="0"/>
          <w:sz w:val="21"/>
        </w:rPr>
        <w:t>得 C=(36/5,48/5)。另有 D=(10,0)。</w:t>
      </w:r>
    </w:p>
    <w:p>
      <w:pPr>
        <w:spacing w:before="0" w:after="80" w:line="300" w:lineRule="auto"/>
        <w:jc w:val="left"/>
      </w:pPr>
      <w:r>
        <w:rPr>
          <w:rFonts w:ascii="Times New Roman" w:hAnsi="Times New Roman" w:eastAsia="宋体"/>
          <w:b w:val="0"/>
          <w:i w:val="0"/>
          <w:sz w:val="21"/>
        </w:rPr>
        <w:t>直线 CB 与 x=10 相交于 E=(10,15/2)。现在对 A,D,E,C 使用鞋带公式，得到</w:t>
      </w:r>
    </w:p>
    <w:p>
      <w:pPr>
        <w:spacing w:before="0" w:after="80" w:line="300" w:lineRule="auto"/>
        <w:jc w:val="left"/>
      </w:pPr>
      <w:r>
        <w:rPr>
          <w:rFonts w:ascii="Times New Roman" w:hAnsi="Times New Roman" w:eastAsia="宋体"/>
          <w:b w:val="0"/>
          <w:i w:val="0"/>
          <w:sz w:val="21"/>
        </w:rPr>
        <w:t>[ADEC] =1/2( 10·15/2 +10·48/5.</w:t>
      </w:r>
    </w:p>
    <w:p>
      <w:pPr>
        <w:spacing w:before="0" w:after="80" w:line="300" w:lineRule="auto"/>
        <w:jc w:val="left"/>
      </w:pPr>
      <w:r>
        <w:rPr>
          <w:rFonts w:ascii="Times New Roman" w:hAnsi="Times New Roman" w:eastAsia="宋体"/>
          <w:b w:val="0"/>
          <w:i w:val="0"/>
          <w:sz w:val="21"/>
        </w:rPr>
        <w:t>. -15/2·36/5)</w:t>
      </w:r>
    </w:p>
    <w:p>
      <w:pPr>
        <w:spacing w:before="0" w:after="80" w:line="300" w:lineRule="auto"/>
        <w:jc w:val="left"/>
      </w:pPr>
      <w:r>
        <w:rPr>
          <w:rFonts w:ascii="Times New Roman" w:hAnsi="Times New Roman" w:eastAsia="宋体"/>
          <w:b w:val="0"/>
          <w:i w:val="0"/>
          <w:sz w:val="21"/>
        </w:rPr>
        <w:t>=117/2=581/2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AB=20, AC=12, and angle C is right, BC=16. Put A=(0,0) and B=(20,0). Solving</w:t>
      </w:r>
    </w:p>
    <w:p>
      <w:pPr>
        <w:spacing w:before="0" w:after="80" w:line="300" w:lineRule="auto"/>
        <w:jc w:val="left"/>
      </w:pPr>
      <w:r>
        <w:rPr>
          <w:rFonts w:ascii="Times New Roman" w:hAnsi="Times New Roman" w:eastAsia="宋体"/>
          <w:b w:val="0"/>
          <w:i w:val="0"/>
          <w:color w:val="333333"/>
          <w:sz w:val="19"/>
        </w:rPr>
        <w:t>x_(C)²+y_(C)²=144,</w:t>
      </w:r>
    </w:p>
    <w:p>
      <w:pPr>
        <w:spacing w:before="0" w:after="80" w:line="300" w:lineRule="auto"/>
        <w:jc w:val="left"/>
      </w:pPr>
      <w:r>
        <w:rPr>
          <w:rFonts w:ascii="Times New Roman" w:hAnsi="Times New Roman" w:eastAsia="宋体"/>
          <w:b w:val="0"/>
          <w:i w:val="0"/>
          <w:color w:val="333333"/>
          <w:sz w:val="19"/>
        </w:rPr>
        <w:t>(x_(C)-20)²+y_(C)²=256</w:t>
      </w:r>
    </w:p>
    <w:p>
      <w:pPr>
        <w:spacing w:before="0" w:after="80" w:line="300" w:lineRule="auto"/>
        <w:jc w:val="left"/>
      </w:pPr>
      <w:r>
        <w:rPr>
          <w:rFonts w:ascii="Times New Roman" w:hAnsi="Times New Roman" w:eastAsia="宋体"/>
          <w:b w:val="0"/>
          <w:i w:val="0"/>
          <w:color w:val="333333"/>
          <w:sz w:val="19"/>
        </w:rPr>
        <w:t>gives C=(36/5,48/5). Also D=(10,0).</w:t>
      </w:r>
    </w:p>
    <w:p>
      <w:pPr>
        <w:spacing w:before="0" w:after="80" w:line="300" w:lineRule="auto"/>
        <w:jc w:val="left"/>
      </w:pPr>
      <w:r>
        <w:rPr>
          <w:rFonts w:ascii="Times New Roman" w:hAnsi="Times New Roman" w:eastAsia="宋体"/>
          <w:b w:val="0"/>
          <w:i w:val="0"/>
          <w:color w:val="333333"/>
          <w:sz w:val="19"/>
        </w:rPr>
        <w:t>The line CB meets x=10 at E=(10,15/2). The shoelace formula for A,D,E,C now gives</w:t>
      </w:r>
    </w:p>
    <w:p>
      <w:pPr>
        <w:spacing w:before="0" w:after="80" w:line="300" w:lineRule="auto"/>
        <w:jc w:val="left"/>
      </w:pPr>
      <w:r>
        <w:rPr>
          <w:rFonts w:ascii="Times New Roman" w:hAnsi="Times New Roman" w:eastAsia="宋体"/>
          <w:b w:val="0"/>
          <w:i w:val="0"/>
          <w:color w:val="333333"/>
          <w:sz w:val="19"/>
        </w:rPr>
        <w:t>[ADEC] =1/2( 10·15/2 +10·48/5.</w:t>
      </w:r>
    </w:p>
    <w:p>
      <w:pPr>
        <w:spacing w:before="0" w:after="80" w:line="300" w:lineRule="auto"/>
        <w:jc w:val="left"/>
      </w:pPr>
      <w:r>
        <w:rPr>
          <w:rFonts w:ascii="Times New Roman" w:hAnsi="Times New Roman" w:eastAsia="宋体"/>
          <w:b w:val="0"/>
          <w:i w:val="0"/>
          <w:color w:val="333333"/>
          <w:sz w:val="19"/>
        </w:rPr>
        <w:t>. -15/2·36/5)</w:t>
      </w:r>
    </w:p>
    <w:p>
      <w:pPr>
        <w:spacing w:before="0" w:after="80" w:line="300" w:lineRule="auto"/>
        <w:jc w:val="left"/>
      </w:pPr>
      <w:r>
        <w:rPr>
          <w:rFonts w:ascii="Times New Roman" w:hAnsi="Times New Roman" w:eastAsia="宋体"/>
          <w:b w:val="0"/>
          <w:i w:val="0"/>
          <w:color w:val="333333"/>
          <w:sz w:val="19"/>
        </w:rPr>
        <w:t>=117/2=581/2.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设总时间为 T 秒。爆破工与爆炸地点相距 8T 码，即 24T 英尺。因为声音在 30 秒后才开始传播，所以</w:t>
      </w:r>
    </w:p>
    <w:p>
      <w:pPr>
        <w:spacing w:before="0" w:after="80" w:line="300" w:lineRule="auto"/>
        <w:jc w:val="left"/>
      </w:pPr>
      <w:r>
        <w:rPr>
          <w:rFonts w:ascii="Times New Roman" w:hAnsi="Times New Roman" w:eastAsia="宋体"/>
          <w:b w:val="0"/>
          <w:i w:val="0"/>
          <w:sz w:val="21"/>
        </w:rPr>
        <w:t>1080(T-30)=24T。</w:t>
      </w:r>
    </w:p>
    <w:p>
      <w:pPr>
        <w:spacing w:before="0" w:after="80" w:line="300" w:lineRule="auto"/>
        <w:jc w:val="left"/>
      </w:pPr>
      <w:r>
        <w:rPr>
          <w:rFonts w:ascii="Times New Roman" w:hAnsi="Times New Roman" w:eastAsia="宋体"/>
          <w:b w:val="0"/>
          <w:i w:val="0"/>
          <w:sz w:val="21"/>
        </w:rPr>
        <w:t>因此 T=1350/44 秒，他跑出的距离为</w:t>
      </w:r>
    </w:p>
    <w:p>
      <w:pPr>
        <w:spacing w:before="0" w:after="80" w:line="300" w:lineRule="auto"/>
        <w:jc w:val="left"/>
      </w:pPr>
      <w:r>
        <w:rPr>
          <w:rFonts w:ascii="Times New Roman" w:hAnsi="Times New Roman" w:eastAsia="宋体"/>
          <w:b w:val="0"/>
          <w:i w:val="0"/>
          <w:sz w:val="21"/>
        </w:rPr>
        <w:t>8T=2700/11≈245.45码。</w:t>
      </w:r>
    </w:p>
    <w:p>
      <w:pPr>
        <w:spacing w:before="0" w:after="80" w:line="300" w:lineRule="auto"/>
        <w:jc w:val="left"/>
      </w:pPr>
      <w:r>
        <w:rPr>
          <w:rFonts w:ascii="Times New Roman" w:hAnsi="Times New Roman" w:eastAsia="宋体"/>
          <w:b w:val="0"/>
          <w:i w:val="0"/>
          <w:sz w:val="21"/>
        </w:rPr>
        <w:t>选项中与之近似的是 245 码，所以正确答案是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be the total time in seconds. The powderman is 8T yards, or 24T feet, from the blast. Because the sound starts after 30 seconds,</w:t>
      </w:r>
    </w:p>
    <w:p>
      <w:pPr>
        <w:spacing w:before="0" w:after="80" w:line="300" w:lineRule="auto"/>
        <w:jc w:val="left"/>
      </w:pPr>
      <w:r>
        <w:rPr>
          <w:rFonts w:ascii="Times New Roman" w:hAnsi="Times New Roman" w:eastAsia="宋体"/>
          <w:b w:val="0"/>
          <w:i w:val="0"/>
          <w:color w:val="333333"/>
          <w:sz w:val="19"/>
        </w:rPr>
        <w:t>1080(T-30)=24T.</w:t>
      </w:r>
    </w:p>
    <w:p>
      <w:pPr>
        <w:spacing w:before="0" w:after="80" w:line="300" w:lineRule="auto"/>
        <w:jc w:val="left"/>
      </w:pPr>
      <w:r>
        <w:rPr>
          <w:rFonts w:ascii="Times New Roman" w:hAnsi="Times New Roman" w:eastAsia="宋体"/>
          <w:b w:val="0"/>
          <w:i w:val="0"/>
          <w:color w:val="333333"/>
          <w:sz w:val="19"/>
        </w:rPr>
        <w:t>Thus T=1350/44 seconds, and the distance he ran is</w:t>
      </w:r>
    </w:p>
    <w:p>
      <w:pPr>
        <w:spacing w:before="0" w:after="80" w:line="300" w:lineRule="auto"/>
        <w:jc w:val="left"/>
      </w:pPr>
      <w:r>
        <w:rPr>
          <w:rFonts w:ascii="Times New Roman" w:hAnsi="Times New Roman" w:eastAsia="宋体"/>
          <w:b w:val="0"/>
          <w:i w:val="0"/>
          <w:color w:val="333333"/>
          <w:sz w:val="19"/>
        </w:rPr>
        <w:t>8T=2700/11≈245.45yards.</w:t>
      </w:r>
    </w:p>
    <w:p>
      <w:pPr>
        <w:spacing w:before="0" w:after="80" w:line="300" w:lineRule="auto"/>
        <w:jc w:val="left"/>
      </w:pPr>
      <w:r>
        <w:rPr>
          <w:rFonts w:ascii="Times New Roman" w:hAnsi="Times New Roman" w:eastAsia="宋体"/>
          <w:b w:val="0"/>
          <w:i w:val="0"/>
          <w:color w:val="333333"/>
          <w:sz w:val="19"/>
        </w:rPr>
        <w:t>Approximately 245 yards is the listed value, so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C</w:t>
      </w:r>
    </w:p>
    <w:p>
      <w:pPr>
        <w:spacing w:before="0" w:after="80" w:line="300" w:lineRule="auto"/>
        <w:jc w:val="left"/>
      </w:pPr>
      <w:r>
        <w:rPr>
          <w:rFonts w:ascii="Times New Roman" w:hAnsi="Times New Roman" w:eastAsia="宋体"/>
          <w:b w:val="0"/>
          <w:i w:val="0"/>
          <w:sz w:val="21"/>
        </w:rPr>
        <w:t>设 u=r+1/r。展开 u³，得到</w:t>
      </w:r>
    </w:p>
    <w:p>
      <w:pPr>
        <w:spacing w:before="0" w:after="80" w:line="300" w:lineRule="auto"/>
        <w:jc w:val="left"/>
      </w:pPr>
      <w:r>
        <w:rPr>
          <w:rFonts w:ascii="Times New Roman" w:hAnsi="Times New Roman" w:eastAsia="宋体"/>
          <w:b w:val="0"/>
          <w:i w:val="0"/>
          <w:sz w:val="21"/>
        </w:rPr>
        <w:t>r³+1/r³=u³-3u。</w:t>
      </w:r>
    </w:p>
    <w:p>
      <w:pPr>
        <w:spacing w:before="0" w:after="80" w:line="300" w:lineRule="auto"/>
        <w:jc w:val="left"/>
      </w:pPr>
      <w:r>
        <w:rPr>
          <w:rFonts w:ascii="Times New Roman" w:hAnsi="Times New Roman" w:eastAsia="宋体"/>
          <w:b w:val="0"/>
          <w:i w:val="0"/>
          <w:sz w:val="21"/>
        </w:rPr>
        <w:t>因为 u²=3，该式变为 u(u²-3)=0。</w:t>
      </w:r>
    </w:p>
    <w:p>
      <w:pPr>
        <w:spacing w:before="0" w:after="80" w:line="300" w:lineRule="auto"/>
        <w:jc w:val="left"/>
      </w:pPr>
      <w:r>
        <w:rPr>
          <w:rFonts w:ascii="Times New Roman" w:hAnsi="Times New Roman" w:eastAsia="宋体"/>
          <w:b w:val="0"/>
          <w:i w:val="0"/>
          <w:sz w:val="21"/>
        </w:rPr>
        <w:t>因此，所求值为 0，所以正确答案是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u=r+1/r. Expanding u³ gives</w:t>
      </w:r>
    </w:p>
    <w:p>
      <w:pPr>
        <w:spacing w:before="0" w:after="80" w:line="300" w:lineRule="auto"/>
        <w:jc w:val="left"/>
      </w:pPr>
      <w:r>
        <w:rPr>
          <w:rFonts w:ascii="Times New Roman" w:hAnsi="Times New Roman" w:eastAsia="宋体"/>
          <w:b w:val="0"/>
          <w:i w:val="0"/>
          <w:color w:val="333333"/>
          <w:sz w:val="19"/>
        </w:rPr>
        <w:t>r³+1/r³=u³-3u.</w:t>
      </w:r>
    </w:p>
    <w:p>
      <w:pPr>
        <w:spacing w:before="0" w:after="80" w:line="300" w:lineRule="auto"/>
        <w:jc w:val="left"/>
      </w:pPr>
      <w:r>
        <w:rPr>
          <w:rFonts w:ascii="Times New Roman" w:hAnsi="Times New Roman" w:eastAsia="宋体"/>
          <w:b w:val="0"/>
          <w:i w:val="0"/>
          <w:color w:val="333333"/>
          <w:sz w:val="19"/>
        </w:rPr>
        <w:t>Since u²=3, this becomes u(u²-3)=0.</w:t>
      </w:r>
    </w:p>
    <w:p>
      <w:pPr>
        <w:spacing w:before="0" w:after="80" w:line="300" w:lineRule="auto"/>
        <w:jc w:val="left"/>
      </w:pPr>
      <w:r>
        <w:rPr>
          <w:rFonts w:ascii="Times New Roman" w:hAnsi="Times New Roman" w:eastAsia="宋体"/>
          <w:b w:val="0"/>
          <w:i w:val="0"/>
          <w:color w:val="333333"/>
          <w:sz w:val="19"/>
        </w:rPr>
        <w:t>Thus the value is 0, so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E</w:t>
      </w:r>
    </w:p>
    <w:p>
      <w:pPr>
        <w:spacing w:before="0" w:after="80" w:line="300" w:lineRule="auto"/>
        <w:jc w:val="left"/>
      </w:pPr>
      <w:r>
        <w:rPr>
          <w:rFonts w:ascii="Times New Roman" w:hAnsi="Times New Roman" w:eastAsia="宋体"/>
          <w:b w:val="0"/>
          <w:i w:val="0"/>
          <w:sz w:val="21"/>
        </w:rPr>
        <w:t>边长为 s 的等边三角形，其高为 (s√(3))/2。因此，第一个三角形的边长为 2R/(√(3))，周长为 2√(3)R。内接于半径为 R 的圆的等边三角形边长为 √(3)R，周长为 3√(3)R。</w:t>
      </w:r>
    </w:p>
    <w:p>
      <w:pPr>
        <w:spacing w:before="0" w:after="80" w:line="300" w:lineRule="auto"/>
        <w:jc w:val="left"/>
      </w:pPr>
      <w:r>
        <w:rPr>
          <w:rFonts w:ascii="Times New Roman" w:hAnsi="Times New Roman" w:eastAsia="宋体"/>
          <w:b w:val="0"/>
          <w:i w:val="0"/>
          <w:sz w:val="21"/>
        </w:rPr>
        <w:t>因此，周长之比为 2:3，所以正确答案是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equilateral triangle with side s has altitude (s√(3))/2. Thus the first triangle has side 2R/(√(3)) and perimeter 2√(3)R. An equilateral triangle inscribed in a circle of radius R has side √(3)R and perimeter 3√(3)R.</w:t>
      </w:r>
    </w:p>
    <w:p>
      <w:pPr>
        <w:spacing w:before="0" w:after="80" w:line="300" w:lineRule="auto"/>
        <w:jc w:val="left"/>
      </w:pPr>
      <w:r>
        <w:rPr>
          <w:rFonts w:ascii="Times New Roman" w:hAnsi="Times New Roman" w:eastAsia="宋体"/>
          <w:b w:val="0"/>
          <w:i w:val="0"/>
          <w:color w:val="333333"/>
          <w:sz w:val="19"/>
        </w:rPr>
        <w:t>The perimeter ratio is therefore 2:3, so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C</w:t>
      </w:r>
    </w:p>
    <w:p>
      <w:pPr>
        <w:spacing w:before="0" w:after="80" w:line="300" w:lineRule="auto"/>
        <w:jc w:val="left"/>
      </w:pPr>
      <w:r>
        <w:rPr>
          <w:rFonts w:ascii="Times New Roman" w:hAnsi="Times New Roman" w:eastAsia="宋体"/>
          <w:b w:val="0"/>
          <w:i w:val="0"/>
          <w:sz w:val="21"/>
        </w:rPr>
        <w:t>y 值的相邻差为 4,6,8,10，这些数的相邻差都为 2。因此，数据符合首项系数为一的二次式。代入可知，</w:t>
      </w:r>
    </w:p>
    <w:p>
      <w:pPr>
        <w:spacing w:before="0" w:after="80" w:line="300" w:lineRule="auto"/>
        <w:jc w:val="left"/>
      </w:pPr>
      <w:r>
        <w:rPr>
          <w:rFonts w:ascii="Times New Roman" w:hAnsi="Times New Roman" w:eastAsia="宋体"/>
          <w:b w:val="0"/>
          <w:i w:val="0"/>
          <w:sz w:val="21"/>
        </w:rPr>
        <w:t>y=x²+x+1</w:t>
      </w:r>
    </w:p>
    <w:p>
      <w:pPr>
        <w:spacing w:before="0" w:after="80" w:line="300" w:lineRule="auto"/>
        <w:jc w:val="left"/>
      </w:pPr>
      <w:r>
        <w:rPr>
          <w:rFonts w:ascii="Times New Roman" w:hAnsi="Times New Roman" w:eastAsia="宋体"/>
          <w:b w:val="0"/>
          <w:i w:val="0"/>
          <w:sz w:val="21"/>
        </w:rPr>
        <w:t>依次给出 3,7,13,21,31，对应于 x=1,2,3,4,5。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successive differences of the y-values are 4,6,8,10, whose successive differences are all 2. Thus the data fit a monic quadratic. Substitution shows</w:t>
      </w:r>
    </w:p>
    <w:p>
      <w:pPr>
        <w:spacing w:before="0" w:after="80" w:line="300" w:lineRule="auto"/>
        <w:jc w:val="left"/>
      </w:pPr>
      <w:r>
        <w:rPr>
          <w:rFonts w:ascii="Times New Roman" w:hAnsi="Times New Roman" w:eastAsia="宋体"/>
          <w:b w:val="0"/>
          <w:i w:val="0"/>
          <w:color w:val="333333"/>
          <w:sz w:val="19"/>
        </w:rPr>
        <w:t>y=x²+x+1</w:t>
      </w:r>
    </w:p>
    <w:p>
      <w:pPr>
        <w:spacing w:before="0" w:after="80" w:line="300" w:lineRule="auto"/>
        <w:jc w:val="left"/>
      </w:pPr>
      <w:r>
        <w:rPr>
          <w:rFonts w:ascii="Times New Roman" w:hAnsi="Times New Roman" w:eastAsia="宋体"/>
          <w:b w:val="0"/>
          <w:i w:val="0"/>
          <w:color w:val="333333"/>
          <w:sz w:val="19"/>
        </w:rPr>
        <w:t>gives 3,7,13,21,31 at x=1,2,3,4,5, respectively.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A</w:t>
      </w:r>
    </w:p>
    <w:p>
      <w:pPr>
        <w:spacing w:before="0" w:after="80" w:line="300" w:lineRule="auto"/>
        <w:jc w:val="left"/>
      </w:pPr>
      <w:r>
        <w:rPr>
          <w:rFonts w:ascii="Times New Roman" w:hAnsi="Times New Roman" w:eastAsia="宋体"/>
          <w:b w:val="0"/>
          <w:i w:val="0"/>
          <w:sz w:val="21"/>
        </w:rPr>
        <w:t>将圆心置于原点，取 C=(0,5)，并设 H=(x,y)。方程组</w:t>
      </w:r>
    </w:p>
    <w:p>
      <w:pPr>
        <w:spacing w:before="0" w:after="80" w:line="300" w:lineRule="auto"/>
        <w:jc w:val="left"/>
      </w:pPr>
      <w:r>
        <w:rPr>
          <w:rFonts w:ascii="Times New Roman" w:hAnsi="Times New Roman" w:eastAsia="宋体"/>
          <w:b w:val="0"/>
          <w:i w:val="0"/>
          <w:sz w:val="21"/>
        </w:rPr>
        <w:t>x²+y²=25,</w:t>
      </w:r>
    </w:p>
    <w:p>
      <w:pPr>
        <w:spacing w:before="0" w:after="80" w:line="300" w:lineRule="auto"/>
        <w:jc w:val="left"/>
      </w:pPr>
      <w:r>
        <w:rPr>
          <w:rFonts w:ascii="Times New Roman" w:hAnsi="Times New Roman" w:eastAsia="宋体"/>
          <w:b w:val="0"/>
          <w:i w:val="0"/>
          <w:sz w:val="21"/>
        </w:rPr>
        <w:t>x²+(y-5)²=64</w:t>
      </w:r>
    </w:p>
    <w:p>
      <w:pPr>
        <w:spacing w:before="0" w:after="80" w:line="300" w:lineRule="auto"/>
        <w:jc w:val="left"/>
      </w:pPr>
      <w:r>
        <w:rPr>
          <w:rFonts w:ascii="Times New Roman" w:hAnsi="Times New Roman" w:eastAsia="宋体"/>
          <w:b w:val="0"/>
          <w:i w:val="0"/>
          <w:sz w:val="21"/>
        </w:rPr>
        <w:t>给出 y=-7/5 和 x=±24/5。取 x=24/5 不影响两段的长度。</w:t>
      </w:r>
    </w:p>
    <w:p>
      <w:pPr>
        <w:spacing w:before="0" w:after="80" w:line="300" w:lineRule="auto"/>
        <w:jc w:val="left"/>
      </w:pPr>
      <w:r>
        <w:rPr>
          <w:rFonts w:ascii="Times New Roman" w:hAnsi="Times New Roman" w:eastAsia="宋体"/>
          <w:b w:val="0"/>
          <w:i w:val="0"/>
          <w:sz w:val="21"/>
        </w:rPr>
        <w:t>从 C=(0,5) 到 H=(24/5,-7/5) 的直线与 y=0 相交于 x=15/4 处。因此，该交点到端点 (-5,0) 和 (5,0) 的距离如下；这两个端点构成直径 AB：</w:t>
      </w:r>
    </w:p>
    <w:p>
      <w:pPr>
        <w:spacing w:before="0" w:after="80" w:line="300" w:lineRule="auto"/>
        <w:jc w:val="left"/>
      </w:pPr>
      <w:r>
        <w:rPr>
          <w:rFonts w:ascii="Times New Roman" w:hAnsi="Times New Roman" w:eastAsia="宋体"/>
          <w:b w:val="0"/>
          <w:i w:val="0"/>
          <w:sz w:val="21"/>
        </w:rPr>
        <w:t>5+15/4=35/4=8.75,</w:t>
      </w:r>
    </w:p>
    <w:p>
      <w:pPr>
        <w:spacing w:before="0" w:after="80" w:line="300" w:lineRule="auto"/>
        <w:jc w:val="left"/>
      </w:pPr>
      <w:r>
        <w:rPr>
          <w:rFonts w:ascii="Times New Roman" w:hAnsi="Times New Roman" w:eastAsia="宋体"/>
          <w:b w:val="0"/>
          <w:i w:val="0"/>
          <w:sz w:val="21"/>
        </w:rPr>
        <w:t>5-15/4=5/4=1.25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the circle at the origin with C=(0,5) and let H=(x,y). The equations</w:t>
      </w:r>
    </w:p>
    <w:p>
      <w:pPr>
        <w:spacing w:before="0" w:after="80" w:line="300" w:lineRule="auto"/>
        <w:jc w:val="left"/>
      </w:pPr>
      <w:r>
        <w:rPr>
          <w:rFonts w:ascii="Times New Roman" w:hAnsi="Times New Roman" w:eastAsia="宋体"/>
          <w:b w:val="0"/>
          <w:i w:val="0"/>
          <w:color w:val="333333"/>
          <w:sz w:val="19"/>
        </w:rPr>
        <w:t>x²+y²=25,</w:t>
      </w:r>
    </w:p>
    <w:p>
      <w:pPr>
        <w:spacing w:before="0" w:after="80" w:line="300" w:lineRule="auto"/>
        <w:jc w:val="left"/>
      </w:pPr>
      <w:r>
        <w:rPr>
          <w:rFonts w:ascii="Times New Roman" w:hAnsi="Times New Roman" w:eastAsia="宋体"/>
          <w:b w:val="0"/>
          <w:i w:val="0"/>
          <w:color w:val="333333"/>
          <w:sz w:val="19"/>
        </w:rPr>
        <w:t>x²+(y-5)²=64</w:t>
      </w:r>
    </w:p>
    <w:p>
      <w:pPr>
        <w:spacing w:before="0" w:after="80" w:line="300" w:lineRule="auto"/>
        <w:jc w:val="left"/>
      </w:pPr>
      <w:r>
        <w:rPr>
          <w:rFonts w:ascii="Times New Roman" w:hAnsi="Times New Roman" w:eastAsia="宋体"/>
          <w:b w:val="0"/>
          <w:i w:val="0"/>
          <w:color w:val="333333"/>
          <w:sz w:val="19"/>
        </w:rPr>
        <w:t>give y=-7/5 and x=±24/5. Taking x=24/5 does not change the segment lengths.</w:t>
      </w:r>
    </w:p>
    <w:p>
      <w:pPr>
        <w:spacing w:before="0" w:after="80" w:line="300" w:lineRule="auto"/>
        <w:jc w:val="left"/>
      </w:pPr>
      <w:r>
        <w:rPr>
          <w:rFonts w:ascii="Times New Roman" w:hAnsi="Times New Roman" w:eastAsia="宋体"/>
          <w:b w:val="0"/>
          <w:i w:val="0"/>
          <w:color w:val="333333"/>
          <w:sz w:val="19"/>
        </w:rPr>
        <w:t>The line from C=(0,5) to H=(24/5,-7/5) crosses y=0 at x=15/4. Its distances to the endpoints (-5,0) and (5,0) of diameter AB are therefore</w:t>
      </w:r>
    </w:p>
    <w:p>
      <w:pPr>
        <w:spacing w:before="0" w:after="80" w:line="300" w:lineRule="auto"/>
        <w:jc w:val="left"/>
      </w:pPr>
      <w:r>
        <w:rPr>
          <w:rFonts w:ascii="Times New Roman" w:hAnsi="Times New Roman" w:eastAsia="宋体"/>
          <w:b w:val="0"/>
          <w:i w:val="0"/>
          <w:color w:val="333333"/>
          <w:sz w:val="19"/>
        </w:rPr>
        <w:t>5+15/4=35/4=8.75,</w:t>
      </w:r>
    </w:p>
    <w:p>
      <w:pPr>
        <w:spacing w:before="0" w:after="80" w:line="300" w:lineRule="auto"/>
        <w:jc w:val="left"/>
      </w:pPr>
      <w:r>
        <w:rPr>
          <w:rFonts w:ascii="Times New Roman" w:hAnsi="Times New Roman" w:eastAsia="宋体"/>
          <w:b w:val="0"/>
          <w:i w:val="0"/>
          <w:color w:val="333333"/>
          <w:sz w:val="19"/>
        </w:rPr>
        <w:t>5-15/4=5/4=1.25.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A</w:t>
      </w:r>
    </w:p>
    <w:p>
      <w:pPr>
        <w:spacing w:before="0" w:after="80" w:line="300" w:lineRule="auto"/>
        <w:jc w:val="left"/>
      </w:pPr>
      <w:r>
        <w:rPr>
          <w:rFonts w:ascii="Times New Roman" w:hAnsi="Times New Roman" w:eastAsia="宋体"/>
          <w:b w:val="0"/>
          <w:i w:val="0"/>
          <w:sz w:val="21"/>
        </w:rPr>
        <w:t>求和公式给出</w:t>
      </w:r>
    </w:p>
    <w:p>
      <w:pPr>
        <w:spacing w:before="0" w:after="80" w:line="300" w:lineRule="auto"/>
        <w:jc w:val="left"/>
      </w:pPr>
      <w:r>
        <w:rPr>
          <w:rFonts w:ascii="Times New Roman" w:hAnsi="Times New Roman" w:eastAsia="宋体"/>
          <w:b w:val="0"/>
          <w:i w:val="0"/>
          <w:sz w:val="21"/>
        </w:rPr>
        <w:t>S₁₀=5(2a+9d),</w:t>
      </w:r>
    </w:p>
    <w:p>
      <w:pPr>
        <w:spacing w:before="0" w:after="80" w:line="300" w:lineRule="auto"/>
        <w:jc w:val="left"/>
      </w:pPr>
      <w:r>
        <w:rPr>
          <w:rFonts w:ascii="Times New Roman" w:hAnsi="Times New Roman" w:eastAsia="宋体"/>
          <w:b w:val="0"/>
          <w:i w:val="0"/>
          <w:sz w:val="21"/>
        </w:rPr>
        <w:t>S₅=5/2(2a+4d)</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方程 S₁₀=4S₅ 化为</w:t>
      </w:r>
    </w:p>
    <w:p>
      <w:pPr>
        <w:spacing w:before="0" w:after="80" w:line="300" w:lineRule="auto"/>
        <w:jc w:val="left"/>
      </w:pPr>
      <w:r>
        <w:rPr>
          <w:rFonts w:ascii="Times New Roman" w:hAnsi="Times New Roman" w:eastAsia="宋体"/>
          <w:b w:val="0"/>
          <w:i w:val="0"/>
          <w:sz w:val="21"/>
        </w:rPr>
        <w:t>2a+9d=2(2a+4d)，</w:t>
      </w:r>
    </w:p>
    <w:p>
      <w:pPr>
        <w:spacing w:before="0" w:after="80" w:line="300" w:lineRule="auto"/>
        <w:jc w:val="left"/>
      </w:pPr>
      <w:r>
        <w:rPr>
          <w:rFonts w:ascii="Times New Roman" w:hAnsi="Times New Roman" w:eastAsia="宋体"/>
          <w:b w:val="0"/>
          <w:i w:val="0"/>
          <w:sz w:val="21"/>
        </w:rPr>
        <w:t>所以 d=2a。因此 a:d=1:2。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formula gives</w:t>
      </w:r>
    </w:p>
    <w:p>
      <w:pPr>
        <w:spacing w:before="0" w:after="80" w:line="300" w:lineRule="auto"/>
        <w:jc w:val="left"/>
      </w:pPr>
      <w:r>
        <w:rPr>
          <w:rFonts w:ascii="Times New Roman" w:hAnsi="Times New Roman" w:eastAsia="宋体"/>
          <w:b w:val="0"/>
          <w:i w:val="0"/>
          <w:color w:val="333333"/>
          <w:sz w:val="19"/>
        </w:rPr>
        <w:t>S₁₀=5(2a+9d),</w:t>
      </w:r>
    </w:p>
    <w:p>
      <w:pPr>
        <w:spacing w:before="0" w:after="80" w:line="300" w:lineRule="auto"/>
        <w:jc w:val="left"/>
      </w:pPr>
      <w:r>
        <w:rPr>
          <w:rFonts w:ascii="Times New Roman" w:hAnsi="Times New Roman" w:eastAsia="宋体"/>
          <w:b w:val="0"/>
          <w:i w:val="0"/>
          <w:color w:val="333333"/>
          <w:sz w:val="19"/>
        </w:rPr>
        <w:t>S₅=5/2(2a+4d).</w:t>
      </w:r>
    </w:p>
    <w:p>
      <w:pPr>
        <w:spacing w:before="0" w:after="80" w:line="300" w:lineRule="auto"/>
        <w:jc w:val="left"/>
      </w:pPr>
      <w:r>
        <w:rPr>
          <w:rFonts w:ascii="Times New Roman" w:hAnsi="Times New Roman" w:eastAsia="宋体"/>
          <w:b w:val="0"/>
          <w:i w:val="0"/>
          <w:color w:val="333333"/>
          <w:sz w:val="19"/>
        </w:rPr>
        <w:t>The equation S₁₀=4S₅ becomes</w:t>
      </w:r>
    </w:p>
    <w:p>
      <w:pPr>
        <w:spacing w:before="0" w:after="80" w:line="300" w:lineRule="auto"/>
        <w:jc w:val="left"/>
      </w:pPr>
      <w:r>
        <w:rPr>
          <w:rFonts w:ascii="Times New Roman" w:hAnsi="Times New Roman" w:eastAsia="宋体"/>
          <w:b w:val="0"/>
          <w:i w:val="0"/>
          <w:color w:val="333333"/>
          <w:sz w:val="19"/>
        </w:rPr>
        <w:t>2a+9d=2(2a+4d),</w:t>
      </w:r>
    </w:p>
    <w:p>
      <w:pPr>
        <w:spacing w:before="0" w:after="80" w:line="300" w:lineRule="auto"/>
        <w:jc w:val="left"/>
      </w:pPr>
      <w:r>
        <w:rPr>
          <w:rFonts w:ascii="Times New Roman" w:hAnsi="Times New Roman" w:eastAsia="宋体"/>
          <w:b w:val="0"/>
          <w:i w:val="0"/>
          <w:color w:val="333333"/>
          <w:sz w:val="19"/>
        </w:rPr>
        <w:t>so d=2a. Hence a:d=1:2.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D</w:t>
      </w:r>
    </w:p>
    <w:p>
      <w:pPr>
        <w:spacing w:before="0" w:after="80" w:line="300" w:lineRule="auto"/>
        <w:jc w:val="left"/>
      </w:pPr>
      <w:r>
        <w:rPr>
          <w:rFonts w:ascii="Times New Roman" w:hAnsi="Times New Roman" w:eastAsia="宋体"/>
          <w:b w:val="0"/>
          <w:i w:val="0"/>
          <w:sz w:val="21"/>
        </w:rPr>
        <w:t>每一对点确定一条直线；又因为任意三点不共线，所以没有一条直线会由多于一对点重复计数。因此，直线条数为</w:t>
      </w:r>
    </w:p>
    <w:p>
      <w:pPr>
        <w:spacing w:before="0" w:after="80" w:line="300" w:lineRule="auto"/>
        <w:jc w:val="left"/>
      </w:pPr>
      <w:r>
        <w:rPr>
          <w:rFonts w:ascii="Times New Roman" w:hAnsi="Times New Roman" w:eastAsia="宋体"/>
          <w:b w:val="0"/>
          <w:i w:val="0"/>
          <w:sz w:val="21"/>
        </w:rPr>
        <w:t>C(12, 2)=(12·11)/2=66。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pair of points determines one line, and no line is counted by more than one pair because no three points are collinear. Therefore the number of lines is</w:t>
      </w:r>
    </w:p>
    <w:p>
      <w:pPr>
        <w:spacing w:before="0" w:after="80" w:line="300" w:lineRule="auto"/>
        <w:jc w:val="left"/>
      </w:pPr>
      <w:r>
        <w:rPr>
          <w:rFonts w:ascii="Times New Roman" w:hAnsi="Times New Roman" w:eastAsia="宋体"/>
          <w:b w:val="0"/>
          <w:i w:val="0"/>
          <w:color w:val="333333"/>
          <w:sz w:val="19"/>
        </w:rPr>
        <w:t>C(12, 2)=(12·11)/2=66.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D</w:t>
      </w:r>
    </w:p>
    <w:p>
      <w:pPr>
        <w:spacing w:before="0" w:after="80" w:line="300" w:lineRule="auto"/>
        <w:jc w:val="left"/>
      </w:pPr>
      <w:r>
        <w:rPr>
          <w:rFonts w:ascii="Times New Roman" w:hAnsi="Times New Roman" w:eastAsia="宋体"/>
          <w:b w:val="0"/>
          <w:i w:val="0"/>
          <w:sz w:val="21"/>
        </w:rPr>
        <w:t>对 K 而言，路程为 30 英里，速度为每小时 x 英里。因此</w:t>
      </w:r>
    </w:p>
    <w:p>
      <w:pPr>
        <w:spacing w:before="0" w:after="80" w:line="300" w:lineRule="auto"/>
        <w:jc w:val="left"/>
      </w:pPr>
      <w:r>
        <w:rPr>
          <w:rFonts w:ascii="Times New Roman" w:hAnsi="Times New Roman" w:eastAsia="宋体"/>
          <w:b w:val="0"/>
          <w:i w:val="0"/>
          <w:sz w:val="21"/>
        </w:rPr>
        <w:t>时间=路程/速度 =30/x小时。</w:t>
      </w:r>
    </w:p>
    <w:p>
      <w:pPr>
        <w:spacing w:before="0" w:after="80" w:line="300" w:lineRule="auto"/>
        <w:jc w:val="left"/>
      </w:pPr>
      <w:r>
        <w:rPr>
          <w:rFonts w:ascii="Times New Roman" w:hAnsi="Times New Roman" w:eastAsia="宋体"/>
          <w:b w:val="0"/>
          <w:i w:val="0"/>
          <w:sz w:val="21"/>
        </w:rPr>
        <w:t>写出这个表达式并不需要利用与 M 的比较。</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K, the distance is 30 miles and the rate is x miles per hour. Thus</w:t>
      </w:r>
    </w:p>
    <w:p>
      <w:pPr>
        <w:spacing w:before="0" w:after="80" w:line="300" w:lineRule="auto"/>
        <w:jc w:val="left"/>
      </w:pPr>
      <w:r>
        <w:rPr>
          <w:rFonts w:ascii="Times New Roman" w:hAnsi="Times New Roman" w:eastAsia="宋体"/>
          <w:b w:val="0"/>
          <w:i w:val="0"/>
          <w:color w:val="333333"/>
          <w:sz w:val="19"/>
        </w:rPr>
        <w:t>time=distance/rate =30/xhours.</w:t>
      </w:r>
    </w:p>
    <w:p>
      <w:pPr>
        <w:spacing w:before="0" w:after="80" w:line="300" w:lineRule="auto"/>
        <w:jc w:val="left"/>
      </w:pPr>
      <w:r>
        <w:rPr>
          <w:rFonts w:ascii="Times New Roman" w:hAnsi="Times New Roman" w:eastAsia="宋体"/>
          <w:b w:val="0"/>
          <w:i w:val="0"/>
          <w:color w:val="333333"/>
          <w:sz w:val="19"/>
        </w:rPr>
        <w:t>The comparison with M is not needed for this expression.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B</w:t>
      </w:r>
    </w:p>
    <w:p>
      <w:pPr>
        <w:spacing w:before="0" w:after="80" w:line="300" w:lineRule="auto"/>
        <w:jc w:val="left"/>
      </w:pPr>
      <w:r>
        <w:rPr>
          <w:rFonts w:ascii="Times New Roman" w:hAnsi="Times New Roman" w:eastAsia="宋体"/>
          <w:b w:val="0"/>
          <w:i w:val="0"/>
          <w:sz w:val="21"/>
        </w:rPr>
        <w:t>公共周长为 P 时，圆的半径为 P/2π，所以面积为 P²/4π。正方形边长为 P/4，所以面积为 P²/16。因为 4π&lt;16，所以</w:t>
      </w:r>
    </w:p>
    <w:p>
      <w:pPr>
        <w:spacing w:before="0" w:after="80" w:line="300" w:lineRule="auto"/>
        <w:jc w:val="left"/>
      </w:pPr>
      <w:r>
        <w:rPr>
          <w:rFonts w:ascii="Times New Roman" w:hAnsi="Times New Roman" w:eastAsia="宋体"/>
          <w:b w:val="0"/>
          <w:i w:val="0"/>
          <w:sz w:val="21"/>
        </w:rPr>
        <w:t>P²/4π&gt;P²/16。</w:t>
      </w:r>
    </w:p>
    <w:p>
      <w:pPr>
        <w:spacing w:before="0" w:after="80" w:line="300" w:lineRule="auto"/>
        <w:jc w:val="left"/>
      </w:pPr>
      <w:r>
        <w:rPr>
          <w:rFonts w:ascii="Times New Roman" w:hAnsi="Times New Roman" w:eastAsia="宋体"/>
          <w:b w:val="0"/>
          <w:i w:val="0"/>
          <w:sz w:val="21"/>
        </w:rPr>
        <w:t>圆的面积较大，所以正确答案是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common perimeter P, the circle’s radius is P/2π, so its area is P²/4π. The square’s side is P/4, so its area is P²/16. Since 4π&lt;16,</w:t>
      </w:r>
    </w:p>
    <w:p>
      <w:pPr>
        <w:spacing w:before="0" w:after="80" w:line="300" w:lineRule="auto"/>
        <w:jc w:val="left"/>
      </w:pPr>
      <w:r>
        <w:rPr>
          <w:rFonts w:ascii="Times New Roman" w:hAnsi="Times New Roman" w:eastAsia="宋体"/>
          <w:b w:val="0"/>
          <w:i w:val="0"/>
          <w:color w:val="333333"/>
          <w:sz w:val="19"/>
        </w:rPr>
        <w:t>P²/4π&gt;P²/16.</w:t>
      </w:r>
    </w:p>
    <w:p>
      <w:pPr>
        <w:spacing w:before="0" w:after="80" w:line="300" w:lineRule="auto"/>
        <w:jc w:val="left"/>
      </w:pPr>
      <w:r>
        <w:rPr>
          <w:rFonts w:ascii="Times New Roman" w:hAnsi="Times New Roman" w:eastAsia="宋体"/>
          <w:b w:val="0"/>
          <w:i w:val="0"/>
          <w:color w:val="333333"/>
          <w:sz w:val="19"/>
        </w:rPr>
        <w:t>The circle has the greater area, so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E</w:t>
      </w:r>
    </w:p>
    <w:p>
      <w:pPr>
        <w:spacing w:before="0" w:after="80" w:line="300" w:lineRule="auto"/>
        <w:jc w:val="left"/>
      </w:pPr>
      <w:r>
        <w:rPr>
          <w:rFonts w:ascii="Times New Roman" w:hAnsi="Times New Roman" w:eastAsia="宋体"/>
          <w:b w:val="0"/>
          <w:i w:val="0"/>
          <w:sz w:val="21"/>
        </w:rPr>
        <w:t>若原价为 P 美元，则两次变价后的价格为</w:t>
      </w:r>
    </w:p>
    <w:p>
      <w:pPr>
        <w:spacing w:before="0" w:after="80" w:line="300" w:lineRule="auto"/>
        <w:jc w:val="left"/>
      </w:pPr>
      <w:r>
        <w:rPr>
          <w:rFonts w:ascii="Times New Roman" w:hAnsi="Times New Roman" w:eastAsia="宋体"/>
          <w:b w:val="0"/>
          <w:i w:val="0"/>
          <w:sz w:val="21"/>
        </w:rPr>
        <w:t>P(1+p/100) (1-p/100)</w:t>
      </w:r>
    </w:p>
    <w:p>
      <w:pPr>
        <w:spacing w:before="0" w:after="80" w:line="300" w:lineRule="auto"/>
        <w:jc w:val="left"/>
      </w:pPr>
      <w:r>
        <w:rPr>
          <w:rFonts w:ascii="Times New Roman" w:hAnsi="Times New Roman" w:eastAsia="宋体"/>
          <w:b w:val="0"/>
          <w:i w:val="0"/>
          <w:sz w:val="21"/>
        </w:rPr>
        <w:t>=P(1-p²/(10,000))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令该式等于 1，得到</w:t>
      </w:r>
    </w:p>
    <w:p>
      <w:pPr>
        <w:spacing w:before="0" w:after="80" w:line="300" w:lineRule="auto"/>
        <w:jc w:val="left"/>
      </w:pPr>
      <w:r>
        <w:rPr>
          <w:rFonts w:ascii="Times New Roman" w:hAnsi="Times New Roman" w:eastAsia="宋体"/>
          <w:b w:val="0"/>
          <w:i w:val="0"/>
          <w:sz w:val="21"/>
        </w:rPr>
        <w:t>P=(10,000)/(10,000-p²)。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original price is P dollars, then after both changes its price is</w:t>
      </w:r>
    </w:p>
    <w:p>
      <w:pPr>
        <w:spacing w:before="0" w:after="80" w:line="300" w:lineRule="auto"/>
        <w:jc w:val="left"/>
      </w:pPr>
      <w:r>
        <w:rPr>
          <w:rFonts w:ascii="Times New Roman" w:hAnsi="Times New Roman" w:eastAsia="宋体"/>
          <w:b w:val="0"/>
          <w:i w:val="0"/>
          <w:color w:val="333333"/>
          <w:sz w:val="19"/>
        </w:rPr>
        <w:t>P(1+p/100) (1-p/100)</w:t>
      </w:r>
    </w:p>
    <w:p>
      <w:pPr>
        <w:spacing w:before="0" w:after="80" w:line="300" w:lineRule="auto"/>
        <w:jc w:val="left"/>
      </w:pPr>
      <w:r>
        <w:rPr>
          <w:rFonts w:ascii="Times New Roman" w:hAnsi="Times New Roman" w:eastAsia="宋体"/>
          <w:b w:val="0"/>
          <w:i w:val="0"/>
          <w:color w:val="333333"/>
          <w:sz w:val="19"/>
        </w:rPr>
        <w:t>=P(1-p²/(10,000)).</w:t>
      </w:r>
    </w:p>
    <w:p>
      <w:pPr>
        <w:spacing w:before="0" w:after="80" w:line="300" w:lineRule="auto"/>
        <w:jc w:val="left"/>
      </w:pPr>
      <w:r>
        <w:rPr>
          <w:rFonts w:ascii="Times New Roman" w:hAnsi="Times New Roman" w:eastAsia="宋体"/>
          <w:b w:val="0"/>
          <w:i w:val="0"/>
          <w:color w:val="333333"/>
          <w:sz w:val="19"/>
        </w:rPr>
        <w:t>Setting this equal to 1 gives</w:t>
      </w:r>
    </w:p>
    <w:p>
      <w:pPr>
        <w:spacing w:before="0" w:after="80" w:line="300" w:lineRule="auto"/>
        <w:jc w:val="left"/>
      </w:pPr>
      <w:r>
        <w:rPr>
          <w:rFonts w:ascii="Times New Roman" w:hAnsi="Times New Roman" w:eastAsia="宋体"/>
          <w:b w:val="0"/>
          <w:i w:val="0"/>
          <w:color w:val="333333"/>
          <w:sz w:val="19"/>
        </w:rPr>
        <w:t>P=(10,000)/(10,000-p²).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A</w:t>
      </w:r>
    </w:p>
    <w:p>
      <w:pPr>
        <w:spacing w:before="0" w:after="80" w:line="300" w:lineRule="auto"/>
        <w:jc w:val="left"/>
      </w:pPr>
      <w:r>
        <w:rPr>
          <w:rFonts w:ascii="Times New Roman" w:hAnsi="Times New Roman" w:eastAsia="宋体"/>
          <w:b w:val="0"/>
          <w:i w:val="0"/>
          <w:sz w:val="21"/>
        </w:rPr>
        <w:t>先乘以共轭式 √(2)+√(3)+√(5)，得到</w:t>
      </w:r>
    </w:p>
    <w:p>
      <w:pPr>
        <w:spacing w:before="0" w:after="80" w:line="300" w:lineRule="auto"/>
        <w:jc w:val="left"/>
      </w:pPr>
      <w:r>
        <w:rPr>
          <w:rFonts w:ascii="Times New Roman" w:hAnsi="Times New Roman" w:eastAsia="宋体"/>
          <w:b w:val="0"/>
          <w:i w:val="0"/>
          <w:sz w:val="21"/>
        </w:rPr>
        <w:t>(√(2)(√(2)+√(3)+√(5)))/((√(2)+√(3))²-5)</w:t>
      </w:r>
    </w:p>
    <w:p>
      <w:pPr>
        <w:spacing w:before="0" w:after="80" w:line="300" w:lineRule="auto"/>
        <w:jc w:val="left"/>
      </w:pPr>
      <w:r>
        <w:rPr>
          <w:rFonts w:ascii="Times New Roman" w:hAnsi="Times New Roman" w:eastAsia="宋体"/>
          <w:b w:val="0"/>
          <w:i w:val="0"/>
          <w:sz w:val="21"/>
        </w:rPr>
        <w:t>=(2+√(6)+√(10))/(2√(6))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再将分子、分母同乘 √(6)，得到</w:t>
      </w:r>
    </w:p>
    <w:p>
      <w:pPr>
        <w:spacing w:before="0" w:after="80" w:line="300" w:lineRule="auto"/>
        <w:jc w:val="left"/>
      </w:pPr>
      <w:r>
        <w:rPr>
          <w:rFonts w:ascii="Times New Roman" w:hAnsi="Times New Roman" w:eastAsia="宋体"/>
          <w:b w:val="0"/>
          <w:i w:val="0"/>
          <w:sz w:val="21"/>
        </w:rPr>
        <w:t>(2√(6)+6+√(60))/12</w:t>
      </w:r>
    </w:p>
    <w:p>
      <w:pPr>
        <w:spacing w:before="0" w:after="80" w:line="300" w:lineRule="auto"/>
        <w:jc w:val="left"/>
      </w:pPr>
      <w:r>
        <w:rPr>
          <w:rFonts w:ascii="Times New Roman" w:hAnsi="Times New Roman" w:eastAsia="宋体"/>
          <w:b w:val="0"/>
          <w:i w:val="0"/>
          <w:sz w:val="21"/>
        </w:rPr>
        <w:t>=(3+√(6)+√(15))/6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 first by the conjugate √(2)+√(3)+√(5). This gives</w:t>
      </w:r>
    </w:p>
    <w:p>
      <w:pPr>
        <w:spacing w:before="0" w:after="80" w:line="300" w:lineRule="auto"/>
        <w:jc w:val="left"/>
      </w:pPr>
      <w:r>
        <w:rPr>
          <w:rFonts w:ascii="Times New Roman" w:hAnsi="Times New Roman" w:eastAsia="宋体"/>
          <w:b w:val="0"/>
          <w:i w:val="0"/>
          <w:color w:val="333333"/>
          <w:sz w:val="19"/>
        </w:rPr>
        <w:t>(√(2)(√(2)+√(3)+√(5)))/((√(2)+√(3))²-5)</w:t>
      </w:r>
    </w:p>
    <w:p>
      <w:pPr>
        <w:spacing w:before="0" w:after="80" w:line="300" w:lineRule="auto"/>
        <w:jc w:val="left"/>
      </w:pPr>
      <w:r>
        <w:rPr>
          <w:rFonts w:ascii="Times New Roman" w:hAnsi="Times New Roman" w:eastAsia="宋体"/>
          <w:b w:val="0"/>
          <w:i w:val="0"/>
          <w:color w:val="333333"/>
          <w:sz w:val="19"/>
        </w:rPr>
        <w:t>=(2+√(6)+√(10))/(2√(6)).</w:t>
      </w:r>
    </w:p>
    <w:p>
      <w:pPr>
        <w:spacing w:before="0" w:after="80" w:line="300" w:lineRule="auto"/>
        <w:jc w:val="left"/>
      </w:pPr>
      <w:r>
        <w:rPr>
          <w:rFonts w:ascii="Times New Roman" w:hAnsi="Times New Roman" w:eastAsia="宋体"/>
          <w:b w:val="0"/>
          <w:i w:val="0"/>
          <w:color w:val="333333"/>
          <w:sz w:val="19"/>
        </w:rPr>
        <w:t>Multiplying numerator and denominator by √(6) yields</w:t>
      </w:r>
    </w:p>
    <w:p>
      <w:pPr>
        <w:spacing w:before="0" w:after="80" w:line="300" w:lineRule="auto"/>
        <w:jc w:val="left"/>
      </w:pPr>
      <w:r>
        <w:rPr>
          <w:rFonts w:ascii="Times New Roman" w:hAnsi="Times New Roman" w:eastAsia="宋体"/>
          <w:b w:val="0"/>
          <w:i w:val="0"/>
          <w:color w:val="333333"/>
          <w:sz w:val="19"/>
        </w:rPr>
        <w:t>(2√(6)+6+√(60))/12</w:t>
      </w:r>
    </w:p>
    <w:p>
      <w:pPr>
        <w:spacing w:before="0" w:after="80" w:line="300" w:lineRule="auto"/>
        <w:jc w:val="left"/>
      </w:pPr>
      <w:r>
        <w:rPr>
          <w:rFonts w:ascii="Times New Roman" w:hAnsi="Times New Roman" w:eastAsia="宋体"/>
          <w:b w:val="0"/>
          <w:i w:val="0"/>
          <w:color w:val="333333"/>
          <w:sz w:val="19"/>
        </w:rPr>
        <w:t>=(3+√(6)+√(15))/6.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E</w:t>
      </w:r>
    </w:p>
    <w:p>
      <w:pPr>
        <w:spacing w:before="0" w:after="80" w:line="300" w:lineRule="auto"/>
        <w:jc w:val="left"/>
      </w:pPr>
      <w:r>
        <w:rPr>
          <w:rFonts w:ascii="Times New Roman" w:hAnsi="Times New Roman" w:eastAsia="宋体"/>
          <w:b w:val="0"/>
          <w:i w:val="0"/>
          <w:sz w:val="21"/>
        </w:rPr>
        <w:t>当 x≠-1 时，</w:t>
      </w:r>
    </w:p>
    <w:p>
      <w:pPr>
        <w:spacing w:before="0" w:after="80" w:line="300" w:lineRule="auto"/>
        <w:jc w:val="left"/>
      </w:pPr>
      <w:r>
        <w:rPr>
          <w:rFonts w:ascii="Times New Roman" w:hAnsi="Times New Roman" w:eastAsia="宋体"/>
          <w:b w:val="0"/>
          <w:i w:val="0"/>
          <w:sz w:val="21"/>
        </w:rPr>
        <w:t>x³+1/x²-1 =((x+1)(x²-x+1))/((x+1)(x-1))</w:t>
      </w:r>
    </w:p>
    <w:p>
      <w:pPr>
        <w:spacing w:before="0" w:after="80" w:line="300" w:lineRule="auto"/>
        <w:jc w:val="left"/>
      </w:pPr>
      <w:r>
        <w:rPr>
          <w:rFonts w:ascii="Times New Roman" w:hAnsi="Times New Roman" w:eastAsia="宋体"/>
          <w:b w:val="0"/>
          <w:i w:val="0"/>
          <w:sz w:val="21"/>
        </w:rPr>
        <w:t>=x²-x+1/x-1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它在 x=-1 处的极限为</w:t>
      </w:r>
    </w:p>
    <w:p>
      <w:pPr>
        <w:spacing w:before="0" w:after="80" w:line="300" w:lineRule="auto"/>
        <w:jc w:val="left"/>
      </w:pPr>
      <w:r>
        <w:rPr>
          <w:rFonts w:ascii="Times New Roman" w:hAnsi="Times New Roman" w:eastAsia="宋体"/>
          <w:b w:val="0"/>
          <w:i w:val="0"/>
          <w:sz w:val="21"/>
        </w:rPr>
        <w:t>1+1+1/-2=-3/2。</w:t>
      </w:r>
    </w:p>
    <w:p>
      <w:pPr>
        <w:spacing w:before="0" w:after="80" w:line="300" w:lineRule="auto"/>
        <w:jc w:val="left"/>
      </w:pPr>
      <w:r>
        <w:rPr>
          <w:rFonts w:ascii="Times New Roman" w:hAnsi="Times New Roman" w:eastAsia="宋体"/>
          <w:b w:val="0"/>
          <w:i w:val="0"/>
          <w:sz w:val="21"/>
        </w:rPr>
        <w:t>将函数在该点定义为此值即可消除间断。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x≠-1,</w:t>
      </w:r>
    </w:p>
    <w:p>
      <w:pPr>
        <w:spacing w:before="0" w:after="80" w:line="300" w:lineRule="auto"/>
        <w:jc w:val="left"/>
      </w:pPr>
      <w:r>
        <w:rPr>
          <w:rFonts w:ascii="Times New Roman" w:hAnsi="Times New Roman" w:eastAsia="宋体"/>
          <w:b w:val="0"/>
          <w:i w:val="0"/>
          <w:color w:val="333333"/>
          <w:sz w:val="19"/>
        </w:rPr>
        <w:t>x³+1/x²-1 =((x+1)(x²-x+1))/((x+1)(x-1))</w:t>
      </w:r>
    </w:p>
    <w:p>
      <w:pPr>
        <w:spacing w:before="0" w:after="80" w:line="300" w:lineRule="auto"/>
        <w:jc w:val="left"/>
      </w:pPr>
      <w:r>
        <w:rPr>
          <w:rFonts w:ascii="Times New Roman" w:hAnsi="Times New Roman" w:eastAsia="宋体"/>
          <w:b w:val="0"/>
          <w:i w:val="0"/>
          <w:color w:val="333333"/>
          <w:sz w:val="19"/>
        </w:rPr>
        <w:t>=x²-x+1/x-1.</w:t>
      </w:r>
    </w:p>
    <w:p>
      <w:pPr>
        <w:spacing w:before="0" w:after="80" w:line="300" w:lineRule="auto"/>
        <w:jc w:val="left"/>
      </w:pPr>
      <w:r>
        <w:rPr>
          <w:rFonts w:ascii="Times New Roman" w:hAnsi="Times New Roman" w:eastAsia="宋体"/>
          <w:b w:val="0"/>
          <w:i w:val="0"/>
          <w:color w:val="333333"/>
          <w:sz w:val="19"/>
        </w:rPr>
        <w:t>Its limit at x=-1 is</w:t>
      </w:r>
    </w:p>
    <w:p>
      <w:pPr>
        <w:spacing w:before="0" w:after="80" w:line="300" w:lineRule="auto"/>
        <w:jc w:val="left"/>
      </w:pPr>
      <w:r>
        <w:rPr>
          <w:rFonts w:ascii="Times New Roman" w:hAnsi="Times New Roman" w:eastAsia="宋体"/>
          <w:b w:val="0"/>
          <w:i w:val="0"/>
          <w:color w:val="333333"/>
          <w:sz w:val="19"/>
        </w:rPr>
        <w:t>1+1+1/-2=-3/2.</w:t>
      </w:r>
    </w:p>
    <w:p>
      <w:pPr>
        <w:spacing w:before="0" w:after="80" w:line="300" w:lineRule="auto"/>
        <w:jc w:val="left"/>
      </w:pPr>
      <w:r>
        <w:rPr>
          <w:rFonts w:ascii="Times New Roman" w:hAnsi="Times New Roman" w:eastAsia="宋体"/>
          <w:b w:val="0"/>
          <w:i w:val="0"/>
          <w:color w:val="333333"/>
          <w:sz w:val="19"/>
        </w:rPr>
        <w:t>Assigning this value removes the discontinuity.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B</w:t>
      </w:r>
    </w:p>
    <w:p>
      <w:pPr>
        <w:spacing w:before="0" w:after="80" w:line="300" w:lineRule="auto"/>
        <w:jc w:val="left"/>
      </w:pPr>
      <w:r>
        <w:rPr>
          <w:rFonts w:ascii="Times New Roman" w:hAnsi="Times New Roman" w:eastAsia="宋体"/>
          <w:b w:val="0"/>
          <w:i w:val="0"/>
          <w:sz w:val="21"/>
        </w:rPr>
        <w:t>两条等弦关于圆心对称，各距圆心 4 英寸。对任一弦，圆心处的半角满足 cosθ=4/8=1/2，所以 θ=60°。每个外侧弓形的面积等于一个 120° 扇形面积减去等腰三角形面积：</w:t>
      </w:r>
    </w:p>
    <w:p>
      <w:pPr>
        <w:spacing w:before="0" w:after="80" w:line="300" w:lineRule="auto"/>
        <w:jc w:val="left"/>
      </w:pPr>
      <w:r>
        <w:rPr>
          <w:rFonts w:ascii="Times New Roman" w:hAnsi="Times New Roman" w:eastAsia="宋体"/>
          <w:b w:val="0"/>
          <w:i w:val="0"/>
          <w:sz w:val="21"/>
        </w:rPr>
        <w:t>120/360π(8)² -1/2(8)²sin120°</w:t>
      </w:r>
    </w:p>
    <w:p>
      <w:pPr>
        <w:spacing w:before="0" w:after="80" w:line="300" w:lineRule="auto"/>
        <w:jc w:val="left"/>
      </w:pPr>
      <w:r>
        <w:rPr>
          <w:rFonts w:ascii="Times New Roman" w:hAnsi="Times New Roman" w:eastAsia="宋体"/>
          <w:b w:val="0"/>
          <w:i w:val="0"/>
          <w:sz w:val="21"/>
        </w:rPr>
        <w:t>=64π/3-16√(3)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因此，两弦之间的面积为</w:t>
      </w:r>
    </w:p>
    <w:p>
      <w:pPr>
        <w:spacing w:before="0" w:after="80" w:line="300" w:lineRule="auto"/>
        <w:jc w:val="left"/>
      </w:pPr>
      <w:r>
        <w:rPr>
          <w:rFonts w:ascii="Times New Roman" w:hAnsi="Times New Roman" w:eastAsia="宋体"/>
          <w:b w:val="0"/>
          <w:i w:val="0"/>
          <w:sz w:val="21"/>
        </w:rPr>
        <w:t>64π-2(64π/3-16√(3))</w:t>
      </w:r>
    </w:p>
    <w:p>
      <w:pPr>
        <w:spacing w:before="0" w:after="80" w:line="300" w:lineRule="auto"/>
        <w:jc w:val="left"/>
      </w:pPr>
      <w:r>
        <w:rPr>
          <w:rFonts w:ascii="Times New Roman" w:hAnsi="Times New Roman" w:eastAsia="宋体"/>
          <w:b w:val="0"/>
          <w:i w:val="0"/>
          <w:sz w:val="21"/>
        </w:rPr>
        <w:t>=64π/3+32√(3)</w:t>
      </w:r>
    </w:p>
    <w:p>
      <w:pPr>
        <w:spacing w:before="0" w:after="80" w:line="300" w:lineRule="auto"/>
        <w:jc w:val="left"/>
      </w:pPr>
      <w:r>
        <w:rPr>
          <w:rFonts w:ascii="Times New Roman" w:hAnsi="Times New Roman" w:eastAsia="宋体"/>
          <w:b w:val="0"/>
          <w:i w:val="0"/>
          <w:sz w:val="21"/>
        </w:rPr>
        <w:t>=211/3π+32√(3)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equal chords are symmetrically 4 inches from the center. For either chord, the half-angle at the center satisfies cosθ=4/8=1/2, so θ=60°. Each outer segment is a 120° sector minus the isosceles triangle:</w:t>
      </w:r>
    </w:p>
    <w:p>
      <w:pPr>
        <w:spacing w:before="0" w:after="80" w:line="300" w:lineRule="auto"/>
        <w:jc w:val="left"/>
      </w:pPr>
      <w:r>
        <w:rPr>
          <w:rFonts w:ascii="Times New Roman" w:hAnsi="Times New Roman" w:eastAsia="宋体"/>
          <w:b w:val="0"/>
          <w:i w:val="0"/>
          <w:color w:val="333333"/>
          <w:sz w:val="19"/>
        </w:rPr>
        <w:t>120/360π(8)² -1/2(8)²sin120°</w:t>
      </w:r>
    </w:p>
    <w:p>
      <w:pPr>
        <w:spacing w:before="0" w:after="80" w:line="300" w:lineRule="auto"/>
        <w:jc w:val="left"/>
      </w:pPr>
      <w:r>
        <w:rPr>
          <w:rFonts w:ascii="Times New Roman" w:hAnsi="Times New Roman" w:eastAsia="宋体"/>
          <w:b w:val="0"/>
          <w:i w:val="0"/>
          <w:color w:val="333333"/>
          <w:sz w:val="19"/>
        </w:rPr>
        <w:t>=64π/3-16√(3).</w:t>
      </w:r>
    </w:p>
    <w:p>
      <w:pPr>
        <w:spacing w:before="0" w:after="80" w:line="300" w:lineRule="auto"/>
        <w:jc w:val="left"/>
      </w:pPr>
      <w:r>
        <w:rPr>
          <w:rFonts w:ascii="Times New Roman" w:hAnsi="Times New Roman" w:eastAsia="宋体"/>
          <w:b w:val="0"/>
          <w:i w:val="0"/>
          <w:color w:val="333333"/>
          <w:sz w:val="19"/>
        </w:rPr>
        <w:t>The area between the chords is therefore</w:t>
      </w:r>
    </w:p>
    <w:p>
      <w:pPr>
        <w:spacing w:before="0" w:after="80" w:line="300" w:lineRule="auto"/>
        <w:jc w:val="left"/>
      </w:pPr>
      <w:r>
        <w:rPr>
          <w:rFonts w:ascii="Times New Roman" w:hAnsi="Times New Roman" w:eastAsia="宋体"/>
          <w:b w:val="0"/>
          <w:i w:val="0"/>
          <w:color w:val="333333"/>
          <w:sz w:val="19"/>
        </w:rPr>
        <w:t>64π-2(64π/3-16√(3))</w:t>
      </w:r>
    </w:p>
    <w:p>
      <w:pPr>
        <w:spacing w:before="0" w:after="80" w:line="300" w:lineRule="auto"/>
        <w:jc w:val="left"/>
      </w:pPr>
      <w:r>
        <w:rPr>
          <w:rFonts w:ascii="Times New Roman" w:hAnsi="Times New Roman" w:eastAsia="宋体"/>
          <w:b w:val="0"/>
          <w:i w:val="0"/>
          <w:color w:val="333333"/>
          <w:sz w:val="19"/>
        </w:rPr>
        <w:t>=64π/3+32√(3)</w:t>
      </w:r>
    </w:p>
    <w:p>
      <w:pPr>
        <w:spacing w:before="0" w:after="80" w:line="300" w:lineRule="auto"/>
        <w:jc w:val="left"/>
      </w:pPr>
      <w:r>
        <w:rPr>
          <w:rFonts w:ascii="Times New Roman" w:hAnsi="Times New Roman" w:eastAsia="宋体"/>
          <w:b w:val="0"/>
          <w:i w:val="0"/>
          <w:color w:val="333333"/>
          <w:sz w:val="19"/>
        </w:rPr>
        <w:t>=211/3π+32√(3).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D</w:t>
      </w:r>
    </w:p>
    <w:p>
      <w:pPr>
        <w:spacing w:before="0" w:after="80" w:line="300" w:lineRule="auto"/>
        <w:jc w:val="left"/>
      </w:pPr>
      <w:r>
        <w:rPr>
          <w:rFonts w:ascii="Times New Roman" w:hAnsi="Times New Roman" w:eastAsia="宋体"/>
          <w:b w:val="0"/>
          <w:i w:val="0"/>
          <w:sz w:val="21"/>
        </w:rPr>
        <w:t>若两条底边为 b₁,b₂，则</w:t>
      </w:r>
    </w:p>
    <w:p>
      <w:pPr>
        <w:spacing w:before="0" w:after="80" w:line="300" w:lineRule="auto"/>
        <w:jc w:val="left"/>
      </w:pPr>
      <w:r>
        <w:rPr>
          <w:rFonts w:ascii="Times New Roman" w:hAnsi="Times New Roman" w:eastAsia="宋体"/>
          <w:b w:val="0"/>
          <w:i w:val="0"/>
          <w:sz w:val="21"/>
        </w:rPr>
        <w:t>1400=1/2(b₁+b₂)(50)，</w:t>
      </w:r>
    </w:p>
    <w:p>
      <w:pPr>
        <w:spacing w:before="0" w:after="80" w:line="300" w:lineRule="auto"/>
        <w:jc w:val="left"/>
      </w:pPr>
      <w:r>
        <w:rPr>
          <w:rFonts w:ascii="Times New Roman" w:hAnsi="Times New Roman" w:eastAsia="宋体"/>
          <w:b w:val="0"/>
          <w:i w:val="0"/>
          <w:sz w:val="21"/>
        </w:rPr>
        <w:t>所以 b₁+b₂=56。由正的 8 的倍数组成的无序对为</w:t>
      </w:r>
    </w:p>
    <w:p>
      <w:pPr>
        <w:spacing w:before="0" w:after="80" w:line="300" w:lineRule="auto"/>
        <w:jc w:val="left"/>
      </w:pPr>
      <w:r>
        <w:rPr>
          <w:rFonts w:ascii="Times New Roman" w:hAnsi="Times New Roman" w:eastAsia="宋体"/>
          <w:b w:val="0"/>
          <w:i w:val="0"/>
          <w:sz w:val="21"/>
        </w:rPr>
        <w:t>(8,48), (16,40), (24,32)。</w:t>
      </w:r>
    </w:p>
    <w:p>
      <w:pPr>
        <w:spacing w:before="0" w:after="80" w:line="300" w:lineRule="auto"/>
        <w:jc w:val="left"/>
      </w:pPr>
      <w:r>
        <w:rPr>
          <w:rFonts w:ascii="Times New Roman" w:hAnsi="Times New Roman" w:eastAsia="宋体"/>
          <w:b w:val="0"/>
          <w:i w:val="0"/>
          <w:sz w:val="21"/>
        </w:rPr>
        <w:t>因此共有三组解。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bases are b₁,b₂, then</w:t>
      </w:r>
    </w:p>
    <w:p>
      <w:pPr>
        <w:spacing w:before="0" w:after="80" w:line="300" w:lineRule="auto"/>
        <w:jc w:val="left"/>
      </w:pPr>
      <w:r>
        <w:rPr>
          <w:rFonts w:ascii="Times New Roman" w:hAnsi="Times New Roman" w:eastAsia="宋体"/>
          <w:b w:val="0"/>
          <w:i w:val="0"/>
          <w:color w:val="333333"/>
          <w:sz w:val="19"/>
        </w:rPr>
        <w:t>1400=1/2(b₁+b₂)(50),</w:t>
      </w:r>
    </w:p>
    <w:p>
      <w:pPr>
        <w:spacing w:before="0" w:after="80" w:line="300" w:lineRule="auto"/>
        <w:jc w:val="left"/>
      </w:pPr>
      <w:r>
        <w:rPr>
          <w:rFonts w:ascii="Times New Roman" w:hAnsi="Times New Roman" w:eastAsia="宋体"/>
          <w:b w:val="0"/>
          <w:i w:val="0"/>
          <w:color w:val="333333"/>
          <w:sz w:val="19"/>
        </w:rPr>
        <w:t>so b₁+b₂=56. The unordered positive pairs of multiples of 8 are</w:t>
      </w:r>
    </w:p>
    <w:p>
      <w:pPr>
        <w:spacing w:before="0" w:after="80" w:line="300" w:lineRule="auto"/>
        <w:jc w:val="left"/>
      </w:pPr>
      <w:r>
        <w:rPr>
          <w:rFonts w:ascii="Times New Roman" w:hAnsi="Times New Roman" w:eastAsia="宋体"/>
          <w:b w:val="0"/>
          <w:i w:val="0"/>
          <w:color w:val="333333"/>
          <w:sz w:val="19"/>
        </w:rPr>
        <w:t>(8,48), (16,40), (24,32).</w:t>
      </w:r>
    </w:p>
    <w:p>
      <w:pPr>
        <w:spacing w:before="0" w:after="80" w:line="300" w:lineRule="auto"/>
        <w:jc w:val="left"/>
      </w:pPr>
      <w:r>
        <w:rPr>
          <w:rFonts w:ascii="Times New Roman" w:hAnsi="Times New Roman" w:eastAsia="宋体"/>
          <w:b w:val="0"/>
          <w:i w:val="0"/>
          <w:color w:val="333333"/>
          <w:sz w:val="19"/>
        </w:rPr>
        <w:t>There are three solutions.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A</w:t>
      </w:r>
    </w:p>
    <w:p>
      <w:pPr>
        <w:spacing w:before="0" w:after="80" w:line="300" w:lineRule="auto"/>
        <w:jc w:val="left"/>
      </w:pPr>
      <w:r>
        <w:rPr>
          <w:rFonts w:ascii="Times New Roman" w:hAnsi="Times New Roman" w:eastAsia="宋体"/>
          <w:b w:val="0"/>
          <w:i w:val="0"/>
          <w:sz w:val="21"/>
        </w:rPr>
        <w:t>由周长和对角线可得</w:t>
      </w:r>
    </w:p>
    <w:p>
      <w:pPr>
        <w:spacing w:before="0" w:after="80" w:line="300" w:lineRule="auto"/>
        <w:jc w:val="left"/>
      </w:pPr>
      <w:r>
        <w:rPr>
          <w:rFonts w:ascii="Times New Roman" w:hAnsi="Times New Roman" w:eastAsia="宋体"/>
          <w:b w:val="0"/>
          <w:i w:val="0"/>
          <w:sz w:val="21"/>
        </w:rPr>
        <w:t>L+W=p/2,</w:t>
      </w:r>
    </w:p>
    <w:p>
      <w:pPr>
        <w:spacing w:before="0" w:after="80" w:line="300" w:lineRule="auto"/>
        <w:jc w:val="left"/>
      </w:pPr>
      <w:r>
        <w:rPr>
          <w:rFonts w:ascii="Times New Roman" w:hAnsi="Times New Roman" w:eastAsia="宋体"/>
          <w:b w:val="0"/>
          <w:i w:val="0"/>
          <w:sz w:val="21"/>
        </w:rPr>
        <w:t>L²+W²=d²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(L-W)² =2(L²+W²)</w:t>
      </w:r>
    </w:p>
    <w:p>
      <w:pPr>
        <w:spacing w:before="0" w:after="80" w:line="300" w:lineRule="auto"/>
        <w:jc w:val="left"/>
      </w:pPr>
      <w:r>
        <w:rPr>
          <w:rFonts w:ascii="Times New Roman" w:hAnsi="Times New Roman" w:eastAsia="宋体"/>
          <w:b w:val="0"/>
          <w:i w:val="0"/>
          <w:sz w:val="21"/>
        </w:rPr>
        <w:t>-(L+W)²</w:t>
      </w:r>
    </w:p>
    <w:p>
      <w:pPr>
        <w:spacing w:before="0" w:after="80" w:line="300" w:lineRule="auto"/>
        <w:jc w:val="left"/>
      </w:pPr>
      <w:r>
        <w:rPr>
          <w:rFonts w:ascii="Times New Roman" w:hAnsi="Times New Roman" w:eastAsia="宋体"/>
          <w:b w:val="0"/>
          <w:i w:val="0"/>
          <w:sz w:val="21"/>
        </w:rPr>
        <w:t>=2d²-p²/4</w:t>
      </w:r>
    </w:p>
    <w:p>
      <w:pPr>
        <w:spacing w:before="0" w:after="80" w:line="300" w:lineRule="auto"/>
        <w:jc w:val="left"/>
      </w:pPr>
      <w:r>
        <w:rPr>
          <w:rFonts w:ascii="Times New Roman" w:hAnsi="Times New Roman" w:eastAsia="宋体"/>
          <w:b w:val="0"/>
          <w:i w:val="0"/>
          <w:sz w:val="21"/>
        </w:rPr>
        <w:t>=8d²-p²/4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取非负平方根，得到</w:t>
      </w:r>
    </w:p>
    <w:p>
      <w:pPr>
        <w:spacing w:before="0" w:after="80" w:line="300" w:lineRule="auto"/>
        <w:jc w:val="left"/>
      </w:pPr>
      <w:r>
        <w:rPr>
          <w:rFonts w:ascii="Times New Roman" w:hAnsi="Times New Roman" w:eastAsia="宋体"/>
          <w:b w:val="0"/>
          <w:i w:val="0"/>
          <w:sz w:val="21"/>
        </w:rPr>
        <w:t>L-W=(√(8d²-p²))/2。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perimeter and diagonal give</w:t>
      </w:r>
    </w:p>
    <w:p>
      <w:pPr>
        <w:spacing w:before="0" w:after="80" w:line="300" w:lineRule="auto"/>
        <w:jc w:val="left"/>
      </w:pPr>
      <w:r>
        <w:rPr>
          <w:rFonts w:ascii="Times New Roman" w:hAnsi="Times New Roman" w:eastAsia="宋体"/>
          <w:b w:val="0"/>
          <w:i w:val="0"/>
          <w:color w:val="333333"/>
          <w:sz w:val="19"/>
        </w:rPr>
        <w:t>L+W=p/2,</w:t>
      </w:r>
    </w:p>
    <w:p>
      <w:pPr>
        <w:spacing w:before="0" w:after="80" w:line="300" w:lineRule="auto"/>
        <w:jc w:val="left"/>
      </w:pPr>
      <w:r>
        <w:rPr>
          <w:rFonts w:ascii="Times New Roman" w:hAnsi="Times New Roman" w:eastAsia="宋体"/>
          <w:b w:val="0"/>
          <w:i w:val="0"/>
          <w:color w:val="333333"/>
          <w:sz w:val="19"/>
        </w:rPr>
        <w:t>L²+W²=d².</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(L-W)² =2(L²+W²)</w:t>
      </w:r>
    </w:p>
    <w:p>
      <w:pPr>
        <w:spacing w:before="0" w:after="80" w:line="300" w:lineRule="auto"/>
        <w:jc w:val="left"/>
      </w:pPr>
      <w:r>
        <w:rPr>
          <w:rFonts w:ascii="Times New Roman" w:hAnsi="Times New Roman" w:eastAsia="宋体"/>
          <w:b w:val="0"/>
          <w:i w:val="0"/>
          <w:color w:val="333333"/>
          <w:sz w:val="19"/>
        </w:rPr>
        <w:t>-(L+W)²</w:t>
      </w:r>
    </w:p>
    <w:p>
      <w:pPr>
        <w:spacing w:before="0" w:after="80" w:line="300" w:lineRule="auto"/>
        <w:jc w:val="left"/>
      </w:pPr>
      <w:r>
        <w:rPr>
          <w:rFonts w:ascii="Times New Roman" w:hAnsi="Times New Roman" w:eastAsia="宋体"/>
          <w:b w:val="0"/>
          <w:i w:val="0"/>
          <w:color w:val="333333"/>
          <w:sz w:val="19"/>
        </w:rPr>
        <w:t>=2d²-p²/4</w:t>
      </w:r>
    </w:p>
    <w:p>
      <w:pPr>
        <w:spacing w:before="0" w:after="80" w:line="300" w:lineRule="auto"/>
        <w:jc w:val="left"/>
      </w:pPr>
      <w:r>
        <w:rPr>
          <w:rFonts w:ascii="Times New Roman" w:hAnsi="Times New Roman" w:eastAsia="宋体"/>
          <w:b w:val="0"/>
          <w:i w:val="0"/>
          <w:color w:val="333333"/>
          <w:sz w:val="19"/>
        </w:rPr>
        <w:t>=8d²-p²/4.</w:t>
      </w:r>
    </w:p>
    <w:p>
      <w:pPr>
        <w:spacing w:before="0" w:after="80" w:line="300" w:lineRule="auto"/>
        <w:jc w:val="left"/>
      </w:pPr>
      <w:r>
        <w:rPr>
          <w:rFonts w:ascii="Times New Roman" w:hAnsi="Times New Roman" w:eastAsia="宋体"/>
          <w:b w:val="0"/>
          <w:i w:val="0"/>
          <w:color w:val="333333"/>
          <w:sz w:val="19"/>
        </w:rPr>
        <w:t>Taking the nonnegative square root gives</w:t>
      </w:r>
    </w:p>
    <w:p>
      <w:pPr>
        <w:spacing w:before="0" w:after="80" w:line="300" w:lineRule="auto"/>
        <w:jc w:val="left"/>
      </w:pPr>
      <w:r>
        <w:rPr>
          <w:rFonts w:ascii="Times New Roman" w:hAnsi="Times New Roman" w:eastAsia="宋体"/>
          <w:b w:val="0"/>
          <w:i w:val="0"/>
          <w:color w:val="333333"/>
          <w:sz w:val="19"/>
        </w:rPr>
        <w:t>L-W=(√(8d²-p²))/2.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E</w:t>
      </w:r>
    </w:p>
    <w:p>
      <w:pPr>
        <w:spacing w:before="0" w:after="80" w:line="300" w:lineRule="auto"/>
        <w:jc w:val="left"/>
      </w:pPr>
      <w:r>
        <w:rPr>
          <w:rFonts w:ascii="Times New Roman" w:hAnsi="Times New Roman" w:eastAsia="宋体"/>
          <w:b w:val="0"/>
          <w:i w:val="0"/>
          <w:sz w:val="21"/>
        </w:rPr>
        <w:t>这些数值应当是连续的平方数</w:t>
      </w:r>
    </w:p>
    <w:p>
      <w:pPr>
        <w:spacing w:before="0" w:after="80" w:line="300" w:lineRule="auto"/>
        <w:jc w:val="left"/>
      </w:pPr>
      <w:r>
        <w:rPr>
          <w:rFonts w:ascii="Times New Roman" w:hAnsi="Times New Roman" w:eastAsia="宋体"/>
          <w:b w:val="0"/>
          <w:i w:val="0"/>
          <w:sz w:val="21"/>
        </w:rPr>
        <w:t>62²,63²,64²,65²,</w:t>
      </w:r>
    </w:p>
    <w:p>
      <w:pPr>
        <w:spacing w:before="0" w:after="80" w:line="300" w:lineRule="auto"/>
        <w:jc w:val="left"/>
      </w:pPr>
      <w:r>
        <w:rPr>
          <w:rFonts w:ascii="Times New Roman" w:hAnsi="Times New Roman" w:eastAsia="宋体"/>
          <w:b w:val="0"/>
          <w:i w:val="0"/>
          <w:sz w:val="21"/>
        </w:rPr>
        <w:t>66²,67²,68²,69²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即 3844,3969,4096,4225、4356,4489,4624,4761。因此，表中错误的数值是 4227，但它不在选项 A–D 中。</w:t>
      </w:r>
    </w:p>
    <w:p>
      <w:pPr>
        <w:spacing w:before="0" w:after="80" w:line="300" w:lineRule="auto"/>
        <w:jc w:val="left"/>
      </w:pPr>
      <w:r>
        <w:rPr>
          <w:rFonts w:ascii="Times New Roman" w:hAnsi="Times New Roman" w:eastAsia="宋体"/>
          <w:b w:val="0"/>
          <w:i w:val="0"/>
          <w:sz w:val="21"/>
        </w:rPr>
        <w:t>所以，列出的四个数都不是错误值，正确答案是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values are intended to be the consecutive squares</w:t>
      </w:r>
    </w:p>
    <w:p>
      <w:pPr>
        <w:spacing w:before="0" w:after="80" w:line="300" w:lineRule="auto"/>
        <w:jc w:val="left"/>
      </w:pPr>
      <w:r>
        <w:rPr>
          <w:rFonts w:ascii="Times New Roman" w:hAnsi="Times New Roman" w:eastAsia="宋体"/>
          <w:b w:val="0"/>
          <w:i w:val="0"/>
          <w:color w:val="333333"/>
          <w:sz w:val="19"/>
        </w:rPr>
        <w:t>62²,63²,64²,65²,</w:t>
      </w:r>
    </w:p>
    <w:p>
      <w:pPr>
        <w:spacing w:before="0" w:after="80" w:line="300" w:lineRule="auto"/>
        <w:jc w:val="left"/>
      </w:pPr>
      <w:r>
        <w:rPr>
          <w:rFonts w:ascii="Times New Roman" w:hAnsi="Times New Roman" w:eastAsia="宋体"/>
          <w:b w:val="0"/>
          <w:i w:val="0"/>
          <w:color w:val="333333"/>
          <w:sz w:val="19"/>
        </w:rPr>
        <w:t>66²,67²,68²,69².</w:t>
      </w:r>
    </w:p>
    <w:p>
      <w:pPr>
        <w:spacing w:before="0" w:after="80" w:line="300" w:lineRule="auto"/>
        <w:jc w:val="left"/>
      </w:pPr>
      <w:r>
        <w:rPr>
          <w:rFonts w:ascii="Times New Roman" w:hAnsi="Times New Roman" w:eastAsia="宋体"/>
          <w:b w:val="0"/>
          <w:i w:val="0"/>
          <w:color w:val="333333"/>
          <w:sz w:val="19"/>
        </w:rPr>
        <w:t>These are 3844,3969,4096,4225, 4356,4489,4624,4761. Thus the incorrect table entry is 4227, but it is not one of choices A-D.</w:t>
      </w:r>
    </w:p>
    <w:p>
      <w:pPr>
        <w:spacing w:before="0" w:after="80" w:line="300" w:lineRule="auto"/>
        <w:jc w:val="left"/>
      </w:pPr>
      <w:r>
        <w:rPr>
          <w:rFonts w:ascii="Times New Roman" w:hAnsi="Times New Roman" w:eastAsia="宋体"/>
          <w:b w:val="0"/>
          <w:i w:val="0"/>
          <w:color w:val="333333"/>
          <w:sz w:val="19"/>
        </w:rPr>
        <w:t>Consequently none of the four listed numbers is incorrect, so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41 题　答案 C</w:t>
      </w:r>
    </w:p>
    <w:p>
      <w:pPr>
        <w:spacing w:before="0" w:after="80" w:line="300" w:lineRule="auto"/>
        <w:jc w:val="left"/>
      </w:pPr>
      <w:r>
        <w:rPr>
          <w:rFonts w:ascii="Times New Roman" w:hAnsi="Times New Roman" w:eastAsia="宋体"/>
          <w:b w:val="0"/>
          <w:i w:val="0"/>
          <w:sz w:val="21"/>
        </w:rPr>
        <w:t>原高为 2、原半径为 r 时，增加半径所增加的体积为</w:t>
      </w:r>
    </w:p>
    <w:p>
      <w:pPr>
        <w:spacing w:before="0" w:after="80" w:line="300" w:lineRule="auto"/>
        <w:jc w:val="left"/>
      </w:pPr>
      <w:r>
        <w:rPr>
          <w:rFonts w:ascii="Times New Roman" w:hAnsi="Times New Roman" w:eastAsia="宋体"/>
          <w:b w:val="0"/>
          <w:i w:val="0"/>
          <w:sz w:val="21"/>
        </w:rPr>
        <w:t>2π((r+6)²-r²)=24π r+72π</w:t>
      </w:r>
    </w:p>
    <w:p>
      <w:pPr>
        <w:spacing w:before="0" w:after="80" w:line="300" w:lineRule="auto"/>
        <w:jc w:val="left"/>
      </w:pPr>
      <w:r>
        <w:rPr>
          <w:rFonts w:ascii="Times New Roman" w:hAnsi="Times New Roman" w:eastAsia="宋体"/>
          <w:b w:val="0"/>
          <w:i w:val="0"/>
          <w:sz w:val="21"/>
        </w:rPr>
        <w:t>个立方单位。将高增加 6 所增加的体积为 6π r² 个立方单位。令二者相等，得到</w:t>
      </w:r>
    </w:p>
    <w:p>
      <w:pPr>
        <w:spacing w:before="0" w:after="80" w:line="300" w:lineRule="auto"/>
        <w:jc w:val="left"/>
      </w:pPr>
      <w:r>
        <w:rPr>
          <w:rFonts w:ascii="Times New Roman" w:hAnsi="Times New Roman" w:eastAsia="宋体"/>
          <w:b w:val="0"/>
          <w:i w:val="0"/>
          <w:sz w:val="21"/>
        </w:rPr>
        <w:t>6r²=24r+72，</w:t>
      </w:r>
    </w:p>
    <w:p>
      <w:pPr>
        <w:spacing w:before="0" w:after="80" w:line="300" w:lineRule="auto"/>
        <w:jc w:val="left"/>
      </w:pPr>
      <w:r>
        <w:rPr>
          <w:rFonts w:ascii="Times New Roman" w:hAnsi="Times New Roman" w:eastAsia="宋体"/>
          <w:b w:val="0"/>
          <w:i w:val="0"/>
          <w:sz w:val="21"/>
        </w:rPr>
        <w:t>即 r²-4r-12=0。其正根为 r=6。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original height 2 and radius r, increasing the radius adds</w:t>
      </w:r>
    </w:p>
    <w:p>
      <w:pPr>
        <w:spacing w:before="0" w:after="80" w:line="300" w:lineRule="auto"/>
        <w:jc w:val="left"/>
      </w:pPr>
      <w:r>
        <w:rPr>
          <w:rFonts w:ascii="Times New Roman" w:hAnsi="Times New Roman" w:eastAsia="宋体"/>
          <w:b w:val="0"/>
          <w:i w:val="0"/>
          <w:color w:val="333333"/>
          <w:sz w:val="19"/>
        </w:rPr>
        <w:t>2π((r+6)²-r²)=24π r+72π</w:t>
      </w:r>
    </w:p>
    <w:p>
      <w:pPr>
        <w:spacing w:before="0" w:after="80" w:line="300" w:lineRule="auto"/>
        <w:jc w:val="left"/>
      </w:pPr>
      <w:r>
        <w:rPr>
          <w:rFonts w:ascii="Times New Roman" w:hAnsi="Times New Roman" w:eastAsia="宋体"/>
          <w:b w:val="0"/>
          <w:i w:val="0"/>
          <w:color w:val="333333"/>
          <w:sz w:val="19"/>
        </w:rPr>
        <w:t>cubic units. Increasing the height by 6 adds 6π r² cubic units. Equating these gives</w:t>
      </w:r>
    </w:p>
    <w:p>
      <w:pPr>
        <w:spacing w:before="0" w:after="80" w:line="300" w:lineRule="auto"/>
        <w:jc w:val="left"/>
      </w:pPr>
      <w:r>
        <w:rPr>
          <w:rFonts w:ascii="Times New Roman" w:hAnsi="Times New Roman" w:eastAsia="宋体"/>
          <w:b w:val="0"/>
          <w:i w:val="0"/>
          <w:color w:val="333333"/>
          <w:sz w:val="19"/>
        </w:rPr>
        <w:t>6r²=24r+72,</w:t>
      </w:r>
    </w:p>
    <w:p>
      <w:pPr>
        <w:spacing w:before="0" w:after="80" w:line="300" w:lineRule="auto"/>
        <w:jc w:val="left"/>
      </w:pPr>
      <w:r>
        <w:rPr>
          <w:rFonts w:ascii="Times New Roman" w:hAnsi="Times New Roman" w:eastAsia="宋体"/>
          <w:b w:val="0"/>
          <w:i w:val="0"/>
          <w:color w:val="333333"/>
          <w:sz w:val="19"/>
        </w:rPr>
        <w:t>or r²-4r-12=0. Its positive root is r=6.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42 题　答案 D</w:t>
      </w:r>
    </w:p>
    <w:p>
      <w:pPr>
        <w:spacing w:before="0" w:after="80" w:line="300" w:lineRule="auto"/>
        <w:jc w:val="left"/>
      </w:pPr>
      <w:r>
        <w:rPr>
          <w:rFonts w:ascii="Times New Roman" w:hAnsi="Times New Roman" w:eastAsia="宋体"/>
          <w:b w:val="0"/>
          <w:i w:val="0"/>
          <w:sz w:val="21"/>
        </w:rPr>
        <w:t>小数点越过非循环部分后，</w:t>
      </w:r>
    </w:p>
    <w:p>
      <w:pPr>
        <w:spacing w:before="0" w:after="80" w:line="300" w:lineRule="auto"/>
        <w:jc w:val="left"/>
      </w:pPr>
      <w:r>
        <w:rPr>
          <w:rFonts w:ascii="Times New Roman" w:hAnsi="Times New Roman" w:eastAsia="宋体"/>
          <w:b w:val="0"/>
          <w:i w:val="0"/>
          <w:sz w:val="21"/>
        </w:rPr>
        <w:t>10^(r)D=P.QQQ…，</w:t>
      </w:r>
    </w:p>
    <w:p>
      <w:pPr>
        <w:spacing w:before="0" w:after="80" w:line="300" w:lineRule="auto"/>
        <w:jc w:val="left"/>
      </w:pPr>
      <w:r>
        <w:rPr>
          <w:rFonts w:ascii="Times New Roman" w:hAnsi="Times New Roman" w:eastAsia="宋体"/>
          <w:b w:val="0"/>
          <w:i w:val="0"/>
          <w:sz w:val="21"/>
        </w:rPr>
        <w:t>再越过一组循环部分后，</w:t>
      </w:r>
    </w:p>
    <w:p>
      <w:pPr>
        <w:spacing w:before="0" w:after="80" w:line="300" w:lineRule="auto"/>
        <w:jc w:val="left"/>
      </w:pPr>
      <w:r>
        <w:rPr>
          <w:rFonts w:ascii="Times New Roman" w:hAnsi="Times New Roman" w:eastAsia="宋体"/>
          <w:b w:val="0"/>
          <w:i w:val="0"/>
          <w:sz w:val="21"/>
        </w:rPr>
        <w:t>10^(r+s)D=PQ.QQQ…。</w:t>
      </w:r>
    </w:p>
    <w:p>
      <w:pPr>
        <w:spacing w:before="0" w:after="80" w:line="300" w:lineRule="auto"/>
        <w:jc w:val="left"/>
      </w:pPr>
      <w:r>
        <w:rPr>
          <w:rFonts w:ascii="Times New Roman" w:hAnsi="Times New Roman" w:eastAsia="宋体"/>
          <w:b w:val="0"/>
          <w:i w:val="0"/>
          <w:sz w:val="21"/>
        </w:rPr>
        <w:t>两式相减，得到标准关系</w:t>
      </w:r>
    </w:p>
    <w:p>
      <w:pPr>
        <w:spacing w:before="0" w:after="80" w:line="300" w:lineRule="auto"/>
        <w:jc w:val="left"/>
      </w:pPr>
      <w:r>
        <w:rPr>
          <w:rFonts w:ascii="Times New Roman" w:hAnsi="Times New Roman" w:eastAsia="宋体"/>
          <w:b w:val="0"/>
          <w:i w:val="0"/>
          <w:sz w:val="21"/>
        </w:rPr>
        <w:t>10^(r)(10^(s)-1)D</w:t>
      </w:r>
    </w:p>
    <w:p>
      <w:pPr>
        <w:spacing w:before="0" w:after="80" w:line="300" w:lineRule="auto"/>
        <w:jc w:val="left"/>
      </w:pPr>
      <w:r>
        <w:rPr>
          <w:rFonts w:ascii="Times New Roman" w:hAnsi="Times New Roman" w:eastAsia="宋体"/>
          <w:b w:val="0"/>
          <w:i w:val="0"/>
          <w:sz w:val="21"/>
        </w:rPr>
        <w:t>=P(10^(s)-1)+Q</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这并非选项 D 所写的 Q(P-1)。</w:t>
      </w:r>
    </w:p>
    <w:p>
      <w:pPr>
        <w:spacing w:before="0" w:after="80" w:line="300" w:lineRule="auto"/>
        <w:jc w:val="left"/>
      </w:pPr>
      <w:r>
        <w:rPr>
          <w:rFonts w:ascii="Times New Roman" w:hAnsi="Times New Roman" w:eastAsia="宋体"/>
          <w:b w:val="0"/>
          <w:i w:val="0"/>
          <w:sz w:val="21"/>
        </w:rPr>
        <w:t>因此，不正确的表达式是选项</w:t>
      </w:r>
      <w:r>
        <w:rPr>
          <w:rFonts w:ascii="Times New Roman" w:hAnsi="Times New Roman" w:eastAsia="宋体"/>
          <w:b/>
          <w:i w:val="0"/>
          <w:sz w:val="21"/>
        </w:rPr>
        <w:t>D</w:t>
      </w:r>
      <w:r>
        <w:rPr>
          <w:rFonts w:ascii="Times New Roman" w:hAnsi="Times New Roman" w:eastAsia="宋体"/>
          <w:b w:val="0"/>
          <w:i w:val="0"/>
          <w:sz w:val="21"/>
        </w:rPr>
        <w:t>，这也是本题的正确答案。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shifting past the nonrepeating block,</w:t>
      </w:r>
    </w:p>
    <w:p>
      <w:pPr>
        <w:spacing w:before="0" w:after="80" w:line="300" w:lineRule="auto"/>
        <w:jc w:val="left"/>
      </w:pPr>
      <w:r>
        <w:rPr>
          <w:rFonts w:ascii="Times New Roman" w:hAnsi="Times New Roman" w:eastAsia="宋体"/>
          <w:b w:val="0"/>
          <w:i w:val="0"/>
          <w:color w:val="333333"/>
          <w:sz w:val="19"/>
        </w:rPr>
        <w:t>10^(r)D=P.QQQ…,</w:t>
      </w:r>
    </w:p>
    <w:p>
      <w:pPr>
        <w:spacing w:before="0" w:after="80" w:line="300" w:lineRule="auto"/>
        <w:jc w:val="left"/>
      </w:pPr>
      <w:r>
        <w:rPr>
          <w:rFonts w:ascii="Times New Roman" w:hAnsi="Times New Roman" w:eastAsia="宋体"/>
          <w:b w:val="0"/>
          <w:i w:val="0"/>
          <w:color w:val="333333"/>
          <w:sz w:val="19"/>
        </w:rPr>
        <w:t>and after shifting one repeating block farther,</w:t>
      </w:r>
    </w:p>
    <w:p>
      <w:pPr>
        <w:spacing w:before="0" w:after="80" w:line="300" w:lineRule="auto"/>
        <w:jc w:val="left"/>
      </w:pPr>
      <w:r>
        <w:rPr>
          <w:rFonts w:ascii="Times New Roman" w:hAnsi="Times New Roman" w:eastAsia="宋体"/>
          <w:b w:val="0"/>
          <w:i w:val="0"/>
          <w:color w:val="333333"/>
          <w:sz w:val="19"/>
        </w:rPr>
        <w:t>10^(r+s)D=PQ.QQQ….</w:t>
      </w:r>
    </w:p>
    <w:p>
      <w:pPr>
        <w:spacing w:before="0" w:after="80" w:line="300" w:lineRule="auto"/>
        <w:jc w:val="left"/>
      </w:pPr>
      <w:r>
        <w:rPr>
          <w:rFonts w:ascii="Times New Roman" w:hAnsi="Times New Roman" w:eastAsia="宋体"/>
          <w:b w:val="0"/>
          <w:i w:val="0"/>
          <w:color w:val="333333"/>
          <w:sz w:val="19"/>
        </w:rPr>
        <w:t>Subtracting yields the standard relation</w:t>
      </w:r>
    </w:p>
    <w:p>
      <w:pPr>
        <w:spacing w:before="0" w:after="80" w:line="300" w:lineRule="auto"/>
        <w:jc w:val="left"/>
      </w:pPr>
      <w:r>
        <w:rPr>
          <w:rFonts w:ascii="Times New Roman" w:hAnsi="Times New Roman" w:eastAsia="宋体"/>
          <w:b w:val="0"/>
          <w:i w:val="0"/>
          <w:color w:val="333333"/>
          <w:sz w:val="19"/>
        </w:rPr>
        <w:t>10^(r)(10^(s)-1)D</w:t>
      </w:r>
    </w:p>
    <w:p>
      <w:pPr>
        <w:spacing w:before="0" w:after="80" w:line="300" w:lineRule="auto"/>
        <w:jc w:val="left"/>
      </w:pPr>
      <w:r>
        <w:rPr>
          <w:rFonts w:ascii="Times New Roman" w:hAnsi="Times New Roman" w:eastAsia="宋体"/>
          <w:b w:val="0"/>
          <w:i w:val="0"/>
          <w:color w:val="333333"/>
          <w:sz w:val="19"/>
        </w:rPr>
        <w:t>=P(10^(s)-1)+Q.</w:t>
      </w:r>
    </w:p>
    <w:p>
      <w:pPr>
        <w:spacing w:before="0" w:after="80" w:line="300" w:lineRule="auto"/>
        <w:jc w:val="left"/>
      </w:pPr>
      <w:r>
        <w:rPr>
          <w:rFonts w:ascii="Times New Roman" w:hAnsi="Times New Roman" w:eastAsia="宋体"/>
          <w:b w:val="0"/>
          <w:i w:val="0"/>
          <w:color w:val="333333"/>
          <w:sz w:val="19"/>
        </w:rPr>
        <w:t>This is not Q(P-1), as stated in choice D.</w:t>
      </w:r>
    </w:p>
    <w:p>
      <w:pPr>
        <w:spacing w:before="0" w:after="80" w:line="300" w:lineRule="auto"/>
        <w:jc w:val="left"/>
      </w:pPr>
      <w:r>
        <w:rPr>
          <w:rFonts w:ascii="Times New Roman" w:hAnsi="Times New Roman" w:eastAsia="宋体"/>
          <w:b w:val="0"/>
          <w:i w:val="0"/>
          <w:color w:val="333333"/>
          <w:sz w:val="19"/>
        </w:rPr>
        <w:t>Thus, the incorrect expression, and hence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43 题　答案 A</w:t>
      </w:r>
    </w:p>
    <w:p>
      <w:pPr>
        <w:spacing w:before="0" w:after="80" w:line="300" w:lineRule="auto"/>
        <w:jc w:val="left"/>
      </w:pPr>
      <w:r>
        <w:rPr>
          <w:rFonts w:ascii="Times New Roman" w:hAnsi="Times New Roman" w:eastAsia="宋体"/>
          <w:b w:val="0"/>
          <w:i w:val="0"/>
          <w:sz w:val="21"/>
        </w:rPr>
        <w:t>每个小半圆的直径为 d/n，所以弧长为 (π d)/2n。全部 n 条弧的长度之和为</w:t>
      </w:r>
    </w:p>
    <w:p>
      <w:pPr>
        <w:spacing w:before="0" w:after="80" w:line="300" w:lineRule="auto"/>
        <w:jc w:val="left"/>
      </w:pPr>
      <w:r>
        <w:rPr>
          <w:rFonts w:ascii="Times New Roman" w:hAnsi="Times New Roman" w:eastAsia="宋体"/>
          <w:b w:val="0"/>
          <w:i w:val="0"/>
          <w:sz w:val="21"/>
        </w:rPr>
        <w:t>n·(π d)/2n=(π d)/2，</w:t>
      </w:r>
    </w:p>
    <w:p>
      <w:pPr>
        <w:spacing w:before="0" w:after="80" w:line="300" w:lineRule="auto"/>
        <w:jc w:val="left"/>
      </w:pPr>
      <w:r>
        <w:rPr>
          <w:rFonts w:ascii="Times New Roman" w:hAnsi="Times New Roman" w:eastAsia="宋体"/>
          <w:b w:val="0"/>
          <w:i w:val="0"/>
          <w:sz w:val="21"/>
        </w:rPr>
        <w:t>恰好等于原圆周长的一半。这个等式对每个正 n 都成立，而不仅仅在极限情况下成立。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small semicircle has diameter d/n, so its arc length is (π d)/2n. The sum of all n arc lengths is</w:t>
      </w:r>
    </w:p>
    <w:p>
      <w:pPr>
        <w:spacing w:before="0" w:after="80" w:line="300" w:lineRule="auto"/>
        <w:jc w:val="left"/>
      </w:pPr>
      <w:r>
        <w:rPr>
          <w:rFonts w:ascii="Times New Roman" w:hAnsi="Times New Roman" w:eastAsia="宋体"/>
          <w:b w:val="0"/>
          <w:i w:val="0"/>
          <w:color w:val="333333"/>
          <w:sz w:val="19"/>
        </w:rPr>
        <w:t>n·(π d)/2n=(π d)/2,</w:t>
      </w:r>
    </w:p>
    <w:p>
      <w:pPr>
        <w:spacing w:before="0" w:after="80" w:line="300" w:lineRule="auto"/>
        <w:jc w:val="left"/>
      </w:pPr>
      <w:r>
        <w:rPr>
          <w:rFonts w:ascii="Times New Roman" w:hAnsi="Times New Roman" w:eastAsia="宋体"/>
          <w:b w:val="0"/>
          <w:i w:val="0"/>
          <w:color w:val="333333"/>
          <w:sz w:val="19"/>
        </w:rPr>
        <w:t>exactly the semi-circumference of the original circle. This equality holds for every positive n, not merely in the limit.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44 题　答案 C</w:t>
      </w:r>
    </w:p>
    <w:p>
      <w:pPr>
        <w:spacing w:before="0" w:after="80" w:line="300" w:lineRule="auto"/>
        <w:jc w:val="left"/>
      </w:pPr>
      <w:r>
        <w:rPr>
          <w:rFonts w:ascii="Times New Roman" w:hAnsi="Times New Roman" w:eastAsia="宋体"/>
          <w:b w:val="0"/>
          <w:i w:val="0"/>
          <w:sz w:val="21"/>
        </w:rPr>
        <w:t>设原数为 10a+b=k(a+b)。倒序数为 10b+a。因为</w:t>
      </w:r>
    </w:p>
    <w:p>
      <w:pPr>
        <w:spacing w:before="0" w:after="80" w:line="300" w:lineRule="auto"/>
        <w:jc w:val="left"/>
      </w:pPr>
      <w:r>
        <w:rPr>
          <w:rFonts w:ascii="Times New Roman" w:hAnsi="Times New Roman" w:eastAsia="宋体"/>
          <w:b w:val="0"/>
          <w:i w:val="0"/>
          <w:sz w:val="21"/>
        </w:rPr>
        <w:t>(10a+b)+(10b+a)</w:t>
      </w:r>
    </w:p>
    <w:p>
      <w:pPr>
        <w:spacing w:before="0" w:after="80" w:line="300" w:lineRule="auto"/>
        <w:jc w:val="left"/>
      </w:pPr>
      <w:r>
        <w:rPr>
          <w:rFonts w:ascii="Times New Roman" w:hAnsi="Times New Roman" w:eastAsia="宋体"/>
          <w:b w:val="0"/>
          <w:i w:val="0"/>
          <w:sz w:val="21"/>
        </w:rPr>
        <w:t>=11(a+b)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所以倒序数等于</w:t>
      </w:r>
    </w:p>
    <w:p>
      <w:pPr>
        <w:spacing w:before="0" w:after="80" w:line="300" w:lineRule="auto"/>
        <w:jc w:val="left"/>
      </w:pPr>
      <w:r>
        <w:rPr>
          <w:rFonts w:ascii="Times New Roman" w:hAnsi="Times New Roman" w:eastAsia="宋体"/>
          <w:b w:val="0"/>
          <w:i w:val="0"/>
          <w:sz w:val="21"/>
        </w:rPr>
        <w:t>11(a+b)-k(a+b)</w:t>
      </w:r>
    </w:p>
    <w:p>
      <w:pPr>
        <w:spacing w:before="0" w:after="80" w:line="300" w:lineRule="auto"/>
        <w:jc w:val="left"/>
      </w:pPr>
      <w:r>
        <w:rPr>
          <w:rFonts w:ascii="Times New Roman" w:hAnsi="Times New Roman" w:eastAsia="宋体"/>
          <w:b w:val="0"/>
          <w:i w:val="0"/>
          <w:sz w:val="21"/>
        </w:rPr>
        <w:t>=(11-k)(a+b)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original number be 10a+b=k(a+b). The reversed number is 10b+a. Since</w:t>
      </w:r>
    </w:p>
    <w:p>
      <w:pPr>
        <w:spacing w:before="0" w:after="80" w:line="300" w:lineRule="auto"/>
        <w:jc w:val="left"/>
      </w:pPr>
      <w:r>
        <w:rPr>
          <w:rFonts w:ascii="Times New Roman" w:hAnsi="Times New Roman" w:eastAsia="宋体"/>
          <w:b w:val="0"/>
          <w:i w:val="0"/>
          <w:color w:val="333333"/>
          <w:sz w:val="19"/>
        </w:rPr>
        <w:t>(10a+b)+(10b+a)</w:t>
      </w:r>
    </w:p>
    <w:p>
      <w:pPr>
        <w:spacing w:before="0" w:after="80" w:line="300" w:lineRule="auto"/>
        <w:jc w:val="left"/>
      </w:pPr>
      <w:r>
        <w:rPr>
          <w:rFonts w:ascii="Times New Roman" w:hAnsi="Times New Roman" w:eastAsia="宋体"/>
          <w:b w:val="0"/>
          <w:i w:val="0"/>
          <w:color w:val="333333"/>
          <w:sz w:val="19"/>
        </w:rPr>
        <w:t>=11(a+b),</w:t>
      </w:r>
    </w:p>
    <w:p>
      <w:pPr>
        <w:spacing w:before="0" w:after="80" w:line="300" w:lineRule="auto"/>
        <w:jc w:val="left"/>
      </w:pPr>
      <w:r>
        <w:rPr>
          <w:rFonts w:ascii="Times New Roman" w:hAnsi="Times New Roman" w:eastAsia="宋体"/>
          <w:b w:val="0"/>
          <w:i w:val="0"/>
          <w:color w:val="333333"/>
          <w:sz w:val="19"/>
        </w:rPr>
        <w:t>the reversed number equals</w:t>
      </w:r>
    </w:p>
    <w:p>
      <w:pPr>
        <w:spacing w:before="0" w:after="80" w:line="300" w:lineRule="auto"/>
        <w:jc w:val="left"/>
      </w:pPr>
      <w:r>
        <w:rPr>
          <w:rFonts w:ascii="Times New Roman" w:hAnsi="Times New Roman" w:eastAsia="宋体"/>
          <w:b w:val="0"/>
          <w:i w:val="0"/>
          <w:color w:val="333333"/>
          <w:sz w:val="19"/>
        </w:rPr>
        <w:t>11(a+b)-k(a+b)</w:t>
      </w:r>
    </w:p>
    <w:p>
      <w:pPr>
        <w:spacing w:before="0" w:after="80" w:line="300" w:lineRule="auto"/>
        <w:jc w:val="left"/>
      </w:pPr>
      <w:r>
        <w:rPr>
          <w:rFonts w:ascii="Times New Roman" w:hAnsi="Times New Roman" w:eastAsia="宋体"/>
          <w:b w:val="0"/>
          <w:i w:val="0"/>
          <w:color w:val="333333"/>
          <w:sz w:val="19"/>
        </w:rPr>
        <w:t>=(11-k)(a+b).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45 题　答案 E</w:t>
      </w:r>
    </w:p>
    <w:p>
      <w:pPr>
        <w:spacing w:before="0" w:after="80" w:line="300" w:lineRule="auto"/>
        <w:jc w:val="left"/>
      </w:pPr>
      <w:r>
        <w:rPr>
          <w:rFonts w:ascii="Times New Roman" w:hAnsi="Times New Roman" w:eastAsia="宋体"/>
          <w:b w:val="0"/>
          <w:i w:val="0"/>
          <w:sz w:val="21"/>
        </w:rPr>
        <w:t>对不相等的正数 a,b，算术平均值与几何平均值不等式给出</w:t>
      </w:r>
    </w:p>
    <w:p>
      <w:pPr>
        <w:spacing w:before="0" w:after="80" w:line="300" w:lineRule="auto"/>
        <w:jc w:val="left"/>
      </w:pPr>
      <w:r>
        <w:rPr>
          <w:rFonts w:ascii="Times New Roman" w:hAnsi="Times New Roman" w:eastAsia="宋体"/>
          <w:b w:val="0"/>
          <w:i w:val="0"/>
          <w:sz w:val="21"/>
        </w:rPr>
        <w:t>a+b/2&gt;√(ab)。</w:t>
      </w:r>
    </w:p>
    <w:p>
      <w:pPr>
        <w:spacing w:before="0" w:after="80" w:line="300" w:lineRule="auto"/>
        <w:jc w:val="left"/>
      </w:pPr>
      <w:r>
        <w:rPr>
          <w:rFonts w:ascii="Times New Roman" w:hAnsi="Times New Roman" w:eastAsia="宋体"/>
          <w:b w:val="0"/>
          <w:i w:val="0"/>
          <w:sz w:val="21"/>
        </w:rPr>
        <w:t>对 1/a 与 1/b 使用同一不等式，得到</w:t>
      </w:r>
    </w:p>
    <w:p>
      <w:pPr>
        <w:spacing w:before="0" w:after="80" w:line="300" w:lineRule="auto"/>
        <w:jc w:val="left"/>
      </w:pPr>
      <w:r>
        <w:rPr>
          <w:rFonts w:ascii="Times New Roman" w:hAnsi="Times New Roman" w:eastAsia="宋体"/>
          <w:b w:val="0"/>
          <w:i w:val="0"/>
          <w:sz w:val="21"/>
        </w:rPr>
        <w:t>√(ab)&gt;2ab/a+b。</w:t>
      </w:r>
    </w:p>
    <w:p>
      <w:pPr>
        <w:spacing w:before="0" w:after="80" w:line="300" w:lineRule="auto"/>
        <w:jc w:val="left"/>
      </w:pPr>
      <w:r>
        <w:rPr>
          <w:rFonts w:ascii="Times New Roman" w:hAnsi="Times New Roman" w:eastAsia="宋体"/>
          <w:b w:val="0"/>
          <w:i w:val="0"/>
          <w:sz w:val="21"/>
        </w:rPr>
        <w:t>因此，从大到小依次为算术平均数、几何平均数、调和平均数。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arithmetic-geometric mean inequality gives</w:t>
      </w:r>
    </w:p>
    <w:p>
      <w:pPr>
        <w:spacing w:before="0" w:after="80" w:line="300" w:lineRule="auto"/>
        <w:jc w:val="left"/>
      </w:pPr>
      <w:r>
        <w:rPr>
          <w:rFonts w:ascii="Times New Roman" w:hAnsi="Times New Roman" w:eastAsia="宋体"/>
          <w:b w:val="0"/>
          <w:i w:val="0"/>
          <w:color w:val="333333"/>
          <w:sz w:val="19"/>
        </w:rPr>
        <w:t>a+b/2&gt;√(ab)</w:t>
      </w:r>
    </w:p>
    <w:p>
      <w:pPr>
        <w:spacing w:before="0" w:after="80" w:line="300" w:lineRule="auto"/>
        <w:jc w:val="left"/>
      </w:pPr>
      <w:r>
        <w:rPr>
          <w:rFonts w:ascii="Times New Roman" w:hAnsi="Times New Roman" w:eastAsia="宋体"/>
          <w:b w:val="0"/>
          <w:i w:val="0"/>
          <w:color w:val="333333"/>
          <w:sz w:val="19"/>
        </w:rPr>
        <w:t>for unequal positive a,b. Applying the same inequality to 1/a and 1/b gives</w:t>
      </w:r>
    </w:p>
    <w:p>
      <w:pPr>
        <w:spacing w:before="0" w:after="80" w:line="300" w:lineRule="auto"/>
        <w:jc w:val="left"/>
      </w:pPr>
      <w:r>
        <w:rPr>
          <w:rFonts w:ascii="Times New Roman" w:hAnsi="Times New Roman" w:eastAsia="宋体"/>
          <w:b w:val="0"/>
          <w:i w:val="0"/>
          <w:color w:val="333333"/>
          <w:sz w:val="19"/>
        </w:rPr>
        <w:t>√(ab)&gt;2ab/a+b.</w:t>
      </w:r>
    </w:p>
    <w:p>
      <w:pPr>
        <w:spacing w:before="0" w:after="80" w:line="300" w:lineRule="auto"/>
        <w:jc w:val="left"/>
      </w:pPr>
      <w:r>
        <w:rPr>
          <w:rFonts w:ascii="Times New Roman" w:hAnsi="Times New Roman" w:eastAsia="宋体"/>
          <w:b w:val="0"/>
          <w:i w:val="0"/>
          <w:color w:val="333333"/>
          <w:sz w:val="19"/>
        </w:rPr>
        <w:t>Therefore the decreasing order is arithmetic mean, geometric mean, harmonic mean.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46 题　答案 C</w:t>
      </w:r>
    </w:p>
    <w:p>
      <w:pPr>
        <w:spacing w:before="0" w:after="80" w:line="300" w:lineRule="auto"/>
        <w:jc w:val="left"/>
      </w:pPr>
      <w:r>
        <w:rPr>
          <w:rFonts w:ascii="Times New Roman" w:hAnsi="Times New Roman" w:eastAsia="宋体"/>
          <w:b w:val="0"/>
          <w:i w:val="0"/>
          <w:sz w:val="21"/>
        </w:rPr>
        <w:t>设较长边和较短边的长度分别为 L 和 W，对角线长为 d。新长方形的面积为</w:t>
      </w:r>
    </w:p>
    <w:p>
      <w:pPr>
        <w:spacing w:before="0" w:after="80" w:line="300" w:lineRule="auto"/>
        <w:jc w:val="left"/>
      </w:pPr>
      <w:r>
        <w:rPr>
          <w:rFonts w:ascii="Times New Roman" w:hAnsi="Times New Roman" w:eastAsia="宋体"/>
          <w:b w:val="0"/>
          <w:i w:val="0"/>
          <w:sz w:val="21"/>
        </w:rPr>
        <w:t>(d+L)(d-L)=d²-L²。</w:t>
      </w:r>
    </w:p>
    <w:p>
      <w:pPr>
        <w:spacing w:before="0" w:after="80" w:line="300" w:lineRule="auto"/>
        <w:jc w:val="left"/>
      </w:pPr>
      <w:r>
        <w:rPr>
          <w:rFonts w:ascii="Times New Roman" w:hAnsi="Times New Roman" w:eastAsia="宋体"/>
          <w:b w:val="0"/>
          <w:i w:val="0"/>
          <w:sz w:val="21"/>
        </w:rPr>
        <w:t>由勾股定理，d²=L²+W²，所以新面积为 W²。这正是以原长方形较短边为边长的正方形面积。</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greater and smaller side lengths be L and W, and let the diagonal be d. The new rectangle’s area is</w:t>
      </w:r>
    </w:p>
    <w:p>
      <w:pPr>
        <w:spacing w:before="0" w:after="80" w:line="300" w:lineRule="auto"/>
        <w:jc w:val="left"/>
      </w:pPr>
      <w:r>
        <w:rPr>
          <w:rFonts w:ascii="Times New Roman" w:hAnsi="Times New Roman" w:eastAsia="宋体"/>
          <w:b w:val="0"/>
          <w:i w:val="0"/>
          <w:color w:val="333333"/>
          <w:sz w:val="19"/>
        </w:rPr>
        <w:t>(d+L)(d-L)=d²-L².</w:t>
      </w:r>
    </w:p>
    <w:p>
      <w:pPr>
        <w:spacing w:before="0" w:after="80" w:line="300" w:lineRule="auto"/>
        <w:jc w:val="left"/>
      </w:pPr>
      <w:r>
        <w:rPr>
          <w:rFonts w:ascii="Times New Roman" w:hAnsi="Times New Roman" w:eastAsia="宋体"/>
          <w:b w:val="0"/>
          <w:i w:val="0"/>
          <w:color w:val="333333"/>
          <w:sz w:val="19"/>
        </w:rPr>
        <w:t>The Pythagorean theorem gives d²=L²+W², so the new area is W². This is the area of a square whose side equals the smaller side of the original rectangle.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47 题　答案 D</w:t>
      </w:r>
    </w:p>
    <w:p>
      <w:pPr>
        <w:spacing w:before="0" w:after="80" w:line="300" w:lineRule="auto"/>
        <w:jc w:val="left"/>
      </w:pPr>
      <w:r>
        <w:rPr>
          <w:rFonts w:ascii="Times New Roman" w:hAnsi="Times New Roman" w:eastAsia="宋体"/>
          <w:b w:val="0"/>
          <w:i w:val="0"/>
          <w:sz w:val="21"/>
        </w:rPr>
        <w:t>对于题目预期的正整数解，第一个方程给出 z=y²。第二个方程为</w:t>
      </w:r>
    </w:p>
    <w:p>
      <w:pPr>
        <w:spacing w:before="0" w:after="80" w:line="300" w:lineRule="auto"/>
        <w:jc w:val="left"/>
      </w:pPr>
      <w:r>
        <w:rPr>
          <w:rFonts w:ascii="Times New Roman" w:hAnsi="Times New Roman" w:eastAsia="宋体"/>
          <w:b w:val="0"/>
          <w:i w:val="0"/>
          <w:sz w:val="21"/>
        </w:rPr>
        <w:t>2^(z)=2²ˣ⁺¹，</w:t>
      </w:r>
    </w:p>
    <w:p>
      <w:pPr>
        <w:spacing w:before="0" w:after="80" w:line="300" w:lineRule="auto"/>
        <w:jc w:val="left"/>
      </w:pPr>
      <w:r>
        <w:rPr>
          <w:rFonts w:ascii="Times New Roman" w:hAnsi="Times New Roman" w:eastAsia="宋体"/>
          <w:b w:val="0"/>
          <w:i w:val="0"/>
          <w:sz w:val="21"/>
        </w:rPr>
        <w:t>所以 z=2x+1，且 x=y²-1/2。代入 x+y+z=16，得到</w:t>
      </w:r>
    </w:p>
    <w:p>
      <w:pPr>
        <w:spacing w:before="0" w:after="80" w:line="300" w:lineRule="auto"/>
        <w:jc w:val="left"/>
      </w:pPr>
      <w:r>
        <w:rPr>
          <w:rFonts w:ascii="Times New Roman" w:hAnsi="Times New Roman" w:eastAsia="宋体"/>
          <w:b w:val="0"/>
          <w:i w:val="0"/>
          <w:sz w:val="21"/>
        </w:rPr>
        <w:t>y²-1/2+y+y²=16。</w:t>
      </w:r>
    </w:p>
    <w:p>
      <w:pPr>
        <w:spacing w:before="0" w:after="80" w:line="300" w:lineRule="auto"/>
        <w:jc w:val="left"/>
      </w:pPr>
      <w:r>
        <w:rPr>
          <w:rFonts w:ascii="Times New Roman" w:hAnsi="Times New Roman" w:eastAsia="宋体"/>
          <w:b w:val="0"/>
          <w:i w:val="0"/>
          <w:sz w:val="21"/>
        </w:rPr>
        <w:t>正整数解为 y=3，从而 x=4、z=9。直接代入即可验证三个方程均成立。</w:t>
      </w:r>
    </w:p>
    <w:p>
      <w:pPr>
        <w:spacing w:before="0" w:after="80" w:line="300" w:lineRule="auto"/>
        <w:jc w:val="left"/>
      </w:pPr>
      <w:r>
        <w:rPr>
          <w:rFonts w:ascii="Times New Roman" w:hAnsi="Times New Roman" w:eastAsia="宋体"/>
          <w:b w:val="0"/>
          <w:i w:val="0"/>
          <w:sz w:val="21"/>
        </w:rPr>
        <w:t>因此，题目各选项中预期的答案是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intended positive integral solution, the first equation gives z=y². The second equation is</w:t>
      </w:r>
    </w:p>
    <w:p>
      <w:pPr>
        <w:spacing w:before="0" w:after="80" w:line="300" w:lineRule="auto"/>
        <w:jc w:val="left"/>
      </w:pPr>
      <w:r>
        <w:rPr>
          <w:rFonts w:ascii="Times New Roman" w:hAnsi="Times New Roman" w:eastAsia="宋体"/>
          <w:b w:val="0"/>
          <w:i w:val="0"/>
          <w:color w:val="333333"/>
          <w:sz w:val="19"/>
        </w:rPr>
        <w:t>2^(z)=2²ˣ⁺¹,</w:t>
      </w:r>
    </w:p>
    <w:p>
      <w:pPr>
        <w:spacing w:before="0" w:after="80" w:line="300" w:lineRule="auto"/>
        <w:jc w:val="left"/>
      </w:pPr>
      <w:r>
        <w:rPr>
          <w:rFonts w:ascii="Times New Roman" w:hAnsi="Times New Roman" w:eastAsia="宋体"/>
          <w:b w:val="0"/>
          <w:i w:val="0"/>
          <w:color w:val="333333"/>
          <w:sz w:val="19"/>
        </w:rPr>
        <w:t>so z=2x+1 and x=y²-1/2. Substituting into x+y+z=16 gives</w:t>
      </w:r>
    </w:p>
    <w:p>
      <w:pPr>
        <w:spacing w:before="0" w:after="80" w:line="300" w:lineRule="auto"/>
        <w:jc w:val="left"/>
      </w:pPr>
      <w:r>
        <w:rPr>
          <w:rFonts w:ascii="Times New Roman" w:hAnsi="Times New Roman" w:eastAsia="宋体"/>
          <w:b w:val="0"/>
          <w:i w:val="0"/>
          <w:color w:val="333333"/>
          <w:sz w:val="19"/>
        </w:rPr>
        <w:t>y²-1/2+y+y²=16.</w:t>
      </w:r>
    </w:p>
    <w:p>
      <w:pPr>
        <w:spacing w:before="0" w:after="80" w:line="300" w:lineRule="auto"/>
        <w:jc w:val="left"/>
      </w:pPr>
      <w:r>
        <w:rPr>
          <w:rFonts w:ascii="Times New Roman" w:hAnsi="Times New Roman" w:eastAsia="宋体"/>
          <w:b w:val="0"/>
          <w:i w:val="0"/>
          <w:color w:val="333333"/>
          <w:sz w:val="19"/>
        </w:rPr>
        <w:t>The positive integral solution is y=3, which gives x=4 and z=9. Direct substitution verifies all three displayed equations.</w:t>
      </w:r>
    </w:p>
    <w:p>
      <w:pPr>
        <w:spacing w:before="0" w:after="80" w:line="300" w:lineRule="auto"/>
        <w:jc w:val="left"/>
      </w:pPr>
      <w:r>
        <w:rPr>
          <w:rFonts w:ascii="Times New Roman" w:hAnsi="Times New Roman" w:eastAsia="宋体"/>
          <w:b w:val="0"/>
          <w:i w:val="0"/>
          <w:color w:val="333333"/>
          <w:sz w:val="19"/>
        </w:rPr>
        <w:t>Thus, the intended listed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48 题　答案 A</w:t>
      </w:r>
    </w:p>
    <w:p>
      <w:pPr>
        <w:spacing w:before="0" w:after="80" w:line="300" w:lineRule="auto"/>
        <w:jc w:val="left"/>
      </w:pPr>
      <w:r>
        <w:rPr>
          <w:rFonts w:ascii="Times New Roman" w:hAnsi="Times New Roman" w:eastAsia="宋体"/>
          <w:b w:val="0"/>
          <w:i w:val="0"/>
          <w:sz w:val="21"/>
        </w:rPr>
        <w:t>设两人的速度满足 u&gt; v。两个相遇条件给出</w:t>
      </w:r>
    </w:p>
    <w:p>
      <w:pPr>
        <w:spacing w:before="0" w:after="80" w:line="300" w:lineRule="auto"/>
        <w:jc w:val="left"/>
      </w:pPr>
      <w:r>
        <w:rPr>
          <w:rFonts w:ascii="Times New Roman" w:hAnsi="Times New Roman" w:eastAsia="宋体"/>
          <w:b w:val="0"/>
          <w:i w:val="0"/>
          <w:sz w:val="21"/>
        </w:rPr>
        <w:t>u-v=k/r, u+v=k/t。</w:t>
      </w:r>
    </w:p>
    <w:p>
      <w:pPr>
        <w:spacing w:before="0" w:after="80" w:line="300" w:lineRule="auto"/>
        <w:jc w:val="left"/>
      </w:pPr>
      <w:r>
        <w:rPr>
          <w:rFonts w:ascii="Times New Roman" w:hAnsi="Times New Roman" w:eastAsia="宋体"/>
          <w:b w:val="0"/>
          <w:i w:val="0"/>
          <w:sz w:val="21"/>
        </w:rPr>
        <w:t>将两式相加、相减，得到</w:t>
      </w:r>
    </w:p>
    <w:p>
      <w:pPr>
        <w:spacing w:before="0" w:after="80" w:line="300" w:lineRule="auto"/>
        <w:jc w:val="left"/>
      </w:pPr>
      <w:r>
        <w:rPr>
          <w:rFonts w:ascii="Times New Roman" w:hAnsi="Times New Roman" w:eastAsia="宋体"/>
          <w:b w:val="0"/>
          <w:i w:val="0"/>
          <w:sz w:val="21"/>
        </w:rPr>
        <w:t>u=k/2(1/r+1/t),</w:t>
      </w:r>
    </w:p>
    <w:p>
      <w:pPr>
        <w:spacing w:before="0" w:after="80" w:line="300" w:lineRule="auto"/>
        <w:jc w:val="left"/>
      </w:pPr>
      <w:r>
        <w:rPr>
          <w:rFonts w:ascii="Times New Roman" w:hAnsi="Times New Roman" w:eastAsia="宋体"/>
          <w:b w:val="0"/>
          <w:i w:val="0"/>
          <w:sz w:val="21"/>
        </w:rPr>
        <w:t>v=k/2(1/t-1/r)</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u/v=r+t/r-t。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speeds be u&gt; v. The two meeting conditions give</w:t>
      </w:r>
    </w:p>
    <w:p>
      <w:pPr>
        <w:spacing w:before="0" w:after="80" w:line="300" w:lineRule="auto"/>
        <w:jc w:val="left"/>
      </w:pPr>
      <w:r>
        <w:rPr>
          <w:rFonts w:ascii="Times New Roman" w:hAnsi="Times New Roman" w:eastAsia="宋体"/>
          <w:b w:val="0"/>
          <w:i w:val="0"/>
          <w:color w:val="333333"/>
          <w:sz w:val="19"/>
        </w:rPr>
        <w:t>u-v=k/r, u+v=k/t.</w:t>
      </w:r>
    </w:p>
    <w:p>
      <w:pPr>
        <w:spacing w:before="0" w:after="80" w:line="300" w:lineRule="auto"/>
        <w:jc w:val="left"/>
      </w:pPr>
      <w:r>
        <w:rPr>
          <w:rFonts w:ascii="Times New Roman" w:hAnsi="Times New Roman" w:eastAsia="宋体"/>
          <w:b w:val="0"/>
          <w:i w:val="0"/>
          <w:color w:val="333333"/>
          <w:sz w:val="19"/>
        </w:rPr>
        <w:t>Adding and subtracting these equations yields</w:t>
      </w:r>
    </w:p>
    <w:p>
      <w:pPr>
        <w:spacing w:before="0" w:after="80" w:line="300" w:lineRule="auto"/>
        <w:jc w:val="left"/>
      </w:pPr>
      <w:r>
        <w:rPr>
          <w:rFonts w:ascii="Times New Roman" w:hAnsi="Times New Roman" w:eastAsia="宋体"/>
          <w:b w:val="0"/>
          <w:i w:val="0"/>
          <w:color w:val="333333"/>
          <w:sz w:val="19"/>
        </w:rPr>
        <w:t>u=k/2(1/r+1/t),</w:t>
      </w:r>
    </w:p>
    <w:p>
      <w:pPr>
        <w:spacing w:before="0" w:after="80" w:line="300" w:lineRule="auto"/>
        <w:jc w:val="left"/>
      </w:pPr>
      <w:r>
        <w:rPr>
          <w:rFonts w:ascii="Times New Roman" w:hAnsi="Times New Roman" w:eastAsia="宋体"/>
          <w:b w:val="0"/>
          <w:i w:val="0"/>
          <w:color w:val="333333"/>
          <w:sz w:val="19"/>
        </w:rPr>
        <w:t>v=k/2(1/t-1/r).</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u/v=r+t/r-t.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49 题　答案 C</w:t>
      </w:r>
    </w:p>
    <w:p>
      <w:pPr>
        <w:spacing w:before="0" w:after="80" w:line="300" w:lineRule="auto"/>
        <w:jc w:val="left"/>
      </w:pPr>
      <w:r>
        <w:rPr>
          <w:rFonts w:ascii="Times New Roman" w:hAnsi="Times New Roman" w:eastAsia="宋体"/>
          <w:b w:val="0"/>
          <w:i w:val="0"/>
          <w:sz w:val="21"/>
        </w:rPr>
        <w:t>取 A=(0,1)、B=(0,0)、C=(1,0)。则</w:t>
      </w:r>
    </w:p>
    <w:p>
      <w:pPr>
        <w:spacing w:before="0" w:after="80" w:line="300" w:lineRule="auto"/>
        <w:jc w:val="left"/>
      </w:pPr>
      <w:r>
        <w:rPr>
          <w:rFonts w:ascii="Times New Roman" w:hAnsi="Times New Roman" w:eastAsia="宋体"/>
          <w:b w:val="0"/>
          <w:i w:val="0"/>
          <w:sz w:val="21"/>
        </w:rPr>
        <w:t>D=(2/3,0),</w:t>
      </w:r>
    </w:p>
    <w:p>
      <w:pPr>
        <w:spacing w:before="0" w:after="80" w:line="300" w:lineRule="auto"/>
        <w:jc w:val="left"/>
      </w:pPr>
      <w:r>
        <w:rPr>
          <w:rFonts w:ascii="Times New Roman" w:hAnsi="Times New Roman" w:eastAsia="宋体"/>
          <w:b w:val="0"/>
          <w:i w:val="0"/>
          <w:sz w:val="21"/>
        </w:rPr>
        <w:t>E=(1/3,2/3),</w:t>
      </w:r>
    </w:p>
    <w:p>
      <w:pPr>
        <w:spacing w:before="0" w:after="80" w:line="300" w:lineRule="auto"/>
        <w:jc w:val="left"/>
      </w:pPr>
      <w:r>
        <w:rPr>
          <w:rFonts w:ascii="Times New Roman" w:hAnsi="Times New Roman" w:eastAsia="宋体"/>
          <w:b w:val="0"/>
          <w:i w:val="0"/>
          <w:sz w:val="21"/>
        </w:rPr>
        <w:t>F=(0,1/3)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分别求 AD,BE,CF 两两相交的交点，得到</w:t>
      </w:r>
    </w:p>
    <w:p>
      <w:pPr>
        <w:spacing w:before="0" w:after="80" w:line="300" w:lineRule="auto"/>
        <w:jc w:val="left"/>
      </w:pPr>
      <w:r>
        <w:rPr>
          <w:rFonts w:ascii="Times New Roman" w:hAnsi="Times New Roman" w:eastAsia="宋体"/>
          <w:b w:val="0"/>
          <w:i w:val="0"/>
          <w:sz w:val="21"/>
        </w:rPr>
        <w:t>N₁=(4/7,1/7),</w:t>
      </w:r>
    </w:p>
    <w:p>
      <w:pPr>
        <w:spacing w:before="0" w:after="80" w:line="300" w:lineRule="auto"/>
        <w:jc w:val="left"/>
      </w:pPr>
      <w:r>
        <w:rPr>
          <w:rFonts w:ascii="Times New Roman" w:hAnsi="Times New Roman" w:eastAsia="宋体"/>
          <w:b w:val="0"/>
          <w:i w:val="0"/>
          <w:sz w:val="21"/>
        </w:rPr>
        <w:t>N₂=(2/7,4/7),</w:t>
      </w:r>
    </w:p>
    <w:p>
      <w:pPr>
        <w:spacing w:before="0" w:after="80" w:line="300" w:lineRule="auto"/>
        <w:jc w:val="left"/>
      </w:pPr>
      <w:r>
        <w:rPr>
          <w:rFonts w:ascii="Times New Roman" w:hAnsi="Times New Roman" w:eastAsia="宋体"/>
          <w:b w:val="0"/>
          <w:i w:val="0"/>
          <w:sz w:val="21"/>
        </w:rPr>
        <w:t>N₃=(1/7,2/7)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行列式面积公式给出</w:t>
      </w:r>
    </w:p>
    <w:p>
      <w:pPr>
        <w:spacing w:before="0" w:after="80" w:line="300" w:lineRule="auto"/>
        <w:jc w:val="left"/>
      </w:pPr>
      <w:r>
        <w:rPr>
          <w:rFonts w:ascii="Times New Roman" w:hAnsi="Times New Roman" w:eastAsia="宋体"/>
          <w:b w:val="0"/>
          <w:i w:val="0"/>
          <w:sz w:val="21"/>
        </w:rPr>
        <w:t>[N₁N₂N₃]=1/14,</w:t>
      </w:r>
    </w:p>
    <w:p>
      <w:pPr>
        <w:spacing w:before="0" w:after="80" w:line="300" w:lineRule="auto"/>
        <w:jc w:val="left"/>
      </w:pPr>
      <w:r>
        <w:rPr>
          <w:rFonts w:ascii="Times New Roman" w:hAnsi="Times New Roman" w:eastAsia="宋体"/>
          <w:b w:val="0"/>
          <w:i w:val="0"/>
          <w:sz w:val="21"/>
        </w:rPr>
        <w:t>=1/2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([N₁N₂N₃])/([ABC])=1/7。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Use A=(0,1), B=(0,0), C=(1,0). Then</w:t>
      </w:r>
    </w:p>
    <w:p>
      <w:pPr>
        <w:spacing w:before="0" w:after="80" w:line="300" w:lineRule="auto"/>
        <w:jc w:val="left"/>
      </w:pPr>
      <w:r>
        <w:rPr>
          <w:rFonts w:ascii="Times New Roman" w:hAnsi="Times New Roman" w:eastAsia="宋体"/>
          <w:b w:val="0"/>
          <w:i w:val="0"/>
          <w:color w:val="333333"/>
          <w:sz w:val="19"/>
        </w:rPr>
        <w:t>D=(2/3,0),</w:t>
      </w:r>
    </w:p>
    <w:p>
      <w:pPr>
        <w:spacing w:before="0" w:after="80" w:line="300" w:lineRule="auto"/>
        <w:jc w:val="left"/>
      </w:pPr>
      <w:r>
        <w:rPr>
          <w:rFonts w:ascii="Times New Roman" w:hAnsi="Times New Roman" w:eastAsia="宋体"/>
          <w:b w:val="0"/>
          <w:i w:val="0"/>
          <w:color w:val="333333"/>
          <w:sz w:val="19"/>
        </w:rPr>
        <w:t>E=(1/3,2/3),</w:t>
      </w:r>
    </w:p>
    <w:p>
      <w:pPr>
        <w:spacing w:before="0" w:after="80" w:line="300" w:lineRule="auto"/>
        <w:jc w:val="left"/>
      </w:pPr>
      <w:r>
        <w:rPr>
          <w:rFonts w:ascii="Times New Roman" w:hAnsi="Times New Roman" w:eastAsia="宋体"/>
          <w:b w:val="0"/>
          <w:i w:val="0"/>
          <w:color w:val="333333"/>
          <w:sz w:val="19"/>
        </w:rPr>
        <w:t>F=(0,1/3).</w:t>
      </w:r>
    </w:p>
    <w:p>
      <w:pPr>
        <w:spacing w:before="0" w:after="80" w:line="300" w:lineRule="auto"/>
        <w:jc w:val="left"/>
      </w:pPr>
      <w:r>
        <w:rPr>
          <w:rFonts w:ascii="Times New Roman" w:hAnsi="Times New Roman" w:eastAsia="宋体"/>
          <w:b w:val="0"/>
          <w:i w:val="0"/>
          <w:color w:val="333333"/>
          <w:sz w:val="19"/>
        </w:rPr>
        <w:t>Intersecting AD,BE,CF in pairs gives</w:t>
      </w:r>
    </w:p>
    <w:p>
      <w:pPr>
        <w:spacing w:before="0" w:after="80" w:line="300" w:lineRule="auto"/>
        <w:jc w:val="left"/>
      </w:pPr>
      <w:r>
        <w:rPr>
          <w:rFonts w:ascii="Times New Roman" w:hAnsi="Times New Roman" w:eastAsia="宋体"/>
          <w:b w:val="0"/>
          <w:i w:val="0"/>
          <w:color w:val="333333"/>
          <w:sz w:val="19"/>
        </w:rPr>
        <w:t>N₁=(4/7,1/7),</w:t>
      </w:r>
    </w:p>
    <w:p>
      <w:pPr>
        <w:spacing w:before="0" w:after="80" w:line="300" w:lineRule="auto"/>
        <w:jc w:val="left"/>
      </w:pPr>
      <w:r>
        <w:rPr>
          <w:rFonts w:ascii="Times New Roman" w:hAnsi="Times New Roman" w:eastAsia="宋体"/>
          <w:b w:val="0"/>
          <w:i w:val="0"/>
          <w:color w:val="333333"/>
          <w:sz w:val="19"/>
        </w:rPr>
        <w:t>N₂=(2/7,4/7),</w:t>
      </w:r>
    </w:p>
    <w:p>
      <w:pPr>
        <w:spacing w:before="0" w:after="80" w:line="300" w:lineRule="auto"/>
        <w:jc w:val="left"/>
      </w:pPr>
      <w:r>
        <w:rPr>
          <w:rFonts w:ascii="Times New Roman" w:hAnsi="Times New Roman" w:eastAsia="宋体"/>
          <w:b w:val="0"/>
          <w:i w:val="0"/>
          <w:color w:val="333333"/>
          <w:sz w:val="19"/>
        </w:rPr>
        <w:t>N₃=(1/7,2/7).</w:t>
      </w:r>
    </w:p>
    <w:p>
      <w:pPr>
        <w:spacing w:before="0" w:after="80" w:line="300" w:lineRule="auto"/>
        <w:jc w:val="left"/>
      </w:pPr>
      <w:r>
        <w:rPr>
          <w:rFonts w:ascii="Times New Roman" w:hAnsi="Times New Roman" w:eastAsia="宋体"/>
          <w:b w:val="0"/>
          <w:i w:val="0"/>
          <w:color w:val="333333"/>
          <w:sz w:val="19"/>
        </w:rPr>
        <w:t>The determinant area formula gives</w:t>
      </w:r>
    </w:p>
    <w:p>
      <w:pPr>
        <w:spacing w:before="0" w:after="80" w:line="300" w:lineRule="auto"/>
        <w:jc w:val="left"/>
      </w:pPr>
      <w:r>
        <w:rPr>
          <w:rFonts w:ascii="Times New Roman" w:hAnsi="Times New Roman" w:eastAsia="宋体"/>
          <w:b w:val="0"/>
          <w:i w:val="0"/>
          <w:color w:val="333333"/>
          <w:sz w:val="19"/>
        </w:rPr>
        <w:t>[N₁N₂N₃]=1/14,</w:t>
      </w:r>
    </w:p>
    <w:p>
      <w:pPr>
        <w:spacing w:before="0" w:after="80" w:line="300" w:lineRule="auto"/>
        <w:jc w:val="left"/>
      </w:pPr>
      <w:r>
        <w:rPr>
          <w:rFonts w:ascii="Times New Roman" w:hAnsi="Times New Roman" w:eastAsia="宋体"/>
          <w:b w:val="0"/>
          <w:i w:val="0"/>
          <w:color w:val="333333"/>
          <w:sz w:val="19"/>
        </w:rPr>
        <w:t>=1/2.</w:t>
      </w:r>
    </w:p>
    <w:p>
      <w:pPr>
        <w:spacing w:before="0" w:after="80" w:line="300" w:lineRule="auto"/>
        <w:jc w:val="left"/>
      </w:pPr>
      <w:r>
        <w:rPr>
          <w:rFonts w:ascii="Times New Roman" w:hAnsi="Times New Roman" w:eastAsia="宋体"/>
          <w:b w:val="0"/>
          <w:i w:val="0"/>
          <w:color w:val="333333"/>
          <w:sz w:val="19"/>
        </w:rPr>
        <w:t>Hence ([N₁N₂N₃])/([ABC])=1/7.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50 题　答案 D</w:t>
      </w:r>
    </w:p>
    <w:p>
      <w:pPr>
        <w:spacing w:before="0" w:after="80" w:line="300" w:lineRule="auto"/>
        <w:jc w:val="left"/>
      </w:pPr>
      <w:r>
        <w:rPr>
          <w:rFonts w:ascii="Times New Roman" w:hAnsi="Times New Roman" w:eastAsia="宋体"/>
          <w:b w:val="0"/>
          <w:i w:val="0"/>
          <w:sz w:val="21"/>
        </w:rPr>
        <w:t>在初始项之后，每个幂 4⁻ᵏ 分别单独出现一次，并乘以 √(2) 出现一次。因为 Σₖ₌₁^(∞)4⁻ᵏ=1/3，所以极限为</w:t>
      </w:r>
    </w:p>
    <w:p>
      <w:pPr>
        <w:spacing w:before="0" w:after="80" w:line="300" w:lineRule="auto"/>
        <w:jc w:val="left"/>
      </w:pPr>
      <w:r>
        <w:rPr>
          <w:rFonts w:ascii="Times New Roman" w:hAnsi="Times New Roman" w:eastAsia="宋体"/>
          <w:b w:val="0"/>
          <w:i w:val="0"/>
          <w:sz w:val="21"/>
        </w:rPr>
        <w:t>1+(1+√(2))/3=(4+√(2))/3。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the initial term, each power 4⁻ᵏ appears once by itself and once multiplied by √(2). Since Σₖ₌₁^(∞)4⁻ᵏ=1/3, the limit is</w:t>
      </w:r>
    </w:p>
    <w:p>
      <w:pPr>
        <w:spacing w:before="0" w:after="80" w:line="300" w:lineRule="auto"/>
        <w:jc w:val="left"/>
      </w:pPr>
      <w:r>
        <w:rPr>
          <w:rFonts w:ascii="Times New Roman" w:hAnsi="Times New Roman" w:eastAsia="宋体"/>
          <w:b w:val="0"/>
          <w:i w:val="0"/>
          <w:color w:val="333333"/>
          <w:sz w:val="19"/>
        </w:rPr>
        <w:t>1+(1+√(2))/3=(4+√(2))/3.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