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1951 年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50 题；单项选择题。本卷为历史卷（早期 AHSME/AMC 赛制），题量与现行的 25 题不同。</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M 比 N 大的百分率为：</w:t>
      </w:r>
    </w:p>
    <w:p>
      <w:pPr>
        <w:spacing w:before="0" w:after="120" w:line="300" w:lineRule="auto"/>
      </w:pPr>
      <w:r>
        <w:rPr>
          <w:rFonts w:ascii="Times New Roman" w:hAnsi="Times New Roman" w:eastAsia="宋体"/>
          <w:b w:val="0"/>
          <w:i w:val="0"/>
          <w:sz w:val="21"/>
        </w:rPr>
        <w:t>（A）(100(M-N))/M　　（B）(100(M-N))/N　　（C）M-N/N　　（D）M-N/M　　（E）(100(M+N))/N</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percent that M is greater than N is:</w:t>
      </w:r>
    </w:p>
    <w:p>
      <w:pPr>
        <w:spacing w:before="0" w:after="160" w:line="300" w:lineRule="auto"/>
      </w:pPr>
      <w:r>
        <w:rPr>
          <w:rFonts w:ascii="Times New Roman" w:hAnsi="Times New Roman" w:eastAsia="宋体"/>
          <w:b w:val="0"/>
          <w:i w:val="0"/>
          <w:color w:val="333333"/>
          <w:sz w:val="19"/>
        </w:rPr>
        <w:t>(A) (100(M-N))/M　　(B) (100(M-N))/N　　(C) M-N/N　　(D) M-N/M　　(E) (100(M+N))/N</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一块长方形田地的宽是长的一半，四周共用 x 码栅栏围住。用 x 表示其面积为：</w:t>
      </w:r>
    </w:p>
    <w:p>
      <w:pPr>
        <w:spacing w:before="0" w:after="120" w:line="300" w:lineRule="auto"/>
      </w:pPr>
      <w:r>
        <w:rPr>
          <w:rFonts w:ascii="Times New Roman" w:hAnsi="Times New Roman" w:eastAsia="宋体"/>
          <w:b w:val="0"/>
          <w:i w:val="0"/>
          <w:sz w:val="21"/>
        </w:rPr>
        <w:t>（A）x²/2　　（B）2x²　　（C）2x²/9　　（D）x²/18　　（E）x²/72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rectangular field is half as wide as it is long and is completely enclosed by x yards of fencing. The area in terms of x is:</w:t>
      </w:r>
    </w:p>
    <w:p>
      <w:pPr>
        <w:spacing w:before="0" w:after="160" w:line="300" w:lineRule="auto"/>
      </w:pPr>
      <w:r>
        <w:rPr>
          <w:rFonts w:ascii="Times New Roman" w:hAnsi="Times New Roman" w:eastAsia="宋体"/>
          <w:b w:val="0"/>
          <w:i w:val="0"/>
          <w:color w:val="333333"/>
          <w:sz w:val="19"/>
        </w:rPr>
        <w:t>(A) x²/2　　(B) 2x²　　(C) 2x²/9　　(D) x²/18　　(E) x²/72</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若正方形的对角线长为 a+b，则正方形的面积为：</w:t>
      </w:r>
    </w:p>
    <w:p>
      <w:pPr>
        <w:spacing w:before="0" w:after="120" w:line="300" w:lineRule="auto"/>
      </w:pPr>
      <w:r>
        <w:rPr>
          <w:rFonts w:ascii="Times New Roman" w:hAnsi="Times New Roman" w:eastAsia="宋体"/>
          <w:b w:val="0"/>
          <w:i w:val="0"/>
          <w:sz w:val="21"/>
        </w:rPr>
        <w:t>（A）(a+b)²　　（B）1/2(a+b)²　　（C）a²+b²　　（D）1/2(a²+b²)　　（E）以上答案均不正确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length of a diagonal of a square is a+b, then the area of the square is:</w:t>
      </w:r>
    </w:p>
    <w:p>
      <w:pPr>
        <w:spacing w:before="0" w:after="160" w:line="300" w:lineRule="auto"/>
      </w:pPr>
      <w:r>
        <w:rPr>
          <w:rFonts w:ascii="Times New Roman" w:hAnsi="Times New Roman" w:eastAsia="宋体"/>
          <w:b w:val="0"/>
          <w:i w:val="0"/>
          <w:color w:val="333333"/>
          <w:sz w:val="19"/>
        </w:rPr>
        <w:t>(A) (a+b)²　　(B) 1/2(a+b)²　　(C) a²+b²　　(D) 1/2(a²+b²)　　(E) None of these</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一座平顶长方体谷仓宽 10 码、长 13 码、高 5 码。谷仓内外墙面和天花板都要粉刷，但屋顶和地面不刷。需要粉刷的总面积为多少平方码？</w:t>
      </w:r>
    </w:p>
    <w:p>
      <w:pPr>
        <w:spacing w:before="0" w:after="120" w:line="300" w:lineRule="auto"/>
      </w:pPr>
      <w:r>
        <w:rPr>
          <w:rFonts w:ascii="Times New Roman" w:hAnsi="Times New Roman" w:eastAsia="宋体"/>
          <w:b w:val="0"/>
          <w:i w:val="0"/>
          <w:sz w:val="21"/>
        </w:rPr>
        <w:t>（A）360　　（B）460　　（C）490　　（D）590　　（E）720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barn with a flat roof is rectangular in shape, 10 yd. wide, 13 yd. long, and 5 yd. high. It is to be painted inside and outside, and on the ceiling, but not on the roof or floor. The total number of square yards to be painted is:</w:t>
      </w:r>
    </w:p>
    <w:p>
      <w:pPr>
        <w:spacing w:before="0" w:after="160" w:line="300" w:lineRule="auto"/>
      </w:pPr>
      <w:r>
        <w:rPr>
          <w:rFonts w:ascii="Times New Roman" w:hAnsi="Times New Roman" w:eastAsia="宋体"/>
          <w:b w:val="0"/>
          <w:i w:val="0"/>
          <w:color w:val="333333"/>
          <w:sz w:val="19"/>
        </w:rPr>
        <w:t>(A) 360　　(B) 460　　(C) 490　　(D) 590　　(E) 720</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A 先生拥有一栋价值 $10,000 的房子。他以高于房屋价值 10% 的价格卖给 B 先生。随后，B 先生以亏损 10% 的价格将房子卖回给 A 先生。则：</w:t>
      </w:r>
    </w:p>
    <w:p>
      <w:pPr>
        <w:spacing w:before="0" w:after="120" w:line="300" w:lineRule="auto"/>
      </w:pPr>
      <w:r>
        <w:rPr>
          <w:rFonts w:ascii="Times New Roman" w:hAnsi="Times New Roman" w:eastAsia="宋体"/>
          <w:b w:val="0"/>
          <w:i w:val="0"/>
          <w:sz w:val="21"/>
        </w:rPr>
        <w:t>（A）A 收支相抵　　（B）A 在交易中赚了 $1100　　（C）A 在交易中赚了 $1000　　（D）A 在交易中亏了 $900　　（E）A 在交易中亏了 $1000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Mr. A owns a home worth $10,000. He sells it to Mr. B at a 10% profit based on the worth of the house. Mr. B sells the house back to Mr. A at a 10% loss. Then:</w:t>
      </w:r>
    </w:p>
    <w:p>
      <w:pPr>
        <w:spacing w:before="0" w:after="160" w:line="300" w:lineRule="auto"/>
      </w:pPr>
      <w:r>
        <w:rPr>
          <w:rFonts w:ascii="Times New Roman" w:hAnsi="Times New Roman" w:eastAsia="宋体"/>
          <w:b w:val="0"/>
          <w:i w:val="0"/>
          <w:color w:val="333333"/>
          <w:sz w:val="19"/>
        </w:rPr>
        <w:t>(A) A comes out even　　(B) A makes $1100 on the deal　　(C) A makes $1000 on the deal　　(D) A loses $900 on the deal　　(E) A loses $1000 on the deal</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已知一个长方体盒子的底面、侧面和正面面积。这三个面积的乘积等于：</w:t>
      </w:r>
    </w:p>
    <w:p>
      <w:pPr>
        <w:spacing w:before="0" w:after="120" w:line="300" w:lineRule="auto"/>
      </w:pPr>
      <w:r>
        <w:rPr>
          <w:rFonts w:ascii="Times New Roman" w:hAnsi="Times New Roman" w:eastAsia="宋体"/>
          <w:b w:val="0"/>
          <w:i w:val="0"/>
          <w:sz w:val="21"/>
        </w:rPr>
        <w:t>（A）盒子的体积　　（B）体积的平方根　　（C）体积的两倍　　（D）体积的平方　　（E）体积的立方</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bottom, side, and front areas of a rectangular box are known. The product of these areas is equal to:</w:t>
      </w:r>
    </w:p>
    <w:p>
      <w:pPr>
        <w:spacing w:before="0" w:after="160" w:line="300" w:lineRule="auto"/>
      </w:pPr>
      <w:r>
        <w:rPr>
          <w:rFonts w:ascii="Times New Roman" w:hAnsi="Times New Roman" w:eastAsia="宋体"/>
          <w:b w:val="0"/>
          <w:i w:val="0"/>
          <w:color w:val="333333"/>
          <w:sz w:val="19"/>
        </w:rPr>
        <w:t>(A) The volume of the box　　(B) The square root of the volume　　(C) Twice the volume　　(D) The square of the volume　　(E) The cube of the volume</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测量一条长 10'' 的线段时误差为 0.02''，而测量一条长 100'' 的线段时误差仅为 0.2''。与第一次测量的相对误差相比，第二次测量的相对误差：</w:t>
      </w:r>
    </w:p>
    <w:p>
      <w:pPr>
        <w:spacing w:before="0" w:after="120" w:line="300" w:lineRule="auto"/>
      </w:pPr>
      <w:r>
        <w:rPr>
          <w:rFonts w:ascii="Times New Roman" w:hAnsi="Times New Roman" w:eastAsia="宋体"/>
          <w:b w:val="0"/>
          <w:i w:val="0"/>
          <w:sz w:val="21"/>
        </w:rPr>
        <w:t>（A）大 0.18　　（B）相同　　（C）较小　　（D）是其 10 倍　　（E）(A) 和 (D) 的描述都正确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error of 0.02'' is made in the measurement of a line 10'' long, while an error of only 0.2'' is made in a measurement of a line 100'' long. In comparison with the relative error of the first measurement, the relative error of the second measurement is:</w:t>
      </w:r>
    </w:p>
    <w:p>
      <w:pPr>
        <w:spacing w:before="0" w:after="160" w:line="300" w:lineRule="auto"/>
      </w:pPr>
      <w:r>
        <w:rPr>
          <w:rFonts w:ascii="Times New Roman" w:hAnsi="Times New Roman" w:eastAsia="宋体"/>
          <w:b w:val="0"/>
          <w:i w:val="0"/>
          <w:color w:val="333333"/>
          <w:sz w:val="19"/>
        </w:rPr>
        <w:t>(A) Greater by 0.18　　(B) The same　　(C) Less　　(D) 10 times as great　　(E) Correctly described by both (A) and (D)</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一件商品的价格降低了 10%。要恢复原价，降价后的价格必须增加：</w:t>
      </w:r>
    </w:p>
    <w:p>
      <w:pPr>
        <w:spacing w:before="0" w:after="120" w:line="300" w:lineRule="auto"/>
      </w:pPr>
      <w:r>
        <w:rPr>
          <w:rFonts w:ascii="Times New Roman" w:hAnsi="Times New Roman" w:eastAsia="宋体"/>
          <w:b w:val="0"/>
          <w:i w:val="0"/>
          <w:sz w:val="21"/>
        </w:rPr>
        <w:t>（A）10%　　（B）9%　　（C）111/9%　　（D）11%　　（E）以上答案均不正确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price of an article is cut 10%. To restore it to its former value, the new price must be increased by:</w:t>
      </w:r>
    </w:p>
    <w:p>
      <w:pPr>
        <w:spacing w:before="0" w:after="160" w:line="300" w:lineRule="auto"/>
      </w:pPr>
      <w:r>
        <w:rPr>
          <w:rFonts w:ascii="Times New Roman" w:hAnsi="Times New Roman" w:eastAsia="宋体"/>
          <w:b w:val="0"/>
          <w:i w:val="0"/>
          <w:color w:val="333333"/>
          <w:sz w:val="19"/>
        </w:rPr>
        <w:t>(A) 10%　　(B) 9%　　(C) 111/9%　　(D) 11%　　(E) None of these answers</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先画一个边长为 a 的等边三角形，再连接其三边中点，得到一个新的等边三角形；随后连接第二个三角形的三边中点，得到第三个等边三角形；如此无限继续。所有这些三角形周长之和的极限为：</w:t>
      </w:r>
    </w:p>
    <w:p>
      <w:pPr>
        <w:spacing w:before="0" w:after="120" w:line="300" w:lineRule="auto"/>
      </w:pPr>
      <w:r>
        <w:rPr>
          <w:rFonts w:ascii="Times New Roman" w:hAnsi="Times New Roman" w:eastAsia="宋体"/>
          <w:b w:val="0"/>
          <w:i w:val="0"/>
          <w:sz w:val="21"/>
        </w:rPr>
        <w:t>（A）无穷大　　（B）(51/4)a　　（C）2a　　（D）6a　　（E）(41/2)a</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equilateral triangle is drawn with a side of length a. A new equilateral triangle is formed by joining the midpoints of the sides of the first one. Then a third equilateral triangle is formed by joining the midpoints of the sides of the second; and so on forever. The limit of the sum of the perimeters of all the triangles thus drawn is:</w:t>
      </w:r>
    </w:p>
    <w:p>
      <w:pPr>
        <w:spacing w:before="0" w:after="160" w:line="300" w:lineRule="auto"/>
      </w:pPr>
      <w:r>
        <w:rPr>
          <w:rFonts w:ascii="Times New Roman" w:hAnsi="Times New Roman" w:eastAsia="宋体"/>
          <w:b w:val="0"/>
          <w:i w:val="0"/>
          <w:color w:val="333333"/>
          <w:sz w:val="19"/>
        </w:rPr>
        <w:t>(A) Infinite　　(B) (51/4)a　　(C) 2a　　(D) 6a　　(E) (41/2)a</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下列说法中，不正确的是：</w:t>
      </w:r>
    </w:p>
    <w:p>
      <w:pPr>
        <w:spacing w:before="0" w:after="120" w:line="300" w:lineRule="auto"/>
      </w:pPr>
      <w:r>
        <w:rPr>
          <w:rFonts w:ascii="Times New Roman" w:hAnsi="Times New Roman" w:eastAsia="宋体"/>
          <w:b w:val="0"/>
          <w:i w:val="0"/>
          <w:sz w:val="21"/>
        </w:rPr>
        <w:t>（A）将一个给定长方形的底边加倍，面积也加倍。　　（B）将三角形的高加倍，面积也加倍。　　（C）将一个给定圆的半径加倍，面积也加倍。　　（D）将一个分式的除数加倍，并将其分子除以 2，会改变商。　　（E）将一个给定的量加倍，可能使结果小于原来的量。</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Of the following statements, the one that is incorrect is:</w:t>
      </w:r>
    </w:p>
    <w:p>
      <w:pPr>
        <w:spacing w:before="0" w:after="160" w:line="300" w:lineRule="auto"/>
      </w:pPr>
      <w:r>
        <w:rPr>
          <w:rFonts w:ascii="Times New Roman" w:hAnsi="Times New Roman" w:eastAsia="宋体"/>
          <w:b w:val="0"/>
          <w:i w:val="0"/>
          <w:color w:val="333333"/>
          <w:sz w:val="19"/>
        </w:rPr>
        <w:t>(A) Doubling the base of a given rectangle doubles the area.　　(B) Doubling the altitude of a triangle doubles the area.　　(C) Doubling the radius of a given circle doubles</w:t>
        <w:br/>
        <w:t>the area.　　(D) Doubling the divisor of a fraction and dividing its numerator</w:t>
        <w:br/>
        <w:t>by 2 changes the quotient.　　(E) Doubling a given quantity may make it less than it originally</w:t>
        <w:br/>
        <w:t>was.</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一个无穷等比数列的和为 a/1-r，其中 a 表示首项，-1&lt; r&lt;1 表示公比。该数列各项平方之和为：</w:t>
      </w:r>
    </w:p>
    <w:p>
      <w:pPr>
        <w:spacing w:before="0" w:after="120" w:line="300" w:lineRule="auto"/>
      </w:pPr>
      <w:r>
        <w:rPr>
          <w:rFonts w:ascii="Times New Roman" w:hAnsi="Times New Roman" w:eastAsia="宋体"/>
          <w:b w:val="0"/>
          <w:i w:val="0"/>
          <w:sz w:val="21"/>
        </w:rPr>
        <w:t>（A）a²/((1-r)²)　　（B）a²/1+r²　　（C）a²/1-r²　　（D）4a²/1+r²　　（E）以上答案均不正确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limit of the sum of an infinite number of terms in a geometric progression is a/1-r, where a denotes the first term and -1&lt; r&lt;1 denotes the common ratio. The limit of the sum of their squares is:</w:t>
      </w:r>
    </w:p>
    <w:p>
      <w:pPr>
        <w:spacing w:before="0" w:after="160" w:line="300" w:lineRule="auto"/>
      </w:pPr>
      <w:r>
        <w:rPr>
          <w:rFonts w:ascii="Times New Roman" w:hAnsi="Times New Roman" w:eastAsia="宋体"/>
          <w:b w:val="0"/>
          <w:i w:val="0"/>
          <w:color w:val="333333"/>
          <w:sz w:val="19"/>
        </w:rPr>
        <w:t>(A) a²/((1-r)²)　　(B) a²/1+r²　　(C) a²/1-r²　　(D) 4a²/1+r²　　(E) None of these</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在 2:15 时，钟表的时针与分针所成的角为：</w:t>
      </w:r>
    </w:p>
    <w:p>
      <w:pPr>
        <w:spacing w:before="0" w:after="120" w:line="300" w:lineRule="auto"/>
      </w:pPr>
      <w:r>
        <w:rPr>
          <w:rFonts w:ascii="Times New Roman" w:hAnsi="Times New Roman" w:eastAsia="宋体"/>
          <w:b w:val="0"/>
          <w:i w:val="0"/>
          <w:sz w:val="21"/>
        </w:rPr>
        <w:t>（A）30°　　（B）5°　　（C）221/2°　　（D）71/2°　　（E）28°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At 2:15 o’clock, the hour and minute hands of a clock form an angle of:</w:t>
      </w:r>
    </w:p>
    <w:p>
      <w:pPr>
        <w:spacing w:before="0" w:after="160" w:line="300" w:lineRule="auto"/>
      </w:pPr>
      <w:r>
        <w:rPr>
          <w:rFonts w:ascii="Times New Roman" w:hAnsi="Times New Roman" w:eastAsia="宋体"/>
          <w:b w:val="0"/>
          <w:i w:val="0"/>
          <w:color w:val="333333"/>
          <w:sz w:val="19"/>
        </w:rPr>
        <w:t>(A) 30°　　(B) 5°　　(C) 221/2°　　(D) 71/2°　　(E) 28°</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A 可在 9 天内完成一项工作。B 的效率比 A 高 50%。B 完成同一项工作所需的天数为：</w:t>
      </w:r>
    </w:p>
    <w:p>
      <w:pPr>
        <w:spacing w:before="0" w:after="120" w:line="300" w:lineRule="auto"/>
      </w:pPr>
      <w:r>
        <w:rPr>
          <w:rFonts w:ascii="Times New Roman" w:hAnsi="Times New Roman" w:eastAsia="宋体"/>
          <w:b w:val="0"/>
          <w:i w:val="0"/>
          <w:sz w:val="21"/>
        </w:rPr>
        <w:t>（A）131/2　　（B）41/2　　（C）6　　（D）3　　（E）以上答案均不正确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can do a piece of work in 9 days. B is 50% more efficient than A. The number of days it takes B to do the same piece of work is:</w:t>
      </w:r>
    </w:p>
    <w:p>
      <w:pPr>
        <w:spacing w:before="0" w:after="160" w:line="300" w:lineRule="auto"/>
      </w:pPr>
      <w:r>
        <w:rPr>
          <w:rFonts w:ascii="Times New Roman" w:hAnsi="Times New Roman" w:eastAsia="宋体"/>
          <w:b w:val="0"/>
          <w:i w:val="0"/>
          <w:color w:val="333333"/>
          <w:sz w:val="19"/>
        </w:rPr>
        <w:t>(A) 131/2　　(B) 41/2　　(C) 6　　(D) 3　　(E) None of these answers</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关于几何证明，请指出下列哪一项说法不正确：</w:t>
      </w:r>
    </w:p>
    <w:p>
      <w:pPr>
        <w:spacing w:before="0" w:after="120" w:line="300" w:lineRule="auto"/>
      </w:pPr>
      <w:r>
        <w:rPr>
          <w:rFonts w:ascii="Times New Roman" w:hAnsi="Times New Roman" w:eastAsia="宋体"/>
          <w:b w:val="0"/>
          <w:i w:val="0"/>
          <w:sz w:val="21"/>
        </w:rPr>
        <w:t>（A）有些陈述无需证明即可接受。　　（B）在某些情况下，证明某些命题时存在不止一种正确的步骤顺序。　　（C）证明中使用的每一个术语都必须事先定义。　　（D）如果已知条件中含有一个不真实的命题，就不可能通过正确推理得出真实的结论。　　（E）只要存在两个或更多互相矛盾的命题，就可以使用间接证明。</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connection with proof in geometry, indicate which one of the following statements is incorrect:</w:t>
      </w:r>
    </w:p>
    <w:p>
      <w:pPr>
        <w:spacing w:before="0" w:after="160" w:line="300" w:lineRule="auto"/>
      </w:pPr>
      <w:r>
        <w:rPr>
          <w:rFonts w:ascii="Times New Roman" w:hAnsi="Times New Roman" w:eastAsia="宋体"/>
          <w:b w:val="0"/>
          <w:i w:val="0"/>
          <w:color w:val="333333"/>
          <w:sz w:val="19"/>
        </w:rPr>
        <w:t>(A) Some statements are accepted without being proved.　　(B) In some instances there is more than one correct order in</w:t>
        <w:br/>
        <w:t>proving certain propositions.　　(C) Every term used in a proof must have been</w:t>
        <w:br/>
        <w:t>defined previously.　　(D) It is not possible to arrive by correct reasoning at a true</w:t>
        <w:br/>
        <w:t>conclusion if, in the given, there is an untrue proposition.　　(E) Indirect proof can be used whenever there are two or more</w:t>
        <w:br/>
        <w:t>contrary propositions.</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对于 n 的一切整数值，表达式 n³-n 恒能被下列哪个最大的数整除？</w:t>
      </w:r>
    </w:p>
    <w:p>
      <w:pPr>
        <w:spacing w:before="0" w:after="120" w:line="300" w:lineRule="auto"/>
      </w:pPr>
      <w:r>
        <w:rPr>
          <w:rFonts w:ascii="Times New Roman" w:hAnsi="Times New Roman" w:eastAsia="宋体"/>
          <w:b w:val="0"/>
          <w:i w:val="0"/>
          <w:sz w:val="21"/>
        </w:rPr>
        <w:t>（A）2　　（B）3　　（C）4　　（D）5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largest number by which the expression n³-n is divisible for all possible integral values of n is:</w:t>
      </w:r>
    </w:p>
    <w:p>
      <w:pPr>
        <w:spacing w:before="0" w:after="160" w:line="300" w:lineRule="auto"/>
      </w:pPr>
      <w:r>
        <w:rPr>
          <w:rFonts w:ascii="Times New Roman" w:hAnsi="Times New Roman" w:eastAsia="宋体"/>
          <w:b w:val="0"/>
          <w:i w:val="0"/>
          <w:color w:val="333333"/>
          <w:sz w:val="19"/>
        </w:rPr>
        <w:t>(A) 2　　(B) 3　　(C) 4　　(D) 5　　(E) 6</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对二次方程</w:t>
      </w:r>
    </w:p>
    <w:p>
      <w:pPr>
        <w:spacing w:before="0" w:after="80" w:line="300" w:lineRule="auto"/>
        <w:jc w:val="left"/>
      </w:pPr>
      <w:r>
        <w:rPr>
          <w:rFonts w:ascii="Times New Roman" w:hAnsi="Times New Roman" w:eastAsia="宋体"/>
          <w:b w:val="0"/>
          <w:i w:val="0"/>
          <w:sz w:val="21"/>
        </w:rPr>
        <w:t>f(x)=ax²+bx+c=0</w:t>
      </w:r>
    </w:p>
    <w:p>
      <w:pPr>
        <w:spacing w:before="0" w:after="80" w:line="300" w:lineRule="auto"/>
        <w:jc w:val="left"/>
      </w:pPr>
      <w:r>
        <w:rPr>
          <w:rFonts w:ascii="Times New Roman" w:hAnsi="Times New Roman" w:eastAsia="宋体"/>
          <w:b w:val="0"/>
          <w:i w:val="0"/>
          <w:sz w:val="21"/>
        </w:rPr>
        <w:t>使用求根公式时，若恰有 c=b²/4a，则 y=f(x) 的图像一定：</w:t>
      </w:r>
    </w:p>
    <w:p>
      <w:pPr>
        <w:spacing w:before="0" w:after="120" w:line="300" w:lineRule="auto"/>
      </w:pPr>
      <w:r>
        <w:rPr>
          <w:rFonts w:ascii="Times New Roman" w:hAnsi="Times New Roman" w:eastAsia="宋体"/>
          <w:b w:val="0"/>
          <w:i w:val="0"/>
          <w:sz w:val="21"/>
        </w:rPr>
        <w:t>（A）有最大值　　（B）有最小值　　（C）与 x 轴相切　　（D）与 y 轴相切　　（E）只位于一个象限内</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in applying the quadratic formula to a quadratic equation</w:t>
      </w:r>
    </w:p>
    <w:p>
      <w:pPr>
        <w:spacing w:before="0" w:after="80" w:line="300" w:lineRule="auto"/>
        <w:jc w:val="left"/>
      </w:pPr>
      <w:r>
        <w:rPr>
          <w:rFonts w:ascii="Times New Roman" w:hAnsi="Times New Roman" w:eastAsia="宋体"/>
          <w:b w:val="0"/>
          <w:i w:val="0"/>
          <w:color w:val="333333"/>
          <w:sz w:val="19"/>
        </w:rPr>
        <w:t>f(x)=ax²+bx+c=0,</w:t>
      </w:r>
    </w:p>
    <w:p>
      <w:pPr>
        <w:spacing w:before="0" w:after="80" w:line="300" w:lineRule="auto"/>
        <w:jc w:val="left"/>
      </w:pPr>
      <w:r>
        <w:rPr>
          <w:rFonts w:ascii="Times New Roman" w:hAnsi="Times New Roman" w:eastAsia="宋体"/>
          <w:b w:val="0"/>
          <w:i w:val="0"/>
          <w:color w:val="333333"/>
          <w:sz w:val="19"/>
        </w:rPr>
        <w:t>it happens that c=b²/4a, then the graph of y=f(x) will certainly:</w:t>
      </w:r>
    </w:p>
    <w:p>
      <w:pPr>
        <w:spacing w:before="0" w:after="160" w:line="300" w:lineRule="auto"/>
      </w:pPr>
      <w:r>
        <w:rPr>
          <w:rFonts w:ascii="Times New Roman" w:hAnsi="Times New Roman" w:eastAsia="宋体"/>
          <w:b w:val="0"/>
          <w:i w:val="0"/>
          <w:color w:val="333333"/>
          <w:sz w:val="19"/>
        </w:rPr>
        <w:t>(A) Have a maximum　　(B) Have a minimum　　(C) Be tangent to the x-axis　　(D) Be tangent to the y-axis　　(E) Lie in one quadrant only</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请指出下列哪个方程中，y 与 x 既不成正比，也不成反比：</w:t>
      </w:r>
    </w:p>
    <w:p>
      <w:pPr>
        <w:spacing w:before="0" w:after="120" w:line="300" w:lineRule="auto"/>
      </w:pPr>
      <w:r>
        <w:rPr>
          <w:rFonts w:ascii="Times New Roman" w:hAnsi="Times New Roman" w:eastAsia="宋体"/>
          <w:b w:val="0"/>
          <w:i w:val="0"/>
          <w:sz w:val="21"/>
        </w:rPr>
        <w:t>（A）x+y=0　　（B）3xy=10　　（C）x=5y　　（D）3x+y=10　　（E）x/y=√(3)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Indicate in which one of the following equations y is neither directly nor inversely proportional to x:</w:t>
      </w:r>
    </w:p>
    <w:p>
      <w:pPr>
        <w:spacing w:before="0" w:after="160" w:line="300" w:lineRule="auto"/>
      </w:pPr>
      <w:r>
        <w:rPr>
          <w:rFonts w:ascii="Times New Roman" w:hAnsi="Times New Roman" w:eastAsia="宋体"/>
          <w:b w:val="0"/>
          <w:i w:val="0"/>
          <w:color w:val="333333"/>
          <w:sz w:val="19"/>
        </w:rPr>
        <w:t>(A) x+y=0　　(B) 3xy=10　　(C) x=5y　　(D) 3x+y=10　　(E) x/y=√(3)</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要将表达式 21x²+ax+21 分解为两个系数为整数的线性不可约二项式之积。当 a 是下列哪一项时，可以完成这种分解？</w:t>
      </w:r>
    </w:p>
    <w:p>
      <w:pPr>
        <w:spacing w:before="0" w:after="120" w:line="300" w:lineRule="auto"/>
      </w:pPr>
      <w:r>
        <w:rPr>
          <w:rFonts w:ascii="Times New Roman" w:hAnsi="Times New Roman" w:eastAsia="宋体"/>
          <w:b w:val="0"/>
          <w:i w:val="0"/>
          <w:sz w:val="21"/>
        </w:rPr>
        <w:t>（A）任意奇数　　（B）某些奇数　　（C）任意偶数　　（D）某些偶数　　（E）零</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expression 21x²+ax+21 is to be factored into two linear prime binomial factors with integer coefficients. This can be done if a is:</w:t>
      </w:r>
    </w:p>
    <w:p>
      <w:pPr>
        <w:spacing w:before="0" w:after="160" w:line="300" w:lineRule="auto"/>
      </w:pPr>
      <w:r>
        <w:rPr>
          <w:rFonts w:ascii="Times New Roman" w:hAnsi="Times New Roman" w:eastAsia="宋体"/>
          <w:b w:val="0"/>
          <w:i w:val="0"/>
          <w:color w:val="333333"/>
          <w:sz w:val="19"/>
        </w:rPr>
        <w:t>(A) Any odd number　　(B) Some odd number　　(C) Any even number　　(D) Some even number　　(E) Zero</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将一个三位数重复书写一次，组成一个六位数，例如 256,256、678,678 等。任何这种形式的数都一定能被下列哪个数整除？</w:t>
      </w:r>
    </w:p>
    <w:p>
      <w:pPr>
        <w:spacing w:before="0" w:after="120" w:line="300" w:lineRule="auto"/>
      </w:pPr>
      <w:r>
        <w:rPr>
          <w:rFonts w:ascii="Times New Roman" w:hAnsi="Times New Roman" w:eastAsia="宋体"/>
          <w:b w:val="0"/>
          <w:i w:val="0"/>
          <w:sz w:val="21"/>
        </w:rPr>
        <w:t>（A）仅 7　　（B）仅 11　　（C）仅 13　　（D）101　　（E）1001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six-place number is formed by repeating a three-place number; for example, 256,256, or 678,678, etc. Any number of this form is always exactly divisible by:</w:t>
      </w:r>
    </w:p>
    <w:p>
      <w:pPr>
        <w:spacing w:before="0" w:after="160" w:line="300" w:lineRule="auto"/>
      </w:pPr>
      <w:r>
        <w:rPr>
          <w:rFonts w:ascii="Times New Roman" w:hAnsi="Times New Roman" w:eastAsia="宋体"/>
          <w:b w:val="0"/>
          <w:i w:val="0"/>
          <w:color w:val="333333"/>
          <w:sz w:val="19"/>
        </w:rPr>
        <w:t>(A) 7 only　　(B) 11 only　　(C) 13 only　　(D) 101　　(E) 1001</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将表达式 (x+y)⁻¹(x⁻¹+y⁻¹) 化简，并用负指数表示，结果等于：</w:t>
      </w:r>
    </w:p>
    <w:p>
      <w:pPr>
        <w:spacing w:before="0" w:after="120" w:line="300" w:lineRule="auto"/>
      </w:pPr>
      <w:r>
        <w:rPr>
          <w:rFonts w:ascii="Times New Roman" w:hAnsi="Times New Roman" w:eastAsia="宋体"/>
          <w:b w:val="0"/>
          <w:i w:val="0"/>
          <w:sz w:val="21"/>
        </w:rPr>
        <w:t>（A）x⁻²+2x⁻¹y⁻¹+y⁻²　　（B）x⁻²+2⁻¹x⁻¹y⁻¹+y⁻²　　（C）x⁻¹y⁻¹　　（D）x⁻²+y⁻²　　（E）1/(x⁻¹y⁻¹)</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When simplified and expressed with negative exponents, the expression (x+y)⁻¹(x⁻¹+y⁻¹) is equal to:</w:t>
      </w:r>
    </w:p>
    <w:p>
      <w:pPr>
        <w:spacing w:before="0" w:after="160" w:line="300" w:lineRule="auto"/>
      </w:pPr>
      <w:r>
        <w:rPr>
          <w:rFonts w:ascii="Times New Roman" w:hAnsi="Times New Roman" w:eastAsia="宋体"/>
          <w:b w:val="0"/>
          <w:i w:val="0"/>
          <w:color w:val="333333"/>
          <w:sz w:val="19"/>
        </w:rPr>
        <w:t>(A) x⁻²+2x⁻¹y⁻¹+y⁻²　　(B) x⁻²+2⁻¹x⁻¹y⁻¹+y⁻²　　(C) x⁻¹y⁻¹　　(D) x⁻²+y⁻²　　(E) 1/(x⁻¹y⁻¹)</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已知 x&gt;0、y&gt;0、x&gt; y，且 z≠0。下列不等式中，不一定正确的是：</w:t>
      </w:r>
    </w:p>
    <w:p>
      <w:pPr>
        <w:spacing w:before="0" w:after="120" w:line="300" w:lineRule="auto"/>
      </w:pPr>
      <w:r>
        <w:rPr>
          <w:rFonts w:ascii="Times New Roman" w:hAnsi="Times New Roman" w:eastAsia="宋体"/>
          <w:b w:val="0"/>
          <w:i w:val="0"/>
          <w:sz w:val="21"/>
        </w:rPr>
        <w:t>（A）x+z&gt; y+z　　（B）x-z&gt; y-z　　（C）xz&gt; yz　　（D）x/z²&gt;y/z²　　（E）xz²&gt; yz²</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Given x&gt;0, y&gt;0, x&gt; y, and z≠0. The inequality which is not always correct is:</w:t>
      </w:r>
    </w:p>
    <w:p>
      <w:pPr>
        <w:spacing w:before="0" w:after="160" w:line="300" w:lineRule="auto"/>
      </w:pPr>
      <w:r>
        <w:rPr>
          <w:rFonts w:ascii="Times New Roman" w:hAnsi="Times New Roman" w:eastAsia="宋体"/>
          <w:b w:val="0"/>
          <w:i w:val="0"/>
          <w:color w:val="333333"/>
          <w:sz w:val="19"/>
        </w:rPr>
        <w:t>(A) x+z&gt; y+z　　(B) x-z&gt; y-z　　(C) xz&gt; yz　　(D) x/z²&gt;y/z²　　(E) xz²&gt; yz²</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方程 log₁₀(a²-15a)=2 中 a 的值为：</w:t>
      </w:r>
    </w:p>
    <w:p>
      <w:pPr>
        <w:spacing w:before="0" w:after="120" w:line="300" w:lineRule="auto"/>
      </w:pPr>
      <w:r>
        <w:rPr>
          <w:rFonts w:ascii="Times New Roman" w:hAnsi="Times New Roman" w:eastAsia="宋体"/>
          <w:b w:val="0"/>
          <w:i w:val="0"/>
          <w:sz w:val="21"/>
        </w:rPr>
        <w:t>（A）(15±√(233))/2　　（B）20、-5　　（C）(15±√(305))/2　　（D）±20　　（E）以上答案均不正确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values of a in the equation log₁₀(a²-15a)=2 are:</w:t>
      </w:r>
    </w:p>
    <w:p>
      <w:pPr>
        <w:spacing w:before="0" w:after="160" w:line="300" w:lineRule="auto"/>
      </w:pPr>
      <w:r>
        <w:rPr>
          <w:rFonts w:ascii="Times New Roman" w:hAnsi="Times New Roman" w:eastAsia="宋体"/>
          <w:b w:val="0"/>
          <w:i w:val="0"/>
          <w:color w:val="333333"/>
          <w:sz w:val="19"/>
        </w:rPr>
        <w:t>(A) (15±√(233))/2　　(B) 20, -5　　(C) (15±√(305))/2　　(D) ±20　　(E) None of these</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一个圆柱形盒子的半径为 8 英寸，高为 3 英寸。分别给半径或高增加相同的长度，若要使两种情况下体积的非零增量相等，则应增加多少英寸？</w:t>
      </w:r>
    </w:p>
    <w:p>
      <w:pPr>
        <w:spacing w:before="0" w:after="120" w:line="300" w:lineRule="auto"/>
      </w:pPr>
      <w:r>
        <w:rPr>
          <w:rFonts w:ascii="Times New Roman" w:hAnsi="Times New Roman" w:eastAsia="宋体"/>
          <w:b w:val="0"/>
          <w:i w:val="0"/>
          <w:sz w:val="21"/>
        </w:rPr>
        <w:t>（A）1　　（B）51/3　　（C）任意数　　（D）不存在　　（E）以上答案均不正确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radius of a cylindrical box is 8 inches and the height is 3 inches. The number of inches that may be added to either the radius or the height to give the same nonzero increase in volume is:</w:t>
      </w:r>
    </w:p>
    <w:p>
      <w:pPr>
        <w:spacing w:before="0" w:after="160" w:line="300" w:lineRule="auto"/>
      </w:pPr>
      <w:r>
        <w:rPr>
          <w:rFonts w:ascii="Times New Roman" w:hAnsi="Times New Roman" w:eastAsia="宋体"/>
          <w:b w:val="0"/>
          <w:i w:val="0"/>
          <w:color w:val="333333"/>
          <w:sz w:val="19"/>
        </w:rPr>
        <w:t>(A) 1　　(B) 51/3　　(C) Any number　　(D) Non-existent　　(E) None of these</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化简 (2ⁿ⁺⁴-2(2ⁿ))/(2(2ⁿ⁺³))，结果为：</w:t>
      </w:r>
    </w:p>
    <w:p>
      <w:pPr>
        <w:spacing w:before="0" w:after="120" w:line="300" w:lineRule="auto"/>
      </w:pPr>
      <w:r>
        <w:rPr>
          <w:rFonts w:ascii="Times New Roman" w:hAnsi="Times New Roman" w:eastAsia="宋体"/>
          <w:b w:val="0"/>
          <w:i w:val="0"/>
          <w:sz w:val="21"/>
        </w:rPr>
        <w:t>（A）2ⁿ⁺¹-1/8　　（B）-2ⁿ⁺¹　　（C）1-2ⁿ　　（D）7/8　　（E）7/4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When simplified, (2ⁿ⁺⁴-2(2ⁿ))/(2(2ⁿ⁺³)) is:</w:t>
      </w:r>
    </w:p>
    <w:p>
      <w:pPr>
        <w:spacing w:before="0" w:after="160" w:line="300" w:lineRule="auto"/>
      </w:pPr>
      <w:r>
        <w:rPr>
          <w:rFonts w:ascii="Times New Roman" w:hAnsi="Times New Roman" w:eastAsia="宋体"/>
          <w:b w:val="0"/>
          <w:i w:val="0"/>
          <w:color w:val="333333"/>
          <w:sz w:val="19"/>
        </w:rPr>
        <w:t>(A) 2ⁿ⁺¹-1/8　　(B) -2ⁿ⁺¹　　(C) 1-2ⁿ　　(D) 7/8　　(E) 7/4</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一个正方形的面积数值等于其周长数值；一个等边三角形的面积数值也等于其周长数值。比较它们的边心距，前者的边心距：</w:t>
      </w:r>
    </w:p>
    <w:p>
      <w:pPr>
        <w:spacing w:before="0" w:after="120" w:line="300" w:lineRule="auto"/>
      </w:pPr>
      <w:r>
        <w:rPr>
          <w:rFonts w:ascii="Times New Roman" w:hAnsi="Times New Roman" w:eastAsia="宋体"/>
          <w:b w:val="0"/>
          <w:i w:val="0"/>
          <w:sz w:val="21"/>
        </w:rPr>
        <w:t>（A）等于后者　　（B）是后者的 4/3 倍　　（C）是后者的 2/(√(3)) 倍　　（D）是后者的 (√(2))/(√(3)) 倍　　（E）与后者的关系无法确定</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apothem of a square having its area numerically equal to its perimeter is compared with the apothem of an equilateral triangle having its area numerically equal to its perimeter. The first apothem will be:</w:t>
      </w:r>
    </w:p>
    <w:p>
      <w:pPr>
        <w:spacing w:before="0" w:after="160" w:line="300" w:lineRule="auto"/>
      </w:pPr>
      <w:r>
        <w:rPr>
          <w:rFonts w:ascii="Times New Roman" w:hAnsi="Times New Roman" w:eastAsia="宋体"/>
          <w:b w:val="0"/>
          <w:i w:val="0"/>
          <w:color w:val="333333"/>
          <w:sz w:val="19"/>
        </w:rPr>
        <w:t>(A) Equal to the second　　(B) 4/3 times the second　　(C) 2/(√(3)) times the second　　(D) (√(2))/(√(3)) times the second　　(E) Indeterminately related to the second</w:t>
      </w:r>
    </w:p>
    <w:p>
      <w:pPr>
        <w:spacing w:before="200" w:after="80" w:line="300" w:lineRule="auto"/>
      </w:pPr>
      <w:r>
        <w:rPr>
          <w:rFonts w:ascii="Times New Roman" w:hAnsi="Times New Roman" w:eastAsia="宋体"/>
          <w:b/>
          <w:i w:val="0"/>
          <w:sz w:val="23"/>
        </w:rPr>
        <w:t>第 26 题</w:t>
      </w:r>
    </w:p>
    <w:p>
      <w:pPr>
        <w:spacing w:before="0" w:after="80" w:line="300" w:lineRule="auto"/>
        <w:jc w:val="left"/>
      </w:pPr>
      <w:r>
        <w:rPr>
          <w:rFonts w:ascii="Times New Roman" w:hAnsi="Times New Roman" w:eastAsia="宋体"/>
          <w:b w:val="0"/>
          <w:i w:val="0"/>
          <w:sz w:val="21"/>
        </w:rPr>
        <w:t>在方程</w:t>
      </w:r>
    </w:p>
    <w:p>
      <w:pPr>
        <w:spacing w:before="0" w:after="80" w:line="300" w:lineRule="auto"/>
        <w:jc w:val="left"/>
      </w:pPr>
      <w:r>
        <w:rPr>
          <w:rFonts w:ascii="Times New Roman" w:hAnsi="Times New Roman" w:eastAsia="宋体"/>
          <w:b w:val="0"/>
          <w:i w:val="0"/>
          <w:sz w:val="21"/>
        </w:rPr>
        <w:t>(x(x-1)-(m+1))/((x-1)(m-1))=x/m</w:t>
      </w:r>
    </w:p>
    <w:p>
      <w:pPr>
        <w:spacing w:before="0" w:after="80" w:line="300" w:lineRule="auto"/>
        <w:jc w:val="left"/>
      </w:pPr>
      <w:r>
        <w:rPr>
          <w:rFonts w:ascii="Times New Roman" w:hAnsi="Times New Roman" w:eastAsia="宋体"/>
          <w:b w:val="0"/>
          <w:i w:val="0"/>
          <w:sz w:val="21"/>
        </w:rPr>
        <w:t>中，当下列哪一条件成立时，两根相等？</w:t>
      </w:r>
    </w:p>
    <w:p>
      <w:pPr>
        <w:spacing w:before="0" w:after="120" w:line="300" w:lineRule="auto"/>
      </w:pPr>
      <w:r>
        <w:rPr>
          <w:rFonts w:ascii="Times New Roman" w:hAnsi="Times New Roman" w:eastAsia="宋体"/>
          <w:b w:val="0"/>
          <w:i w:val="0"/>
          <w:sz w:val="21"/>
        </w:rPr>
        <w:t>（A）m=1　　（B）m=1/2　　（C）m=0　　（D）m=-1　　（E）m=-1/2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equation</w:t>
      </w:r>
    </w:p>
    <w:p>
      <w:pPr>
        <w:spacing w:before="0" w:after="80" w:line="300" w:lineRule="auto"/>
        <w:jc w:val="left"/>
      </w:pPr>
      <w:r>
        <w:rPr>
          <w:rFonts w:ascii="Times New Roman" w:hAnsi="Times New Roman" w:eastAsia="宋体"/>
          <w:b w:val="0"/>
          <w:i w:val="0"/>
          <w:color w:val="333333"/>
          <w:sz w:val="19"/>
        </w:rPr>
        <w:t>(x(x-1)-(m+1))/((x-1)(m-1))=x/m,</w:t>
      </w:r>
    </w:p>
    <w:p>
      <w:pPr>
        <w:spacing w:before="0" w:after="80" w:line="300" w:lineRule="auto"/>
        <w:jc w:val="left"/>
      </w:pPr>
      <w:r>
        <w:rPr>
          <w:rFonts w:ascii="Times New Roman" w:hAnsi="Times New Roman" w:eastAsia="宋体"/>
          <w:b w:val="0"/>
          <w:i w:val="0"/>
          <w:color w:val="333333"/>
          <w:sz w:val="19"/>
        </w:rPr>
        <w:t>the roots are equal when:</w:t>
      </w:r>
    </w:p>
    <w:p>
      <w:pPr>
        <w:spacing w:before="0" w:after="160" w:line="300" w:lineRule="auto"/>
      </w:pPr>
      <w:r>
        <w:rPr>
          <w:rFonts w:ascii="Times New Roman" w:hAnsi="Times New Roman" w:eastAsia="宋体"/>
          <w:b w:val="0"/>
          <w:i w:val="0"/>
          <w:color w:val="333333"/>
          <w:sz w:val="19"/>
        </w:rPr>
        <w:t>(A) m=1　　(B) m=1/2　　(C) m=0　　(D) m=-1　　(E) m=-1/2</w:t>
      </w:r>
    </w:p>
    <w:p>
      <w:pPr>
        <w:spacing w:before="200" w:after="80" w:line="300" w:lineRule="auto"/>
      </w:pPr>
      <w:r>
        <w:rPr>
          <w:rFonts w:ascii="Times New Roman" w:hAnsi="Times New Roman" w:eastAsia="宋体"/>
          <w:b/>
          <w:i w:val="0"/>
          <w:sz w:val="23"/>
        </w:rPr>
        <w:t>第 27 题</w:t>
      </w:r>
    </w:p>
    <w:p>
      <w:pPr>
        <w:spacing w:before="0" w:after="80" w:line="300" w:lineRule="auto"/>
        <w:jc w:val="left"/>
      </w:pPr>
      <w:r>
        <w:rPr>
          <w:rFonts w:ascii="Times New Roman" w:hAnsi="Times New Roman" w:eastAsia="宋体"/>
          <w:b w:val="0"/>
          <w:i w:val="0"/>
          <w:sz w:val="21"/>
        </w:rPr>
        <w:t>过三角形内一点，从三个顶点分别向对边画直线，将原三角形分成六个三角形区域。则：</w:t>
      </w:r>
    </w:p>
    <w:p>
      <w:pPr>
        <w:spacing w:before="0" w:after="120" w:line="300" w:lineRule="auto"/>
      </w:pPr>
      <w:r>
        <w:rPr>
          <w:rFonts w:ascii="Times New Roman" w:hAnsi="Times New Roman" w:eastAsia="宋体"/>
          <w:b w:val="0"/>
          <w:i w:val="0"/>
          <w:sz w:val="21"/>
        </w:rPr>
        <w:t>（A）每一对相对的三角形都相似　　（B）每一对相对的三角形都全等　　（C）每一对相对的三角形面积都相等　　（D）形成三个相似的四边形　　（E）以上关系均不成立</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Through a point inside a triangle, three lines are drawn from the vertices to the opposite sides, forming six triangular sections. Then:</w:t>
      </w:r>
    </w:p>
    <w:p>
      <w:pPr>
        <w:spacing w:before="0" w:after="160" w:line="300" w:lineRule="auto"/>
      </w:pPr>
      <w:r>
        <w:rPr>
          <w:rFonts w:ascii="Times New Roman" w:hAnsi="Times New Roman" w:eastAsia="宋体"/>
          <w:b w:val="0"/>
          <w:i w:val="0"/>
          <w:color w:val="333333"/>
          <w:sz w:val="19"/>
        </w:rPr>
        <w:t>(A) The triangles are similar in opposite pairs　　(B) The triangles are congruent in opposite pairs　　(C) The triangles are equal in area in opposite pairs　　(D) Three similar quadrilaterals are formed　　(E) None of the above relations is true</w:t>
      </w:r>
    </w:p>
    <w:p>
      <w:pPr>
        <w:spacing w:before="200" w:after="80" w:line="300" w:lineRule="auto"/>
      </w:pPr>
      <w:r>
        <w:rPr>
          <w:rFonts w:ascii="Times New Roman" w:hAnsi="Times New Roman" w:eastAsia="宋体"/>
          <w:b/>
          <w:i w:val="0"/>
          <w:sz w:val="23"/>
        </w:rPr>
        <w:t>第 28 题</w:t>
      </w:r>
    </w:p>
    <w:p>
      <w:pPr>
        <w:spacing w:before="0" w:after="80" w:line="300" w:lineRule="auto"/>
        <w:jc w:val="left"/>
      </w:pPr>
      <w:r>
        <w:rPr>
          <w:rFonts w:ascii="Times New Roman" w:hAnsi="Times New Roman" w:eastAsia="宋体"/>
          <w:b w:val="0"/>
          <w:i w:val="0"/>
          <w:sz w:val="21"/>
        </w:rPr>
        <w:t>风对帆的压力 P 与帆的面积 A 及风速 V 的平方成联合正比。当风速为每小时 16 英里时，每平方英尺帆面所受压力为 1 磅。当一平方码帆面所受压力为 36 磅时，风速为：</w:t>
      </w:r>
    </w:p>
    <w:p>
      <w:pPr>
        <w:spacing w:before="0" w:after="120" w:line="300" w:lineRule="auto"/>
      </w:pPr>
      <w:r>
        <w:rPr>
          <w:rFonts w:ascii="Times New Roman" w:hAnsi="Times New Roman" w:eastAsia="宋体"/>
          <w:b w:val="0"/>
          <w:i w:val="0"/>
          <w:sz w:val="21"/>
        </w:rPr>
        <w:t>（A）102/3 英里/小时　　（B）96 英里/小时　　（C）32 英里/小时　　（D）11/3 英里/小时　　（E）16 英里/小时</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pressure P of wind on a sail varies jointly as the area A of the sail and the square of the velocity V of the wind. The pressure on a square foot is 1 pound when the velocity is 16 miles per hour. The velocity of the wind when the pressure on a square yard is 36 pounds is:</w:t>
      </w:r>
    </w:p>
    <w:p>
      <w:pPr>
        <w:spacing w:before="0" w:after="160" w:line="300" w:lineRule="auto"/>
      </w:pPr>
      <w:r>
        <w:rPr>
          <w:rFonts w:ascii="Times New Roman" w:hAnsi="Times New Roman" w:eastAsia="宋体"/>
          <w:b w:val="0"/>
          <w:i w:val="0"/>
          <w:color w:val="333333"/>
          <w:sz w:val="19"/>
        </w:rPr>
        <w:t>(A) 102/3 mph　　(B) 96 mph　　(C) 32 mph　　(D) 11/3 mph　　(E) 16 mph</w:t>
      </w:r>
    </w:p>
    <w:p>
      <w:pPr>
        <w:spacing w:before="200" w:after="80" w:line="300" w:lineRule="auto"/>
      </w:pPr>
      <w:r>
        <w:rPr>
          <w:rFonts w:ascii="Times New Roman" w:hAnsi="Times New Roman" w:eastAsia="宋体"/>
          <w:b/>
          <w:i w:val="0"/>
          <w:sz w:val="23"/>
        </w:rPr>
        <w:t>第 29 题</w:t>
      </w:r>
    </w:p>
    <w:p>
      <w:pPr>
        <w:spacing w:before="0" w:after="80" w:line="300" w:lineRule="auto"/>
        <w:jc w:val="left"/>
      </w:pPr>
      <w:r>
        <w:rPr>
          <w:rFonts w:ascii="Times New Roman" w:hAnsi="Times New Roman" w:eastAsia="宋体"/>
          <w:b w:val="0"/>
          <w:i w:val="0"/>
          <w:sz w:val="21"/>
        </w:rPr>
        <w:t>下列各组数据中，唯一不能确定三角形形状的是：</w:t>
      </w:r>
    </w:p>
    <w:p>
      <w:pPr>
        <w:spacing w:before="0" w:after="120" w:line="300" w:lineRule="auto"/>
      </w:pPr>
      <w:r>
        <w:rPr>
          <w:rFonts w:ascii="Times New Roman" w:hAnsi="Times New Roman" w:eastAsia="宋体"/>
          <w:b w:val="0"/>
          <w:i w:val="0"/>
          <w:sz w:val="21"/>
        </w:rPr>
        <w:t>（A）两边之比及其夹角　　（B）三条高之比　　（C）三条中线之比　　（D）一条高与其对应底边之比　　（E）两个角</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Of the following sets of data, the only one that does not determine the shape of a triangle is:</w:t>
      </w:r>
    </w:p>
    <w:p>
      <w:pPr>
        <w:spacing w:before="0" w:after="160" w:line="300" w:lineRule="auto"/>
      </w:pPr>
      <w:r>
        <w:rPr>
          <w:rFonts w:ascii="Times New Roman" w:hAnsi="Times New Roman" w:eastAsia="宋体"/>
          <w:b w:val="0"/>
          <w:i w:val="0"/>
          <w:color w:val="333333"/>
          <w:sz w:val="19"/>
        </w:rPr>
        <w:t>(A) The ratio of two sides and the included angle　　(B) The ratios of the three altitudes　　(C) The ratios of the three medians　　(D) The ratio of the altitude to the corresponding</w:t>
        <w:br/>
        <w:t>base　　(E) Two angles</w:t>
      </w:r>
    </w:p>
    <w:p>
      <w:pPr>
        <w:spacing w:before="200" w:after="80" w:line="300" w:lineRule="auto"/>
      </w:pPr>
      <w:r>
        <w:rPr>
          <w:rFonts w:ascii="Times New Roman" w:hAnsi="Times New Roman" w:eastAsia="宋体"/>
          <w:b/>
          <w:i w:val="0"/>
          <w:sz w:val="23"/>
        </w:rPr>
        <w:t>第 30 题</w:t>
      </w:r>
    </w:p>
    <w:p>
      <w:pPr>
        <w:spacing w:before="0" w:after="80" w:line="300" w:lineRule="auto"/>
        <w:jc w:val="left"/>
      </w:pPr>
      <w:r>
        <w:rPr>
          <w:rFonts w:ascii="Times New Roman" w:hAnsi="Times New Roman" w:eastAsia="宋体"/>
          <w:b w:val="0"/>
          <w:i w:val="0"/>
          <w:sz w:val="21"/>
        </w:rPr>
        <w:t>两根高分别为 20'' 和 80'' 的杆相距 100''。分别连接每根杆的顶端与另一根杆的底端，则两条连线交点的高度为：</w:t>
      </w:r>
    </w:p>
    <w:p>
      <w:pPr>
        <w:spacing w:before="0" w:after="120" w:line="300" w:lineRule="auto"/>
      </w:pPr>
      <w:r>
        <w:rPr>
          <w:rFonts w:ascii="Times New Roman" w:hAnsi="Times New Roman" w:eastAsia="宋体"/>
          <w:b w:val="0"/>
          <w:i w:val="0"/>
          <w:sz w:val="21"/>
        </w:rPr>
        <w:t>（A）50''　　（B）40''　　（C）16''　　（D）60''　　（E）以上答案均不正确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two poles 20'' and 80'' high are 100'' apart, then the height of the intersection of the lines joining the top of each pole to the foot of the opposite pole is:</w:t>
      </w:r>
    </w:p>
    <w:p>
      <w:pPr>
        <w:spacing w:before="0" w:after="160" w:line="300" w:lineRule="auto"/>
      </w:pPr>
      <w:r>
        <w:rPr>
          <w:rFonts w:ascii="Times New Roman" w:hAnsi="Times New Roman" w:eastAsia="宋体"/>
          <w:b w:val="0"/>
          <w:i w:val="0"/>
          <w:color w:val="333333"/>
          <w:sz w:val="19"/>
        </w:rPr>
        <w:t>(A) 50''　　(B) 40''　　(C) 16''　　(D) 60''　　(E) None of these</w:t>
      </w:r>
    </w:p>
    <w:p>
      <w:pPr>
        <w:spacing w:before="200" w:after="80" w:line="300" w:lineRule="auto"/>
      </w:pPr>
      <w:r>
        <w:rPr>
          <w:rFonts w:ascii="Times New Roman" w:hAnsi="Times New Roman" w:eastAsia="宋体"/>
          <w:b/>
          <w:i w:val="0"/>
          <w:sz w:val="23"/>
        </w:rPr>
        <w:t>第 31 题</w:t>
      </w:r>
    </w:p>
    <w:p>
      <w:pPr>
        <w:spacing w:before="0" w:after="80" w:line="300" w:lineRule="auto"/>
        <w:jc w:val="left"/>
      </w:pPr>
      <w:r>
        <w:rPr>
          <w:rFonts w:ascii="Times New Roman" w:hAnsi="Times New Roman" w:eastAsia="宋体"/>
          <w:b w:val="0"/>
          <w:i w:val="0"/>
          <w:sz w:val="21"/>
        </w:rPr>
        <w:t>一次聚会结束时，人们共握手 28 次。假设每位参加者对其他所有人都同样礼貌，则在场人数为：</w:t>
      </w:r>
    </w:p>
    <w:p>
      <w:pPr>
        <w:spacing w:before="0" w:after="120" w:line="300" w:lineRule="auto"/>
      </w:pPr>
      <w:r>
        <w:rPr>
          <w:rFonts w:ascii="Times New Roman" w:hAnsi="Times New Roman" w:eastAsia="宋体"/>
          <w:b w:val="0"/>
          <w:i w:val="0"/>
          <w:sz w:val="21"/>
        </w:rPr>
        <w:t>（A）14　　（B）28　　（C）56　　（D）8　　（E）7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total of 28 handshakes was exchanged at the conclusion of a party. Assuming that each participant was equally polite toward all the others, the number of people present was:</w:t>
      </w:r>
    </w:p>
    <w:p>
      <w:pPr>
        <w:spacing w:before="0" w:after="160" w:line="300" w:lineRule="auto"/>
      </w:pPr>
      <w:r>
        <w:rPr>
          <w:rFonts w:ascii="Times New Roman" w:hAnsi="Times New Roman" w:eastAsia="宋体"/>
          <w:b w:val="0"/>
          <w:i w:val="0"/>
          <w:color w:val="333333"/>
          <w:sz w:val="19"/>
        </w:rPr>
        <w:t>(A) 14　　(B) 28　　(C) 56　　(D) 8　　(E) 7</w:t>
      </w:r>
    </w:p>
    <w:p>
      <w:pPr>
        <w:spacing w:before="200" w:after="80" w:line="300" w:lineRule="auto"/>
      </w:pPr>
      <w:r>
        <w:rPr>
          <w:rFonts w:ascii="Times New Roman" w:hAnsi="Times New Roman" w:eastAsia="宋体"/>
          <w:b/>
          <w:i w:val="0"/>
          <w:sz w:val="23"/>
        </w:rPr>
        <w:t>第 32 题</w:t>
      </w:r>
    </w:p>
    <w:p>
      <w:pPr>
        <w:spacing w:before="0" w:after="80" w:line="300" w:lineRule="auto"/>
        <w:jc w:val="left"/>
      </w:pPr>
      <w:r>
        <w:rPr>
          <w:rFonts w:ascii="Times New Roman" w:hAnsi="Times New Roman" w:eastAsia="宋体"/>
          <w:b w:val="0"/>
          <w:i w:val="0"/>
          <w:sz w:val="21"/>
        </w:rPr>
        <w:t>若 △ ABC 内接于以 AB 为直径的半圆，则 AC+BC 必须：</w:t>
      </w:r>
    </w:p>
    <w:p>
      <w:pPr>
        <w:spacing w:before="0" w:after="120" w:line="300" w:lineRule="auto"/>
      </w:pPr>
      <w:r>
        <w:rPr>
          <w:rFonts w:ascii="Times New Roman" w:hAnsi="Times New Roman" w:eastAsia="宋体"/>
          <w:b w:val="0"/>
          <w:i w:val="0"/>
          <w:sz w:val="21"/>
        </w:rPr>
        <w:t>（A）等于 AB　　（B）等于 AB√(2)　　（C）≥ AB√(2)　　（D）≤ AB√(2)　　（E）AB²</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 ABC is inscribed in a semicircle whose diameter is AB, then AC+BC must be:</w:t>
      </w:r>
    </w:p>
    <w:p>
      <w:pPr>
        <w:spacing w:before="0" w:after="160" w:line="300" w:lineRule="auto"/>
      </w:pPr>
      <w:r>
        <w:rPr>
          <w:rFonts w:ascii="Times New Roman" w:hAnsi="Times New Roman" w:eastAsia="宋体"/>
          <w:b w:val="0"/>
          <w:i w:val="0"/>
          <w:color w:val="333333"/>
          <w:sz w:val="19"/>
        </w:rPr>
        <w:t>(A) Equal to AB　　(B) Equal to AB√(2)　　(C) ≥ AB√(2)　　(D) ≤ AB√(2)　　(E) AB²</w:t>
      </w:r>
    </w:p>
    <w:p>
      <w:pPr>
        <w:spacing w:before="200" w:after="80" w:line="300" w:lineRule="auto"/>
      </w:pPr>
      <w:r>
        <w:rPr>
          <w:rFonts w:ascii="Times New Roman" w:hAnsi="Times New Roman" w:eastAsia="宋体"/>
          <w:b/>
          <w:i w:val="0"/>
          <w:sz w:val="23"/>
        </w:rPr>
        <w:t>第 33 题</w:t>
      </w:r>
    </w:p>
    <w:p>
      <w:pPr>
        <w:spacing w:before="0" w:after="80" w:line="300" w:lineRule="auto"/>
        <w:jc w:val="left"/>
      </w:pPr>
      <w:r>
        <w:rPr>
          <w:rFonts w:ascii="Times New Roman" w:hAnsi="Times New Roman" w:eastAsia="宋体"/>
          <w:b w:val="0"/>
          <w:i w:val="0"/>
          <w:sz w:val="21"/>
        </w:rPr>
        <w:t>下列每一对方程的图像交点横坐标都可以给出方程 x²-2x=0 的根，唯独哪一对不能？</w:t>
      </w:r>
    </w:p>
    <w:p>
      <w:pPr>
        <w:spacing w:before="0" w:after="120" w:line="300" w:lineRule="auto"/>
      </w:pPr>
      <w:r>
        <w:rPr>
          <w:rFonts w:ascii="Times New Roman" w:hAnsi="Times New Roman" w:eastAsia="宋体"/>
          <w:b w:val="0"/>
          <w:i w:val="0"/>
          <w:sz w:val="21"/>
        </w:rPr>
        <w:t>（A）y=x²，y=2x　　（B）y=x²-2x，y=0　　（C）y=x，y=x-2　　（D）y=x²-2x+1，y=1　　（E）y=x²-1，y=2x-1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roots of the equation x²-2x=0 can be obtained graphically by finding the abscissas of the points of intersection of each of the following pairs of equations except the pair:</w:t>
      </w:r>
    </w:p>
    <w:p>
      <w:pPr>
        <w:spacing w:before="0" w:after="160" w:line="300" w:lineRule="auto"/>
      </w:pPr>
      <w:r>
        <w:rPr>
          <w:rFonts w:ascii="Times New Roman" w:hAnsi="Times New Roman" w:eastAsia="宋体"/>
          <w:b w:val="0"/>
          <w:i w:val="0"/>
          <w:color w:val="333333"/>
          <w:sz w:val="19"/>
        </w:rPr>
        <w:t>(A) y=x², y=2x　　(B) y=x²-2x, y=0　　(C) y=x, y=x-2　　(D) y=x²-2x+1, y=1　　(E) y=x²-1, y=2x-1</w:t>
      </w:r>
    </w:p>
    <w:p>
      <w:pPr>
        <w:spacing w:before="200" w:after="80" w:line="300" w:lineRule="auto"/>
      </w:pPr>
      <w:r>
        <w:rPr>
          <w:rFonts w:ascii="Times New Roman" w:hAnsi="Times New Roman" w:eastAsia="宋体"/>
          <w:b/>
          <w:i w:val="0"/>
          <w:sz w:val="23"/>
        </w:rPr>
        <w:t>第 34 题</w:t>
      </w:r>
    </w:p>
    <w:p>
      <w:pPr>
        <w:spacing w:before="0" w:after="80" w:line="300" w:lineRule="auto"/>
        <w:jc w:val="left"/>
      </w:pPr>
      <w:r>
        <w:rPr>
          <w:rFonts w:ascii="Times New Roman" w:hAnsi="Times New Roman" w:eastAsia="宋体"/>
          <w:b w:val="0"/>
          <w:i w:val="0"/>
          <w:sz w:val="21"/>
        </w:rPr>
        <w:t>10^(log₁₀7) 的值为：</w:t>
      </w:r>
    </w:p>
    <w:p>
      <w:pPr>
        <w:spacing w:before="0" w:after="120" w:line="300" w:lineRule="auto"/>
      </w:pPr>
      <w:r>
        <w:rPr>
          <w:rFonts w:ascii="Times New Roman" w:hAnsi="Times New Roman" w:eastAsia="宋体"/>
          <w:b w:val="0"/>
          <w:i w:val="0"/>
          <w:sz w:val="21"/>
        </w:rPr>
        <w:t>（A）7　　（B）1　　（C）10　　（D）log₁₀7　　（E）log₇ 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value of 10^(log₁₀7) is:</w:t>
      </w:r>
    </w:p>
    <w:p>
      <w:pPr>
        <w:spacing w:before="0" w:after="160" w:line="300" w:lineRule="auto"/>
      </w:pPr>
      <w:r>
        <w:rPr>
          <w:rFonts w:ascii="Times New Roman" w:hAnsi="Times New Roman" w:eastAsia="宋体"/>
          <w:b w:val="0"/>
          <w:i w:val="0"/>
          <w:color w:val="333333"/>
          <w:sz w:val="19"/>
        </w:rPr>
        <w:t>(A) 7　　(B) 1　　(C) 10　　(D) log₁₀7　　(E) log₇ 10</w:t>
      </w:r>
    </w:p>
    <w:p>
      <w:pPr>
        <w:spacing w:before="200" w:after="80" w:line="300" w:lineRule="auto"/>
      </w:pPr>
      <w:r>
        <w:rPr>
          <w:rFonts w:ascii="Times New Roman" w:hAnsi="Times New Roman" w:eastAsia="宋体"/>
          <w:b/>
          <w:i w:val="0"/>
          <w:sz w:val="23"/>
        </w:rPr>
        <w:t>第 35 题</w:t>
      </w:r>
    </w:p>
    <w:p>
      <w:pPr>
        <w:spacing w:before="0" w:after="80" w:line="300" w:lineRule="auto"/>
        <w:jc w:val="left"/>
      </w:pPr>
      <w:r>
        <w:rPr>
          <w:rFonts w:ascii="Times New Roman" w:hAnsi="Times New Roman" w:eastAsia="宋体"/>
          <w:b w:val="0"/>
          <w:i w:val="0"/>
          <w:sz w:val="21"/>
        </w:rPr>
        <w:t>若 aˣ=c^(q)=b，且 cʸ=a^(z)=d，则：</w:t>
      </w:r>
    </w:p>
    <w:p>
      <w:pPr>
        <w:spacing w:before="0" w:after="120" w:line="300" w:lineRule="auto"/>
      </w:pPr>
      <w:r>
        <w:rPr>
          <w:rFonts w:ascii="Times New Roman" w:hAnsi="Times New Roman" w:eastAsia="宋体"/>
          <w:b w:val="0"/>
          <w:i w:val="0"/>
          <w:sz w:val="21"/>
        </w:rPr>
        <w:t>（A）xy=qz　　（B）x/y=q/z　　（C）x+y=q+z　　（D）x-y=q-z　　（E）xʸ=q^(z)</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aˣ=c^(q)=b and cʸ=a^(z)=d, then:</w:t>
      </w:r>
    </w:p>
    <w:p>
      <w:pPr>
        <w:spacing w:before="0" w:after="160" w:line="300" w:lineRule="auto"/>
      </w:pPr>
      <w:r>
        <w:rPr>
          <w:rFonts w:ascii="Times New Roman" w:hAnsi="Times New Roman" w:eastAsia="宋体"/>
          <w:b w:val="0"/>
          <w:i w:val="0"/>
          <w:color w:val="333333"/>
          <w:sz w:val="19"/>
        </w:rPr>
        <w:t>(A) xy=qz　　(B) x/y=q/z　　(C) x+y=q+z　　(D) x-y=q-z　　(E) xʸ=q^(z)</w:t>
      </w:r>
    </w:p>
    <w:p>
      <w:pPr>
        <w:spacing w:before="200" w:after="80" w:line="300" w:lineRule="auto"/>
      </w:pPr>
      <w:r>
        <w:rPr>
          <w:rFonts w:ascii="Times New Roman" w:hAnsi="Times New Roman" w:eastAsia="宋体"/>
          <w:b/>
          <w:i w:val="0"/>
          <w:sz w:val="23"/>
        </w:rPr>
        <w:t>第 36 题</w:t>
      </w:r>
    </w:p>
    <w:p>
      <w:pPr>
        <w:spacing w:before="0" w:after="80" w:line="300" w:lineRule="auto"/>
        <w:jc w:val="left"/>
      </w:pPr>
      <w:r>
        <w:rPr>
          <w:rFonts w:ascii="Times New Roman" w:hAnsi="Times New Roman" w:eastAsia="宋体"/>
          <w:b w:val="0"/>
          <w:i w:val="0"/>
          <w:sz w:val="21"/>
        </w:rPr>
        <w:t>下列用于证明一个几何图形是轨迹的方法中，哪一种不正确？</w:t>
      </w:r>
    </w:p>
    <w:p>
      <w:pPr>
        <w:spacing w:before="0" w:after="120" w:line="300" w:lineRule="auto"/>
      </w:pPr>
      <w:r>
        <w:rPr>
          <w:rFonts w:ascii="Times New Roman" w:hAnsi="Times New Roman" w:eastAsia="宋体"/>
          <w:b w:val="0"/>
          <w:i w:val="0"/>
          <w:sz w:val="21"/>
        </w:rPr>
        <w:t>（A）轨迹上的每一点都满足条件，轨迹外的每一点都不满足条件。　　（B）每个不满足条件的点都不在轨迹上，且轨迹上的每一点都满足条件。　　（C）每个满足条件的点都在轨迹上，且轨迹上的每一点都满足条件。　　（D）轨迹外的每一点都不满足条件，且每个不满足条件的点都不在轨迹上。　　（E）每个满足条件的点都在轨迹上，且每个不满足条件的点都不在轨迹上。</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of the following methods of proving a geometric figure a locus is not correct?</w:t>
      </w:r>
    </w:p>
    <w:p>
      <w:pPr>
        <w:spacing w:before="0" w:after="160" w:line="300" w:lineRule="auto"/>
      </w:pPr>
      <w:r>
        <w:rPr>
          <w:rFonts w:ascii="Times New Roman" w:hAnsi="Times New Roman" w:eastAsia="宋体"/>
          <w:b w:val="0"/>
          <w:i w:val="0"/>
          <w:color w:val="333333"/>
          <w:sz w:val="19"/>
        </w:rPr>
        <w:t>(A) Every point on the locus satisfies the conditions and every</w:t>
        <w:br/>
        <w:t>point not on the locus does not satisfy the conditions.　　(B) Every point not satisfying the conditions is</w:t>
        <w:br/>
        <w:t>not on the locus and every point on the locus does satisfy the</w:t>
        <w:br/>
        <w:t>conditions.　　(C) Every point satisfying the conditions is on the locus and every</w:t>
        <w:br/>
        <w:t>point on the locus satisfies the conditions.　　(D) Every point not on the locus does not satisfy the conditions</w:t>
        <w:br/>
        <w:t>and every point not satisfying the conditions is not on the</w:t>
        <w:br/>
        <w:t>locus.　　(E) Every point satisfying the conditions is on the locus and every</w:t>
        <w:br/>
        <w:t>point not satisfying the conditions is not on the locus.</w:t>
      </w:r>
    </w:p>
    <w:p>
      <w:pPr>
        <w:spacing w:before="200" w:after="80" w:line="300" w:lineRule="auto"/>
      </w:pPr>
      <w:r>
        <w:rPr>
          <w:rFonts w:ascii="Times New Roman" w:hAnsi="Times New Roman" w:eastAsia="宋体"/>
          <w:b/>
          <w:i w:val="0"/>
          <w:sz w:val="23"/>
        </w:rPr>
        <w:t>第 37 题</w:t>
      </w:r>
    </w:p>
    <w:p>
      <w:pPr>
        <w:spacing w:before="0" w:after="80" w:line="300" w:lineRule="auto"/>
        <w:jc w:val="left"/>
      </w:pPr>
      <w:r>
        <w:rPr>
          <w:rFonts w:ascii="Times New Roman" w:hAnsi="Times New Roman" w:eastAsia="宋体"/>
          <w:b w:val="0"/>
          <w:i w:val="0"/>
          <w:sz w:val="21"/>
        </w:rPr>
        <w:t>有一个数，除以 10 余 9，除以 9 余 8，除以 8 余 7，依此类推，直到除以 2 余 1。这个数是：</w:t>
      </w:r>
    </w:p>
    <w:p>
      <w:pPr>
        <w:spacing w:before="0" w:after="120" w:line="300" w:lineRule="auto"/>
      </w:pPr>
      <w:r>
        <w:rPr>
          <w:rFonts w:ascii="Times New Roman" w:hAnsi="Times New Roman" w:eastAsia="宋体"/>
          <w:b w:val="0"/>
          <w:i w:val="0"/>
          <w:sz w:val="21"/>
        </w:rPr>
        <w:t>（A）59　　（B）419　　（C）1259　　（D）2519　　（E）以上答案均不正确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number which when divided by 10 leaves a remainder of 9, when divided by 9 leaves a remainder of 8, by 8 leaves a remainder of 7, etc., down to where, when divided by 2, it leaves a remainder of 1, is:</w:t>
      </w:r>
    </w:p>
    <w:p>
      <w:pPr>
        <w:spacing w:before="0" w:after="160" w:line="300" w:lineRule="auto"/>
      </w:pPr>
      <w:r>
        <w:rPr>
          <w:rFonts w:ascii="Times New Roman" w:hAnsi="Times New Roman" w:eastAsia="宋体"/>
          <w:b w:val="0"/>
          <w:i w:val="0"/>
          <w:color w:val="333333"/>
          <w:sz w:val="19"/>
        </w:rPr>
        <w:t>(A) 59　　(B) 419　　(C) 1259　　(D) 2519　　(E) None of these answers</w:t>
      </w:r>
    </w:p>
    <w:p>
      <w:pPr>
        <w:spacing w:before="200" w:after="80" w:line="300" w:lineRule="auto"/>
      </w:pPr>
      <w:r>
        <w:rPr>
          <w:rFonts w:ascii="Times New Roman" w:hAnsi="Times New Roman" w:eastAsia="宋体"/>
          <w:b/>
          <w:i w:val="0"/>
          <w:sz w:val="23"/>
        </w:rPr>
        <w:t>第 38 题</w:t>
      </w:r>
    </w:p>
    <w:p>
      <w:pPr>
        <w:spacing w:before="0" w:after="80" w:line="300" w:lineRule="auto"/>
        <w:jc w:val="left"/>
      </w:pPr>
      <w:r>
        <w:rPr>
          <w:rFonts w:ascii="Times New Roman" w:hAnsi="Times New Roman" w:eastAsia="宋体"/>
          <w:b w:val="0"/>
          <w:i w:val="0"/>
          <w:sz w:val="21"/>
        </w:rPr>
        <w:t>一条铁路要越过一座山，需要上升 600 英尺。延长轨道并使其绕过山峰，可以降低坡度。要将坡度从 3% 降至 2%，大约需要增加多长的轨道？</w:t>
      </w:r>
    </w:p>
    <w:p>
      <w:pPr>
        <w:spacing w:before="0" w:after="120" w:line="300" w:lineRule="auto"/>
      </w:pPr>
      <w:r>
        <w:rPr>
          <w:rFonts w:ascii="Times New Roman" w:hAnsi="Times New Roman" w:eastAsia="宋体"/>
          <w:b w:val="0"/>
          <w:i w:val="0"/>
          <w:sz w:val="21"/>
        </w:rPr>
        <w:t>（A）10,000 英尺　　（B）20,000 英尺　　（C）30,000 英尺　　（D）12,000 英尺　　（E）以上答案均不正确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rise of 600 feet is required to get a railroad line over a mountain. The grade can be kept down by lengthening the track and curving it around the mountain peak. The additional length of track required to reduce the grade from 3% to 2% is approximately:</w:t>
      </w:r>
    </w:p>
    <w:p>
      <w:pPr>
        <w:spacing w:before="0" w:after="160" w:line="300" w:lineRule="auto"/>
      </w:pPr>
      <w:r>
        <w:rPr>
          <w:rFonts w:ascii="Times New Roman" w:hAnsi="Times New Roman" w:eastAsia="宋体"/>
          <w:b w:val="0"/>
          <w:i w:val="0"/>
          <w:color w:val="333333"/>
          <w:sz w:val="19"/>
        </w:rPr>
        <w:t>(A) 10,000 ft.　　(B) 20,000 ft.　　(C) 30,000 ft.　　(D) 12,000 ft.　　(E) None of these</w:t>
      </w:r>
    </w:p>
    <w:p>
      <w:pPr>
        <w:spacing w:before="200" w:after="80" w:line="300" w:lineRule="auto"/>
      </w:pPr>
      <w:r>
        <w:rPr>
          <w:rFonts w:ascii="Times New Roman" w:hAnsi="Times New Roman" w:eastAsia="宋体"/>
          <w:b/>
          <w:i w:val="0"/>
          <w:sz w:val="23"/>
        </w:rPr>
        <w:t>第 39 题</w:t>
      </w:r>
    </w:p>
    <w:p>
      <w:pPr>
        <w:spacing w:before="0" w:after="80" w:line="300" w:lineRule="auto"/>
        <w:jc w:val="left"/>
      </w:pPr>
      <w:r>
        <w:rPr>
          <w:rFonts w:ascii="Times New Roman" w:hAnsi="Times New Roman" w:eastAsia="宋体"/>
          <w:b w:val="0"/>
          <w:i w:val="0"/>
          <w:sz w:val="21"/>
        </w:rPr>
        <w:t>将一块石头投入井中，在投下后 7.7 秒听到石头撞击井底的声音。假设石头在 t 秒内下落 16t² 英尺，声速为每秒 1120 英尺。井深为：</w:t>
      </w:r>
    </w:p>
    <w:p>
      <w:pPr>
        <w:spacing w:before="0" w:after="120" w:line="300" w:lineRule="auto"/>
      </w:pPr>
      <w:r>
        <w:rPr>
          <w:rFonts w:ascii="Times New Roman" w:hAnsi="Times New Roman" w:eastAsia="宋体"/>
          <w:b w:val="0"/>
          <w:i w:val="0"/>
          <w:sz w:val="21"/>
        </w:rPr>
        <w:t>（A）784 英尺　　（B）342 英尺　　（C）1568 英尺　　（D）156.8 英尺　　（E）以上答案均不正确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stone is dropped into a well and the report of the stone striking the bottom is heard 7.7 seconds after it is dropped. Assume that the stone falls 16t² feet in t seconds and that the velocity of sound is 1120 feet per second. The depth of the well is:</w:t>
      </w:r>
    </w:p>
    <w:p>
      <w:pPr>
        <w:spacing w:before="0" w:after="160" w:line="300" w:lineRule="auto"/>
      </w:pPr>
      <w:r>
        <w:rPr>
          <w:rFonts w:ascii="Times New Roman" w:hAnsi="Times New Roman" w:eastAsia="宋体"/>
          <w:b w:val="0"/>
          <w:i w:val="0"/>
          <w:color w:val="333333"/>
          <w:sz w:val="19"/>
        </w:rPr>
        <w:t>(A) 784 ft.　　(B) 342 ft.　　(C) 1568 ft.　　(D) 156.8 ft.　　(E) None of these</w:t>
      </w:r>
    </w:p>
    <w:p>
      <w:pPr>
        <w:spacing w:before="200" w:after="80" w:line="300" w:lineRule="auto"/>
      </w:pPr>
      <w:r>
        <w:rPr>
          <w:rFonts w:ascii="Times New Roman" w:hAnsi="Times New Roman" w:eastAsia="宋体"/>
          <w:b/>
          <w:i w:val="0"/>
          <w:sz w:val="23"/>
        </w:rPr>
        <w:t>第 40 题</w:t>
      </w:r>
    </w:p>
    <w:p>
      <w:pPr>
        <w:spacing w:before="0" w:after="80" w:line="300" w:lineRule="auto"/>
        <w:jc w:val="left"/>
      </w:pPr>
      <w:r>
        <w:rPr>
          <w:rFonts w:ascii="Times New Roman" w:hAnsi="Times New Roman" w:eastAsia="宋体"/>
          <w:b w:val="0"/>
          <w:i w:val="0"/>
          <w:sz w:val="21"/>
        </w:rPr>
        <w:t>表达式</w:t>
      </w:r>
    </w:p>
    <w:p>
      <w:pPr>
        <w:spacing w:before="0" w:after="80" w:line="300" w:lineRule="auto"/>
        <w:jc w:val="left"/>
      </w:pPr>
      <w:r>
        <w:rPr>
          <w:rFonts w:ascii="Times New Roman" w:hAnsi="Times New Roman" w:eastAsia="宋体"/>
          <w:b w:val="0"/>
          <w:i w:val="0"/>
          <w:sz w:val="21"/>
        </w:rPr>
        <w:t>(((x+1)²(x²-x+1)²)/((x³+1)²))²</w:t>
      </w:r>
    </w:p>
    <w:p>
      <w:pPr>
        <w:spacing w:before="0" w:after="80" w:line="300" w:lineRule="auto"/>
        <w:jc w:val="left"/>
      </w:pPr>
      <w:r>
        <w:rPr>
          <w:rFonts w:ascii="Times New Roman" w:hAnsi="Times New Roman" w:eastAsia="宋体"/>
          <w:b w:val="0"/>
          <w:i w:val="0"/>
          <w:sz w:val="21"/>
        </w:rPr>
        <w:t>· (((x-1)²(x²+x+1)²)/((x³-1)²))²</w:t>
      </w:r>
    </w:p>
    <w:p>
      <w:pPr>
        <w:spacing w:before="0" w:after="80" w:line="300" w:lineRule="auto"/>
        <w:jc w:val="left"/>
      </w:pPr>
      <w:r>
        <w:rPr>
          <w:rFonts w:ascii="Times New Roman" w:hAnsi="Times New Roman" w:eastAsia="宋体"/>
          <w:b w:val="0"/>
          <w:i w:val="0"/>
          <w:sz w:val="21"/>
        </w:rPr>
        <w:t>等于：</w:t>
      </w:r>
    </w:p>
    <w:p>
      <w:pPr>
        <w:spacing w:before="0" w:after="120" w:line="300" w:lineRule="auto"/>
      </w:pPr>
      <w:r>
        <w:rPr>
          <w:rFonts w:ascii="Times New Roman" w:hAnsi="Times New Roman" w:eastAsia="宋体"/>
          <w:b w:val="0"/>
          <w:i w:val="0"/>
          <w:sz w:val="21"/>
        </w:rPr>
        <w:t>（A）(x+1)⁴　　（B）(x³+1)⁴　　（C）1　　（D）[(x³+1)(x³-1)]²　　（E）[(x³-1)²]²</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expression</w:t>
      </w:r>
    </w:p>
    <w:p>
      <w:pPr>
        <w:spacing w:before="0" w:after="80" w:line="300" w:lineRule="auto"/>
        <w:jc w:val="left"/>
      </w:pPr>
      <w:r>
        <w:rPr>
          <w:rFonts w:ascii="Times New Roman" w:hAnsi="Times New Roman" w:eastAsia="宋体"/>
          <w:b w:val="0"/>
          <w:i w:val="0"/>
          <w:color w:val="333333"/>
          <w:sz w:val="19"/>
        </w:rPr>
        <w:t>(((x+1)²(x²-x+1)²)/((x³+1)²))²</w:t>
      </w:r>
    </w:p>
    <w:p>
      <w:pPr>
        <w:spacing w:before="0" w:after="80" w:line="300" w:lineRule="auto"/>
        <w:jc w:val="left"/>
      </w:pPr>
      <w:r>
        <w:rPr>
          <w:rFonts w:ascii="Times New Roman" w:hAnsi="Times New Roman" w:eastAsia="宋体"/>
          <w:b w:val="0"/>
          <w:i w:val="0"/>
          <w:color w:val="333333"/>
          <w:sz w:val="19"/>
        </w:rPr>
        <w:t>· (((x-1)²(x²+x+1)²)/((x³-1)²))²</w:t>
      </w:r>
    </w:p>
    <w:p>
      <w:pPr>
        <w:spacing w:before="0" w:after="80" w:line="300" w:lineRule="auto"/>
        <w:jc w:val="left"/>
      </w:pPr>
      <w:r>
        <w:rPr>
          <w:rFonts w:ascii="Times New Roman" w:hAnsi="Times New Roman" w:eastAsia="宋体"/>
          <w:b w:val="0"/>
          <w:i w:val="0"/>
          <w:color w:val="333333"/>
          <w:sz w:val="19"/>
        </w:rPr>
        <w:t>equals:</w:t>
      </w:r>
    </w:p>
    <w:p>
      <w:pPr>
        <w:spacing w:before="0" w:after="160" w:line="300" w:lineRule="auto"/>
      </w:pPr>
      <w:r>
        <w:rPr>
          <w:rFonts w:ascii="Times New Roman" w:hAnsi="Times New Roman" w:eastAsia="宋体"/>
          <w:b w:val="0"/>
          <w:i w:val="0"/>
          <w:color w:val="333333"/>
          <w:sz w:val="19"/>
        </w:rPr>
        <w:t>(A) (x+1)⁴　　(B) (x³+1)⁴　　(C) 1　　(D) [(x³+1)(x³-1)]²　　(E) [(x³-1)²]²</w:t>
      </w:r>
    </w:p>
    <w:p>
      <w:pPr>
        <w:spacing w:before="200" w:after="80" w:line="300" w:lineRule="auto"/>
      </w:pPr>
      <w:r>
        <w:rPr>
          <w:rFonts w:ascii="Times New Roman" w:hAnsi="Times New Roman" w:eastAsia="宋体"/>
          <w:b/>
          <w:i w:val="0"/>
          <w:sz w:val="23"/>
        </w:rPr>
        <w:t>第 41 题</w:t>
      </w:r>
    </w:p>
    <w:p>
      <w:pPr>
        <w:spacing w:before="0" w:after="80" w:line="300" w:lineRule="auto"/>
        <w:jc w:val="left"/>
      </w:pPr>
      <w:r>
        <w:rPr>
          <w:rFonts w:ascii="Times New Roman" w:hAnsi="Times New Roman" w:eastAsia="宋体"/>
          <w:b w:val="0"/>
          <w:i w:val="0"/>
          <w:sz w:val="21"/>
        </w:rPr>
        <w:t>表中 x 与 y 之间的关系可用下列哪个公式表示？</w:t>
      </w:r>
    </w:p>
    <w:tbl>
      <w:tblPr>
        <w:tblStyle w:val="TableGrid"/>
        <w:tblW w:type="auto" w:w="0"/>
        <w:jc w:val="center"/>
        <w:tblLayout w:type="autofit"/>
        <w:tblLook w:firstColumn="1" w:firstRow="1" w:lastColumn="0" w:lastRow="0" w:noHBand="0" w:noVBand="1" w:val="04A0"/>
      </w:tblPr>
      <w:tblGrid>
        <w:gridCol w:w="1569"/>
        <w:gridCol w:w="1569"/>
        <w:gridCol w:w="1569"/>
        <w:gridCol w:w="1569"/>
        <w:gridCol w:w="1569"/>
        <w:gridCol w:w="1569"/>
      </w:tblGrid>
      <w:tr>
        <w:tc>
          <w:tcPr>
            <w:tcW w:type="dxa" w:w="1569"/>
          </w:tcPr>
          <w:p>
            <w:pPr>
              <w:spacing w:before="20" w:after="20" w:line="240" w:lineRule="auto"/>
              <w:jc w:val="center"/>
            </w:pPr>
            <w:r/>
            <w:r>
              <w:rPr>
                <w:rFonts w:ascii="Times New Roman" w:hAnsi="Times New Roman" w:eastAsia="宋体"/>
                <w:b w:val="0"/>
                <w:i w:val="0"/>
                <w:sz w:val="20"/>
              </w:rPr>
              <w:t>x</w:t>
            </w:r>
          </w:p>
        </w:tc>
        <w:tc>
          <w:tcPr>
            <w:tcW w:type="dxa" w:w="1569"/>
          </w:tcPr>
          <w:p>
            <w:pPr>
              <w:spacing w:before="20" w:after="20" w:line="240" w:lineRule="auto"/>
              <w:jc w:val="center"/>
            </w:pPr>
            <w:r/>
            <w:r>
              <w:rPr>
                <w:rFonts w:ascii="Times New Roman" w:hAnsi="Times New Roman" w:eastAsia="宋体"/>
                <w:b w:val="0"/>
                <w:i w:val="0"/>
                <w:sz w:val="20"/>
              </w:rPr>
              <w:t>2</w:t>
            </w:r>
          </w:p>
        </w:tc>
        <w:tc>
          <w:tcPr>
            <w:tcW w:type="dxa" w:w="1569"/>
          </w:tcPr>
          <w:p>
            <w:pPr>
              <w:spacing w:before="20" w:after="20" w:line="240" w:lineRule="auto"/>
              <w:jc w:val="center"/>
            </w:pPr>
            <w:r/>
            <w:r>
              <w:rPr>
                <w:rFonts w:ascii="Times New Roman" w:hAnsi="Times New Roman" w:eastAsia="宋体"/>
                <w:b w:val="0"/>
                <w:i w:val="0"/>
                <w:sz w:val="20"/>
              </w:rPr>
              <w:t>3</w:t>
            </w:r>
          </w:p>
        </w:tc>
        <w:tc>
          <w:tcPr>
            <w:tcW w:type="dxa" w:w="1569"/>
          </w:tcPr>
          <w:p>
            <w:pPr>
              <w:spacing w:before="20" w:after="20" w:line="240" w:lineRule="auto"/>
              <w:jc w:val="center"/>
            </w:pPr>
            <w:r/>
            <w:r>
              <w:rPr>
                <w:rFonts w:ascii="Times New Roman" w:hAnsi="Times New Roman" w:eastAsia="宋体"/>
                <w:b w:val="0"/>
                <w:i w:val="0"/>
                <w:sz w:val="20"/>
              </w:rPr>
              <w:t>4</w:t>
            </w:r>
          </w:p>
        </w:tc>
        <w:tc>
          <w:tcPr>
            <w:tcW w:type="dxa" w:w="1569"/>
          </w:tcPr>
          <w:p>
            <w:pPr>
              <w:spacing w:before="20" w:after="20" w:line="240" w:lineRule="auto"/>
              <w:jc w:val="center"/>
            </w:pPr>
            <w:r/>
            <w:r>
              <w:rPr>
                <w:rFonts w:ascii="Times New Roman" w:hAnsi="Times New Roman" w:eastAsia="宋体"/>
                <w:b w:val="0"/>
                <w:i w:val="0"/>
                <w:sz w:val="20"/>
              </w:rPr>
              <w:t>5</w:t>
            </w:r>
          </w:p>
        </w:tc>
        <w:tc>
          <w:tcPr>
            <w:tcW w:type="dxa" w:w="1569"/>
          </w:tcPr>
          <w:p>
            <w:pPr>
              <w:spacing w:before="20" w:after="20" w:line="240" w:lineRule="auto"/>
              <w:jc w:val="center"/>
            </w:pPr>
            <w:r/>
            <w:r>
              <w:rPr>
                <w:rFonts w:ascii="Times New Roman" w:hAnsi="Times New Roman" w:eastAsia="宋体"/>
                <w:b w:val="0"/>
                <w:i w:val="0"/>
                <w:sz w:val="20"/>
              </w:rPr>
              <w:t>6</w:t>
            </w:r>
          </w:p>
        </w:tc>
      </w:tr>
      <w:tr>
        <w:tc>
          <w:tcPr>
            <w:tcW w:type="dxa" w:w="1569"/>
          </w:tcPr>
          <w:p>
            <w:pPr>
              <w:spacing w:before="20" w:after="20" w:line="240" w:lineRule="auto"/>
              <w:jc w:val="center"/>
            </w:pPr>
            <w:r/>
            <w:r>
              <w:rPr>
                <w:rFonts w:ascii="Times New Roman" w:hAnsi="Times New Roman" w:eastAsia="宋体"/>
                <w:b w:val="0"/>
                <w:i w:val="0"/>
                <w:sz w:val="20"/>
              </w:rPr>
              <w:t>y</w:t>
            </w:r>
          </w:p>
        </w:tc>
        <w:tc>
          <w:tcPr>
            <w:tcW w:type="dxa" w:w="1569"/>
          </w:tcPr>
          <w:p>
            <w:pPr>
              <w:spacing w:before="20" w:after="20" w:line="240" w:lineRule="auto"/>
              <w:jc w:val="center"/>
            </w:pPr>
            <w:r/>
            <w:r>
              <w:rPr>
                <w:rFonts w:ascii="Times New Roman" w:hAnsi="Times New Roman" w:eastAsia="宋体"/>
                <w:b w:val="0"/>
                <w:i w:val="0"/>
                <w:sz w:val="20"/>
              </w:rPr>
              <w:t>0</w:t>
            </w:r>
          </w:p>
        </w:tc>
        <w:tc>
          <w:tcPr>
            <w:tcW w:type="dxa" w:w="1569"/>
          </w:tcPr>
          <w:p>
            <w:pPr>
              <w:spacing w:before="20" w:after="20" w:line="240" w:lineRule="auto"/>
              <w:jc w:val="center"/>
            </w:pPr>
            <w:r/>
            <w:r>
              <w:rPr>
                <w:rFonts w:ascii="Times New Roman" w:hAnsi="Times New Roman" w:eastAsia="宋体"/>
                <w:b w:val="0"/>
                <w:i w:val="0"/>
                <w:sz w:val="20"/>
              </w:rPr>
              <w:t>2</w:t>
            </w:r>
          </w:p>
        </w:tc>
        <w:tc>
          <w:tcPr>
            <w:tcW w:type="dxa" w:w="1569"/>
          </w:tcPr>
          <w:p>
            <w:pPr>
              <w:spacing w:before="20" w:after="20" w:line="240" w:lineRule="auto"/>
              <w:jc w:val="center"/>
            </w:pPr>
            <w:r/>
            <w:r>
              <w:rPr>
                <w:rFonts w:ascii="Times New Roman" w:hAnsi="Times New Roman" w:eastAsia="宋体"/>
                <w:b w:val="0"/>
                <w:i w:val="0"/>
                <w:sz w:val="20"/>
              </w:rPr>
              <w:t>6</w:t>
            </w:r>
          </w:p>
        </w:tc>
        <w:tc>
          <w:tcPr>
            <w:tcW w:type="dxa" w:w="1569"/>
          </w:tcPr>
          <w:p>
            <w:pPr>
              <w:spacing w:before="20" w:after="20" w:line="240" w:lineRule="auto"/>
              <w:jc w:val="center"/>
            </w:pPr>
            <w:r/>
            <w:r>
              <w:rPr>
                <w:rFonts w:ascii="Times New Roman" w:hAnsi="Times New Roman" w:eastAsia="宋体"/>
                <w:b w:val="0"/>
                <w:i w:val="0"/>
                <w:sz w:val="20"/>
              </w:rPr>
              <w:t>12</w:t>
            </w:r>
          </w:p>
        </w:tc>
        <w:tc>
          <w:tcPr>
            <w:tcW w:type="dxa" w:w="1569"/>
          </w:tcPr>
          <w:p>
            <w:pPr>
              <w:spacing w:before="20" w:after="20" w:line="240" w:lineRule="auto"/>
              <w:jc w:val="center"/>
            </w:pPr>
            <w:r/>
            <w:r>
              <w:rPr>
                <w:rFonts w:ascii="Times New Roman" w:hAnsi="Times New Roman" w:eastAsia="宋体"/>
                <w:b w:val="0"/>
                <w:i w:val="0"/>
                <w:sz w:val="20"/>
              </w:rPr>
              <w:t>20</w:t>
            </w:r>
          </w:p>
        </w:tc>
      </w:tr>
    </w:tbl>
    <w:p>
      <w:pPr>
        <w:spacing w:before="0" w:after="0" w:line="240" w:lineRule="auto"/>
      </w:pPr>
      <w:r>
        <w:rPr>
          <w:rFonts w:ascii="Times New Roman" w:hAnsi="Times New Roman" w:eastAsia="宋体"/>
          <w:b w:val="0"/>
          <w:i w:val="0"/>
          <w:sz w:val="8"/>
        </w:rPr>
      </w:r>
    </w:p>
    <w:p>
      <w:pPr>
        <w:spacing w:before="0" w:after="120" w:line="300" w:lineRule="auto"/>
      </w:pPr>
      <w:r>
        <w:rPr>
          <w:rFonts w:ascii="Times New Roman" w:hAnsi="Times New Roman" w:eastAsia="宋体"/>
          <w:b w:val="0"/>
          <w:i w:val="0"/>
          <w:sz w:val="21"/>
        </w:rPr>
        <w:t>（A）y=2x-4　　（B）y=x²-3x+2　　（C）y=x³-3x²+2x　　（D）y=x²-4x　　（E）y=x²-4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formula expressing the relationship between x and y in the table is:</w:t>
      </w:r>
    </w:p>
    <w:tbl>
      <w:tblPr>
        <w:tblStyle w:val="TableGrid"/>
        <w:tblW w:type="auto" w:w="0"/>
        <w:jc w:val="center"/>
        <w:tblLayout w:type="autofit"/>
        <w:tblLook w:firstColumn="1" w:firstRow="1" w:lastColumn="0" w:lastRow="0" w:noHBand="0" w:noVBand="1" w:val="04A0"/>
      </w:tblPr>
      <w:tblGrid>
        <w:gridCol w:w="1569"/>
        <w:gridCol w:w="1569"/>
        <w:gridCol w:w="1569"/>
        <w:gridCol w:w="1569"/>
        <w:gridCol w:w="1569"/>
        <w:gridCol w:w="1569"/>
      </w:tblGrid>
      <w:tr>
        <w:tc>
          <w:tcPr>
            <w:tcW w:type="dxa" w:w="1569"/>
          </w:tcPr>
          <w:p>
            <w:pPr>
              <w:spacing w:before="20" w:after="20" w:line="240" w:lineRule="auto"/>
              <w:jc w:val="center"/>
            </w:pPr>
            <w:r/>
            <w:r>
              <w:rPr>
                <w:rFonts w:ascii="Times New Roman" w:hAnsi="Times New Roman" w:eastAsia="宋体"/>
                <w:b w:val="0"/>
                <w:i w:val="0"/>
                <w:color w:val="333333"/>
                <w:sz w:val="19"/>
              </w:rPr>
              <w:t>x</w:t>
            </w:r>
          </w:p>
        </w:tc>
        <w:tc>
          <w:tcPr>
            <w:tcW w:type="dxa" w:w="1569"/>
          </w:tcPr>
          <w:p>
            <w:pPr>
              <w:spacing w:before="20" w:after="20" w:line="240" w:lineRule="auto"/>
              <w:jc w:val="center"/>
            </w:pPr>
            <w:r/>
            <w:r>
              <w:rPr>
                <w:rFonts w:ascii="Times New Roman" w:hAnsi="Times New Roman" w:eastAsia="宋体"/>
                <w:b w:val="0"/>
                <w:i w:val="0"/>
                <w:color w:val="333333"/>
                <w:sz w:val="19"/>
              </w:rPr>
              <w:t>2</w:t>
            </w:r>
          </w:p>
        </w:tc>
        <w:tc>
          <w:tcPr>
            <w:tcW w:type="dxa" w:w="1569"/>
          </w:tcPr>
          <w:p>
            <w:pPr>
              <w:spacing w:before="20" w:after="20" w:line="240" w:lineRule="auto"/>
              <w:jc w:val="center"/>
            </w:pPr>
            <w:r/>
            <w:r>
              <w:rPr>
                <w:rFonts w:ascii="Times New Roman" w:hAnsi="Times New Roman" w:eastAsia="宋体"/>
                <w:b w:val="0"/>
                <w:i w:val="0"/>
                <w:color w:val="333333"/>
                <w:sz w:val="19"/>
              </w:rPr>
              <w:t>3</w:t>
            </w:r>
          </w:p>
        </w:tc>
        <w:tc>
          <w:tcPr>
            <w:tcW w:type="dxa" w:w="1569"/>
          </w:tcPr>
          <w:p>
            <w:pPr>
              <w:spacing w:before="20" w:after="20" w:line="240" w:lineRule="auto"/>
              <w:jc w:val="center"/>
            </w:pPr>
            <w:r/>
            <w:r>
              <w:rPr>
                <w:rFonts w:ascii="Times New Roman" w:hAnsi="Times New Roman" w:eastAsia="宋体"/>
                <w:b w:val="0"/>
                <w:i w:val="0"/>
                <w:color w:val="333333"/>
                <w:sz w:val="19"/>
              </w:rPr>
              <w:t>4</w:t>
            </w:r>
          </w:p>
        </w:tc>
        <w:tc>
          <w:tcPr>
            <w:tcW w:type="dxa" w:w="1569"/>
          </w:tcPr>
          <w:p>
            <w:pPr>
              <w:spacing w:before="20" w:after="20" w:line="240" w:lineRule="auto"/>
              <w:jc w:val="center"/>
            </w:pPr>
            <w:r/>
            <w:r>
              <w:rPr>
                <w:rFonts w:ascii="Times New Roman" w:hAnsi="Times New Roman" w:eastAsia="宋体"/>
                <w:b w:val="0"/>
                <w:i w:val="0"/>
                <w:color w:val="333333"/>
                <w:sz w:val="19"/>
              </w:rPr>
              <w:t>5</w:t>
            </w:r>
          </w:p>
        </w:tc>
        <w:tc>
          <w:tcPr>
            <w:tcW w:type="dxa" w:w="1569"/>
          </w:tcPr>
          <w:p>
            <w:pPr>
              <w:spacing w:before="20" w:after="20" w:line="240" w:lineRule="auto"/>
              <w:jc w:val="center"/>
            </w:pPr>
            <w:r/>
            <w:r>
              <w:rPr>
                <w:rFonts w:ascii="Times New Roman" w:hAnsi="Times New Roman" w:eastAsia="宋体"/>
                <w:b w:val="0"/>
                <w:i w:val="0"/>
                <w:color w:val="333333"/>
                <w:sz w:val="19"/>
              </w:rPr>
              <w:t>6</w:t>
            </w:r>
          </w:p>
        </w:tc>
      </w:tr>
      <w:tr>
        <w:tc>
          <w:tcPr>
            <w:tcW w:type="dxa" w:w="1569"/>
          </w:tcPr>
          <w:p>
            <w:pPr>
              <w:spacing w:before="20" w:after="20" w:line="240" w:lineRule="auto"/>
              <w:jc w:val="center"/>
            </w:pPr>
            <w:r/>
            <w:r>
              <w:rPr>
                <w:rFonts w:ascii="Times New Roman" w:hAnsi="Times New Roman" w:eastAsia="宋体"/>
                <w:b w:val="0"/>
                <w:i w:val="0"/>
                <w:color w:val="333333"/>
                <w:sz w:val="19"/>
              </w:rPr>
              <w:t>y</w:t>
            </w:r>
          </w:p>
        </w:tc>
        <w:tc>
          <w:tcPr>
            <w:tcW w:type="dxa" w:w="1569"/>
          </w:tcPr>
          <w:p>
            <w:pPr>
              <w:spacing w:before="20" w:after="20" w:line="240" w:lineRule="auto"/>
              <w:jc w:val="center"/>
            </w:pPr>
            <w:r/>
            <w:r>
              <w:rPr>
                <w:rFonts w:ascii="Times New Roman" w:hAnsi="Times New Roman" w:eastAsia="宋体"/>
                <w:b w:val="0"/>
                <w:i w:val="0"/>
                <w:color w:val="333333"/>
                <w:sz w:val="19"/>
              </w:rPr>
              <w:t>0</w:t>
            </w:r>
          </w:p>
        </w:tc>
        <w:tc>
          <w:tcPr>
            <w:tcW w:type="dxa" w:w="1569"/>
          </w:tcPr>
          <w:p>
            <w:pPr>
              <w:spacing w:before="20" w:after="20" w:line="240" w:lineRule="auto"/>
              <w:jc w:val="center"/>
            </w:pPr>
            <w:r/>
            <w:r>
              <w:rPr>
                <w:rFonts w:ascii="Times New Roman" w:hAnsi="Times New Roman" w:eastAsia="宋体"/>
                <w:b w:val="0"/>
                <w:i w:val="0"/>
                <w:color w:val="333333"/>
                <w:sz w:val="19"/>
              </w:rPr>
              <w:t>2</w:t>
            </w:r>
          </w:p>
        </w:tc>
        <w:tc>
          <w:tcPr>
            <w:tcW w:type="dxa" w:w="1569"/>
          </w:tcPr>
          <w:p>
            <w:pPr>
              <w:spacing w:before="20" w:after="20" w:line="240" w:lineRule="auto"/>
              <w:jc w:val="center"/>
            </w:pPr>
            <w:r/>
            <w:r>
              <w:rPr>
                <w:rFonts w:ascii="Times New Roman" w:hAnsi="Times New Roman" w:eastAsia="宋体"/>
                <w:b w:val="0"/>
                <w:i w:val="0"/>
                <w:color w:val="333333"/>
                <w:sz w:val="19"/>
              </w:rPr>
              <w:t>6</w:t>
            </w:r>
          </w:p>
        </w:tc>
        <w:tc>
          <w:tcPr>
            <w:tcW w:type="dxa" w:w="1569"/>
          </w:tcPr>
          <w:p>
            <w:pPr>
              <w:spacing w:before="20" w:after="20" w:line="240" w:lineRule="auto"/>
              <w:jc w:val="center"/>
            </w:pPr>
            <w:r/>
            <w:r>
              <w:rPr>
                <w:rFonts w:ascii="Times New Roman" w:hAnsi="Times New Roman" w:eastAsia="宋体"/>
                <w:b w:val="0"/>
                <w:i w:val="0"/>
                <w:color w:val="333333"/>
                <w:sz w:val="19"/>
              </w:rPr>
              <w:t>12</w:t>
            </w:r>
          </w:p>
        </w:tc>
        <w:tc>
          <w:tcPr>
            <w:tcW w:type="dxa" w:w="1569"/>
          </w:tcPr>
          <w:p>
            <w:pPr>
              <w:spacing w:before="20" w:after="20" w:line="240" w:lineRule="auto"/>
              <w:jc w:val="center"/>
            </w:pPr>
            <w:r/>
            <w:r>
              <w:rPr>
                <w:rFonts w:ascii="Times New Roman" w:hAnsi="Times New Roman" w:eastAsia="宋体"/>
                <w:b w:val="0"/>
                <w:i w:val="0"/>
                <w:color w:val="333333"/>
                <w:sz w:val="19"/>
              </w:rPr>
              <w:t>20</w:t>
            </w:r>
          </w:p>
        </w:tc>
      </w:tr>
    </w:tbl>
    <w:p>
      <w:pPr>
        <w:spacing w:before="0" w:after="0" w:line="240" w:lineRule="auto"/>
      </w:pPr>
      <w:r>
        <w:rPr>
          <w:rFonts w:ascii="Times New Roman" w:hAnsi="Times New Roman" w:eastAsia="宋体"/>
          <w:b w:val="0"/>
          <w:i w:val="0"/>
          <w:sz w:val="8"/>
        </w:rPr>
      </w:r>
    </w:p>
    <w:p>
      <w:pPr>
        <w:spacing w:before="0" w:after="160" w:line="300" w:lineRule="auto"/>
      </w:pPr>
      <w:r>
        <w:rPr>
          <w:rFonts w:ascii="Times New Roman" w:hAnsi="Times New Roman" w:eastAsia="宋体"/>
          <w:b w:val="0"/>
          <w:i w:val="0"/>
          <w:color w:val="333333"/>
          <w:sz w:val="19"/>
        </w:rPr>
        <w:t>(A) y=2x-4　　(B) y=x²-3x+2　　(C) y=x³-3x²+2x　　(D) y=x²-4x　　(E) y=x²-4</w:t>
      </w:r>
    </w:p>
    <w:p>
      <w:pPr>
        <w:spacing w:before="200" w:after="80" w:line="300" w:lineRule="auto"/>
      </w:pPr>
      <w:r>
        <w:rPr>
          <w:rFonts w:ascii="Times New Roman" w:hAnsi="Times New Roman" w:eastAsia="宋体"/>
          <w:b/>
          <w:i w:val="0"/>
          <w:sz w:val="23"/>
        </w:rPr>
        <w:t>第 42 题</w:t>
      </w:r>
    </w:p>
    <w:p>
      <w:pPr>
        <w:spacing w:before="0" w:after="80" w:line="300" w:lineRule="auto"/>
        <w:jc w:val="left"/>
      </w:pPr>
      <w:r>
        <w:rPr>
          <w:rFonts w:ascii="Times New Roman" w:hAnsi="Times New Roman" w:eastAsia="宋体"/>
          <w:b w:val="0"/>
          <w:i w:val="0"/>
          <w:sz w:val="21"/>
        </w:rPr>
        <w:t>若 x 等于</w:t>
      </w:r>
    </w:p>
    <w:p>
      <w:pPr>
        <w:spacing w:before="0" w:after="80" w:line="300" w:lineRule="auto"/>
        <w:jc w:val="left"/>
      </w:pPr>
      <w:r>
        <w:rPr>
          <w:rFonts w:ascii="Times New Roman" w:hAnsi="Times New Roman" w:eastAsia="宋体"/>
          <w:b w:val="0"/>
          <w:i w:val="0"/>
          <w:sz w:val="21"/>
        </w:rPr>
        <w:t>√(1+√(1+√(1+√(1+⋯))))，</w:t>
      </w:r>
    </w:p>
    <w:p>
      <w:pPr>
        <w:spacing w:before="0" w:after="80" w:line="300" w:lineRule="auto"/>
        <w:jc w:val="left"/>
      </w:pPr>
      <w:r>
        <w:rPr>
          <w:rFonts w:ascii="Times New Roman" w:hAnsi="Times New Roman" w:eastAsia="宋体"/>
          <w:b w:val="0"/>
          <w:i w:val="0"/>
          <w:sz w:val="21"/>
        </w:rPr>
        <w:t>则：</w:t>
      </w:r>
    </w:p>
    <w:p>
      <w:pPr>
        <w:spacing w:before="0" w:after="120" w:line="300" w:lineRule="auto"/>
      </w:pPr>
      <w:r>
        <w:rPr>
          <w:rFonts w:ascii="Times New Roman" w:hAnsi="Times New Roman" w:eastAsia="宋体"/>
          <w:b w:val="0"/>
          <w:i w:val="0"/>
          <w:sz w:val="21"/>
        </w:rPr>
        <w:t>（A）x=1　　（B）0&lt; x&lt;1　　（C）1&lt; x&lt;2　　（D）x 是无穷大　　（E）x&gt;2，但为有限值</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x equals</w:t>
      </w:r>
    </w:p>
    <w:p>
      <w:pPr>
        <w:spacing w:before="0" w:after="80" w:line="300" w:lineRule="auto"/>
        <w:jc w:val="left"/>
      </w:pPr>
      <w:r>
        <w:rPr>
          <w:rFonts w:ascii="Times New Roman" w:hAnsi="Times New Roman" w:eastAsia="宋体"/>
          <w:b w:val="0"/>
          <w:i w:val="0"/>
          <w:color w:val="333333"/>
          <w:sz w:val="19"/>
        </w:rPr>
        <w:t>√(1+√(1+√(1+√(1+⋯)))),</w:t>
      </w:r>
    </w:p>
    <w:p>
      <w:pPr>
        <w:spacing w:before="0" w:after="80" w:line="300" w:lineRule="auto"/>
        <w:jc w:val="left"/>
      </w:pPr>
      <w:r>
        <w:rPr>
          <w:rFonts w:ascii="Times New Roman" w:hAnsi="Times New Roman" w:eastAsia="宋体"/>
          <w:b w:val="0"/>
          <w:i w:val="0"/>
          <w:color w:val="333333"/>
          <w:sz w:val="19"/>
        </w:rPr>
        <w:t>then:</w:t>
      </w:r>
    </w:p>
    <w:p>
      <w:pPr>
        <w:spacing w:before="0" w:after="160" w:line="300" w:lineRule="auto"/>
      </w:pPr>
      <w:r>
        <w:rPr>
          <w:rFonts w:ascii="Times New Roman" w:hAnsi="Times New Roman" w:eastAsia="宋体"/>
          <w:b w:val="0"/>
          <w:i w:val="0"/>
          <w:color w:val="333333"/>
          <w:sz w:val="19"/>
        </w:rPr>
        <w:t>(A) x=1　　(B) 0&lt; x&lt;1　　(C) 1&lt; x&lt;2　　(D) x is infinite　　(E) x&gt;2 but finite</w:t>
      </w:r>
    </w:p>
    <w:p>
      <w:pPr>
        <w:spacing w:before="200" w:after="80" w:line="300" w:lineRule="auto"/>
      </w:pPr>
      <w:r>
        <w:rPr>
          <w:rFonts w:ascii="Times New Roman" w:hAnsi="Times New Roman" w:eastAsia="宋体"/>
          <w:b/>
          <w:i w:val="0"/>
          <w:sz w:val="23"/>
        </w:rPr>
        <w:t>第 43 题</w:t>
      </w:r>
    </w:p>
    <w:p>
      <w:pPr>
        <w:spacing w:before="0" w:after="80" w:line="300" w:lineRule="auto"/>
        <w:jc w:val="left"/>
      </w:pPr>
      <w:r>
        <w:rPr>
          <w:rFonts w:ascii="Times New Roman" w:hAnsi="Times New Roman" w:eastAsia="宋体"/>
          <w:b w:val="0"/>
          <w:i w:val="0"/>
          <w:sz w:val="21"/>
        </w:rPr>
        <w:t>下列说法中，唯一不正确的是：</w:t>
      </w:r>
    </w:p>
    <w:p>
      <w:pPr>
        <w:spacing w:before="0" w:after="120" w:line="300" w:lineRule="auto"/>
      </w:pPr>
      <w:r>
        <w:rPr>
          <w:rFonts w:ascii="Times New Roman" w:hAnsi="Times New Roman" w:eastAsia="宋体"/>
          <w:b w:val="0"/>
          <w:i w:val="0"/>
          <w:sz w:val="21"/>
        </w:rPr>
        <w:t>（A）不等式两边同时增加、减少、乘以或除以（除数不为零）同一个正数后，不等式仍然成立。　　（B）两个不相等正数的算术平均数大于其几何平均数。　　（C）两个正数的和一定时，二者相等时乘积最大。　　（D）若 a 和 b 是不相等的正数，则 1/2(a²+b²) 大于</w:t>
        <w:br/>
        <w:t>[1/2(a+b)]²。　　（E）两个正数的乘积一定时，二者相等时和最大。</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Of the following statements, the only one that is incorrect is:</w:t>
      </w:r>
    </w:p>
    <w:p>
      <w:pPr>
        <w:spacing w:before="0" w:after="160" w:line="300" w:lineRule="auto"/>
      </w:pPr>
      <w:r>
        <w:rPr>
          <w:rFonts w:ascii="Times New Roman" w:hAnsi="Times New Roman" w:eastAsia="宋体"/>
          <w:b w:val="0"/>
          <w:i w:val="0"/>
          <w:color w:val="333333"/>
          <w:sz w:val="19"/>
        </w:rPr>
        <w:t>(A) An inequality will remain true after each side is increased,</w:t>
        <w:br/>
        <w:t>decreased, multiplied, or divided (zero excluded) by the same</w:t>
        <w:br/>
        <w:t>positive quantity.　　(B) The arithmetic mean of two unequal positive quantities is</w:t>
        <w:br/>
        <w:t>greater than their geometric mean.　　(C) If the sum of two positive quantities is given, their product</w:t>
        <w:br/>
        <w:t>is largest when they are equal.　　(D) If a and b are positive and unequal,</w:t>
        <w:br/>
        <w:t>1/2(a²+b²) is greater than</w:t>
        <w:br/>
        <w:t>[1/2(a+b)]².　　(E) If the product of two positive quantities is</w:t>
        <w:br/>
        <w:t>given, their sum is greatest when they are equal.</w:t>
      </w:r>
    </w:p>
    <w:p>
      <w:pPr>
        <w:spacing w:before="200" w:after="80" w:line="300" w:lineRule="auto"/>
      </w:pPr>
      <w:r>
        <w:rPr>
          <w:rFonts w:ascii="Times New Roman" w:hAnsi="Times New Roman" w:eastAsia="宋体"/>
          <w:b/>
          <w:i w:val="0"/>
          <w:sz w:val="23"/>
        </w:rPr>
        <w:t>第 44 题</w:t>
      </w:r>
    </w:p>
    <w:p>
      <w:pPr>
        <w:spacing w:before="0" w:after="80" w:line="300" w:lineRule="auto"/>
        <w:jc w:val="left"/>
      </w:pPr>
      <w:r>
        <w:rPr>
          <w:rFonts w:ascii="Times New Roman" w:hAnsi="Times New Roman" w:eastAsia="宋体"/>
          <w:b w:val="0"/>
          <w:i w:val="0"/>
          <w:sz w:val="21"/>
        </w:rPr>
        <w:t>若 xy/x+y=a、xz/x+z=b、yz/y+z=c，其中 a、b、c 均不为零，则 x 等于：</w:t>
      </w:r>
    </w:p>
    <w:p>
      <w:pPr>
        <w:spacing w:before="0" w:after="120" w:line="300" w:lineRule="auto"/>
      </w:pPr>
      <w:r>
        <w:rPr>
          <w:rFonts w:ascii="Times New Roman" w:hAnsi="Times New Roman" w:eastAsia="宋体"/>
          <w:b w:val="0"/>
          <w:i w:val="0"/>
          <w:sz w:val="21"/>
        </w:rPr>
        <w:t>（A）abc/ab+ac+bc　　（B）2abc/ab+bc+ac　　（C）2abc/ab+ac-bc　　（D）2abc/ab+bc-ac　　（E）2abc/ac+bc-ab</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xy/x+y=a, xz/x+z=b, and yz/y+z=c, where a, b, c are other than zero, then x equals:</w:t>
      </w:r>
    </w:p>
    <w:p>
      <w:pPr>
        <w:spacing w:before="0" w:after="160" w:line="300" w:lineRule="auto"/>
      </w:pPr>
      <w:r>
        <w:rPr>
          <w:rFonts w:ascii="Times New Roman" w:hAnsi="Times New Roman" w:eastAsia="宋体"/>
          <w:b w:val="0"/>
          <w:i w:val="0"/>
          <w:color w:val="333333"/>
          <w:sz w:val="19"/>
        </w:rPr>
        <w:t>(A) abc/ab+ac+bc　　(B) 2abc/ab+bc+ac　　(C) 2abc/ab+ac-bc　　(D) 2abc/ab+bc-ac　　(E) 2abc/ac+bc-ab</w:t>
      </w:r>
    </w:p>
    <w:p>
      <w:pPr>
        <w:spacing w:before="200" w:after="80" w:line="300" w:lineRule="auto"/>
      </w:pPr>
      <w:r>
        <w:rPr>
          <w:rFonts w:ascii="Times New Roman" w:hAnsi="Times New Roman" w:eastAsia="宋体"/>
          <w:b/>
          <w:i w:val="0"/>
          <w:sz w:val="23"/>
        </w:rPr>
        <w:t>第 45 题</w:t>
      </w:r>
    </w:p>
    <w:p>
      <w:pPr>
        <w:spacing w:before="0" w:after="80" w:line="300" w:lineRule="auto"/>
        <w:jc w:val="left"/>
      </w:pPr>
      <w:r>
        <w:rPr>
          <w:rFonts w:ascii="Times New Roman" w:hAnsi="Times New Roman" w:eastAsia="宋体"/>
          <w:b w:val="0"/>
          <w:i w:val="0"/>
          <w:sz w:val="21"/>
        </w:rPr>
        <w:t>已知 log 8=0.9031 和 log 9=0.9542，则下列唯一不能在不查表的情况下求出的对数是：</w:t>
      </w:r>
    </w:p>
    <w:p>
      <w:pPr>
        <w:spacing w:before="0" w:after="120" w:line="300" w:lineRule="auto"/>
      </w:pPr>
      <w:r>
        <w:rPr>
          <w:rFonts w:ascii="Times New Roman" w:hAnsi="Times New Roman" w:eastAsia="宋体"/>
          <w:b w:val="0"/>
          <w:i w:val="0"/>
          <w:sz w:val="21"/>
        </w:rPr>
        <w:t>（A）log 17　　（B）log(5/4)　　（C）log 15　　（D）log 600　　（E）log 0.4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you are given log 8=0.9031 and log 9=0.9542, then the only logarithm that cannot be found without the use of tables is:</w:t>
      </w:r>
    </w:p>
    <w:p>
      <w:pPr>
        <w:spacing w:before="0" w:after="160" w:line="300" w:lineRule="auto"/>
      </w:pPr>
      <w:r>
        <w:rPr>
          <w:rFonts w:ascii="Times New Roman" w:hAnsi="Times New Roman" w:eastAsia="宋体"/>
          <w:b w:val="0"/>
          <w:i w:val="0"/>
          <w:color w:val="333333"/>
          <w:sz w:val="19"/>
        </w:rPr>
        <w:t>(A) log 17　　(B) log(5/4)　　(C) log 15　　(D) log 600　　(E) log 0.4</w:t>
      </w:r>
    </w:p>
    <w:p>
      <w:pPr>
        <w:spacing w:before="200" w:after="80" w:line="300" w:lineRule="auto"/>
      </w:pPr>
      <w:r>
        <w:rPr>
          <w:rFonts w:ascii="Times New Roman" w:hAnsi="Times New Roman" w:eastAsia="宋体"/>
          <w:b/>
          <w:i w:val="0"/>
          <w:sz w:val="23"/>
        </w:rPr>
        <w:t>第 46 题</w:t>
      </w:r>
    </w:p>
    <w:p>
      <w:pPr>
        <w:spacing w:before="0" w:after="80" w:line="300" w:lineRule="auto"/>
        <w:jc w:val="left"/>
      </w:pPr>
      <w:r>
        <w:rPr>
          <w:rFonts w:ascii="Times New Roman" w:hAnsi="Times New Roman" w:eastAsia="宋体"/>
          <w:b w:val="0"/>
          <w:i w:val="0"/>
          <w:sz w:val="21"/>
        </w:rPr>
        <w:t>AB 是圆心为 O 的圆的一条固定直径。从圆上任意一点 C 作弦 CD，使其垂直于 AB。当 C 在一个半圆上移动时，角 OCD 的平分线与圆相交于一点，该点始终：</w:t>
      </w:r>
    </w:p>
    <w:p>
      <w:pPr>
        <w:spacing w:before="0" w:after="120" w:line="300" w:lineRule="auto"/>
      </w:pPr>
      <w:r>
        <w:rPr>
          <w:rFonts w:ascii="Times New Roman" w:hAnsi="Times New Roman" w:eastAsia="宋体"/>
          <w:b w:val="0"/>
          <w:i w:val="0"/>
          <w:sz w:val="21"/>
        </w:rPr>
        <w:t>（A）平分弧 AB　　（B）三等分弧 AB　　（C）位置随之变化　　（D）到 AB 的距离与到 D 的距离相等　　（E）到 B 与 C 的距离相等</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AB is a fixed diameter of a circle whose center is O. From C, any point on the circle, a chord CD is drawn perpendicular to AB. Then, as C moves over a semicircle, the bisector of angle OCD cuts the circle in a point that always:</w:t>
      </w:r>
    </w:p>
    <w:p>
      <w:pPr>
        <w:spacing w:before="0" w:after="160" w:line="300" w:lineRule="auto"/>
      </w:pPr>
      <w:r>
        <w:rPr>
          <w:rFonts w:ascii="Times New Roman" w:hAnsi="Times New Roman" w:eastAsia="宋体"/>
          <w:b w:val="0"/>
          <w:i w:val="0"/>
          <w:color w:val="333333"/>
          <w:sz w:val="19"/>
        </w:rPr>
        <w:t>(A) Bisects the arc AB　　(B) Trisects the arc AB　　(C) Varies　　(D) Is as far from AB as from D　　(E) Is equidistant from B and C</w:t>
      </w:r>
    </w:p>
    <w:p>
      <w:pPr>
        <w:spacing w:before="200" w:after="80" w:line="300" w:lineRule="auto"/>
      </w:pPr>
      <w:r>
        <w:rPr>
          <w:rFonts w:ascii="Times New Roman" w:hAnsi="Times New Roman" w:eastAsia="宋体"/>
          <w:b/>
          <w:i w:val="0"/>
          <w:sz w:val="23"/>
        </w:rPr>
        <w:t>第 47 题</w:t>
      </w:r>
    </w:p>
    <w:p>
      <w:pPr>
        <w:spacing w:before="0" w:after="80" w:line="300" w:lineRule="auto"/>
        <w:jc w:val="left"/>
      </w:pPr>
      <w:r>
        <w:rPr>
          <w:rFonts w:ascii="Times New Roman" w:hAnsi="Times New Roman" w:eastAsia="宋体"/>
          <w:b w:val="0"/>
          <w:i w:val="0"/>
          <w:sz w:val="21"/>
        </w:rPr>
        <w:t>若 r 和 s 是方程 ax²+bx+c=0 的根，则 1/r²+1/s² 的值为：</w:t>
      </w:r>
    </w:p>
    <w:p>
      <w:pPr>
        <w:spacing w:before="0" w:after="120" w:line="300" w:lineRule="auto"/>
      </w:pPr>
      <w:r>
        <w:rPr>
          <w:rFonts w:ascii="Times New Roman" w:hAnsi="Times New Roman" w:eastAsia="宋体"/>
          <w:b w:val="0"/>
          <w:i w:val="0"/>
          <w:sz w:val="21"/>
        </w:rPr>
        <w:t>（A）b²-4ac　　（B）b²-4ac/2a　　（C）b²-4ac/c²　　（D）b²-2ac/c²　　（E）以上答案均不正确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r and s are the roots of the equation ax²+bx+c=0, the value of 1/r²+1/s² is:</w:t>
      </w:r>
    </w:p>
    <w:p>
      <w:pPr>
        <w:spacing w:before="0" w:after="160" w:line="300" w:lineRule="auto"/>
      </w:pPr>
      <w:r>
        <w:rPr>
          <w:rFonts w:ascii="Times New Roman" w:hAnsi="Times New Roman" w:eastAsia="宋体"/>
          <w:b w:val="0"/>
          <w:i w:val="0"/>
          <w:color w:val="333333"/>
          <w:sz w:val="19"/>
        </w:rPr>
        <w:t>(A) b²-4ac　　(B) b²-4ac/2a　　(C) b²-4ac/c²　　(D) b²-2ac/c²　　(E) None of these</w:t>
      </w:r>
    </w:p>
    <w:p>
      <w:pPr>
        <w:spacing w:before="200" w:after="80" w:line="300" w:lineRule="auto"/>
      </w:pPr>
      <w:r>
        <w:rPr>
          <w:rFonts w:ascii="Times New Roman" w:hAnsi="Times New Roman" w:eastAsia="宋体"/>
          <w:b/>
          <w:i w:val="0"/>
          <w:sz w:val="23"/>
        </w:rPr>
        <w:t>第 48 题</w:t>
      </w:r>
    </w:p>
    <w:p>
      <w:pPr>
        <w:spacing w:before="0" w:after="80" w:line="300" w:lineRule="auto"/>
        <w:jc w:val="left"/>
      </w:pPr>
      <w:r>
        <w:rPr>
          <w:rFonts w:ascii="Times New Roman" w:hAnsi="Times New Roman" w:eastAsia="宋体"/>
          <w:b w:val="0"/>
          <w:i w:val="0"/>
          <w:sz w:val="21"/>
        </w:rPr>
        <w:t>内接于半圆的正方形面积与内接于整圆的正方形面积之比为：</w:t>
      </w:r>
    </w:p>
    <w:p>
      <w:pPr>
        <w:spacing w:before="0" w:after="120" w:line="300" w:lineRule="auto"/>
      </w:pPr>
      <w:r>
        <w:rPr>
          <w:rFonts w:ascii="Times New Roman" w:hAnsi="Times New Roman" w:eastAsia="宋体"/>
          <w:b w:val="0"/>
          <w:i w:val="0"/>
          <w:sz w:val="21"/>
        </w:rPr>
        <w:t>（A）1:2　　（B）2:3　　（C）2:5　　（D）3:4　　（E）3:5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area of a square inscribed in a semicircle is to the area of the square inscribed in the entire circle as:</w:t>
      </w:r>
    </w:p>
    <w:p>
      <w:pPr>
        <w:spacing w:before="0" w:after="160" w:line="300" w:lineRule="auto"/>
      </w:pPr>
      <w:r>
        <w:rPr>
          <w:rFonts w:ascii="Times New Roman" w:hAnsi="Times New Roman" w:eastAsia="宋体"/>
          <w:b w:val="0"/>
          <w:i w:val="0"/>
          <w:color w:val="333333"/>
          <w:sz w:val="19"/>
        </w:rPr>
        <w:t>(A) 1:2　　(B) 2:3　　(C) 2:5　　(D) 3:4　　(E) 3:5</w:t>
      </w:r>
    </w:p>
    <w:p>
      <w:pPr>
        <w:spacing w:before="200" w:after="80" w:line="300" w:lineRule="auto"/>
      </w:pPr>
      <w:r>
        <w:rPr>
          <w:rFonts w:ascii="Times New Roman" w:hAnsi="Times New Roman" w:eastAsia="宋体"/>
          <w:b/>
          <w:i w:val="0"/>
          <w:sz w:val="23"/>
        </w:rPr>
        <w:t>第 49 题</w:t>
      </w:r>
    </w:p>
    <w:p>
      <w:pPr>
        <w:spacing w:before="0" w:after="80" w:line="300" w:lineRule="auto"/>
        <w:jc w:val="left"/>
      </w:pPr>
      <w:r>
        <w:rPr>
          <w:rFonts w:ascii="Times New Roman" w:hAnsi="Times New Roman" w:eastAsia="宋体"/>
          <w:b w:val="0"/>
          <w:i w:val="0"/>
          <w:sz w:val="21"/>
        </w:rPr>
        <w:t>从一个直角三角形的两个锐角顶点所作的中线长分别为 5 和 √(40)。斜边长为：</w:t>
      </w:r>
    </w:p>
    <w:p>
      <w:pPr>
        <w:spacing w:before="0" w:after="120" w:line="300" w:lineRule="auto"/>
      </w:pPr>
      <w:r>
        <w:rPr>
          <w:rFonts w:ascii="Times New Roman" w:hAnsi="Times New Roman" w:eastAsia="宋体"/>
          <w:b w:val="0"/>
          <w:i w:val="0"/>
          <w:sz w:val="21"/>
        </w:rPr>
        <w:t>（A）10　　（B）2√(40)　　（C）√(13)　　（D）2√(13)　　（E）以上答案均不正确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medians of a right triangle which are drawn from the vertices of the acute angles are 5 and √(40). The value of the hypotenuse is:</w:t>
      </w:r>
    </w:p>
    <w:p>
      <w:pPr>
        <w:spacing w:before="0" w:after="160" w:line="300" w:lineRule="auto"/>
      </w:pPr>
      <w:r>
        <w:rPr>
          <w:rFonts w:ascii="Times New Roman" w:hAnsi="Times New Roman" w:eastAsia="宋体"/>
          <w:b w:val="0"/>
          <w:i w:val="0"/>
          <w:color w:val="333333"/>
          <w:sz w:val="19"/>
        </w:rPr>
        <w:t>(A) 10　　(B) 2√(40)　　(C) √(13)　　(D) 2√(13)　　(E) None of these</w:t>
      </w:r>
    </w:p>
    <w:p>
      <w:pPr>
        <w:spacing w:before="200" w:after="80" w:line="300" w:lineRule="auto"/>
      </w:pPr>
      <w:r>
        <w:rPr>
          <w:rFonts w:ascii="Times New Roman" w:hAnsi="Times New Roman" w:eastAsia="宋体"/>
          <w:b/>
          <w:i w:val="0"/>
          <w:sz w:val="23"/>
        </w:rPr>
        <w:t>第 50 题</w:t>
      </w:r>
    </w:p>
    <w:p>
      <w:pPr>
        <w:spacing w:before="0" w:after="80" w:line="300" w:lineRule="auto"/>
        <w:jc w:val="left"/>
      </w:pPr>
      <w:r>
        <w:rPr>
          <w:rFonts w:ascii="Times New Roman" w:hAnsi="Times New Roman" w:eastAsia="宋体"/>
          <w:b w:val="0"/>
          <w:i w:val="0"/>
          <w:sz w:val="21"/>
        </w:rPr>
        <w:t>汤姆、迪克和哈里一起开始一段 100 英里的旅程。汤姆与哈里乘汽车，以每小时 25 英里的速度前进；迪克则以每小时 5 英里的速度步行。行驶一段距离后，哈里下车，改以每小时 5 英里的速度继续步行；汤姆掉头去接迪克，并使迪克与哈里同时到达终点。整个旅程所需的小时数为：</w:t>
      </w:r>
    </w:p>
    <w:p>
      <w:pPr>
        <w:spacing w:before="0" w:after="120" w:line="300" w:lineRule="auto"/>
      </w:pPr>
      <w:r>
        <w:rPr>
          <w:rFonts w:ascii="Times New Roman" w:hAnsi="Times New Roman" w:eastAsia="宋体"/>
          <w:b w:val="0"/>
          <w:i w:val="0"/>
          <w:sz w:val="21"/>
        </w:rPr>
        <w:t>（A）5　　（B）6　　（C）7　　（D）8　　（E）以上答案均不正确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Tom, Dick, and Harry started out on a 100-mile journey. Tom and Harry went by automobile at the rate of 25 mph, while Dick walked at the rate of 5 mph. After a certain distance, Harry got off and walked on at 5 mph, while Tom went back for Dick and got him to the destination at the same time that Harry arrived. The number of hours required for the trip was:</w:t>
      </w:r>
    </w:p>
    <w:p>
      <w:pPr>
        <w:spacing w:before="0" w:after="160" w:line="300" w:lineRule="auto"/>
      </w:pPr>
      <w:r>
        <w:rPr>
          <w:rFonts w:ascii="Times New Roman" w:hAnsi="Times New Roman" w:eastAsia="宋体"/>
          <w:b w:val="0"/>
          <w:i w:val="0"/>
          <w:color w:val="333333"/>
          <w:sz w:val="19"/>
        </w:rPr>
        <w:t>(A) 5　　(B) 6　　(C) 7　　(D) 8　　(E) None of these answers</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B　D　B　D　B　D　B　C　D</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C　C　C　C　C　E　C　D　D</w:t>
      </w:r>
    </w:p>
    <w:p>
      <w:pPr>
        <w:spacing w:before="0" w:after="0" w:line="300" w:lineRule="auto"/>
      </w:pPr>
      <w:r>
        <w:rPr>
          <w:rFonts w:ascii="Times New Roman" w:hAnsi="Times New Roman" w:eastAsia="宋体"/>
          <w:b w:val="0"/>
          <w:i w:val="0"/>
          <w:sz w:val="18"/>
        </w:rPr>
        <w:t>题号　19　20　21　22　23　24　25　26　27</w:t>
      </w:r>
    </w:p>
    <w:p>
      <w:pPr>
        <w:spacing w:before="0" w:after="80" w:line="300" w:lineRule="auto"/>
      </w:pPr>
      <w:r>
        <w:rPr>
          <w:rFonts w:ascii="Times New Roman" w:hAnsi="Times New Roman" w:eastAsia="宋体"/>
          <w:b/>
          <w:i w:val="0"/>
          <w:sz w:val="18"/>
        </w:rPr>
        <w:t>答案　E　C　C　B　B　D　A　E　E</w:t>
      </w:r>
    </w:p>
    <w:p>
      <w:pPr>
        <w:spacing w:before="0" w:after="0" w:line="300" w:lineRule="auto"/>
      </w:pPr>
      <w:r>
        <w:rPr>
          <w:rFonts w:ascii="Times New Roman" w:hAnsi="Times New Roman" w:eastAsia="宋体"/>
          <w:b w:val="0"/>
          <w:i w:val="0"/>
          <w:sz w:val="18"/>
        </w:rPr>
        <w:t>题号　28　29　30　31　32　33　34　35　36</w:t>
      </w:r>
    </w:p>
    <w:p>
      <w:pPr>
        <w:spacing w:before="0" w:after="80" w:line="300" w:lineRule="auto"/>
      </w:pPr>
      <w:r>
        <w:rPr>
          <w:rFonts w:ascii="Times New Roman" w:hAnsi="Times New Roman" w:eastAsia="宋体"/>
          <w:b/>
          <w:i w:val="0"/>
          <w:sz w:val="18"/>
        </w:rPr>
        <w:t>答案　C　D　C　D　D　C　A　A　B</w:t>
      </w:r>
    </w:p>
    <w:p>
      <w:pPr>
        <w:spacing w:before="0" w:after="0" w:line="300" w:lineRule="auto"/>
      </w:pPr>
      <w:r>
        <w:rPr>
          <w:rFonts w:ascii="Times New Roman" w:hAnsi="Times New Roman" w:eastAsia="宋体"/>
          <w:b w:val="0"/>
          <w:i w:val="0"/>
          <w:sz w:val="18"/>
        </w:rPr>
        <w:t>题号　37　38　39　40　41　42　43　44　45</w:t>
      </w:r>
    </w:p>
    <w:p>
      <w:pPr>
        <w:spacing w:before="0" w:after="80" w:line="300" w:lineRule="auto"/>
      </w:pPr>
      <w:r>
        <w:rPr>
          <w:rFonts w:ascii="Times New Roman" w:hAnsi="Times New Roman" w:eastAsia="宋体"/>
          <w:b/>
          <w:i w:val="0"/>
          <w:sz w:val="18"/>
        </w:rPr>
        <w:t>答案　D　A　A　C　B　C　E　E　A</w:t>
      </w:r>
    </w:p>
    <w:p>
      <w:pPr>
        <w:spacing w:before="0" w:after="0" w:line="300" w:lineRule="auto"/>
      </w:pPr>
      <w:r>
        <w:rPr>
          <w:rFonts w:ascii="Times New Roman" w:hAnsi="Times New Roman" w:eastAsia="宋体"/>
          <w:b w:val="0"/>
          <w:i w:val="0"/>
          <w:sz w:val="18"/>
        </w:rPr>
        <w:t>题号　46　47　48　49　50</w:t>
      </w:r>
    </w:p>
    <w:p>
      <w:pPr>
        <w:spacing w:before="0" w:after="80" w:line="300" w:lineRule="auto"/>
      </w:pPr>
      <w:r>
        <w:rPr>
          <w:rFonts w:ascii="Times New Roman" w:hAnsi="Times New Roman" w:eastAsia="宋体"/>
          <w:b/>
          <w:i w:val="0"/>
          <w:sz w:val="18"/>
        </w:rPr>
        <w:t>答案　A　D　C　D　D</w:t>
      </w:r>
    </w:p>
    <w:p>
      <w:pPr>
        <w:spacing w:before="0" w:after="200" w:line="300" w:lineRule="auto"/>
      </w:pPr>
      <w:r>
        <w:rPr>
          <w:rFonts w:ascii="Times New Roman" w:hAnsi="Times New Roman" w:eastAsia="宋体"/>
          <w:b w:val="0"/>
          <w:i w:val="0"/>
          <w:color w:val="666666"/>
          <w:sz w:val="18"/>
        </w:rPr>
        <w:t>答案串：BDBDBDBCDCCCCCECDDECCBBDAEECDCDDCAABDAACBCEEAADCDD</w:t>
      </w:r>
    </w:p>
    <w:p>
      <w:pPr>
        <w:spacing w:before="200" w:after="80" w:line="300" w:lineRule="auto"/>
      </w:pPr>
      <w:r>
        <w:rPr>
          <w:rFonts w:ascii="Times New Roman" w:hAnsi="Times New Roman" w:eastAsia="宋体"/>
          <w:b/>
          <w:i w:val="0"/>
          <w:sz w:val="23"/>
        </w:rPr>
        <w:t>第 1 题　答案 B</w:t>
      </w:r>
    </w:p>
    <w:p>
      <w:pPr>
        <w:spacing w:before="0" w:after="80" w:line="300" w:lineRule="auto"/>
        <w:jc w:val="left"/>
      </w:pPr>
      <w:r>
        <w:rPr>
          <w:rFonts w:ascii="Times New Roman" w:hAnsi="Times New Roman" w:eastAsia="宋体"/>
          <w:b w:val="0"/>
          <w:i w:val="0"/>
          <w:sz w:val="21"/>
        </w:rPr>
        <w:t>从 N 增加到 M 的增加量为 M-N。除以原数量并乘以 100，得到</w:t>
      </w:r>
    </w:p>
    <w:p>
      <w:pPr>
        <w:spacing w:before="0" w:after="80" w:line="300" w:lineRule="auto"/>
        <w:jc w:val="left"/>
      </w:pPr>
      <w:r>
        <w:rPr>
          <w:rFonts w:ascii="Times New Roman" w:hAnsi="Times New Roman" w:eastAsia="宋体"/>
          <w:b w:val="0"/>
          <w:i w:val="0"/>
          <w:sz w:val="21"/>
        </w:rPr>
        <w:t>(100(M-N))/N。</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increase from N to M is M-N. Dividing by the original quantity and multiplying by 100 gives</w:t>
      </w:r>
    </w:p>
    <w:p>
      <w:pPr>
        <w:spacing w:before="0" w:after="80" w:line="300" w:lineRule="auto"/>
        <w:jc w:val="left"/>
      </w:pPr>
      <w:r>
        <w:rPr>
          <w:rFonts w:ascii="Times New Roman" w:hAnsi="Times New Roman" w:eastAsia="宋体"/>
          <w:b w:val="0"/>
          <w:i w:val="0"/>
          <w:color w:val="333333"/>
          <w:sz w:val="19"/>
        </w:rPr>
        <w:t>(100(M-N))/N.</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D</w:t>
      </w:r>
    </w:p>
    <w:p>
      <w:pPr>
        <w:spacing w:before="0" w:after="80" w:line="300" w:lineRule="auto"/>
        <w:jc w:val="left"/>
      </w:pPr>
      <w:r>
        <w:rPr>
          <w:rFonts w:ascii="Times New Roman" w:hAnsi="Times New Roman" w:eastAsia="宋体"/>
          <w:b w:val="0"/>
          <w:i w:val="0"/>
          <w:sz w:val="21"/>
        </w:rPr>
        <w:t>设宽为 w，则长为 2w。由栅栏总长可得 2(w+2w)=6w=x，所以 w=x/6。因此，</w:t>
      </w:r>
    </w:p>
    <w:p>
      <w:pPr>
        <w:spacing w:before="0" w:after="80" w:line="300" w:lineRule="auto"/>
        <w:jc w:val="left"/>
      </w:pPr>
      <w:r>
        <w:rPr>
          <w:rFonts w:ascii="Times New Roman" w:hAnsi="Times New Roman" w:eastAsia="宋体"/>
          <w:b w:val="0"/>
          <w:i w:val="0"/>
          <w:sz w:val="21"/>
        </w:rPr>
        <w:t>A=w(2w)=2(x/6)²=x²/18。</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width be w, so the length is 2w. The fencing gives 2(w+2w)=6w=x, hence w=x/6. Therefore</w:t>
      </w:r>
    </w:p>
    <w:p>
      <w:pPr>
        <w:spacing w:before="0" w:after="80" w:line="300" w:lineRule="auto"/>
        <w:jc w:val="left"/>
      </w:pPr>
      <w:r>
        <w:rPr>
          <w:rFonts w:ascii="Times New Roman" w:hAnsi="Times New Roman" w:eastAsia="宋体"/>
          <w:b w:val="0"/>
          <w:i w:val="0"/>
          <w:color w:val="333333"/>
          <w:sz w:val="19"/>
        </w:rPr>
        <w:t>A=w(2w)=2(x/6)²=x²/18.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B</w:t>
      </w:r>
    </w:p>
    <w:p>
      <w:pPr>
        <w:spacing w:before="0" w:after="80" w:line="300" w:lineRule="auto"/>
        <w:jc w:val="left"/>
      </w:pPr>
      <w:r>
        <w:rPr>
          <w:rFonts w:ascii="Times New Roman" w:hAnsi="Times New Roman" w:eastAsia="宋体"/>
          <w:b w:val="0"/>
          <w:i w:val="0"/>
          <w:sz w:val="21"/>
        </w:rPr>
        <w:t>若边长为 s，对角线 d=a+b，则 d=s√(2)。因此，</w:t>
      </w:r>
    </w:p>
    <w:p>
      <w:pPr>
        <w:spacing w:before="0" w:after="80" w:line="300" w:lineRule="auto"/>
        <w:jc w:val="left"/>
      </w:pPr>
      <w:r>
        <w:rPr>
          <w:rFonts w:ascii="Times New Roman" w:hAnsi="Times New Roman" w:eastAsia="宋体"/>
          <w:b w:val="0"/>
          <w:i w:val="0"/>
          <w:sz w:val="21"/>
        </w:rPr>
        <w:t>s²=d²/2=1/2(a+b)²。</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s is the side length and d=a+b is the diagonal, then d=s√(2). Thus</w:t>
      </w:r>
    </w:p>
    <w:p>
      <w:pPr>
        <w:spacing w:before="0" w:after="80" w:line="300" w:lineRule="auto"/>
        <w:jc w:val="left"/>
      </w:pPr>
      <w:r>
        <w:rPr>
          <w:rFonts w:ascii="Times New Roman" w:hAnsi="Times New Roman" w:eastAsia="宋体"/>
          <w:b w:val="0"/>
          <w:i w:val="0"/>
          <w:color w:val="333333"/>
          <w:sz w:val="19"/>
        </w:rPr>
        <w:t>s²=d²/2=1/2(a+b)².</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D</w:t>
      </w:r>
    </w:p>
    <w:p>
      <w:pPr>
        <w:spacing w:before="0" w:after="80" w:line="300" w:lineRule="auto"/>
        <w:jc w:val="left"/>
      </w:pPr>
      <w:r>
        <w:rPr>
          <w:rFonts w:ascii="Times New Roman" w:hAnsi="Times New Roman" w:eastAsia="宋体"/>
          <w:b w:val="0"/>
          <w:i w:val="0"/>
          <w:sz w:val="21"/>
        </w:rPr>
        <w:t>四面墙单侧的面积为</w:t>
      </w:r>
    </w:p>
    <w:p>
      <w:pPr>
        <w:spacing w:before="0" w:after="80" w:line="300" w:lineRule="auto"/>
        <w:jc w:val="left"/>
      </w:pPr>
      <w:r>
        <w:rPr>
          <w:rFonts w:ascii="Times New Roman" w:hAnsi="Times New Roman" w:eastAsia="宋体"/>
          <w:b w:val="0"/>
          <w:i w:val="0"/>
          <w:sz w:val="21"/>
        </w:rPr>
        <w:t>2(13·5)+2(10·5)=230。</w:t>
      </w:r>
    </w:p>
    <w:p>
      <w:pPr>
        <w:spacing w:before="0" w:after="80" w:line="300" w:lineRule="auto"/>
        <w:jc w:val="left"/>
      </w:pPr>
      <w:r>
        <w:rPr>
          <w:rFonts w:ascii="Times New Roman" w:hAnsi="Times New Roman" w:eastAsia="宋体"/>
          <w:b w:val="0"/>
          <w:i w:val="0"/>
          <w:sz w:val="21"/>
        </w:rPr>
        <w:t>内外两侧共需粉刷 2(230)=460。天花板再增加 10·13=130，所以总面积为 460+130=590。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four walls have one-sided area</w:t>
      </w:r>
    </w:p>
    <w:p>
      <w:pPr>
        <w:spacing w:before="0" w:after="80" w:line="300" w:lineRule="auto"/>
        <w:jc w:val="left"/>
      </w:pPr>
      <w:r>
        <w:rPr>
          <w:rFonts w:ascii="Times New Roman" w:hAnsi="Times New Roman" w:eastAsia="宋体"/>
          <w:b w:val="0"/>
          <w:i w:val="0"/>
          <w:color w:val="333333"/>
          <w:sz w:val="19"/>
        </w:rPr>
        <w:t>2(13·5)+2(10·5)=230.</w:t>
      </w:r>
    </w:p>
    <w:p>
      <w:pPr>
        <w:spacing w:before="0" w:after="80" w:line="300" w:lineRule="auto"/>
        <w:jc w:val="left"/>
      </w:pPr>
      <w:r>
        <w:rPr>
          <w:rFonts w:ascii="Times New Roman" w:hAnsi="Times New Roman" w:eastAsia="宋体"/>
          <w:b w:val="0"/>
          <w:i w:val="0"/>
          <w:color w:val="333333"/>
          <w:sz w:val="19"/>
        </w:rPr>
        <w:t>Painting them inside and outside contributes 2(230)=460. The ceiling adds 10·13=130, so the total is 460+130=590.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B</w:t>
      </w:r>
    </w:p>
    <w:p>
      <w:pPr>
        <w:spacing w:before="0" w:after="80" w:line="300" w:lineRule="auto"/>
        <w:jc w:val="left"/>
      </w:pPr>
      <w:r>
        <w:rPr>
          <w:rFonts w:ascii="Times New Roman" w:hAnsi="Times New Roman" w:eastAsia="宋体"/>
          <w:b w:val="0"/>
          <w:i w:val="0"/>
          <w:sz w:val="21"/>
        </w:rPr>
        <w:t>第一次售价为 10,000(1.10)=11,000。卖回时的售价为 11,000(0.90)=9,900。A 先生收到 11,000，再付出 9,900，所以获利 1,100。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sale price is 10,000(1.10)=11,000. The return sale is 11,000(0.90)=9,900. Mr. A receives 11,000 and pays back 9,900, so he gains 1,100.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D</w:t>
      </w:r>
    </w:p>
    <w:p>
      <w:pPr>
        <w:spacing w:before="0" w:after="80" w:line="300" w:lineRule="auto"/>
        <w:jc w:val="left"/>
      </w:pPr>
      <w:r>
        <w:rPr>
          <w:rFonts w:ascii="Times New Roman" w:hAnsi="Times New Roman" w:eastAsia="宋体"/>
          <w:b w:val="0"/>
          <w:i w:val="0"/>
          <w:sz w:val="21"/>
        </w:rPr>
        <w:t>若三条棱长为 l,w,h，则三个面的面积为 lw、wh 和 hl。它们的乘积为</w:t>
      </w:r>
    </w:p>
    <w:p>
      <w:pPr>
        <w:spacing w:before="0" w:after="80" w:line="300" w:lineRule="auto"/>
        <w:jc w:val="left"/>
      </w:pPr>
      <w:r>
        <w:rPr>
          <w:rFonts w:ascii="Times New Roman" w:hAnsi="Times New Roman" w:eastAsia="宋体"/>
          <w:b w:val="0"/>
          <w:i w:val="0"/>
          <w:sz w:val="21"/>
        </w:rPr>
        <w:t>(lw)(wh)(hl)=l²w²h²=(lwh)²，</w:t>
      </w:r>
    </w:p>
    <w:p>
      <w:pPr>
        <w:spacing w:before="0" w:after="80" w:line="300" w:lineRule="auto"/>
        <w:jc w:val="left"/>
      </w:pPr>
      <w:r>
        <w:rPr>
          <w:rFonts w:ascii="Times New Roman" w:hAnsi="Times New Roman" w:eastAsia="宋体"/>
          <w:b w:val="0"/>
          <w:i w:val="0"/>
          <w:sz w:val="21"/>
        </w:rPr>
        <w:t>即体积的平方。</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edge lengths are l,w,h, the three face areas are lw, wh, and hl. Their product is</w:t>
      </w:r>
    </w:p>
    <w:p>
      <w:pPr>
        <w:spacing w:before="0" w:after="80" w:line="300" w:lineRule="auto"/>
        <w:jc w:val="left"/>
      </w:pPr>
      <w:r>
        <w:rPr>
          <w:rFonts w:ascii="Times New Roman" w:hAnsi="Times New Roman" w:eastAsia="宋体"/>
          <w:b w:val="0"/>
          <w:i w:val="0"/>
          <w:color w:val="333333"/>
          <w:sz w:val="19"/>
        </w:rPr>
        <w:t>(lw)(wh)(hl)=l²w²h²=(lwh)²,</w:t>
      </w:r>
    </w:p>
    <w:p>
      <w:pPr>
        <w:spacing w:before="0" w:after="80" w:line="300" w:lineRule="auto"/>
        <w:jc w:val="left"/>
      </w:pPr>
      <w:r>
        <w:rPr>
          <w:rFonts w:ascii="Times New Roman" w:hAnsi="Times New Roman" w:eastAsia="宋体"/>
          <w:b w:val="0"/>
          <w:i w:val="0"/>
          <w:color w:val="333333"/>
          <w:sz w:val="19"/>
        </w:rPr>
        <w:t>the square of the volume.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B</w:t>
      </w:r>
    </w:p>
    <w:p>
      <w:pPr>
        <w:spacing w:before="0" w:after="80" w:line="300" w:lineRule="auto"/>
        <w:jc w:val="left"/>
      </w:pPr>
      <w:r>
        <w:rPr>
          <w:rFonts w:ascii="Times New Roman" w:hAnsi="Times New Roman" w:eastAsia="宋体"/>
          <w:b w:val="0"/>
          <w:i w:val="0"/>
          <w:sz w:val="21"/>
        </w:rPr>
        <w:t>两个相对误差分别为 0.02/10=0.002 和 0.2/100=0.002。它们相等。</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two relative errors are 0.02/10=0.002 and 0.2/100=0.002. They are equal.</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C</w:t>
      </w:r>
    </w:p>
    <w:p>
      <w:pPr>
        <w:spacing w:before="0" w:after="80" w:line="300" w:lineRule="auto"/>
        <w:jc w:val="left"/>
      </w:pPr>
      <w:r>
        <w:rPr>
          <w:rFonts w:ascii="Times New Roman" w:hAnsi="Times New Roman" w:eastAsia="宋体"/>
          <w:b w:val="0"/>
          <w:i w:val="0"/>
          <w:sz w:val="21"/>
        </w:rPr>
        <w:t>设原价为 1。降价后的价格为 0.9。所需的增幅为</w:t>
      </w:r>
    </w:p>
    <w:p>
      <w:pPr>
        <w:spacing w:before="0" w:after="80" w:line="300" w:lineRule="auto"/>
        <w:jc w:val="left"/>
      </w:pPr>
      <w:r>
        <w:rPr>
          <w:rFonts w:ascii="Times New Roman" w:hAnsi="Times New Roman" w:eastAsia="宋体"/>
          <w:b w:val="0"/>
          <w:i w:val="0"/>
          <w:sz w:val="21"/>
        </w:rPr>
        <w:t>1-0.9/0.9=1/9，</w:t>
      </w:r>
    </w:p>
    <w:p>
      <w:pPr>
        <w:spacing w:before="0" w:after="80" w:line="300" w:lineRule="auto"/>
        <w:jc w:val="left"/>
      </w:pPr>
      <w:r>
        <w:rPr>
          <w:rFonts w:ascii="Times New Roman" w:hAnsi="Times New Roman" w:eastAsia="宋体"/>
          <w:b w:val="0"/>
          <w:i w:val="0"/>
          <w:sz w:val="21"/>
        </w:rPr>
        <w:t>即 111/9%。</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original price be 1. The reduced price is 0.9. The required fractional increase is</w:t>
      </w:r>
    </w:p>
    <w:p>
      <w:pPr>
        <w:spacing w:before="0" w:after="80" w:line="300" w:lineRule="auto"/>
        <w:jc w:val="left"/>
      </w:pPr>
      <w:r>
        <w:rPr>
          <w:rFonts w:ascii="Times New Roman" w:hAnsi="Times New Roman" w:eastAsia="宋体"/>
          <w:b w:val="0"/>
          <w:i w:val="0"/>
          <w:color w:val="333333"/>
          <w:sz w:val="19"/>
        </w:rPr>
        <w:t>1-0.9/0.9=1/9,</w:t>
      </w:r>
    </w:p>
    <w:p>
      <w:pPr>
        <w:spacing w:before="0" w:after="80" w:line="300" w:lineRule="auto"/>
        <w:jc w:val="left"/>
      </w:pPr>
      <w:r>
        <w:rPr>
          <w:rFonts w:ascii="Times New Roman" w:hAnsi="Times New Roman" w:eastAsia="宋体"/>
          <w:b w:val="0"/>
          <w:i w:val="0"/>
          <w:color w:val="333333"/>
          <w:sz w:val="19"/>
        </w:rPr>
        <w:t>which is 111/9%.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D</w:t>
      </w:r>
    </w:p>
    <w:p>
      <w:pPr>
        <w:spacing w:before="0" w:after="80" w:line="300" w:lineRule="auto"/>
        <w:jc w:val="left"/>
      </w:pPr>
      <w:r>
        <w:rPr>
          <w:rFonts w:ascii="Times New Roman" w:hAnsi="Times New Roman" w:eastAsia="宋体"/>
          <w:b w:val="0"/>
          <w:i w:val="0"/>
          <w:sz w:val="21"/>
        </w:rPr>
        <w:t>第一个三角形的周长为 3a，以后每个周长都是前一个的一半。因此，总和为</w:t>
      </w:r>
    </w:p>
    <w:p>
      <w:pPr>
        <w:spacing w:before="0" w:after="80" w:line="300" w:lineRule="auto"/>
        <w:jc w:val="left"/>
      </w:pPr>
      <w:r>
        <w:rPr>
          <w:rFonts w:ascii="Times New Roman" w:hAnsi="Times New Roman" w:eastAsia="宋体"/>
          <w:b w:val="0"/>
          <w:i w:val="0"/>
          <w:sz w:val="21"/>
        </w:rPr>
        <w:t>3a(1+1/2+1/4+⋯)</w:t>
      </w:r>
    </w:p>
    <w:p>
      <w:pPr>
        <w:spacing w:before="0" w:after="80" w:line="300" w:lineRule="auto"/>
        <w:jc w:val="left"/>
      </w:pPr>
      <w:r>
        <w:rPr>
          <w:rFonts w:ascii="Times New Roman" w:hAnsi="Times New Roman" w:eastAsia="宋体"/>
          <w:b w:val="0"/>
          <w:i w:val="0"/>
          <w:sz w:val="21"/>
        </w:rPr>
        <w:t>=3a·1/(1-1/2)</w:t>
      </w:r>
    </w:p>
    <w:p>
      <w:pPr>
        <w:spacing w:before="0" w:after="80" w:line="300" w:lineRule="auto"/>
        <w:jc w:val="left"/>
      </w:pPr>
      <w:r>
        <w:rPr>
          <w:rFonts w:ascii="Times New Roman" w:hAnsi="Times New Roman" w:eastAsia="宋体"/>
          <w:b w:val="0"/>
          <w:i w:val="0"/>
          <w:sz w:val="21"/>
        </w:rPr>
        <w:t>=6a</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perimeter is 3a, and every later perimeter is half the preceding one. Hence the total is</w:t>
      </w:r>
    </w:p>
    <w:p>
      <w:pPr>
        <w:spacing w:before="0" w:after="80" w:line="300" w:lineRule="auto"/>
        <w:jc w:val="left"/>
      </w:pPr>
      <w:r>
        <w:rPr>
          <w:rFonts w:ascii="Times New Roman" w:hAnsi="Times New Roman" w:eastAsia="宋体"/>
          <w:b w:val="0"/>
          <w:i w:val="0"/>
          <w:color w:val="333333"/>
          <w:sz w:val="19"/>
        </w:rPr>
        <w:t>3a(1+1/2+1/4+⋯)</w:t>
      </w:r>
    </w:p>
    <w:p>
      <w:pPr>
        <w:spacing w:before="0" w:after="80" w:line="300" w:lineRule="auto"/>
        <w:jc w:val="left"/>
      </w:pPr>
      <w:r>
        <w:rPr>
          <w:rFonts w:ascii="Times New Roman" w:hAnsi="Times New Roman" w:eastAsia="宋体"/>
          <w:b w:val="0"/>
          <w:i w:val="0"/>
          <w:color w:val="333333"/>
          <w:sz w:val="19"/>
        </w:rPr>
        <w:t>=3a·1/(1-1/2)</w:t>
      </w:r>
    </w:p>
    <w:p>
      <w:pPr>
        <w:spacing w:before="0" w:after="80" w:line="300" w:lineRule="auto"/>
        <w:jc w:val="left"/>
      </w:pPr>
      <w:r>
        <w:rPr>
          <w:rFonts w:ascii="Times New Roman" w:hAnsi="Times New Roman" w:eastAsia="宋体"/>
          <w:b w:val="0"/>
          <w:i w:val="0"/>
          <w:color w:val="333333"/>
          <w:sz w:val="19"/>
        </w:rPr>
        <w:t>=6a.</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C</w:t>
      </w:r>
    </w:p>
    <w:p>
      <w:pPr>
        <w:spacing w:before="0" w:after="80" w:line="300" w:lineRule="auto"/>
        <w:jc w:val="left"/>
      </w:pPr>
      <w:r>
        <w:rPr>
          <w:rFonts w:ascii="Times New Roman" w:hAnsi="Times New Roman" w:eastAsia="宋体"/>
          <w:b w:val="0"/>
          <w:i w:val="0"/>
          <w:sz w:val="21"/>
        </w:rPr>
        <w:t>圆的面积为 π r²。将 r 替换为 2r，得到 π(2r)²=4π r²，所以半径加倍会使面积变为四倍，而不是两倍。其余说法按原文均可成立。</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circle has area π r². Replacing r by 2r gives π(2r)²=4π r², so doubling the radius quadruples, rather than doubles, the area. The other statements can hold as written.</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C</w:t>
      </w:r>
    </w:p>
    <w:p>
      <w:pPr>
        <w:spacing w:before="0" w:after="80" w:line="300" w:lineRule="auto"/>
        <w:jc w:val="left"/>
      </w:pPr>
      <w:r>
        <w:rPr>
          <w:rFonts w:ascii="Times New Roman" w:hAnsi="Times New Roman" w:eastAsia="宋体"/>
          <w:b w:val="0"/>
          <w:i w:val="0"/>
          <w:sz w:val="21"/>
        </w:rPr>
        <w:t>各项平方后仍组成等比数列，首项为 a²，公比为 r²。因为 |r|&lt;1，所以其和为</w:t>
      </w:r>
    </w:p>
    <w:p>
      <w:pPr>
        <w:spacing w:before="0" w:after="80" w:line="300" w:lineRule="auto"/>
        <w:jc w:val="left"/>
      </w:pPr>
      <w:r>
        <w:rPr>
          <w:rFonts w:ascii="Times New Roman" w:hAnsi="Times New Roman" w:eastAsia="宋体"/>
          <w:b w:val="0"/>
          <w:i w:val="0"/>
          <w:sz w:val="21"/>
        </w:rPr>
        <w:t>a²/1-r²。</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squared terms form a geometric series with first term a² and ratio r². Since |r|&lt;1, its sum is</w:t>
      </w:r>
    </w:p>
    <w:p>
      <w:pPr>
        <w:spacing w:before="0" w:after="80" w:line="300" w:lineRule="auto"/>
        <w:jc w:val="left"/>
      </w:pPr>
      <w:r>
        <w:rPr>
          <w:rFonts w:ascii="Times New Roman" w:hAnsi="Times New Roman" w:eastAsia="宋体"/>
          <w:b w:val="0"/>
          <w:i w:val="0"/>
          <w:color w:val="333333"/>
          <w:sz w:val="19"/>
        </w:rPr>
        <w:t>a²/1-r².</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C</w:t>
      </w:r>
    </w:p>
    <w:p>
      <w:pPr>
        <w:spacing w:before="0" w:after="80" w:line="300" w:lineRule="auto"/>
        <w:jc w:val="left"/>
      </w:pPr>
      <w:r>
        <w:rPr>
          <w:rFonts w:ascii="Times New Roman" w:hAnsi="Times New Roman" w:eastAsia="宋体"/>
          <w:b w:val="0"/>
          <w:i w:val="0"/>
          <w:sz w:val="21"/>
        </w:rPr>
        <w:t>在 2:15 时，分针与 12 点方向成 90° 角。时针与 12 点方向所成的角为 2·30°+15·0.5°=67.5°。两针夹角为 90°-67.5°=22.5°=221/2°。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At 2:15 the minute hand is 90° from 12. The hour hand is 2·30°+15·0.5°=67.5° from 12. Their angle is 90°-67.5°=22.5°=221/2°.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C</w:t>
      </w:r>
    </w:p>
    <w:p>
      <w:pPr>
        <w:spacing w:before="0" w:after="80" w:line="300" w:lineRule="auto"/>
        <w:jc w:val="left"/>
      </w:pPr>
      <w:r>
        <w:rPr>
          <w:rFonts w:ascii="Times New Roman" w:hAnsi="Times New Roman" w:eastAsia="宋体"/>
          <w:b w:val="0"/>
          <w:i w:val="0"/>
          <w:sz w:val="21"/>
        </w:rPr>
        <w:t>A 每天完成全部工作的 1/9。因此，B 每天完成的工作量为</w:t>
      </w:r>
    </w:p>
    <w:p>
      <w:pPr>
        <w:spacing w:before="0" w:after="80" w:line="300" w:lineRule="auto"/>
        <w:jc w:val="left"/>
      </w:pPr>
      <w:r>
        <w:rPr>
          <w:rFonts w:ascii="Times New Roman" w:hAnsi="Times New Roman" w:eastAsia="宋体"/>
          <w:b w:val="0"/>
          <w:i w:val="0"/>
          <w:sz w:val="21"/>
        </w:rPr>
        <w:t>3/2·1/9=1/6，</w:t>
      </w:r>
    </w:p>
    <w:p>
      <w:pPr>
        <w:spacing w:before="0" w:after="80" w:line="300" w:lineRule="auto"/>
        <w:jc w:val="left"/>
      </w:pPr>
      <w:r>
        <w:rPr>
          <w:rFonts w:ascii="Times New Roman" w:hAnsi="Times New Roman" w:eastAsia="宋体"/>
          <w:b w:val="0"/>
          <w:i w:val="0"/>
          <w:sz w:val="21"/>
        </w:rPr>
        <w:t>所以 B 需要 6 天。</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A’s rate is 1/9 job per day. Thus B’s rate is</w:t>
      </w:r>
    </w:p>
    <w:p>
      <w:pPr>
        <w:spacing w:before="0" w:after="80" w:line="300" w:lineRule="auto"/>
        <w:jc w:val="left"/>
      </w:pPr>
      <w:r>
        <w:rPr>
          <w:rFonts w:ascii="Times New Roman" w:hAnsi="Times New Roman" w:eastAsia="宋体"/>
          <w:b w:val="0"/>
          <w:i w:val="0"/>
          <w:color w:val="333333"/>
          <w:sz w:val="19"/>
        </w:rPr>
        <w:t>3/2·1/9=1/6</w:t>
      </w:r>
    </w:p>
    <w:p>
      <w:pPr>
        <w:spacing w:before="0" w:after="80" w:line="300" w:lineRule="auto"/>
        <w:jc w:val="left"/>
      </w:pPr>
      <w:r>
        <w:rPr>
          <w:rFonts w:ascii="Times New Roman" w:hAnsi="Times New Roman" w:eastAsia="宋体"/>
          <w:b w:val="0"/>
          <w:i w:val="0"/>
          <w:color w:val="333333"/>
          <w:sz w:val="19"/>
        </w:rPr>
        <w:t>job per day, so B needs 6 days.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C</w:t>
      </w:r>
    </w:p>
    <w:p>
      <w:pPr>
        <w:spacing w:before="0" w:after="80" w:line="300" w:lineRule="auto"/>
        <w:jc w:val="left"/>
      </w:pPr>
      <w:r>
        <w:rPr>
          <w:rFonts w:ascii="Times New Roman" w:hAnsi="Times New Roman" w:eastAsia="宋体"/>
          <w:b w:val="0"/>
          <w:i w:val="0"/>
          <w:sz w:val="21"/>
        </w:rPr>
        <w:t>公理化体系以有意不加定义的原始术语以及无需证明即可接受的陈述为起点。因此，“证明中的每一个术语都必须事先定义”这一说法不正确。</w:t>
      </w:r>
    </w:p>
    <w:p>
      <w:pPr>
        <w:spacing w:before="0" w:after="80" w:line="300" w:lineRule="auto"/>
        <w:jc w:val="left"/>
      </w:pPr>
      <w:r>
        <w:rPr>
          <w:rFonts w:ascii="Times New Roman" w:hAnsi="Times New Roman" w:eastAsia="宋体"/>
          <w:b w:val="0"/>
          <w:i w:val="0"/>
          <w:sz w:val="21"/>
        </w:rPr>
        <w:t>因此，题目预期的正确答案是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axiomatic development begins with primitive terms that are deliberately left undefined, as well as statements accepted without proof. Therefore it is not true that every term in a proof must previously have been defined.</w:t>
      </w:r>
    </w:p>
    <w:p>
      <w:pPr>
        <w:spacing w:before="0" w:after="80" w:line="300" w:lineRule="auto"/>
        <w:jc w:val="left"/>
      </w:pPr>
      <w:r>
        <w:rPr>
          <w:rFonts w:ascii="Times New Roman" w:hAnsi="Times New Roman" w:eastAsia="宋体"/>
          <w:b w:val="0"/>
          <w:i w:val="0"/>
          <w:color w:val="333333"/>
          <w:sz w:val="19"/>
        </w:rPr>
        <w:t>Thus, the intended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E</w:t>
      </w:r>
    </w:p>
    <w:p>
      <w:pPr>
        <w:spacing w:before="0" w:after="80" w:line="300" w:lineRule="auto"/>
        <w:jc w:val="left"/>
      </w:pPr>
      <w:r>
        <w:rPr>
          <w:rFonts w:ascii="Times New Roman" w:hAnsi="Times New Roman" w:eastAsia="宋体"/>
          <w:b w:val="0"/>
          <w:i w:val="0"/>
          <w:sz w:val="21"/>
        </w:rPr>
        <w:t>有</w:t>
      </w:r>
    </w:p>
    <w:p>
      <w:pPr>
        <w:spacing w:before="0" w:after="80" w:line="300" w:lineRule="auto"/>
        <w:jc w:val="left"/>
      </w:pPr>
      <w:r>
        <w:rPr>
          <w:rFonts w:ascii="Times New Roman" w:hAnsi="Times New Roman" w:eastAsia="宋体"/>
          <w:b w:val="0"/>
          <w:i w:val="0"/>
          <w:sz w:val="21"/>
        </w:rPr>
        <w:t>n³-n=n(n-1)(n+1)，</w:t>
      </w:r>
    </w:p>
    <w:p>
      <w:pPr>
        <w:spacing w:before="0" w:after="80" w:line="300" w:lineRule="auto"/>
        <w:jc w:val="left"/>
      </w:pPr>
      <w:r>
        <w:rPr>
          <w:rFonts w:ascii="Times New Roman" w:hAnsi="Times New Roman" w:eastAsia="宋体"/>
          <w:b w:val="0"/>
          <w:i w:val="0"/>
          <w:sz w:val="21"/>
        </w:rPr>
        <w:t>这是三个连续整数的乘积。其中一个能被 3 整除，且至少一个是偶数，所以该乘积恒能被 6 整除。取 n=2 时，表达式的值恰为 6，所以不存在更大的整数能恒整除该表达式。</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have</w:t>
      </w:r>
    </w:p>
    <w:p>
      <w:pPr>
        <w:spacing w:before="0" w:after="80" w:line="300" w:lineRule="auto"/>
        <w:jc w:val="left"/>
      </w:pPr>
      <w:r>
        <w:rPr>
          <w:rFonts w:ascii="Times New Roman" w:hAnsi="Times New Roman" w:eastAsia="宋体"/>
          <w:b w:val="0"/>
          <w:i w:val="0"/>
          <w:color w:val="333333"/>
          <w:sz w:val="19"/>
        </w:rPr>
        <w:t>n³-n=n(n-1)(n+1),</w:t>
      </w:r>
    </w:p>
    <w:p>
      <w:pPr>
        <w:spacing w:before="0" w:after="80" w:line="300" w:lineRule="auto"/>
        <w:jc w:val="left"/>
      </w:pPr>
      <w:r>
        <w:rPr>
          <w:rFonts w:ascii="Times New Roman" w:hAnsi="Times New Roman" w:eastAsia="宋体"/>
          <w:b w:val="0"/>
          <w:i w:val="0"/>
          <w:color w:val="333333"/>
          <w:sz w:val="19"/>
        </w:rPr>
        <w:t>a product of three consecutive integers. One is divisible by 3 and at least one is even, so the product is always divisible by 6. Taking n=2 gives exactly 6, so no larger integer always divides it.</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C</w:t>
      </w:r>
    </w:p>
    <w:p>
      <w:pPr>
        <w:spacing w:before="0" w:after="80" w:line="300" w:lineRule="auto"/>
        <w:jc w:val="left"/>
      </w:pPr>
      <w:r>
        <w:rPr>
          <w:rFonts w:ascii="Times New Roman" w:hAnsi="Times New Roman" w:eastAsia="宋体"/>
          <w:b w:val="0"/>
          <w:i w:val="0"/>
          <w:sz w:val="21"/>
        </w:rPr>
        <w:t>由所给条件可得</w:t>
      </w:r>
    </w:p>
    <w:p>
      <w:pPr>
        <w:spacing w:before="0" w:after="80" w:line="300" w:lineRule="auto"/>
        <w:jc w:val="left"/>
      </w:pPr>
      <w:r>
        <w:rPr>
          <w:rFonts w:ascii="Times New Roman" w:hAnsi="Times New Roman" w:eastAsia="宋体"/>
          <w:b w:val="0"/>
          <w:i w:val="0"/>
          <w:sz w:val="21"/>
        </w:rPr>
        <w:t>b²-4ac=b²-4a(b²/4a)=0。</w:t>
      </w:r>
    </w:p>
    <w:p>
      <w:pPr>
        <w:spacing w:before="0" w:after="80" w:line="300" w:lineRule="auto"/>
        <w:jc w:val="left"/>
      </w:pPr>
      <w:r>
        <w:rPr>
          <w:rFonts w:ascii="Times New Roman" w:hAnsi="Times New Roman" w:eastAsia="宋体"/>
          <w:b w:val="0"/>
          <w:i w:val="0"/>
          <w:sz w:val="21"/>
        </w:rPr>
        <w:t>因此，该二次方程有一个二重实根，其抛物线与 x 轴相切。</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condition gives</w:t>
      </w:r>
    </w:p>
    <w:p>
      <w:pPr>
        <w:spacing w:before="0" w:after="80" w:line="300" w:lineRule="auto"/>
        <w:jc w:val="left"/>
      </w:pPr>
      <w:r>
        <w:rPr>
          <w:rFonts w:ascii="Times New Roman" w:hAnsi="Times New Roman" w:eastAsia="宋体"/>
          <w:b w:val="0"/>
          <w:i w:val="0"/>
          <w:color w:val="333333"/>
          <w:sz w:val="19"/>
        </w:rPr>
        <w:t>b²-4ac=b²-4a(b²/4a)=0.</w:t>
      </w:r>
    </w:p>
    <w:p>
      <w:pPr>
        <w:spacing w:before="0" w:after="80" w:line="300" w:lineRule="auto"/>
        <w:jc w:val="left"/>
      </w:pPr>
      <w:r>
        <w:rPr>
          <w:rFonts w:ascii="Times New Roman" w:hAnsi="Times New Roman" w:eastAsia="宋体"/>
          <w:b w:val="0"/>
          <w:i w:val="0"/>
          <w:color w:val="333333"/>
          <w:sz w:val="19"/>
        </w:rPr>
        <w:t>Hence the quadratic has a repeated real root, so its parabola is tangent to the x-axis.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D</w:t>
      </w:r>
    </w:p>
    <w:p>
      <w:pPr>
        <w:spacing w:before="0" w:after="80" w:line="300" w:lineRule="auto"/>
        <w:jc w:val="left"/>
      </w:pPr>
      <w:r>
        <w:rPr>
          <w:rFonts w:ascii="Times New Roman" w:hAnsi="Times New Roman" w:eastAsia="宋体"/>
          <w:b w:val="0"/>
          <w:i w:val="0"/>
          <w:sz w:val="21"/>
        </w:rPr>
        <w:t>选项 A、C 和 E 均可整理为 y=kx，选项 B 可整理为 xy=k。但选项 D 给出 y=10-3x，不属于这两种形式。</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Choices A, C, and E rearrange to y=kx, and choice B rearranges to xy=k. But choice D gives y=10-3x, which is neither form.</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D</w:t>
      </w:r>
    </w:p>
    <w:p>
      <w:pPr>
        <w:spacing w:before="0" w:after="80" w:line="300" w:lineRule="auto"/>
        <w:jc w:val="left"/>
      </w:pPr>
      <w:r>
        <w:rPr>
          <w:rFonts w:ascii="Times New Roman" w:hAnsi="Times New Roman" w:eastAsia="宋体"/>
          <w:b w:val="0"/>
          <w:i w:val="0"/>
          <w:sz w:val="21"/>
        </w:rPr>
        <w:t>设</w:t>
      </w:r>
    </w:p>
    <w:p>
      <w:pPr>
        <w:spacing w:before="0" w:after="80" w:line="300" w:lineRule="auto"/>
        <w:jc w:val="left"/>
      </w:pPr>
      <w:r>
        <w:rPr>
          <w:rFonts w:ascii="Times New Roman" w:hAnsi="Times New Roman" w:eastAsia="宋体"/>
          <w:b w:val="0"/>
          <w:i w:val="0"/>
          <w:sz w:val="21"/>
        </w:rPr>
        <w:t>21x²+ax+21</w:t>
      </w:r>
    </w:p>
    <w:p>
      <w:pPr>
        <w:spacing w:before="0" w:after="80" w:line="300" w:lineRule="auto"/>
        <w:jc w:val="left"/>
      </w:pPr>
      <w:r>
        <w:rPr>
          <w:rFonts w:ascii="Times New Roman" w:hAnsi="Times New Roman" w:eastAsia="宋体"/>
          <w:b w:val="0"/>
          <w:i w:val="0"/>
          <w:sz w:val="21"/>
        </w:rPr>
        <w:t>=(Ax+B)(Cx+D)</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则 AC=BD=21，所以 A,B,C,D 均为奇数。因此，a=AD+BC 为偶数。某些偶数确实可行；例如，</w:t>
      </w:r>
    </w:p>
    <w:p>
      <w:pPr>
        <w:spacing w:before="0" w:after="80" w:line="300" w:lineRule="auto"/>
        <w:jc w:val="left"/>
      </w:pPr>
      <w:r>
        <w:rPr>
          <w:rFonts w:ascii="Times New Roman" w:hAnsi="Times New Roman" w:eastAsia="宋体"/>
          <w:b w:val="0"/>
          <w:i w:val="0"/>
          <w:sz w:val="21"/>
        </w:rPr>
        <w:t>(3x+7)(7x+3)</w:t>
      </w:r>
    </w:p>
    <w:p>
      <w:pPr>
        <w:spacing w:before="0" w:after="80" w:line="300" w:lineRule="auto"/>
        <w:jc w:val="left"/>
      </w:pPr>
      <w:r>
        <w:rPr>
          <w:rFonts w:ascii="Times New Roman" w:hAnsi="Times New Roman" w:eastAsia="宋体"/>
          <w:b w:val="0"/>
          <w:i w:val="0"/>
          <w:sz w:val="21"/>
        </w:rPr>
        <w:t>=21x²+58x+21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但并非每个偶数都可行。</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w:t>
      </w:r>
    </w:p>
    <w:p>
      <w:pPr>
        <w:spacing w:before="0" w:after="80" w:line="300" w:lineRule="auto"/>
        <w:jc w:val="left"/>
      </w:pPr>
      <w:r>
        <w:rPr>
          <w:rFonts w:ascii="Times New Roman" w:hAnsi="Times New Roman" w:eastAsia="宋体"/>
          <w:b w:val="0"/>
          <w:i w:val="0"/>
          <w:color w:val="333333"/>
          <w:sz w:val="19"/>
        </w:rPr>
        <w:t>21x²+ax+21</w:t>
      </w:r>
    </w:p>
    <w:p>
      <w:pPr>
        <w:spacing w:before="0" w:after="80" w:line="300" w:lineRule="auto"/>
        <w:jc w:val="left"/>
      </w:pPr>
      <w:r>
        <w:rPr>
          <w:rFonts w:ascii="Times New Roman" w:hAnsi="Times New Roman" w:eastAsia="宋体"/>
          <w:b w:val="0"/>
          <w:i w:val="0"/>
          <w:color w:val="333333"/>
          <w:sz w:val="19"/>
        </w:rPr>
        <w:t>=(Ax+B)(Cx+D).</w:t>
      </w:r>
    </w:p>
    <w:p>
      <w:pPr>
        <w:spacing w:before="0" w:after="80" w:line="300" w:lineRule="auto"/>
        <w:jc w:val="left"/>
      </w:pPr>
      <w:r>
        <w:rPr>
          <w:rFonts w:ascii="Times New Roman" w:hAnsi="Times New Roman" w:eastAsia="宋体"/>
          <w:b w:val="0"/>
          <w:i w:val="0"/>
          <w:color w:val="333333"/>
          <w:sz w:val="19"/>
        </w:rPr>
        <w:t>Then AC=BD=21, so A,B,C,D are odd. Therefore a=AD+BC is even. Some even values work; for example,</w:t>
      </w:r>
    </w:p>
    <w:p>
      <w:pPr>
        <w:spacing w:before="0" w:after="80" w:line="300" w:lineRule="auto"/>
        <w:jc w:val="left"/>
      </w:pPr>
      <w:r>
        <w:rPr>
          <w:rFonts w:ascii="Times New Roman" w:hAnsi="Times New Roman" w:eastAsia="宋体"/>
          <w:b w:val="0"/>
          <w:i w:val="0"/>
          <w:color w:val="333333"/>
          <w:sz w:val="19"/>
        </w:rPr>
        <w:t>(3x+7)(7x+3)</w:t>
      </w:r>
    </w:p>
    <w:p>
      <w:pPr>
        <w:spacing w:before="0" w:after="80" w:line="300" w:lineRule="auto"/>
        <w:jc w:val="left"/>
      </w:pPr>
      <w:r>
        <w:rPr>
          <w:rFonts w:ascii="Times New Roman" w:hAnsi="Times New Roman" w:eastAsia="宋体"/>
          <w:b w:val="0"/>
          <w:i w:val="0"/>
          <w:color w:val="333333"/>
          <w:sz w:val="19"/>
        </w:rPr>
        <w:t>=21x²+58x+21.</w:t>
      </w:r>
    </w:p>
    <w:p>
      <w:pPr>
        <w:spacing w:before="0" w:after="80" w:line="300" w:lineRule="auto"/>
        <w:jc w:val="left"/>
      </w:pPr>
      <w:r>
        <w:rPr>
          <w:rFonts w:ascii="Times New Roman" w:hAnsi="Times New Roman" w:eastAsia="宋体"/>
          <w:b w:val="0"/>
          <w:i w:val="0"/>
          <w:color w:val="333333"/>
          <w:sz w:val="19"/>
        </w:rPr>
        <w:t>Not every even value works.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E</w:t>
      </w:r>
    </w:p>
    <w:p>
      <w:pPr>
        <w:spacing w:before="0" w:after="80" w:line="300" w:lineRule="auto"/>
        <w:jc w:val="left"/>
      </w:pPr>
      <w:r>
        <w:rPr>
          <w:rFonts w:ascii="Times New Roman" w:hAnsi="Times New Roman" w:eastAsia="宋体"/>
          <w:b w:val="0"/>
          <w:i w:val="0"/>
          <w:sz w:val="21"/>
        </w:rPr>
        <w:t>若被重复的三位数为 N，则这个六位数为</w:t>
      </w:r>
    </w:p>
    <w:p>
      <w:pPr>
        <w:spacing w:before="0" w:after="80" w:line="300" w:lineRule="auto"/>
        <w:jc w:val="left"/>
      </w:pPr>
      <w:r>
        <w:rPr>
          <w:rFonts w:ascii="Times New Roman" w:hAnsi="Times New Roman" w:eastAsia="宋体"/>
          <w:b w:val="0"/>
          <w:i w:val="0"/>
          <w:sz w:val="21"/>
        </w:rPr>
        <w:t>1000N+N=1001N。</w:t>
      </w:r>
    </w:p>
    <w:p>
      <w:pPr>
        <w:spacing w:before="0" w:after="80" w:line="300" w:lineRule="auto"/>
        <w:jc w:val="left"/>
      </w:pPr>
      <w:r>
        <w:rPr>
          <w:rFonts w:ascii="Times New Roman" w:hAnsi="Times New Roman" w:eastAsia="宋体"/>
          <w:b w:val="0"/>
          <w:i w:val="0"/>
          <w:sz w:val="21"/>
        </w:rPr>
        <w:t>因此，它一定能被 1001 整除。</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repeated block is N, then the six-place number is</w:t>
      </w:r>
    </w:p>
    <w:p>
      <w:pPr>
        <w:spacing w:before="0" w:after="80" w:line="300" w:lineRule="auto"/>
        <w:jc w:val="left"/>
      </w:pPr>
      <w:r>
        <w:rPr>
          <w:rFonts w:ascii="Times New Roman" w:hAnsi="Times New Roman" w:eastAsia="宋体"/>
          <w:b w:val="0"/>
          <w:i w:val="0"/>
          <w:color w:val="333333"/>
          <w:sz w:val="19"/>
        </w:rPr>
        <w:t>1000N+N=1001N.</w:t>
      </w:r>
    </w:p>
    <w:p>
      <w:pPr>
        <w:spacing w:before="0" w:after="80" w:line="300" w:lineRule="auto"/>
        <w:jc w:val="left"/>
      </w:pPr>
      <w:r>
        <w:rPr>
          <w:rFonts w:ascii="Times New Roman" w:hAnsi="Times New Roman" w:eastAsia="宋体"/>
          <w:b w:val="0"/>
          <w:i w:val="0"/>
          <w:color w:val="333333"/>
          <w:sz w:val="19"/>
        </w:rPr>
        <w:t>It is therefore always divisible by 1001.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C</w:t>
      </w:r>
    </w:p>
    <w:p>
      <w:pPr>
        <w:spacing w:before="0" w:after="80" w:line="300" w:lineRule="auto"/>
        <w:jc w:val="left"/>
      </w:pPr>
      <w:r>
        <w:rPr>
          <w:rFonts w:ascii="Times New Roman" w:hAnsi="Times New Roman" w:eastAsia="宋体"/>
          <w:b w:val="0"/>
          <w:i w:val="0"/>
          <w:sz w:val="21"/>
        </w:rPr>
        <w:t>当 x,y 均不为零且 x+y≠0 时，</w:t>
      </w:r>
    </w:p>
    <w:p>
      <w:pPr>
        <w:spacing w:before="0" w:after="80" w:line="300" w:lineRule="auto"/>
        <w:jc w:val="left"/>
      </w:pPr>
      <w:r>
        <w:rPr>
          <w:rFonts w:ascii="Times New Roman" w:hAnsi="Times New Roman" w:eastAsia="宋体"/>
          <w:b w:val="0"/>
          <w:i w:val="0"/>
          <w:sz w:val="21"/>
        </w:rPr>
        <w:t>(x+y)⁻¹(x⁻¹+y⁻¹)</w:t>
      </w:r>
    </w:p>
    <w:p>
      <w:pPr>
        <w:spacing w:before="0" w:after="80" w:line="300" w:lineRule="auto"/>
        <w:jc w:val="left"/>
      </w:pPr>
      <w:r>
        <w:rPr>
          <w:rFonts w:ascii="Times New Roman" w:hAnsi="Times New Roman" w:eastAsia="宋体"/>
          <w:b w:val="0"/>
          <w:i w:val="0"/>
          <w:sz w:val="21"/>
        </w:rPr>
        <w:t>=1/x+y(x+y/xy)</w:t>
      </w:r>
    </w:p>
    <w:p>
      <w:pPr>
        <w:spacing w:before="0" w:after="80" w:line="300" w:lineRule="auto"/>
        <w:jc w:val="left"/>
      </w:pPr>
      <w:r>
        <w:rPr>
          <w:rFonts w:ascii="Times New Roman" w:hAnsi="Times New Roman" w:eastAsia="宋体"/>
          <w:b w:val="0"/>
          <w:i w:val="0"/>
          <w:sz w:val="21"/>
        </w:rPr>
        <w:t>=1/xy=x⁻¹y⁻¹</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nonzero x,y with x+y≠0,</w:t>
      </w:r>
    </w:p>
    <w:p>
      <w:pPr>
        <w:spacing w:before="0" w:after="80" w:line="300" w:lineRule="auto"/>
        <w:jc w:val="left"/>
      </w:pPr>
      <w:r>
        <w:rPr>
          <w:rFonts w:ascii="Times New Roman" w:hAnsi="Times New Roman" w:eastAsia="宋体"/>
          <w:b w:val="0"/>
          <w:i w:val="0"/>
          <w:color w:val="333333"/>
          <w:sz w:val="19"/>
        </w:rPr>
        <w:t>(x+y)⁻¹(x⁻¹+y⁻¹)</w:t>
      </w:r>
    </w:p>
    <w:p>
      <w:pPr>
        <w:spacing w:before="0" w:after="80" w:line="300" w:lineRule="auto"/>
        <w:jc w:val="left"/>
      </w:pPr>
      <w:r>
        <w:rPr>
          <w:rFonts w:ascii="Times New Roman" w:hAnsi="Times New Roman" w:eastAsia="宋体"/>
          <w:b w:val="0"/>
          <w:i w:val="0"/>
          <w:color w:val="333333"/>
          <w:sz w:val="19"/>
        </w:rPr>
        <w:t>=1/x+y(x+y/xy)</w:t>
      </w:r>
    </w:p>
    <w:p>
      <w:pPr>
        <w:spacing w:before="0" w:after="80" w:line="300" w:lineRule="auto"/>
        <w:jc w:val="left"/>
      </w:pPr>
      <w:r>
        <w:rPr>
          <w:rFonts w:ascii="Times New Roman" w:hAnsi="Times New Roman" w:eastAsia="宋体"/>
          <w:b w:val="0"/>
          <w:i w:val="0"/>
          <w:color w:val="333333"/>
          <w:sz w:val="19"/>
        </w:rPr>
        <w:t>=1/xy=x⁻¹y⁻¹.</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C</w:t>
      </w:r>
    </w:p>
    <w:p>
      <w:pPr>
        <w:spacing w:before="0" w:after="80" w:line="300" w:lineRule="auto"/>
        <w:jc w:val="left"/>
      </w:pPr>
      <w:r>
        <w:rPr>
          <w:rFonts w:ascii="Times New Roman" w:hAnsi="Times New Roman" w:eastAsia="宋体"/>
          <w:b w:val="0"/>
          <w:i w:val="0"/>
          <w:sz w:val="21"/>
        </w:rPr>
        <w:t>因为 z 可能为负数，所以将 x&gt; y 两边乘以 z 会使不等号反向，得到 xz&lt; yz。其他选项中的运算都保持不等式成立，因为 z²&gt;0。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z may be negative, multiplying x&gt; y by z reverses the inequality and gives xz&lt; yz. The operations in the other choices preserve the inequality because z²&gt;0.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B</w:t>
      </w:r>
    </w:p>
    <w:p>
      <w:pPr>
        <w:spacing w:before="0" w:after="80" w:line="300" w:lineRule="auto"/>
        <w:jc w:val="left"/>
      </w:pPr>
      <w:r>
        <w:rPr>
          <w:rFonts w:ascii="Times New Roman" w:hAnsi="Times New Roman" w:eastAsia="宋体"/>
          <w:b w:val="0"/>
          <w:i w:val="0"/>
          <w:sz w:val="21"/>
        </w:rPr>
        <w:t>原方程等价于 a²-15a=10²=100，所以</w:t>
      </w:r>
    </w:p>
    <w:p>
      <w:pPr>
        <w:spacing w:before="0" w:after="80" w:line="300" w:lineRule="auto"/>
        <w:jc w:val="left"/>
      </w:pPr>
      <w:r>
        <w:rPr>
          <w:rFonts w:ascii="Times New Roman" w:hAnsi="Times New Roman" w:eastAsia="宋体"/>
          <w:b w:val="0"/>
          <w:i w:val="0"/>
          <w:sz w:val="21"/>
        </w:rPr>
        <w:t>a²-15a-100</w:t>
      </w:r>
    </w:p>
    <w:p>
      <w:pPr>
        <w:spacing w:before="0" w:after="80" w:line="300" w:lineRule="auto"/>
        <w:jc w:val="left"/>
      </w:pPr>
      <w:r>
        <w:rPr>
          <w:rFonts w:ascii="Times New Roman" w:hAnsi="Times New Roman" w:eastAsia="宋体"/>
          <w:b w:val="0"/>
          <w:i w:val="0"/>
          <w:sz w:val="21"/>
        </w:rPr>
        <w:t>=(a-20)(a+5)</w:t>
      </w:r>
    </w:p>
    <w:p>
      <w:pPr>
        <w:spacing w:before="0" w:after="80" w:line="300" w:lineRule="auto"/>
        <w:jc w:val="left"/>
      </w:pPr>
      <w:r>
        <w:rPr>
          <w:rFonts w:ascii="Times New Roman" w:hAnsi="Times New Roman" w:eastAsia="宋体"/>
          <w:b w:val="0"/>
          <w:i w:val="0"/>
          <w:sz w:val="21"/>
        </w:rPr>
        <w:t>=0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a=20 与 a=-5 都使对数的真数等于 100，因此两个解都有效。</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equation is equivalent to a²-15a=10²=100, so</w:t>
      </w:r>
    </w:p>
    <w:p>
      <w:pPr>
        <w:spacing w:before="0" w:after="80" w:line="300" w:lineRule="auto"/>
        <w:jc w:val="left"/>
      </w:pPr>
      <w:r>
        <w:rPr>
          <w:rFonts w:ascii="Times New Roman" w:hAnsi="Times New Roman" w:eastAsia="宋体"/>
          <w:b w:val="0"/>
          <w:i w:val="0"/>
          <w:color w:val="333333"/>
          <w:sz w:val="19"/>
        </w:rPr>
        <w:t>a²-15a-100</w:t>
      </w:r>
    </w:p>
    <w:p>
      <w:pPr>
        <w:spacing w:before="0" w:after="80" w:line="300" w:lineRule="auto"/>
        <w:jc w:val="left"/>
      </w:pPr>
      <w:r>
        <w:rPr>
          <w:rFonts w:ascii="Times New Roman" w:hAnsi="Times New Roman" w:eastAsia="宋体"/>
          <w:b w:val="0"/>
          <w:i w:val="0"/>
          <w:color w:val="333333"/>
          <w:sz w:val="19"/>
        </w:rPr>
        <w:t>=(a-20)(a+5)</w:t>
      </w:r>
    </w:p>
    <w:p>
      <w:pPr>
        <w:spacing w:before="0" w:after="80" w:line="300" w:lineRule="auto"/>
        <w:jc w:val="left"/>
      </w:pPr>
      <w:r>
        <w:rPr>
          <w:rFonts w:ascii="Times New Roman" w:hAnsi="Times New Roman" w:eastAsia="宋体"/>
          <w:b w:val="0"/>
          <w:i w:val="0"/>
          <w:color w:val="333333"/>
          <w:sz w:val="19"/>
        </w:rPr>
        <w:t>=0.</w:t>
      </w:r>
    </w:p>
    <w:p>
      <w:pPr>
        <w:spacing w:before="0" w:after="80" w:line="300" w:lineRule="auto"/>
        <w:jc w:val="left"/>
      </w:pPr>
      <w:r>
        <w:rPr>
          <w:rFonts w:ascii="Times New Roman" w:hAnsi="Times New Roman" w:eastAsia="宋体"/>
          <w:b w:val="0"/>
          <w:i w:val="0"/>
          <w:color w:val="333333"/>
          <w:sz w:val="19"/>
        </w:rPr>
        <w:t>Both a=20 and a=-5 make the logarithm’s argument 100, so both are valid.</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B</w:t>
      </w:r>
    </w:p>
    <w:p>
      <w:pPr>
        <w:spacing w:before="0" w:after="80" w:line="300" w:lineRule="auto"/>
        <w:jc w:val="left"/>
      </w:pPr>
      <w:r>
        <w:rPr>
          <w:rFonts w:ascii="Times New Roman" w:hAnsi="Times New Roman" w:eastAsia="宋体"/>
          <w:b w:val="0"/>
          <w:i w:val="0"/>
          <w:sz w:val="21"/>
        </w:rPr>
        <w:t>要使两种新体积相等，必须有</w:t>
      </w:r>
    </w:p>
    <w:p>
      <w:pPr>
        <w:spacing w:before="0" w:after="80" w:line="300" w:lineRule="auto"/>
        <w:jc w:val="left"/>
      </w:pPr>
      <w:r>
        <w:rPr>
          <w:rFonts w:ascii="Times New Roman" w:hAnsi="Times New Roman" w:eastAsia="宋体"/>
          <w:b w:val="0"/>
          <w:i w:val="0"/>
          <w:sz w:val="21"/>
        </w:rPr>
        <w:t>3π(8+x)²=64π(3+x)。</w:t>
      </w:r>
    </w:p>
    <w:p>
      <w:pPr>
        <w:spacing w:before="0" w:after="80" w:line="300" w:lineRule="auto"/>
        <w:jc w:val="left"/>
      </w:pPr>
      <w:r>
        <w:rPr>
          <w:rFonts w:ascii="Times New Roman" w:hAnsi="Times New Roman" w:eastAsia="宋体"/>
          <w:b w:val="0"/>
          <w:i w:val="0"/>
          <w:sz w:val="21"/>
        </w:rPr>
        <w:t>约去 π 并展开，得到 3x²-16x=0，所以 x=0 或 x=16/3=51/3。题目要求增量非零。</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the two new volumes to be equal,</w:t>
      </w:r>
    </w:p>
    <w:p>
      <w:pPr>
        <w:spacing w:before="0" w:after="80" w:line="300" w:lineRule="auto"/>
        <w:jc w:val="left"/>
      </w:pPr>
      <w:r>
        <w:rPr>
          <w:rFonts w:ascii="Times New Roman" w:hAnsi="Times New Roman" w:eastAsia="宋体"/>
          <w:b w:val="0"/>
          <w:i w:val="0"/>
          <w:color w:val="333333"/>
          <w:sz w:val="19"/>
        </w:rPr>
        <w:t>3π(8+x)²=64π(3+x).</w:t>
      </w:r>
    </w:p>
    <w:p>
      <w:pPr>
        <w:spacing w:before="0" w:after="80" w:line="300" w:lineRule="auto"/>
        <w:jc w:val="left"/>
      </w:pPr>
      <w:r>
        <w:rPr>
          <w:rFonts w:ascii="Times New Roman" w:hAnsi="Times New Roman" w:eastAsia="宋体"/>
          <w:b w:val="0"/>
          <w:i w:val="0"/>
          <w:color w:val="333333"/>
          <w:sz w:val="19"/>
        </w:rPr>
        <w:t>Cancelling π and expanding gives 3x²-16x=0, so x=0 or x=16/3=51/3. The problem requires a nonzero increase.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D</w:t>
      </w:r>
    </w:p>
    <w:p>
      <w:pPr>
        <w:spacing w:before="0" w:after="80" w:line="300" w:lineRule="auto"/>
        <w:jc w:val="left"/>
      </w:pPr>
      <w:r>
        <w:rPr>
          <w:rFonts w:ascii="Times New Roman" w:hAnsi="Times New Roman" w:eastAsia="宋体"/>
          <w:b w:val="0"/>
          <w:i w:val="0"/>
          <w:sz w:val="21"/>
        </w:rPr>
        <w:t>因式分解并合并幂，得到</w:t>
      </w:r>
    </w:p>
    <w:p>
      <w:pPr>
        <w:spacing w:before="0" w:after="80" w:line="300" w:lineRule="auto"/>
        <w:jc w:val="left"/>
      </w:pPr>
      <w:r>
        <w:rPr>
          <w:rFonts w:ascii="Times New Roman" w:hAnsi="Times New Roman" w:eastAsia="宋体"/>
          <w:b w:val="0"/>
          <w:i w:val="0"/>
          <w:sz w:val="21"/>
        </w:rPr>
        <w:t>(2ⁿ(2⁴-2))/(2ⁿ⁺⁴) =14/16 =7/8。</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Factoring and combining powers gives</w:t>
      </w:r>
    </w:p>
    <w:p>
      <w:pPr>
        <w:spacing w:before="0" w:after="80" w:line="300" w:lineRule="auto"/>
        <w:jc w:val="left"/>
      </w:pPr>
      <w:r>
        <w:rPr>
          <w:rFonts w:ascii="Times New Roman" w:hAnsi="Times New Roman" w:eastAsia="宋体"/>
          <w:b w:val="0"/>
          <w:i w:val="0"/>
          <w:color w:val="333333"/>
          <w:sz w:val="19"/>
        </w:rPr>
        <w:t>(2ⁿ(2⁴-2))/(2ⁿ⁺⁴) =14/16 =7/8.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A</w:t>
      </w:r>
    </w:p>
    <w:p>
      <w:pPr>
        <w:spacing w:before="0" w:after="80" w:line="300" w:lineRule="auto"/>
        <w:jc w:val="left"/>
      </w:pPr>
      <w:r>
        <w:rPr>
          <w:rFonts w:ascii="Times New Roman" w:hAnsi="Times New Roman" w:eastAsia="宋体"/>
          <w:b w:val="0"/>
          <w:i w:val="0"/>
          <w:sz w:val="21"/>
        </w:rPr>
        <w:t>边心距为 r、周长为 P 的任意正多边形，其面积为 A=1/2rP。若面积数值等于非零的周长数值，则</w:t>
      </w:r>
    </w:p>
    <w:p>
      <w:pPr>
        <w:spacing w:before="0" w:after="80" w:line="300" w:lineRule="auto"/>
        <w:jc w:val="left"/>
      </w:pPr>
      <w:r>
        <w:rPr>
          <w:rFonts w:ascii="Times New Roman" w:hAnsi="Times New Roman" w:eastAsia="宋体"/>
          <w:b w:val="0"/>
          <w:i w:val="0"/>
          <w:sz w:val="21"/>
        </w:rPr>
        <w:t>1/2rP=P，</w:t>
      </w:r>
    </w:p>
    <w:p>
      <w:pPr>
        <w:spacing w:before="0" w:after="80" w:line="300" w:lineRule="auto"/>
        <w:jc w:val="left"/>
      </w:pPr>
      <w:r>
        <w:rPr>
          <w:rFonts w:ascii="Times New Roman" w:hAnsi="Times New Roman" w:eastAsia="宋体"/>
          <w:b w:val="0"/>
          <w:i w:val="0"/>
          <w:sz w:val="21"/>
        </w:rPr>
        <w:t>所以 r=2。正方形与等边三角形都满足这一结论，因此二者的边心距相等。</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Every regular polygon with apothem r and perimeter P has area A=1/2rP. If its numerical area equals its nonzero perimeter, then</w:t>
      </w:r>
    </w:p>
    <w:p>
      <w:pPr>
        <w:spacing w:before="0" w:after="80" w:line="300" w:lineRule="auto"/>
        <w:jc w:val="left"/>
      </w:pPr>
      <w:r>
        <w:rPr>
          <w:rFonts w:ascii="Times New Roman" w:hAnsi="Times New Roman" w:eastAsia="宋体"/>
          <w:b w:val="0"/>
          <w:i w:val="0"/>
          <w:color w:val="333333"/>
          <w:sz w:val="19"/>
        </w:rPr>
        <w:t>1/2rP=P,</w:t>
      </w:r>
    </w:p>
    <w:p>
      <w:pPr>
        <w:spacing w:before="0" w:after="80" w:line="300" w:lineRule="auto"/>
        <w:jc w:val="left"/>
      </w:pPr>
      <w:r>
        <w:rPr>
          <w:rFonts w:ascii="Times New Roman" w:hAnsi="Times New Roman" w:eastAsia="宋体"/>
          <w:b w:val="0"/>
          <w:i w:val="0"/>
          <w:color w:val="333333"/>
          <w:sz w:val="19"/>
        </w:rPr>
        <w:t>so r=2. This applies to both the square and the equilateral triangle, so their apothems are equal.</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26 题　答案 E</w:t>
      </w:r>
    </w:p>
    <w:p>
      <w:pPr>
        <w:spacing w:before="0" w:after="80" w:line="300" w:lineRule="auto"/>
        <w:jc w:val="left"/>
      </w:pPr>
      <w:r>
        <w:rPr>
          <w:rFonts w:ascii="Times New Roman" w:hAnsi="Times New Roman" w:eastAsia="宋体"/>
          <w:b w:val="0"/>
          <w:i w:val="0"/>
          <w:sz w:val="21"/>
        </w:rPr>
        <w:t>消去分母并化简，得到</w:t>
      </w:r>
    </w:p>
    <w:p>
      <w:pPr>
        <w:spacing w:before="0" w:after="80" w:line="300" w:lineRule="auto"/>
        <w:jc w:val="left"/>
      </w:pPr>
      <w:r>
        <w:rPr>
          <w:rFonts w:ascii="Times New Roman" w:hAnsi="Times New Roman" w:eastAsia="宋体"/>
          <w:b w:val="0"/>
          <w:i w:val="0"/>
          <w:sz w:val="21"/>
        </w:rPr>
        <w:t>x²-x-m(m+1)=0。</w:t>
      </w:r>
    </w:p>
    <w:p>
      <w:pPr>
        <w:spacing w:before="0" w:after="80" w:line="300" w:lineRule="auto"/>
        <w:jc w:val="left"/>
      </w:pPr>
      <w:r>
        <w:rPr>
          <w:rFonts w:ascii="Times New Roman" w:hAnsi="Times New Roman" w:eastAsia="宋体"/>
          <w:b w:val="0"/>
          <w:i w:val="0"/>
          <w:sz w:val="21"/>
        </w:rPr>
        <w:t>两根相等要求</w:t>
      </w:r>
    </w:p>
    <w:p>
      <w:pPr>
        <w:spacing w:before="0" w:after="80" w:line="300" w:lineRule="auto"/>
        <w:jc w:val="left"/>
      </w:pPr>
      <w:r>
        <w:rPr>
          <w:rFonts w:ascii="Times New Roman" w:hAnsi="Times New Roman" w:eastAsia="宋体"/>
          <w:b w:val="0"/>
          <w:i w:val="0"/>
          <w:sz w:val="21"/>
        </w:rPr>
        <w:t>1+4m(m+1) =(2m+1)²</w:t>
      </w:r>
    </w:p>
    <w:p>
      <w:pPr>
        <w:spacing w:before="0" w:after="80" w:line="300" w:lineRule="auto"/>
        <w:jc w:val="left"/>
      </w:pPr>
      <w:r>
        <w:rPr>
          <w:rFonts w:ascii="Times New Roman" w:hAnsi="Times New Roman" w:eastAsia="宋体"/>
          <w:b w:val="0"/>
          <w:i w:val="0"/>
          <w:sz w:val="21"/>
        </w:rPr>
        <w:t>=0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m=-1/2。该值不会使原方程的分母为零。</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Clearing denominators and simplifying yields</w:t>
      </w:r>
    </w:p>
    <w:p>
      <w:pPr>
        <w:spacing w:before="0" w:after="80" w:line="300" w:lineRule="auto"/>
        <w:jc w:val="left"/>
      </w:pPr>
      <w:r>
        <w:rPr>
          <w:rFonts w:ascii="Times New Roman" w:hAnsi="Times New Roman" w:eastAsia="宋体"/>
          <w:b w:val="0"/>
          <w:i w:val="0"/>
          <w:color w:val="333333"/>
          <w:sz w:val="19"/>
        </w:rPr>
        <w:t>x²-x-m(m+1)=0.</w:t>
      </w:r>
    </w:p>
    <w:p>
      <w:pPr>
        <w:spacing w:before="0" w:after="80" w:line="300" w:lineRule="auto"/>
        <w:jc w:val="left"/>
      </w:pPr>
      <w:r>
        <w:rPr>
          <w:rFonts w:ascii="Times New Roman" w:hAnsi="Times New Roman" w:eastAsia="宋体"/>
          <w:b w:val="0"/>
          <w:i w:val="0"/>
          <w:color w:val="333333"/>
          <w:sz w:val="19"/>
        </w:rPr>
        <w:t>Equal roots require</w:t>
      </w:r>
    </w:p>
    <w:p>
      <w:pPr>
        <w:spacing w:before="0" w:after="80" w:line="300" w:lineRule="auto"/>
        <w:jc w:val="left"/>
      </w:pPr>
      <w:r>
        <w:rPr>
          <w:rFonts w:ascii="Times New Roman" w:hAnsi="Times New Roman" w:eastAsia="宋体"/>
          <w:b w:val="0"/>
          <w:i w:val="0"/>
          <w:color w:val="333333"/>
          <w:sz w:val="19"/>
        </w:rPr>
        <w:t>1+4m(m+1) =(2m+1)²</w:t>
      </w:r>
    </w:p>
    <w:p>
      <w:pPr>
        <w:spacing w:before="0" w:after="80" w:line="300" w:lineRule="auto"/>
        <w:jc w:val="left"/>
      </w:pPr>
      <w:r>
        <w:rPr>
          <w:rFonts w:ascii="Times New Roman" w:hAnsi="Times New Roman" w:eastAsia="宋体"/>
          <w:b w:val="0"/>
          <w:i w:val="0"/>
          <w:color w:val="333333"/>
          <w:sz w:val="19"/>
        </w:rPr>
        <w:t>=0,</w:t>
      </w:r>
    </w:p>
    <w:p>
      <w:pPr>
        <w:spacing w:before="0" w:after="80" w:line="300" w:lineRule="auto"/>
        <w:jc w:val="left"/>
      </w:pPr>
      <w:r>
        <w:rPr>
          <w:rFonts w:ascii="Times New Roman" w:hAnsi="Times New Roman" w:eastAsia="宋体"/>
          <w:b w:val="0"/>
          <w:i w:val="0"/>
          <w:color w:val="333333"/>
          <w:sz w:val="19"/>
        </w:rPr>
        <w:t>hence m=-1/2. This value does not violate the original denominators.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27 题　答案 E</w:t>
      </w:r>
    </w:p>
    <w:p>
      <w:pPr>
        <w:spacing w:before="0" w:after="80" w:line="300" w:lineRule="auto"/>
        <w:jc w:val="left"/>
      </w:pPr>
      <w:r>
        <w:rPr>
          <w:rFonts w:ascii="Times New Roman" w:hAnsi="Times New Roman" w:eastAsia="宋体"/>
          <w:b w:val="0"/>
          <w:i w:val="0"/>
          <w:sz w:val="21"/>
        </w:rPr>
        <w:t>题目没有给出任何角度或长度条件，足以保证相对区域相似或全等。它们的面积也不必相等：将内点放在非常靠近某一边的位置，可使邻接该边的区域任意小，却不会迫使其相对区域也变小。六个区域中也没有四边形。</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 angle or length condition forces opposite sections to be similar or congruent. Their areas also need not match: placing the interior point very close to one side makes the sections adjoining that side arbitrarily small without forcing their opposite sections to be small. No quadrilaterals are among the six sections.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28 题　答案 C</w:t>
      </w:r>
    </w:p>
    <w:p>
      <w:pPr>
        <w:spacing w:before="0" w:after="80" w:line="300" w:lineRule="auto"/>
        <w:jc w:val="left"/>
      </w:pPr>
      <w:r>
        <w:rPr>
          <w:rFonts w:ascii="Times New Roman" w:hAnsi="Times New Roman" w:eastAsia="宋体"/>
          <w:b w:val="0"/>
          <w:i w:val="0"/>
          <w:sz w:val="21"/>
        </w:rPr>
        <w:t>写成 P=kAV²。由 1=k(1)(16²) 得 k=1/256。一平方码等于 9 平方英尺，所以</w:t>
      </w:r>
    </w:p>
    <w:p>
      <w:pPr>
        <w:spacing w:before="0" w:after="80" w:line="300" w:lineRule="auto"/>
        <w:jc w:val="left"/>
      </w:pPr>
      <w:r>
        <w:rPr>
          <w:rFonts w:ascii="Times New Roman" w:hAnsi="Times New Roman" w:eastAsia="宋体"/>
          <w:b w:val="0"/>
          <w:i w:val="0"/>
          <w:sz w:val="21"/>
        </w:rPr>
        <w:t>36=1/256·9V²。</w:t>
      </w:r>
    </w:p>
    <w:p>
      <w:pPr>
        <w:spacing w:before="0" w:after="80" w:line="300" w:lineRule="auto"/>
        <w:jc w:val="left"/>
      </w:pPr>
      <w:r>
        <w:rPr>
          <w:rFonts w:ascii="Times New Roman" w:hAnsi="Times New Roman" w:eastAsia="宋体"/>
          <w:b w:val="0"/>
          <w:i w:val="0"/>
          <w:sz w:val="21"/>
        </w:rPr>
        <w:t>因此 V²=1024，正的风速为 V=32 英里/小时。</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Write P=kAV². From 1=k(1)(16²), we get k=1/256. A square yard has area 9 square feet, so</w:t>
      </w:r>
    </w:p>
    <w:p>
      <w:pPr>
        <w:spacing w:before="0" w:after="80" w:line="300" w:lineRule="auto"/>
        <w:jc w:val="left"/>
      </w:pPr>
      <w:r>
        <w:rPr>
          <w:rFonts w:ascii="Times New Roman" w:hAnsi="Times New Roman" w:eastAsia="宋体"/>
          <w:b w:val="0"/>
          <w:i w:val="0"/>
          <w:color w:val="333333"/>
          <w:sz w:val="19"/>
        </w:rPr>
        <w:t>36=1/256·9V².</w:t>
      </w:r>
    </w:p>
    <w:p>
      <w:pPr>
        <w:spacing w:before="0" w:after="80" w:line="300" w:lineRule="auto"/>
        <w:jc w:val="left"/>
      </w:pPr>
      <w:r>
        <w:rPr>
          <w:rFonts w:ascii="Times New Roman" w:hAnsi="Times New Roman" w:eastAsia="宋体"/>
          <w:b w:val="0"/>
          <w:i w:val="0"/>
          <w:color w:val="333333"/>
          <w:sz w:val="19"/>
        </w:rPr>
        <w:t>Thus V²=1024 and the positive speed is V=32 mph.</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29 题　答案 D</w:t>
      </w:r>
    </w:p>
    <w:p>
      <w:pPr>
        <w:spacing w:before="0" w:after="80" w:line="300" w:lineRule="auto"/>
        <w:jc w:val="left"/>
      </w:pPr>
      <w:r>
        <w:rPr>
          <w:rFonts w:ascii="Times New Roman" w:hAnsi="Times New Roman" w:eastAsia="宋体"/>
          <w:b w:val="0"/>
          <w:i w:val="0"/>
          <w:sz w:val="21"/>
        </w:rPr>
        <w:t>选项 A 和 E 可在相似意义下确定各角。三条高之比确定相应边长的倒数之比，三条中线之比也能确定边长之比。但仅有一个比值 h/b，无法确定其余边长或角；许多不相似的三角形都可以具有这一比值。</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Choices A and E determine the angles up to similarity. Ratios of all three altitudes determine reciprocal side ratios, and ratios of all three medians determine side ratios. But a single ratio h/b does not determine the remaining side lengths or angles; many non-similar triangles can share it.</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30 题　答案 C</w:t>
      </w:r>
    </w:p>
    <w:p>
      <w:pPr>
        <w:spacing w:before="0" w:after="80" w:line="300" w:lineRule="auto"/>
        <w:jc w:val="left"/>
      </w:pPr>
      <w:r>
        <w:rPr>
          <w:rFonts w:ascii="Times New Roman" w:hAnsi="Times New Roman" w:eastAsia="宋体"/>
          <w:b w:val="0"/>
          <w:i w:val="0"/>
          <w:sz w:val="21"/>
        </w:rPr>
        <w:t>将两根杆的底端置于 (0,0) 和 (100,0)，顶端分别为 (0,80) 和 (100,20)。两条交叉连线为 y=4/5x 和 y=20-1/5x。令二者相等，得到 x=20，进而得到 y=16。</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Put the bases at (0,0) and (100,0), with tops (0,80) and (100,20). The cross-lines are y=4/5x and y=20-1/5x. Equating them gives x=20, and hence y=16.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31 题　答案 D</w:t>
      </w:r>
    </w:p>
    <w:p>
      <w:pPr>
        <w:spacing w:before="0" w:after="80" w:line="300" w:lineRule="auto"/>
        <w:jc w:val="left"/>
      </w:pPr>
      <w:r>
        <w:rPr>
          <w:rFonts w:ascii="Times New Roman" w:hAnsi="Times New Roman" w:eastAsia="宋体"/>
          <w:b w:val="0"/>
          <w:i w:val="0"/>
          <w:sz w:val="21"/>
        </w:rPr>
        <w:t>若有 n 人，则握手次数为</w:t>
      </w:r>
    </w:p>
    <w:p>
      <w:pPr>
        <w:spacing w:before="0" w:after="80" w:line="300" w:lineRule="auto"/>
        <w:jc w:val="left"/>
      </w:pPr>
      <w:r>
        <w:rPr>
          <w:rFonts w:ascii="Times New Roman" w:hAnsi="Times New Roman" w:eastAsia="宋体"/>
          <w:b w:val="0"/>
          <w:i w:val="0"/>
          <w:sz w:val="21"/>
        </w:rPr>
        <w:t>C(n, 2)=(n(n-1))/2。</w:t>
      </w:r>
    </w:p>
    <w:p>
      <w:pPr>
        <w:spacing w:before="0" w:after="80" w:line="300" w:lineRule="auto"/>
        <w:jc w:val="left"/>
      </w:pPr>
      <w:r>
        <w:rPr>
          <w:rFonts w:ascii="Times New Roman" w:hAnsi="Times New Roman" w:eastAsia="宋体"/>
          <w:b w:val="0"/>
          <w:i w:val="0"/>
          <w:sz w:val="21"/>
        </w:rPr>
        <w:t>因此 n(n-1)=56，正解为 n=8。</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With n people the number of handshakes is</w:t>
      </w:r>
    </w:p>
    <w:p>
      <w:pPr>
        <w:spacing w:before="0" w:after="80" w:line="300" w:lineRule="auto"/>
        <w:jc w:val="left"/>
      </w:pPr>
      <w:r>
        <w:rPr>
          <w:rFonts w:ascii="Times New Roman" w:hAnsi="Times New Roman" w:eastAsia="宋体"/>
          <w:b w:val="0"/>
          <w:i w:val="0"/>
          <w:color w:val="333333"/>
          <w:sz w:val="19"/>
        </w:rPr>
        <w:t>C(n, 2)=(n(n-1))/2.</w:t>
      </w:r>
    </w:p>
    <w:p>
      <w:pPr>
        <w:spacing w:before="0" w:after="80" w:line="300" w:lineRule="auto"/>
        <w:jc w:val="left"/>
      </w:pPr>
      <w:r>
        <w:rPr>
          <w:rFonts w:ascii="Times New Roman" w:hAnsi="Times New Roman" w:eastAsia="宋体"/>
          <w:b w:val="0"/>
          <w:i w:val="0"/>
          <w:color w:val="333333"/>
          <w:sz w:val="19"/>
        </w:rPr>
        <w:t>Thus n(n-1)=56, and the positive solution is n=8.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32 题　答案 D</w:t>
      </w:r>
    </w:p>
    <w:p>
      <w:pPr>
        <w:spacing w:before="0" w:after="80" w:line="300" w:lineRule="auto"/>
        <w:jc w:val="left"/>
      </w:pPr>
      <w:r>
        <w:rPr>
          <w:rFonts w:ascii="Times New Roman" w:hAnsi="Times New Roman" w:eastAsia="宋体"/>
          <w:b w:val="0"/>
          <w:i w:val="0"/>
          <w:sz w:val="21"/>
        </w:rPr>
        <w:t>由泰勒斯定理，AC 和 BC 是以 AB 为斜边的直角三角形的两条直角边。因此</w:t>
      </w:r>
    </w:p>
    <w:p>
      <w:pPr>
        <w:spacing w:before="0" w:after="80" w:line="300" w:lineRule="auto"/>
        <w:jc w:val="left"/>
      </w:pPr>
      <w:r>
        <w:rPr>
          <w:rFonts w:ascii="Times New Roman" w:hAnsi="Times New Roman" w:eastAsia="宋体"/>
          <w:b w:val="0"/>
          <w:i w:val="0"/>
          <w:sz w:val="21"/>
        </w:rPr>
        <w:t>(AC+BC)² ≤2(AC²+BC²)</w:t>
      </w:r>
    </w:p>
    <w:p>
      <w:pPr>
        <w:spacing w:before="0" w:after="80" w:line="300" w:lineRule="auto"/>
        <w:jc w:val="left"/>
      </w:pPr>
      <w:r>
        <w:rPr>
          <w:rFonts w:ascii="Times New Roman" w:hAnsi="Times New Roman" w:eastAsia="宋体"/>
          <w:b w:val="0"/>
          <w:i w:val="0"/>
          <w:sz w:val="21"/>
        </w:rPr>
        <w:t>=2AB²</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两边取正平方根，得到 AC+BC≤ AB√(2)；当三角形为等腰直角三角形时取等号。</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Thales’ theorem, AC and BC are the legs of a right triangle with hypotenuse AB. Therefore</w:t>
      </w:r>
    </w:p>
    <w:p>
      <w:pPr>
        <w:spacing w:before="0" w:after="80" w:line="300" w:lineRule="auto"/>
        <w:jc w:val="left"/>
      </w:pPr>
      <w:r>
        <w:rPr>
          <w:rFonts w:ascii="Times New Roman" w:hAnsi="Times New Roman" w:eastAsia="宋体"/>
          <w:b w:val="0"/>
          <w:i w:val="0"/>
          <w:color w:val="333333"/>
          <w:sz w:val="19"/>
        </w:rPr>
        <w:t>(AC+BC)² ≤2(AC²+BC²)</w:t>
      </w:r>
    </w:p>
    <w:p>
      <w:pPr>
        <w:spacing w:before="0" w:after="80" w:line="300" w:lineRule="auto"/>
        <w:jc w:val="left"/>
      </w:pPr>
      <w:r>
        <w:rPr>
          <w:rFonts w:ascii="Times New Roman" w:hAnsi="Times New Roman" w:eastAsia="宋体"/>
          <w:b w:val="0"/>
          <w:i w:val="0"/>
          <w:color w:val="333333"/>
          <w:sz w:val="19"/>
        </w:rPr>
        <w:t>=2AB².</w:t>
      </w:r>
    </w:p>
    <w:p>
      <w:pPr>
        <w:spacing w:before="0" w:after="80" w:line="300" w:lineRule="auto"/>
        <w:jc w:val="left"/>
      </w:pPr>
      <w:r>
        <w:rPr>
          <w:rFonts w:ascii="Times New Roman" w:hAnsi="Times New Roman" w:eastAsia="宋体"/>
          <w:b w:val="0"/>
          <w:i w:val="0"/>
          <w:color w:val="333333"/>
          <w:sz w:val="19"/>
        </w:rPr>
        <w:t>Taking positive square roots gives AC+BC≤ AB√(2), with equality for an isosceles right triangle.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33 题　答案 C</w:t>
      </w:r>
    </w:p>
    <w:p>
      <w:pPr>
        <w:spacing w:before="0" w:after="80" w:line="300" w:lineRule="auto"/>
        <w:jc w:val="left"/>
      </w:pPr>
      <w:r>
        <w:rPr>
          <w:rFonts w:ascii="Times New Roman" w:hAnsi="Times New Roman" w:eastAsia="宋体"/>
          <w:b w:val="0"/>
          <w:i w:val="0"/>
          <w:sz w:val="21"/>
        </w:rPr>
        <w:t>选项 A、B、D 和 E 的交点条件均可化为 x²-2x=0。选项 C 却要求</w:t>
      </w:r>
    </w:p>
    <w:p>
      <w:pPr>
        <w:spacing w:before="0" w:after="80" w:line="300" w:lineRule="auto"/>
        <w:jc w:val="left"/>
      </w:pPr>
      <w:r>
        <w:rPr>
          <w:rFonts w:ascii="Times New Roman" w:hAnsi="Times New Roman" w:eastAsia="宋体"/>
          <w:b w:val="0"/>
          <w:i w:val="0"/>
          <w:sz w:val="21"/>
        </w:rPr>
        <w:t>x=x-2，</w:t>
      </w:r>
    </w:p>
    <w:p>
      <w:pPr>
        <w:spacing w:before="0" w:after="80" w:line="300" w:lineRule="auto"/>
        <w:jc w:val="left"/>
      </w:pPr>
      <w:r>
        <w:rPr>
          <w:rFonts w:ascii="Times New Roman" w:hAnsi="Times New Roman" w:eastAsia="宋体"/>
          <w:b w:val="0"/>
          <w:i w:val="0"/>
          <w:sz w:val="21"/>
        </w:rPr>
        <w:t>该方程无解，因此不能给出所求的根。</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Choices A, B, D, and E all reduce their intersection condition to x²-2x=0. Choice C instead requires</w:t>
      </w:r>
    </w:p>
    <w:p>
      <w:pPr>
        <w:spacing w:before="0" w:after="80" w:line="300" w:lineRule="auto"/>
        <w:jc w:val="left"/>
      </w:pPr>
      <w:r>
        <w:rPr>
          <w:rFonts w:ascii="Times New Roman" w:hAnsi="Times New Roman" w:eastAsia="宋体"/>
          <w:b w:val="0"/>
          <w:i w:val="0"/>
          <w:color w:val="333333"/>
          <w:sz w:val="19"/>
        </w:rPr>
        <w:t>x=x-2,</w:t>
      </w:r>
    </w:p>
    <w:p>
      <w:pPr>
        <w:spacing w:before="0" w:after="80" w:line="300" w:lineRule="auto"/>
        <w:jc w:val="left"/>
      </w:pPr>
      <w:r>
        <w:rPr>
          <w:rFonts w:ascii="Times New Roman" w:hAnsi="Times New Roman" w:eastAsia="宋体"/>
          <w:b w:val="0"/>
          <w:i w:val="0"/>
          <w:color w:val="333333"/>
          <w:sz w:val="19"/>
        </w:rPr>
        <w:t>which has no solution and therefore cannot produce the desired roots.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34 题　答案 A</w:t>
      </w:r>
    </w:p>
    <w:p>
      <w:pPr>
        <w:spacing w:before="0" w:after="80" w:line="300" w:lineRule="auto"/>
        <w:jc w:val="left"/>
      </w:pPr>
      <w:r>
        <w:rPr>
          <w:rFonts w:ascii="Times New Roman" w:hAnsi="Times New Roman" w:eastAsia="宋体"/>
          <w:b w:val="0"/>
          <w:i w:val="0"/>
          <w:sz w:val="21"/>
        </w:rPr>
        <w:t>因为以 10 为底的指数函数与对数函数互为反函数，所以</w:t>
      </w:r>
    </w:p>
    <w:p>
      <w:pPr>
        <w:spacing w:before="0" w:after="80" w:line="300" w:lineRule="auto"/>
        <w:jc w:val="left"/>
      </w:pPr>
      <w:r>
        <w:rPr>
          <w:rFonts w:ascii="Times New Roman" w:hAnsi="Times New Roman" w:eastAsia="宋体"/>
          <w:b w:val="0"/>
          <w:i w:val="0"/>
          <w:sz w:val="21"/>
        </w:rPr>
        <w:t>10^(log₁₀7)=7。</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the base-10 exponential and logarithm are inverse functions,</w:t>
      </w:r>
    </w:p>
    <w:p>
      <w:pPr>
        <w:spacing w:before="0" w:after="80" w:line="300" w:lineRule="auto"/>
        <w:jc w:val="left"/>
      </w:pPr>
      <w:r>
        <w:rPr>
          <w:rFonts w:ascii="Times New Roman" w:hAnsi="Times New Roman" w:eastAsia="宋体"/>
          <w:b w:val="0"/>
          <w:i w:val="0"/>
          <w:color w:val="333333"/>
          <w:sz w:val="19"/>
        </w:rPr>
        <w:t>10^(log₁₀7)=7.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35 题　答案 A</w:t>
      </w:r>
    </w:p>
    <w:p>
      <w:pPr>
        <w:spacing w:before="0" w:after="80" w:line="300" w:lineRule="auto"/>
        <w:jc w:val="left"/>
      </w:pPr>
      <w:r>
        <w:rPr>
          <w:rFonts w:ascii="Times New Roman" w:hAnsi="Times New Roman" w:eastAsia="宋体"/>
          <w:b w:val="0"/>
          <w:i w:val="0"/>
          <w:sz w:val="21"/>
        </w:rPr>
        <w:t>取对数，得到</w:t>
      </w:r>
    </w:p>
    <w:p>
      <w:pPr>
        <w:spacing w:before="0" w:after="80" w:line="300" w:lineRule="auto"/>
        <w:jc w:val="left"/>
      </w:pPr>
      <w:r>
        <w:rPr>
          <w:rFonts w:ascii="Times New Roman" w:hAnsi="Times New Roman" w:eastAsia="宋体"/>
          <w:b w:val="0"/>
          <w:i w:val="0"/>
          <w:sz w:val="21"/>
        </w:rPr>
        <w:t>xlog a=qlog c,</w:t>
      </w:r>
    </w:p>
    <w:p>
      <w:pPr>
        <w:spacing w:before="0" w:after="80" w:line="300" w:lineRule="auto"/>
        <w:jc w:val="left"/>
      </w:pPr>
      <w:r>
        <w:rPr>
          <w:rFonts w:ascii="Times New Roman" w:hAnsi="Times New Roman" w:eastAsia="宋体"/>
          <w:b w:val="0"/>
          <w:i w:val="0"/>
          <w:sz w:val="21"/>
        </w:rPr>
        <w:t>ylog c=zlog a</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按照本题历史上对非退化底数的约定，将两式相乘并约去非零的对数因子，得到 xy=qz。</w:t>
      </w:r>
    </w:p>
    <w:p>
      <w:pPr>
        <w:spacing w:before="0" w:after="80" w:line="300" w:lineRule="auto"/>
        <w:jc w:val="left"/>
      </w:pPr>
      <w:r>
        <w:rPr>
          <w:rFonts w:ascii="Times New Roman" w:hAnsi="Times New Roman" w:eastAsia="宋体"/>
          <w:b w:val="0"/>
          <w:i w:val="0"/>
          <w:sz w:val="21"/>
        </w:rPr>
        <w:t>因此，题目预期的正确答案是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Taking logarithms gives</w:t>
      </w:r>
    </w:p>
    <w:p>
      <w:pPr>
        <w:spacing w:before="0" w:after="80" w:line="300" w:lineRule="auto"/>
        <w:jc w:val="left"/>
      </w:pPr>
      <w:r>
        <w:rPr>
          <w:rFonts w:ascii="Times New Roman" w:hAnsi="Times New Roman" w:eastAsia="宋体"/>
          <w:b w:val="0"/>
          <w:i w:val="0"/>
          <w:color w:val="333333"/>
          <w:sz w:val="19"/>
        </w:rPr>
        <w:t>xlog a=qlog c,</w:t>
      </w:r>
    </w:p>
    <w:p>
      <w:pPr>
        <w:spacing w:before="0" w:after="80" w:line="300" w:lineRule="auto"/>
        <w:jc w:val="left"/>
      </w:pPr>
      <w:r>
        <w:rPr>
          <w:rFonts w:ascii="Times New Roman" w:hAnsi="Times New Roman" w:eastAsia="宋体"/>
          <w:b w:val="0"/>
          <w:i w:val="0"/>
          <w:color w:val="333333"/>
          <w:sz w:val="19"/>
        </w:rPr>
        <w:t>ylog c=zlog a.</w:t>
      </w:r>
    </w:p>
    <w:p>
      <w:pPr>
        <w:spacing w:before="0" w:after="80" w:line="300" w:lineRule="auto"/>
        <w:jc w:val="left"/>
      </w:pPr>
      <w:r>
        <w:rPr>
          <w:rFonts w:ascii="Times New Roman" w:hAnsi="Times New Roman" w:eastAsia="宋体"/>
          <w:b w:val="0"/>
          <w:i w:val="0"/>
          <w:color w:val="333333"/>
          <w:sz w:val="19"/>
        </w:rPr>
        <w:t>Multiplying these equations and cancelling the nonzero logarithmic factors under the historical nondegenerate-base convention yields xy=qz.</w:t>
      </w:r>
    </w:p>
    <w:p>
      <w:pPr>
        <w:spacing w:before="0" w:after="80" w:line="300" w:lineRule="auto"/>
        <w:jc w:val="left"/>
      </w:pPr>
      <w:r>
        <w:rPr>
          <w:rFonts w:ascii="Times New Roman" w:hAnsi="Times New Roman" w:eastAsia="宋体"/>
          <w:b w:val="0"/>
          <w:i w:val="0"/>
          <w:color w:val="333333"/>
          <w:sz w:val="19"/>
        </w:rPr>
        <w:t>Thus, the intended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36 题　答案 B</w:t>
      </w:r>
    </w:p>
    <w:p>
      <w:pPr>
        <w:spacing w:before="0" w:after="80" w:line="300" w:lineRule="auto"/>
        <w:jc w:val="left"/>
      </w:pPr>
      <w:r>
        <w:rPr>
          <w:rFonts w:ascii="Times New Roman" w:hAnsi="Times New Roman" w:eastAsia="宋体"/>
          <w:b w:val="0"/>
          <w:i w:val="0"/>
          <w:sz w:val="21"/>
        </w:rPr>
        <w:t>令 L 表示“在轨迹上”，C 表示“满足条件”。完整的证明需要同时证明 L⇒ C 和 C⇒ L。选项 B 先陈述 neg C⇒neg L，这只是 L⇒ C 的逆否命题，随后又重复 L⇒ C。它始终没有证明 C⇒ L。</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L mean “on the locus” and C mean “satisfies the conditions.” A complete proof needs both L⇒ C and C⇒ L. Choice B states neg C⇒neg L, which is merely the contrapositive of L⇒ C, and then repeats L⇒ C. It never proves C⇒ L.</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37 题　答案 D</w:t>
      </w:r>
    </w:p>
    <w:p>
      <w:pPr>
        <w:spacing w:before="0" w:after="80" w:line="300" w:lineRule="auto"/>
        <w:jc w:val="left"/>
      </w:pPr>
      <w:r>
        <w:rPr>
          <w:rFonts w:ascii="Times New Roman" w:hAnsi="Times New Roman" w:eastAsia="宋体"/>
          <w:b w:val="0"/>
          <w:i w:val="0"/>
          <w:sz w:val="21"/>
        </w:rPr>
        <w:t>若这个数为 N，则 N+1 能被从 2 到 10 的每个整数整除。这些整数的最小公倍数为</w:t>
      </w:r>
    </w:p>
    <w:p>
      <w:pPr>
        <w:spacing w:before="0" w:after="80" w:line="300" w:lineRule="auto"/>
        <w:jc w:val="left"/>
      </w:pPr>
      <w:r>
        <w:rPr>
          <w:rFonts w:ascii="Times New Roman" w:hAnsi="Times New Roman" w:eastAsia="宋体"/>
          <w:b w:val="0"/>
          <w:i w:val="0"/>
          <w:sz w:val="21"/>
        </w:rPr>
        <w:t>2³·3²·5·7=2520。</w:t>
      </w:r>
    </w:p>
    <w:p>
      <w:pPr>
        <w:spacing w:before="0" w:after="80" w:line="300" w:lineRule="auto"/>
        <w:jc w:val="left"/>
      </w:pPr>
      <w:r>
        <w:rPr>
          <w:rFonts w:ascii="Times New Roman" w:hAnsi="Times New Roman" w:eastAsia="宋体"/>
          <w:b w:val="0"/>
          <w:i w:val="0"/>
          <w:sz w:val="21"/>
        </w:rPr>
        <w:t>因此，满足所有条件的最小正数为 N=2520-1=2519。</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number is N, then N+1 is divisible by every integer from 2 through 10. Their least common multiple is</w:t>
      </w:r>
    </w:p>
    <w:p>
      <w:pPr>
        <w:spacing w:before="0" w:after="80" w:line="300" w:lineRule="auto"/>
        <w:jc w:val="left"/>
      </w:pPr>
      <w:r>
        <w:rPr>
          <w:rFonts w:ascii="Times New Roman" w:hAnsi="Times New Roman" w:eastAsia="宋体"/>
          <w:b w:val="0"/>
          <w:i w:val="0"/>
          <w:color w:val="333333"/>
          <w:sz w:val="19"/>
        </w:rPr>
        <w:t>2³·3²·5·7=2520.</w:t>
      </w:r>
    </w:p>
    <w:p>
      <w:pPr>
        <w:spacing w:before="0" w:after="80" w:line="300" w:lineRule="auto"/>
        <w:jc w:val="left"/>
      </w:pPr>
      <w:r>
        <w:rPr>
          <w:rFonts w:ascii="Times New Roman" w:hAnsi="Times New Roman" w:eastAsia="宋体"/>
          <w:b w:val="0"/>
          <w:i w:val="0"/>
          <w:color w:val="333333"/>
          <w:sz w:val="19"/>
        </w:rPr>
        <w:t>Thus the least positive number fitting all the conditions is N=2520-1=2519.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38 题　答案 A</w:t>
      </w:r>
    </w:p>
    <w:p>
      <w:pPr>
        <w:spacing w:before="0" w:after="80" w:line="300" w:lineRule="auto"/>
        <w:jc w:val="left"/>
      </w:pPr>
      <w:r>
        <w:rPr>
          <w:rFonts w:ascii="Times New Roman" w:hAnsi="Times New Roman" w:eastAsia="宋体"/>
          <w:b w:val="0"/>
          <w:i w:val="0"/>
          <w:sz w:val="21"/>
        </w:rPr>
        <w:t>3% 的坡度需要约 600/0.03=20,000 英尺长的轨道，而 2% 的坡度需要 600/0.02=30,000 英尺。需要增加的长度为 10,000 英尺。</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3% grade requires about 600/0.03=20,000 feet of track, while a 2% grade requires 600/0.02=30,000 feet. The additional length is 10,000 feet.</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39 题　答案 A</w:t>
      </w:r>
    </w:p>
    <w:p>
      <w:pPr>
        <w:spacing w:before="0" w:after="80" w:line="300" w:lineRule="auto"/>
        <w:jc w:val="left"/>
      </w:pPr>
      <w:r>
        <w:rPr>
          <w:rFonts w:ascii="Times New Roman" w:hAnsi="Times New Roman" w:eastAsia="宋体"/>
          <w:b w:val="0"/>
          <w:i w:val="0"/>
          <w:sz w:val="21"/>
        </w:rPr>
        <w:t>若石头下落 t 秒，则井深为 16t²，声音传回井口所需的时间为 16t²/1120=t²/70 秒。因此</w:t>
      </w:r>
    </w:p>
    <w:p>
      <w:pPr>
        <w:spacing w:before="0" w:after="80" w:line="300" w:lineRule="auto"/>
        <w:jc w:val="left"/>
      </w:pPr>
      <w:r>
        <w:rPr>
          <w:rFonts w:ascii="Times New Roman" w:hAnsi="Times New Roman" w:eastAsia="宋体"/>
          <w:b w:val="0"/>
          <w:i w:val="0"/>
          <w:sz w:val="21"/>
        </w:rPr>
        <w:t>t+t²/70=7.7，</w:t>
      </w:r>
    </w:p>
    <w:p>
      <w:pPr>
        <w:spacing w:before="0" w:after="80" w:line="300" w:lineRule="auto"/>
        <w:jc w:val="left"/>
      </w:pPr>
      <w:r>
        <w:rPr>
          <w:rFonts w:ascii="Times New Roman" w:hAnsi="Times New Roman" w:eastAsia="宋体"/>
          <w:b w:val="0"/>
          <w:i w:val="0"/>
          <w:sz w:val="21"/>
        </w:rPr>
        <w:t>即 t²+70t-539=0。正根为 t=7，故井深为 16(7²)=784 英尺。</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stone falls for t seconds, the depth is 16t², and the sound takes 16t²/1120=t²/70 seconds to return. Hence</w:t>
      </w:r>
    </w:p>
    <w:p>
      <w:pPr>
        <w:spacing w:before="0" w:after="80" w:line="300" w:lineRule="auto"/>
        <w:jc w:val="left"/>
      </w:pPr>
      <w:r>
        <w:rPr>
          <w:rFonts w:ascii="Times New Roman" w:hAnsi="Times New Roman" w:eastAsia="宋体"/>
          <w:b w:val="0"/>
          <w:i w:val="0"/>
          <w:color w:val="333333"/>
          <w:sz w:val="19"/>
        </w:rPr>
        <w:t>t+t²/70=7.7,</w:t>
      </w:r>
    </w:p>
    <w:p>
      <w:pPr>
        <w:spacing w:before="0" w:after="80" w:line="300" w:lineRule="auto"/>
        <w:jc w:val="left"/>
      </w:pPr>
      <w:r>
        <w:rPr>
          <w:rFonts w:ascii="Times New Roman" w:hAnsi="Times New Roman" w:eastAsia="宋体"/>
          <w:b w:val="0"/>
          <w:i w:val="0"/>
          <w:color w:val="333333"/>
          <w:sz w:val="19"/>
        </w:rPr>
        <w:t>or t²+70t-539=0. The positive root is t=7, giving depth 16(7²)=784 feet.</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40 题　答案 C</w:t>
      </w:r>
    </w:p>
    <w:p>
      <w:pPr>
        <w:spacing w:before="0" w:after="80" w:line="300" w:lineRule="auto"/>
        <w:jc w:val="left"/>
      </w:pPr>
      <w:r>
        <w:rPr>
          <w:rFonts w:ascii="Times New Roman" w:hAnsi="Times New Roman" w:eastAsia="宋体"/>
          <w:b w:val="0"/>
          <w:i w:val="0"/>
          <w:sz w:val="21"/>
        </w:rPr>
        <w:t>因为</w:t>
      </w:r>
    </w:p>
    <w:p>
      <w:pPr>
        <w:spacing w:before="0" w:after="80" w:line="300" w:lineRule="auto"/>
        <w:jc w:val="left"/>
      </w:pPr>
      <w:r>
        <w:rPr>
          <w:rFonts w:ascii="Times New Roman" w:hAnsi="Times New Roman" w:eastAsia="宋体"/>
          <w:b w:val="0"/>
          <w:i w:val="0"/>
          <w:sz w:val="21"/>
        </w:rPr>
        <w:t>x³+1=(x+1)(x²-x+1),</w:t>
      </w:r>
    </w:p>
    <w:p>
      <w:pPr>
        <w:spacing w:before="0" w:after="80" w:line="300" w:lineRule="auto"/>
        <w:jc w:val="left"/>
      </w:pPr>
      <w:r>
        <w:rPr>
          <w:rFonts w:ascii="Times New Roman" w:hAnsi="Times New Roman" w:eastAsia="宋体"/>
          <w:b w:val="0"/>
          <w:i w:val="0"/>
          <w:sz w:val="21"/>
        </w:rPr>
        <w:t>x³-1=(x-1)(x²+x+1)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所以在原表达式有定义时，括号内的每个分式都等于 1。因此，二者平方后的乘积为 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w:t>
      </w:r>
    </w:p>
    <w:p>
      <w:pPr>
        <w:spacing w:before="0" w:after="80" w:line="300" w:lineRule="auto"/>
        <w:jc w:val="left"/>
      </w:pPr>
      <w:r>
        <w:rPr>
          <w:rFonts w:ascii="Times New Roman" w:hAnsi="Times New Roman" w:eastAsia="宋体"/>
          <w:b w:val="0"/>
          <w:i w:val="0"/>
          <w:color w:val="333333"/>
          <w:sz w:val="19"/>
        </w:rPr>
        <w:t>x³+1=(x+1)(x²-x+1),</w:t>
      </w:r>
    </w:p>
    <w:p>
      <w:pPr>
        <w:spacing w:before="0" w:after="80" w:line="300" w:lineRule="auto"/>
        <w:jc w:val="left"/>
      </w:pPr>
      <w:r>
        <w:rPr>
          <w:rFonts w:ascii="Times New Roman" w:hAnsi="Times New Roman" w:eastAsia="宋体"/>
          <w:b w:val="0"/>
          <w:i w:val="0"/>
          <w:color w:val="333333"/>
          <w:sz w:val="19"/>
        </w:rPr>
        <w:t>x³-1=(x-1)(x²+x+1),</w:t>
      </w:r>
    </w:p>
    <w:p>
      <w:pPr>
        <w:spacing w:before="0" w:after="80" w:line="300" w:lineRule="auto"/>
        <w:jc w:val="left"/>
      </w:pPr>
      <w:r>
        <w:rPr>
          <w:rFonts w:ascii="Times New Roman" w:hAnsi="Times New Roman" w:eastAsia="宋体"/>
          <w:b w:val="0"/>
          <w:i w:val="0"/>
          <w:color w:val="333333"/>
          <w:sz w:val="19"/>
        </w:rPr>
        <w:t>each fraction inside parentheses equals 1 wherever the original expression is defined. Their squared product is therefore 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41 题　答案 B</w:t>
      </w:r>
    </w:p>
    <w:p>
      <w:pPr>
        <w:spacing w:before="0" w:after="80" w:line="300" w:lineRule="auto"/>
        <w:jc w:val="left"/>
      </w:pPr>
      <w:r>
        <w:rPr>
          <w:rFonts w:ascii="Times New Roman" w:hAnsi="Times New Roman" w:eastAsia="宋体"/>
          <w:b w:val="0"/>
          <w:i w:val="0"/>
          <w:sz w:val="21"/>
        </w:rPr>
        <w:t>这些 y 值可以自然地写成</w:t>
      </w:r>
    </w:p>
    <w:p>
      <w:pPr>
        <w:spacing w:before="0" w:after="80" w:line="300" w:lineRule="auto"/>
        <w:jc w:val="left"/>
      </w:pPr>
      <w:r>
        <w:rPr>
          <w:rFonts w:ascii="Times New Roman" w:hAnsi="Times New Roman" w:eastAsia="宋体"/>
          <w:b w:val="0"/>
          <w:i w:val="0"/>
          <w:sz w:val="21"/>
        </w:rPr>
        <w:t>0=1·0, 2=2·1, 6=3·2,</w:t>
      </w:r>
    </w:p>
    <w:p>
      <w:pPr>
        <w:spacing w:before="0" w:after="80" w:line="300" w:lineRule="auto"/>
        <w:jc w:val="left"/>
      </w:pPr>
      <w:r>
        <w:rPr>
          <w:rFonts w:ascii="Times New Roman" w:hAnsi="Times New Roman" w:eastAsia="宋体"/>
          <w:b w:val="0"/>
          <w:i w:val="0"/>
          <w:sz w:val="21"/>
        </w:rPr>
        <w:t>12=4·3, 20=5·4</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y=(x-1)(x-2)，从而 y=x²-3x+2。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y-values factor naturally as</w:t>
      </w:r>
    </w:p>
    <w:p>
      <w:pPr>
        <w:spacing w:before="0" w:after="80" w:line="300" w:lineRule="auto"/>
        <w:jc w:val="left"/>
      </w:pPr>
      <w:r>
        <w:rPr>
          <w:rFonts w:ascii="Times New Roman" w:hAnsi="Times New Roman" w:eastAsia="宋体"/>
          <w:b w:val="0"/>
          <w:i w:val="0"/>
          <w:color w:val="333333"/>
          <w:sz w:val="19"/>
        </w:rPr>
        <w:t>0=1·0, 2=2·1, 6=3·2,</w:t>
      </w:r>
    </w:p>
    <w:p>
      <w:pPr>
        <w:spacing w:before="0" w:after="80" w:line="300" w:lineRule="auto"/>
        <w:jc w:val="left"/>
      </w:pPr>
      <w:r>
        <w:rPr>
          <w:rFonts w:ascii="Times New Roman" w:hAnsi="Times New Roman" w:eastAsia="宋体"/>
          <w:b w:val="0"/>
          <w:i w:val="0"/>
          <w:color w:val="333333"/>
          <w:sz w:val="19"/>
        </w:rPr>
        <w:t>12=4·3, 20=5·4.</w:t>
      </w:r>
    </w:p>
    <w:p>
      <w:pPr>
        <w:spacing w:before="0" w:after="80" w:line="300" w:lineRule="auto"/>
        <w:jc w:val="left"/>
      </w:pPr>
      <w:r>
        <w:rPr>
          <w:rFonts w:ascii="Times New Roman" w:hAnsi="Times New Roman" w:eastAsia="宋体"/>
          <w:b w:val="0"/>
          <w:i w:val="0"/>
          <w:color w:val="333333"/>
          <w:sz w:val="19"/>
        </w:rPr>
        <w:t>Thus y=(x-1)(x-2) and hence y=x²-3x+2.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42 题　答案 C</w:t>
      </w:r>
    </w:p>
    <w:p>
      <w:pPr>
        <w:spacing w:before="0" w:after="80" w:line="300" w:lineRule="auto"/>
        <w:jc w:val="left"/>
      </w:pPr>
      <w:r>
        <w:rPr>
          <w:rFonts w:ascii="Times New Roman" w:hAnsi="Times New Roman" w:eastAsia="宋体"/>
          <w:b w:val="0"/>
          <w:i w:val="0"/>
          <w:sz w:val="21"/>
        </w:rPr>
        <w:t>由无限重复的尾部可得 x=√(1+x)，所以</w:t>
      </w:r>
    </w:p>
    <w:p>
      <w:pPr>
        <w:spacing w:before="0" w:after="80" w:line="300" w:lineRule="auto"/>
        <w:jc w:val="left"/>
      </w:pPr>
      <w:r>
        <w:rPr>
          <w:rFonts w:ascii="Times New Roman" w:hAnsi="Times New Roman" w:eastAsia="宋体"/>
          <w:b w:val="0"/>
          <w:i w:val="0"/>
          <w:sz w:val="21"/>
        </w:rPr>
        <w:t>x²-x-1=0。</w:t>
      </w:r>
    </w:p>
    <w:p>
      <w:pPr>
        <w:spacing w:before="0" w:after="80" w:line="300" w:lineRule="auto"/>
        <w:jc w:val="left"/>
      </w:pPr>
      <w:r>
        <w:rPr>
          <w:rFonts w:ascii="Times New Roman" w:hAnsi="Times New Roman" w:eastAsia="宋体"/>
          <w:b w:val="0"/>
          <w:i w:val="0"/>
          <w:sz w:val="21"/>
        </w:rPr>
        <w:t>因为 x≥0，所以 x=(1+√(5))/2，该值严格位于 1 与 2 之间。</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repeating tail gives x=√(1+x), so</w:t>
      </w:r>
    </w:p>
    <w:p>
      <w:pPr>
        <w:spacing w:before="0" w:after="80" w:line="300" w:lineRule="auto"/>
        <w:jc w:val="left"/>
      </w:pPr>
      <w:r>
        <w:rPr>
          <w:rFonts w:ascii="Times New Roman" w:hAnsi="Times New Roman" w:eastAsia="宋体"/>
          <w:b w:val="0"/>
          <w:i w:val="0"/>
          <w:color w:val="333333"/>
          <w:sz w:val="19"/>
        </w:rPr>
        <w:t>x²-x-1=0.</w:t>
      </w:r>
    </w:p>
    <w:p>
      <w:pPr>
        <w:spacing w:before="0" w:after="80" w:line="300" w:lineRule="auto"/>
        <w:jc w:val="left"/>
      </w:pPr>
      <w:r>
        <w:rPr>
          <w:rFonts w:ascii="Times New Roman" w:hAnsi="Times New Roman" w:eastAsia="宋体"/>
          <w:b w:val="0"/>
          <w:i w:val="0"/>
          <w:color w:val="333333"/>
          <w:sz w:val="19"/>
        </w:rPr>
        <w:t>Since x≥0, x=(1+√(5))/2, which lies strictly between 1 and 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43 题　答案 E</w:t>
      </w:r>
    </w:p>
    <w:p>
      <w:pPr>
        <w:spacing w:before="0" w:after="80" w:line="300" w:lineRule="auto"/>
        <w:jc w:val="left"/>
      </w:pPr>
      <w:r>
        <w:rPr>
          <w:rFonts w:ascii="Times New Roman" w:hAnsi="Times New Roman" w:eastAsia="宋体"/>
          <w:b w:val="0"/>
          <w:i w:val="0"/>
          <w:sz w:val="21"/>
        </w:rPr>
        <w:t>若 uv=P&gt;0，则 u+v≥2√(P)，并在 u=v 时取等号。因此，两数相等时得到的是最小的和。令 u 任意增大，同时令 v=P/u 变小，二者之和可以无限增大，所以两数相等时和并非最大。</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uv=P&gt;0, then u+v≥2√(P), with equality at u=v. Thus equality gives the least possible sum. The sum can grow without bound by taking u large and v=P/u small, so it is not greatest at equality.</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44 题　答案 E</w:t>
      </w:r>
    </w:p>
    <w:p>
      <w:pPr>
        <w:spacing w:before="0" w:after="80" w:line="300" w:lineRule="auto"/>
        <w:jc w:val="left"/>
      </w:pPr>
      <w:r>
        <w:rPr>
          <w:rFonts w:ascii="Times New Roman" w:hAnsi="Times New Roman" w:eastAsia="宋体"/>
          <w:b w:val="0"/>
          <w:i w:val="0"/>
          <w:sz w:val="21"/>
        </w:rPr>
        <w:t>分别取倒数，得到</w:t>
      </w:r>
    </w:p>
    <w:p>
      <w:pPr>
        <w:spacing w:before="0" w:after="80" w:line="300" w:lineRule="auto"/>
        <w:jc w:val="left"/>
      </w:pPr>
      <w:r>
        <w:rPr>
          <w:rFonts w:ascii="Times New Roman" w:hAnsi="Times New Roman" w:eastAsia="宋体"/>
          <w:b w:val="0"/>
          <w:i w:val="0"/>
          <w:sz w:val="21"/>
        </w:rPr>
        <w:t>1/x+1/y=1/a,</w:t>
      </w:r>
    </w:p>
    <w:p>
      <w:pPr>
        <w:spacing w:before="0" w:after="80" w:line="300" w:lineRule="auto"/>
        <w:jc w:val="left"/>
      </w:pPr>
      <w:r>
        <w:rPr>
          <w:rFonts w:ascii="Times New Roman" w:hAnsi="Times New Roman" w:eastAsia="宋体"/>
          <w:b w:val="0"/>
          <w:i w:val="0"/>
          <w:sz w:val="21"/>
        </w:rPr>
        <w:t>1/x+1/z=1/b,</w:t>
      </w:r>
    </w:p>
    <w:p>
      <w:pPr>
        <w:spacing w:before="0" w:after="80" w:line="300" w:lineRule="auto"/>
        <w:jc w:val="left"/>
      </w:pPr>
      <w:r>
        <w:rPr>
          <w:rFonts w:ascii="Times New Roman" w:hAnsi="Times New Roman" w:eastAsia="宋体"/>
          <w:b w:val="0"/>
          <w:i w:val="0"/>
          <w:sz w:val="21"/>
        </w:rPr>
        <w:t>1/y+1/z=1/c</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将前两式相加，再减去第三式，得到</w:t>
      </w:r>
    </w:p>
    <w:p>
      <w:pPr>
        <w:spacing w:before="0" w:after="80" w:line="300" w:lineRule="auto"/>
        <w:jc w:val="left"/>
      </w:pPr>
      <w:r>
        <w:rPr>
          <w:rFonts w:ascii="Times New Roman" w:hAnsi="Times New Roman" w:eastAsia="宋体"/>
          <w:b w:val="0"/>
          <w:i w:val="0"/>
          <w:sz w:val="21"/>
        </w:rPr>
        <w:t>2/x =1/a+1/b-1/c</w:t>
      </w:r>
    </w:p>
    <w:p>
      <w:pPr>
        <w:spacing w:before="0" w:after="80" w:line="300" w:lineRule="auto"/>
        <w:jc w:val="left"/>
      </w:pPr>
      <w:r>
        <w:rPr>
          <w:rFonts w:ascii="Times New Roman" w:hAnsi="Times New Roman" w:eastAsia="宋体"/>
          <w:b w:val="0"/>
          <w:i w:val="0"/>
          <w:sz w:val="21"/>
        </w:rPr>
        <w:t>=ac+bc-ab/abc</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x=2abc/ac+bc-ab。</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Inverting gives</w:t>
      </w:r>
    </w:p>
    <w:p>
      <w:pPr>
        <w:spacing w:before="0" w:after="80" w:line="300" w:lineRule="auto"/>
        <w:jc w:val="left"/>
      </w:pPr>
      <w:r>
        <w:rPr>
          <w:rFonts w:ascii="Times New Roman" w:hAnsi="Times New Roman" w:eastAsia="宋体"/>
          <w:b w:val="0"/>
          <w:i w:val="0"/>
          <w:color w:val="333333"/>
          <w:sz w:val="19"/>
        </w:rPr>
        <w:t>1/x+1/y=1/a,</w:t>
      </w:r>
    </w:p>
    <w:p>
      <w:pPr>
        <w:spacing w:before="0" w:after="80" w:line="300" w:lineRule="auto"/>
        <w:jc w:val="left"/>
      </w:pPr>
      <w:r>
        <w:rPr>
          <w:rFonts w:ascii="Times New Roman" w:hAnsi="Times New Roman" w:eastAsia="宋体"/>
          <w:b w:val="0"/>
          <w:i w:val="0"/>
          <w:color w:val="333333"/>
          <w:sz w:val="19"/>
        </w:rPr>
        <w:t>1/x+1/z=1/b,</w:t>
      </w:r>
    </w:p>
    <w:p>
      <w:pPr>
        <w:spacing w:before="0" w:after="80" w:line="300" w:lineRule="auto"/>
        <w:jc w:val="left"/>
      </w:pPr>
      <w:r>
        <w:rPr>
          <w:rFonts w:ascii="Times New Roman" w:hAnsi="Times New Roman" w:eastAsia="宋体"/>
          <w:b w:val="0"/>
          <w:i w:val="0"/>
          <w:color w:val="333333"/>
          <w:sz w:val="19"/>
        </w:rPr>
        <w:t>1/y+1/z=1/c.</w:t>
      </w:r>
    </w:p>
    <w:p>
      <w:pPr>
        <w:spacing w:before="0" w:after="80" w:line="300" w:lineRule="auto"/>
        <w:jc w:val="left"/>
      </w:pPr>
      <w:r>
        <w:rPr>
          <w:rFonts w:ascii="Times New Roman" w:hAnsi="Times New Roman" w:eastAsia="宋体"/>
          <w:b w:val="0"/>
          <w:i w:val="0"/>
          <w:color w:val="333333"/>
          <w:sz w:val="19"/>
        </w:rPr>
        <w:t>Adding the first two and subtracting the third yields</w:t>
      </w:r>
    </w:p>
    <w:p>
      <w:pPr>
        <w:spacing w:before="0" w:after="80" w:line="300" w:lineRule="auto"/>
        <w:jc w:val="left"/>
      </w:pPr>
      <w:r>
        <w:rPr>
          <w:rFonts w:ascii="Times New Roman" w:hAnsi="Times New Roman" w:eastAsia="宋体"/>
          <w:b w:val="0"/>
          <w:i w:val="0"/>
          <w:color w:val="333333"/>
          <w:sz w:val="19"/>
        </w:rPr>
        <w:t>2/x =1/a+1/b-1/c</w:t>
      </w:r>
    </w:p>
    <w:p>
      <w:pPr>
        <w:spacing w:before="0" w:after="80" w:line="300" w:lineRule="auto"/>
        <w:jc w:val="left"/>
      </w:pPr>
      <w:r>
        <w:rPr>
          <w:rFonts w:ascii="Times New Roman" w:hAnsi="Times New Roman" w:eastAsia="宋体"/>
          <w:b w:val="0"/>
          <w:i w:val="0"/>
          <w:color w:val="333333"/>
          <w:sz w:val="19"/>
        </w:rPr>
        <w:t>=ac+bc-ab/abc.</w:t>
      </w:r>
    </w:p>
    <w:p>
      <w:pPr>
        <w:spacing w:before="0" w:after="80" w:line="300" w:lineRule="auto"/>
        <w:jc w:val="left"/>
      </w:pPr>
      <w:r>
        <w:rPr>
          <w:rFonts w:ascii="Times New Roman" w:hAnsi="Times New Roman" w:eastAsia="宋体"/>
          <w:b w:val="0"/>
          <w:i w:val="0"/>
          <w:color w:val="333333"/>
          <w:sz w:val="19"/>
        </w:rPr>
        <w:t>Hence x=2abc/ac+bc-ab.</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45 题　答案 A</w:t>
      </w:r>
    </w:p>
    <w:p>
      <w:pPr>
        <w:spacing w:before="0" w:after="80" w:line="300" w:lineRule="auto"/>
        <w:jc w:val="left"/>
      </w:pPr>
      <w:r>
        <w:rPr>
          <w:rFonts w:ascii="Times New Roman" w:hAnsi="Times New Roman" w:eastAsia="宋体"/>
          <w:b w:val="0"/>
          <w:i w:val="0"/>
          <w:sz w:val="21"/>
        </w:rPr>
        <w:t>由已知条件，</w:t>
      </w:r>
    </w:p>
    <w:p>
      <w:pPr>
        <w:spacing w:before="0" w:after="80" w:line="300" w:lineRule="auto"/>
        <w:jc w:val="left"/>
      </w:pPr>
      <w:r>
        <w:rPr>
          <w:rFonts w:ascii="Times New Roman" w:hAnsi="Times New Roman" w:eastAsia="宋体"/>
          <w:b w:val="0"/>
          <w:i w:val="0"/>
          <w:sz w:val="21"/>
        </w:rPr>
        <w:t>log2=1/3log8,</w:t>
      </w:r>
    </w:p>
    <w:p>
      <w:pPr>
        <w:spacing w:before="0" w:after="80" w:line="300" w:lineRule="auto"/>
        <w:jc w:val="left"/>
      </w:pPr>
      <w:r>
        <w:rPr>
          <w:rFonts w:ascii="Times New Roman" w:hAnsi="Times New Roman" w:eastAsia="宋体"/>
          <w:b w:val="0"/>
          <w:i w:val="0"/>
          <w:sz w:val="21"/>
        </w:rPr>
        <w:t>log3=1/2log9</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并且 log5=1-log2。因此，可以求出由 2,3,5 的幂相乘或相除所得各数的对数。17 不含这些质因数中的任何一个，所以仅凭已知条件不能确定其对数。</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From the data,</w:t>
      </w:r>
    </w:p>
    <w:p>
      <w:pPr>
        <w:spacing w:before="0" w:after="80" w:line="300" w:lineRule="auto"/>
        <w:jc w:val="left"/>
      </w:pPr>
      <w:r>
        <w:rPr>
          <w:rFonts w:ascii="Times New Roman" w:hAnsi="Times New Roman" w:eastAsia="宋体"/>
          <w:b w:val="0"/>
          <w:i w:val="0"/>
          <w:color w:val="333333"/>
          <w:sz w:val="19"/>
        </w:rPr>
        <w:t>log2=1/3log8,</w:t>
      </w:r>
    </w:p>
    <w:p>
      <w:pPr>
        <w:spacing w:before="0" w:after="80" w:line="300" w:lineRule="auto"/>
        <w:jc w:val="left"/>
      </w:pPr>
      <w:r>
        <w:rPr>
          <w:rFonts w:ascii="Times New Roman" w:hAnsi="Times New Roman" w:eastAsia="宋体"/>
          <w:b w:val="0"/>
          <w:i w:val="0"/>
          <w:color w:val="333333"/>
          <w:sz w:val="19"/>
        </w:rPr>
        <w:t>log3=1/2log9,</w:t>
      </w:r>
    </w:p>
    <w:p>
      <w:pPr>
        <w:spacing w:before="0" w:after="80" w:line="300" w:lineRule="auto"/>
        <w:jc w:val="left"/>
      </w:pPr>
      <w:r>
        <w:rPr>
          <w:rFonts w:ascii="Times New Roman" w:hAnsi="Times New Roman" w:eastAsia="宋体"/>
          <w:b w:val="0"/>
          <w:i w:val="0"/>
          <w:color w:val="333333"/>
          <w:sz w:val="19"/>
        </w:rPr>
        <w:t>and log5=1-log2. Therefore logarithms of products and quotients of powers of 2,3,5 can be computed. The number 17 has none of those prime factors, so its logarithm is not determined by the data.</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46 题　答案 A</w:t>
      </w:r>
    </w:p>
    <w:p>
      <w:pPr>
        <w:spacing w:before="0" w:after="80" w:line="300" w:lineRule="auto"/>
        <w:jc w:val="left"/>
      </w:pPr>
      <w:r>
        <w:rPr>
          <w:rFonts w:ascii="Times New Roman" w:hAnsi="Times New Roman" w:eastAsia="宋体"/>
          <w:b w:val="0"/>
          <w:i w:val="0"/>
          <w:sz w:val="21"/>
        </w:rPr>
        <w:t>延长 CO，使其再次交圆于 E。因为 CE 是直径，所以 ∠ CDE=90°。又因为 CD⊥ AB，所以 DE∥ AB。若 ∠ OCD=∠ ECD 的平分线交圆于 P，则相等的圆周角所对弧相等，故 EP=PD。由于平行弦 DE 的两个端点关于固定直径 AB 对称分布，其弧中点 P 就是弧 AB 的中点。</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Extend CO to meet the circle again at E. Since CE is a diameter, ∠ CDE=90°. Also CD⊥ AB, so DE∥ AB. If the bisector of ∠ OCD=∠ ECD meets the circle at P, equal inscribed angles give equal arcs EP=PD. Because the parallel chord DE has endpoints symmetrically placed relative to the fixed diameter AB, their arc midpoint P is the midpoint of arc AB.</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47 题　答案 D</w:t>
      </w:r>
    </w:p>
    <w:p>
      <w:pPr>
        <w:spacing w:before="0" w:after="80" w:line="300" w:lineRule="auto"/>
        <w:jc w:val="left"/>
      </w:pPr>
      <w:r>
        <w:rPr>
          <w:rFonts w:ascii="Times New Roman" w:hAnsi="Times New Roman" w:eastAsia="宋体"/>
          <w:b w:val="0"/>
          <w:i w:val="0"/>
          <w:sz w:val="21"/>
        </w:rPr>
        <w:t>由韦达定理，</w:t>
      </w:r>
    </w:p>
    <w:p>
      <w:pPr>
        <w:spacing w:before="0" w:after="80" w:line="300" w:lineRule="auto"/>
        <w:jc w:val="left"/>
      </w:pPr>
      <w:r>
        <w:rPr>
          <w:rFonts w:ascii="Times New Roman" w:hAnsi="Times New Roman" w:eastAsia="宋体"/>
          <w:b w:val="0"/>
          <w:i w:val="0"/>
          <w:sz w:val="21"/>
        </w:rPr>
        <w:t>r+s=-b/a, rs=c/a。</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1/r²+1/s² =((r+s)²-2rs)/((rs)²)</w:t>
      </w:r>
    </w:p>
    <w:p>
      <w:pPr>
        <w:spacing w:before="0" w:after="80" w:line="300" w:lineRule="auto"/>
        <w:jc w:val="left"/>
      </w:pPr>
      <w:r>
        <w:rPr>
          <w:rFonts w:ascii="Times New Roman" w:hAnsi="Times New Roman" w:eastAsia="宋体"/>
          <w:b w:val="0"/>
          <w:i w:val="0"/>
          <w:sz w:val="21"/>
        </w:rPr>
        <w:t>=b²-2ac/c²</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Vieta’s formulas,</w:t>
      </w:r>
    </w:p>
    <w:p>
      <w:pPr>
        <w:spacing w:before="0" w:after="80" w:line="300" w:lineRule="auto"/>
        <w:jc w:val="left"/>
      </w:pPr>
      <w:r>
        <w:rPr>
          <w:rFonts w:ascii="Times New Roman" w:hAnsi="Times New Roman" w:eastAsia="宋体"/>
          <w:b w:val="0"/>
          <w:i w:val="0"/>
          <w:color w:val="333333"/>
          <w:sz w:val="19"/>
        </w:rPr>
        <w:t>r+s=-b/a, rs=c/a.</w:t>
      </w:r>
    </w:p>
    <w:p>
      <w:pPr>
        <w:spacing w:before="0" w:after="80" w:line="300" w:lineRule="auto"/>
        <w:jc w:val="left"/>
      </w:pPr>
      <w:r>
        <w:rPr>
          <w:rFonts w:ascii="Times New Roman" w:hAnsi="Times New Roman" w:eastAsia="宋体"/>
          <w:b w:val="0"/>
          <w:i w:val="0"/>
          <w:color w:val="333333"/>
          <w:sz w:val="19"/>
        </w:rPr>
        <w:t>Therefore</w:t>
      </w:r>
    </w:p>
    <w:p>
      <w:pPr>
        <w:spacing w:before="0" w:after="80" w:line="300" w:lineRule="auto"/>
        <w:jc w:val="left"/>
      </w:pPr>
      <w:r>
        <w:rPr>
          <w:rFonts w:ascii="Times New Roman" w:hAnsi="Times New Roman" w:eastAsia="宋体"/>
          <w:b w:val="0"/>
          <w:i w:val="0"/>
          <w:color w:val="333333"/>
          <w:sz w:val="19"/>
        </w:rPr>
        <w:t>1/r²+1/s² =((r+s)²-2rs)/((rs)²)</w:t>
      </w:r>
    </w:p>
    <w:p>
      <w:pPr>
        <w:spacing w:before="0" w:after="80" w:line="300" w:lineRule="auto"/>
        <w:jc w:val="left"/>
      </w:pPr>
      <w:r>
        <w:rPr>
          <w:rFonts w:ascii="Times New Roman" w:hAnsi="Times New Roman" w:eastAsia="宋体"/>
          <w:b w:val="0"/>
          <w:i w:val="0"/>
          <w:color w:val="333333"/>
          <w:sz w:val="19"/>
        </w:rPr>
        <w:t>=b²-2ac/c².</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48 题　答案 C</w:t>
      </w:r>
    </w:p>
    <w:p>
      <w:pPr>
        <w:spacing w:before="0" w:after="80" w:line="300" w:lineRule="auto"/>
        <w:jc w:val="left"/>
      </w:pPr>
      <w:r>
        <w:rPr>
          <w:rFonts w:ascii="Times New Roman" w:hAnsi="Times New Roman" w:eastAsia="宋体"/>
          <w:b w:val="0"/>
          <w:i w:val="0"/>
          <w:sz w:val="21"/>
        </w:rPr>
        <w:t>对于内接于半圆的正方形，将其底边放在直径上。一个上顶点到圆心的水平距离为 s/2，竖直距离为 s，所以</w:t>
      </w:r>
    </w:p>
    <w:p>
      <w:pPr>
        <w:spacing w:before="0" w:after="80" w:line="300" w:lineRule="auto"/>
        <w:jc w:val="left"/>
      </w:pPr>
      <w:r>
        <w:rPr>
          <w:rFonts w:ascii="Times New Roman" w:hAnsi="Times New Roman" w:eastAsia="宋体"/>
          <w:b w:val="0"/>
          <w:i w:val="0"/>
          <w:sz w:val="21"/>
        </w:rPr>
        <w:t>(s/2)²+s²=R²，</w:t>
      </w:r>
    </w:p>
    <w:p>
      <w:pPr>
        <w:spacing w:before="0" w:after="80" w:line="300" w:lineRule="auto"/>
        <w:jc w:val="left"/>
      </w:pPr>
      <w:r>
        <w:rPr>
          <w:rFonts w:ascii="Times New Roman" w:hAnsi="Times New Roman" w:eastAsia="宋体"/>
          <w:b w:val="0"/>
          <w:i w:val="0"/>
          <w:sz w:val="21"/>
        </w:rPr>
        <w:t>得到 s²=4R²/5。内接于整圆的正方形对角线长为 2R，故面积为 2R²。所求比为</w:t>
      </w:r>
    </w:p>
    <w:p>
      <w:pPr>
        <w:spacing w:before="0" w:after="80" w:line="300" w:lineRule="auto"/>
        <w:jc w:val="left"/>
      </w:pPr>
      <w:r>
        <w:rPr>
          <w:rFonts w:ascii="Times New Roman" w:hAnsi="Times New Roman" w:eastAsia="宋体"/>
          <w:b w:val="0"/>
          <w:i w:val="0"/>
          <w:sz w:val="21"/>
        </w:rPr>
        <w:t>(4R²/5)/2R²=2/5。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the square in the semicircle, put its base on the diameter. A top vertex has horizontal distance s/2 from the center and vertical distance s, so</w:t>
      </w:r>
    </w:p>
    <w:p>
      <w:pPr>
        <w:spacing w:before="0" w:after="80" w:line="300" w:lineRule="auto"/>
        <w:jc w:val="left"/>
      </w:pPr>
      <w:r>
        <w:rPr>
          <w:rFonts w:ascii="Times New Roman" w:hAnsi="Times New Roman" w:eastAsia="宋体"/>
          <w:b w:val="0"/>
          <w:i w:val="0"/>
          <w:color w:val="333333"/>
          <w:sz w:val="19"/>
        </w:rPr>
        <w:t>(s/2)²+s²=R²,</w:t>
      </w:r>
    </w:p>
    <w:p>
      <w:pPr>
        <w:spacing w:before="0" w:after="80" w:line="300" w:lineRule="auto"/>
        <w:jc w:val="left"/>
      </w:pPr>
      <w:r>
        <w:rPr>
          <w:rFonts w:ascii="Times New Roman" w:hAnsi="Times New Roman" w:eastAsia="宋体"/>
          <w:b w:val="0"/>
          <w:i w:val="0"/>
          <w:color w:val="333333"/>
          <w:sz w:val="19"/>
        </w:rPr>
        <w:t>giving s²=4R²/5. A square inscribed in the full circle has diagonal 2R, hence area 2R². The ratio is</w:t>
      </w:r>
    </w:p>
    <w:p>
      <w:pPr>
        <w:spacing w:before="0" w:after="80" w:line="300" w:lineRule="auto"/>
        <w:jc w:val="left"/>
      </w:pPr>
      <w:r>
        <w:rPr>
          <w:rFonts w:ascii="Times New Roman" w:hAnsi="Times New Roman" w:eastAsia="宋体"/>
          <w:b w:val="0"/>
          <w:i w:val="0"/>
          <w:color w:val="333333"/>
          <w:sz w:val="19"/>
        </w:rPr>
        <w:t>(4R²/5)/2R²=2/5.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49 题　答案 D</w:t>
      </w:r>
    </w:p>
    <w:p>
      <w:pPr>
        <w:spacing w:before="0" w:after="80" w:line="300" w:lineRule="auto"/>
        <w:jc w:val="left"/>
      </w:pPr>
      <w:r>
        <w:rPr>
          <w:rFonts w:ascii="Times New Roman" w:hAnsi="Times New Roman" w:eastAsia="宋体"/>
          <w:b w:val="0"/>
          <w:i w:val="0"/>
          <w:sz w:val="21"/>
        </w:rPr>
        <w:t>设两条直角边为 a,b。从其相对的锐角顶点所作中线的长度平方满足</w:t>
      </w:r>
    </w:p>
    <w:p>
      <w:pPr>
        <w:spacing w:before="0" w:after="80" w:line="300" w:lineRule="auto"/>
        <w:jc w:val="left"/>
      </w:pPr>
      <w:r>
        <w:rPr>
          <w:rFonts w:ascii="Times New Roman" w:hAnsi="Times New Roman" w:eastAsia="宋体"/>
          <w:b w:val="0"/>
          <w:i w:val="0"/>
          <w:sz w:val="21"/>
        </w:rPr>
        <w:t>a²+b²/4=25, a²/4+b²=40。</w:t>
      </w:r>
    </w:p>
    <w:p>
      <w:pPr>
        <w:spacing w:before="0" w:after="80" w:line="300" w:lineRule="auto"/>
        <w:jc w:val="left"/>
      </w:pPr>
      <w:r>
        <w:rPr>
          <w:rFonts w:ascii="Times New Roman" w:hAnsi="Times New Roman" w:eastAsia="宋体"/>
          <w:b w:val="0"/>
          <w:i w:val="0"/>
          <w:sz w:val="21"/>
        </w:rPr>
        <w:t>解得 a²=16 和 b²=36。因此，斜边 c 满足</w:t>
      </w:r>
    </w:p>
    <w:p>
      <w:pPr>
        <w:spacing w:before="0" w:after="80" w:line="300" w:lineRule="auto"/>
        <w:jc w:val="left"/>
      </w:pPr>
      <w:r>
        <w:rPr>
          <w:rFonts w:ascii="Times New Roman" w:hAnsi="Times New Roman" w:eastAsia="宋体"/>
          <w:b w:val="0"/>
          <w:i w:val="0"/>
          <w:sz w:val="21"/>
        </w:rPr>
        <w:t>c²=a²+b²=52，</w:t>
      </w:r>
    </w:p>
    <w:p>
      <w:pPr>
        <w:spacing w:before="0" w:after="80" w:line="300" w:lineRule="auto"/>
        <w:jc w:val="left"/>
      </w:pPr>
      <w:r>
        <w:rPr>
          <w:rFonts w:ascii="Times New Roman" w:hAnsi="Times New Roman" w:eastAsia="宋体"/>
          <w:b w:val="0"/>
          <w:i w:val="0"/>
          <w:sz w:val="21"/>
        </w:rPr>
        <w:t>所以 c=2√(13)。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legs be a,b. The medians from their opposite acute vertices have squared lengths</w:t>
      </w:r>
    </w:p>
    <w:p>
      <w:pPr>
        <w:spacing w:before="0" w:after="80" w:line="300" w:lineRule="auto"/>
        <w:jc w:val="left"/>
      </w:pPr>
      <w:r>
        <w:rPr>
          <w:rFonts w:ascii="Times New Roman" w:hAnsi="Times New Roman" w:eastAsia="宋体"/>
          <w:b w:val="0"/>
          <w:i w:val="0"/>
          <w:color w:val="333333"/>
          <w:sz w:val="19"/>
        </w:rPr>
        <w:t>a²+b²/4=25, a²/4+b²=40.</w:t>
      </w:r>
    </w:p>
    <w:p>
      <w:pPr>
        <w:spacing w:before="0" w:after="80" w:line="300" w:lineRule="auto"/>
        <w:jc w:val="left"/>
      </w:pPr>
      <w:r>
        <w:rPr>
          <w:rFonts w:ascii="Times New Roman" w:hAnsi="Times New Roman" w:eastAsia="宋体"/>
          <w:b w:val="0"/>
          <w:i w:val="0"/>
          <w:color w:val="333333"/>
          <w:sz w:val="19"/>
        </w:rPr>
        <w:t>Solving gives a²=16 and b²=36. Thus the hypotenuse c satisfies</w:t>
      </w:r>
    </w:p>
    <w:p>
      <w:pPr>
        <w:spacing w:before="0" w:after="80" w:line="300" w:lineRule="auto"/>
        <w:jc w:val="left"/>
      </w:pPr>
      <w:r>
        <w:rPr>
          <w:rFonts w:ascii="Times New Roman" w:hAnsi="Times New Roman" w:eastAsia="宋体"/>
          <w:b w:val="0"/>
          <w:i w:val="0"/>
          <w:color w:val="333333"/>
          <w:sz w:val="19"/>
        </w:rPr>
        <w:t>c²=a²+b²=52,</w:t>
      </w:r>
    </w:p>
    <w:p>
      <w:pPr>
        <w:spacing w:before="0" w:after="80" w:line="300" w:lineRule="auto"/>
        <w:jc w:val="left"/>
      </w:pPr>
      <w:r>
        <w:rPr>
          <w:rFonts w:ascii="Times New Roman" w:hAnsi="Times New Roman" w:eastAsia="宋体"/>
          <w:b w:val="0"/>
          <w:i w:val="0"/>
          <w:color w:val="333333"/>
          <w:sz w:val="19"/>
        </w:rPr>
        <w:t>so c=2√(13).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50 题　答案 D</w:t>
      </w:r>
    </w:p>
    <w:p>
      <w:pPr>
        <w:spacing w:before="0" w:after="80" w:line="300" w:lineRule="auto"/>
        <w:jc w:val="left"/>
      </w:pPr>
      <w:r>
        <w:rPr>
          <w:rFonts w:ascii="Times New Roman" w:hAnsi="Times New Roman" w:eastAsia="宋体"/>
          <w:b w:val="0"/>
          <w:i w:val="0"/>
          <w:sz w:val="21"/>
        </w:rPr>
        <w:t>令 t₁,t₂,t₃ 分别为哈里下车前汽车行驶的时间、汽车返回接迪克的时间以及汽车载着迪克向前行驶的时间。汽车、迪克和哈里各自行进 100 英里，因此</w:t>
      </w:r>
    </w:p>
    <w:p>
      <w:pPr>
        <w:spacing w:before="0" w:after="80" w:line="300" w:lineRule="auto"/>
        <w:jc w:val="left"/>
      </w:pPr>
      <w:r>
        <w:rPr>
          <w:rFonts w:ascii="Times New Roman" w:hAnsi="Times New Roman" w:eastAsia="宋体"/>
          <w:b w:val="0"/>
          <w:i w:val="0"/>
          <w:sz w:val="21"/>
        </w:rPr>
        <w:t>25t₁-25t₂+25t₃=100,</w:t>
      </w:r>
    </w:p>
    <w:p>
      <w:pPr>
        <w:spacing w:before="0" w:after="80" w:line="300" w:lineRule="auto"/>
        <w:jc w:val="left"/>
      </w:pPr>
      <w:r>
        <w:rPr>
          <w:rFonts w:ascii="Times New Roman" w:hAnsi="Times New Roman" w:eastAsia="宋体"/>
          <w:b w:val="0"/>
          <w:i w:val="0"/>
          <w:sz w:val="21"/>
        </w:rPr>
        <w:t>5t₁+5t₂+25t₃=100,</w:t>
      </w:r>
    </w:p>
    <w:p>
      <w:pPr>
        <w:spacing w:before="0" w:after="80" w:line="300" w:lineRule="auto"/>
        <w:jc w:val="left"/>
      </w:pPr>
      <w:r>
        <w:rPr>
          <w:rFonts w:ascii="Times New Roman" w:hAnsi="Times New Roman" w:eastAsia="宋体"/>
          <w:b w:val="0"/>
          <w:i w:val="0"/>
          <w:sz w:val="21"/>
        </w:rPr>
        <w:t>25t₁+5t₂+5t₃=100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各式除以 5 并求解，得到 t₁=3, t₂=2, t₃=3。因此，他们共同的行程时间为 t₁+t₂+t₃=8 小时。</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t₁,t₂,t₃ be the car’s times before Harry leaves it, while it returns for Dick, and while it carries Dick forward. The car, Dick, and Harry each cover 100 miles, giving</w:t>
      </w:r>
    </w:p>
    <w:p>
      <w:pPr>
        <w:spacing w:before="0" w:after="80" w:line="300" w:lineRule="auto"/>
        <w:jc w:val="left"/>
      </w:pPr>
      <w:r>
        <w:rPr>
          <w:rFonts w:ascii="Times New Roman" w:hAnsi="Times New Roman" w:eastAsia="宋体"/>
          <w:b w:val="0"/>
          <w:i w:val="0"/>
          <w:color w:val="333333"/>
          <w:sz w:val="19"/>
        </w:rPr>
        <w:t>25t₁-25t₂+25t₃=100,</w:t>
      </w:r>
    </w:p>
    <w:p>
      <w:pPr>
        <w:spacing w:before="0" w:after="80" w:line="300" w:lineRule="auto"/>
        <w:jc w:val="left"/>
      </w:pPr>
      <w:r>
        <w:rPr>
          <w:rFonts w:ascii="Times New Roman" w:hAnsi="Times New Roman" w:eastAsia="宋体"/>
          <w:b w:val="0"/>
          <w:i w:val="0"/>
          <w:color w:val="333333"/>
          <w:sz w:val="19"/>
        </w:rPr>
        <w:t>5t₁+5t₂+25t₃=100,</w:t>
      </w:r>
    </w:p>
    <w:p>
      <w:pPr>
        <w:spacing w:before="0" w:after="80" w:line="300" w:lineRule="auto"/>
        <w:jc w:val="left"/>
      </w:pPr>
      <w:r>
        <w:rPr>
          <w:rFonts w:ascii="Times New Roman" w:hAnsi="Times New Roman" w:eastAsia="宋体"/>
          <w:b w:val="0"/>
          <w:i w:val="0"/>
          <w:color w:val="333333"/>
          <w:sz w:val="19"/>
        </w:rPr>
        <w:t>25t₁+5t₂+5t₃=100.</w:t>
      </w:r>
    </w:p>
    <w:p>
      <w:pPr>
        <w:spacing w:before="0" w:after="80" w:line="300" w:lineRule="auto"/>
        <w:jc w:val="left"/>
      </w:pPr>
      <w:r>
        <w:rPr>
          <w:rFonts w:ascii="Times New Roman" w:hAnsi="Times New Roman" w:eastAsia="宋体"/>
          <w:b w:val="0"/>
          <w:i w:val="0"/>
          <w:color w:val="333333"/>
          <w:sz w:val="19"/>
        </w:rPr>
        <w:t>Dividing by 5 and solving yields t₁=3, t₂=2, t₃=3. Therefore the common travel time is t₁+t₂+t₃=8 hours.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