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1950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50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若将 64 按 2、4 和 6 的比例分成三部分，则最小的一部分是：</w:t>
      </w:r>
    </w:p>
    <w:p>
      <w:pPr>
        <w:spacing w:before="0" w:after="120" w:line="300" w:lineRule="auto"/>
      </w:pPr>
      <w:r>
        <w:rPr>
          <w:rFonts w:ascii="Times New Roman" w:hAnsi="Times New Roman" w:eastAsia="宋体"/>
          <w:b w:val="0"/>
          <w:i w:val="0"/>
          <w:sz w:val="21"/>
        </w:rPr>
        <w:t>（A）51/3　　（B）11　　（C）102/3　　（D）5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64 is divided into three parts proportional to 2, 4, and 6, the smallest part is:</w:t>
      </w:r>
    </w:p>
    <w:p>
      <w:pPr>
        <w:spacing w:before="0" w:after="160" w:line="300" w:lineRule="auto"/>
      </w:pPr>
      <w:r>
        <w:rPr>
          <w:rFonts w:ascii="Times New Roman" w:hAnsi="Times New Roman" w:eastAsia="宋体"/>
          <w:b w:val="0"/>
          <w:i w:val="0"/>
          <w:color w:val="333333"/>
          <w:sz w:val="19"/>
        </w:rPr>
        <w:t>(A) 51/3　　(B) 11　　(C) 102/3　　(D) 5　　(E) None of these answers</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设 R=gS-4。当 S=8 时，R=16；当 S=10 时，R 等于：</w:t>
      </w:r>
    </w:p>
    <w:p>
      <w:pPr>
        <w:spacing w:before="0" w:after="120" w:line="300" w:lineRule="auto"/>
      </w:pPr>
      <w:r>
        <w:rPr>
          <w:rFonts w:ascii="Times New Roman" w:hAnsi="Times New Roman" w:eastAsia="宋体"/>
          <w:b w:val="0"/>
          <w:i w:val="0"/>
          <w:sz w:val="21"/>
        </w:rPr>
        <w:t>（A）11　　（B）14　　（C）20　　（D）21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R=gS-4. When S=8, R=16. When S=10, R is equal to:</w:t>
      </w:r>
    </w:p>
    <w:p>
      <w:pPr>
        <w:spacing w:before="0" w:after="160" w:line="300" w:lineRule="auto"/>
      </w:pPr>
      <w:r>
        <w:rPr>
          <w:rFonts w:ascii="Times New Roman" w:hAnsi="Times New Roman" w:eastAsia="宋体"/>
          <w:b w:val="0"/>
          <w:i w:val="0"/>
          <w:color w:val="333333"/>
          <w:sz w:val="19"/>
        </w:rPr>
        <w:t>(A) 11　　(B) 14　　(C) 20　　(D) 21　　(E) None of these answers</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方程 4x²+5-8x=0 的两根之和等于：</w:t>
      </w:r>
    </w:p>
    <w:p>
      <w:pPr>
        <w:spacing w:before="0" w:after="120" w:line="300" w:lineRule="auto"/>
      </w:pPr>
      <w:r>
        <w:rPr>
          <w:rFonts w:ascii="Times New Roman" w:hAnsi="Times New Roman" w:eastAsia="宋体"/>
          <w:b w:val="0"/>
          <w:i w:val="0"/>
          <w:sz w:val="21"/>
        </w:rPr>
        <w:t>（A）8　　（B）-5　　（C）-5/4　　（D）-2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roots of the equation 4x²+5-8x=0 is equal to:</w:t>
      </w:r>
    </w:p>
    <w:p>
      <w:pPr>
        <w:spacing w:before="0" w:after="160" w:line="300" w:lineRule="auto"/>
      </w:pPr>
      <w:r>
        <w:rPr>
          <w:rFonts w:ascii="Times New Roman" w:hAnsi="Times New Roman" w:eastAsia="宋体"/>
          <w:b w:val="0"/>
          <w:i w:val="0"/>
          <w:color w:val="333333"/>
          <w:sz w:val="19"/>
        </w:rPr>
        <w:t>(A) 8　　(B) -5　　(C) -5/4　　(D) -2　　(E) None of these answers</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化为最简式后，</w:t>
      </w:r>
    </w:p>
    <w:p>
      <w:pPr>
        <w:spacing w:before="0" w:after="80" w:line="300" w:lineRule="auto"/>
        <w:jc w:val="left"/>
      </w:pPr>
      <w:r>
        <w:rPr>
          <w:rFonts w:ascii="Times New Roman" w:hAnsi="Times New Roman" w:eastAsia="宋体"/>
          <w:b w:val="0"/>
          <w:i w:val="0"/>
          <w:sz w:val="21"/>
        </w:rPr>
        <w:t>a²-b²/ab-ab-b²/ab-a²</w:t>
      </w:r>
    </w:p>
    <w:p>
      <w:pPr>
        <w:spacing w:before="0" w:after="80" w:line="300" w:lineRule="auto"/>
        <w:jc w:val="left"/>
      </w:pPr>
      <w:r>
        <w:rPr>
          <w:rFonts w:ascii="Times New Roman" w:hAnsi="Times New Roman" w:eastAsia="宋体"/>
          <w:b w:val="0"/>
          <w:i w:val="0"/>
          <w:sz w:val="21"/>
        </w:rPr>
        <w:t>等于：</w:t>
      </w:r>
    </w:p>
    <w:p>
      <w:pPr>
        <w:spacing w:before="0" w:after="120" w:line="300" w:lineRule="auto"/>
      </w:pPr>
      <w:r>
        <w:rPr>
          <w:rFonts w:ascii="Times New Roman" w:hAnsi="Times New Roman" w:eastAsia="宋体"/>
          <w:b w:val="0"/>
          <w:i w:val="0"/>
          <w:sz w:val="21"/>
        </w:rPr>
        <w:t>（A）a/b　　（B）a²-2b²/ab　　（C）a²　　（D）a-2b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Reduced to lowest terms,</w:t>
      </w:r>
    </w:p>
    <w:p>
      <w:pPr>
        <w:spacing w:before="0" w:after="80" w:line="300" w:lineRule="auto"/>
        <w:jc w:val="left"/>
      </w:pPr>
      <w:r>
        <w:rPr>
          <w:rFonts w:ascii="Times New Roman" w:hAnsi="Times New Roman" w:eastAsia="宋体"/>
          <w:b w:val="0"/>
          <w:i w:val="0"/>
          <w:color w:val="333333"/>
          <w:sz w:val="19"/>
        </w:rPr>
        <w:t>a²-b²/ab-ab-b²/ab-a²</w:t>
      </w:r>
    </w:p>
    <w:p>
      <w:pPr>
        <w:spacing w:before="0" w:after="80" w:line="300" w:lineRule="auto"/>
        <w:jc w:val="left"/>
      </w:pPr>
      <w:r>
        <w:rPr>
          <w:rFonts w:ascii="Times New Roman" w:hAnsi="Times New Roman" w:eastAsia="宋体"/>
          <w:b w:val="0"/>
          <w:i w:val="0"/>
          <w:color w:val="333333"/>
          <w:sz w:val="19"/>
        </w:rPr>
        <w:t>is equal to:</w:t>
      </w:r>
    </w:p>
    <w:p>
      <w:pPr>
        <w:spacing w:before="0" w:after="160" w:line="300" w:lineRule="auto"/>
      </w:pPr>
      <w:r>
        <w:rPr>
          <w:rFonts w:ascii="Times New Roman" w:hAnsi="Times New Roman" w:eastAsia="宋体"/>
          <w:b w:val="0"/>
          <w:i w:val="0"/>
          <w:color w:val="333333"/>
          <w:sz w:val="19"/>
        </w:rPr>
        <w:t>(A) a/b　　(B) a²-2b²/ab　　(C) a²　　(D) a-2b　　(E) None of these answers</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在 8 和 5832 之间插入五个等比中项后，所得等比数列的第五项是：</w:t>
      </w:r>
    </w:p>
    <w:p>
      <w:pPr>
        <w:spacing w:before="0" w:after="120" w:line="300" w:lineRule="auto"/>
      </w:pPr>
      <w:r>
        <w:rPr>
          <w:rFonts w:ascii="Times New Roman" w:hAnsi="Times New Roman" w:eastAsia="宋体"/>
          <w:b w:val="0"/>
          <w:i w:val="0"/>
          <w:sz w:val="21"/>
        </w:rPr>
        <w:t>（A）648　　（B）832　　（C）1168　　（D）1944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five geometric means are inserted between 8 and 5832, the fifth term in the geometric series is:</w:t>
      </w:r>
    </w:p>
    <w:p>
      <w:pPr>
        <w:spacing w:before="0" w:after="160" w:line="300" w:lineRule="auto"/>
      </w:pPr>
      <w:r>
        <w:rPr>
          <w:rFonts w:ascii="Times New Roman" w:hAnsi="Times New Roman" w:eastAsia="宋体"/>
          <w:b w:val="0"/>
          <w:i w:val="0"/>
          <w:color w:val="333333"/>
          <w:sz w:val="19"/>
        </w:rPr>
        <w:t>(A) 648　　(B) 832　　(C) 1168　　(D) 1944　　(E) None of these answers</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满足下列方程组的 y 值</w:t>
      </w:r>
    </w:p>
    <w:p>
      <w:pPr>
        <w:spacing w:before="0" w:after="80" w:line="300" w:lineRule="auto"/>
        <w:jc w:val="left"/>
      </w:pPr>
      <w:r>
        <w:rPr>
          <w:rFonts w:ascii="Times New Roman" w:hAnsi="Times New Roman" w:eastAsia="宋体"/>
          <w:b w:val="0"/>
          <w:i w:val="0"/>
          <w:sz w:val="21"/>
        </w:rPr>
        <w:t>2x²+6x+5y+1=0,</w:t>
      </w:r>
    </w:p>
    <w:p>
      <w:pPr>
        <w:spacing w:before="0" w:after="80" w:line="300" w:lineRule="auto"/>
        <w:jc w:val="left"/>
      </w:pPr>
      <w:r>
        <w:rPr>
          <w:rFonts w:ascii="Times New Roman" w:hAnsi="Times New Roman" w:eastAsia="宋体"/>
          <w:b w:val="0"/>
          <w:i w:val="0"/>
          <w:sz w:val="21"/>
        </w:rPr>
        <w:t>2x+y+3=0</w:t>
      </w:r>
    </w:p>
    <w:p>
      <w:pPr>
        <w:spacing w:before="0" w:after="80" w:line="300" w:lineRule="auto"/>
        <w:jc w:val="left"/>
      </w:pPr>
      <w:r>
        <w:rPr>
          <w:rFonts w:ascii="Times New Roman" w:hAnsi="Times New Roman" w:eastAsia="宋体"/>
          <w:b w:val="0"/>
          <w:i w:val="0"/>
          <w:sz w:val="21"/>
        </w:rPr>
        <w:t>可以通过求解下列方程得到：</w:t>
      </w:r>
    </w:p>
    <w:p>
      <w:pPr>
        <w:spacing w:before="0" w:after="120" w:line="300" w:lineRule="auto"/>
      </w:pPr>
      <w:r>
        <w:rPr>
          <w:rFonts w:ascii="Times New Roman" w:hAnsi="Times New Roman" w:eastAsia="宋体"/>
          <w:b w:val="0"/>
          <w:i w:val="0"/>
          <w:sz w:val="21"/>
        </w:rPr>
        <w:t>（A）y²+14y-7=0　　（B）y²+8y+1=0　　（C）y²+10y-7=0　　（D）y²+y-12=0　　（E）以上方程均不正确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values of y which will satisfy the equations</w:t>
      </w:r>
    </w:p>
    <w:p>
      <w:pPr>
        <w:spacing w:before="0" w:after="80" w:line="300" w:lineRule="auto"/>
        <w:jc w:val="left"/>
      </w:pPr>
      <w:r>
        <w:rPr>
          <w:rFonts w:ascii="Times New Roman" w:hAnsi="Times New Roman" w:eastAsia="宋体"/>
          <w:b w:val="0"/>
          <w:i w:val="0"/>
          <w:color w:val="333333"/>
          <w:sz w:val="19"/>
        </w:rPr>
        <w:t>2x²+6x+5y+1=0,</w:t>
      </w:r>
    </w:p>
    <w:p>
      <w:pPr>
        <w:spacing w:before="0" w:after="80" w:line="300" w:lineRule="auto"/>
        <w:jc w:val="left"/>
      </w:pPr>
      <w:r>
        <w:rPr>
          <w:rFonts w:ascii="Times New Roman" w:hAnsi="Times New Roman" w:eastAsia="宋体"/>
          <w:b w:val="0"/>
          <w:i w:val="0"/>
          <w:color w:val="333333"/>
          <w:sz w:val="19"/>
        </w:rPr>
        <w:t>2x+y+3=0</w:t>
      </w:r>
    </w:p>
    <w:p>
      <w:pPr>
        <w:spacing w:before="0" w:after="80" w:line="300" w:lineRule="auto"/>
        <w:jc w:val="left"/>
      </w:pPr>
      <w:r>
        <w:rPr>
          <w:rFonts w:ascii="Times New Roman" w:hAnsi="Times New Roman" w:eastAsia="宋体"/>
          <w:b w:val="0"/>
          <w:i w:val="0"/>
          <w:color w:val="333333"/>
          <w:sz w:val="19"/>
        </w:rPr>
        <w:t>may be found by solving:</w:t>
      </w:r>
    </w:p>
    <w:p>
      <w:pPr>
        <w:spacing w:before="0" w:after="160" w:line="300" w:lineRule="auto"/>
      </w:pPr>
      <w:r>
        <w:rPr>
          <w:rFonts w:ascii="Times New Roman" w:hAnsi="Times New Roman" w:eastAsia="宋体"/>
          <w:b w:val="0"/>
          <w:i w:val="0"/>
          <w:color w:val="333333"/>
          <w:sz w:val="19"/>
        </w:rPr>
        <w:t>(A) y²+14y-7=0　　(B) y²+8y+1=0　　(C) y²+10y-7=0　　(D) y²+y-12=0　　(E) None of the above equations</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若在一个两位数后添上数字 1，这个两位数的十位数字为 t，个位数字为 u，则新数为：</w:t>
      </w:r>
    </w:p>
    <w:p>
      <w:pPr>
        <w:spacing w:before="0" w:after="120" w:line="300" w:lineRule="auto"/>
      </w:pPr>
      <w:r>
        <w:rPr>
          <w:rFonts w:ascii="Times New Roman" w:hAnsi="Times New Roman" w:eastAsia="宋体"/>
          <w:b w:val="0"/>
          <w:i w:val="0"/>
          <w:sz w:val="21"/>
        </w:rPr>
        <w:t>（A）10t+u+1　　（B）100t+10u+1　　（C）1000t+10u+1　　（D）t+u+1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digit 1 is placed after a two digit number whose tens’ digit is t, and units’ digit is u, the new number is:</w:t>
      </w:r>
    </w:p>
    <w:p>
      <w:pPr>
        <w:spacing w:before="0" w:after="160" w:line="300" w:lineRule="auto"/>
      </w:pPr>
      <w:r>
        <w:rPr>
          <w:rFonts w:ascii="Times New Roman" w:hAnsi="Times New Roman" w:eastAsia="宋体"/>
          <w:b w:val="0"/>
          <w:i w:val="0"/>
          <w:color w:val="333333"/>
          <w:sz w:val="19"/>
        </w:rPr>
        <w:t>(A) 10t+u+1　　(B) 100t+10u+1　　(C) 1000t+10u+1　　(D) t+u+1　　(E) None of these answers</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若圆的半径增加 100%，则面积增加：</w:t>
      </w:r>
    </w:p>
    <w:p>
      <w:pPr>
        <w:spacing w:before="0" w:after="120" w:line="300" w:lineRule="auto"/>
      </w:pPr>
      <w:r>
        <w:rPr>
          <w:rFonts w:ascii="Times New Roman" w:hAnsi="Times New Roman" w:eastAsia="宋体"/>
          <w:b w:val="0"/>
          <w:i w:val="0"/>
          <w:sz w:val="21"/>
        </w:rPr>
        <w:t>（A）100%　　（B）200%　　（C）300%　　（D）400%　　（E）以上各项均不是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radius of a circle is increased 100%, the area is increased:</w:t>
      </w:r>
    </w:p>
    <w:p>
      <w:pPr>
        <w:spacing w:before="0" w:after="160" w:line="300" w:lineRule="auto"/>
      </w:pPr>
      <w:r>
        <w:rPr>
          <w:rFonts w:ascii="Times New Roman" w:hAnsi="Times New Roman" w:eastAsia="宋体"/>
          <w:b w:val="0"/>
          <w:i w:val="0"/>
          <w:color w:val="333333"/>
          <w:sz w:val="19"/>
        </w:rPr>
        <w:t>(A) 100%　　(B) 200%　　(C) 300%　　(D) 400%　　(E) By none of these</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半径为 r 的半圆内所能内接的最大三角形的面积为：</w:t>
      </w:r>
    </w:p>
    <w:p>
      <w:pPr>
        <w:spacing w:before="0" w:after="120" w:line="300" w:lineRule="auto"/>
      </w:pPr>
      <w:r>
        <w:rPr>
          <w:rFonts w:ascii="Times New Roman" w:hAnsi="Times New Roman" w:eastAsia="宋体"/>
          <w:b w:val="0"/>
          <w:i w:val="0"/>
          <w:sz w:val="21"/>
        </w:rPr>
        <w:t>（A）r²　　（B）r³　　（C）2r²　　（D）2r³　　（E）1/2r²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the largest triangle that can be inscribed in a semicircle whose radius is r is:</w:t>
      </w:r>
    </w:p>
    <w:p>
      <w:pPr>
        <w:spacing w:before="0" w:after="160" w:line="300" w:lineRule="auto"/>
      </w:pPr>
      <w:r>
        <w:rPr>
          <w:rFonts w:ascii="Times New Roman" w:hAnsi="Times New Roman" w:eastAsia="宋体"/>
          <w:b w:val="0"/>
          <w:i w:val="0"/>
          <w:color w:val="333333"/>
          <w:sz w:val="19"/>
        </w:rPr>
        <w:t>(A) r²　　(B) r³　　(C) 2r²　　(D) 2r³　　(E) 1/2r²</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将 (√(3)-√(2))/(√(3)) 的分子有理化后，最简形式的分母为：</w:t>
      </w:r>
    </w:p>
    <w:p>
      <w:pPr>
        <w:spacing w:before="0" w:after="120" w:line="300" w:lineRule="auto"/>
      </w:pPr>
      <w:r>
        <w:rPr>
          <w:rFonts w:ascii="Times New Roman" w:hAnsi="Times New Roman" w:eastAsia="宋体"/>
          <w:b w:val="0"/>
          <w:i w:val="0"/>
          <w:sz w:val="21"/>
        </w:rPr>
        <w:t>（A）√(3)(√(3)+√(2))　　（B）√(3)(√(3)-√(2))　　（C）3-√(3)√(2)　　（D）3+√(6)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rationalizing the numerator of (√(3)-√(2))/(√(3)), the denominator in simplest form is:</w:t>
      </w:r>
    </w:p>
    <w:p>
      <w:pPr>
        <w:spacing w:before="0" w:after="160" w:line="300" w:lineRule="auto"/>
      </w:pPr>
      <w:r>
        <w:rPr>
          <w:rFonts w:ascii="Times New Roman" w:hAnsi="Times New Roman" w:eastAsia="宋体"/>
          <w:b w:val="0"/>
          <w:i w:val="0"/>
          <w:color w:val="333333"/>
          <w:sz w:val="19"/>
        </w:rPr>
        <w:t>(A) √(3)(√(3)+√(2))　　(B) √(3)(√(3)-√(2))　　(C) 3-√(3)√(2)　　(D) 3+√(6)　　(E) None of these answers</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在公式 C=en/R+nr 中，若增大 n，而保持 e、R 和 r 不变，则 C：</w:t>
      </w:r>
    </w:p>
    <w:p>
      <w:pPr>
        <w:spacing w:before="0" w:after="120" w:line="300" w:lineRule="auto"/>
      </w:pPr>
      <w:r>
        <w:rPr>
          <w:rFonts w:ascii="Times New Roman" w:hAnsi="Times New Roman" w:eastAsia="宋体"/>
          <w:b w:val="0"/>
          <w:i w:val="0"/>
          <w:sz w:val="21"/>
        </w:rPr>
        <w:t>（A）减小　　（B）增大　　（C）保持不变　　（D）先增大后减小　　（E）先减小后增大</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in the formula C=en/R+nr, n is increased while e, R, and r are kept constant, then C:</w:t>
      </w:r>
    </w:p>
    <w:p>
      <w:pPr>
        <w:spacing w:before="0" w:after="160" w:line="300" w:lineRule="auto"/>
      </w:pPr>
      <w:r>
        <w:rPr>
          <w:rFonts w:ascii="Times New Roman" w:hAnsi="Times New Roman" w:eastAsia="宋体"/>
          <w:b w:val="0"/>
          <w:i w:val="0"/>
          <w:color w:val="333333"/>
          <w:sz w:val="19"/>
        </w:rPr>
        <w:t>(A) Decreases　　(B) Increases　　(C) Remains constant　　(D) Increases and then decreases　　(E) Decreases and then increases</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当多边形的边数从 3 增加到 n 时，依次延长各边所形成的外角之和：</w:t>
      </w:r>
    </w:p>
    <w:p>
      <w:pPr>
        <w:spacing w:before="0" w:after="120" w:line="300" w:lineRule="auto"/>
      </w:pPr>
      <w:r>
        <w:rPr>
          <w:rFonts w:ascii="Times New Roman" w:hAnsi="Times New Roman" w:eastAsia="宋体"/>
          <w:b w:val="0"/>
          <w:i w:val="0"/>
          <w:sz w:val="21"/>
        </w:rPr>
        <w:t>（A）增大　　（B）减小　　（C）保持不变　　（D）无法确定　　（E）变为 (n-3) 个平角</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 the number of sides of a polygon increases from 3 to n, the sum of the exterior angles formed by extending each side in succession:</w:t>
      </w:r>
    </w:p>
    <w:p>
      <w:pPr>
        <w:spacing w:before="0" w:after="160" w:line="300" w:lineRule="auto"/>
      </w:pPr>
      <w:r>
        <w:rPr>
          <w:rFonts w:ascii="Times New Roman" w:hAnsi="Times New Roman" w:eastAsia="宋体"/>
          <w:b w:val="0"/>
          <w:i w:val="0"/>
          <w:color w:val="333333"/>
          <w:sz w:val="19"/>
        </w:rPr>
        <w:t>(A) Increases　　(B) Decreases　　(C) Remains constant　　(D) Cannot be predicted　　(E) Becomes (n-3) straight angles</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方程 (x²-3x+2)(x)(x-4)=0 的根为：</w:t>
      </w:r>
    </w:p>
    <w:p>
      <w:pPr>
        <w:spacing w:before="0" w:after="120" w:line="300" w:lineRule="auto"/>
      </w:pPr>
      <w:r>
        <w:rPr>
          <w:rFonts w:ascii="Times New Roman" w:hAnsi="Times New Roman" w:eastAsia="宋体"/>
          <w:b w:val="0"/>
          <w:i w:val="0"/>
          <w:sz w:val="21"/>
        </w:rPr>
        <w:t>（A）4　　（B）0 和 4　　（C）1 和 2　　（D）0、1、2 和 4　　（E）1、2 和 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roots of (x²-3x+2)(x)(x-4)=0 are:</w:t>
      </w:r>
    </w:p>
    <w:p>
      <w:pPr>
        <w:spacing w:before="0" w:after="160" w:line="300" w:lineRule="auto"/>
      </w:pPr>
      <w:r>
        <w:rPr>
          <w:rFonts w:ascii="Times New Roman" w:hAnsi="Times New Roman" w:eastAsia="宋体"/>
          <w:b w:val="0"/>
          <w:i w:val="0"/>
          <w:color w:val="333333"/>
          <w:sz w:val="19"/>
        </w:rPr>
        <w:t>(A) 4　　(B) 0 and 4　　(C) 1 and 2　　(D) 0, 1, 2, and 4　　(E) 1, 2, and 4</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对于方程组</w:t>
      </w:r>
    </w:p>
    <w:p>
      <w:pPr>
        <w:spacing w:before="0" w:after="80" w:line="300" w:lineRule="auto"/>
        <w:jc w:val="left"/>
      </w:pPr>
      <w:r>
        <w:rPr>
          <w:rFonts w:ascii="Times New Roman" w:hAnsi="Times New Roman" w:eastAsia="宋体"/>
          <w:b w:val="0"/>
          <w:i w:val="0"/>
          <w:sz w:val="21"/>
        </w:rPr>
        <w:t>2x-3y=8,</w:t>
      </w:r>
    </w:p>
    <w:p>
      <w:pPr>
        <w:spacing w:before="0" w:after="80" w:line="300" w:lineRule="auto"/>
        <w:jc w:val="left"/>
      </w:pPr>
      <w:r>
        <w:rPr>
          <w:rFonts w:ascii="Times New Roman" w:hAnsi="Times New Roman" w:eastAsia="宋体"/>
          <w:b w:val="0"/>
          <w:i w:val="0"/>
          <w:sz w:val="21"/>
        </w:rPr>
        <w:t>6y-4x=9，</w:t>
      </w:r>
    </w:p>
    <w:p>
      <w:pPr>
        <w:spacing w:before="0" w:after="120" w:line="300" w:lineRule="auto"/>
      </w:pPr>
      <w:r>
        <w:rPr>
          <w:rFonts w:ascii="Times New Roman" w:hAnsi="Times New Roman" w:eastAsia="宋体"/>
          <w:b w:val="0"/>
          <w:i w:val="0"/>
          <w:sz w:val="21"/>
        </w:rPr>
        <w:t>（A）x=4, y=0　　（B）x=0, y=3/2　　（C）x=0, y=0　　（D）无解　　（E）有无穷多个解</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simultaneous equations</w:t>
      </w:r>
    </w:p>
    <w:p>
      <w:pPr>
        <w:spacing w:before="0" w:after="80" w:line="300" w:lineRule="auto"/>
        <w:jc w:val="left"/>
      </w:pPr>
      <w:r>
        <w:rPr>
          <w:rFonts w:ascii="Times New Roman" w:hAnsi="Times New Roman" w:eastAsia="宋体"/>
          <w:b w:val="0"/>
          <w:i w:val="0"/>
          <w:color w:val="333333"/>
          <w:sz w:val="19"/>
        </w:rPr>
        <w:t>2x-3y=8,</w:t>
      </w:r>
    </w:p>
    <w:p>
      <w:pPr>
        <w:spacing w:before="0" w:after="80" w:line="300" w:lineRule="auto"/>
        <w:jc w:val="left"/>
      </w:pPr>
      <w:r>
        <w:rPr>
          <w:rFonts w:ascii="Times New Roman" w:hAnsi="Times New Roman" w:eastAsia="宋体"/>
          <w:b w:val="0"/>
          <w:i w:val="0"/>
          <w:color w:val="333333"/>
          <w:sz w:val="19"/>
        </w:rPr>
        <w:t>6y-4x=9,</w:t>
      </w:r>
    </w:p>
    <w:p>
      <w:pPr>
        <w:spacing w:before="0" w:after="160" w:line="300" w:lineRule="auto"/>
      </w:pPr>
      <w:r>
        <w:rPr>
          <w:rFonts w:ascii="Times New Roman" w:hAnsi="Times New Roman" w:eastAsia="宋体"/>
          <w:b w:val="0"/>
          <w:i w:val="0"/>
          <w:color w:val="333333"/>
          <w:sz w:val="19"/>
        </w:rPr>
        <w:t>(A) x=4, y=0　　(B) x=0, y=3/2　　(C) x=0, y=0　　(D) There is no solution　　(E) There are an infinite number of solutions</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在实数范围内，x²+4 的因式为：</w:t>
      </w:r>
    </w:p>
    <w:p>
      <w:pPr>
        <w:spacing w:before="0" w:after="120" w:line="300" w:lineRule="auto"/>
      </w:pPr>
      <w:r>
        <w:rPr>
          <w:rFonts w:ascii="Times New Roman" w:hAnsi="Times New Roman" w:eastAsia="宋体"/>
          <w:b w:val="0"/>
          <w:i w:val="0"/>
          <w:sz w:val="21"/>
        </w:rPr>
        <w:t>（A）(x²+2)(x²+2)　　（B）(x²+2)(x²-2)　　（C）x²(x²+4)　　（D）(x²-2x+2)(x²+2x+2)　　（E）不存在</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real factors of x²+4 are:</w:t>
      </w:r>
    </w:p>
    <w:p>
      <w:pPr>
        <w:spacing w:before="0" w:after="160" w:line="300" w:lineRule="auto"/>
      </w:pPr>
      <w:r>
        <w:rPr>
          <w:rFonts w:ascii="Times New Roman" w:hAnsi="Times New Roman" w:eastAsia="宋体"/>
          <w:b w:val="0"/>
          <w:i w:val="0"/>
          <w:color w:val="333333"/>
          <w:sz w:val="19"/>
        </w:rPr>
        <w:t>(A) (x²+2)(x²+2)　　(B) (x²+2)(x²-2)　　(C) x²(x²+4)　　(D) (x²-2x+2)(x²+2x+2)　　(E) Non-existent</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将 [(a+3b)²(a-3b)²]² 展开并合并同类项后，项数为：</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terms in the expansion of [(a+3b)²(a-3b)²]² when simplified is:</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下表所示的 x 与 y 之间的关系式为：</w:t>
      </w:r>
    </w:p>
    <w:tbl>
      <w:tblPr>
        <w:tblW w:type="auto" w:w="0"/>
        <w:jc w:val="center"/>
        <w:tblLayout w:type="autofit"/>
        <w:tblLook w:firstColumn="1" w:firstRow="1" w:lastColumn="0" w:lastRow="0" w:noHBand="0" w:noVBand="1" w:val="04A0"/>
      </w:tblPr>
      <w:tblGrid>
        <w:gridCol w:w="1569"/>
        <w:gridCol w:w="1569"/>
        <w:gridCol w:w="1569"/>
        <w:gridCol w:w="1569"/>
        <w:gridCol w:w="1569"/>
        <w:gridCol w:w="1569"/>
      </w:tblGrid>
      <w:tr>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x</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0</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1</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2</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3</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4</w:t>
            </w:r>
          </w:p>
        </w:tc>
      </w:tr>
      <w:tr>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y</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100</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90</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70</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40</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0</w:t>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（A）y=100-10x　　（B）y=100-5x²　　（C）y=100-5x-5x²　　（D）y=20-x-x²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formula which expresses the relationship between x and y as shown in the accompanying table is:</w:t>
      </w:r>
    </w:p>
    <w:tbl>
      <w:tblPr>
        <w:tblW w:type="auto" w:w="0"/>
        <w:jc w:val="center"/>
        <w:tblLayout w:type="autofit"/>
        <w:tblLook w:firstColumn="1" w:firstRow="1" w:lastColumn="0" w:lastRow="0" w:noHBand="0" w:noVBand="1" w:val="04A0"/>
      </w:tblPr>
      <w:tblGrid>
        <w:gridCol w:w="1569"/>
        <w:gridCol w:w="1569"/>
        <w:gridCol w:w="1569"/>
        <w:gridCol w:w="1569"/>
        <w:gridCol w:w="1569"/>
        <w:gridCol w:w="1569"/>
      </w:tblGrid>
      <w:tr>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x</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0</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1</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2</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3</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4</w:t>
            </w:r>
          </w:p>
        </w:tc>
      </w:tr>
      <w:tr>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y</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100</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90</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70</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40</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0</w:t>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y=100-10x　　(B) y=100-5x²　　(C) y=100-5x-5x²　　(D) y=20-x-x²　　(E) None of these</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下列各式中</w:t>
      </w:r>
    </w:p>
    <w:p>
      <w:pPr>
        <w:spacing w:before="0" w:after="80" w:line="300" w:lineRule="auto"/>
        <w:jc w:val="left"/>
      </w:pPr>
      <w:r>
        <w:rPr>
          <w:rFonts w:ascii="Times New Roman" w:hAnsi="Times New Roman" w:eastAsia="宋体"/>
          <w:b w:val="0"/>
          <w:i w:val="0"/>
          <w:sz w:val="21"/>
        </w:rPr>
        <w:t>(1) a(x-y)=ax-ay</w:t>
      </w:r>
    </w:p>
    <w:p>
      <w:pPr>
        <w:spacing w:before="0" w:after="80" w:line="300" w:lineRule="auto"/>
        <w:jc w:val="left"/>
      </w:pPr>
      <w:r>
        <w:rPr>
          <w:rFonts w:ascii="Times New Roman" w:hAnsi="Times New Roman" w:eastAsia="宋体"/>
          <w:b w:val="0"/>
          <w:i w:val="0"/>
          <w:sz w:val="21"/>
        </w:rPr>
        <w:t>(2) aˣ⁻ʸ=aˣ-aʸ</w:t>
      </w:r>
    </w:p>
    <w:p>
      <w:pPr>
        <w:spacing w:before="0" w:after="80" w:line="300" w:lineRule="auto"/>
        <w:jc w:val="left"/>
      </w:pPr>
      <w:r>
        <w:rPr>
          <w:rFonts w:ascii="Times New Roman" w:hAnsi="Times New Roman" w:eastAsia="宋体"/>
          <w:b w:val="0"/>
          <w:i w:val="0"/>
          <w:sz w:val="21"/>
        </w:rPr>
        <w:t>(3) log(x-y)=log x-log y</w:t>
      </w:r>
    </w:p>
    <w:p>
      <w:pPr>
        <w:spacing w:before="0" w:after="80" w:line="300" w:lineRule="auto"/>
        <w:jc w:val="left"/>
      </w:pPr>
      <w:r>
        <w:rPr>
          <w:rFonts w:ascii="Times New Roman" w:hAnsi="Times New Roman" w:eastAsia="宋体"/>
          <w:b w:val="0"/>
          <w:i w:val="0"/>
          <w:sz w:val="21"/>
        </w:rPr>
        <w:t>(4) (log x)/(log y)=log x-log y</w:t>
      </w:r>
    </w:p>
    <w:p>
      <w:pPr>
        <w:spacing w:before="0" w:after="80" w:line="300" w:lineRule="auto"/>
        <w:jc w:val="left"/>
      </w:pPr>
      <w:r>
        <w:rPr>
          <w:rFonts w:ascii="Times New Roman" w:hAnsi="Times New Roman" w:eastAsia="宋体"/>
          <w:b w:val="0"/>
          <w:i w:val="0"/>
          <w:sz w:val="21"/>
        </w:rPr>
        <w:t>(5) a(xy)=ax× ay</w:t>
      </w:r>
    </w:p>
    <w:p>
      <w:pPr>
        <w:spacing w:before="0" w:after="120" w:line="300" w:lineRule="auto"/>
      </w:pPr>
      <w:r>
        <w:rPr>
          <w:rFonts w:ascii="Times New Roman" w:hAnsi="Times New Roman" w:eastAsia="宋体"/>
          <w:b w:val="0"/>
          <w:i w:val="0"/>
          <w:sz w:val="21"/>
        </w:rPr>
        <w:t>（A）只有 1 和 4 正确　　（B）只有 1 和 5 正确　　（C）只有 1 和 3 正确　　（D）只有 1 和 2 正确　　（E）只有 1 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Of the following</w:t>
      </w:r>
    </w:p>
    <w:p>
      <w:pPr>
        <w:spacing w:before="0" w:after="80" w:line="300" w:lineRule="auto"/>
        <w:jc w:val="left"/>
      </w:pPr>
      <w:r>
        <w:rPr>
          <w:rFonts w:ascii="Times New Roman" w:hAnsi="Times New Roman" w:eastAsia="宋体"/>
          <w:b w:val="0"/>
          <w:i w:val="0"/>
          <w:color w:val="333333"/>
          <w:sz w:val="19"/>
        </w:rPr>
        <w:t>(1) a(x-y)=ax-ay</w:t>
      </w:r>
    </w:p>
    <w:p>
      <w:pPr>
        <w:spacing w:before="0" w:after="80" w:line="300" w:lineRule="auto"/>
        <w:jc w:val="left"/>
      </w:pPr>
      <w:r>
        <w:rPr>
          <w:rFonts w:ascii="Times New Roman" w:hAnsi="Times New Roman" w:eastAsia="宋体"/>
          <w:b w:val="0"/>
          <w:i w:val="0"/>
          <w:color w:val="333333"/>
          <w:sz w:val="19"/>
        </w:rPr>
        <w:t>(2) aˣ⁻ʸ=aˣ-aʸ</w:t>
      </w:r>
    </w:p>
    <w:p>
      <w:pPr>
        <w:spacing w:before="0" w:after="80" w:line="300" w:lineRule="auto"/>
        <w:jc w:val="left"/>
      </w:pPr>
      <w:r>
        <w:rPr>
          <w:rFonts w:ascii="Times New Roman" w:hAnsi="Times New Roman" w:eastAsia="宋体"/>
          <w:b w:val="0"/>
          <w:i w:val="0"/>
          <w:color w:val="333333"/>
          <w:sz w:val="19"/>
        </w:rPr>
        <w:t>(3) log(x-y)=log x-log y</w:t>
      </w:r>
    </w:p>
    <w:p>
      <w:pPr>
        <w:spacing w:before="0" w:after="80" w:line="300" w:lineRule="auto"/>
        <w:jc w:val="left"/>
      </w:pPr>
      <w:r>
        <w:rPr>
          <w:rFonts w:ascii="Times New Roman" w:hAnsi="Times New Roman" w:eastAsia="宋体"/>
          <w:b w:val="0"/>
          <w:i w:val="0"/>
          <w:color w:val="333333"/>
          <w:sz w:val="19"/>
        </w:rPr>
        <w:t>(4) (log x)/(log y)=log x-log y</w:t>
      </w:r>
    </w:p>
    <w:p>
      <w:pPr>
        <w:spacing w:before="0" w:after="80" w:line="300" w:lineRule="auto"/>
        <w:jc w:val="left"/>
      </w:pPr>
      <w:r>
        <w:rPr>
          <w:rFonts w:ascii="Times New Roman" w:hAnsi="Times New Roman" w:eastAsia="宋体"/>
          <w:b w:val="0"/>
          <w:i w:val="0"/>
          <w:color w:val="333333"/>
          <w:sz w:val="19"/>
        </w:rPr>
        <w:t>(5) a(xy)=ax× ay</w:t>
      </w:r>
    </w:p>
    <w:p>
      <w:pPr>
        <w:spacing w:before="0" w:after="160" w:line="300" w:lineRule="auto"/>
      </w:pPr>
      <w:r>
        <w:rPr>
          <w:rFonts w:ascii="Times New Roman" w:hAnsi="Times New Roman" w:eastAsia="宋体"/>
          <w:b w:val="0"/>
          <w:i w:val="0"/>
          <w:color w:val="333333"/>
          <w:sz w:val="19"/>
        </w:rPr>
        <w:t>(A) Only 1 and 4 are true　　(B) Only 1 and 5 are true　　(C) Only 1 and 3 are true　　(D) Only 1 and 2 are true　　(E) Only 1 is true</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若 m 名工人可在 d 天内完成一项工作，则 m+r 名工人完成这项工作需要：</w:t>
      </w:r>
    </w:p>
    <w:p>
      <w:pPr>
        <w:spacing w:before="0" w:after="120" w:line="300" w:lineRule="auto"/>
      </w:pPr>
      <w:r>
        <w:rPr>
          <w:rFonts w:ascii="Times New Roman" w:hAnsi="Times New Roman" w:eastAsia="宋体"/>
          <w:b w:val="0"/>
          <w:i w:val="0"/>
          <w:sz w:val="21"/>
        </w:rPr>
        <w:t>（A）d+r 天　　（B）d-r 天　　（C）md/m+r 天　　（D）d/m+r 天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m men can do a job in d days, then m+r men can do the job in:</w:t>
      </w:r>
    </w:p>
    <w:p>
      <w:pPr>
        <w:spacing w:before="0" w:after="160" w:line="300" w:lineRule="auto"/>
      </w:pPr>
      <w:r>
        <w:rPr>
          <w:rFonts w:ascii="Times New Roman" w:hAnsi="Times New Roman" w:eastAsia="宋体"/>
          <w:b w:val="0"/>
          <w:i w:val="0"/>
          <w:color w:val="333333"/>
          <w:sz w:val="19"/>
        </w:rPr>
        <w:t>(A) d+r days　　(B) d-r days　　(C) md/m+r days　　(D) d/m+r days　　(E) None of these</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用 x-1 除 x¹³+1，所得余数为：</w:t>
      </w:r>
    </w:p>
    <w:p>
      <w:pPr>
        <w:spacing w:before="0" w:after="120" w:line="300" w:lineRule="auto"/>
      </w:pPr>
      <w:r>
        <w:rPr>
          <w:rFonts w:ascii="Times New Roman" w:hAnsi="Times New Roman" w:eastAsia="宋体"/>
          <w:b w:val="0"/>
          <w:i w:val="0"/>
          <w:sz w:val="21"/>
        </w:rPr>
        <w:t>（A）1　　（B）-1　　（C）0　　（D）2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x¹³+1 is divided by x-1, the remainder is:</w:t>
      </w:r>
    </w:p>
    <w:p>
      <w:pPr>
        <w:spacing w:before="0" w:after="160" w:line="300" w:lineRule="auto"/>
      </w:pPr>
      <w:r>
        <w:rPr>
          <w:rFonts w:ascii="Times New Roman" w:hAnsi="Times New Roman" w:eastAsia="宋体"/>
          <w:b w:val="0"/>
          <w:i w:val="0"/>
          <w:color w:val="333333"/>
          <w:sz w:val="19"/>
        </w:rPr>
        <w:t>(A) 1　　(B) -1　　(C) 0　　(D) 2　　(E) None of these answers</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一个长方体的侧面、正面和底面的面积分别为 12 平方英寸、8 平方英寸和 6 平方英寸，则其体积为：</w:t>
      </w:r>
    </w:p>
    <w:p>
      <w:pPr>
        <w:spacing w:before="0" w:after="120" w:line="300" w:lineRule="auto"/>
      </w:pPr>
      <w:r>
        <w:rPr>
          <w:rFonts w:ascii="Times New Roman" w:hAnsi="Times New Roman" w:eastAsia="宋体"/>
          <w:b w:val="0"/>
          <w:i w:val="0"/>
          <w:sz w:val="21"/>
        </w:rPr>
        <w:t>（A）576 立方英寸　　（B）24 立方英寸　　（C）9 立方英寸　　（D）104 立方英寸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volume of a rectangular solid each of whose side, front, and bottom faces are 12 square inches, 8 square inches, and 6 square inches respectively is:</w:t>
      </w:r>
    </w:p>
    <w:p>
      <w:pPr>
        <w:spacing w:before="0" w:after="160" w:line="300" w:lineRule="auto"/>
      </w:pPr>
      <w:r>
        <w:rPr>
          <w:rFonts w:ascii="Times New Roman" w:hAnsi="Times New Roman" w:eastAsia="宋体"/>
          <w:b w:val="0"/>
          <w:i w:val="0"/>
          <w:color w:val="333333"/>
          <w:sz w:val="19"/>
        </w:rPr>
        <w:t>(A) 576 cubic inches　　(B) 24 cubic inches　　(C) 9 cubic inches　　(D) 104 cubic inches　　(E) None of these</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先后打 10% 和 20% 的折扣，相当于一次打：</w:t>
      </w:r>
    </w:p>
    <w:p>
      <w:pPr>
        <w:spacing w:before="0" w:after="120" w:line="300" w:lineRule="auto"/>
      </w:pPr>
      <w:r>
        <w:rPr>
          <w:rFonts w:ascii="Times New Roman" w:hAnsi="Times New Roman" w:eastAsia="宋体"/>
          <w:b w:val="0"/>
          <w:i w:val="0"/>
          <w:sz w:val="21"/>
        </w:rPr>
        <w:t>（A）30%　　（B）15%　　（C）72%　　（D）28%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Successive discounts of 10% and 20% are equivalent to a single discount of:</w:t>
      </w:r>
    </w:p>
    <w:p>
      <w:pPr>
        <w:spacing w:before="0" w:after="160" w:line="300" w:lineRule="auto"/>
      </w:pPr>
      <w:r>
        <w:rPr>
          <w:rFonts w:ascii="Times New Roman" w:hAnsi="Times New Roman" w:eastAsia="宋体"/>
          <w:b w:val="0"/>
          <w:i w:val="0"/>
          <w:color w:val="333333"/>
          <w:sz w:val="19"/>
        </w:rPr>
        <w:t>(A) 30%　　(B) 15%　　(C) 72%　　(D) 28%　　(E) None of these</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某人花 $10,000 买下一栋房子并出租。他把每月租金的 121/2% 留作修缮和维护，每年缴税 $325，并希望获得 51/2% 的投资回报率。每月租金为：</w:t>
      </w:r>
    </w:p>
    <w:p>
      <w:pPr>
        <w:spacing w:before="0" w:after="120" w:line="300" w:lineRule="auto"/>
      </w:pPr>
      <w:r>
        <w:rPr>
          <w:rFonts w:ascii="Times New Roman" w:hAnsi="Times New Roman" w:eastAsia="宋体"/>
          <w:b w:val="0"/>
          <w:i w:val="0"/>
          <w:sz w:val="21"/>
        </w:rPr>
        <w:t>（A）$64.82　　（B）$83.33　　（C）$72.08　　（D）$45.83　　（E）$177.08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man buys a house for $10,000 and rents it. He puts 121/2% of each month’s rent aside for repairs and upkeep; pays $325 a year taxes and realizes 51/2% on his investment. The monthly rent is:</w:t>
      </w:r>
    </w:p>
    <w:p>
      <w:pPr>
        <w:spacing w:before="0" w:after="160" w:line="300" w:lineRule="auto"/>
      </w:pPr>
      <w:r>
        <w:rPr>
          <w:rFonts w:ascii="Times New Roman" w:hAnsi="Times New Roman" w:eastAsia="宋体"/>
          <w:b w:val="0"/>
          <w:i w:val="0"/>
          <w:color w:val="333333"/>
          <w:sz w:val="19"/>
        </w:rPr>
        <w:t>(A) $64.82　　(B) $83.33　　(C) $72.08　　(D) $45.83　　(E) $177.08</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方程 x+√(x-2)=4 有：</w:t>
      </w:r>
    </w:p>
    <w:p>
      <w:pPr>
        <w:spacing w:before="0" w:after="120" w:line="300" w:lineRule="auto"/>
      </w:pPr>
      <w:r>
        <w:rPr>
          <w:rFonts w:ascii="Times New Roman" w:hAnsi="Times New Roman" w:eastAsia="宋体"/>
          <w:b w:val="0"/>
          <w:i w:val="0"/>
          <w:sz w:val="21"/>
        </w:rPr>
        <w:t>（A）2 个实根　　（B）1 个实根和 1 个虚根　　（C）2 个虚根　　（D）没有根　　（E）1 个实根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x+√(x-2)=4 has:</w:t>
      </w:r>
    </w:p>
    <w:p>
      <w:pPr>
        <w:spacing w:before="0" w:after="160" w:line="300" w:lineRule="auto"/>
      </w:pPr>
      <w:r>
        <w:rPr>
          <w:rFonts w:ascii="Times New Roman" w:hAnsi="Times New Roman" w:eastAsia="宋体"/>
          <w:b w:val="0"/>
          <w:i w:val="0"/>
          <w:color w:val="333333"/>
          <w:sz w:val="19"/>
        </w:rPr>
        <w:t>(A) 2 real roots　　(B) 1 real and 1 imaginary root　　(C) 2 imaginary roots　　(D) No roots　　(E) 1 real root</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log₅((125)(625))/25 的值等于：</w:t>
      </w:r>
    </w:p>
    <w:p>
      <w:pPr>
        <w:spacing w:before="0" w:after="120" w:line="300" w:lineRule="auto"/>
      </w:pPr>
      <w:r>
        <w:rPr>
          <w:rFonts w:ascii="Times New Roman" w:hAnsi="Times New Roman" w:eastAsia="宋体"/>
          <w:b w:val="0"/>
          <w:i w:val="0"/>
          <w:sz w:val="21"/>
        </w:rPr>
        <w:t>（A）725　　（B）6　　（C）3125　　（D）5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of log₅((125)(625))/25 is equal to:</w:t>
      </w:r>
    </w:p>
    <w:p>
      <w:pPr>
        <w:spacing w:before="0" w:after="160" w:line="300" w:lineRule="auto"/>
      </w:pPr>
      <w:r>
        <w:rPr>
          <w:rFonts w:ascii="Times New Roman" w:hAnsi="Times New Roman" w:eastAsia="宋体"/>
          <w:b w:val="0"/>
          <w:i w:val="0"/>
          <w:color w:val="333333"/>
          <w:sz w:val="19"/>
        </w:rPr>
        <w:t>(A) 725　　(B) 6　　(C) 3125　　(D) 5　　(E) None of these answers</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若 log₁₀m=b-log₁₀n，则 m=</w:t>
      </w:r>
    </w:p>
    <w:p>
      <w:pPr>
        <w:spacing w:before="0" w:after="120" w:line="300" w:lineRule="auto"/>
      </w:pPr>
      <w:r>
        <w:rPr>
          <w:rFonts w:ascii="Times New Roman" w:hAnsi="Times New Roman" w:eastAsia="宋体"/>
          <w:b w:val="0"/>
          <w:i w:val="0"/>
          <w:sz w:val="21"/>
        </w:rPr>
        <w:t>（A）b/n　　（B）bn　　（C）10ᵇn　　（D）b-10ⁿ　　（E）10ᵇ/n</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log₁₀m=b-log₁₀n, then m=</w:t>
      </w:r>
    </w:p>
    <w:p>
      <w:pPr>
        <w:spacing w:before="0" w:after="160" w:line="300" w:lineRule="auto"/>
      </w:pPr>
      <w:r>
        <w:rPr>
          <w:rFonts w:ascii="Times New Roman" w:hAnsi="Times New Roman" w:eastAsia="宋体"/>
          <w:b w:val="0"/>
          <w:i w:val="0"/>
          <w:color w:val="333333"/>
          <w:sz w:val="19"/>
        </w:rPr>
        <w:t>(A) b/n　　(B) bn　　(C) 10ᵇn　　(D) b-10ⁿ　　(E) 10ᵇ/n</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一辆汽车以每小时 30 英里的速度从 A 行驶 120 英里到 B，再以每小时 40 英里的速度原路返回。往返全程的平均速度最接近：</w:t>
      </w:r>
    </w:p>
    <w:p>
      <w:pPr>
        <w:spacing w:before="0" w:after="120" w:line="300" w:lineRule="auto"/>
      </w:pPr>
      <w:r>
        <w:rPr>
          <w:rFonts w:ascii="Times New Roman" w:hAnsi="Times New Roman" w:eastAsia="宋体"/>
          <w:b w:val="0"/>
          <w:i w:val="0"/>
          <w:sz w:val="21"/>
        </w:rPr>
        <w:t>（A）每小时 33 英里　　（B）每小时 34 英里　　（C）每小时 35 英里　　（D）每小时 36 英里　　（E）每小时 37 英里</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car travels 120 miles from A to B at 30 miles per hour but returns the same distance at 40 miles per hour. The average speed for the round trip is closest to:</w:t>
      </w:r>
    </w:p>
    <w:p>
      <w:pPr>
        <w:spacing w:before="0" w:after="160" w:line="300" w:lineRule="auto"/>
      </w:pPr>
      <w:r>
        <w:rPr>
          <w:rFonts w:ascii="Times New Roman" w:hAnsi="Times New Roman" w:eastAsia="宋体"/>
          <w:b w:val="0"/>
          <w:i w:val="0"/>
          <w:color w:val="333333"/>
          <w:sz w:val="19"/>
        </w:rPr>
        <w:t>(A) 33 mph　　(B) 34 mph　　(C) 35 mph　　(D) 36 mph　　(E) 37 mph</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两名男孩 A 和 B 同时从 Port Jervis 骑车前往 60 英里外的 Poughkeepsie。A 的速度比 B 每小时慢 4 英里。B 到达 Poughkeepsie 后立即掉头，在距 Poughkeepsie 12 英里处与 A 相遇。A 的速度为：</w:t>
      </w:r>
    </w:p>
    <w:p>
      <w:pPr>
        <w:spacing w:before="0" w:after="120" w:line="300" w:lineRule="auto"/>
      </w:pPr>
      <w:r>
        <w:rPr>
          <w:rFonts w:ascii="Times New Roman" w:hAnsi="Times New Roman" w:eastAsia="宋体"/>
          <w:b w:val="0"/>
          <w:i w:val="0"/>
          <w:sz w:val="21"/>
        </w:rPr>
        <w:t>（A）每小时 4 英里　　（B）每小时 8 英里　　（C）每小时 12 英里　　（D）每小时 16 英里　　（E）每小时 20 英里</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boys A and B start at the same time to ride from Port Jervis to Poughkeepsie, 60 miles away. A travels 4 miles an hour slower than B. B reaches Poughkeepsie and at once turns back meeting A 12 miles from Poughkeepsie. The rate of A was:</w:t>
      </w:r>
    </w:p>
    <w:p>
      <w:pPr>
        <w:spacing w:before="0" w:after="160" w:line="300" w:lineRule="auto"/>
      </w:pPr>
      <w:r>
        <w:rPr>
          <w:rFonts w:ascii="Times New Roman" w:hAnsi="Times New Roman" w:eastAsia="宋体"/>
          <w:b w:val="0"/>
          <w:i w:val="0"/>
          <w:color w:val="333333"/>
          <w:sz w:val="19"/>
        </w:rPr>
        <w:t>(A) 4 mph　　(B) 8 mph　　(C) 12 mph　　(D) 16 mph　　(E) 20 mph</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某制造商造了一台机器，可在 8 分钟内给 500 个信封书写地址。他希望再造一台机器，使两台机器同时工作时能在 2 分钟内完成 500 个信封。若第二台机器单独完成 500 个信封需要 x 分钟，则求该时间所用的方程为：</w:t>
      </w:r>
    </w:p>
    <w:p>
      <w:pPr>
        <w:spacing w:before="0" w:after="120" w:line="300" w:lineRule="auto"/>
      </w:pPr>
      <w:r>
        <w:rPr>
          <w:rFonts w:ascii="Times New Roman" w:hAnsi="Times New Roman" w:eastAsia="宋体"/>
          <w:b w:val="0"/>
          <w:i w:val="0"/>
          <w:sz w:val="21"/>
        </w:rPr>
        <w:t>（A）8-x=2　　（B）1/8+1/x=1/2　　（C）500/8+500/x=500　　（D）x/2+x/8=1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manufacturer built a machine which will address 500 envelopes in 8 minutes. He wishes to build another machine so that when both are operating together they will address 500 envelopes in 2 minutes. The equation used to find how many minutes x it would require the second machine to address 500 envelopes alone is:</w:t>
      </w:r>
    </w:p>
    <w:p>
      <w:pPr>
        <w:spacing w:before="0" w:after="160" w:line="300" w:lineRule="auto"/>
      </w:pPr>
      <w:r>
        <w:rPr>
          <w:rFonts w:ascii="Times New Roman" w:hAnsi="Times New Roman" w:eastAsia="宋体"/>
          <w:b w:val="0"/>
          <w:i w:val="0"/>
          <w:color w:val="333333"/>
          <w:sz w:val="19"/>
        </w:rPr>
        <w:t>(A) 8-x=2　　(B) 1/8+1/x=1/2　　(C) 500/8+500/x=500　　(D) x/2+x/8=1　　(E) None of these answers</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一群男孩和女孩中先有 15 名女孩离开，此时每名女孩对应两名男孩。随后又有 45 名男孩离开，此时每名男孩对应 5 名女孩。最初的女孩人数为：</w:t>
      </w:r>
    </w:p>
    <w:p>
      <w:pPr>
        <w:spacing w:before="0" w:after="120" w:line="300" w:lineRule="auto"/>
      </w:pPr>
      <w:r>
        <w:rPr>
          <w:rFonts w:ascii="Times New Roman" w:hAnsi="Times New Roman" w:eastAsia="宋体"/>
          <w:b w:val="0"/>
          <w:i w:val="0"/>
          <w:sz w:val="21"/>
        </w:rPr>
        <w:t>（A）40　　（B）43　　（C）29　　（D）50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a group of boys and girls, 15 girls leave. There are then left two boys for each girl. After this 45 boys leave. There are then 5 girls for each boy. The number of girls in the beginning was:</w:t>
      </w:r>
    </w:p>
    <w:p>
      <w:pPr>
        <w:spacing w:before="0" w:after="160" w:line="300" w:lineRule="auto"/>
      </w:pPr>
      <w:r>
        <w:rPr>
          <w:rFonts w:ascii="Times New Roman" w:hAnsi="Times New Roman" w:eastAsia="宋体"/>
          <w:b w:val="0"/>
          <w:i w:val="0"/>
          <w:color w:val="333333"/>
          <w:sz w:val="19"/>
        </w:rPr>
        <w:t>(A) 40　　(B) 43　　(C) 29　　(D) 50　　(E) None of these</w:t>
      </w:r>
    </w:p>
    <w:p>
      <w:pPr>
        <w:spacing w:before="200" w:after="80" w:line="300" w:lineRule="auto"/>
      </w:pPr>
      <w:r>
        <w:rPr>
          <w:rFonts w:ascii="Times New Roman" w:hAnsi="Times New Roman" w:eastAsia="宋体"/>
          <w:b/>
          <w:i w:val="0"/>
          <w:sz w:val="23"/>
        </w:rPr>
        <w:t>第 31 题</w:t>
      </w:r>
    </w:p>
    <w:p>
      <w:pPr>
        <w:spacing w:before="0" w:after="80" w:line="300" w:lineRule="auto"/>
        <w:jc w:val="left"/>
      </w:pPr>
      <w:r>
        <w:rPr>
          <w:rFonts w:ascii="Times New Roman" w:hAnsi="Times New Roman" w:eastAsia="宋体"/>
          <w:b w:val="0"/>
          <w:i w:val="0"/>
          <w:sz w:val="21"/>
        </w:rPr>
        <w:t>约翰订购了 4 双黑袜和若干双蓝袜。每双黑袜的价格是蓝袜的两倍。配货时，两种颜色袜子的双数被调换了，导致账单金额增加 50%。原订单中黑袜双数与蓝袜双数之比为：</w:t>
      </w:r>
    </w:p>
    <w:p>
      <w:pPr>
        <w:spacing w:before="0" w:after="120" w:line="300" w:lineRule="auto"/>
      </w:pPr>
      <w:r>
        <w:rPr>
          <w:rFonts w:ascii="Times New Roman" w:hAnsi="Times New Roman" w:eastAsia="宋体"/>
          <w:b w:val="0"/>
          <w:i w:val="0"/>
          <w:sz w:val="21"/>
        </w:rPr>
        <w:t>（A）4:1　　（B）2:1　　（C）1:4　　（D）1:2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John ordered 4 pairs of black socks and some additional pairs of blue socks. The price of the black socks per pair was twice that of the blue. When the order was filled, it was found that the number of pairs of the two colors had been interchanged. This increased the bill by 50%. The ratio of the number of pairs of black socks to the number of pairs of blue socks in the original order was:</w:t>
      </w:r>
    </w:p>
    <w:p>
      <w:pPr>
        <w:spacing w:before="0" w:after="160" w:line="300" w:lineRule="auto"/>
      </w:pPr>
      <w:r>
        <w:rPr>
          <w:rFonts w:ascii="Times New Roman" w:hAnsi="Times New Roman" w:eastAsia="宋体"/>
          <w:b w:val="0"/>
          <w:i w:val="0"/>
          <w:color w:val="333333"/>
          <w:sz w:val="19"/>
        </w:rPr>
        <w:t>(A) 4:1　　(B) 2:1　　(C) 1:4　　(D) 1:2　　(E) 1:8</w:t>
      </w:r>
    </w:p>
    <w:p>
      <w:pPr>
        <w:spacing w:before="200" w:after="80" w:line="300" w:lineRule="auto"/>
      </w:pPr>
      <w:r>
        <w:rPr>
          <w:rFonts w:ascii="Times New Roman" w:hAnsi="Times New Roman" w:eastAsia="宋体"/>
          <w:b/>
          <w:i w:val="0"/>
          <w:sz w:val="23"/>
        </w:rPr>
        <w:t>第 32 题</w:t>
      </w:r>
    </w:p>
    <w:p>
      <w:pPr>
        <w:spacing w:before="0" w:after="80" w:line="300" w:lineRule="auto"/>
        <w:jc w:val="left"/>
      </w:pPr>
      <w:r>
        <w:rPr>
          <w:rFonts w:ascii="Times New Roman" w:hAnsi="Times New Roman" w:eastAsia="宋体"/>
          <w:b w:val="0"/>
          <w:i w:val="0"/>
          <w:sz w:val="21"/>
        </w:rPr>
        <w:t>一架长 25 英尺的梯子斜靠在建筑物的竖直墙面上，梯脚距墙根 7 英尺。若梯顶向下滑 4 英尺，则梯脚将滑动：</w:t>
      </w:r>
    </w:p>
    <w:p>
      <w:pPr>
        <w:spacing w:before="0" w:after="120" w:line="300" w:lineRule="auto"/>
      </w:pPr>
      <w:r>
        <w:rPr>
          <w:rFonts w:ascii="Times New Roman" w:hAnsi="Times New Roman" w:eastAsia="宋体"/>
          <w:b w:val="0"/>
          <w:i w:val="0"/>
          <w:sz w:val="21"/>
        </w:rPr>
        <w:t>（A）9 英尺　　（B）15 英尺　　（C）5 英尺　　（D）8 英尺　　（E）4 英尺</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25 foot ladder is placed against a vertical wall of a building. The foot of the ladder is 7 feet from the base of the building. If the top of the ladder slips 4 feet, then the foot of the ladder will slide:</w:t>
      </w:r>
    </w:p>
    <w:p>
      <w:pPr>
        <w:spacing w:before="0" w:after="160" w:line="300" w:lineRule="auto"/>
      </w:pPr>
      <w:r>
        <w:rPr>
          <w:rFonts w:ascii="Times New Roman" w:hAnsi="Times New Roman" w:eastAsia="宋体"/>
          <w:b w:val="0"/>
          <w:i w:val="0"/>
          <w:color w:val="333333"/>
          <w:sz w:val="19"/>
        </w:rPr>
        <w:t>(A) 9 ft　　(B) 15 ft　　(C) 5 ft　　(D) 8 ft　　(E) 4 ft</w:t>
      </w:r>
    </w:p>
    <w:p>
      <w:pPr>
        <w:spacing w:before="200" w:after="80" w:line="300" w:lineRule="auto"/>
      </w:pPr>
      <w:r>
        <w:rPr>
          <w:rFonts w:ascii="Times New Roman" w:hAnsi="Times New Roman" w:eastAsia="宋体"/>
          <w:b/>
          <w:i w:val="0"/>
          <w:sz w:val="23"/>
        </w:rPr>
        <w:t>第 33 题</w:t>
      </w:r>
    </w:p>
    <w:p>
      <w:pPr>
        <w:spacing w:before="0" w:after="80" w:line="300" w:lineRule="auto"/>
        <w:jc w:val="left"/>
      </w:pPr>
      <w:r>
        <w:rPr>
          <w:rFonts w:ascii="Times New Roman" w:hAnsi="Times New Roman" w:eastAsia="宋体"/>
          <w:b w:val="0"/>
          <w:i w:val="0"/>
          <w:sz w:val="21"/>
        </w:rPr>
        <w:t>内径为 1 英寸的圆管需要多少根，才能与一根内径为 6 英寸的圆管输送相同的水量？</w:t>
      </w:r>
    </w:p>
    <w:p>
      <w:pPr>
        <w:spacing w:before="0" w:after="120" w:line="300" w:lineRule="auto"/>
      </w:pPr>
      <w:r>
        <w:rPr>
          <w:rFonts w:ascii="Times New Roman" w:hAnsi="Times New Roman" w:eastAsia="宋体"/>
          <w:b w:val="0"/>
          <w:i w:val="0"/>
          <w:sz w:val="21"/>
        </w:rPr>
        <w:t>（A）6π　　（B）6　　（C）12　　（D）36　　（E）36π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circular pipes with an inside diameter of 1 inch which will carry the same amount of water as a pipe with an inside diameter of 6 inches is:</w:t>
      </w:r>
    </w:p>
    <w:p>
      <w:pPr>
        <w:spacing w:before="0" w:after="160" w:line="300" w:lineRule="auto"/>
      </w:pPr>
      <w:r>
        <w:rPr>
          <w:rFonts w:ascii="Times New Roman" w:hAnsi="Times New Roman" w:eastAsia="宋体"/>
          <w:b w:val="0"/>
          <w:i w:val="0"/>
          <w:color w:val="333333"/>
          <w:sz w:val="19"/>
        </w:rPr>
        <w:t>(A) 6π　　(B) 6　　(C) 12　　(D) 36　　(E) 36π</w:t>
      </w:r>
    </w:p>
    <w:p>
      <w:pPr>
        <w:spacing w:before="200" w:after="80" w:line="300" w:lineRule="auto"/>
      </w:pPr>
      <w:r>
        <w:rPr>
          <w:rFonts w:ascii="Times New Roman" w:hAnsi="Times New Roman" w:eastAsia="宋体"/>
          <w:b/>
          <w:i w:val="0"/>
          <w:sz w:val="23"/>
        </w:rPr>
        <w:t>第 34 题</w:t>
      </w:r>
    </w:p>
    <w:p>
      <w:pPr>
        <w:spacing w:before="0" w:after="80" w:line="300" w:lineRule="auto"/>
        <w:jc w:val="left"/>
      </w:pPr>
      <w:r>
        <w:rPr>
          <w:rFonts w:ascii="Times New Roman" w:hAnsi="Times New Roman" w:eastAsia="宋体"/>
          <w:b w:val="0"/>
          <w:i w:val="0"/>
          <w:sz w:val="21"/>
        </w:rPr>
        <w:t>一个玩具气球的圆周长从 20 英寸增加到 25 英寸时，半径增加了：</w:t>
      </w:r>
    </w:p>
    <w:p>
      <w:pPr>
        <w:spacing w:before="0" w:after="120" w:line="300" w:lineRule="auto"/>
      </w:pPr>
      <w:r>
        <w:rPr>
          <w:rFonts w:ascii="Times New Roman" w:hAnsi="Times New Roman" w:eastAsia="宋体"/>
          <w:b w:val="0"/>
          <w:i w:val="0"/>
          <w:sz w:val="21"/>
        </w:rPr>
        <w:t>（A）5 英寸　　（B）21/2 英寸　　（C）5/π 英寸　　（D）5/2π 英寸　　（E）π/5 英寸</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the circumference of a toy balloon is increased from 20 inches to 25 inches, the radius is increased by:</w:t>
      </w:r>
    </w:p>
    <w:p>
      <w:pPr>
        <w:spacing w:before="0" w:after="160" w:line="300" w:lineRule="auto"/>
      </w:pPr>
      <w:r>
        <w:rPr>
          <w:rFonts w:ascii="Times New Roman" w:hAnsi="Times New Roman" w:eastAsia="宋体"/>
          <w:b w:val="0"/>
          <w:i w:val="0"/>
          <w:color w:val="333333"/>
          <w:sz w:val="19"/>
        </w:rPr>
        <w:t>(A) 5 in　　(B) 21/2 in　　(C) 5/π in　　(D) 5/2π in　　(E) π/5 in</w:t>
      </w:r>
    </w:p>
    <w:p>
      <w:pPr>
        <w:spacing w:before="200" w:after="80" w:line="300" w:lineRule="auto"/>
      </w:pPr>
      <w:r>
        <w:rPr>
          <w:rFonts w:ascii="Times New Roman" w:hAnsi="Times New Roman" w:eastAsia="宋体"/>
          <w:b/>
          <w:i w:val="0"/>
          <w:sz w:val="23"/>
        </w:rPr>
        <w:t>第 35 题</w:t>
      </w:r>
    </w:p>
    <w:p>
      <w:pPr>
        <w:spacing w:before="0" w:after="80" w:line="300" w:lineRule="auto"/>
        <w:jc w:val="left"/>
      </w:pPr>
      <w:r>
        <w:rPr>
          <w:rFonts w:ascii="Times New Roman" w:hAnsi="Times New Roman" w:eastAsia="宋体"/>
          <w:b w:val="0"/>
          <w:i w:val="0"/>
          <w:sz w:val="21"/>
        </w:rPr>
        <w:t>在三角形 ABC 中，AC=24 英寸，BC=10 英寸，AB=26 英寸。其内切圆半径为：</w:t>
      </w:r>
    </w:p>
    <w:p>
      <w:pPr>
        <w:spacing w:before="0" w:after="120" w:line="300" w:lineRule="auto"/>
      </w:pPr>
      <w:r>
        <w:rPr>
          <w:rFonts w:ascii="Times New Roman" w:hAnsi="Times New Roman" w:eastAsia="宋体"/>
          <w:b w:val="0"/>
          <w:i w:val="0"/>
          <w:sz w:val="21"/>
        </w:rPr>
        <w:t>（A）26 英寸　　（B）4 英寸　　（C）13 英寸　　（D）8 英寸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AC=24 inches, BC=10 inches, AB=26 inches. The radius of the inscribed circle is:</w:t>
      </w:r>
    </w:p>
    <w:p>
      <w:pPr>
        <w:spacing w:before="0" w:after="160" w:line="300" w:lineRule="auto"/>
      </w:pPr>
      <w:r>
        <w:rPr>
          <w:rFonts w:ascii="Times New Roman" w:hAnsi="Times New Roman" w:eastAsia="宋体"/>
          <w:b w:val="0"/>
          <w:i w:val="0"/>
          <w:color w:val="333333"/>
          <w:sz w:val="19"/>
        </w:rPr>
        <w:t>(A) 26 in　　(B) 4 in　　(C) 13 in　　(D) 8 in　　(E) None of these</w:t>
      </w:r>
    </w:p>
    <w:p>
      <w:pPr>
        <w:spacing w:before="200" w:after="80" w:line="300" w:lineRule="auto"/>
      </w:pPr>
      <w:r>
        <w:rPr>
          <w:rFonts w:ascii="Times New Roman" w:hAnsi="Times New Roman" w:eastAsia="宋体"/>
          <w:b/>
          <w:i w:val="0"/>
          <w:sz w:val="23"/>
        </w:rPr>
        <w:t>第 36 题</w:t>
      </w:r>
    </w:p>
    <w:p>
      <w:pPr>
        <w:spacing w:before="0" w:after="80" w:line="300" w:lineRule="auto"/>
        <w:jc w:val="left"/>
      </w:pPr>
      <w:r>
        <w:rPr>
          <w:rFonts w:ascii="Times New Roman" w:hAnsi="Times New Roman" w:eastAsia="宋体"/>
          <w:b w:val="0"/>
          <w:i w:val="0"/>
          <w:sz w:val="21"/>
        </w:rPr>
        <w:t>一位商人以比目录价低 25% 的价格购入商品。他希望设定一个标价，使商品按标价打 20% 的折扣售出后，利润仍为售价的 25%。标价应为目录价的百分之几？</w:t>
      </w:r>
    </w:p>
    <w:p>
      <w:pPr>
        <w:spacing w:before="0" w:after="120" w:line="300" w:lineRule="auto"/>
      </w:pPr>
      <w:r>
        <w:rPr>
          <w:rFonts w:ascii="Times New Roman" w:hAnsi="Times New Roman" w:eastAsia="宋体"/>
          <w:b w:val="0"/>
          <w:i w:val="0"/>
          <w:sz w:val="21"/>
        </w:rPr>
        <w:t>（A）125%　　（B）100%　　（C）120%　　（D）80%　　（E）75%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merchant buys goods at 25% off the list price. He desires to mark the goods so that he can give a discount of 20% on the marked price and still clear a profit of 25% on the selling price. What per cent of the list price must he mark the goods?</w:t>
      </w:r>
    </w:p>
    <w:p>
      <w:pPr>
        <w:spacing w:before="0" w:after="160" w:line="300" w:lineRule="auto"/>
      </w:pPr>
      <w:r>
        <w:rPr>
          <w:rFonts w:ascii="Times New Roman" w:hAnsi="Times New Roman" w:eastAsia="宋体"/>
          <w:b w:val="0"/>
          <w:i w:val="0"/>
          <w:color w:val="333333"/>
          <w:sz w:val="19"/>
        </w:rPr>
        <w:t>(A) 125%　　(B) 100%　　(C) 120%　　(D) 80%　　(E) 75%</w:t>
      </w:r>
    </w:p>
    <w:p>
      <w:pPr>
        <w:spacing w:before="200" w:after="80" w:line="300" w:lineRule="auto"/>
      </w:pPr>
      <w:r>
        <w:rPr>
          <w:rFonts w:ascii="Times New Roman" w:hAnsi="Times New Roman" w:eastAsia="宋体"/>
          <w:b/>
          <w:i w:val="0"/>
          <w:sz w:val="23"/>
        </w:rPr>
        <w:t>第 37 题</w:t>
      </w:r>
    </w:p>
    <w:p>
      <w:pPr>
        <w:spacing w:before="0" w:after="80" w:line="300" w:lineRule="auto"/>
        <w:jc w:val="left"/>
      </w:pPr>
      <w:r>
        <w:rPr>
          <w:rFonts w:ascii="Times New Roman" w:hAnsi="Times New Roman" w:eastAsia="宋体"/>
          <w:b w:val="0"/>
          <w:i w:val="0"/>
          <w:sz w:val="21"/>
        </w:rPr>
        <w:t>若 y=logₐ x，且 a&gt;1，下列哪个说法不正确？</w:t>
      </w:r>
    </w:p>
    <w:p>
      <w:pPr>
        <w:spacing w:before="0" w:after="120" w:line="300" w:lineRule="auto"/>
      </w:pPr>
      <w:r>
        <w:rPr>
          <w:rFonts w:ascii="Times New Roman" w:hAnsi="Times New Roman" w:eastAsia="宋体"/>
          <w:b w:val="0"/>
          <w:i w:val="0"/>
          <w:sz w:val="21"/>
        </w:rPr>
        <w:t>（A）若 x=1，则 y=0　　（B）若 x=a，则 y=1　　（C）若 x=-1，则 y 为虚数（复数）　　（D）若 0&lt; x&lt;1，则 y 始终小于 0，并且当 x 趋近于零时无限减小　　（E）以上说法只有一部分正确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y=logₐ x, a&gt;1, which of the following statements is incorrect?</w:t>
      </w:r>
    </w:p>
    <w:p>
      <w:pPr>
        <w:spacing w:before="0" w:after="160" w:line="300" w:lineRule="auto"/>
      </w:pPr>
      <w:r>
        <w:rPr>
          <w:rFonts w:ascii="Times New Roman" w:hAnsi="Times New Roman" w:eastAsia="宋体"/>
          <w:b w:val="0"/>
          <w:i w:val="0"/>
          <w:color w:val="333333"/>
          <w:sz w:val="19"/>
        </w:rPr>
        <w:t>(A) If x=1, y=0　　(B) If x=a, y=1　　(C) If x=-1, y is imaginary (complex)　　(D) If 0&lt; x&lt;1, y is always less than 0 and</w:t>
        <w:br/>
        <w:t>decreases without limit as x approaches zero　　(E) Only some of the above statements are</w:t>
        <w:br/>
        <w:t>correct</w:t>
      </w:r>
    </w:p>
    <w:p>
      <w:pPr>
        <w:spacing w:before="200" w:after="80" w:line="300" w:lineRule="auto"/>
      </w:pPr>
      <w:r>
        <w:rPr>
          <w:rFonts w:ascii="Times New Roman" w:hAnsi="Times New Roman" w:eastAsia="宋体"/>
          <w:b/>
          <w:i w:val="0"/>
          <w:sz w:val="23"/>
        </w:rPr>
        <w:t>第 38 题</w:t>
      </w:r>
    </w:p>
    <w:p>
      <w:pPr>
        <w:spacing w:before="0" w:after="80" w:line="300" w:lineRule="auto"/>
        <w:jc w:val="left"/>
      </w:pPr>
      <w:r>
        <w:rPr>
          <w:rFonts w:ascii="Times New Roman" w:hAnsi="Times New Roman" w:eastAsia="宋体"/>
          <w:b w:val="0"/>
          <w:i w:val="0"/>
          <w:sz w:val="21"/>
        </w:rPr>
        <w:t>若对于 a、b、c 和 d 的任意取值，式子</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sz w:val="20"/>
              </w:rPr>
              <w:t>a</w:t>
            </w:r>
          </w:p>
        </w:tc>
        <w:tc>
          <w:tcPr>
            <w:tcW w:type="dxa" w:w="4706"/>
          </w:tcPr>
          <w:p>
            <w:pPr>
              <w:spacing w:before="20" w:after="20" w:line="240" w:lineRule="auto"/>
              <w:jc w:val="center"/>
            </w:pPr>
            <w:r/>
            <w:r>
              <w:rPr>
                <w:rFonts w:ascii="Times New Roman" w:hAnsi="Times New Roman" w:eastAsia="宋体"/>
                <w:b w:val="0"/>
                <w:i w:val="0"/>
                <w:sz w:val="20"/>
              </w:rPr>
              <w:t>c</w:t>
            </w:r>
          </w:p>
        </w:tc>
      </w:tr>
      <w:tr>
        <w:tc>
          <w:tcPr>
            <w:tcW w:type="dxa" w:w="4706"/>
          </w:tcPr>
          <w:p>
            <w:pPr>
              <w:spacing w:before="20" w:after="20" w:line="240" w:lineRule="auto"/>
              <w:jc w:val="center"/>
            </w:pPr>
            <w:r/>
            <w:r>
              <w:rPr>
                <w:rFonts w:ascii="Times New Roman" w:hAnsi="Times New Roman" w:eastAsia="宋体"/>
                <w:b w:val="0"/>
                <w:i w:val="0"/>
                <w:sz w:val="20"/>
              </w:rPr>
              <w:t>d</w:t>
            </w:r>
          </w:p>
        </w:tc>
        <w:tc>
          <w:tcPr>
            <w:tcW w:type="dxa" w:w="4706"/>
          </w:tcPr>
          <w:p>
            <w:pPr>
              <w:spacing w:before="20" w:after="20" w:line="240" w:lineRule="auto"/>
              <w:jc w:val="center"/>
            </w:pPr>
            <w:r/>
            <w:r>
              <w:rPr>
                <w:rFonts w:ascii="Times New Roman" w:hAnsi="Times New Roman" w:eastAsia="宋体"/>
                <w:b w:val="0"/>
                <w:i w:val="0"/>
                <w:sz w:val="20"/>
              </w:rPr>
              <w:t>b</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的值均为 ab-cd，则方程</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sz w:val="20"/>
              </w:rPr>
              <w:t>2x</w:t>
            </w:r>
          </w:p>
        </w:tc>
        <w:tc>
          <w:tcPr>
            <w:tcW w:type="dxa" w:w="4706"/>
          </w:tcPr>
          <w:p>
            <w:pPr>
              <w:spacing w:before="20" w:after="20" w:line="240" w:lineRule="auto"/>
              <w:jc w:val="center"/>
            </w:pPr>
            <w:r/>
            <w:r>
              <w:rPr>
                <w:rFonts w:ascii="Times New Roman" w:hAnsi="Times New Roman" w:eastAsia="宋体"/>
                <w:b w:val="0"/>
                <w:i w:val="0"/>
                <w:sz w:val="20"/>
              </w:rPr>
              <w:t>1</w:t>
            </w:r>
          </w:p>
        </w:tc>
      </w:tr>
      <w:tr>
        <w:tc>
          <w:tcPr>
            <w:tcW w:type="dxa" w:w="4706"/>
          </w:tcPr>
          <w:p>
            <w:pPr>
              <w:spacing w:before="20" w:after="20" w:line="240" w:lineRule="auto"/>
              <w:jc w:val="center"/>
            </w:pPr>
            <w:r/>
            <w:r>
              <w:rPr>
                <w:rFonts w:ascii="Times New Roman" w:hAnsi="Times New Roman" w:eastAsia="宋体"/>
                <w:b w:val="0"/>
                <w:i w:val="0"/>
                <w:sz w:val="20"/>
              </w:rPr>
              <w:t>x</w:t>
            </w:r>
          </w:p>
        </w:tc>
        <w:tc>
          <w:tcPr>
            <w:tcW w:type="dxa" w:w="4706"/>
          </w:tcPr>
          <w:p>
            <w:pPr>
              <w:spacing w:before="20" w:after="20" w:line="240" w:lineRule="auto"/>
              <w:jc w:val="center"/>
            </w:pPr>
            <w:r/>
            <w:r>
              <w:rPr>
                <w:rFonts w:ascii="Times New Roman" w:hAnsi="Times New Roman" w:eastAsia="宋体"/>
                <w:b w:val="0"/>
                <w:i w:val="0"/>
                <w:sz w:val="20"/>
              </w:rPr>
              <w:t>x</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=3</w:t>
      </w:r>
    </w:p>
    <w:p>
      <w:pPr>
        <w:spacing w:before="0" w:after="120" w:line="300" w:lineRule="auto"/>
      </w:pPr>
      <w:r>
        <w:rPr>
          <w:rFonts w:ascii="Times New Roman" w:hAnsi="Times New Roman" w:eastAsia="宋体"/>
          <w:b w:val="0"/>
          <w:i w:val="0"/>
          <w:sz w:val="21"/>
        </w:rPr>
        <w:t>（A）仅有 1 个 x 值满足　　（B）有 2 个 x 值满足　　（C）没有 x 值满足　　（D）有无穷多个 x 值满足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expression</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color w:val="333333"/>
                <w:sz w:val="19"/>
              </w:rPr>
              <w:t>a</w:t>
            </w:r>
          </w:p>
        </w:tc>
        <w:tc>
          <w:tcPr>
            <w:tcW w:type="dxa" w:w="4706"/>
          </w:tcPr>
          <w:p>
            <w:pPr>
              <w:spacing w:before="20" w:after="20" w:line="240" w:lineRule="auto"/>
              <w:jc w:val="center"/>
            </w:pPr>
            <w:r/>
            <w:r>
              <w:rPr>
                <w:rFonts w:ascii="Times New Roman" w:hAnsi="Times New Roman" w:eastAsia="宋体"/>
                <w:b w:val="0"/>
                <w:i w:val="0"/>
                <w:color w:val="333333"/>
                <w:sz w:val="19"/>
              </w:rPr>
              <w:t>c</w:t>
            </w:r>
          </w:p>
        </w:tc>
      </w:tr>
      <w:tr>
        <w:tc>
          <w:tcPr>
            <w:tcW w:type="dxa" w:w="4706"/>
          </w:tcPr>
          <w:p>
            <w:pPr>
              <w:spacing w:before="20" w:after="20" w:line="240" w:lineRule="auto"/>
              <w:jc w:val="center"/>
            </w:pPr>
            <w:r/>
            <w:r>
              <w:rPr>
                <w:rFonts w:ascii="Times New Roman" w:hAnsi="Times New Roman" w:eastAsia="宋体"/>
                <w:b w:val="0"/>
                <w:i w:val="0"/>
                <w:color w:val="333333"/>
                <w:sz w:val="19"/>
              </w:rPr>
              <w:t>d</w:t>
            </w:r>
          </w:p>
        </w:tc>
        <w:tc>
          <w:tcPr>
            <w:tcW w:type="dxa" w:w="4706"/>
          </w:tcPr>
          <w:p>
            <w:pPr>
              <w:spacing w:before="20" w:after="20" w:line="240" w:lineRule="auto"/>
              <w:jc w:val="center"/>
            </w:pPr>
            <w:r/>
            <w:r>
              <w:rPr>
                <w:rFonts w:ascii="Times New Roman" w:hAnsi="Times New Roman" w:eastAsia="宋体"/>
                <w:b w:val="0"/>
                <w:i w:val="0"/>
                <w:color w:val="333333"/>
                <w:sz w:val="19"/>
              </w:rPr>
              <w:t>b</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has the value ab-cd for all values of a, b, c, and d, then the equation</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color w:val="333333"/>
                <w:sz w:val="19"/>
              </w:rPr>
              <w:t>2x</w:t>
            </w:r>
          </w:p>
        </w:tc>
        <w:tc>
          <w:tcPr>
            <w:tcW w:type="dxa" w:w="4706"/>
          </w:tcPr>
          <w:p>
            <w:pPr>
              <w:spacing w:before="20" w:after="20" w:line="240" w:lineRule="auto"/>
              <w:jc w:val="center"/>
            </w:pPr>
            <w:r/>
            <w:r>
              <w:rPr>
                <w:rFonts w:ascii="Times New Roman" w:hAnsi="Times New Roman" w:eastAsia="宋体"/>
                <w:b w:val="0"/>
                <w:i w:val="0"/>
                <w:color w:val="333333"/>
                <w:sz w:val="19"/>
              </w:rPr>
              <w:t>1</w:t>
            </w:r>
          </w:p>
        </w:tc>
      </w:tr>
      <w:tr>
        <w:tc>
          <w:tcPr>
            <w:tcW w:type="dxa" w:w="4706"/>
          </w:tcPr>
          <w:p>
            <w:pPr>
              <w:spacing w:before="20" w:after="20" w:line="240" w:lineRule="auto"/>
              <w:jc w:val="center"/>
            </w:pPr>
            <w:r/>
            <w:r>
              <w:rPr>
                <w:rFonts w:ascii="Times New Roman" w:hAnsi="Times New Roman" w:eastAsia="宋体"/>
                <w:b w:val="0"/>
                <w:i w:val="0"/>
                <w:color w:val="333333"/>
                <w:sz w:val="19"/>
              </w:rPr>
              <w:t>x</w:t>
            </w:r>
          </w:p>
        </w:tc>
        <w:tc>
          <w:tcPr>
            <w:tcW w:type="dxa" w:w="4706"/>
          </w:tcPr>
          <w:p>
            <w:pPr>
              <w:spacing w:before="20" w:after="20" w:line="240" w:lineRule="auto"/>
              <w:jc w:val="center"/>
            </w:pPr>
            <w:r/>
            <w:r>
              <w:rPr>
                <w:rFonts w:ascii="Times New Roman" w:hAnsi="Times New Roman" w:eastAsia="宋体"/>
                <w:b w:val="0"/>
                <w:i w:val="0"/>
                <w:color w:val="333333"/>
                <w:sz w:val="19"/>
              </w:rPr>
              <w:t>x</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=3</w:t>
      </w:r>
    </w:p>
    <w:p>
      <w:pPr>
        <w:spacing w:before="0" w:after="160" w:line="300" w:lineRule="auto"/>
      </w:pPr>
      <w:r>
        <w:rPr>
          <w:rFonts w:ascii="Times New Roman" w:hAnsi="Times New Roman" w:eastAsia="宋体"/>
          <w:b w:val="0"/>
          <w:i w:val="0"/>
          <w:color w:val="333333"/>
          <w:sz w:val="19"/>
        </w:rPr>
        <w:t>(A) Is satisfied for only 1 value of x　　(B) Is satisfied for 2 values of x　　(C) Is satisfied for no values of x　　(D) Is satisfied for an infinite number of values of x　　(E) None of these</w:t>
      </w:r>
    </w:p>
    <w:p>
      <w:pPr>
        <w:spacing w:before="200" w:after="80" w:line="300" w:lineRule="auto"/>
      </w:pPr>
      <w:r>
        <w:rPr>
          <w:rFonts w:ascii="Times New Roman" w:hAnsi="Times New Roman" w:eastAsia="宋体"/>
          <w:b/>
          <w:i w:val="0"/>
          <w:sz w:val="23"/>
        </w:rPr>
        <w:t>第 39 题</w:t>
      </w:r>
    </w:p>
    <w:p>
      <w:pPr>
        <w:spacing w:before="0" w:after="80" w:line="300" w:lineRule="auto"/>
        <w:jc w:val="left"/>
      </w:pPr>
      <w:r>
        <w:rPr>
          <w:rFonts w:ascii="Times New Roman" w:hAnsi="Times New Roman" w:eastAsia="宋体"/>
          <w:b w:val="0"/>
          <w:i w:val="0"/>
          <w:sz w:val="21"/>
        </w:rPr>
        <w:t>已知级数 2+1+1/2+1/4+⋯ 以及下列五个说法：</w:t>
      </w:r>
    </w:p>
    <w:p>
      <w:pPr>
        <w:spacing w:before="0" w:after="80" w:line="300" w:lineRule="auto"/>
        <w:jc w:val="left"/>
      </w:pPr>
      <w:r>
        <w:rPr>
          <w:rFonts w:ascii="Times New Roman" w:hAnsi="Times New Roman" w:eastAsia="宋体"/>
          <w:b w:val="0"/>
          <w:i w:val="0"/>
          <w:sz w:val="21"/>
        </w:rPr>
        <w:t>(1) 和无限增大。</w:t>
      </w:r>
    </w:p>
    <w:p>
      <w:pPr>
        <w:spacing w:before="0" w:after="80" w:line="300" w:lineRule="auto"/>
        <w:jc w:val="left"/>
      </w:pPr>
      <w:r>
        <w:rPr>
          <w:rFonts w:ascii="Times New Roman" w:hAnsi="Times New Roman" w:eastAsia="宋体"/>
          <w:b w:val="0"/>
          <w:i w:val="0"/>
          <w:sz w:val="21"/>
        </w:rPr>
        <w:t>(2) 和无限减小。</w:t>
      </w:r>
    </w:p>
    <w:p>
      <w:pPr>
        <w:spacing w:before="0" w:after="80" w:line="300" w:lineRule="auto"/>
        <w:jc w:val="left"/>
      </w:pPr>
      <w:r>
        <w:rPr>
          <w:rFonts w:ascii="Times New Roman" w:hAnsi="Times New Roman" w:eastAsia="宋体"/>
          <w:b w:val="0"/>
          <w:i w:val="0"/>
          <w:sz w:val="21"/>
        </w:rPr>
        <w:t>(3) 数列任意一项与零之差都可以小于任意给定的正数，无论该正数多么小。</w:t>
      </w:r>
    </w:p>
    <w:p>
      <w:pPr>
        <w:spacing w:before="0" w:after="80" w:line="300" w:lineRule="auto"/>
        <w:jc w:val="left"/>
      </w:pPr>
      <w:r>
        <w:rPr>
          <w:rFonts w:ascii="Times New Roman" w:hAnsi="Times New Roman" w:eastAsia="宋体"/>
          <w:b w:val="0"/>
          <w:i w:val="0"/>
          <w:sz w:val="21"/>
        </w:rPr>
        <w:t>(4) 和与 4 之差可以小于任意给定的正数，无论该正数多么小。</w:t>
      </w:r>
    </w:p>
    <w:p>
      <w:pPr>
        <w:spacing w:before="0" w:after="80" w:line="300" w:lineRule="auto"/>
        <w:jc w:val="left"/>
      </w:pPr>
      <w:r>
        <w:rPr>
          <w:rFonts w:ascii="Times New Roman" w:hAnsi="Times New Roman" w:eastAsia="宋体"/>
          <w:b w:val="0"/>
          <w:i w:val="0"/>
          <w:sz w:val="21"/>
        </w:rPr>
        <w:t>(5) 和趋近于一个极限。</w:t>
      </w:r>
    </w:p>
    <w:p>
      <w:pPr>
        <w:spacing w:before="0" w:after="80" w:line="300" w:lineRule="auto"/>
        <w:jc w:val="left"/>
      </w:pPr>
      <w:r>
        <w:rPr>
          <w:rFonts w:ascii="Times New Roman" w:hAnsi="Times New Roman" w:eastAsia="宋体"/>
          <w:b w:val="0"/>
          <w:i w:val="0"/>
          <w:sz w:val="21"/>
        </w:rPr>
        <w:t>其中正确的说法是：</w:t>
      </w:r>
    </w:p>
    <w:p>
      <w:pPr>
        <w:spacing w:before="0" w:after="120" w:line="300" w:lineRule="auto"/>
      </w:pPr>
      <w:r>
        <w:rPr>
          <w:rFonts w:ascii="Times New Roman" w:hAnsi="Times New Roman" w:eastAsia="宋体"/>
          <w:b w:val="0"/>
          <w:i w:val="0"/>
          <w:sz w:val="21"/>
        </w:rPr>
        <w:t>（A）只有 3 和 4　　（B）只有 5　　（C）只有 2 和 4　　（D）只有 2、3 和 4　　（E）只有 4 和 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series 2+1+1/2+1/4+⋯ and the following five statements:</w:t>
      </w:r>
    </w:p>
    <w:p>
      <w:pPr>
        <w:spacing w:before="0" w:after="80" w:line="300" w:lineRule="auto"/>
        <w:jc w:val="left"/>
      </w:pPr>
      <w:r>
        <w:rPr>
          <w:rFonts w:ascii="Times New Roman" w:hAnsi="Times New Roman" w:eastAsia="宋体"/>
          <w:b w:val="0"/>
          <w:i w:val="0"/>
          <w:color w:val="333333"/>
          <w:sz w:val="19"/>
        </w:rPr>
        <w:t>(1) the sum increases without limit.</w:t>
      </w:r>
    </w:p>
    <w:p>
      <w:pPr>
        <w:spacing w:before="0" w:after="80" w:line="300" w:lineRule="auto"/>
        <w:jc w:val="left"/>
      </w:pPr>
      <w:r>
        <w:rPr>
          <w:rFonts w:ascii="Times New Roman" w:hAnsi="Times New Roman" w:eastAsia="宋体"/>
          <w:b w:val="0"/>
          <w:i w:val="0"/>
          <w:color w:val="333333"/>
          <w:sz w:val="19"/>
        </w:rPr>
        <w:t>(2) the sum decreases without limit.</w:t>
      </w:r>
    </w:p>
    <w:p>
      <w:pPr>
        <w:spacing w:before="0" w:after="80" w:line="300" w:lineRule="auto"/>
        <w:jc w:val="left"/>
      </w:pPr>
      <w:r>
        <w:rPr>
          <w:rFonts w:ascii="Times New Roman" w:hAnsi="Times New Roman" w:eastAsia="宋体"/>
          <w:b w:val="0"/>
          <w:i w:val="0"/>
          <w:color w:val="333333"/>
          <w:sz w:val="19"/>
        </w:rPr>
        <w:t>(3) the difference between any term of the sequence and zero can be made less than any positive quantity no matter how small.</w:t>
      </w:r>
    </w:p>
    <w:p>
      <w:pPr>
        <w:spacing w:before="0" w:after="80" w:line="300" w:lineRule="auto"/>
        <w:jc w:val="left"/>
      </w:pPr>
      <w:r>
        <w:rPr>
          <w:rFonts w:ascii="Times New Roman" w:hAnsi="Times New Roman" w:eastAsia="宋体"/>
          <w:b w:val="0"/>
          <w:i w:val="0"/>
          <w:color w:val="333333"/>
          <w:sz w:val="19"/>
        </w:rPr>
        <w:t>(4) the difference between the sum and 4 can be made less than any positive quantity no matter how small.</w:t>
      </w:r>
    </w:p>
    <w:p>
      <w:pPr>
        <w:spacing w:before="0" w:after="80" w:line="300" w:lineRule="auto"/>
        <w:jc w:val="left"/>
      </w:pPr>
      <w:r>
        <w:rPr>
          <w:rFonts w:ascii="Times New Roman" w:hAnsi="Times New Roman" w:eastAsia="宋体"/>
          <w:b w:val="0"/>
          <w:i w:val="0"/>
          <w:color w:val="333333"/>
          <w:sz w:val="19"/>
        </w:rPr>
        <w:t>(5) the sum approaches a limit.</w:t>
      </w:r>
    </w:p>
    <w:p>
      <w:pPr>
        <w:spacing w:before="0" w:after="80" w:line="300" w:lineRule="auto"/>
        <w:jc w:val="left"/>
      </w:pPr>
      <w:r>
        <w:rPr>
          <w:rFonts w:ascii="Times New Roman" w:hAnsi="Times New Roman" w:eastAsia="宋体"/>
          <w:b w:val="0"/>
          <w:i w:val="0"/>
          <w:color w:val="333333"/>
          <w:sz w:val="19"/>
        </w:rPr>
        <w:t>Of these statements, the correct ones are:</w:t>
      </w:r>
    </w:p>
    <w:p>
      <w:pPr>
        <w:spacing w:before="0" w:after="160" w:line="300" w:lineRule="auto"/>
      </w:pPr>
      <w:r>
        <w:rPr>
          <w:rFonts w:ascii="Times New Roman" w:hAnsi="Times New Roman" w:eastAsia="宋体"/>
          <w:b w:val="0"/>
          <w:i w:val="0"/>
          <w:color w:val="333333"/>
          <w:sz w:val="19"/>
        </w:rPr>
        <w:t>(A) Only 3 and 4　　(B) Only 5　　(C) Only 2 and 4　　(D) Only 2, 3, and 4　　(E) Only 4 and 5</w:t>
      </w:r>
    </w:p>
    <w:p>
      <w:pPr>
        <w:spacing w:before="200" w:after="80" w:line="300" w:lineRule="auto"/>
      </w:pPr>
      <w:r>
        <w:rPr>
          <w:rFonts w:ascii="Times New Roman" w:hAnsi="Times New Roman" w:eastAsia="宋体"/>
          <w:b/>
          <w:i w:val="0"/>
          <w:sz w:val="23"/>
        </w:rPr>
        <w:t>第 40 题</w:t>
      </w:r>
    </w:p>
    <w:p>
      <w:pPr>
        <w:spacing w:before="0" w:after="80" w:line="300" w:lineRule="auto"/>
        <w:jc w:val="left"/>
      </w:pPr>
      <w:r>
        <w:rPr>
          <w:rFonts w:ascii="Times New Roman" w:hAnsi="Times New Roman" w:eastAsia="宋体"/>
          <w:b w:val="0"/>
          <w:i w:val="0"/>
          <w:sz w:val="21"/>
        </w:rPr>
        <w:t>当 x 趋近于 1 时，x²-1/x-1 的极限为：</w:t>
      </w:r>
    </w:p>
    <w:p>
      <w:pPr>
        <w:spacing w:before="0" w:after="120" w:line="300" w:lineRule="auto"/>
      </w:pPr>
      <w:r>
        <w:rPr>
          <w:rFonts w:ascii="Times New Roman" w:hAnsi="Times New Roman" w:eastAsia="宋体"/>
          <w:b w:val="0"/>
          <w:i w:val="0"/>
          <w:sz w:val="21"/>
        </w:rPr>
        <w:t>（A）0　　（B）不定　　（C）x-1　　（D）2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limit of x²-1/x-1 as x approaches 1 as a limit is:</w:t>
      </w:r>
    </w:p>
    <w:p>
      <w:pPr>
        <w:spacing w:before="0" w:after="160" w:line="300" w:lineRule="auto"/>
      </w:pPr>
      <w:r>
        <w:rPr>
          <w:rFonts w:ascii="Times New Roman" w:hAnsi="Times New Roman" w:eastAsia="宋体"/>
          <w:b w:val="0"/>
          <w:i w:val="0"/>
          <w:color w:val="333333"/>
          <w:sz w:val="19"/>
        </w:rPr>
        <w:t>(A) 0　　(B) Indeterminate　　(C) x-1　　(D) 2　　(E) 1</w:t>
      </w:r>
    </w:p>
    <w:p>
      <w:pPr>
        <w:spacing w:before="200" w:after="80" w:line="300" w:lineRule="auto"/>
      </w:pPr>
      <w:r>
        <w:rPr>
          <w:rFonts w:ascii="Times New Roman" w:hAnsi="Times New Roman" w:eastAsia="宋体"/>
          <w:b/>
          <w:i w:val="0"/>
          <w:sz w:val="23"/>
        </w:rPr>
        <w:t>第 41 题</w:t>
      </w:r>
    </w:p>
    <w:p>
      <w:pPr>
        <w:spacing w:before="0" w:after="80" w:line="300" w:lineRule="auto"/>
        <w:jc w:val="left"/>
      </w:pPr>
      <w:r>
        <w:rPr>
          <w:rFonts w:ascii="Times New Roman" w:hAnsi="Times New Roman" w:eastAsia="宋体"/>
          <w:b w:val="0"/>
          <w:i w:val="0"/>
          <w:sz w:val="21"/>
        </w:rPr>
        <w:t>当 a&gt;0 时，函数 ax²+bx+c 的最小值为：</w:t>
      </w:r>
    </w:p>
    <w:p>
      <w:pPr>
        <w:spacing w:before="0" w:after="120" w:line="300" w:lineRule="auto"/>
      </w:pPr>
      <w:r>
        <w:rPr>
          <w:rFonts w:ascii="Times New Roman" w:hAnsi="Times New Roman" w:eastAsia="宋体"/>
          <w:b w:val="0"/>
          <w:i w:val="0"/>
          <w:sz w:val="21"/>
        </w:rPr>
        <w:t>（A）-b/a　　（B）-b/2a　　（C）b²-4ac　　（D）4ac-b²/4a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least value of the function ax²+bx+c with a&gt;0 is:</w:t>
      </w:r>
    </w:p>
    <w:p>
      <w:pPr>
        <w:spacing w:before="0" w:after="160" w:line="300" w:lineRule="auto"/>
      </w:pPr>
      <w:r>
        <w:rPr>
          <w:rFonts w:ascii="Times New Roman" w:hAnsi="Times New Roman" w:eastAsia="宋体"/>
          <w:b w:val="0"/>
          <w:i w:val="0"/>
          <w:color w:val="333333"/>
          <w:sz w:val="19"/>
        </w:rPr>
        <w:t>(A) -b/a　　(B) -b/2a　　(C) b²-4ac　　(D) 4ac-b²/4a　　(E) None of these</w:t>
      </w:r>
    </w:p>
    <w:p>
      <w:pPr>
        <w:spacing w:before="200" w:after="80" w:line="300" w:lineRule="auto"/>
      </w:pPr>
      <w:r>
        <w:rPr>
          <w:rFonts w:ascii="Times New Roman" w:hAnsi="Times New Roman" w:eastAsia="宋体"/>
          <w:b/>
          <w:i w:val="0"/>
          <w:sz w:val="23"/>
        </w:rPr>
        <w:t>第 42 题</w:t>
      </w:r>
    </w:p>
    <w:p>
      <w:pPr>
        <w:spacing w:before="0" w:after="80" w:line="300" w:lineRule="auto"/>
        <w:jc w:val="left"/>
      </w:pPr>
      <w:r>
        <w:rPr>
          <w:rFonts w:ascii="Times New Roman" w:hAnsi="Times New Roman" w:eastAsia="宋体"/>
          <w:b w:val="0"/>
          <w:i w:val="0"/>
          <w:sz w:val="21"/>
        </w:rPr>
        <w:t>当 x 等于下列哪个值时，方程 x^(x^(x^(·^(·^(·)))))=2 成立？</w:t>
      </w:r>
    </w:p>
    <w:p>
      <w:pPr>
        <w:spacing w:before="0" w:after="120" w:line="300" w:lineRule="auto"/>
      </w:pPr>
      <w:r>
        <w:rPr>
          <w:rFonts w:ascii="Times New Roman" w:hAnsi="Times New Roman" w:eastAsia="宋体"/>
          <w:b w:val="0"/>
          <w:i w:val="0"/>
          <w:sz w:val="21"/>
        </w:rPr>
        <w:t>（A）无穷大　　（B）2　　（C）⁴√(2)　　（D）√(2)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x^(x^(x^(·^(·^(·)))))=2 is satisfied when x is equal to:</w:t>
      </w:r>
    </w:p>
    <w:p>
      <w:pPr>
        <w:spacing w:before="0" w:after="160" w:line="300" w:lineRule="auto"/>
      </w:pPr>
      <w:r>
        <w:rPr>
          <w:rFonts w:ascii="Times New Roman" w:hAnsi="Times New Roman" w:eastAsia="宋体"/>
          <w:b w:val="0"/>
          <w:i w:val="0"/>
          <w:color w:val="333333"/>
          <w:sz w:val="19"/>
        </w:rPr>
        <w:t>(A) Infinity　　(B) 2　　(C) ⁴√(2)　　(D) √(2)　　(E) None of these</w:t>
      </w:r>
    </w:p>
    <w:p>
      <w:pPr>
        <w:spacing w:before="200" w:after="80" w:line="300" w:lineRule="auto"/>
      </w:pPr>
      <w:r>
        <w:rPr>
          <w:rFonts w:ascii="Times New Roman" w:hAnsi="Times New Roman" w:eastAsia="宋体"/>
          <w:b/>
          <w:i w:val="0"/>
          <w:sz w:val="23"/>
        </w:rPr>
        <w:t>第 43 题</w:t>
      </w:r>
    </w:p>
    <w:p>
      <w:pPr>
        <w:spacing w:before="0" w:after="80" w:line="300" w:lineRule="auto"/>
        <w:jc w:val="left"/>
      </w:pPr>
      <w:r>
        <w:rPr>
          <w:rFonts w:ascii="Times New Roman" w:hAnsi="Times New Roman" w:eastAsia="宋体"/>
          <w:b w:val="0"/>
          <w:i w:val="0"/>
          <w:sz w:val="21"/>
        </w:rPr>
        <w:t>无穷级数 1/7+2/7²+1/7³+2/7⁴+⋯ 的和为：</w:t>
      </w:r>
    </w:p>
    <w:p>
      <w:pPr>
        <w:spacing w:before="0" w:after="120" w:line="300" w:lineRule="auto"/>
      </w:pPr>
      <w:r>
        <w:rPr>
          <w:rFonts w:ascii="Times New Roman" w:hAnsi="Times New Roman" w:eastAsia="宋体"/>
          <w:b w:val="0"/>
          <w:i w:val="0"/>
          <w:sz w:val="21"/>
        </w:rPr>
        <w:t>（A）1/5　　（B）1/24　　（C）5/48　　（D）1/16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to infinity of 1/7+2/7²+1/7³+2/7⁴+⋯ is:</w:t>
      </w:r>
    </w:p>
    <w:p>
      <w:pPr>
        <w:spacing w:before="0" w:after="160" w:line="300" w:lineRule="auto"/>
      </w:pPr>
      <w:r>
        <w:rPr>
          <w:rFonts w:ascii="Times New Roman" w:hAnsi="Times New Roman" w:eastAsia="宋体"/>
          <w:b w:val="0"/>
          <w:i w:val="0"/>
          <w:color w:val="333333"/>
          <w:sz w:val="19"/>
        </w:rPr>
        <w:t>(A) 1/5　　(B) 1/24　　(C) 5/48　　(D) 1/16　　(E) None of these</w:t>
      </w:r>
    </w:p>
    <w:p>
      <w:pPr>
        <w:spacing w:before="200" w:after="80" w:line="300" w:lineRule="auto"/>
      </w:pPr>
      <w:r>
        <w:rPr>
          <w:rFonts w:ascii="Times New Roman" w:hAnsi="Times New Roman" w:eastAsia="宋体"/>
          <w:b/>
          <w:i w:val="0"/>
          <w:sz w:val="23"/>
        </w:rPr>
        <w:t>第 44 题</w:t>
      </w:r>
    </w:p>
    <w:p>
      <w:pPr>
        <w:spacing w:before="0" w:after="80" w:line="300" w:lineRule="auto"/>
        <w:jc w:val="left"/>
      </w:pPr>
      <w:r>
        <w:rPr>
          <w:rFonts w:ascii="Times New Roman" w:hAnsi="Times New Roman" w:eastAsia="宋体"/>
          <w:b w:val="0"/>
          <w:i w:val="0"/>
          <w:sz w:val="21"/>
        </w:rPr>
        <w:t>函数 y=log x 的图像</w:t>
      </w:r>
    </w:p>
    <w:p>
      <w:pPr>
        <w:spacing w:before="0" w:after="120" w:line="300" w:lineRule="auto"/>
      </w:pPr>
      <w:r>
        <w:rPr>
          <w:rFonts w:ascii="Times New Roman" w:hAnsi="Times New Roman" w:eastAsia="宋体"/>
          <w:b w:val="0"/>
          <w:i w:val="0"/>
          <w:sz w:val="21"/>
        </w:rPr>
        <w:t>（A）与 y 轴相交　　（B）与所有垂直于 x 轴的直线相交　　（C）与 x 轴相交　　（D）与两个坐标轴都不相交　　（E）与所有以原点为圆心的圆相交</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of y=log x</w:t>
      </w:r>
    </w:p>
    <w:p>
      <w:pPr>
        <w:spacing w:before="0" w:after="160" w:line="300" w:lineRule="auto"/>
      </w:pPr>
      <w:r>
        <w:rPr>
          <w:rFonts w:ascii="Times New Roman" w:hAnsi="Times New Roman" w:eastAsia="宋体"/>
          <w:b w:val="0"/>
          <w:i w:val="0"/>
          <w:color w:val="333333"/>
          <w:sz w:val="19"/>
        </w:rPr>
        <w:t>(A) Cuts the y-axis　　(B) Cuts all lines perpendicular to the x-axis　　(C) Cuts the x-axis　　(D) Cuts neither axis　　(E) Cuts all circles whose center is at the origin</w:t>
      </w:r>
    </w:p>
    <w:p>
      <w:pPr>
        <w:spacing w:before="200" w:after="80" w:line="300" w:lineRule="auto"/>
      </w:pPr>
      <w:r>
        <w:rPr>
          <w:rFonts w:ascii="Times New Roman" w:hAnsi="Times New Roman" w:eastAsia="宋体"/>
          <w:b/>
          <w:i w:val="0"/>
          <w:sz w:val="23"/>
        </w:rPr>
        <w:t>第 45 题</w:t>
      </w:r>
    </w:p>
    <w:p>
      <w:pPr>
        <w:spacing w:before="0" w:after="80" w:line="300" w:lineRule="auto"/>
        <w:jc w:val="left"/>
      </w:pPr>
      <w:r>
        <w:rPr>
          <w:rFonts w:ascii="Times New Roman" w:hAnsi="Times New Roman" w:eastAsia="宋体"/>
          <w:b w:val="0"/>
          <w:i w:val="0"/>
          <w:sz w:val="21"/>
        </w:rPr>
        <w:t>一个 100 边形可以画出的对角线条数为：</w:t>
      </w:r>
    </w:p>
    <w:p>
      <w:pPr>
        <w:spacing w:before="0" w:after="120" w:line="300" w:lineRule="auto"/>
      </w:pPr>
      <w:r>
        <w:rPr>
          <w:rFonts w:ascii="Times New Roman" w:hAnsi="Times New Roman" w:eastAsia="宋体"/>
          <w:b w:val="0"/>
          <w:i w:val="0"/>
          <w:sz w:val="21"/>
        </w:rPr>
        <w:t>（A）4850　　（B）4950　　（C）9900　　（D）98　　（E）8800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diagonals that can be drawn in a polygon of 100 sides is:</w:t>
      </w:r>
    </w:p>
    <w:p>
      <w:pPr>
        <w:spacing w:before="0" w:after="160" w:line="300" w:lineRule="auto"/>
      </w:pPr>
      <w:r>
        <w:rPr>
          <w:rFonts w:ascii="Times New Roman" w:hAnsi="Times New Roman" w:eastAsia="宋体"/>
          <w:b w:val="0"/>
          <w:i w:val="0"/>
          <w:color w:val="333333"/>
          <w:sz w:val="19"/>
        </w:rPr>
        <w:t>(A) 4850　　(B) 4950　　(C) 9900　　(D) 98　　(E) 8800</w:t>
      </w:r>
    </w:p>
    <w:p>
      <w:pPr>
        <w:spacing w:before="200" w:after="80" w:line="300" w:lineRule="auto"/>
      </w:pPr>
      <w:r>
        <w:rPr>
          <w:rFonts w:ascii="Times New Roman" w:hAnsi="Times New Roman" w:eastAsia="宋体"/>
          <w:b/>
          <w:i w:val="0"/>
          <w:sz w:val="23"/>
        </w:rPr>
        <w:t>第 46 题</w:t>
      </w:r>
    </w:p>
    <w:p>
      <w:pPr>
        <w:spacing w:before="0" w:after="80" w:line="300" w:lineRule="auto"/>
        <w:jc w:val="left"/>
      </w:pPr>
      <w:r>
        <w:rPr>
          <w:rFonts w:ascii="Times New Roman" w:hAnsi="Times New Roman" w:eastAsia="宋体"/>
          <w:b w:val="0"/>
          <w:i w:val="0"/>
          <w:sz w:val="21"/>
        </w:rPr>
        <w:t>在三角形 ABC 中，AB=12、AC=7、BC=10。若将边 AB 和 AC 加倍，而 BC 保持不变，则：</w:t>
      </w:r>
    </w:p>
    <w:p>
      <w:pPr>
        <w:spacing w:before="0" w:after="120" w:line="300" w:lineRule="auto"/>
      </w:pPr>
      <w:r>
        <w:rPr>
          <w:rFonts w:ascii="Times New Roman" w:hAnsi="Times New Roman" w:eastAsia="宋体"/>
          <w:b w:val="0"/>
          <w:i w:val="0"/>
          <w:sz w:val="21"/>
        </w:rPr>
        <w:t>（A）面积加倍　　（B）高加倍　　（C）面积变为原来的四倍　　（D）中线不变　　（E）三角形的面积为 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AB=12, AC=7, and BC=10. If sides AB and AC are doubled while BC remains the same, then:</w:t>
      </w:r>
    </w:p>
    <w:p>
      <w:pPr>
        <w:spacing w:before="0" w:after="160" w:line="300" w:lineRule="auto"/>
      </w:pPr>
      <w:r>
        <w:rPr>
          <w:rFonts w:ascii="Times New Roman" w:hAnsi="Times New Roman" w:eastAsia="宋体"/>
          <w:b w:val="0"/>
          <w:i w:val="0"/>
          <w:color w:val="333333"/>
          <w:sz w:val="19"/>
        </w:rPr>
        <w:t>(A) The area is doubled　　(B) The altitude is doubled　　(C) The area is four times the original area　　(D) The median is unchanged　　(E) The area of the triangle is 0</w:t>
      </w:r>
    </w:p>
    <w:p>
      <w:pPr>
        <w:spacing w:before="200" w:after="80" w:line="300" w:lineRule="auto"/>
      </w:pPr>
      <w:r>
        <w:rPr>
          <w:rFonts w:ascii="Times New Roman" w:hAnsi="Times New Roman" w:eastAsia="宋体"/>
          <w:b/>
          <w:i w:val="0"/>
          <w:sz w:val="23"/>
        </w:rPr>
        <w:t>第 47 题</w:t>
      </w:r>
    </w:p>
    <w:p>
      <w:pPr>
        <w:spacing w:before="0" w:after="80" w:line="300" w:lineRule="auto"/>
        <w:jc w:val="left"/>
      </w:pPr>
      <w:r>
        <w:rPr>
          <w:rFonts w:ascii="Times New Roman" w:hAnsi="Times New Roman" w:eastAsia="宋体"/>
          <w:b w:val="0"/>
          <w:i w:val="0"/>
          <w:sz w:val="21"/>
        </w:rPr>
        <w:t>一个内接于三角形的矩形，其底边与三角形长为 b 的底边重合。若三角形的高为 h，矩形的高 x 是矩形底边的一半，则：</w:t>
      </w:r>
    </w:p>
    <w:p>
      <w:pPr>
        <w:spacing w:before="0" w:after="120" w:line="300" w:lineRule="auto"/>
      </w:pPr>
      <w:r>
        <w:rPr>
          <w:rFonts w:ascii="Times New Roman" w:hAnsi="Times New Roman" w:eastAsia="宋体"/>
          <w:b w:val="0"/>
          <w:i w:val="0"/>
          <w:sz w:val="21"/>
        </w:rPr>
        <w:t>（A）x=1/2h　　（B）x=bh/b+h　　（C）x=bh/2h+b　　（D）x=√(hb/2)　　（E）x=1/2b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rectangle inscribed in a triangle has its base coinciding with the base b of the triangle. If the altitude of the triangle is h, and the altitude x of the rectangle is half the base of the rectangle, then:</w:t>
      </w:r>
    </w:p>
    <w:p>
      <w:pPr>
        <w:spacing w:before="0" w:after="160" w:line="300" w:lineRule="auto"/>
      </w:pPr>
      <w:r>
        <w:rPr>
          <w:rFonts w:ascii="Times New Roman" w:hAnsi="Times New Roman" w:eastAsia="宋体"/>
          <w:b w:val="0"/>
          <w:i w:val="0"/>
          <w:color w:val="333333"/>
          <w:sz w:val="19"/>
        </w:rPr>
        <w:t>(A) x=1/2h　　(B) x=bh/b+h　　(C) x=bh/2h+b　　(D) x=√(hb/2)　　(E) x=1/2b</w:t>
      </w:r>
    </w:p>
    <w:p>
      <w:pPr>
        <w:spacing w:before="200" w:after="80" w:line="300" w:lineRule="auto"/>
      </w:pPr>
      <w:r>
        <w:rPr>
          <w:rFonts w:ascii="Times New Roman" w:hAnsi="Times New Roman" w:eastAsia="宋体"/>
          <w:b/>
          <w:i w:val="0"/>
          <w:sz w:val="23"/>
        </w:rPr>
        <w:t>第 48 题</w:t>
      </w:r>
    </w:p>
    <w:p>
      <w:pPr>
        <w:spacing w:before="0" w:after="80" w:line="300" w:lineRule="auto"/>
        <w:jc w:val="left"/>
      </w:pPr>
      <w:r>
        <w:rPr>
          <w:rFonts w:ascii="Times New Roman" w:hAnsi="Times New Roman" w:eastAsia="宋体"/>
          <w:b w:val="0"/>
          <w:i w:val="0"/>
          <w:sz w:val="21"/>
        </w:rPr>
        <w:t>在一个等边三角形内部任取一点，从该点分别向三边作垂线。这三条垂线段的长度之和：</w:t>
      </w:r>
    </w:p>
    <w:p>
      <w:pPr>
        <w:spacing w:before="0" w:after="120" w:line="300" w:lineRule="auto"/>
      </w:pPr>
      <w:r>
        <w:rPr>
          <w:rFonts w:ascii="Times New Roman" w:hAnsi="Times New Roman" w:eastAsia="宋体"/>
          <w:b w:val="0"/>
          <w:i w:val="0"/>
          <w:sz w:val="21"/>
        </w:rPr>
        <w:t>（A）当该点为三角形重心时最小　　（B）大于三角形的高　　（C）等于三角形的高　　（D）等于三角形周长的一半　　（E）当该点为三角形重心时最大</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point is selected at random inside an equilateral triangle. From this point perpendiculars are dropped to each side. The sum of these perpendiculars is:</w:t>
      </w:r>
    </w:p>
    <w:p>
      <w:pPr>
        <w:spacing w:before="0" w:after="160" w:line="300" w:lineRule="auto"/>
      </w:pPr>
      <w:r>
        <w:rPr>
          <w:rFonts w:ascii="Times New Roman" w:hAnsi="Times New Roman" w:eastAsia="宋体"/>
          <w:b w:val="0"/>
          <w:i w:val="0"/>
          <w:color w:val="333333"/>
          <w:sz w:val="19"/>
        </w:rPr>
        <w:t>(A) Least when the point is the center of gravity of the</w:t>
        <w:br/>
        <w:t>triangle　　(B) Greater than the altitude of the triangle　　(C) Equal to the altitude of the triangle　　(D) One-half the sum of the sides of the triangle　　(E) Greatest when the point is the center of gravity</w:t>
      </w:r>
    </w:p>
    <w:p>
      <w:pPr>
        <w:spacing w:before="200" w:after="80" w:line="300" w:lineRule="auto"/>
      </w:pPr>
      <w:r>
        <w:rPr>
          <w:rFonts w:ascii="Times New Roman" w:hAnsi="Times New Roman" w:eastAsia="宋体"/>
          <w:b/>
          <w:i w:val="0"/>
          <w:sz w:val="23"/>
        </w:rPr>
        <w:t>第 49 题</w:t>
      </w:r>
    </w:p>
    <w:p>
      <w:pPr>
        <w:spacing w:before="0" w:after="80" w:line="300" w:lineRule="auto"/>
        <w:jc w:val="left"/>
      </w:pPr>
      <w:r>
        <w:rPr>
          <w:rFonts w:ascii="Times New Roman" w:hAnsi="Times New Roman" w:eastAsia="宋体"/>
          <w:b w:val="0"/>
          <w:i w:val="0"/>
          <w:sz w:val="21"/>
        </w:rPr>
        <w:t>一个三角形有一条固定底边 AB，长为 2 英寸。从 A 到边 BC 的中线长为 11/2 英寸，并可从 A 向任意方向引出。顶点 C 的轨迹为：</w:t>
      </w:r>
    </w:p>
    <w:p>
      <w:pPr>
        <w:spacing w:before="0" w:after="120" w:line="300" w:lineRule="auto"/>
      </w:pPr>
      <w:r>
        <w:rPr>
          <w:rFonts w:ascii="Times New Roman" w:hAnsi="Times New Roman" w:eastAsia="宋体"/>
          <w:b w:val="0"/>
          <w:i w:val="0"/>
          <w:sz w:val="21"/>
        </w:rPr>
        <w:t>（A）一条直线 AB，距 A 为 11/2 英寸　　（B）以 A 为圆心、半径为 2 英寸的圆　　（C）以 A 为圆心、半径为 3 英寸的圆　　（D）半径为 3 英寸，圆心位于射线 BA 上且距 B 为 4</w:t>
        <w:br/>
        <w:t>英寸的圆　　（E）以 A 为焦点的椭圆</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triangle has a fixed base AB that is 2 inches long. The median from A to side BC is 11/2 inches long and can have any position emanating from A. The locus of the vertex C of the triangle is:</w:t>
      </w:r>
    </w:p>
    <w:p>
      <w:pPr>
        <w:spacing w:before="0" w:after="160" w:line="300" w:lineRule="auto"/>
      </w:pPr>
      <w:r>
        <w:rPr>
          <w:rFonts w:ascii="Times New Roman" w:hAnsi="Times New Roman" w:eastAsia="宋体"/>
          <w:b w:val="0"/>
          <w:i w:val="0"/>
          <w:color w:val="333333"/>
          <w:sz w:val="19"/>
        </w:rPr>
        <w:t>(A) A straight line AB, 11/2 inches from A　　(B) A circle with A as center and radius 2 inches　　(C) A circle with A as center and radius 3 inches　　(D) A circle with radius 3 inches and center</w:t>
        <w:br/>
        <w:t>4 inches from B along BA　　(E) An ellipse with A as focus</w:t>
      </w:r>
    </w:p>
    <w:p>
      <w:pPr>
        <w:spacing w:before="200" w:after="80" w:line="300" w:lineRule="auto"/>
      </w:pPr>
      <w:r>
        <w:rPr>
          <w:rFonts w:ascii="Times New Roman" w:hAnsi="Times New Roman" w:eastAsia="宋体"/>
          <w:b/>
          <w:i w:val="0"/>
          <w:sz w:val="23"/>
        </w:rPr>
        <w:t>第 50 题</w:t>
      </w:r>
    </w:p>
    <w:p>
      <w:pPr>
        <w:spacing w:before="0" w:after="80" w:line="300" w:lineRule="auto"/>
        <w:jc w:val="left"/>
      </w:pPr>
      <w:r>
        <w:rPr>
          <w:rFonts w:ascii="Times New Roman" w:hAnsi="Times New Roman" w:eastAsia="宋体"/>
          <w:b w:val="0"/>
          <w:i w:val="0"/>
          <w:sz w:val="21"/>
        </w:rPr>
        <w:t>上午 11:45，一艘私掠船发现一艘商船位于下风方向 10 英里处。私掠船借着顺风以每小时 11 英里的速度追赶，而商船逃跑时只能达到每小时 8 英里。追逐两小时后，私掠船的上桅帆被风刮走；此后私掠船每航行 17 英里时，商船航行 15 英里。私掠船将在何时追上商船？</w:t>
      </w:r>
    </w:p>
    <w:p>
      <w:pPr>
        <w:spacing w:before="0" w:after="120" w:line="300" w:lineRule="auto"/>
      </w:pPr>
      <w:r>
        <w:rPr>
          <w:rFonts w:ascii="Times New Roman" w:hAnsi="Times New Roman" w:eastAsia="宋体"/>
          <w:b w:val="0"/>
          <w:i w:val="0"/>
          <w:sz w:val="21"/>
        </w:rPr>
        <w:t>（A）下午 3:45　　（B）下午 3:30　　（C）下午 5:00　　（D）下午 2:45　　（E）下午 5:30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privateer discovers a merchantman 10 miles to leeward at 11:45 a.m. and with a good breeze bears down upon her at 11 mph, while the merchantman can only make 8 mph in her attempt to escape. After a two hour chase, the top sail of the privateer is carried away: she can now make only 17 miles while the merchantman makes 15. The privateer will overtake the merchantman at:</w:t>
      </w:r>
    </w:p>
    <w:p>
      <w:pPr>
        <w:spacing w:before="0" w:after="160" w:line="300" w:lineRule="auto"/>
      </w:pPr>
      <w:r>
        <w:rPr>
          <w:rFonts w:ascii="Times New Roman" w:hAnsi="Times New Roman" w:eastAsia="宋体"/>
          <w:b w:val="0"/>
          <w:i w:val="0"/>
          <w:color w:val="333333"/>
          <w:sz w:val="19"/>
        </w:rPr>
        <w:t>(A) 3:45 p.m.　　(B) 3:30 p.m.　　(C) 5:00 p.m.　　(D) 2:45 p.m.　　(E) 5:30 p.m.</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D　E　A　A　C　B　C　A</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B　C　D　D　E　B　C　E</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C　D　B　D　B　E　D　E　B</w:t>
      </w:r>
    </w:p>
    <w:p>
      <w:pPr>
        <w:spacing w:before="0" w:after="0" w:line="300" w:lineRule="auto"/>
      </w:pPr>
      <w:r>
        <w:rPr>
          <w:rFonts w:ascii="Times New Roman" w:hAnsi="Times New Roman" w:eastAsia="宋体"/>
          <w:b w:val="0"/>
          <w:i w:val="0"/>
          <w:sz w:val="18"/>
        </w:rPr>
        <w:t>题号　28　29　30　31　32　33　34　35　36</w:t>
      </w:r>
    </w:p>
    <w:p>
      <w:pPr>
        <w:spacing w:before="0" w:after="80" w:line="300" w:lineRule="auto"/>
      </w:pPr>
      <w:r>
        <w:rPr>
          <w:rFonts w:ascii="Times New Roman" w:hAnsi="Times New Roman" w:eastAsia="宋体"/>
          <w:b/>
          <w:i w:val="0"/>
          <w:sz w:val="18"/>
        </w:rPr>
        <w:t>答案　B　B　A　C　D　D　D　B　A</w:t>
      </w:r>
    </w:p>
    <w:p>
      <w:pPr>
        <w:spacing w:before="0" w:after="0" w:line="300" w:lineRule="auto"/>
      </w:pPr>
      <w:r>
        <w:rPr>
          <w:rFonts w:ascii="Times New Roman" w:hAnsi="Times New Roman" w:eastAsia="宋体"/>
          <w:b w:val="0"/>
          <w:i w:val="0"/>
          <w:sz w:val="18"/>
        </w:rPr>
        <w:t>题号　37　38　39　40　41　42　43　44　45</w:t>
      </w:r>
    </w:p>
    <w:p>
      <w:pPr>
        <w:spacing w:before="0" w:after="80" w:line="300" w:lineRule="auto"/>
      </w:pPr>
      <w:r>
        <w:rPr>
          <w:rFonts w:ascii="Times New Roman" w:hAnsi="Times New Roman" w:eastAsia="宋体"/>
          <w:b/>
          <w:i w:val="0"/>
          <w:sz w:val="18"/>
        </w:rPr>
        <w:t>答案　E　B　E　D　D　D　E　C　A</w:t>
      </w:r>
    </w:p>
    <w:p>
      <w:pPr>
        <w:spacing w:before="0" w:after="0" w:line="300" w:lineRule="auto"/>
      </w:pPr>
      <w:r>
        <w:rPr>
          <w:rFonts w:ascii="Times New Roman" w:hAnsi="Times New Roman" w:eastAsia="宋体"/>
          <w:b w:val="0"/>
          <w:i w:val="0"/>
          <w:sz w:val="18"/>
        </w:rPr>
        <w:t>题号　46　47　48　49　50</w:t>
      </w:r>
    </w:p>
    <w:p>
      <w:pPr>
        <w:spacing w:before="0" w:after="80" w:line="300" w:lineRule="auto"/>
      </w:pPr>
      <w:r>
        <w:rPr>
          <w:rFonts w:ascii="Times New Roman" w:hAnsi="Times New Roman" w:eastAsia="宋体"/>
          <w:b/>
          <w:i w:val="0"/>
          <w:sz w:val="18"/>
        </w:rPr>
        <w:t>答案　E　C　C　D　E</w:t>
      </w:r>
    </w:p>
    <w:p>
      <w:pPr>
        <w:spacing w:before="0" w:after="200" w:line="300" w:lineRule="auto"/>
      </w:pPr>
      <w:r>
        <w:rPr>
          <w:rFonts w:ascii="Times New Roman" w:hAnsi="Times New Roman" w:eastAsia="宋体"/>
          <w:b w:val="0"/>
          <w:i w:val="0"/>
          <w:color w:val="666666"/>
          <w:sz w:val="18"/>
        </w:rPr>
        <w:t>答案串：CDEAACBCADBCDDEBCECDBDBEDEBBBACDDDBAEBEDDDECAECCDE</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这个比共有 2+4+6=12 个等份。因此，最小的一部分为</w:t>
      </w:r>
    </w:p>
    <w:p>
      <w:pPr>
        <w:spacing w:before="0" w:after="80" w:line="300" w:lineRule="auto"/>
        <w:jc w:val="left"/>
      </w:pPr>
      <w:r>
        <w:rPr>
          <w:rFonts w:ascii="Times New Roman" w:hAnsi="Times New Roman" w:eastAsia="宋体"/>
          <w:b w:val="0"/>
          <w:i w:val="0"/>
          <w:sz w:val="21"/>
        </w:rPr>
        <w:t>64(2/12)=32/3=102/3。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ratio contains 2+4+6=12 equal shares. The smallest part is therefore</w:t>
      </w:r>
    </w:p>
    <w:p>
      <w:pPr>
        <w:spacing w:before="0" w:after="80" w:line="300" w:lineRule="auto"/>
        <w:jc w:val="left"/>
      </w:pPr>
      <w:r>
        <w:rPr>
          <w:rFonts w:ascii="Times New Roman" w:hAnsi="Times New Roman" w:eastAsia="宋体"/>
          <w:b w:val="0"/>
          <w:i w:val="0"/>
          <w:color w:val="333333"/>
          <w:sz w:val="19"/>
        </w:rPr>
        <w:t>64(2/12)=32/3=102/3.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代入 S=8 和 R=16，得到 16=8g-4，所以 g=5/2。因此，当 S=10 时，</w:t>
      </w:r>
    </w:p>
    <w:p>
      <w:pPr>
        <w:spacing w:before="0" w:after="80" w:line="300" w:lineRule="auto"/>
        <w:jc w:val="left"/>
      </w:pPr>
      <w:r>
        <w:rPr>
          <w:rFonts w:ascii="Times New Roman" w:hAnsi="Times New Roman" w:eastAsia="宋体"/>
          <w:b w:val="0"/>
          <w:i w:val="0"/>
          <w:sz w:val="21"/>
        </w:rPr>
        <w:t>R=5/2(10)-4=21。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Substituting S=8 and R=16 gives 16=8g-4, so g=5/2. Hence, when S=10,</w:t>
      </w:r>
    </w:p>
    <w:p>
      <w:pPr>
        <w:spacing w:before="0" w:after="80" w:line="300" w:lineRule="auto"/>
        <w:jc w:val="left"/>
      </w:pPr>
      <w:r>
        <w:rPr>
          <w:rFonts w:ascii="Times New Roman" w:hAnsi="Times New Roman" w:eastAsia="宋体"/>
          <w:b w:val="0"/>
          <w:i w:val="0"/>
          <w:color w:val="333333"/>
          <w:sz w:val="19"/>
        </w:rPr>
        <w:t>R=5/2(10)-4=21.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方程的标准形式为 4x²-8x+5=0。由韦达定理，两根之和为</w:t>
      </w:r>
    </w:p>
    <w:p>
      <w:pPr>
        <w:spacing w:before="0" w:after="80" w:line="300" w:lineRule="auto"/>
        <w:jc w:val="left"/>
      </w:pPr>
      <w:r>
        <w:rPr>
          <w:rFonts w:ascii="Times New Roman" w:hAnsi="Times New Roman" w:eastAsia="宋体"/>
          <w:b w:val="0"/>
          <w:i w:val="0"/>
          <w:sz w:val="21"/>
        </w:rPr>
        <w:t>--8/4=2。</w:t>
      </w:r>
    </w:p>
    <w:p>
      <w:pPr>
        <w:spacing w:before="0" w:after="80" w:line="300" w:lineRule="auto"/>
        <w:jc w:val="left"/>
      </w:pPr>
      <w:r>
        <w:rPr>
          <w:rFonts w:ascii="Times New Roman" w:hAnsi="Times New Roman" w:eastAsia="宋体"/>
          <w:b w:val="0"/>
          <w:i w:val="0"/>
          <w:sz w:val="21"/>
        </w:rPr>
        <w:t>这个值不在选项 A 至 D 中。</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standard form the equation is 4x²-8x+5=0. By Vieta’s formulas, the sum of its roots is</w:t>
      </w:r>
    </w:p>
    <w:p>
      <w:pPr>
        <w:spacing w:before="0" w:after="80" w:line="300" w:lineRule="auto"/>
        <w:jc w:val="left"/>
      </w:pPr>
      <w:r>
        <w:rPr>
          <w:rFonts w:ascii="Times New Roman" w:hAnsi="Times New Roman" w:eastAsia="宋体"/>
          <w:b w:val="0"/>
          <w:i w:val="0"/>
          <w:color w:val="333333"/>
          <w:sz w:val="19"/>
        </w:rPr>
        <w:t>--8/4=2.</w:t>
      </w:r>
    </w:p>
    <w:p>
      <w:pPr>
        <w:spacing w:before="0" w:after="80" w:line="300" w:lineRule="auto"/>
        <w:jc w:val="left"/>
      </w:pPr>
      <w:r>
        <w:rPr>
          <w:rFonts w:ascii="Times New Roman" w:hAnsi="Times New Roman" w:eastAsia="宋体"/>
          <w:b w:val="0"/>
          <w:i w:val="0"/>
          <w:color w:val="333333"/>
          <w:sz w:val="19"/>
        </w:rPr>
        <w:t>This value is not among choices A through 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将各个分子和分母因式分解，得到</w:t>
      </w:r>
    </w:p>
    <w:p>
      <w:pPr>
        <w:spacing w:before="0" w:after="80" w:line="300" w:lineRule="auto"/>
        <w:jc w:val="left"/>
      </w:pPr>
      <w:r>
        <w:rPr>
          <w:rFonts w:ascii="Times New Roman" w:hAnsi="Times New Roman" w:eastAsia="宋体"/>
          <w:b w:val="0"/>
          <w:i w:val="0"/>
          <w:sz w:val="21"/>
        </w:rPr>
        <w:t>a²-b²/ab -ab-b²/ab-a²</w:t>
      </w:r>
    </w:p>
    <w:p>
      <w:pPr>
        <w:spacing w:before="0" w:after="80" w:line="300" w:lineRule="auto"/>
        <w:jc w:val="left"/>
      </w:pPr>
      <w:r>
        <w:rPr>
          <w:rFonts w:ascii="Times New Roman" w:hAnsi="Times New Roman" w:eastAsia="宋体"/>
          <w:b w:val="0"/>
          <w:i w:val="0"/>
          <w:sz w:val="21"/>
        </w:rPr>
        <w:t>=(a/b-b/a)</w:t>
      </w:r>
    </w:p>
    <w:p>
      <w:pPr>
        <w:spacing w:before="0" w:after="80" w:line="300" w:lineRule="auto"/>
        <w:jc w:val="left"/>
      </w:pPr>
      <w:r>
        <w:rPr>
          <w:rFonts w:ascii="Times New Roman" w:hAnsi="Times New Roman" w:eastAsia="宋体"/>
          <w:b w:val="0"/>
          <w:i w:val="0"/>
          <w:sz w:val="21"/>
        </w:rPr>
        <w:t>-(b(a-b))/(a(b-a))</w:t>
      </w:r>
    </w:p>
    <w:p>
      <w:pPr>
        <w:spacing w:before="0" w:after="80" w:line="300" w:lineRule="auto"/>
        <w:jc w:val="left"/>
      </w:pPr>
      <w:r>
        <w:rPr>
          <w:rFonts w:ascii="Times New Roman" w:hAnsi="Times New Roman" w:eastAsia="宋体"/>
          <w:b w:val="0"/>
          <w:i w:val="0"/>
          <w:sz w:val="21"/>
        </w:rPr>
        <w:t>=a/b-b/a +b/a</w:t>
      </w:r>
    </w:p>
    <w:p>
      <w:pPr>
        <w:spacing w:before="0" w:after="80" w:line="300" w:lineRule="auto"/>
        <w:jc w:val="left"/>
      </w:pPr>
      <w:r>
        <w:rPr>
          <w:rFonts w:ascii="Times New Roman" w:hAnsi="Times New Roman" w:eastAsia="宋体"/>
          <w:b w:val="0"/>
          <w:i w:val="0"/>
          <w:sz w:val="21"/>
        </w:rPr>
        <w:t>=a/b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the numerators and denominator gives</w:t>
      </w:r>
    </w:p>
    <w:p>
      <w:pPr>
        <w:spacing w:before="0" w:after="80" w:line="300" w:lineRule="auto"/>
        <w:jc w:val="left"/>
      </w:pPr>
      <w:r>
        <w:rPr>
          <w:rFonts w:ascii="Times New Roman" w:hAnsi="Times New Roman" w:eastAsia="宋体"/>
          <w:b w:val="0"/>
          <w:i w:val="0"/>
          <w:color w:val="333333"/>
          <w:sz w:val="19"/>
        </w:rPr>
        <w:t>a²-b²/ab -ab-b²/ab-a²</w:t>
      </w:r>
    </w:p>
    <w:p>
      <w:pPr>
        <w:spacing w:before="0" w:after="80" w:line="300" w:lineRule="auto"/>
        <w:jc w:val="left"/>
      </w:pPr>
      <w:r>
        <w:rPr>
          <w:rFonts w:ascii="Times New Roman" w:hAnsi="Times New Roman" w:eastAsia="宋体"/>
          <w:b w:val="0"/>
          <w:i w:val="0"/>
          <w:color w:val="333333"/>
          <w:sz w:val="19"/>
        </w:rPr>
        <w:t>=(a/b-b/a)</w:t>
      </w:r>
    </w:p>
    <w:p>
      <w:pPr>
        <w:spacing w:before="0" w:after="80" w:line="300" w:lineRule="auto"/>
        <w:jc w:val="left"/>
      </w:pPr>
      <w:r>
        <w:rPr>
          <w:rFonts w:ascii="Times New Roman" w:hAnsi="Times New Roman" w:eastAsia="宋体"/>
          <w:b w:val="0"/>
          <w:i w:val="0"/>
          <w:color w:val="333333"/>
          <w:sz w:val="19"/>
        </w:rPr>
        <w:t>-(b(a-b))/(a(b-a))</w:t>
      </w:r>
    </w:p>
    <w:p>
      <w:pPr>
        <w:spacing w:before="0" w:after="80" w:line="300" w:lineRule="auto"/>
        <w:jc w:val="left"/>
      </w:pPr>
      <w:r>
        <w:rPr>
          <w:rFonts w:ascii="Times New Roman" w:hAnsi="Times New Roman" w:eastAsia="宋体"/>
          <w:b w:val="0"/>
          <w:i w:val="0"/>
          <w:color w:val="333333"/>
          <w:sz w:val="19"/>
        </w:rPr>
        <w:t>=a/b-b/a +b/a</w:t>
      </w:r>
    </w:p>
    <w:p>
      <w:pPr>
        <w:spacing w:before="0" w:after="80" w:line="300" w:lineRule="auto"/>
        <w:jc w:val="left"/>
      </w:pPr>
      <w:r>
        <w:rPr>
          <w:rFonts w:ascii="Times New Roman" w:hAnsi="Times New Roman" w:eastAsia="宋体"/>
          <w:b w:val="0"/>
          <w:i w:val="0"/>
          <w:color w:val="333333"/>
          <w:sz w:val="19"/>
        </w:rPr>
        <w:t>=a/b.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从第一项 8 到第七项 5832 需要连续乘六次公比。因此，</w:t>
      </w:r>
    </w:p>
    <w:p>
      <w:pPr>
        <w:spacing w:before="0" w:after="80" w:line="300" w:lineRule="auto"/>
        <w:jc w:val="left"/>
      </w:pPr>
      <w:r>
        <w:rPr>
          <w:rFonts w:ascii="Times New Roman" w:hAnsi="Times New Roman" w:eastAsia="宋体"/>
          <w:b w:val="0"/>
          <w:i w:val="0"/>
          <w:sz w:val="21"/>
        </w:rPr>
        <w:t>q⁶=5832/8=729=3⁶，</w:t>
      </w:r>
    </w:p>
    <w:p>
      <w:pPr>
        <w:spacing w:before="0" w:after="80" w:line="300" w:lineRule="auto"/>
        <w:jc w:val="left"/>
      </w:pPr>
      <w:r>
        <w:rPr>
          <w:rFonts w:ascii="Times New Roman" w:hAnsi="Times New Roman" w:eastAsia="宋体"/>
          <w:b w:val="0"/>
          <w:i w:val="0"/>
          <w:sz w:val="21"/>
        </w:rPr>
        <w:t>所以正公比为 q=3。第五项是</w:t>
      </w:r>
    </w:p>
    <w:p>
      <w:pPr>
        <w:spacing w:before="0" w:after="80" w:line="300" w:lineRule="auto"/>
        <w:jc w:val="left"/>
      </w:pPr>
      <w:r>
        <w:rPr>
          <w:rFonts w:ascii="Times New Roman" w:hAnsi="Times New Roman" w:eastAsia="宋体"/>
          <w:b w:val="0"/>
          <w:i w:val="0"/>
          <w:sz w:val="21"/>
        </w:rPr>
        <w:t>8q⁴=8·3⁴=648。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six common-ratio steps from the first term 8 to the seventh term 5832. Thus</w:t>
      </w:r>
    </w:p>
    <w:p>
      <w:pPr>
        <w:spacing w:before="0" w:after="80" w:line="300" w:lineRule="auto"/>
        <w:jc w:val="left"/>
      </w:pPr>
      <w:r>
        <w:rPr>
          <w:rFonts w:ascii="Times New Roman" w:hAnsi="Times New Roman" w:eastAsia="宋体"/>
          <w:b w:val="0"/>
          <w:i w:val="0"/>
          <w:color w:val="333333"/>
          <w:sz w:val="19"/>
        </w:rPr>
        <w:t>q⁶=5832/8=729=3⁶,</w:t>
      </w:r>
    </w:p>
    <w:p>
      <w:pPr>
        <w:spacing w:before="0" w:after="80" w:line="300" w:lineRule="auto"/>
        <w:jc w:val="left"/>
      </w:pPr>
      <w:r>
        <w:rPr>
          <w:rFonts w:ascii="Times New Roman" w:hAnsi="Times New Roman" w:eastAsia="宋体"/>
          <w:b w:val="0"/>
          <w:i w:val="0"/>
          <w:color w:val="333333"/>
          <w:sz w:val="19"/>
        </w:rPr>
        <w:t>so the positive common ratio is q=3. The fifth term is</w:t>
      </w:r>
    </w:p>
    <w:p>
      <w:pPr>
        <w:spacing w:before="0" w:after="80" w:line="300" w:lineRule="auto"/>
        <w:jc w:val="left"/>
      </w:pPr>
      <w:r>
        <w:rPr>
          <w:rFonts w:ascii="Times New Roman" w:hAnsi="Times New Roman" w:eastAsia="宋体"/>
          <w:b w:val="0"/>
          <w:i w:val="0"/>
          <w:color w:val="333333"/>
          <w:sz w:val="19"/>
        </w:rPr>
        <w:t>8q⁴=8·3⁴=648.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由第二个方程可得 x=-y+3/2。将其代入第一个方程并乘以 2，得到</w:t>
      </w:r>
    </w:p>
    <w:p>
      <w:pPr>
        <w:spacing w:before="0" w:after="80" w:line="300" w:lineRule="auto"/>
        <w:jc w:val="left"/>
      </w:pPr>
      <w:r>
        <w:rPr>
          <w:rFonts w:ascii="Times New Roman" w:hAnsi="Times New Roman" w:eastAsia="宋体"/>
          <w:b w:val="0"/>
          <w:i w:val="0"/>
          <w:sz w:val="21"/>
        </w:rPr>
        <w:t>(y+3)²-6(y+3)</w:t>
      </w:r>
    </w:p>
    <w:p>
      <w:pPr>
        <w:spacing w:before="0" w:after="80" w:line="300" w:lineRule="auto"/>
        <w:jc w:val="left"/>
      </w:pPr>
      <w:r>
        <w:rPr>
          <w:rFonts w:ascii="Times New Roman" w:hAnsi="Times New Roman" w:eastAsia="宋体"/>
          <w:b w:val="0"/>
          <w:i w:val="0"/>
          <w:sz w:val="21"/>
        </w:rPr>
        <w:t>+10y+2=0,</w:t>
      </w:r>
    </w:p>
    <w:p>
      <w:pPr>
        <w:spacing w:before="0" w:after="80" w:line="300" w:lineRule="auto"/>
        <w:jc w:val="left"/>
      </w:pPr>
      <w:r>
        <w:rPr>
          <w:rFonts w:ascii="Times New Roman" w:hAnsi="Times New Roman" w:eastAsia="宋体"/>
          <w:b w:val="0"/>
          <w:i w:val="0"/>
          <w:sz w:val="21"/>
        </w:rPr>
        <w:t>y²+10y-7=0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the second equation, x=-y+3/2. Substituting into the first equation and multiplying by 2 gives</w:t>
      </w:r>
    </w:p>
    <w:p>
      <w:pPr>
        <w:spacing w:before="0" w:after="80" w:line="300" w:lineRule="auto"/>
        <w:jc w:val="left"/>
      </w:pPr>
      <w:r>
        <w:rPr>
          <w:rFonts w:ascii="Times New Roman" w:hAnsi="Times New Roman" w:eastAsia="宋体"/>
          <w:b w:val="0"/>
          <w:i w:val="0"/>
          <w:color w:val="333333"/>
          <w:sz w:val="19"/>
        </w:rPr>
        <w:t>(y+3)²-6(y+3)</w:t>
      </w:r>
    </w:p>
    <w:p>
      <w:pPr>
        <w:spacing w:before="0" w:after="80" w:line="300" w:lineRule="auto"/>
        <w:jc w:val="left"/>
      </w:pPr>
      <w:r>
        <w:rPr>
          <w:rFonts w:ascii="Times New Roman" w:hAnsi="Times New Roman" w:eastAsia="宋体"/>
          <w:b w:val="0"/>
          <w:i w:val="0"/>
          <w:color w:val="333333"/>
          <w:sz w:val="19"/>
        </w:rPr>
        <w:t>+10y+2=0,</w:t>
      </w:r>
    </w:p>
    <w:p>
      <w:pPr>
        <w:spacing w:before="0" w:after="80" w:line="300" w:lineRule="auto"/>
        <w:jc w:val="left"/>
      </w:pPr>
      <w:r>
        <w:rPr>
          <w:rFonts w:ascii="Times New Roman" w:hAnsi="Times New Roman" w:eastAsia="宋体"/>
          <w:b w:val="0"/>
          <w:i w:val="0"/>
          <w:color w:val="333333"/>
          <w:sz w:val="19"/>
        </w:rPr>
        <w:t>y²+10y-7=0.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这个两位数是 10t+u。在它后面添上 1，得到</w:t>
      </w:r>
    </w:p>
    <w:p>
      <w:pPr>
        <w:spacing w:before="0" w:after="80" w:line="300" w:lineRule="auto"/>
        <w:jc w:val="left"/>
      </w:pPr>
      <w:r>
        <w:rPr>
          <w:rFonts w:ascii="Times New Roman" w:hAnsi="Times New Roman" w:eastAsia="宋体"/>
          <w:b w:val="0"/>
          <w:i w:val="0"/>
          <w:sz w:val="21"/>
        </w:rPr>
        <w:t>10(10t+u)+1</w:t>
      </w:r>
    </w:p>
    <w:p>
      <w:pPr>
        <w:spacing w:before="0" w:after="80" w:line="300" w:lineRule="auto"/>
        <w:jc w:val="left"/>
      </w:pPr>
      <w:r>
        <w:rPr>
          <w:rFonts w:ascii="Times New Roman" w:hAnsi="Times New Roman" w:eastAsia="宋体"/>
          <w:b w:val="0"/>
          <w:i w:val="0"/>
          <w:sz w:val="21"/>
        </w:rPr>
        <w:t>=100t+10u+1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digit number is 10t+u. Placing 1 after it produces</w:t>
      </w:r>
    </w:p>
    <w:p>
      <w:pPr>
        <w:spacing w:before="0" w:after="80" w:line="300" w:lineRule="auto"/>
        <w:jc w:val="left"/>
      </w:pPr>
      <w:r>
        <w:rPr>
          <w:rFonts w:ascii="Times New Roman" w:hAnsi="Times New Roman" w:eastAsia="宋体"/>
          <w:b w:val="0"/>
          <w:i w:val="0"/>
          <w:color w:val="333333"/>
          <w:sz w:val="19"/>
        </w:rPr>
        <w:t>10(10t+u)+1</w:t>
      </w:r>
    </w:p>
    <w:p>
      <w:pPr>
        <w:spacing w:before="0" w:after="80" w:line="300" w:lineRule="auto"/>
        <w:jc w:val="left"/>
      </w:pPr>
      <w:r>
        <w:rPr>
          <w:rFonts w:ascii="Times New Roman" w:hAnsi="Times New Roman" w:eastAsia="宋体"/>
          <w:b w:val="0"/>
          <w:i w:val="0"/>
          <w:color w:val="333333"/>
          <w:sz w:val="19"/>
        </w:rPr>
        <w:t>=100t+10u+1.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将 r 增加 100% 后，半径变为 2r。面积从 π r² 变为 π(2r)²=4π r²，增加了 3π r²，即原面积的 300%。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Increasing r by 100% changes it to 2r. The area changes from π r² to π(2r)²=4π r², an increase of 3π r². This is 300% of the original area.</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A</w:t>
      </w:r>
    </w:p>
    <w:p>
      <w:pPr>
        <w:spacing w:before="0" w:after="80" w:line="300" w:lineRule="auto"/>
        <w:jc w:val="left"/>
      </w:pPr>
      <w:r>
        <w:rPr>
          <w:rFonts w:ascii="Times New Roman" w:hAnsi="Times New Roman" w:eastAsia="宋体"/>
          <w:b w:val="0"/>
          <w:i w:val="0"/>
          <w:sz w:val="21"/>
        </w:rPr>
        <w:t>半圆内三角形的底边至多为直径 2r，高至多为 r。因此，其面积至多为</w:t>
      </w:r>
    </w:p>
    <w:p>
      <w:pPr>
        <w:spacing w:before="0" w:after="80" w:line="300" w:lineRule="auto"/>
        <w:jc w:val="left"/>
      </w:pPr>
      <w:r>
        <w:rPr>
          <w:rFonts w:ascii="Times New Roman" w:hAnsi="Times New Roman" w:eastAsia="宋体"/>
          <w:b w:val="0"/>
          <w:i w:val="0"/>
          <w:sz w:val="21"/>
        </w:rPr>
        <w:t>1/2(2r)(r)=r²。</w:t>
      </w:r>
    </w:p>
    <w:p>
      <w:pPr>
        <w:spacing w:before="0" w:after="80" w:line="300" w:lineRule="auto"/>
        <w:jc w:val="left"/>
      </w:pPr>
      <w:r>
        <w:rPr>
          <w:rFonts w:ascii="Times New Roman" w:hAnsi="Times New Roman" w:eastAsia="宋体"/>
          <w:b w:val="0"/>
          <w:i w:val="0"/>
          <w:sz w:val="21"/>
        </w:rPr>
        <w:t>取直径为底边、半圆的最高点为第三个顶点时，可以达到这个上界。</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triangle in the semicircle has base at most the diameter 2r and altitude at most r. Therefore its area is at most</w:t>
      </w:r>
    </w:p>
    <w:p>
      <w:pPr>
        <w:spacing w:before="0" w:after="80" w:line="300" w:lineRule="auto"/>
        <w:jc w:val="left"/>
      </w:pPr>
      <w:r>
        <w:rPr>
          <w:rFonts w:ascii="Times New Roman" w:hAnsi="Times New Roman" w:eastAsia="宋体"/>
          <w:b w:val="0"/>
          <w:i w:val="0"/>
          <w:color w:val="333333"/>
          <w:sz w:val="19"/>
        </w:rPr>
        <w:t>1/2(2r)(r)=r².</w:t>
      </w:r>
    </w:p>
    <w:p>
      <w:pPr>
        <w:spacing w:before="0" w:after="80" w:line="300" w:lineRule="auto"/>
        <w:jc w:val="left"/>
      </w:pPr>
      <w:r>
        <w:rPr>
          <w:rFonts w:ascii="Times New Roman" w:hAnsi="Times New Roman" w:eastAsia="宋体"/>
          <w:b w:val="0"/>
          <w:i w:val="0"/>
          <w:color w:val="333333"/>
          <w:sz w:val="19"/>
        </w:rPr>
        <w:t>This bound is attained by using the diameter as the base and the topmost point of the semicircle as the third vertex.</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分子、分母同乘原分子的共轭式，得到</w:t>
      </w:r>
    </w:p>
    <w:p>
      <w:pPr>
        <w:spacing w:before="0" w:after="80" w:line="300" w:lineRule="auto"/>
        <w:jc w:val="left"/>
      </w:pPr>
      <w:r>
        <w:rPr>
          <w:rFonts w:ascii="Times New Roman" w:hAnsi="Times New Roman" w:eastAsia="宋体"/>
          <w:b w:val="0"/>
          <w:i w:val="0"/>
          <w:sz w:val="21"/>
        </w:rPr>
        <w:t>(√(3)-√(2))/(√(3)) ·(√(3)+√(2))/(√(3)+√(2))</w:t>
      </w:r>
    </w:p>
    <w:p>
      <w:pPr>
        <w:spacing w:before="0" w:after="80" w:line="300" w:lineRule="auto"/>
        <w:jc w:val="left"/>
      </w:pPr>
      <w:r>
        <w:rPr>
          <w:rFonts w:ascii="Times New Roman" w:hAnsi="Times New Roman" w:eastAsia="宋体"/>
          <w:b w:val="0"/>
          <w:i w:val="0"/>
          <w:sz w:val="21"/>
        </w:rPr>
        <w:t>=1/(√(3)(√(3)+√(2)))</w:t>
      </w:r>
    </w:p>
    <w:p>
      <w:pPr>
        <w:spacing w:before="0" w:after="80" w:line="300" w:lineRule="auto"/>
        <w:jc w:val="left"/>
      </w:pPr>
      <w:r>
        <w:rPr>
          <w:rFonts w:ascii="Times New Roman" w:hAnsi="Times New Roman" w:eastAsia="宋体"/>
          <w:b w:val="0"/>
          <w:i w:val="0"/>
          <w:sz w:val="21"/>
        </w:rPr>
        <w:t>=1/(3+√(6))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Multiplying by the conjugate of the numerator gives</w:t>
      </w:r>
    </w:p>
    <w:p>
      <w:pPr>
        <w:spacing w:before="0" w:after="80" w:line="300" w:lineRule="auto"/>
        <w:jc w:val="left"/>
      </w:pPr>
      <w:r>
        <w:rPr>
          <w:rFonts w:ascii="Times New Roman" w:hAnsi="Times New Roman" w:eastAsia="宋体"/>
          <w:b w:val="0"/>
          <w:i w:val="0"/>
          <w:color w:val="333333"/>
          <w:sz w:val="19"/>
        </w:rPr>
        <w:t>(√(3)-√(2))/(√(3)) ·(√(3)+√(2))/(√(3)+√(2))</w:t>
      </w:r>
    </w:p>
    <w:p>
      <w:pPr>
        <w:spacing w:before="0" w:after="80" w:line="300" w:lineRule="auto"/>
        <w:jc w:val="left"/>
      </w:pPr>
      <w:r>
        <w:rPr>
          <w:rFonts w:ascii="Times New Roman" w:hAnsi="Times New Roman" w:eastAsia="宋体"/>
          <w:b w:val="0"/>
          <w:i w:val="0"/>
          <w:color w:val="333333"/>
          <w:sz w:val="19"/>
        </w:rPr>
        <w:t>=1/(√(3)(√(3)+√(2)))</w:t>
      </w:r>
    </w:p>
    <w:p>
      <w:pPr>
        <w:spacing w:before="0" w:after="80" w:line="300" w:lineRule="auto"/>
        <w:jc w:val="left"/>
      </w:pPr>
      <w:r>
        <w:rPr>
          <w:rFonts w:ascii="Times New Roman" w:hAnsi="Times New Roman" w:eastAsia="宋体"/>
          <w:b w:val="0"/>
          <w:i w:val="0"/>
          <w:color w:val="333333"/>
          <w:sz w:val="19"/>
        </w:rPr>
        <w:t>=1/(3+√(6)).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将公式改写为</w:t>
      </w:r>
    </w:p>
    <w:p>
      <w:pPr>
        <w:spacing w:before="0" w:after="80" w:line="300" w:lineRule="auto"/>
        <w:jc w:val="left"/>
      </w:pPr>
      <w:r>
        <w:rPr>
          <w:rFonts w:ascii="Times New Roman" w:hAnsi="Times New Roman" w:eastAsia="宋体"/>
          <w:b w:val="0"/>
          <w:i w:val="0"/>
          <w:sz w:val="21"/>
        </w:rPr>
        <w:t>C=e/(R/n+r)。</w:t>
      </w:r>
    </w:p>
    <w:p>
      <w:pPr>
        <w:spacing w:before="0" w:after="80" w:line="300" w:lineRule="auto"/>
        <w:jc w:val="left"/>
      </w:pPr>
      <w:r>
        <w:rPr>
          <w:rFonts w:ascii="Times New Roman" w:hAnsi="Times New Roman" w:eastAsia="宋体"/>
          <w:b w:val="0"/>
          <w:i w:val="0"/>
          <w:sz w:val="21"/>
        </w:rPr>
        <w:t>当正数 n 增大时，R/n 减小，所以正分母减小，而分子保持不变。因此，C 增大。</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Rewrite the formula as</w:t>
      </w:r>
    </w:p>
    <w:p>
      <w:pPr>
        <w:spacing w:before="0" w:after="80" w:line="300" w:lineRule="auto"/>
        <w:jc w:val="left"/>
      </w:pPr>
      <w:r>
        <w:rPr>
          <w:rFonts w:ascii="Times New Roman" w:hAnsi="Times New Roman" w:eastAsia="宋体"/>
          <w:b w:val="0"/>
          <w:i w:val="0"/>
          <w:color w:val="333333"/>
          <w:sz w:val="19"/>
        </w:rPr>
        <w:t>C=e/(R/n+r).</w:t>
      </w:r>
    </w:p>
    <w:p>
      <w:pPr>
        <w:spacing w:before="0" w:after="80" w:line="300" w:lineRule="auto"/>
        <w:jc w:val="left"/>
      </w:pPr>
      <w:r>
        <w:rPr>
          <w:rFonts w:ascii="Times New Roman" w:hAnsi="Times New Roman" w:eastAsia="宋体"/>
          <w:b w:val="0"/>
          <w:i w:val="0"/>
          <w:color w:val="333333"/>
          <w:sz w:val="19"/>
        </w:rPr>
        <w:t>As positive n increases, R/n decreases, so the positive denominator decreases while the numerator remains fixed. Therefore C increases.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沿多边形走一周，并在每个顶点转过相应的外角，恰好完成一整圈。因此，无论边数多少，外角和始终为 360°。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Traversing the polygon and turning through each exterior angle makes one complete turn. Hence the sum is always 360°, independent of the number of sides.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由于 x²-3x+2=(x-1)(x-2)，原方程化为</w:t>
      </w:r>
    </w:p>
    <w:p>
      <w:pPr>
        <w:spacing w:before="0" w:after="80" w:line="300" w:lineRule="auto"/>
        <w:jc w:val="left"/>
      </w:pPr>
      <w:r>
        <w:rPr>
          <w:rFonts w:ascii="Times New Roman" w:hAnsi="Times New Roman" w:eastAsia="宋体"/>
          <w:b w:val="0"/>
          <w:i w:val="0"/>
          <w:sz w:val="21"/>
        </w:rPr>
        <w:t>(x-1)(x-2)x(x-4)=0。</w:t>
      </w:r>
    </w:p>
    <w:p>
      <w:pPr>
        <w:spacing w:before="0" w:after="80" w:line="300" w:lineRule="auto"/>
        <w:jc w:val="left"/>
      </w:pPr>
      <w:r>
        <w:rPr>
          <w:rFonts w:ascii="Times New Roman" w:hAnsi="Times New Roman" w:eastAsia="宋体"/>
          <w:b w:val="0"/>
          <w:i w:val="0"/>
          <w:sz w:val="21"/>
        </w:rPr>
        <w:t>它的根为 0、1、2 和 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x²-3x+2=(x-1)(x-2), the equation becomes</w:t>
      </w:r>
    </w:p>
    <w:p>
      <w:pPr>
        <w:spacing w:before="0" w:after="80" w:line="300" w:lineRule="auto"/>
        <w:jc w:val="left"/>
      </w:pPr>
      <w:r>
        <w:rPr>
          <w:rFonts w:ascii="Times New Roman" w:hAnsi="Times New Roman" w:eastAsia="宋体"/>
          <w:b w:val="0"/>
          <w:i w:val="0"/>
          <w:color w:val="333333"/>
          <w:sz w:val="19"/>
        </w:rPr>
        <w:t>(x-1)(x-2)x(x-4)=0.</w:t>
      </w:r>
    </w:p>
    <w:p>
      <w:pPr>
        <w:spacing w:before="0" w:after="80" w:line="300" w:lineRule="auto"/>
        <w:jc w:val="left"/>
      </w:pPr>
      <w:r>
        <w:rPr>
          <w:rFonts w:ascii="Times New Roman" w:hAnsi="Times New Roman" w:eastAsia="宋体"/>
          <w:b w:val="0"/>
          <w:i w:val="0"/>
          <w:color w:val="333333"/>
          <w:sz w:val="19"/>
        </w:rPr>
        <w:t>Its roots are 0, 1, 2, and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第二个方程的左边是 -2(2x-3y)。若第一个方程成立，这个式子必须等于 -2·8=-16，但第二个方程却规定它等于 9。这个矛盾说明不存在同时满足两个方程的有序数对。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left side of the second equation is -2(2x-3y). If the first equation holds, that expression must equal -2·8=-16, but the second equation says it equals 9. This contradiction means that no ordered pair satisfies both equations.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若有实数一次因式，就会有实根。然而，x²+4=0 可推出 x²=-4，它没有实数解。因此，这个多项式没有实数一次因式。</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real linear factor would give a real root. But x²+4=0 implies x²=-4, which has no real solution. Therefore the polynomial has no real linear factors.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利用平方差公式，</w:t>
      </w:r>
    </w:p>
    <w:p>
      <w:pPr>
        <w:spacing w:before="0" w:after="80" w:line="300" w:lineRule="auto"/>
        <w:jc w:val="left"/>
      </w:pPr>
      <w:r>
        <w:rPr>
          <w:rFonts w:ascii="Times New Roman" w:hAnsi="Times New Roman" w:eastAsia="宋体"/>
          <w:b w:val="0"/>
          <w:i w:val="0"/>
          <w:sz w:val="21"/>
        </w:rPr>
        <w:t>[(a+3b)²(a-3b)²]²</w:t>
      </w:r>
    </w:p>
    <w:p>
      <w:pPr>
        <w:spacing w:before="0" w:after="80" w:line="300" w:lineRule="auto"/>
        <w:jc w:val="left"/>
      </w:pPr>
      <w:r>
        <w:rPr>
          <w:rFonts w:ascii="Times New Roman" w:hAnsi="Times New Roman" w:eastAsia="宋体"/>
          <w:b w:val="0"/>
          <w:i w:val="0"/>
          <w:sz w:val="21"/>
        </w:rPr>
        <w:t>=[(a²-9b²)²]²</w:t>
      </w:r>
    </w:p>
    <w:p>
      <w:pPr>
        <w:spacing w:before="0" w:after="80" w:line="300" w:lineRule="auto"/>
        <w:jc w:val="left"/>
      </w:pPr>
      <w:r>
        <w:rPr>
          <w:rFonts w:ascii="Times New Roman" w:hAnsi="Times New Roman" w:eastAsia="宋体"/>
          <w:b w:val="0"/>
          <w:i w:val="0"/>
          <w:sz w:val="21"/>
        </w:rPr>
        <w:t>=(a²-9b²)⁴</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其二项式展开中，指数的每个取值 0,1,2,3,4 都对应一个非零项，因此共有五项。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the difference of squares,</w:t>
      </w:r>
    </w:p>
    <w:p>
      <w:pPr>
        <w:spacing w:before="0" w:after="80" w:line="300" w:lineRule="auto"/>
        <w:jc w:val="left"/>
      </w:pPr>
      <w:r>
        <w:rPr>
          <w:rFonts w:ascii="Times New Roman" w:hAnsi="Times New Roman" w:eastAsia="宋体"/>
          <w:b w:val="0"/>
          <w:i w:val="0"/>
          <w:color w:val="333333"/>
          <w:sz w:val="19"/>
        </w:rPr>
        <w:t>[(a+3b)²(a-3b)²]²</w:t>
      </w:r>
    </w:p>
    <w:p>
      <w:pPr>
        <w:spacing w:before="0" w:after="80" w:line="300" w:lineRule="auto"/>
        <w:jc w:val="left"/>
      </w:pPr>
      <w:r>
        <w:rPr>
          <w:rFonts w:ascii="Times New Roman" w:hAnsi="Times New Roman" w:eastAsia="宋体"/>
          <w:b w:val="0"/>
          <w:i w:val="0"/>
          <w:color w:val="333333"/>
          <w:sz w:val="19"/>
        </w:rPr>
        <w:t>=[(a²-9b²)²]²</w:t>
      </w:r>
    </w:p>
    <w:p>
      <w:pPr>
        <w:spacing w:before="0" w:after="80" w:line="300" w:lineRule="auto"/>
        <w:jc w:val="left"/>
      </w:pPr>
      <w:r>
        <w:rPr>
          <w:rFonts w:ascii="Times New Roman" w:hAnsi="Times New Roman" w:eastAsia="宋体"/>
          <w:b w:val="0"/>
          <w:i w:val="0"/>
          <w:color w:val="333333"/>
          <w:sz w:val="19"/>
        </w:rPr>
        <w:t>=(a²-9b²)⁴.</w:t>
      </w:r>
    </w:p>
    <w:p>
      <w:pPr>
        <w:spacing w:before="0" w:after="80" w:line="300" w:lineRule="auto"/>
        <w:jc w:val="left"/>
      </w:pPr>
      <w:r>
        <w:rPr>
          <w:rFonts w:ascii="Times New Roman" w:hAnsi="Times New Roman" w:eastAsia="宋体"/>
          <w:b w:val="0"/>
          <w:i w:val="0"/>
          <w:color w:val="333333"/>
          <w:sz w:val="19"/>
        </w:rPr>
        <w:t>Its binomial expansion has one nonzero term for each exponent choice 0,1,2,3,4, so it has five terms.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当 x=1 时，选项 A 和 C 均得到 90，而 B 得到 95，D 得到 18。再令 x=2 检验剩下的两个选项：A 得到 80，而 C 得到</w:t>
      </w:r>
    </w:p>
    <w:p>
      <w:pPr>
        <w:spacing w:before="0" w:after="80" w:line="300" w:lineRule="auto"/>
        <w:jc w:val="left"/>
      </w:pPr>
      <w:r>
        <w:rPr>
          <w:rFonts w:ascii="Times New Roman" w:hAnsi="Times New Roman" w:eastAsia="宋体"/>
          <w:b w:val="0"/>
          <w:i w:val="0"/>
          <w:sz w:val="21"/>
        </w:rPr>
        <w:t>100-5(2)-5(2²)=70，</w:t>
      </w:r>
    </w:p>
    <w:p>
      <w:pPr>
        <w:spacing w:before="0" w:after="80" w:line="300" w:lineRule="auto"/>
        <w:jc w:val="left"/>
      </w:pPr>
      <w:r>
        <w:rPr>
          <w:rFonts w:ascii="Times New Roman" w:hAnsi="Times New Roman" w:eastAsia="宋体"/>
          <w:b w:val="0"/>
          <w:i w:val="0"/>
          <w:sz w:val="21"/>
        </w:rPr>
        <w:t>与表格相符。</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x=1, choices A and C both give 90, while B gives 95 and D gives 18. Testing the two survivors at x=2, choice A gives 80, whereas choice C gives</w:t>
      </w:r>
    </w:p>
    <w:p>
      <w:pPr>
        <w:spacing w:before="0" w:after="80" w:line="300" w:lineRule="auto"/>
        <w:jc w:val="left"/>
      </w:pPr>
      <w:r>
        <w:rPr>
          <w:rFonts w:ascii="Times New Roman" w:hAnsi="Times New Roman" w:eastAsia="宋体"/>
          <w:b w:val="0"/>
          <w:i w:val="0"/>
          <w:color w:val="333333"/>
          <w:sz w:val="19"/>
        </w:rPr>
        <w:t>100-5(2)-5(2²)=70,</w:t>
      </w:r>
    </w:p>
    <w:p>
      <w:pPr>
        <w:spacing w:before="0" w:after="80" w:line="300" w:lineRule="auto"/>
        <w:jc w:val="left"/>
      </w:pPr>
      <w:r>
        <w:rPr>
          <w:rFonts w:ascii="Times New Roman" w:hAnsi="Times New Roman" w:eastAsia="宋体"/>
          <w:b w:val="0"/>
          <w:i w:val="0"/>
          <w:color w:val="333333"/>
          <w:sz w:val="19"/>
        </w:rPr>
        <w:t>matching the table.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等式 1 是分配律。等式 2 错误，因为 aˣ⁻ʸ=aˣ/aʸ。等式 3 错误，因为 log x-log y=log(x/y)。等式 4 把换底公式中的商误写成了差；等式 5 的右边应化为 a²xy，而不是 axy。</w:t>
      </w:r>
    </w:p>
    <w:p>
      <w:pPr>
        <w:spacing w:before="0" w:after="80" w:line="300" w:lineRule="auto"/>
        <w:jc w:val="left"/>
      </w:pPr>
      <w:r>
        <w:rPr>
          <w:rFonts w:ascii="Times New Roman" w:hAnsi="Times New Roman" w:eastAsia="宋体"/>
          <w:b w:val="0"/>
          <w:i w:val="0"/>
          <w:sz w:val="21"/>
        </w:rPr>
        <w:t>因此，只有等式 1 正确，所以正确答案是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Statement 1 is the distributive property. Statement 2 is false because aˣ⁻ʸ=aˣ/aʸ. Statement 3 is false because log x-log y=log(x/y). Statement 4 confuses the change-of-base quotient with a difference, and statement 5 has right side a²xy, not axy.</w:t>
      </w:r>
    </w:p>
    <w:p>
      <w:pPr>
        <w:spacing w:before="0" w:after="80" w:line="300" w:lineRule="auto"/>
        <w:jc w:val="left"/>
      </w:pPr>
      <w:r>
        <w:rPr>
          <w:rFonts w:ascii="Times New Roman" w:hAnsi="Times New Roman" w:eastAsia="宋体"/>
          <w:b w:val="0"/>
          <w:i w:val="0"/>
          <w:color w:val="333333"/>
          <w:sz w:val="19"/>
        </w:rPr>
        <w:t>Thus, only statement 1 is true, so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这项工作需要 m· d=md 人日。若 m+r 名工人的个人效率相同，则所需天数为</w:t>
      </w:r>
    </w:p>
    <w:p>
      <w:pPr>
        <w:spacing w:before="0" w:after="80" w:line="300" w:lineRule="auto"/>
        <w:jc w:val="left"/>
      </w:pPr>
      <w:r>
        <w:rPr>
          <w:rFonts w:ascii="Times New Roman" w:hAnsi="Times New Roman" w:eastAsia="宋体"/>
          <w:b w:val="0"/>
          <w:i w:val="0"/>
          <w:sz w:val="21"/>
        </w:rPr>
        <w:t>md/m+r。</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job requires m· d=md man-days. With m+r men working at the same individual rate, the required number of days is</w:t>
      </w:r>
    </w:p>
    <w:p>
      <w:pPr>
        <w:spacing w:before="0" w:after="80" w:line="300" w:lineRule="auto"/>
        <w:jc w:val="left"/>
      </w:pPr>
      <w:r>
        <w:rPr>
          <w:rFonts w:ascii="Times New Roman" w:hAnsi="Times New Roman" w:eastAsia="宋体"/>
          <w:b w:val="0"/>
          <w:i w:val="0"/>
          <w:color w:val="333333"/>
          <w:sz w:val="19"/>
        </w:rPr>
        <w:t>md/m+r.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根据余式定理，除以 x-1 所得的余数等于多项式在 x=1 处的值，即</w:t>
      </w:r>
    </w:p>
    <w:p>
      <w:pPr>
        <w:spacing w:before="0" w:after="80" w:line="300" w:lineRule="auto"/>
        <w:jc w:val="left"/>
      </w:pPr>
      <w:r>
        <w:rPr>
          <w:rFonts w:ascii="Times New Roman" w:hAnsi="Times New Roman" w:eastAsia="宋体"/>
          <w:b w:val="0"/>
          <w:i w:val="0"/>
          <w:sz w:val="21"/>
        </w:rPr>
        <w:t>1¹³+1=2。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Remainder Theorem, the remainder upon division by x-1 is the value of the polynomial at x=1. This value is</w:t>
      </w:r>
    </w:p>
    <w:p>
      <w:pPr>
        <w:spacing w:before="0" w:after="80" w:line="300" w:lineRule="auto"/>
        <w:jc w:val="left"/>
      </w:pPr>
      <w:r>
        <w:rPr>
          <w:rFonts w:ascii="Times New Roman" w:hAnsi="Times New Roman" w:eastAsia="宋体"/>
          <w:b w:val="0"/>
          <w:i w:val="0"/>
          <w:color w:val="333333"/>
          <w:sz w:val="19"/>
        </w:rPr>
        <w:t>1¹³+1=2.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若三条棱长分别为 x、y 和 z，则三个面的面积分别为 xy、yz 和 xz。因此，</w:t>
      </w:r>
    </w:p>
    <w:p>
      <w:pPr>
        <w:spacing w:before="0" w:after="80" w:line="300" w:lineRule="auto"/>
        <w:jc w:val="left"/>
      </w:pPr>
      <w:r>
        <w:rPr>
          <w:rFonts w:ascii="Times New Roman" w:hAnsi="Times New Roman" w:eastAsia="宋体"/>
          <w:b w:val="0"/>
          <w:i w:val="0"/>
          <w:sz w:val="21"/>
        </w:rPr>
        <w:t>(xyz)²=(xy)(yz)(xz)</w:t>
      </w:r>
    </w:p>
    <w:p>
      <w:pPr>
        <w:spacing w:before="0" w:after="80" w:line="300" w:lineRule="auto"/>
        <w:jc w:val="left"/>
      </w:pPr>
      <w:r>
        <w:rPr>
          <w:rFonts w:ascii="Times New Roman" w:hAnsi="Times New Roman" w:eastAsia="宋体"/>
          <w:b w:val="0"/>
          <w:i w:val="0"/>
          <w:sz w:val="21"/>
        </w:rPr>
        <w:t>=12·8·6=576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由于体积为正，所以 xyz=√(576)=24 立方英寸。</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edge lengths are x, y, and z, then the three face areas are xy, yz, and xz. Therefore</w:t>
      </w:r>
    </w:p>
    <w:p>
      <w:pPr>
        <w:spacing w:before="0" w:after="80" w:line="300" w:lineRule="auto"/>
        <w:jc w:val="left"/>
      </w:pPr>
      <w:r>
        <w:rPr>
          <w:rFonts w:ascii="Times New Roman" w:hAnsi="Times New Roman" w:eastAsia="宋体"/>
          <w:b w:val="0"/>
          <w:i w:val="0"/>
          <w:color w:val="333333"/>
          <w:sz w:val="19"/>
        </w:rPr>
        <w:t>(xyz)²=(xy)(yz)(xz)</w:t>
      </w:r>
    </w:p>
    <w:p>
      <w:pPr>
        <w:spacing w:before="0" w:after="80" w:line="300" w:lineRule="auto"/>
        <w:jc w:val="left"/>
      </w:pPr>
      <w:r>
        <w:rPr>
          <w:rFonts w:ascii="Times New Roman" w:hAnsi="Times New Roman" w:eastAsia="宋体"/>
          <w:b w:val="0"/>
          <w:i w:val="0"/>
          <w:color w:val="333333"/>
          <w:sz w:val="19"/>
        </w:rPr>
        <w:t>=12·8·6=576.</w:t>
      </w:r>
    </w:p>
    <w:p>
      <w:pPr>
        <w:spacing w:before="0" w:after="80" w:line="300" w:lineRule="auto"/>
        <w:jc w:val="left"/>
      </w:pPr>
      <w:r>
        <w:rPr>
          <w:rFonts w:ascii="Times New Roman" w:hAnsi="Times New Roman" w:eastAsia="宋体"/>
          <w:b w:val="0"/>
          <w:i w:val="0"/>
          <w:color w:val="333333"/>
          <w:sz w:val="19"/>
        </w:rPr>
        <w:t>Since the volume is positive, xyz=√(576)=24 cubic inches.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从价格 100 开始，第一次折扣后剩下 90。第二次折扣后剩下 0.8(90)=72。因此，总共减少了 100-72=28，即 28%。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Starting from a price of 100, the first discount leaves 90. The second discount leaves 0.8(90)=72. The total reduction is therefore 100-72=28, or 28%.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设每月租金为 r 美元。全年租金为 12r，留出维护费后剩下其中的 1-0.125=7/8。期望的年收益为 0.055(10,000)=550 美元，所以</w:t>
      </w:r>
    </w:p>
    <w:p>
      <w:pPr>
        <w:spacing w:before="0" w:after="80" w:line="300" w:lineRule="auto"/>
        <w:jc w:val="left"/>
      </w:pPr>
      <w:r>
        <w:rPr>
          <w:rFonts w:ascii="Times New Roman" w:hAnsi="Times New Roman" w:eastAsia="宋体"/>
          <w:b w:val="0"/>
          <w:i w:val="0"/>
          <w:sz w:val="21"/>
        </w:rPr>
        <w:t>7/8(12r)-325=550。</w:t>
      </w:r>
    </w:p>
    <w:p>
      <w:pPr>
        <w:spacing w:before="0" w:after="80" w:line="300" w:lineRule="auto"/>
        <w:jc w:val="left"/>
      </w:pPr>
      <w:r>
        <w:rPr>
          <w:rFonts w:ascii="Times New Roman" w:hAnsi="Times New Roman" w:eastAsia="宋体"/>
          <w:b w:val="0"/>
          <w:i w:val="0"/>
          <w:sz w:val="21"/>
        </w:rPr>
        <w:t>于是 10.5r=875，得到 r=83.3，精确到美分为 $83.33。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monthly rent be r dollars. The yearly rent is 12r, of which 1-0.125=7/8 remains after setting aside the upkeep money. The desired yearly return is 0.055(10,000)=550 dollars, so</w:t>
      </w:r>
    </w:p>
    <w:p>
      <w:pPr>
        <w:spacing w:before="0" w:after="80" w:line="300" w:lineRule="auto"/>
        <w:jc w:val="left"/>
      </w:pPr>
      <w:r>
        <w:rPr>
          <w:rFonts w:ascii="Times New Roman" w:hAnsi="Times New Roman" w:eastAsia="宋体"/>
          <w:b w:val="0"/>
          <w:i w:val="0"/>
          <w:color w:val="333333"/>
          <w:sz w:val="19"/>
        </w:rPr>
        <w:t>7/8(12r)-325=550.</w:t>
      </w:r>
    </w:p>
    <w:p>
      <w:pPr>
        <w:spacing w:before="0" w:after="80" w:line="300" w:lineRule="auto"/>
        <w:jc w:val="left"/>
      </w:pPr>
      <w:r>
        <w:rPr>
          <w:rFonts w:ascii="Times New Roman" w:hAnsi="Times New Roman" w:eastAsia="宋体"/>
          <w:b w:val="0"/>
          <w:i w:val="0"/>
          <w:color w:val="333333"/>
          <w:sz w:val="19"/>
        </w:rPr>
        <w:t>Hence 10.5r=875, giving r=83.3, which is $83.33 to the nearest cent.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将根式单独置于一边并平方，得到</w:t>
      </w:r>
    </w:p>
    <w:p>
      <w:pPr>
        <w:spacing w:before="0" w:after="80" w:line="300" w:lineRule="auto"/>
        <w:jc w:val="left"/>
      </w:pPr>
      <w:r>
        <w:rPr>
          <w:rFonts w:ascii="Times New Roman" w:hAnsi="Times New Roman" w:eastAsia="宋体"/>
          <w:b w:val="0"/>
          <w:i w:val="0"/>
          <w:sz w:val="21"/>
        </w:rPr>
        <w:t>√(x-2)=4-x,</w:t>
      </w:r>
    </w:p>
    <w:p>
      <w:pPr>
        <w:spacing w:before="0" w:after="80" w:line="300" w:lineRule="auto"/>
        <w:jc w:val="left"/>
      </w:pPr>
      <w:r>
        <w:rPr>
          <w:rFonts w:ascii="Times New Roman" w:hAnsi="Times New Roman" w:eastAsia="宋体"/>
          <w:b w:val="0"/>
          <w:i w:val="0"/>
          <w:sz w:val="21"/>
        </w:rPr>
        <w:t>x-2=(4-x)²,</w:t>
      </w:r>
    </w:p>
    <w:p>
      <w:pPr>
        <w:spacing w:before="0" w:after="80" w:line="300" w:lineRule="auto"/>
        <w:jc w:val="left"/>
      </w:pPr>
      <w:r>
        <w:rPr>
          <w:rFonts w:ascii="Times New Roman" w:hAnsi="Times New Roman" w:eastAsia="宋体"/>
          <w:b w:val="0"/>
          <w:i w:val="0"/>
          <w:sz w:val="21"/>
        </w:rPr>
        <w:t>x²-9x+18=0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所得二次方程的根为 3 和 6。其中 3 满足原方程，但将后者代回原方程得 6+√(4)=8，所以 6 是增根。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Isolating and squaring gives</w:t>
      </w:r>
    </w:p>
    <w:p>
      <w:pPr>
        <w:spacing w:before="0" w:after="80" w:line="300" w:lineRule="auto"/>
        <w:jc w:val="left"/>
      </w:pPr>
      <w:r>
        <w:rPr>
          <w:rFonts w:ascii="Times New Roman" w:hAnsi="Times New Roman" w:eastAsia="宋体"/>
          <w:b w:val="0"/>
          <w:i w:val="0"/>
          <w:color w:val="333333"/>
          <w:sz w:val="19"/>
        </w:rPr>
        <w:t>√(x-2)=4-x,</w:t>
      </w:r>
    </w:p>
    <w:p>
      <w:pPr>
        <w:spacing w:before="0" w:after="80" w:line="300" w:lineRule="auto"/>
        <w:jc w:val="left"/>
      </w:pPr>
      <w:r>
        <w:rPr>
          <w:rFonts w:ascii="Times New Roman" w:hAnsi="Times New Roman" w:eastAsia="宋体"/>
          <w:b w:val="0"/>
          <w:i w:val="0"/>
          <w:color w:val="333333"/>
          <w:sz w:val="19"/>
        </w:rPr>
        <w:t>x-2=(4-x)²,</w:t>
      </w:r>
    </w:p>
    <w:p>
      <w:pPr>
        <w:spacing w:before="0" w:after="80" w:line="300" w:lineRule="auto"/>
        <w:jc w:val="left"/>
      </w:pPr>
      <w:r>
        <w:rPr>
          <w:rFonts w:ascii="Times New Roman" w:hAnsi="Times New Roman" w:eastAsia="宋体"/>
          <w:b w:val="0"/>
          <w:i w:val="0"/>
          <w:color w:val="333333"/>
          <w:sz w:val="19"/>
        </w:rPr>
        <w:t>x²-9x+18=0.</w:t>
      </w:r>
    </w:p>
    <w:p>
      <w:pPr>
        <w:spacing w:before="0" w:after="80" w:line="300" w:lineRule="auto"/>
        <w:jc w:val="left"/>
      </w:pPr>
      <w:r>
        <w:rPr>
          <w:rFonts w:ascii="Times New Roman" w:hAnsi="Times New Roman" w:eastAsia="宋体"/>
          <w:b w:val="0"/>
          <w:i w:val="0"/>
          <w:color w:val="333333"/>
          <w:sz w:val="19"/>
        </w:rPr>
        <w:t>The quadratic roots are 3 and 6. The value 3 satisfies the original equation, but 6 gives 6+√(4)=8, so it is extraneous.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由于 125=5³、625=5⁴ 且 25=5²，</w:t>
      </w:r>
    </w:p>
    <w:p>
      <w:pPr>
        <w:spacing w:before="0" w:after="80" w:line="300" w:lineRule="auto"/>
        <w:jc w:val="left"/>
      </w:pPr>
      <w:r>
        <w:rPr>
          <w:rFonts w:ascii="Times New Roman" w:hAnsi="Times New Roman" w:eastAsia="宋体"/>
          <w:b w:val="0"/>
          <w:i w:val="0"/>
          <w:sz w:val="21"/>
        </w:rPr>
        <w:t>log₅((125)(625))/25</w:t>
      </w:r>
    </w:p>
    <w:p>
      <w:pPr>
        <w:spacing w:before="0" w:after="80" w:line="300" w:lineRule="auto"/>
        <w:jc w:val="left"/>
      </w:pPr>
      <w:r>
        <w:rPr>
          <w:rFonts w:ascii="Times New Roman" w:hAnsi="Times New Roman" w:eastAsia="宋体"/>
          <w:b w:val="0"/>
          <w:i w:val="0"/>
          <w:sz w:val="21"/>
        </w:rPr>
        <w:t>=log₅(5³⁺⁴⁻²)</w:t>
      </w:r>
    </w:p>
    <w:p>
      <w:pPr>
        <w:spacing w:before="0" w:after="80" w:line="300" w:lineRule="auto"/>
        <w:jc w:val="left"/>
      </w:pPr>
      <w:r>
        <w:rPr>
          <w:rFonts w:ascii="Times New Roman" w:hAnsi="Times New Roman" w:eastAsia="宋体"/>
          <w:b w:val="0"/>
          <w:i w:val="0"/>
          <w:sz w:val="21"/>
        </w:rPr>
        <w:t>=log₅(5⁵)=5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125=5³, 625=5⁴, and 25=5²,</w:t>
      </w:r>
    </w:p>
    <w:p>
      <w:pPr>
        <w:spacing w:before="0" w:after="80" w:line="300" w:lineRule="auto"/>
        <w:jc w:val="left"/>
      </w:pPr>
      <w:r>
        <w:rPr>
          <w:rFonts w:ascii="Times New Roman" w:hAnsi="Times New Roman" w:eastAsia="宋体"/>
          <w:b w:val="0"/>
          <w:i w:val="0"/>
          <w:color w:val="333333"/>
          <w:sz w:val="19"/>
        </w:rPr>
        <w:t>log₅((125)(625))/25</w:t>
      </w:r>
    </w:p>
    <w:p>
      <w:pPr>
        <w:spacing w:before="0" w:after="80" w:line="300" w:lineRule="auto"/>
        <w:jc w:val="left"/>
      </w:pPr>
      <w:r>
        <w:rPr>
          <w:rFonts w:ascii="Times New Roman" w:hAnsi="Times New Roman" w:eastAsia="宋体"/>
          <w:b w:val="0"/>
          <w:i w:val="0"/>
          <w:color w:val="333333"/>
          <w:sz w:val="19"/>
        </w:rPr>
        <w:t>=log₅(5³⁺⁴⁻²)</w:t>
      </w:r>
    </w:p>
    <w:p>
      <w:pPr>
        <w:spacing w:before="0" w:after="80" w:line="300" w:lineRule="auto"/>
        <w:jc w:val="left"/>
      </w:pPr>
      <w:r>
        <w:rPr>
          <w:rFonts w:ascii="Times New Roman" w:hAnsi="Times New Roman" w:eastAsia="宋体"/>
          <w:b w:val="0"/>
          <w:i w:val="0"/>
          <w:color w:val="333333"/>
          <w:sz w:val="19"/>
        </w:rPr>
        <w:t>=log₅(5⁵)=5.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E</w:t>
      </w:r>
    </w:p>
    <w:p>
      <w:pPr>
        <w:spacing w:before="0" w:after="80" w:line="300" w:lineRule="auto"/>
        <w:jc w:val="left"/>
      </w:pPr>
      <w:r>
        <w:rPr>
          <w:rFonts w:ascii="Times New Roman" w:hAnsi="Times New Roman" w:eastAsia="宋体"/>
          <w:b w:val="0"/>
          <w:i w:val="0"/>
          <w:sz w:val="21"/>
        </w:rPr>
        <w:t>移项并使用对数的乘法法则，得到</w:t>
      </w:r>
    </w:p>
    <w:p>
      <w:pPr>
        <w:spacing w:before="0" w:after="80" w:line="300" w:lineRule="auto"/>
        <w:jc w:val="left"/>
      </w:pPr>
      <w:r>
        <w:rPr>
          <w:rFonts w:ascii="Times New Roman" w:hAnsi="Times New Roman" w:eastAsia="宋体"/>
          <w:b w:val="0"/>
          <w:i w:val="0"/>
          <w:sz w:val="21"/>
        </w:rPr>
        <w:t>log₁₀m+log₁₀n</w:t>
      </w:r>
    </w:p>
    <w:p>
      <w:pPr>
        <w:spacing w:before="0" w:after="80" w:line="300" w:lineRule="auto"/>
        <w:jc w:val="left"/>
      </w:pPr>
      <w:r>
        <w:rPr>
          <w:rFonts w:ascii="Times New Roman" w:hAnsi="Times New Roman" w:eastAsia="宋体"/>
          <w:b w:val="0"/>
          <w:i w:val="0"/>
          <w:sz w:val="21"/>
        </w:rPr>
        <w:t>=log₁₀(mn)=b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mn=10ᵇ，所以 m=10ᵇ/n。</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Rearranging and using the product rule for logarithms gives</w:t>
      </w:r>
    </w:p>
    <w:p>
      <w:pPr>
        <w:spacing w:before="0" w:after="80" w:line="300" w:lineRule="auto"/>
        <w:jc w:val="left"/>
      </w:pPr>
      <w:r>
        <w:rPr>
          <w:rFonts w:ascii="Times New Roman" w:hAnsi="Times New Roman" w:eastAsia="宋体"/>
          <w:b w:val="0"/>
          <w:i w:val="0"/>
          <w:color w:val="333333"/>
          <w:sz w:val="19"/>
        </w:rPr>
        <w:t>log₁₀m+log₁₀n</w:t>
      </w:r>
    </w:p>
    <w:p>
      <w:pPr>
        <w:spacing w:before="0" w:after="80" w:line="300" w:lineRule="auto"/>
        <w:jc w:val="left"/>
      </w:pPr>
      <w:r>
        <w:rPr>
          <w:rFonts w:ascii="Times New Roman" w:hAnsi="Times New Roman" w:eastAsia="宋体"/>
          <w:b w:val="0"/>
          <w:i w:val="0"/>
          <w:color w:val="333333"/>
          <w:sz w:val="19"/>
        </w:rPr>
        <w:t>=log₁₀(mn)=b.</w:t>
      </w:r>
    </w:p>
    <w:p>
      <w:pPr>
        <w:spacing w:before="0" w:after="80" w:line="300" w:lineRule="auto"/>
        <w:jc w:val="left"/>
      </w:pPr>
      <w:r>
        <w:rPr>
          <w:rFonts w:ascii="Times New Roman" w:hAnsi="Times New Roman" w:eastAsia="宋体"/>
          <w:b w:val="0"/>
          <w:i w:val="0"/>
          <w:color w:val="333333"/>
          <w:sz w:val="19"/>
        </w:rPr>
        <w:t>Therefore mn=10ᵇ, so m=10ᵇ/n.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B</w:t>
      </w:r>
    </w:p>
    <w:p>
      <w:pPr>
        <w:spacing w:before="0" w:after="80" w:line="300" w:lineRule="auto"/>
        <w:jc w:val="left"/>
      </w:pPr>
      <w:r>
        <w:rPr>
          <w:rFonts w:ascii="Times New Roman" w:hAnsi="Times New Roman" w:eastAsia="宋体"/>
          <w:b w:val="0"/>
          <w:i w:val="0"/>
          <w:sz w:val="21"/>
        </w:rPr>
        <w:t>总路程为 240 英里。两段路程分别用时 4 小时和 3 小时，所以平均速度（单位为英里/小时）为</w:t>
      </w:r>
    </w:p>
    <w:p>
      <w:pPr>
        <w:spacing w:before="0" w:after="80" w:line="300" w:lineRule="auto"/>
        <w:jc w:val="left"/>
      </w:pPr>
      <w:r>
        <w:rPr>
          <w:rFonts w:ascii="Times New Roman" w:hAnsi="Times New Roman" w:eastAsia="宋体"/>
          <w:b w:val="0"/>
          <w:i w:val="0"/>
          <w:sz w:val="21"/>
        </w:rPr>
        <w:t>240/4+3=240/7≈34.29。</w:t>
      </w:r>
    </w:p>
    <w:p>
      <w:pPr>
        <w:spacing w:before="0" w:after="80" w:line="300" w:lineRule="auto"/>
        <w:jc w:val="left"/>
      </w:pPr>
      <w:r>
        <w:rPr>
          <w:rFonts w:ascii="Times New Roman" w:hAnsi="Times New Roman" w:eastAsia="宋体"/>
          <w:b w:val="0"/>
          <w:i w:val="0"/>
          <w:sz w:val="21"/>
        </w:rPr>
        <w:t>这最接近每小时 34 英里。</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distance is 240 miles. The travel times are 4 hours and 3 hours, so the average speed, in miles per hour, is</w:t>
      </w:r>
    </w:p>
    <w:p>
      <w:pPr>
        <w:spacing w:before="0" w:after="80" w:line="300" w:lineRule="auto"/>
        <w:jc w:val="left"/>
      </w:pPr>
      <w:r>
        <w:rPr>
          <w:rFonts w:ascii="Times New Roman" w:hAnsi="Times New Roman" w:eastAsia="宋体"/>
          <w:b w:val="0"/>
          <w:i w:val="0"/>
          <w:color w:val="333333"/>
          <w:sz w:val="19"/>
        </w:rPr>
        <w:t>240/4+3=240/7≈34.29</w:t>
      </w:r>
    </w:p>
    <w:p>
      <w:pPr>
        <w:spacing w:before="0" w:after="80" w:line="300" w:lineRule="auto"/>
        <w:jc w:val="left"/>
      </w:pPr>
      <w:r>
        <w:rPr>
          <w:rFonts w:ascii="Times New Roman" w:hAnsi="Times New Roman" w:eastAsia="宋体"/>
          <w:b w:val="0"/>
          <w:i w:val="0"/>
          <w:color w:val="333333"/>
          <w:sz w:val="19"/>
        </w:rPr>
        <w:t>which is closest to 34 mph.</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B</w:t>
      </w:r>
    </w:p>
    <w:p>
      <w:pPr>
        <w:spacing w:before="0" w:after="80" w:line="300" w:lineRule="auto"/>
        <w:jc w:val="left"/>
      </w:pPr>
      <w:r>
        <w:rPr>
          <w:rFonts w:ascii="Times New Roman" w:hAnsi="Times New Roman" w:eastAsia="宋体"/>
          <w:b w:val="0"/>
          <w:i w:val="0"/>
          <w:sz w:val="21"/>
        </w:rPr>
        <w:t>相遇时，A 已行驶 60-12=48 英里，B 已行驶 60+12=72 英里。由于两人行驶的时间相同，速度之比为 48:72=2:3。若 A 的速度为 v，则 B 的速度为 v+4，所以</w:t>
      </w:r>
    </w:p>
    <w:p>
      <w:pPr>
        <w:spacing w:before="0" w:after="80" w:line="300" w:lineRule="auto"/>
        <w:jc w:val="left"/>
      </w:pPr>
      <w:r>
        <w:rPr>
          <w:rFonts w:ascii="Times New Roman" w:hAnsi="Times New Roman" w:eastAsia="宋体"/>
          <w:b w:val="0"/>
          <w:i w:val="0"/>
          <w:sz w:val="21"/>
        </w:rPr>
        <w:t>v/v+4=2/3。</w:t>
      </w:r>
    </w:p>
    <w:p>
      <w:pPr>
        <w:spacing w:before="0" w:after="80" w:line="300" w:lineRule="auto"/>
        <w:jc w:val="left"/>
      </w:pPr>
      <w:r>
        <w:rPr>
          <w:rFonts w:ascii="Times New Roman" w:hAnsi="Times New Roman" w:eastAsia="宋体"/>
          <w:b w:val="0"/>
          <w:i w:val="0"/>
          <w:sz w:val="21"/>
        </w:rPr>
        <w:t>于是 3v=2v+8，得到 v=8，即每小时八英里。</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the meeting point, A has traveled 60-12=48 miles and B has traveled 60+12=72 miles. Since their travel times are equal, their speeds are in the ratio 48:72=2:3. If A’s speed is v, then B’s is v+4, so</w:t>
      </w:r>
    </w:p>
    <w:p>
      <w:pPr>
        <w:spacing w:before="0" w:after="80" w:line="300" w:lineRule="auto"/>
        <w:jc w:val="left"/>
      </w:pPr>
      <w:r>
        <w:rPr>
          <w:rFonts w:ascii="Times New Roman" w:hAnsi="Times New Roman" w:eastAsia="宋体"/>
          <w:b w:val="0"/>
          <w:i w:val="0"/>
          <w:color w:val="333333"/>
          <w:sz w:val="19"/>
        </w:rPr>
        <w:t>v/v+4=2/3.</w:t>
      </w:r>
    </w:p>
    <w:p>
      <w:pPr>
        <w:spacing w:before="0" w:after="80" w:line="300" w:lineRule="auto"/>
        <w:jc w:val="left"/>
      </w:pPr>
      <w:r>
        <w:rPr>
          <w:rFonts w:ascii="Times New Roman" w:hAnsi="Times New Roman" w:eastAsia="宋体"/>
          <w:b w:val="0"/>
          <w:i w:val="0"/>
          <w:color w:val="333333"/>
          <w:sz w:val="19"/>
        </w:rPr>
        <w:t>Thus 3v=2v+8, and v=8 mph.</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B</w:t>
      </w:r>
    </w:p>
    <w:p>
      <w:pPr>
        <w:spacing w:before="0" w:after="80" w:line="300" w:lineRule="auto"/>
        <w:jc w:val="left"/>
      </w:pPr>
      <w:r>
        <w:rPr>
          <w:rFonts w:ascii="Times New Roman" w:hAnsi="Times New Roman" w:eastAsia="宋体"/>
          <w:b w:val="0"/>
          <w:i w:val="0"/>
          <w:sz w:val="21"/>
        </w:rPr>
        <w:t>第一台机器每分钟完成一批 500 个信封的 1/8，第二台每分钟完成一批的 1/x。两台一起工作时，每分钟必须完成一批的 1/2。因此，所需方程为</w:t>
      </w:r>
    </w:p>
    <w:p>
      <w:pPr>
        <w:spacing w:before="0" w:after="80" w:line="300" w:lineRule="auto"/>
        <w:jc w:val="left"/>
      </w:pPr>
      <w:r>
        <w:rPr>
          <w:rFonts w:ascii="Times New Roman" w:hAnsi="Times New Roman" w:eastAsia="宋体"/>
          <w:b w:val="0"/>
          <w:i w:val="0"/>
          <w:sz w:val="21"/>
        </w:rPr>
        <w:t>1/8+1/x=1/2。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machine completes 1/8 of a 500-envelope batch per minute, and the second completes 1/x of a batch per minute. Together they must complete 1/2 of a batch per minute. Therefore the required equation is</w:t>
      </w:r>
    </w:p>
    <w:p>
      <w:pPr>
        <w:spacing w:before="0" w:after="80" w:line="300" w:lineRule="auto"/>
        <w:jc w:val="left"/>
      </w:pPr>
      <w:r>
        <w:rPr>
          <w:rFonts w:ascii="Times New Roman" w:hAnsi="Times New Roman" w:eastAsia="宋体"/>
          <w:b w:val="0"/>
          <w:i w:val="0"/>
          <w:color w:val="333333"/>
          <w:sz w:val="19"/>
        </w:rPr>
        <w:t>1/8+1/x=1/2.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A</w:t>
      </w:r>
    </w:p>
    <w:p>
      <w:pPr>
        <w:spacing w:before="0" w:after="80" w:line="300" w:lineRule="auto"/>
        <w:jc w:val="left"/>
      </w:pPr>
      <w:r>
        <w:rPr>
          <w:rFonts w:ascii="Times New Roman" w:hAnsi="Times New Roman" w:eastAsia="宋体"/>
          <w:b w:val="0"/>
          <w:i w:val="0"/>
          <w:sz w:val="21"/>
        </w:rPr>
        <w:t>设最初有 G 名女孩和 B 名男孩。两个条件给出</w:t>
      </w:r>
    </w:p>
    <w:p>
      <w:pPr>
        <w:spacing w:before="0" w:after="80" w:line="300" w:lineRule="auto"/>
        <w:jc w:val="left"/>
      </w:pPr>
      <w:r>
        <w:rPr>
          <w:rFonts w:ascii="Times New Roman" w:hAnsi="Times New Roman" w:eastAsia="宋体"/>
          <w:b w:val="0"/>
          <w:i w:val="0"/>
          <w:sz w:val="21"/>
        </w:rPr>
        <w:t>B=2(G-15),</w:t>
      </w:r>
    </w:p>
    <w:p>
      <w:pPr>
        <w:spacing w:before="0" w:after="80" w:line="300" w:lineRule="auto"/>
        <w:jc w:val="left"/>
      </w:pPr>
      <w:r>
        <w:rPr>
          <w:rFonts w:ascii="Times New Roman" w:hAnsi="Times New Roman" w:eastAsia="宋体"/>
          <w:b w:val="0"/>
          <w:i w:val="0"/>
          <w:sz w:val="21"/>
        </w:rPr>
        <w:t>G-15=5(B-45)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将第一个方程代入第二个方程，得到</w:t>
      </w:r>
    </w:p>
    <w:p>
      <w:pPr>
        <w:spacing w:before="0" w:after="80" w:line="300" w:lineRule="auto"/>
        <w:jc w:val="left"/>
      </w:pPr>
      <w:r>
        <w:rPr>
          <w:rFonts w:ascii="Times New Roman" w:hAnsi="Times New Roman" w:eastAsia="宋体"/>
          <w:b w:val="0"/>
          <w:i w:val="0"/>
          <w:sz w:val="21"/>
        </w:rPr>
        <w:t>G-15 =5(2(G-15)-45)</w:t>
      </w:r>
    </w:p>
    <w:p>
      <w:pPr>
        <w:spacing w:before="0" w:after="80" w:line="300" w:lineRule="auto"/>
        <w:jc w:val="left"/>
      </w:pPr>
      <w:r>
        <w:rPr>
          <w:rFonts w:ascii="Times New Roman" w:hAnsi="Times New Roman" w:eastAsia="宋体"/>
          <w:b w:val="0"/>
          <w:i w:val="0"/>
          <w:sz w:val="21"/>
        </w:rPr>
        <w:t>=10G-375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9G=360，所以 G=40。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original counts be G girls and B boys. The two conditions give</w:t>
      </w:r>
    </w:p>
    <w:p>
      <w:pPr>
        <w:spacing w:before="0" w:after="80" w:line="300" w:lineRule="auto"/>
        <w:jc w:val="left"/>
      </w:pPr>
      <w:r>
        <w:rPr>
          <w:rFonts w:ascii="Times New Roman" w:hAnsi="Times New Roman" w:eastAsia="宋体"/>
          <w:b w:val="0"/>
          <w:i w:val="0"/>
          <w:color w:val="333333"/>
          <w:sz w:val="19"/>
        </w:rPr>
        <w:t>B=2(G-15),</w:t>
      </w:r>
    </w:p>
    <w:p>
      <w:pPr>
        <w:spacing w:before="0" w:after="80" w:line="300" w:lineRule="auto"/>
        <w:jc w:val="left"/>
      </w:pPr>
      <w:r>
        <w:rPr>
          <w:rFonts w:ascii="Times New Roman" w:hAnsi="Times New Roman" w:eastAsia="宋体"/>
          <w:b w:val="0"/>
          <w:i w:val="0"/>
          <w:color w:val="333333"/>
          <w:sz w:val="19"/>
        </w:rPr>
        <w:t>G-15=5(B-45).</w:t>
      </w:r>
    </w:p>
    <w:p>
      <w:pPr>
        <w:spacing w:before="0" w:after="80" w:line="300" w:lineRule="auto"/>
        <w:jc w:val="left"/>
      </w:pPr>
      <w:r>
        <w:rPr>
          <w:rFonts w:ascii="Times New Roman" w:hAnsi="Times New Roman" w:eastAsia="宋体"/>
          <w:b w:val="0"/>
          <w:i w:val="0"/>
          <w:color w:val="333333"/>
          <w:sz w:val="19"/>
        </w:rPr>
        <w:t>Substituting the first into the second yields</w:t>
      </w:r>
    </w:p>
    <w:p>
      <w:pPr>
        <w:spacing w:before="0" w:after="80" w:line="300" w:lineRule="auto"/>
        <w:jc w:val="left"/>
      </w:pPr>
      <w:r>
        <w:rPr>
          <w:rFonts w:ascii="Times New Roman" w:hAnsi="Times New Roman" w:eastAsia="宋体"/>
          <w:b w:val="0"/>
          <w:i w:val="0"/>
          <w:color w:val="333333"/>
          <w:sz w:val="19"/>
        </w:rPr>
        <w:t>G-15 =5(2(G-15)-45)</w:t>
      </w:r>
    </w:p>
    <w:p>
      <w:pPr>
        <w:spacing w:before="0" w:after="80" w:line="300" w:lineRule="auto"/>
        <w:jc w:val="left"/>
      </w:pPr>
      <w:r>
        <w:rPr>
          <w:rFonts w:ascii="Times New Roman" w:hAnsi="Times New Roman" w:eastAsia="宋体"/>
          <w:b w:val="0"/>
          <w:i w:val="0"/>
          <w:color w:val="333333"/>
          <w:sz w:val="19"/>
        </w:rPr>
        <w:t>=10G-375.</w:t>
      </w:r>
    </w:p>
    <w:p>
      <w:pPr>
        <w:spacing w:before="0" w:after="80" w:line="300" w:lineRule="auto"/>
        <w:jc w:val="left"/>
      </w:pPr>
      <w:r>
        <w:rPr>
          <w:rFonts w:ascii="Times New Roman" w:hAnsi="Times New Roman" w:eastAsia="宋体"/>
          <w:b w:val="0"/>
          <w:i w:val="0"/>
          <w:color w:val="333333"/>
          <w:sz w:val="19"/>
        </w:rPr>
        <w:t>Hence 9G=360, so G=40.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31 题　答案 C</w:t>
      </w:r>
    </w:p>
    <w:p>
      <w:pPr>
        <w:spacing w:before="0" w:after="80" w:line="300" w:lineRule="auto"/>
        <w:jc w:val="left"/>
      </w:pPr>
      <w:r>
        <w:rPr>
          <w:rFonts w:ascii="Times New Roman" w:hAnsi="Times New Roman" w:eastAsia="宋体"/>
          <w:b w:val="0"/>
          <w:i w:val="0"/>
          <w:sz w:val="21"/>
        </w:rPr>
        <w:t>设每双蓝袜价格为 p，则每双黑袜价格为 2p；再设原订单中蓝袜有 n 双。原账单为 (8+n)p。调换两种袜子的双数后，账单为 (2n+4)p。后者比前者多 50%，所以</w:t>
      </w:r>
    </w:p>
    <w:p>
      <w:pPr>
        <w:spacing w:before="0" w:after="80" w:line="300" w:lineRule="auto"/>
        <w:jc w:val="left"/>
      </w:pPr>
      <w:r>
        <w:rPr>
          <w:rFonts w:ascii="Times New Roman" w:hAnsi="Times New Roman" w:eastAsia="宋体"/>
          <w:b w:val="0"/>
          <w:i w:val="0"/>
          <w:sz w:val="21"/>
        </w:rPr>
        <w:t>2n+4=3/2(n+8)。</w:t>
      </w:r>
    </w:p>
    <w:p>
      <w:pPr>
        <w:spacing w:before="0" w:after="80" w:line="300" w:lineRule="auto"/>
        <w:jc w:val="left"/>
      </w:pPr>
      <w:r>
        <w:rPr>
          <w:rFonts w:ascii="Times New Roman" w:hAnsi="Times New Roman" w:eastAsia="宋体"/>
          <w:b w:val="0"/>
          <w:i w:val="0"/>
          <w:sz w:val="21"/>
        </w:rPr>
        <w:t>因此 n=16，原订单中黑袜与蓝袜的双数之比为 4:16=1:4。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blue pair cost p, so a black pair costs 2p, and let n be the original number of blue pairs. The original bill is (8+n)p. After the quantities are interchanged, the bill is (2n+4)p. The latter is 50% greater, so</w:t>
      </w:r>
    </w:p>
    <w:p>
      <w:pPr>
        <w:spacing w:before="0" w:after="80" w:line="300" w:lineRule="auto"/>
        <w:jc w:val="left"/>
      </w:pPr>
      <w:r>
        <w:rPr>
          <w:rFonts w:ascii="Times New Roman" w:hAnsi="Times New Roman" w:eastAsia="宋体"/>
          <w:b w:val="0"/>
          <w:i w:val="0"/>
          <w:color w:val="333333"/>
          <w:sz w:val="19"/>
        </w:rPr>
        <w:t>2n+4=3/2(n+8).</w:t>
      </w:r>
    </w:p>
    <w:p>
      <w:pPr>
        <w:spacing w:before="0" w:after="80" w:line="300" w:lineRule="auto"/>
        <w:jc w:val="left"/>
      </w:pPr>
      <w:r>
        <w:rPr>
          <w:rFonts w:ascii="Times New Roman" w:hAnsi="Times New Roman" w:eastAsia="宋体"/>
          <w:b w:val="0"/>
          <w:i w:val="0"/>
          <w:color w:val="333333"/>
          <w:sz w:val="19"/>
        </w:rPr>
        <w:t>Thus n=16, and the original black-to-blue ratio is 4:16=1:4.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32 题　答案 D</w:t>
      </w:r>
    </w:p>
    <w:p>
      <w:pPr>
        <w:spacing w:before="0" w:after="80" w:line="300" w:lineRule="auto"/>
        <w:jc w:val="left"/>
      </w:pPr>
      <w:r>
        <w:rPr>
          <w:rFonts w:ascii="Times New Roman" w:hAnsi="Times New Roman" w:eastAsia="宋体"/>
          <w:b w:val="0"/>
          <w:i w:val="0"/>
          <w:sz w:val="21"/>
        </w:rPr>
        <w:t>梯顶原来的高度（单位为英尺）为</w:t>
      </w:r>
    </w:p>
    <w:p>
      <w:pPr>
        <w:spacing w:before="0" w:after="80" w:line="300" w:lineRule="auto"/>
        <w:jc w:val="left"/>
      </w:pPr>
      <w:r>
        <w:rPr>
          <w:rFonts w:ascii="Times New Roman" w:hAnsi="Times New Roman" w:eastAsia="宋体"/>
          <w:b w:val="0"/>
          <w:i w:val="0"/>
          <w:sz w:val="21"/>
        </w:rPr>
        <w:t>√(25²-7²)=√(576)=24。</w:t>
      </w:r>
    </w:p>
    <w:p>
      <w:pPr>
        <w:spacing w:before="0" w:after="80" w:line="300" w:lineRule="auto"/>
        <w:jc w:val="left"/>
      </w:pPr>
      <w:r>
        <w:rPr>
          <w:rFonts w:ascii="Times New Roman" w:hAnsi="Times New Roman" w:eastAsia="宋体"/>
          <w:b w:val="0"/>
          <w:i w:val="0"/>
          <w:sz w:val="21"/>
        </w:rPr>
        <w:t>梯顶下滑后，高度为 20 英尺，所以新的水平距离为 √(25²-20²)=15 英尺。因此，梯脚滑动了 15-7=8 英尺。</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initial height, in feet, is</w:t>
      </w:r>
    </w:p>
    <w:p>
      <w:pPr>
        <w:spacing w:before="0" w:after="80" w:line="300" w:lineRule="auto"/>
        <w:jc w:val="left"/>
      </w:pPr>
      <w:r>
        <w:rPr>
          <w:rFonts w:ascii="Times New Roman" w:hAnsi="Times New Roman" w:eastAsia="宋体"/>
          <w:b w:val="0"/>
          <w:i w:val="0"/>
          <w:color w:val="333333"/>
          <w:sz w:val="19"/>
        </w:rPr>
        <w:t>√(25²-7²)=√(576)=24.</w:t>
      </w:r>
    </w:p>
    <w:p>
      <w:pPr>
        <w:spacing w:before="0" w:after="80" w:line="300" w:lineRule="auto"/>
        <w:jc w:val="left"/>
      </w:pPr>
      <w:r>
        <w:rPr>
          <w:rFonts w:ascii="Times New Roman" w:hAnsi="Times New Roman" w:eastAsia="宋体"/>
          <w:b w:val="0"/>
          <w:i w:val="0"/>
          <w:color w:val="333333"/>
          <w:sz w:val="19"/>
        </w:rPr>
        <w:t>After the top slips, the height is 20 feet, so the new horizontal distance is √(25²-20²)=15 feet. The foot therefore slides 15-7=8 feet.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33 题　答案 D</w:t>
      </w:r>
    </w:p>
    <w:p>
      <w:pPr>
        <w:spacing w:before="0" w:after="80" w:line="300" w:lineRule="auto"/>
        <w:jc w:val="left"/>
      </w:pPr>
      <w:r>
        <w:rPr>
          <w:rFonts w:ascii="Times New Roman" w:hAnsi="Times New Roman" w:eastAsia="宋体"/>
          <w:b w:val="0"/>
          <w:i w:val="0"/>
          <w:sz w:val="21"/>
        </w:rPr>
        <w:t>两种圆管的直径之比为 6:1，所以横截面积之比为</w:t>
      </w:r>
    </w:p>
    <w:p>
      <w:pPr>
        <w:spacing w:before="0" w:after="80" w:line="300" w:lineRule="auto"/>
        <w:jc w:val="left"/>
      </w:pPr>
      <w:r>
        <w:rPr>
          <w:rFonts w:ascii="Times New Roman" w:hAnsi="Times New Roman" w:eastAsia="宋体"/>
          <w:b w:val="0"/>
          <w:i w:val="0"/>
          <w:sz w:val="21"/>
        </w:rPr>
        <w:t>6²:1²=36:1。</w:t>
      </w:r>
    </w:p>
    <w:p>
      <w:pPr>
        <w:spacing w:before="0" w:after="80" w:line="300" w:lineRule="auto"/>
        <w:jc w:val="left"/>
      </w:pPr>
      <w:r>
        <w:rPr>
          <w:rFonts w:ascii="Times New Roman" w:hAnsi="Times New Roman" w:eastAsia="宋体"/>
          <w:b w:val="0"/>
          <w:i w:val="0"/>
          <w:sz w:val="21"/>
        </w:rPr>
        <w:t>因此，36 根小圆管的横截面积之和等于大圆管的横截面积。</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ratio of the diameters is 6:1, so the ratio of cross-sectional areas is</w:t>
      </w:r>
    </w:p>
    <w:p>
      <w:pPr>
        <w:spacing w:before="0" w:after="80" w:line="300" w:lineRule="auto"/>
        <w:jc w:val="left"/>
      </w:pPr>
      <w:r>
        <w:rPr>
          <w:rFonts w:ascii="Times New Roman" w:hAnsi="Times New Roman" w:eastAsia="宋体"/>
          <w:b w:val="0"/>
          <w:i w:val="0"/>
          <w:color w:val="333333"/>
          <w:sz w:val="19"/>
        </w:rPr>
        <w:t>6²:1²=36:1.</w:t>
      </w:r>
    </w:p>
    <w:p>
      <w:pPr>
        <w:spacing w:before="0" w:after="80" w:line="300" w:lineRule="auto"/>
        <w:jc w:val="left"/>
      </w:pPr>
      <w:r>
        <w:rPr>
          <w:rFonts w:ascii="Times New Roman" w:hAnsi="Times New Roman" w:eastAsia="宋体"/>
          <w:b w:val="0"/>
          <w:i w:val="0"/>
          <w:color w:val="333333"/>
          <w:sz w:val="19"/>
        </w:rPr>
        <w:t>Thus 36 of the smaller pipes have the same total cross-sectional area as the larger pipe.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34 题　答案 D</w:t>
      </w:r>
    </w:p>
    <w:p>
      <w:pPr>
        <w:spacing w:before="0" w:after="80" w:line="300" w:lineRule="auto"/>
        <w:jc w:val="left"/>
      </w:pPr>
      <w:r>
        <w:rPr>
          <w:rFonts w:ascii="Times New Roman" w:hAnsi="Times New Roman" w:eastAsia="宋体"/>
          <w:b w:val="0"/>
          <w:i w:val="0"/>
          <w:sz w:val="21"/>
        </w:rPr>
        <w:t>因为 C=2π r，所以变化量满足</w:t>
      </w:r>
    </w:p>
    <w:p>
      <w:pPr>
        <w:spacing w:before="0" w:after="80" w:line="300" w:lineRule="auto"/>
        <w:jc w:val="left"/>
      </w:pPr>
      <w:r>
        <w:rPr>
          <w:rFonts w:ascii="Times New Roman" w:hAnsi="Times New Roman" w:eastAsia="宋体"/>
          <w:b w:val="0"/>
          <w:i w:val="0"/>
          <w:sz w:val="21"/>
        </w:rPr>
        <w:t>25-20=2πmathopen(r_(new)-r_(old))mathclose。</w:t>
      </w:r>
    </w:p>
    <w:p>
      <w:pPr>
        <w:spacing w:before="0" w:after="80" w:line="300" w:lineRule="auto"/>
        <w:jc w:val="left"/>
      </w:pPr>
      <w:r>
        <w:rPr>
          <w:rFonts w:ascii="Times New Roman" w:hAnsi="Times New Roman" w:eastAsia="宋体"/>
          <w:b w:val="0"/>
          <w:i w:val="0"/>
          <w:sz w:val="21"/>
        </w:rPr>
        <w:t>因此，半径增加了 5/2π 英寸。</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C=2π r, the changes satisfy</w:t>
      </w:r>
    </w:p>
    <w:p>
      <w:pPr>
        <w:spacing w:before="0" w:after="80" w:line="300" w:lineRule="auto"/>
        <w:jc w:val="left"/>
      </w:pPr>
      <w:r>
        <w:rPr>
          <w:rFonts w:ascii="Times New Roman" w:hAnsi="Times New Roman" w:eastAsia="宋体"/>
          <w:b w:val="0"/>
          <w:i w:val="0"/>
          <w:color w:val="333333"/>
          <w:sz w:val="19"/>
        </w:rPr>
        <w:t>25-20=2πmathopen(r_(new)-r_(old))mathclose.</w:t>
      </w:r>
    </w:p>
    <w:p>
      <w:pPr>
        <w:spacing w:before="0" w:after="80" w:line="300" w:lineRule="auto"/>
        <w:jc w:val="left"/>
      </w:pPr>
      <w:r>
        <w:rPr>
          <w:rFonts w:ascii="Times New Roman" w:hAnsi="Times New Roman" w:eastAsia="宋体"/>
          <w:b w:val="0"/>
          <w:i w:val="0"/>
          <w:color w:val="333333"/>
          <w:sz w:val="19"/>
        </w:rPr>
        <w:t>Hence the radius increases by 5/2π inches.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35 题　答案 B</w:t>
      </w:r>
    </w:p>
    <w:p>
      <w:pPr>
        <w:spacing w:before="0" w:after="80" w:line="300" w:lineRule="auto"/>
        <w:jc w:val="left"/>
      </w:pPr>
      <w:r>
        <w:rPr>
          <w:rFonts w:ascii="Times New Roman" w:hAnsi="Times New Roman" w:eastAsia="宋体"/>
          <w:b w:val="0"/>
          <w:i w:val="0"/>
          <w:sz w:val="21"/>
        </w:rPr>
        <w:t>由于 10²+24²=26²，这个三角形是直角三角形。其面积为 1/2(10)(24)=120，半周长为 10+24+26/2=30。利用 K=rs，内切圆半径（单位为英寸）为</w:t>
      </w:r>
    </w:p>
    <w:p>
      <w:pPr>
        <w:spacing w:before="0" w:after="80" w:line="300" w:lineRule="auto"/>
        <w:jc w:val="left"/>
      </w:pPr>
      <w:r>
        <w:rPr>
          <w:rFonts w:ascii="Times New Roman" w:hAnsi="Times New Roman" w:eastAsia="宋体"/>
          <w:b w:val="0"/>
          <w:i w:val="0"/>
          <w:sz w:val="21"/>
        </w:rPr>
        <w:t>r=K/s=120/30=4。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10²+24²=26², the triangle is right. Its area is 1/2(10)(24)=120, and its semiperimeter is 10+24+26/2=30. Using K=rs, the inradius, in inches, is</w:t>
      </w:r>
    </w:p>
    <w:p>
      <w:pPr>
        <w:spacing w:before="0" w:after="80" w:line="300" w:lineRule="auto"/>
        <w:jc w:val="left"/>
      </w:pPr>
      <w:r>
        <w:rPr>
          <w:rFonts w:ascii="Times New Roman" w:hAnsi="Times New Roman" w:eastAsia="宋体"/>
          <w:b w:val="0"/>
          <w:i w:val="0"/>
          <w:color w:val="333333"/>
          <w:sz w:val="19"/>
        </w:rPr>
        <w:t>r=K/s=120/30=4.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36 题　答案 A</w:t>
      </w:r>
    </w:p>
    <w:p>
      <w:pPr>
        <w:spacing w:before="0" w:after="80" w:line="300" w:lineRule="auto"/>
        <w:jc w:val="left"/>
      </w:pPr>
      <w:r>
        <w:rPr>
          <w:rFonts w:ascii="Times New Roman" w:hAnsi="Times New Roman" w:eastAsia="宋体"/>
          <w:b w:val="0"/>
          <w:i w:val="0"/>
          <w:sz w:val="21"/>
        </w:rPr>
        <w:t>设目录价和标价分别为 L 和 M。商人的成本为 0.75L，打折后的售价为 0.8M。利润等于售价的 25%，意味着成本是售价的其余 75%。因此，</w:t>
      </w:r>
    </w:p>
    <w:p>
      <w:pPr>
        <w:spacing w:before="0" w:after="80" w:line="300" w:lineRule="auto"/>
        <w:jc w:val="left"/>
      </w:pPr>
      <w:r>
        <w:rPr>
          <w:rFonts w:ascii="Times New Roman" w:hAnsi="Times New Roman" w:eastAsia="宋体"/>
          <w:b w:val="0"/>
          <w:i w:val="0"/>
          <w:sz w:val="21"/>
        </w:rPr>
        <w:t>0.75L=0.75(0.8M)=0.6M。</w:t>
      </w:r>
    </w:p>
    <w:p>
      <w:pPr>
        <w:spacing w:before="0" w:after="80" w:line="300" w:lineRule="auto"/>
        <w:jc w:val="left"/>
      </w:pPr>
      <w:r>
        <w:rPr>
          <w:rFonts w:ascii="Times New Roman" w:hAnsi="Times New Roman" w:eastAsia="宋体"/>
          <w:b w:val="0"/>
          <w:i w:val="0"/>
          <w:sz w:val="21"/>
        </w:rPr>
        <w:t>所以 M=1.25L，即目录价的 125%。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list and marked prices be L and M. The merchant’s cost is 0.75L, while the selling price after the discount is 0.8M. A profit equal to 25% of the selling price means that the cost is the remaining 75% of that price. Therefore</w:t>
      </w:r>
    </w:p>
    <w:p>
      <w:pPr>
        <w:spacing w:before="0" w:after="80" w:line="300" w:lineRule="auto"/>
        <w:jc w:val="left"/>
      </w:pPr>
      <w:r>
        <w:rPr>
          <w:rFonts w:ascii="Times New Roman" w:hAnsi="Times New Roman" w:eastAsia="宋体"/>
          <w:b w:val="0"/>
          <w:i w:val="0"/>
          <w:color w:val="333333"/>
          <w:sz w:val="19"/>
        </w:rPr>
        <w:t>0.75L=0.75(0.8M)=0.6M.</w:t>
      </w:r>
    </w:p>
    <w:p>
      <w:pPr>
        <w:spacing w:before="0" w:after="80" w:line="300" w:lineRule="auto"/>
        <w:jc w:val="left"/>
      </w:pPr>
      <w:r>
        <w:rPr>
          <w:rFonts w:ascii="Times New Roman" w:hAnsi="Times New Roman" w:eastAsia="宋体"/>
          <w:b w:val="0"/>
          <w:i w:val="0"/>
          <w:color w:val="333333"/>
          <w:sz w:val="19"/>
        </w:rPr>
        <w:t>Thus M=1.25L, or 125% of the list price.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37 题　答案 E</w:t>
      </w:r>
    </w:p>
    <w:p>
      <w:pPr>
        <w:spacing w:before="0" w:after="80" w:line="300" w:lineRule="auto"/>
        <w:jc w:val="left"/>
      </w:pPr>
      <w:r>
        <w:rPr>
          <w:rFonts w:ascii="Times New Roman" w:hAnsi="Times New Roman" w:eastAsia="宋体"/>
          <w:b w:val="0"/>
          <w:i w:val="0"/>
          <w:sz w:val="21"/>
        </w:rPr>
        <w:t>我们有 logₐ1=0 和 logₐa=1。实对数在 -1 处没有定义，但其复数值不是实数。当 a&gt;1 时，在 0E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logₐ1=0 and logₐa=1. A real logarithm is not defined at -1, though its complex values are nonreal. For a&gt;1, logₐ x&lt;0 on 0E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38 题　答案 B</w:t>
      </w:r>
    </w:p>
    <w:p>
      <w:pPr>
        <w:spacing w:before="0" w:after="80" w:line="300" w:lineRule="auto"/>
        <w:jc w:val="left"/>
      </w:pPr>
      <w:r>
        <w:rPr>
          <w:rFonts w:ascii="Times New Roman" w:hAnsi="Times New Roman" w:eastAsia="宋体"/>
          <w:b w:val="0"/>
          <w:i w:val="0"/>
          <w:sz w:val="21"/>
        </w:rPr>
        <w:t>根据给定规则，方程化为</w:t>
      </w:r>
    </w:p>
    <w:p>
      <w:pPr>
        <w:spacing w:before="0" w:after="80" w:line="300" w:lineRule="auto"/>
        <w:jc w:val="left"/>
      </w:pPr>
      <w:r>
        <w:rPr>
          <w:rFonts w:ascii="Times New Roman" w:hAnsi="Times New Roman" w:eastAsia="宋体"/>
          <w:b w:val="0"/>
          <w:i w:val="0"/>
          <w:sz w:val="21"/>
        </w:rPr>
        <w:t>(2x)(x)-(1)(x)=3，</w:t>
      </w:r>
    </w:p>
    <w:p>
      <w:pPr>
        <w:spacing w:before="0" w:after="80" w:line="300" w:lineRule="auto"/>
        <w:jc w:val="left"/>
      </w:pPr>
      <w:r>
        <w:rPr>
          <w:rFonts w:ascii="Times New Roman" w:hAnsi="Times New Roman" w:eastAsia="宋体"/>
          <w:b w:val="0"/>
          <w:i w:val="0"/>
          <w:sz w:val="21"/>
        </w:rPr>
        <w:t>即 2x²-x-3=0。因式分解得到 (2x-3)(x+1)=0，其两个不同的解为 x=3/2 和 x=-1。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given rule turns the equation into</w:t>
      </w:r>
    </w:p>
    <w:p>
      <w:pPr>
        <w:spacing w:before="0" w:after="80" w:line="300" w:lineRule="auto"/>
        <w:jc w:val="left"/>
      </w:pPr>
      <w:r>
        <w:rPr>
          <w:rFonts w:ascii="Times New Roman" w:hAnsi="Times New Roman" w:eastAsia="宋体"/>
          <w:b w:val="0"/>
          <w:i w:val="0"/>
          <w:color w:val="333333"/>
          <w:sz w:val="19"/>
        </w:rPr>
        <w:t>(2x)(x)-(1)(x)=3,</w:t>
      </w:r>
    </w:p>
    <w:p>
      <w:pPr>
        <w:spacing w:before="0" w:after="80" w:line="300" w:lineRule="auto"/>
        <w:jc w:val="left"/>
      </w:pPr>
      <w:r>
        <w:rPr>
          <w:rFonts w:ascii="Times New Roman" w:hAnsi="Times New Roman" w:eastAsia="宋体"/>
          <w:b w:val="0"/>
          <w:i w:val="0"/>
          <w:color w:val="333333"/>
          <w:sz w:val="19"/>
        </w:rPr>
        <w:t>or 2x²-x-3=0. Factoring gives (2x-3)(x+1)=0, whose two distinct solutions are x=3/2 and x=-1.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39 题　答案 E</w:t>
      </w:r>
    </w:p>
    <w:p>
      <w:pPr>
        <w:spacing w:before="0" w:after="80" w:line="300" w:lineRule="auto"/>
        <w:jc w:val="left"/>
      </w:pPr>
      <w:r>
        <w:rPr>
          <w:rFonts w:ascii="Times New Roman" w:hAnsi="Times New Roman" w:eastAsia="宋体"/>
          <w:b w:val="0"/>
          <w:i w:val="0"/>
          <w:sz w:val="21"/>
        </w:rPr>
        <w:t>部分和递增并趋近于</w:t>
      </w:r>
    </w:p>
    <w:p>
      <w:pPr>
        <w:spacing w:before="0" w:after="80" w:line="300" w:lineRule="auto"/>
        <w:jc w:val="left"/>
      </w:pPr>
      <w:r>
        <w:rPr>
          <w:rFonts w:ascii="Times New Roman" w:hAnsi="Times New Roman" w:eastAsia="宋体"/>
          <w:b w:val="0"/>
          <w:i w:val="0"/>
          <w:sz w:val="21"/>
        </w:rPr>
        <w:t>2/(1-1/2)=4，</w:t>
      </w:r>
    </w:p>
    <w:p>
      <w:pPr>
        <w:spacing w:before="0" w:after="80" w:line="300" w:lineRule="auto"/>
        <w:jc w:val="left"/>
      </w:pPr>
      <w:r>
        <w:rPr>
          <w:rFonts w:ascii="Times New Roman" w:hAnsi="Times New Roman" w:eastAsia="宋体"/>
          <w:b w:val="0"/>
          <w:i w:val="0"/>
          <w:sz w:val="21"/>
        </w:rPr>
        <w:t>所以它们既不无限增大，也不无限减小。因此，说法 1 和 2 错误，而说法 4 和 5 正确。</w:t>
      </w:r>
    </w:p>
    <w:p>
      <w:pPr>
        <w:spacing w:before="0" w:after="80" w:line="300" w:lineRule="auto"/>
        <w:jc w:val="left"/>
      </w:pPr>
      <w:r>
        <w:rPr>
          <w:rFonts w:ascii="Times New Roman" w:hAnsi="Times New Roman" w:eastAsia="宋体"/>
          <w:b w:val="0"/>
          <w:i w:val="0"/>
          <w:sz w:val="21"/>
        </w:rPr>
        <w:t>在说法 3 中，“任意一项”指已经选定的一项，它与零的距离固定，不能再变小；正确的说法应是可以选取足够靠后的项，使其小于任意给定的正数。因此，按原文措辞，说法 3 错误。</w:t>
      </w:r>
    </w:p>
    <w:p>
      <w:pPr>
        <w:spacing w:before="0" w:after="80" w:line="300" w:lineRule="auto"/>
        <w:jc w:val="left"/>
      </w:pPr>
      <w:r>
        <w:rPr>
          <w:rFonts w:ascii="Times New Roman" w:hAnsi="Times New Roman" w:eastAsia="宋体"/>
          <w:b w:val="0"/>
          <w:i w:val="0"/>
          <w:sz w:val="21"/>
        </w:rPr>
        <w:t>因此，只有说法 4 和 5 正确，所以正确答案是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partial sums increase toward</w:t>
      </w:r>
    </w:p>
    <w:p>
      <w:pPr>
        <w:spacing w:before="0" w:after="80" w:line="300" w:lineRule="auto"/>
        <w:jc w:val="left"/>
      </w:pPr>
      <w:r>
        <w:rPr>
          <w:rFonts w:ascii="Times New Roman" w:hAnsi="Times New Roman" w:eastAsia="宋体"/>
          <w:b w:val="0"/>
          <w:i w:val="0"/>
          <w:color w:val="333333"/>
          <w:sz w:val="19"/>
        </w:rPr>
        <w:t>2/(1-1/2)=4,</w:t>
      </w:r>
    </w:p>
    <w:p>
      <w:pPr>
        <w:spacing w:before="0" w:after="80" w:line="300" w:lineRule="auto"/>
        <w:jc w:val="left"/>
      </w:pPr>
      <w:r>
        <w:rPr>
          <w:rFonts w:ascii="Times New Roman" w:hAnsi="Times New Roman" w:eastAsia="宋体"/>
          <w:b w:val="0"/>
          <w:i w:val="0"/>
          <w:color w:val="333333"/>
          <w:sz w:val="19"/>
        </w:rPr>
        <w:t>so they neither increase nor decrease without limit. This makes statements 1 and 2 false, while statements 4 and 5 are true.</w:t>
      </w:r>
    </w:p>
    <w:p>
      <w:pPr>
        <w:spacing w:before="0" w:after="80" w:line="300" w:lineRule="auto"/>
        <w:jc w:val="left"/>
      </w:pPr>
      <w:r>
        <w:rPr>
          <w:rFonts w:ascii="Times New Roman" w:hAnsi="Times New Roman" w:eastAsia="宋体"/>
          <w:b w:val="0"/>
          <w:i w:val="0"/>
          <w:color w:val="333333"/>
          <w:sz w:val="19"/>
        </w:rPr>
        <w:t>In statement 3, “any term” refers to an already selected term, whose distance from zero is fixed and cannot be made smaller; one can instead choose a sufficiently late term below any prescribed positive bound. Thus statement 3, as worded, is false.</w:t>
      </w:r>
    </w:p>
    <w:p>
      <w:pPr>
        <w:spacing w:before="0" w:after="80" w:line="300" w:lineRule="auto"/>
        <w:jc w:val="left"/>
      </w:pPr>
      <w:r>
        <w:rPr>
          <w:rFonts w:ascii="Times New Roman" w:hAnsi="Times New Roman" w:eastAsia="宋体"/>
          <w:b w:val="0"/>
          <w:i w:val="0"/>
          <w:color w:val="333333"/>
          <w:sz w:val="19"/>
        </w:rPr>
        <w:t>Therefore only statements 4 and 5 are correct, so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40 题　答案 D</w:t>
      </w:r>
    </w:p>
    <w:p>
      <w:pPr>
        <w:spacing w:before="0" w:after="80" w:line="300" w:lineRule="auto"/>
        <w:jc w:val="left"/>
      </w:pPr>
      <w:r>
        <w:rPr>
          <w:rFonts w:ascii="Times New Roman" w:hAnsi="Times New Roman" w:eastAsia="宋体"/>
          <w:b w:val="0"/>
          <w:i w:val="0"/>
          <w:sz w:val="21"/>
        </w:rPr>
        <w:t>当 x≠1 时，</w:t>
      </w:r>
    </w:p>
    <w:p>
      <w:pPr>
        <w:spacing w:before="0" w:after="80" w:line="300" w:lineRule="auto"/>
        <w:jc w:val="left"/>
      </w:pPr>
      <w:r>
        <w:rPr>
          <w:rFonts w:ascii="Times New Roman" w:hAnsi="Times New Roman" w:eastAsia="宋体"/>
          <w:b w:val="0"/>
          <w:i w:val="0"/>
          <w:sz w:val="21"/>
        </w:rPr>
        <w:t>x²-1/x-1 =((x-1)(x+1))/x-1</w:t>
      </w:r>
    </w:p>
    <w:p>
      <w:pPr>
        <w:spacing w:before="0" w:after="80" w:line="300" w:lineRule="auto"/>
        <w:jc w:val="left"/>
      </w:pPr>
      <w:r>
        <w:rPr>
          <w:rFonts w:ascii="Times New Roman" w:hAnsi="Times New Roman" w:eastAsia="宋体"/>
          <w:b w:val="0"/>
          <w:i w:val="0"/>
          <w:sz w:val="21"/>
        </w:rPr>
        <w:t>=x+1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因此，当 x 趋近于 1 时，极限为 1+1=2。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x≠1,</w:t>
      </w:r>
    </w:p>
    <w:p>
      <w:pPr>
        <w:spacing w:before="0" w:after="80" w:line="300" w:lineRule="auto"/>
        <w:jc w:val="left"/>
      </w:pPr>
      <w:r>
        <w:rPr>
          <w:rFonts w:ascii="Times New Roman" w:hAnsi="Times New Roman" w:eastAsia="宋体"/>
          <w:b w:val="0"/>
          <w:i w:val="0"/>
          <w:color w:val="333333"/>
          <w:sz w:val="19"/>
        </w:rPr>
        <w:t>x²-1/x-1 =((x-1)(x+1))/x-1</w:t>
      </w:r>
    </w:p>
    <w:p>
      <w:pPr>
        <w:spacing w:before="0" w:after="80" w:line="300" w:lineRule="auto"/>
        <w:jc w:val="left"/>
      </w:pPr>
      <w:r>
        <w:rPr>
          <w:rFonts w:ascii="Times New Roman" w:hAnsi="Times New Roman" w:eastAsia="宋体"/>
          <w:b w:val="0"/>
          <w:i w:val="0"/>
          <w:color w:val="333333"/>
          <w:sz w:val="19"/>
        </w:rPr>
        <w:t>=x+1.</w:t>
      </w:r>
    </w:p>
    <w:p>
      <w:pPr>
        <w:spacing w:before="0" w:after="80" w:line="300" w:lineRule="auto"/>
        <w:jc w:val="left"/>
      </w:pPr>
      <w:r>
        <w:rPr>
          <w:rFonts w:ascii="Times New Roman" w:hAnsi="Times New Roman" w:eastAsia="宋体"/>
          <w:b w:val="0"/>
          <w:i w:val="0"/>
          <w:color w:val="333333"/>
          <w:sz w:val="19"/>
        </w:rPr>
        <w:t>Therefore the limit as x approaches 1 is 1+1=2.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41 题　答案 D</w:t>
      </w:r>
    </w:p>
    <w:p>
      <w:pPr>
        <w:spacing w:before="0" w:after="80" w:line="300" w:lineRule="auto"/>
        <w:jc w:val="left"/>
      </w:pPr>
      <w:r>
        <w:rPr>
          <w:rFonts w:ascii="Times New Roman" w:hAnsi="Times New Roman" w:eastAsia="宋体"/>
          <w:b w:val="0"/>
          <w:i w:val="0"/>
          <w:sz w:val="21"/>
        </w:rPr>
        <w:t>配方得到</w:t>
      </w:r>
    </w:p>
    <w:p>
      <w:pPr>
        <w:spacing w:before="0" w:after="80" w:line="300" w:lineRule="auto"/>
        <w:jc w:val="left"/>
      </w:pPr>
      <w:r>
        <w:rPr>
          <w:rFonts w:ascii="Times New Roman" w:hAnsi="Times New Roman" w:eastAsia="宋体"/>
          <w:b w:val="0"/>
          <w:i w:val="0"/>
          <w:sz w:val="21"/>
        </w:rPr>
        <w:t>ax²+bx+c =a(x+b/2a)²</w:t>
      </w:r>
    </w:p>
    <w:p>
      <w:pPr>
        <w:spacing w:before="0" w:after="80" w:line="300" w:lineRule="auto"/>
        <w:jc w:val="left"/>
      </w:pPr>
      <w:r>
        <w:rPr>
          <w:rFonts w:ascii="Times New Roman" w:hAnsi="Times New Roman" w:eastAsia="宋体"/>
          <w:b w:val="0"/>
          <w:i w:val="0"/>
          <w:sz w:val="21"/>
        </w:rPr>
        <w:t>+c-b²/4a</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a&gt;0，平方项的最小值为 0。因此，函数的最小值为</w:t>
      </w:r>
    </w:p>
    <w:p>
      <w:pPr>
        <w:spacing w:before="0" w:after="80" w:line="300" w:lineRule="auto"/>
        <w:jc w:val="left"/>
      </w:pPr>
      <w:r>
        <w:rPr>
          <w:rFonts w:ascii="Times New Roman" w:hAnsi="Times New Roman" w:eastAsia="宋体"/>
          <w:b w:val="0"/>
          <w:i w:val="0"/>
          <w:sz w:val="21"/>
        </w:rPr>
        <w:t>c-b²/4a=4ac-b²/4a。</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Completing the square gives</w:t>
      </w:r>
    </w:p>
    <w:p>
      <w:pPr>
        <w:spacing w:before="0" w:after="80" w:line="300" w:lineRule="auto"/>
        <w:jc w:val="left"/>
      </w:pPr>
      <w:r>
        <w:rPr>
          <w:rFonts w:ascii="Times New Roman" w:hAnsi="Times New Roman" w:eastAsia="宋体"/>
          <w:b w:val="0"/>
          <w:i w:val="0"/>
          <w:color w:val="333333"/>
          <w:sz w:val="19"/>
        </w:rPr>
        <w:t>ax²+bx+c =a(x+b/2a)²</w:t>
      </w:r>
    </w:p>
    <w:p>
      <w:pPr>
        <w:spacing w:before="0" w:after="80" w:line="300" w:lineRule="auto"/>
        <w:jc w:val="left"/>
      </w:pPr>
      <w:r>
        <w:rPr>
          <w:rFonts w:ascii="Times New Roman" w:hAnsi="Times New Roman" w:eastAsia="宋体"/>
          <w:b w:val="0"/>
          <w:i w:val="0"/>
          <w:color w:val="333333"/>
          <w:sz w:val="19"/>
        </w:rPr>
        <w:t>+c-b²/4a.</w:t>
      </w:r>
    </w:p>
    <w:p>
      <w:pPr>
        <w:spacing w:before="0" w:after="80" w:line="300" w:lineRule="auto"/>
        <w:jc w:val="left"/>
      </w:pPr>
      <w:r>
        <w:rPr>
          <w:rFonts w:ascii="Times New Roman" w:hAnsi="Times New Roman" w:eastAsia="宋体"/>
          <w:b w:val="0"/>
          <w:i w:val="0"/>
          <w:color w:val="333333"/>
          <w:sz w:val="19"/>
        </w:rPr>
        <w:t>Because a&gt;0, the squared term has minimum 0. The least value is therefore</w:t>
      </w:r>
    </w:p>
    <w:p>
      <w:pPr>
        <w:spacing w:before="0" w:after="80" w:line="300" w:lineRule="auto"/>
        <w:jc w:val="left"/>
      </w:pPr>
      <w:r>
        <w:rPr>
          <w:rFonts w:ascii="Times New Roman" w:hAnsi="Times New Roman" w:eastAsia="宋体"/>
          <w:b w:val="0"/>
          <w:i w:val="0"/>
          <w:color w:val="333333"/>
          <w:sz w:val="19"/>
        </w:rPr>
        <w:t>c-b²/4a=4ac-b²/4a.</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42 题　答案 D</w:t>
      </w:r>
    </w:p>
    <w:p>
      <w:pPr>
        <w:spacing w:before="0" w:after="80" w:line="300" w:lineRule="auto"/>
        <w:jc w:val="left"/>
      </w:pPr>
      <w:r>
        <w:rPr>
          <w:rFonts w:ascii="Times New Roman" w:hAnsi="Times New Roman" w:eastAsia="宋体"/>
          <w:b w:val="0"/>
          <w:i w:val="0"/>
          <w:sz w:val="21"/>
        </w:rPr>
        <w:t>设无限幂塔的值为 T。去掉最底层的 x 后，指数部分仍是同一个幂塔，所以 T=x^(T)。由于 T=2，得到</w:t>
      </w:r>
    </w:p>
    <w:p>
      <w:pPr>
        <w:spacing w:before="0" w:after="80" w:line="300" w:lineRule="auto"/>
        <w:jc w:val="left"/>
      </w:pPr>
      <w:r>
        <w:rPr>
          <w:rFonts w:ascii="Times New Roman" w:hAnsi="Times New Roman" w:eastAsia="宋体"/>
          <w:b w:val="0"/>
          <w:i w:val="0"/>
          <w:sz w:val="21"/>
        </w:rPr>
        <w:t>2=x²。</w:t>
      </w:r>
    </w:p>
    <w:p>
      <w:pPr>
        <w:spacing w:before="0" w:after="80" w:line="300" w:lineRule="auto"/>
        <w:jc w:val="left"/>
      </w:pPr>
      <w:r>
        <w:rPr>
          <w:rFonts w:ascii="Times New Roman" w:hAnsi="Times New Roman" w:eastAsia="宋体"/>
          <w:b w:val="0"/>
          <w:i w:val="0"/>
          <w:sz w:val="21"/>
        </w:rPr>
        <w:t>因此，正底数为 x=√(2)，此时幂塔收敛。</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value of the infinite tower be T. Removing its bottom x leaves the same tower as the exponent, so T=x^(T). Since T=2, we obtain</w:t>
      </w:r>
    </w:p>
    <w:p>
      <w:pPr>
        <w:spacing w:before="0" w:after="80" w:line="300" w:lineRule="auto"/>
        <w:jc w:val="left"/>
      </w:pPr>
      <w:r>
        <w:rPr>
          <w:rFonts w:ascii="Times New Roman" w:hAnsi="Times New Roman" w:eastAsia="宋体"/>
          <w:b w:val="0"/>
          <w:i w:val="0"/>
          <w:color w:val="333333"/>
          <w:sz w:val="19"/>
        </w:rPr>
        <w:t>2=x².</w:t>
      </w:r>
    </w:p>
    <w:p>
      <w:pPr>
        <w:spacing w:before="0" w:after="80" w:line="300" w:lineRule="auto"/>
        <w:jc w:val="left"/>
      </w:pPr>
      <w:r>
        <w:rPr>
          <w:rFonts w:ascii="Times New Roman" w:hAnsi="Times New Roman" w:eastAsia="宋体"/>
          <w:b w:val="0"/>
          <w:i w:val="0"/>
          <w:color w:val="333333"/>
          <w:sz w:val="19"/>
        </w:rPr>
        <w:t>The positive base is therefore x=√(2), for which the tower is convergent.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43 题　答案 E</w:t>
      </w:r>
    </w:p>
    <w:p>
      <w:pPr>
        <w:spacing w:before="0" w:after="80" w:line="300" w:lineRule="auto"/>
        <w:jc w:val="left"/>
      </w:pPr>
      <w:r>
        <w:rPr>
          <w:rFonts w:ascii="Times New Roman" w:hAnsi="Times New Roman" w:eastAsia="宋体"/>
          <w:b w:val="0"/>
          <w:i w:val="0"/>
          <w:sz w:val="21"/>
        </w:rPr>
        <w:t>将相邻两项分组后，得到一个等比级数，其首项为</w:t>
      </w:r>
    </w:p>
    <w:p>
      <w:pPr>
        <w:spacing w:before="0" w:after="80" w:line="300" w:lineRule="auto"/>
        <w:jc w:val="left"/>
      </w:pPr>
      <w:r>
        <w:rPr>
          <w:rFonts w:ascii="Times New Roman" w:hAnsi="Times New Roman" w:eastAsia="宋体"/>
          <w:b w:val="0"/>
          <w:i w:val="0"/>
          <w:sz w:val="21"/>
        </w:rPr>
        <w:t>1/7+2/49=9/49，</w:t>
      </w:r>
    </w:p>
    <w:p>
      <w:pPr>
        <w:spacing w:before="0" w:after="80" w:line="300" w:lineRule="auto"/>
        <w:jc w:val="left"/>
      </w:pPr>
      <w:r>
        <w:rPr>
          <w:rFonts w:ascii="Times New Roman" w:hAnsi="Times New Roman" w:eastAsia="宋体"/>
          <w:b w:val="0"/>
          <w:i w:val="0"/>
          <w:sz w:val="21"/>
        </w:rPr>
        <w:t>公比为 1/49。因此，级数之和为</w:t>
      </w:r>
    </w:p>
    <w:p>
      <w:pPr>
        <w:spacing w:before="0" w:after="80" w:line="300" w:lineRule="auto"/>
        <w:jc w:val="left"/>
      </w:pPr>
      <w:r>
        <w:rPr>
          <w:rFonts w:ascii="Times New Roman" w:hAnsi="Times New Roman" w:eastAsia="宋体"/>
          <w:b w:val="0"/>
          <w:i w:val="0"/>
          <w:sz w:val="21"/>
        </w:rPr>
        <w:t>(9/49)/(1-1/49) =9/48 =3/16。</w:t>
      </w:r>
    </w:p>
    <w:p>
      <w:pPr>
        <w:spacing w:before="0" w:after="80" w:line="300" w:lineRule="auto"/>
        <w:jc w:val="left"/>
      </w:pPr>
      <w:r>
        <w:rPr>
          <w:rFonts w:ascii="Times New Roman" w:hAnsi="Times New Roman" w:eastAsia="宋体"/>
          <w:b w:val="0"/>
          <w:i w:val="0"/>
          <w:sz w:val="21"/>
        </w:rPr>
        <w:t>这个值不在选项 A 至 D 中。</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Grouping consecutive terms gives a geometric series whose first grouped term is</w:t>
      </w:r>
    </w:p>
    <w:p>
      <w:pPr>
        <w:spacing w:before="0" w:after="80" w:line="300" w:lineRule="auto"/>
        <w:jc w:val="left"/>
      </w:pPr>
      <w:r>
        <w:rPr>
          <w:rFonts w:ascii="Times New Roman" w:hAnsi="Times New Roman" w:eastAsia="宋体"/>
          <w:b w:val="0"/>
          <w:i w:val="0"/>
          <w:color w:val="333333"/>
          <w:sz w:val="19"/>
        </w:rPr>
        <w:t>1/7+2/49=9/49</w:t>
      </w:r>
    </w:p>
    <w:p>
      <w:pPr>
        <w:spacing w:before="0" w:after="80" w:line="300" w:lineRule="auto"/>
        <w:jc w:val="left"/>
      </w:pPr>
      <w:r>
        <w:rPr>
          <w:rFonts w:ascii="Times New Roman" w:hAnsi="Times New Roman" w:eastAsia="宋体"/>
          <w:b w:val="0"/>
          <w:i w:val="0"/>
          <w:color w:val="333333"/>
          <w:sz w:val="19"/>
        </w:rPr>
        <w:t>and whose ratio is 1/49. Hence the sum is</w:t>
      </w:r>
    </w:p>
    <w:p>
      <w:pPr>
        <w:spacing w:before="0" w:after="80" w:line="300" w:lineRule="auto"/>
        <w:jc w:val="left"/>
      </w:pPr>
      <w:r>
        <w:rPr>
          <w:rFonts w:ascii="Times New Roman" w:hAnsi="Times New Roman" w:eastAsia="宋体"/>
          <w:b w:val="0"/>
          <w:i w:val="0"/>
          <w:color w:val="333333"/>
          <w:sz w:val="19"/>
        </w:rPr>
        <w:t>(9/49)/(1-1/49) =9/48 =3/16.</w:t>
      </w:r>
    </w:p>
    <w:p>
      <w:pPr>
        <w:spacing w:before="0" w:after="80" w:line="300" w:lineRule="auto"/>
        <w:jc w:val="left"/>
      </w:pPr>
      <w:r>
        <w:rPr>
          <w:rFonts w:ascii="Times New Roman" w:hAnsi="Times New Roman" w:eastAsia="宋体"/>
          <w:b w:val="0"/>
          <w:i w:val="0"/>
          <w:color w:val="333333"/>
          <w:sz w:val="19"/>
        </w:rPr>
        <w:t>This is not among choices A through 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44 题　答案 C</w:t>
      </w:r>
    </w:p>
    <w:p>
      <w:pPr>
        <w:spacing w:before="0" w:after="80" w:line="300" w:lineRule="auto"/>
        <w:jc w:val="left"/>
      </w:pPr>
      <w:r>
        <w:rPr>
          <w:rFonts w:ascii="Times New Roman" w:hAnsi="Times New Roman" w:eastAsia="宋体"/>
          <w:b w:val="0"/>
          <w:i w:val="0"/>
          <w:sz w:val="21"/>
        </w:rPr>
        <w:t>由于 log1=0，图像经过 (1,0)，因此与 x 轴相交。又因为 x=0 不在定义域内，所以图像不可能与 y 轴相交。</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log1=0, the graph passes through (1,0) and therefore cuts the x-axis. It cannot cut the y-axis because x=0 is outside its domain.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45 题　答案 A</w:t>
      </w:r>
    </w:p>
    <w:p>
      <w:pPr>
        <w:spacing w:before="0" w:after="80" w:line="300" w:lineRule="auto"/>
        <w:jc w:val="left"/>
      </w:pPr>
      <w:r>
        <w:rPr>
          <w:rFonts w:ascii="Times New Roman" w:hAnsi="Times New Roman" w:eastAsia="宋体"/>
          <w:b w:val="0"/>
          <w:i w:val="0"/>
          <w:sz w:val="21"/>
        </w:rPr>
        <w:t>连接各对顶点共有 C(100, 2) 条线段，其中恰有 100 条是多边形的边，所以对角线条数为</w:t>
      </w:r>
    </w:p>
    <w:p>
      <w:pPr>
        <w:spacing w:before="0" w:after="80" w:line="300" w:lineRule="auto"/>
        <w:jc w:val="left"/>
      </w:pPr>
      <w:r>
        <w:rPr>
          <w:rFonts w:ascii="Times New Roman" w:hAnsi="Times New Roman" w:eastAsia="宋体"/>
          <w:b w:val="0"/>
          <w:i w:val="0"/>
          <w:sz w:val="21"/>
        </w:rPr>
        <w:t>C(100, 2)-100 =4950-100</w:t>
      </w:r>
    </w:p>
    <w:p>
      <w:pPr>
        <w:spacing w:before="0" w:after="80" w:line="300" w:lineRule="auto"/>
        <w:jc w:val="left"/>
      </w:pPr>
      <w:r>
        <w:rPr>
          <w:rFonts w:ascii="Times New Roman" w:hAnsi="Times New Roman" w:eastAsia="宋体"/>
          <w:b w:val="0"/>
          <w:i w:val="0"/>
          <w:sz w:val="21"/>
        </w:rPr>
        <w:t>=4850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C(100, 2) segments joining pairs of vertices. Exactly 100 of these are sides, so the number of diagonals is</w:t>
      </w:r>
    </w:p>
    <w:p>
      <w:pPr>
        <w:spacing w:before="0" w:after="80" w:line="300" w:lineRule="auto"/>
        <w:jc w:val="left"/>
      </w:pPr>
      <w:r>
        <w:rPr>
          <w:rFonts w:ascii="Times New Roman" w:hAnsi="Times New Roman" w:eastAsia="宋体"/>
          <w:b w:val="0"/>
          <w:i w:val="0"/>
          <w:color w:val="333333"/>
          <w:sz w:val="19"/>
        </w:rPr>
        <w:t>C(100, 2)-100 =4950-100</w:t>
      </w:r>
    </w:p>
    <w:p>
      <w:pPr>
        <w:spacing w:before="0" w:after="80" w:line="300" w:lineRule="auto"/>
        <w:jc w:val="left"/>
      </w:pPr>
      <w:r>
        <w:rPr>
          <w:rFonts w:ascii="Times New Roman" w:hAnsi="Times New Roman" w:eastAsia="宋体"/>
          <w:b w:val="0"/>
          <w:i w:val="0"/>
          <w:color w:val="333333"/>
          <w:sz w:val="19"/>
        </w:rPr>
        <w:t>=4850.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46 题　答案 E</w:t>
      </w:r>
    </w:p>
    <w:p>
      <w:pPr>
        <w:spacing w:before="0" w:after="80" w:line="300" w:lineRule="auto"/>
        <w:jc w:val="left"/>
      </w:pPr>
      <w:r>
        <w:rPr>
          <w:rFonts w:ascii="Times New Roman" w:hAnsi="Times New Roman" w:eastAsia="宋体"/>
          <w:b w:val="0"/>
          <w:i w:val="0"/>
          <w:sz w:val="21"/>
        </w:rPr>
        <w:t>三条新边的长度为 24、14 和 10。由于</w:t>
      </w:r>
    </w:p>
    <w:p>
      <w:pPr>
        <w:spacing w:before="0" w:after="80" w:line="300" w:lineRule="auto"/>
        <w:jc w:val="left"/>
      </w:pPr>
      <w:r>
        <w:rPr>
          <w:rFonts w:ascii="Times New Roman" w:hAnsi="Times New Roman" w:eastAsia="宋体"/>
          <w:b w:val="0"/>
          <w:i w:val="0"/>
          <w:sz w:val="21"/>
        </w:rPr>
        <w:t>14+10=24，</w:t>
      </w:r>
    </w:p>
    <w:p>
      <w:pPr>
        <w:spacing w:before="0" w:after="80" w:line="300" w:lineRule="auto"/>
        <w:jc w:val="left"/>
      </w:pPr>
      <w:r>
        <w:rPr>
          <w:rFonts w:ascii="Times New Roman" w:hAnsi="Times New Roman" w:eastAsia="宋体"/>
          <w:b w:val="0"/>
          <w:i w:val="0"/>
          <w:sz w:val="21"/>
        </w:rPr>
        <w:t>它们构成退化三角形，三个顶点共线。因此，其面积为 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new side lengths are 24, 14, and 10. Because</w:t>
      </w:r>
    </w:p>
    <w:p>
      <w:pPr>
        <w:spacing w:before="0" w:after="80" w:line="300" w:lineRule="auto"/>
        <w:jc w:val="left"/>
      </w:pPr>
      <w:r>
        <w:rPr>
          <w:rFonts w:ascii="Times New Roman" w:hAnsi="Times New Roman" w:eastAsia="宋体"/>
          <w:b w:val="0"/>
          <w:i w:val="0"/>
          <w:color w:val="333333"/>
          <w:sz w:val="19"/>
        </w:rPr>
        <w:t>14+10=24,</w:t>
      </w:r>
    </w:p>
    <w:p>
      <w:pPr>
        <w:spacing w:before="0" w:after="80" w:line="300" w:lineRule="auto"/>
        <w:jc w:val="left"/>
      </w:pPr>
      <w:r>
        <w:rPr>
          <w:rFonts w:ascii="Times New Roman" w:hAnsi="Times New Roman" w:eastAsia="宋体"/>
          <w:b w:val="0"/>
          <w:i w:val="0"/>
          <w:color w:val="333333"/>
          <w:sz w:val="19"/>
        </w:rPr>
        <w:t>they form a degenerate triangle: all three vertices are collinear. Its area is therefore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47 题　答案 C</w:t>
      </w:r>
    </w:p>
    <w:p>
      <w:pPr>
        <w:spacing w:before="0" w:after="80" w:line="300" w:lineRule="auto"/>
        <w:jc w:val="left"/>
      </w:pPr>
      <w:r>
        <w:rPr>
          <w:rFonts w:ascii="Times New Roman" w:hAnsi="Times New Roman" w:eastAsia="宋体"/>
          <w:b w:val="0"/>
          <w:i w:val="0"/>
          <w:sz w:val="21"/>
        </w:rPr>
        <w:t>由相似三角形可知，在距底边高度 x 处，三角形的宽度为 b(1-x/h)，这就是内接矩形的底边。由于矩形的高是底边的一半，其底边长为 2x。因此，</w:t>
      </w:r>
    </w:p>
    <w:p>
      <w:pPr>
        <w:spacing w:before="0" w:after="80" w:line="300" w:lineRule="auto"/>
        <w:jc w:val="left"/>
      </w:pPr>
      <w:r>
        <w:rPr>
          <w:rFonts w:ascii="Times New Roman" w:hAnsi="Times New Roman" w:eastAsia="宋体"/>
          <w:b w:val="0"/>
          <w:i w:val="0"/>
          <w:sz w:val="21"/>
        </w:rPr>
        <w:t>2x=b(1-x/h)。</w:t>
      </w:r>
    </w:p>
    <w:p>
      <w:pPr>
        <w:spacing w:before="0" w:after="80" w:line="300" w:lineRule="auto"/>
        <w:jc w:val="left"/>
      </w:pPr>
      <w:r>
        <w:rPr>
          <w:rFonts w:ascii="Times New Roman" w:hAnsi="Times New Roman" w:eastAsia="宋体"/>
          <w:b w:val="0"/>
          <w:i w:val="0"/>
          <w:sz w:val="21"/>
        </w:rPr>
        <w:t>两边乘以 h 并求解，得到 x(2h+b)=bh，所以 x=bh/2h+b。</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similarity, the width of the triangle at height x above its base is b(1-x/h). This is the base of the inscribed rectangle. Since the rectangle’s altitude is half its base, its base is 2x. Hence</w:t>
      </w:r>
    </w:p>
    <w:p>
      <w:pPr>
        <w:spacing w:before="0" w:after="80" w:line="300" w:lineRule="auto"/>
        <w:jc w:val="left"/>
      </w:pPr>
      <w:r>
        <w:rPr>
          <w:rFonts w:ascii="Times New Roman" w:hAnsi="Times New Roman" w:eastAsia="宋体"/>
          <w:b w:val="0"/>
          <w:i w:val="0"/>
          <w:color w:val="333333"/>
          <w:sz w:val="19"/>
        </w:rPr>
        <w:t>2x=b(1-x/h).</w:t>
      </w:r>
    </w:p>
    <w:p>
      <w:pPr>
        <w:spacing w:before="0" w:after="80" w:line="300" w:lineRule="auto"/>
        <w:jc w:val="left"/>
      </w:pPr>
      <w:r>
        <w:rPr>
          <w:rFonts w:ascii="Times New Roman" w:hAnsi="Times New Roman" w:eastAsia="宋体"/>
          <w:b w:val="0"/>
          <w:i w:val="0"/>
          <w:color w:val="333333"/>
          <w:sz w:val="19"/>
        </w:rPr>
        <w:t>Multiplying by h and solving gives x(2h+b)=bh, so x=bh/2h+b.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48 题　答案 C</w:t>
      </w:r>
    </w:p>
    <w:p>
      <w:pPr>
        <w:spacing w:before="0" w:after="80" w:line="300" w:lineRule="auto"/>
        <w:jc w:val="left"/>
      </w:pPr>
      <w:r>
        <w:rPr>
          <w:rFonts w:ascii="Times New Roman" w:hAnsi="Times New Roman" w:eastAsia="宋体"/>
          <w:b w:val="0"/>
          <w:i w:val="0"/>
          <w:sz w:val="21"/>
        </w:rPr>
        <w:t>设等边三角形的边长为 s，高为 h，三个垂直距离为 d₁,d₂,d₃。用内部点将大三角形分成三个小三角形，得到</w:t>
      </w:r>
    </w:p>
    <w:p>
      <w:pPr>
        <w:spacing w:before="0" w:after="80" w:line="300" w:lineRule="auto"/>
        <w:jc w:val="left"/>
      </w:pPr>
      <w:r>
        <w:rPr>
          <w:rFonts w:ascii="Times New Roman" w:hAnsi="Times New Roman" w:eastAsia="宋体"/>
          <w:b w:val="0"/>
          <w:i w:val="0"/>
          <w:sz w:val="21"/>
        </w:rPr>
        <w:t>1/2s(d₁+d₂+d₃)=1/2sh。</w:t>
      </w:r>
    </w:p>
    <w:p>
      <w:pPr>
        <w:spacing w:before="0" w:after="80" w:line="300" w:lineRule="auto"/>
        <w:jc w:val="left"/>
      </w:pPr>
      <w:r>
        <w:rPr>
          <w:rFonts w:ascii="Times New Roman" w:hAnsi="Times New Roman" w:eastAsia="宋体"/>
          <w:b w:val="0"/>
          <w:i w:val="0"/>
          <w:sz w:val="21"/>
        </w:rPr>
        <w:t>因此 d₁+d₂+d₃=h，与所选点的位置无关。</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equilateral triangle have side length s and altitude h, and let the three perpendicular distances be d₁,d₂,d₃. Splitting the triangle at the interior point gives</w:t>
      </w:r>
    </w:p>
    <w:p>
      <w:pPr>
        <w:spacing w:before="0" w:after="80" w:line="300" w:lineRule="auto"/>
        <w:jc w:val="left"/>
      </w:pPr>
      <w:r>
        <w:rPr>
          <w:rFonts w:ascii="Times New Roman" w:hAnsi="Times New Roman" w:eastAsia="宋体"/>
          <w:b w:val="0"/>
          <w:i w:val="0"/>
          <w:color w:val="333333"/>
          <w:sz w:val="19"/>
        </w:rPr>
        <w:t>1/2s(d₁+d₂+d₃)=1/2sh.</w:t>
      </w:r>
    </w:p>
    <w:p>
      <w:pPr>
        <w:spacing w:before="0" w:after="80" w:line="300" w:lineRule="auto"/>
        <w:jc w:val="left"/>
      </w:pPr>
      <w:r>
        <w:rPr>
          <w:rFonts w:ascii="Times New Roman" w:hAnsi="Times New Roman" w:eastAsia="宋体"/>
          <w:b w:val="0"/>
          <w:i w:val="0"/>
          <w:color w:val="333333"/>
          <w:sz w:val="19"/>
        </w:rPr>
        <w:t>Therefore d₁+d₂+d₃=h, independent of the selected point.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49 题　答案 D</w:t>
      </w:r>
    </w:p>
    <w:p>
      <w:pPr>
        <w:spacing w:before="0" w:after="80" w:line="300" w:lineRule="auto"/>
        <w:jc w:val="left"/>
      </w:pPr>
      <w:r>
        <w:rPr>
          <w:rFonts w:ascii="Times New Roman" w:hAnsi="Times New Roman" w:eastAsia="宋体"/>
          <w:b w:val="0"/>
          <w:i w:val="0"/>
          <w:sz w:val="21"/>
        </w:rPr>
        <w:t>将 A 置于原点，并把 B、C 以及 BC 的中点 M 看作向量。由于 AM=3/2，点 M 在以 A 为圆心、半径为 3/2 的圆上运动。中点关系给出</w:t>
      </w:r>
    </w:p>
    <w:p>
      <w:pPr>
        <w:spacing w:before="0" w:after="80" w:line="300" w:lineRule="auto"/>
        <w:jc w:val="left"/>
      </w:pPr>
      <w:r>
        <w:rPr>
          <w:rFonts w:ascii="Times New Roman" w:hAnsi="Times New Roman" w:eastAsia="宋体"/>
          <w:b w:val="0"/>
          <w:i w:val="0"/>
          <w:sz w:val="21"/>
        </w:rPr>
        <w:t>C=2M-B。</w:t>
      </w:r>
    </w:p>
    <w:p>
      <w:pPr>
        <w:spacing w:before="0" w:after="80" w:line="300" w:lineRule="auto"/>
        <w:jc w:val="left"/>
      </w:pPr>
      <w:r>
        <w:rPr>
          <w:rFonts w:ascii="Times New Roman" w:hAnsi="Times New Roman" w:eastAsia="宋体"/>
          <w:b w:val="0"/>
          <w:i w:val="0"/>
          <w:sz w:val="21"/>
        </w:rPr>
        <w:t>因此，C 的轨迹是先将该圆放大 2 倍，再平移 -B 所得的图形，即以 -B 为圆心、半径为 3 的圆。</w:t>
      </w:r>
    </w:p>
    <w:p>
      <w:pPr>
        <w:spacing w:before="0" w:after="80" w:line="300" w:lineRule="auto"/>
        <w:jc w:val="left"/>
      </w:pPr>
      <w:r>
        <w:rPr>
          <w:rFonts w:ascii="Times New Roman" w:hAnsi="Times New Roman" w:eastAsia="宋体"/>
          <w:b w:val="0"/>
          <w:i w:val="0"/>
          <w:sz w:val="21"/>
        </w:rPr>
        <w:t>因为 AB=2，点 -B 位于射线 BA 上，且距 B 为 4 英寸。因此，正确答案是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A at the origin and regard B, C, and the midpoint M of BC as vectors. Since AM=3/2, the point M moves on a circle of radius 3/2 centered at A. The midpoint relation gives</w:t>
      </w:r>
    </w:p>
    <w:p>
      <w:pPr>
        <w:spacing w:before="0" w:after="80" w:line="300" w:lineRule="auto"/>
        <w:jc w:val="left"/>
      </w:pPr>
      <w:r>
        <w:rPr>
          <w:rFonts w:ascii="Times New Roman" w:hAnsi="Times New Roman" w:eastAsia="宋体"/>
          <w:b w:val="0"/>
          <w:i w:val="0"/>
          <w:color w:val="333333"/>
          <w:sz w:val="19"/>
        </w:rPr>
        <w:t>C=2M-B.</w:t>
      </w:r>
    </w:p>
    <w:p>
      <w:pPr>
        <w:spacing w:before="0" w:after="80" w:line="300" w:lineRule="auto"/>
        <w:jc w:val="left"/>
      </w:pPr>
      <w:r>
        <w:rPr>
          <w:rFonts w:ascii="Times New Roman" w:hAnsi="Times New Roman" w:eastAsia="宋体"/>
          <w:b w:val="0"/>
          <w:i w:val="0"/>
          <w:color w:val="333333"/>
          <w:sz w:val="19"/>
        </w:rPr>
        <w:t>Thus the locus of C is the image of that circle under a dilation by 2 followed by translation by -B. It is a circle of radius 3 centered at -B.</w:t>
      </w:r>
    </w:p>
    <w:p>
      <w:pPr>
        <w:spacing w:before="0" w:after="80" w:line="300" w:lineRule="auto"/>
        <w:jc w:val="left"/>
      </w:pPr>
      <w:r>
        <w:rPr>
          <w:rFonts w:ascii="Times New Roman" w:hAnsi="Times New Roman" w:eastAsia="宋体"/>
          <w:b w:val="0"/>
          <w:i w:val="0"/>
          <w:color w:val="333333"/>
          <w:sz w:val="19"/>
        </w:rPr>
        <w:t>Because AB=2, the point -B is 4 inches from B along the ray BA. Hence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50 题　答案 E</w:t>
      </w:r>
    </w:p>
    <w:p>
      <w:pPr>
        <w:spacing w:before="0" w:after="80" w:line="300" w:lineRule="auto"/>
        <w:jc w:val="left"/>
      </w:pPr>
      <w:r>
        <w:rPr>
          <w:rFonts w:ascii="Times New Roman" w:hAnsi="Times New Roman" w:eastAsia="宋体"/>
          <w:b w:val="0"/>
          <w:i w:val="0"/>
          <w:sz w:val="21"/>
        </w:rPr>
        <w:t>最初两小时内，私掠船追近的英里数为</w:t>
      </w:r>
    </w:p>
    <w:p>
      <w:pPr>
        <w:spacing w:before="0" w:after="80" w:line="300" w:lineRule="auto"/>
        <w:jc w:val="left"/>
      </w:pPr>
      <w:r>
        <w:rPr>
          <w:rFonts w:ascii="Times New Roman" w:hAnsi="Times New Roman" w:eastAsia="宋体"/>
          <w:b w:val="0"/>
          <w:i w:val="0"/>
          <w:sz w:val="21"/>
        </w:rPr>
        <w:t>2(11-8)=6，</w:t>
      </w:r>
    </w:p>
    <w:p>
      <w:pPr>
        <w:spacing w:before="0" w:after="80" w:line="300" w:lineRule="auto"/>
        <w:jc w:val="left"/>
      </w:pPr>
      <w:r>
        <w:rPr>
          <w:rFonts w:ascii="Times New Roman" w:hAnsi="Times New Roman" w:eastAsia="宋体"/>
          <w:b w:val="0"/>
          <w:i w:val="0"/>
          <w:sz w:val="21"/>
        </w:rPr>
        <w:t>所以下午 1:45 时，两船距离从 10 英里缩短为 4 英里。</w:t>
      </w:r>
    </w:p>
    <w:p>
      <w:pPr>
        <w:spacing w:before="0" w:after="80" w:line="300" w:lineRule="auto"/>
        <w:jc w:val="left"/>
      </w:pPr>
      <w:r>
        <w:rPr>
          <w:rFonts w:ascii="Times New Roman" w:hAnsi="Times New Roman" w:eastAsia="宋体"/>
          <w:b w:val="0"/>
          <w:i w:val="0"/>
          <w:sz w:val="21"/>
        </w:rPr>
        <w:t>上桅帆被刮走后，两船速度之比为 17:15。由于商船仍以每小时 8 英里航行，私掠船的新速度为每小时 8·17/15=136/15 英里。两船接近的相对速度为每小时 136/15-8=16/15 英里，所以追完剩余距离所需的小时数为</w:t>
      </w:r>
    </w:p>
    <w:p>
      <w:pPr>
        <w:spacing w:before="0" w:after="80" w:line="300" w:lineRule="auto"/>
        <w:jc w:val="left"/>
      </w:pPr>
      <w:r>
        <w:rPr>
          <w:rFonts w:ascii="Times New Roman" w:hAnsi="Times New Roman" w:eastAsia="宋体"/>
          <w:b w:val="0"/>
          <w:i w:val="0"/>
          <w:sz w:val="21"/>
        </w:rPr>
        <w:t>4/(16/15)=15/4=33/4。</w:t>
      </w:r>
    </w:p>
    <w:p>
      <w:pPr>
        <w:spacing w:before="0" w:after="80" w:line="300" w:lineRule="auto"/>
        <w:jc w:val="left"/>
      </w:pPr>
      <w:r>
        <w:rPr>
          <w:rFonts w:ascii="Times New Roman" w:hAnsi="Times New Roman" w:eastAsia="宋体"/>
          <w:b w:val="0"/>
          <w:i w:val="0"/>
          <w:sz w:val="21"/>
        </w:rPr>
        <w:t>在下午 1:45 后再过 3 小时 45 分钟，即为下午 5:30。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During the first two hours, the number of miles the privateer gains is</w:t>
      </w:r>
    </w:p>
    <w:p>
      <w:pPr>
        <w:spacing w:before="0" w:after="80" w:line="300" w:lineRule="auto"/>
        <w:jc w:val="left"/>
      </w:pPr>
      <w:r>
        <w:rPr>
          <w:rFonts w:ascii="Times New Roman" w:hAnsi="Times New Roman" w:eastAsia="宋体"/>
          <w:b w:val="0"/>
          <w:i w:val="0"/>
          <w:color w:val="333333"/>
          <w:sz w:val="19"/>
        </w:rPr>
        <w:t>2(11-8)=6,</w:t>
      </w:r>
    </w:p>
    <w:p>
      <w:pPr>
        <w:spacing w:before="0" w:after="80" w:line="300" w:lineRule="auto"/>
        <w:jc w:val="left"/>
      </w:pPr>
      <w:r>
        <w:rPr>
          <w:rFonts w:ascii="Times New Roman" w:hAnsi="Times New Roman" w:eastAsia="宋体"/>
          <w:b w:val="0"/>
          <w:i w:val="0"/>
          <w:color w:val="333333"/>
          <w:sz w:val="19"/>
        </w:rPr>
        <w:t>reducing the gap from 10 miles to 4 miles at 1:45 p.m.</w:t>
      </w:r>
    </w:p>
    <w:p>
      <w:pPr>
        <w:spacing w:before="0" w:after="80" w:line="300" w:lineRule="auto"/>
        <w:jc w:val="left"/>
      </w:pPr>
      <w:r>
        <w:rPr>
          <w:rFonts w:ascii="Times New Roman" w:hAnsi="Times New Roman" w:eastAsia="宋体"/>
          <w:b w:val="0"/>
          <w:i w:val="0"/>
          <w:color w:val="333333"/>
          <w:sz w:val="19"/>
        </w:rPr>
        <w:t>After the damage, the ships’ speeds are in the ratio 17:15. Since the merchantman still travels at 8 mph, the privateer’s new speed is 8·17/15=136/15 mph. The closing speed is therefore 136/15-8=16/15 mph, so the number of hours needed to close the remaining gap is</w:t>
      </w:r>
    </w:p>
    <w:p>
      <w:pPr>
        <w:spacing w:before="0" w:after="80" w:line="300" w:lineRule="auto"/>
        <w:jc w:val="left"/>
      </w:pPr>
      <w:r>
        <w:rPr>
          <w:rFonts w:ascii="Times New Roman" w:hAnsi="Times New Roman" w:eastAsia="宋体"/>
          <w:b w:val="0"/>
          <w:i w:val="0"/>
          <w:color w:val="333333"/>
          <w:sz w:val="19"/>
        </w:rPr>
        <w:t>4/(16/15)=15/4=33/4.</w:t>
      </w:r>
    </w:p>
    <w:p>
      <w:pPr>
        <w:spacing w:before="0" w:after="80" w:line="300" w:lineRule="auto"/>
        <w:jc w:val="left"/>
      </w:pPr>
      <w:r>
        <w:rPr>
          <w:rFonts w:ascii="Times New Roman" w:hAnsi="Times New Roman" w:eastAsia="宋体"/>
          <w:b w:val="0"/>
          <w:i w:val="0"/>
          <w:color w:val="333333"/>
          <w:sz w:val="19"/>
        </w:rPr>
        <w:t>Adding 3 hours 45 minutes to 1:45 p.m. gives 5:30 p.m.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