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2024B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在一长队人中，从左边数第 1013 个人同时也是从右边数第 1010 个人。队伍中共有多少人？</w:t>
      </w:r>
    </w:p>
    <w:p>
      <w:pPr>
        <w:spacing w:before="0" w:after="120" w:line="300" w:lineRule="auto"/>
      </w:pPr>
      <w:r>
        <w:rPr>
          <w:rFonts w:ascii="Times New Roman" w:hAnsi="Times New Roman" w:eastAsia="宋体"/>
          <w:b w:val="0"/>
          <w:i w:val="0"/>
          <w:sz w:val="21"/>
        </w:rPr>
        <w:t>（A）2021　　（B）2022　　（C）2023　　（D）2024　　（E）2025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long line of people arranged left to right, the 1013th person from the left is also the 1010th person from the right. How many people are in the line?</w:t>
      </w:r>
    </w:p>
    <w:p>
      <w:pPr>
        <w:spacing w:before="0" w:after="160" w:line="300" w:lineRule="auto"/>
      </w:pPr>
      <w:r>
        <w:rPr>
          <w:rFonts w:ascii="Times New Roman" w:hAnsi="Times New Roman" w:eastAsia="宋体"/>
          <w:b w:val="0"/>
          <w:i w:val="0"/>
          <w:color w:val="333333"/>
          <w:sz w:val="19"/>
        </w:rPr>
        <w:t>(A) 2021　　(B) 2022　　(C) 2023　　(D) 2024　　(E) 2025</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10! - 7! · 6! 的值是多少？</w:t>
      </w:r>
    </w:p>
    <w:p>
      <w:pPr>
        <w:spacing w:before="0" w:after="120" w:line="300" w:lineRule="auto"/>
      </w:pPr>
      <w:r>
        <w:rPr>
          <w:rFonts w:ascii="Times New Roman" w:hAnsi="Times New Roman" w:eastAsia="宋体"/>
          <w:b w:val="0"/>
          <w:i w:val="0"/>
          <w:sz w:val="21"/>
        </w:rPr>
        <w:t>（A）-120　　（B）0　　（C）120　　（D）600　　（E）720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10! - 7! · 6!?</w:t>
      </w:r>
    </w:p>
    <w:p>
      <w:pPr>
        <w:spacing w:before="0" w:after="160" w:line="300" w:lineRule="auto"/>
      </w:pPr>
      <w:r>
        <w:rPr>
          <w:rFonts w:ascii="Times New Roman" w:hAnsi="Times New Roman" w:eastAsia="宋体"/>
          <w:b w:val="0"/>
          <w:i w:val="0"/>
          <w:color w:val="333333"/>
          <w:sz w:val="19"/>
        </w:rPr>
        <w:t>(A) -120　　(B) 0　　(C) 120　　(D) 600　　(E) 720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对多少个整数 x，有 |2x| ≤ 7π？</w:t>
      </w:r>
    </w:p>
    <w:p>
      <w:pPr>
        <w:spacing w:before="0" w:after="120" w:line="300" w:lineRule="auto"/>
      </w:pPr>
      <w:r>
        <w:rPr>
          <w:rFonts w:ascii="Times New Roman" w:hAnsi="Times New Roman" w:eastAsia="宋体"/>
          <w:b w:val="0"/>
          <w:i w:val="0"/>
          <w:sz w:val="21"/>
        </w:rPr>
        <w:t>（A）16　　（B）17　　（C）19　　（D）20　　（E）21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integer values of x is |2x| ≤ 7π?</w:t>
      </w:r>
    </w:p>
    <w:p>
      <w:pPr>
        <w:spacing w:before="0" w:after="160" w:line="300" w:lineRule="auto"/>
      </w:pPr>
      <w:r>
        <w:rPr>
          <w:rFonts w:ascii="Times New Roman" w:hAnsi="Times New Roman" w:eastAsia="宋体"/>
          <w:b w:val="0"/>
          <w:i w:val="0"/>
          <w:color w:val="333333"/>
          <w:sz w:val="19"/>
        </w:rPr>
        <w:t>(A) 16　　(B) 17　　(C) 19　　(D) 20　　(E) 21</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编号为 1、2、3、… 的球按下面的过程放入标号为 A、B、C、D 和 E 的 5 个箱子。球 1 放入箱子 A，球 2 和 3 放入箱子 B。接下来的 3 个球放入箱子 C，再接下来的 4 个放入箱子 D，依此类推；把球放入箱子 E 之后再循环回到箱子 A。（例如，在这个过程的第 7 步，编号为 22、23、…、28 的球放入箱子 B。）球 2024 放入哪个箱子？</w:t>
      </w:r>
    </w:p>
    <w:p>
      <w:pPr>
        <w:spacing w:before="0" w:after="120" w:line="300" w:lineRule="auto"/>
      </w:pPr>
      <w:r>
        <w:rPr>
          <w:rFonts w:ascii="Times New Roman" w:hAnsi="Times New Roman" w:eastAsia="宋体"/>
          <w:b w:val="0"/>
          <w:i w:val="0"/>
          <w:sz w:val="21"/>
        </w:rPr>
        <w:t>（A）A　　（B）B　　（C）C　　（D）D　　（E）E</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Balls numbered 1, 2, 3, … are deposited in 5 bins, labeled A, B, C, D, and E, using the following procedure. Ball 1 is deposited in bin A, and balls 2 and 3 are deposited in bin B. The next 3 balls are deposited in bin C, the next 4 in bin D, and so on, cycling back to bin A after balls are deposited in bin E. (For example, balls numbered 22, 23, …, 28 are deposited in bin B at step 7 of this process.) In which bin is ball 2024 deposited?</w:t>
      </w:r>
    </w:p>
    <w:p>
      <w:pPr>
        <w:spacing w:before="0" w:after="160" w:line="300" w:lineRule="auto"/>
      </w:pPr>
      <w:r>
        <w:rPr>
          <w:rFonts w:ascii="Times New Roman" w:hAnsi="Times New Roman" w:eastAsia="宋体"/>
          <w:b w:val="0"/>
          <w:i w:val="0"/>
          <w:color w:val="333333"/>
          <w:sz w:val="19"/>
        </w:rPr>
        <w:t>(A) A　　(B) B　　(C) C　　(D) D　　(E) E</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在下面的式子中，Melanie 把一些加号改成了减号：</w:t>
      </w:r>
    </w:p>
    <w:p>
      <w:pPr>
        <w:spacing w:before="0" w:after="80" w:line="300" w:lineRule="auto"/>
        <w:jc w:val="left"/>
      </w:pPr>
      <w:r>
        <w:rPr>
          <w:rFonts w:ascii="Times New Roman" w:hAnsi="Times New Roman" w:eastAsia="宋体"/>
          <w:b w:val="0"/>
          <w:i w:val="0"/>
          <w:sz w:val="21"/>
        </w:rPr>
        <w:t>1 + 3 + 5 + 7 + ⋯ + 97 + 99</w:t>
      </w:r>
    </w:p>
    <w:p>
      <w:pPr>
        <w:spacing w:before="0" w:after="80" w:line="300" w:lineRule="auto"/>
        <w:jc w:val="left"/>
      </w:pPr>
      <w:r>
        <w:rPr>
          <w:rFonts w:ascii="Times New Roman" w:hAnsi="Times New Roman" w:eastAsia="宋体"/>
          <w:b w:val="0"/>
          <w:i w:val="0"/>
          <w:sz w:val="21"/>
        </w:rPr>
        <w:t>新式子计算后的值是负数。她最少要把多少个加号改成减号？</w:t>
      </w:r>
    </w:p>
    <w:p>
      <w:pPr>
        <w:spacing w:before="0" w:after="120" w:line="300" w:lineRule="auto"/>
      </w:pPr>
      <w:r>
        <w:rPr>
          <w:rFonts w:ascii="Times New Roman" w:hAnsi="Times New Roman" w:eastAsia="宋体"/>
          <w:b w:val="0"/>
          <w:i w:val="0"/>
          <w:sz w:val="21"/>
        </w:rPr>
        <w:t>（A）14　　（B）15　　（C）16　　（D）17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following expression, Melanie changed some of the plus signs to minus signs:</w:t>
      </w:r>
    </w:p>
    <w:p>
      <w:pPr>
        <w:spacing w:before="0" w:after="80" w:line="300" w:lineRule="auto"/>
        <w:jc w:val="left"/>
      </w:pPr>
      <w:r>
        <w:rPr>
          <w:rFonts w:ascii="Times New Roman" w:hAnsi="Times New Roman" w:eastAsia="宋体"/>
          <w:b w:val="0"/>
          <w:i w:val="0"/>
          <w:color w:val="333333"/>
          <w:sz w:val="19"/>
        </w:rPr>
        <w:t>1 + 3 + 5 + 7 + ⋯ + 97 + 99</w:t>
      </w:r>
    </w:p>
    <w:p>
      <w:pPr>
        <w:spacing w:before="0" w:after="80" w:line="300" w:lineRule="auto"/>
        <w:jc w:val="left"/>
      </w:pPr>
      <w:r>
        <w:rPr>
          <w:rFonts w:ascii="Times New Roman" w:hAnsi="Times New Roman" w:eastAsia="宋体"/>
          <w:b w:val="0"/>
          <w:i w:val="0"/>
          <w:color w:val="333333"/>
          <w:sz w:val="19"/>
        </w:rPr>
        <w:t>When the new expression was evaluated, it was negative. What is the least number of plus signs that Melanie could have changed to minus signs?</w:t>
      </w:r>
    </w:p>
    <w:p>
      <w:pPr>
        <w:spacing w:before="0" w:after="160" w:line="300" w:lineRule="auto"/>
      </w:pPr>
      <w:r>
        <w:rPr>
          <w:rFonts w:ascii="Times New Roman" w:hAnsi="Times New Roman" w:eastAsia="宋体"/>
          <w:b w:val="0"/>
          <w:i w:val="0"/>
          <w:color w:val="333333"/>
          <w:sz w:val="19"/>
        </w:rPr>
        <w:t>(A) 14　　(B) 15　　(C) 16　　(D) 17　　(E) 18</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一个长方形的边长都是整数，面积为 2024。它的周长最小可能是多少？</w:t>
      </w:r>
    </w:p>
    <w:p>
      <w:pPr>
        <w:spacing w:before="0" w:after="120" w:line="300" w:lineRule="auto"/>
      </w:pPr>
      <w:r>
        <w:rPr>
          <w:rFonts w:ascii="Times New Roman" w:hAnsi="Times New Roman" w:eastAsia="宋体"/>
          <w:b w:val="0"/>
          <w:i w:val="0"/>
          <w:sz w:val="21"/>
        </w:rPr>
        <w:t>（A）160　　（B）180　　（C）222　　（D）228　　（E）390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rectangle has integer side lengths and an area of 2024. What is the least possible perimeter of the rectangle?</w:t>
      </w:r>
    </w:p>
    <w:p>
      <w:pPr>
        <w:spacing w:before="0" w:after="160" w:line="300" w:lineRule="auto"/>
      </w:pPr>
      <w:r>
        <w:rPr>
          <w:rFonts w:ascii="Times New Roman" w:hAnsi="Times New Roman" w:eastAsia="宋体"/>
          <w:b w:val="0"/>
          <w:i w:val="0"/>
          <w:color w:val="333333"/>
          <w:sz w:val="19"/>
        </w:rPr>
        <w:t>(A) 160　　(B) 180　　(C) 222　　(D) 228　　(E) 390</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7²⁰²⁴ + 7²⁰²⁵ + 7²⁰²⁶ 除以 19 的余数是多少？</w:t>
      </w:r>
    </w:p>
    <w:p>
      <w:pPr>
        <w:spacing w:before="0" w:after="120" w:line="300" w:lineRule="auto"/>
      </w:pPr>
      <w:r>
        <w:rPr>
          <w:rFonts w:ascii="Times New Roman" w:hAnsi="Times New Roman" w:eastAsia="宋体"/>
          <w:b w:val="0"/>
          <w:i w:val="0"/>
          <w:sz w:val="21"/>
        </w:rPr>
        <w:t>（A）0　　（B）1　　（C）7　　（D）11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remainder when 7²⁰²⁴ + 7²⁰²⁵ + 7²⁰²⁶ is divided by 19?</w:t>
      </w:r>
    </w:p>
    <w:p>
      <w:pPr>
        <w:spacing w:before="0" w:after="160" w:line="300" w:lineRule="auto"/>
      </w:pPr>
      <w:r>
        <w:rPr>
          <w:rFonts w:ascii="Times New Roman" w:hAnsi="Times New Roman" w:eastAsia="宋体"/>
          <w:b w:val="0"/>
          <w:i w:val="0"/>
          <w:color w:val="333333"/>
          <w:sz w:val="19"/>
        </w:rPr>
        <w:t>(A) 0　　(B) 1　　(C) 7　　(D) 11　　(E) 18</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令 N 为 42 的所有正整数因数的乘积。N 的个位数字是多少？</w:t>
      </w:r>
    </w:p>
    <w:p>
      <w:pPr>
        <w:spacing w:before="0" w:after="120" w:line="300" w:lineRule="auto"/>
      </w:pPr>
      <w:r>
        <w:rPr>
          <w:rFonts w:ascii="Times New Roman" w:hAnsi="Times New Roman" w:eastAsia="宋体"/>
          <w:b w:val="0"/>
          <w:i w:val="0"/>
          <w:sz w:val="21"/>
        </w:rPr>
        <w:t>（A）0　　（B）2　　（C）4　　（D）6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be the product of all the positive integer divisors of 42. What is the units digit of N?</w:t>
      </w:r>
    </w:p>
    <w:p>
      <w:pPr>
        <w:spacing w:before="0" w:after="160" w:line="300" w:lineRule="auto"/>
      </w:pPr>
      <w:r>
        <w:rPr>
          <w:rFonts w:ascii="Times New Roman" w:hAnsi="Times New Roman" w:eastAsia="宋体"/>
          <w:b w:val="0"/>
          <w:i w:val="0"/>
          <w:color w:val="333333"/>
          <w:sz w:val="19"/>
        </w:rPr>
        <w:t>(A) 0　　(B) 2　　(C) 4　　(D) 6　　(E) 8</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实数 a，b 和 c 的算术平均数为 0。a²，b² 和 c² 的算术平均数为 10。ab，ac 和 bc 的算术平均数是多少？</w:t>
      </w:r>
    </w:p>
    <w:p>
      <w:pPr>
        <w:spacing w:before="0" w:after="120" w:line="300" w:lineRule="auto"/>
      </w:pPr>
      <w:r>
        <w:rPr>
          <w:rFonts w:ascii="Times New Roman" w:hAnsi="Times New Roman" w:eastAsia="宋体"/>
          <w:b w:val="0"/>
          <w:i w:val="0"/>
          <w:sz w:val="21"/>
        </w:rPr>
        <w:t>（A）-5　　（B）-10/3　　（C）-10/9　　（D）0　　（E）10/9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Real numbers a, b, and c have arithmetic mean 0. The arithmetic mean of a², b², and c² is 10. What is the arithmetic mean of ab, ac, and bc?</w:t>
      </w:r>
    </w:p>
    <w:p>
      <w:pPr>
        <w:spacing w:before="0" w:after="160" w:line="300" w:lineRule="auto"/>
      </w:pPr>
      <w:r>
        <w:rPr>
          <w:rFonts w:ascii="Times New Roman" w:hAnsi="Times New Roman" w:eastAsia="宋体"/>
          <w:b w:val="0"/>
          <w:i w:val="0"/>
          <w:color w:val="333333"/>
          <w:sz w:val="19"/>
        </w:rPr>
        <w:t>(A) -5　　(B) -10/3　　(C) -10/9　　(D) 0　　(E) 10/9</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四边形 ABCD 是平行四边形，E 是边 AD 的中点。令 F 为直线 EB 和 AC 的交点。四边形 CDEF 的面积与三角形 CFB 的面积之比是多少？</w:t>
      </w:r>
    </w:p>
    <w:p>
      <w:pPr>
        <w:spacing w:before="0" w:after="120" w:line="300" w:lineRule="auto"/>
      </w:pPr>
      <w:r>
        <w:rPr>
          <w:rFonts w:ascii="Times New Roman" w:hAnsi="Times New Roman" w:eastAsia="宋体"/>
          <w:b w:val="0"/>
          <w:i w:val="0"/>
          <w:sz w:val="21"/>
        </w:rPr>
        <w:t>（A）5: 4　　（B）4: 3　　（C）3: 2　　（D）5: 3　　（E）2: 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Quadrilateral ABCD is a parallelogram, and E is the midpoint of the side AD. Let F be the intersection of lines EB and AC. What is the ratio of the area of quadrilateral CDEF to the area of triangle CFB?</w:t>
      </w:r>
    </w:p>
    <w:p>
      <w:pPr>
        <w:spacing w:before="0" w:after="160" w:line="300" w:lineRule="auto"/>
      </w:pPr>
      <w:r>
        <w:rPr>
          <w:rFonts w:ascii="Times New Roman" w:hAnsi="Times New Roman" w:eastAsia="宋体"/>
          <w:b w:val="0"/>
          <w:i w:val="0"/>
          <w:color w:val="333333"/>
          <w:sz w:val="19"/>
        </w:rPr>
        <w:t>(A) 5: 4　　(B) 4: 3　　(C) 3: 2　　(D) 5: 3　　(E) 2: 1</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下图中，WXYZ 是长方形，且 WX = 4、WZ = 8。点 M 在 XY 上，点 A 在 YZ 上，且 ∠ WMA 是直角。△ WXM 与 △ WAZ 的面积相等。求 △ WMA 的面积。</w:t>
      </w:r>
    </w:p>
    <w:p>
      <w:pPr>
        <w:spacing w:before="80" w:after="80"/>
        <w:jc w:val="center"/>
      </w:pPr>
      <w:r>
        <w:drawing>
          <wp:inline xmlns:a="http://schemas.openxmlformats.org/drawingml/2006/main" xmlns:pic="http://schemas.openxmlformats.org/drawingml/2006/picture">
            <wp:extent cx="3060647" cy="1659591"/>
            <wp:docPr id="1" name="Picture 1"/>
            <wp:cNvGraphicFramePr>
              <a:graphicFrameLocks noChangeAspect="1"/>
            </wp:cNvGraphicFramePr>
            <a:graphic>
              <a:graphicData uri="http://schemas.openxmlformats.org/drawingml/2006/picture">
                <pic:pic>
                  <pic:nvPicPr>
                    <pic:cNvPr id="0" name="q11-1@300dpi.png"/>
                    <pic:cNvPicPr/>
                  </pic:nvPicPr>
                  <pic:blipFill>
                    <a:blip r:embed="rId9"/>
                    <a:stretch>
                      <a:fillRect/>
                    </a:stretch>
                  </pic:blipFill>
                  <pic:spPr>
                    <a:xfrm>
                      <a:off x="0" y="0"/>
                      <a:ext cx="3060647" cy="1659591"/>
                    </a:xfrm>
                    <a:prstGeom prst="rect"/>
                  </pic:spPr>
                </pic:pic>
              </a:graphicData>
            </a:graphic>
          </wp:inline>
        </w:drawing>
      </w:r>
    </w:p>
    <w:p>
      <w:pPr>
        <w:spacing w:before="0" w:after="120" w:line="300" w:lineRule="auto"/>
      </w:pPr>
      <w:r>
        <w:rPr>
          <w:rFonts w:ascii="Times New Roman" w:hAnsi="Times New Roman" w:eastAsia="宋体"/>
          <w:b w:val="0"/>
          <w:i w:val="0"/>
          <w:sz w:val="21"/>
        </w:rPr>
        <w:t>（A）13　　（B）14　　（C）15　　（D）16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figure below WXYZ is a rectangle with WX = 4 and WZ = 8. Point M lies on XY, point A lies on YZ, and ∠ WMA is a right angle. The areas of △ WXM and △ WAZ are equal. What is the area of △ WMA?</w:t>
      </w:r>
    </w:p>
    <w:p>
      <w:pPr>
        <w:spacing w:before="80" w:after="80"/>
        <w:jc w:val="center"/>
      </w:pPr>
      <w:r>
        <w:drawing>
          <wp:inline xmlns:a="http://schemas.openxmlformats.org/drawingml/2006/main" xmlns:pic="http://schemas.openxmlformats.org/drawingml/2006/picture">
            <wp:extent cx="3060647" cy="1659591"/>
            <wp:docPr id="2" name="Picture 2"/>
            <wp:cNvGraphicFramePr>
              <a:graphicFrameLocks noChangeAspect="1"/>
            </wp:cNvGraphicFramePr>
            <a:graphic>
              <a:graphicData uri="http://schemas.openxmlformats.org/drawingml/2006/picture">
                <pic:pic>
                  <pic:nvPicPr>
                    <pic:cNvPr id="0" name="q11-1@300dpi.png"/>
                    <pic:cNvPicPr/>
                  </pic:nvPicPr>
                  <pic:blipFill>
                    <a:blip r:embed="rId9"/>
                    <a:stretch>
                      <a:fillRect/>
                    </a:stretch>
                  </pic:blipFill>
                  <pic:spPr>
                    <a:xfrm>
                      <a:off x="0" y="0"/>
                      <a:ext cx="3060647" cy="165959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13　　(B) 14　　(C) 15　　(D) 16　　(E) 17</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来自不同国家的 100 名学生在一次数学竞赛中相遇。每名学生会说相同数量的语言，并且对任意两名学生 A 和 B，学生 A 会说某种学生 B 不会说的语言，同时学生 B 也会说某种学生 A 不会说的语言。所有学生会说的语言种类总数最少可能是多少？</w:t>
      </w:r>
    </w:p>
    <w:p>
      <w:pPr>
        <w:spacing w:before="0" w:after="120" w:line="300" w:lineRule="auto"/>
      </w:pPr>
      <w:r>
        <w:rPr>
          <w:rFonts w:ascii="Times New Roman" w:hAnsi="Times New Roman" w:eastAsia="宋体"/>
          <w:b w:val="0"/>
          <w:i w:val="0"/>
          <w:sz w:val="21"/>
        </w:rPr>
        <w:t>（A）9　　（B）10　　（C）12　　（D）51　　（E）100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group of 100 students from different countries meet at a mathematics competition. Each student speaks the same number of languages, and, for every pair of students A and B, student A speaks some language that student B does not speak, and student B speaks some language that student A does not speak. What is the least possible total number of languages spoken by all the students?</w:t>
      </w:r>
    </w:p>
    <w:p>
      <w:pPr>
        <w:spacing w:before="0" w:after="160" w:line="300" w:lineRule="auto"/>
      </w:pPr>
      <w:r>
        <w:rPr>
          <w:rFonts w:ascii="Times New Roman" w:hAnsi="Times New Roman" w:eastAsia="宋体"/>
          <w:b w:val="0"/>
          <w:i w:val="0"/>
          <w:color w:val="333333"/>
          <w:sz w:val="19"/>
        </w:rPr>
        <w:t>(A) 9　　(B) 10　　(C) 12　　(D) 51　　(E) 100</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正整数 x 和 y 满足方程 √(x) + √(y) = √(1183)。x + y 的最小可能值是多少？</w:t>
      </w:r>
    </w:p>
    <w:p>
      <w:pPr>
        <w:spacing w:before="0" w:after="120" w:line="300" w:lineRule="auto"/>
      </w:pPr>
      <w:r>
        <w:rPr>
          <w:rFonts w:ascii="Times New Roman" w:hAnsi="Times New Roman" w:eastAsia="宋体"/>
          <w:b w:val="0"/>
          <w:i w:val="0"/>
          <w:sz w:val="21"/>
        </w:rPr>
        <w:t>（A）585　　（B）595　　（C）623　　（D）700　　（E）791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Positive integers x and y satisfy the equation √(x) + √(y) = √(1183). What is the minimum possible value of x + y?</w:t>
      </w:r>
    </w:p>
    <w:p>
      <w:pPr>
        <w:spacing w:before="0" w:after="160" w:line="300" w:lineRule="auto"/>
      </w:pPr>
      <w:r>
        <w:rPr>
          <w:rFonts w:ascii="Times New Roman" w:hAnsi="Times New Roman" w:eastAsia="宋体"/>
          <w:b w:val="0"/>
          <w:i w:val="0"/>
          <w:color w:val="333333"/>
          <w:sz w:val="19"/>
        </w:rPr>
        <w:t>(A) 585　　(B) 595　　(C) 623　　(D) 700　　(E) 791</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飞镖盘是坐标平面中的区域 B，由满足 |x| + |y| ≤ 8 的点 (x, y) 组成。目标区域 T 满足 (x² + y² - 25)² ≤ 49。一支飞镖随机落在 B 中。它落在 T 中的概率可表示为 m/n · π，其中 m 和 n 是互质的正整数。求 m + n。</w:t>
      </w:r>
    </w:p>
    <w:p>
      <w:pPr>
        <w:spacing w:before="0" w:after="120" w:line="300" w:lineRule="auto"/>
      </w:pPr>
      <w:r>
        <w:rPr>
          <w:rFonts w:ascii="Times New Roman" w:hAnsi="Times New Roman" w:eastAsia="宋体"/>
          <w:b w:val="0"/>
          <w:i w:val="0"/>
          <w:sz w:val="21"/>
        </w:rPr>
        <w:t>（A）39　　（B）71　　（C）73　　（D）75　　（E）135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dartboard is the region B in the coordinate plane consisting of points (x, y) such that |x| + |y| ≤ 8. A target T is the region where (x² + y² - 25)² ≤ 49. A dart is thrown and lands at a random point in B. The probability that the dart lands in T can be expressed as m/n · π, where m and n are relatively prime positive integers. What is m + n?</w:t>
      </w:r>
    </w:p>
    <w:p>
      <w:pPr>
        <w:spacing w:before="0" w:after="160" w:line="300" w:lineRule="auto"/>
      </w:pPr>
      <w:r>
        <w:rPr>
          <w:rFonts w:ascii="Times New Roman" w:hAnsi="Times New Roman" w:eastAsia="宋体"/>
          <w:b w:val="0"/>
          <w:i w:val="0"/>
          <w:color w:val="333333"/>
          <w:sz w:val="19"/>
        </w:rPr>
        <w:t>(A) 39　　(B) 71　　(C) 73　　(D) 75　　(E) 135</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一个由 9 个实数组成的列表包括 1、2.2、3.2、5.2、6.2、7，以及 x，y，z，其中 x ≤ y ≤ z。这个列表的极差为 7，平均数和中位数都是正整数。有多少个有序三元组 (x, y, z) 可能？</w:t>
      </w:r>
    </w:p>
    <w:p>
      <w:pPr>
        <w:spacing w:before="0" w:after="120" w:line="300" w:lineRule="auto"/>
      </w:pPr>
      <w:r>
        <w:rPr>
          <w:rFonts w:ascii="Times New Roman" w:hAnsi="Times New Roman" w:eastAsia="宋体"/>
          <w:b w:val="0"/>
          <w:i w:val="0"/>
          <w:sz w:val="21"/>
        </w:rPr>
        <w:t>（A）1　　（B）2　　（C）3　　（D）4　　（E）无限多个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list of 9 real numbers consists of 1, 2.2, 3.2, 5.2, 6.2, 7, as well as x, y, z with x ≤ y ≤ z. The range of the list is 7, and the mean and median are both positive integers. How many ordered triples (x, y, z) are possible?</w:t>
      </w:r>
    </w:p>
    <w:p>
      <w:pPr>
        <w:spacing w:before="0" w:after="160" w:line="300" w:lineRule="auto"/>
      </w:pPr>
      <w:r>
        <w:rPr>
          <w:rFonts w:ascii="Times New Roman" w:hAnsi="Times New Roman" w:eastAsia="宋体"/>
          <w:b w:val="0"/>
          <w:i w:val="0"/>
          <w:color w:val="333333"/>
          <w:sz w:val="19"/>
        </w:rPr>
        <w:t>(A) 1　　(B) 2　　(C) 3　　(D) 4　　(E) infinitely many</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Jerry 喜欢玩数字。有一天，他把从 1 到 2024 的所有整数都写在白板上。然后他反复选择白板上的四个数，擦掉它们，并用它们的和或积替代。（例如，Jerry 的第一步可能擦掉 1，2，3 和 5，然后在白板上写下它们的和 11，或它们的积 30。）反复进行这个操作后，Jerry 注意到白板上剩下的所有数都是奇数。此时白板上最多可能还剩多少个整数？</w:t>
      </w:r>
    </w:p>
    <w:p>
      <w:pPr>
        <w:spacing w:before="0" w:after="120" w:line="300" w:lineRule="auto"/>
      </w:pPr>
      <w:r>
        <w:rPr>
          <w:rFonts w:ascii="Times New Roman" w:hAnsi="Times New Roman" w:eastAsia="宋体"/>
          <w:b w:val="0"/>
          <w:i w:val="0"/>
          <w:sz w:val="21"/>
        </w:rPr>
        <w:t>（A）1010　　（B）1011　　（C）1012　　（D）1013　　（E）1014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Jerry likes to play with numbers. One day, he wrote all the integers from 1 to 2024 on the whiteboard. Then he repeatedly chose four numbers on the whiteboard, erased them, and replaced them by either their sum or their product. (For example, Jerry’s first step might have been to erase 1, 2, 3, and 5, and then write either 11, their sum, or 30, their product, on the whiteboard.) After repeatedly performing this operation, Jerry noticed that all the remaining numbers on the whiteboard were odd. What is the maximum possible number of integers on the whiteboard at that time?</w:t>
      </w:r>
    </w:p>
    <w:p>
      <w:pPr>
        <w:spacing w:before="0" w:after="160" w:line="300" w:lineRule="auto"/>
      </w:pPr>
      <w:r>
        <w:rPr>
          <w:rFonts w:ascii="Times New Roman" w:hAnsi="Times New Roman" w:eastAsia="宋体"/>
          <w:b w:val="0"/>
          <w:i w:val="0"/>
          <w:color w:val="333333"/>
          <w:sz w:val="19"/>
        </w:rPr>
        <w:t>(A) 1010　　(B) 1011　　(C) 1012　　(D) 1013　　(E) 1014</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在 5 只蜗牛的比赛中，最多只有一次并列，但这次并列可以包含任意数量的蜗牛。例如，比赛结果可能是 Dazzler 第一；Abby、Cyrus 和 Elroy 并列第二；Bruna 第五。共有多少种不同的比赛结果？</w:t>
      </w:r>
    </w:p>
    <w:p>
      <w:pPr>
        <w:spacing w:before="0" w:after="120" w:line="300" w:lineRule="auto"/>
      </w:pPr>
      <w:r>
        <w:rPr>
          <w:rFonts w:ascii="Times New Roman" w:hAnsi="Times New Roman" w:eastAsia="宋体"/>
          <w:b w:val="0"/>
          <w:i w:val="0"/>
          <w:sz w:val="21"/>
        </w:rPr>
        <w:t>（A）180　　（B）361　　（C）420　　（D）431　　（E）720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race among 5 snails, there is at most one tie, but that tie can involve any number of snails. For example, the result of the race might be that Dazzler is first; Abby, Cyrus, and Elroy are tied for second; and Bruna is fifth. How many different results of the race are possible?</w:t>
      </w:r>
    </w:p>
    <w:p>
      <w:pPr>
        <w:spacing w:before="0" w:after="160" w:line="300" w:lineRule="auto"/>
      </w:pPr>
      <w:r>
        <w:rPr>
          <w:rFonts w:ascii="Times New Roman" w:hAnsi="Times New Roman" w:eastAsia="宋体"/>
          <w:b w:val="0"/>
          <w:i w:val="0"/>
          <w:color w:val="333333"/>
          <w:sz w:val="19"/>
        </w:rPr>
        <w:t>(A) 180　　(B) 361　　(C) 420　　(D) 431　　(E) 720</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一个整数的 100 次方除以 125 时，可能出现多少种不同的余数？</w:t>
      </w:r>
    </w:p>
    <w:p>
      <w:pPr>
        <w:spacing w:before="0" w:after="120" w:line="300" w:lineRule="auto"/>
      </w:pPr>
      <w:r>
        <w:rPr>
          <w:rFonts w:ascii="Times New Roman" w:hAnsi="Times New Roman" w:eastAsia="宋体"/>
          <w:b w:val="0"/>
          <w:i w:val="0"/>
          <w:sz w:val="21"/>
        </w:rPr>
        <w:t>（A）1　　（B）2　　（C）5　　（D）25　　（E）125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different remainders can result when the 100th power of an integer is divided by 125?</w:t>
      </w:r>
    </w:p>
    <w:p>
      <w:pPr>
        <w:spacing w:before="0" w:after="160" w:line="300" w:lineRule="auto"/>
      </w:pPr>
      <w:r>
        <w:rPr>
          <w:rFonts w:ascii="Times New Roman" w:hAnsi="Times New Roman" w:eastAsia="宋体"/>
          <w:b w:val="0"/>
          <w:i w:val="0"/>
          <w:color w:val="333333"/>
          <w:sz w:val="19"/>
        </w:rPr>
        <w:t>(A) 1　　(B) 2　　(C) 5　　(D) 25　　(E) 125</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在下表中，每个问号要替换为“可能”或“不可能”，以表示具有给定斜率的非竖直直线是否可能包含给定数量的格点（两个坐标都是整数的点）。这 12 个位置中有多少个会填“可能”？</w:t>
      </w:r>
    </w:p>
    <w:p>
      <w:pPr>
        <w:spacing w:before="80" w:after="80"/>
        <w:jc w:val="center"/>
      </w:pPr>
      <w:r>
        <w:drawing>
          <wp:inline xmlns:a="http://schemas.openxmlformats.org/drawingml/2006/main" xmlns:pic="http://schemas.openxmlformats.org/drawingml/2006/picture">
            <wp:extent cx="4500000" cy="774211"/>
            <wp:docPr id="3" name="Picture 3"/>
            <wp:cNvGraphicFramePr>
              <a:graphicFrameLocks noChangeAspect="1"/>
            </wp:cNvGraphicFramePr>
            <a:graphic>
              <a:graphicData uri="http://schemas.openxmlformats.org/drawingml/2006/picture">
                <pic:pic>
                  <pic:nvPicPr>
                    <pic:cNvPr id="0" name="q19-1@200dpi.png"/>
                    <pic:cNvPicPr/>
                  </pic:nvPicPr>
                  <pic:blipFill>
                    <a:blip r:embed="rId10"/>
                    <a:stretch>
                      <a:fillRect/>
                    </a:stretch>
                  </pic:blipFill>
                  <pic:spPr>
                    <a:xfrm>
                      <a:off x="0" y="0"/>
                      <a:ext cx="4500000" cy="774211"/>
                    </a:xfrm>
                    <a:prstGeom prst="rect"/>
                  </pic:spPr>
                </pic:pic>
              </a:graphicData>
            </a:graphic>
          </wp:inline>
        </w:drawing>
      </w:r>
    </w:p>
    <w:p>
      <w:pPr>
        <w:spacing w:before="0" w:after="120" w:line="300" w:lineRule="auto"/>
      </w:pPr>
      <w:r>
        <w:rPr>
          <w:rFonts w:ascii="Times New Roman" w:hAnsi="Times New Roman" w:eastAsia="宋体"/>
          <w:b w:val="0"/>
          <w:i w:val="0"/>
          <w:sz w:val="21"/>
        </w:rPr>
        <w:t>（A）4　　（B）5　　（C）6　　（D）7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following table, each question mark is to be replaced by “Possible” or “Not Possible” to indicate whether a nonvertical line with the given slope can contain the given number of lattice points (points both of whose coordinates are integers). How many of the 12 entries will be “Possible”?</w:t>
      </w:r>
    </w:p>
    <w:p>
      <w:pPr>
        <w:spacing w:before="80" w:after="80"/>
        <w:jc w:val="center"/>
      </w:pPr>
      <w:r>
        <w:drawing>
          <wp:inline xmlns:a="http://schemas.openxmlformats.org/drawingml/2006/main" xmlns:pic="http://schemas.openxmlformats.org/drawingml/2006/picture">
            <wp:extent cx="4500000" cy="774211"/>
            <wp:docPr id="4" name="Picture 4"/>
            <wp:cNvGraphicFramePr>
              <a:graphicFrameLocks noChangeAspect="1"/>
            </wp:cNvGraphicFramePr>
            <a:graphic>
              <a:graphicData uri="http://schemas.openxmlformats.org/drawingml/2006/picture">
                <pic:pic>
                  <pic:nvPicPr>
                    <pic:cNvPr id="0" name="q19-1@200dpi.png"/>
                    <pic:cNvPicPr/>
                  </pic:nvPicPr>
                  <pic:blipFill>
                    <a:blip r:embed="rId10"/>
                    <a:stretch>
                      <a:fillRect/>
                    </a:stretch>
                  </pic:blipFill>
                  <pic:spPr>
                    <a:xfrm>
                      <a:off x="0" y="0"/>
                      <a:ext cx="4500000" cy="77421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　　(B) 5　　(C) 6　　(D) 7　　(E) 9</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三双不同的鞋被排成一行，要求没有一只左脚鞋与来自不同双的右脚鞋相邻。这六只鞋共有多少种排法？</w:t>
      </w:r>
    </w:p>
    <w:p>
      <w:pPr>
        <w:spacing w:before="0" w:after="120" w:line="300" w:lineRule="auto"/>
      </w:pPr>
      <w:r>
        <w:rPr>
          <w:rFonts w:ascii="Times New Roman" w:hAnsi="Times New Roman" w:eastAsia="宋体"/>
          <w:b w:val="0"/>
          <w:i w:val="0"/>
          <w:sz w:val="21"/>
        </w:rPr>
        <w:t>（A）60　　（B）72　　（C）90　　（D）108　　（E）120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different pairs of shoes are placed in a row so that no left shoe is next to a right shoe from a different pair. In how many ways can these six shoes be lined up?</w:t>
      </w:r>
    </w:p>
    <w:p>
      <w:pPr>
        <w:spacing w:before="0" w:after="160" w:line="300" w:lineRule="auto"/>
      </w:pPr>
      <w:r>
        <w:rPr>
          <w:rFonts w:ascii="Times New Roman" w:hAnsi="Times New Roman" w:eastAsia="宋体"/>
          <w:b w:val="0"/>
          <w:i w:val="0"/>
          <w:color w:val="333333"/>
          <w:sz w:val="19"/>
        </w:rPr>
        <w:t>(A) 60　　(B) 72　　(C) 90　　(D) 108　　(E) 120</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两根直管（圆柱体）的半径分别为 1 和 1/4，它们平行放置并在平坦地面上相切。下图是正面视图。第三根平行管也放在同一地面上，并且同时与前两根相切。它的可能半径之和是多少？</w:t>
      </w:r>
    </w:p>
    <w:p>
      <w:pPr>
        <w:spacing w:before="80" w:after="80"/>
        <w:jc w:val="center"/>
      </w:pPr>
      <w:r>
        <w:drawing>
          <wp:inline xmlns:a="http://schemas.openxmlformats.org/drawingml/2006/main" xmlns:pic="http://schemas.openxmlformats.org/drawingml/2006/picture">
            <wp:extent cx="1208848" cy="735137"/>
            <wp:docPr id="5" name="Picture 5"/>
            <wp:cNvGraphicFramePr>
              <a:graphicFrameLocks noChangeAspect="1"/>
            </wp:cNvGraphicFramePr>
            <a:graphic>
              <a:graphicData uri="http://schemas.openxmlformats.org/drawingml/2006/picture">
                <pic:pic>
                  <pic:nvPicPr>
                    <pic:cNvPr id="0" name="q21-1@300dpi.png"/>
                    <pic:cNvPicPr/>
                  </pic:nvPicPr>
                  <pic:blipFill>
                    <a:blip r:embed="rId11"/>
                    <a:stretch>
                      <a:fillRect/>
                    </a:stretch>
                  </pic:blipFill>
                  <pic:spPr>
                    <a:xfrm>
                      <a:off x="0" y="0"/>
                      <a:ext cx="1208848" cy="735137"/>
                    </a:xfrm>
                    <a:prstGeom prst="rect"/>
                  </pic:spPr>
                </pic:pic>
              </a:graphicData>
            </a:graphic>
          </wp:inline>
        </w:drawing>
      </w:r>
    </w:p>
    <w:p>
      <w:pPr>
        <w:spacing w:before="0" w:after="120" w:line="300" w:lineRule="auto"/>
      </w:pPr>
      <w:r>
        <w:rPr>
          <w:rFonts w:ascii="Times New Roman" w:hAnsi="Times New Roman" w:eastAsia="宋体"/>
          <w:b w:val="0"/>
          <w:i w:val="0"/>
          <w:sz w:val="21"/>
        </w:rPr>
        <w:t>（A）1/9　　（B）1　　（C）10/9　　（D）11/9　　（E）19/9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straight pipes (circular cylinders), with radii 1 and 1/4, lie parallel and in contact on a flat floor. The figure below shows a head-on view. What is the sum of the possible radii of a third parallel pipe lying on the same floor and in contact with both?</w:t>
      </w:r>
    </w:p>
    <w:p>
      <w:pPr>
        <w:spacing w:before="80" w:after="80"/>
        <w:jc w:val="center"/>
      </w:pPr>
      <w:r>
        <w:drawing>
          <wp:inline xmlns:a="http://schemas.openxmlformats.org/drawingml/2006/main" xmlns:pic="http://schemas.openxmlformats.org/drawingml/2006/picture">
            <wp:extent cx="1208848" cy="735137"/>
            <wp:docPr id="6" name="Picture 6"/>
            <wp:cNvGraphicFramePr>
              <a:graphicFrameLocks noChangeAspect="1"/>
            </wp:cNvGraphicFramePr>
            <a:graphic>
              <a:graphicData uri="http://schemas.openxmlformats.org/drawingml/2006/picture">
                <pic:pic>
                  <pic:nvPicPr>
                    <pic:cNvPr id="0" name="q21-1@300dpi.png"/>
                    <pic:cNvPicPr/>
                  </pic:nvPicPr>
                  <pic:blipFill>
                    <a:blip r:embed="rId11"/>
                    <a:stretch>
                      <a:fillRect/>
                    </a:stretch>
                  </pic:blipFill>
                  <pic:spPr>
                    <a:xfrm>
                      <a:off x="0" y="0"/>
                      <a:ext cx="1208848" cy="73513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1/9　　(B) 1　　(C) 10/9　　(D) 11/9　　(E) 19/9</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16 个人将被分成 4 个不可区分的 4 人委员会。每个委员会有一名主席和一名秘书。这些安排方式的数量可写成 3^(r) M，其中 r 和 M 是正整数，且 M 不被 3 整除。求 r。</w:t>
      </w:r>
    </w:p>
    <w:p>
      <w:pPr>
        <w:spacing w:before="0" w:after="120" w:line="300" w:lineRule="auto"/>
      </w:pPr>
      <w:r>
        <w:rPr>
          <w:rFonts w:ascii="Times New Roman" w:hAnsi="Times New Roman" w:eastAsia="宋体"/>
          <w:b w:val="0"/>
          <w:i w:val="0"/>
          <w:sz w:val="21"/>
        </w:rPr>
        <w:t>（A）5　　（B）6　　（C）7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group of 16 people will be partitioned into 4 indistinguishable 4-person committees. Each committee will have one chairperson and one secretary. The number of different ways to make these assignments can be written as 3^(r) M, where r and M are positive integers and M is not divisible by 3. What is r?</w:t>
      </w:r>
    </w:p>
    <w:p>
      <w:pPr>
        <w:spacing w:before="0" w:after="160" w:line="300" w:lineRule="auto"/>
      </w:pPr>
      <w:r>
        <w:rPr>
          <w:rFonts w:ascii="Times New Roman" w:hAnsi="Times New Roman" w:eastAsia="宋体"/>
          <w:b w:val="0"/>
          <w:i w:val="0"/>
          <w:color w:val="333333"/>
          <w:sz w:val="19"/>
        </w:rPr>
        <w:t>(A) 5　　(B) 6　　(C) 7　　(D) 8　　(E) 9</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斐波那契数列定义为 F₁ = 1、F₂ = 1，且当 n ≥ 3 时 Fₙ = Fₙ₋₁ + Fₙ₋₂。下式的值是多少？</w:t>
      </w:r>
    </w:p>
    <w:p>
      <w:pPr>
        <w:spacing w:before="0" w:after="80" w:line="300" w:lineRule="auto"/>
        <w:jc w:val="left"/>
      </w:pPr>
      <w:r>
        <w:rPr>
          <w:rFonts w:ascii="Times New Roman" w:hAnsi="Times New Roman" w:eastAsia="宋体"/>
          <w:b w:val="0"/>
          <w:i w:val="0"/>
          <w:sz w:val="21"/>
        </w:rPr>
        <w:t>F₂/F₁ + F₄/F₂ + F₆/F₃ + ⋯ + F₂₀/F₁₀？</w:t>
      </w:r>
    </w:p>
    <w:p>
      <w:pPr>
        <w:spacing w:before="0" w:after="120" w:line="300" w:lineRule="auto"/>
      </w:pPr>
      <w:r>
        <w:rPr>
          <w:rFonts w:ascii="Times New Roman" w:hAnsi="Times New Roman" w:eastAsia="宋体"/>
          <w:b w:val="0"/>
          <w:i w:val="0"/>
          <w:sz w:val="21"/>
        </w:rPr>
        <w:t>（A）318　　（B）319　　（C）320　　（D）321　　（E）322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Fibonacci numbers are defined by F₁ = 1, F₂ = 1, and Fₙ = Fₙ₋₁ + Fₙ₋₂ for n ≥ 3. What is</w:t>
      </w:r>
    </w:p>
    <w:p>
      <w:pPr>
        <w:spacing w:before="0" w:after="80" w:line="300" w:lineRule="auto"/>
        <w:jc w:val="left"/>
      </w:pPr>
      <w:r>
        <w:rPr>
          <w:rFonts w:ascii="Times New Roman" w:hAnsi="Times New Roman" w:eastAsia="宋体"/>
          <w:b w:val="0"/>
          <w:i w:val="0"/>
          <w:color w:val="333333"/>
          <w:sz w:val="19"/>
        </w:rPr>
        <w:t>F₂/F₁ + F₄/F₂ + F₆/F₃ + ⋯ + F₂₀/F₁₀?</w:t>
      </w:r>
    </w:p>
    <w:p>
      <w:pPr>
        <w:spacing w:before="0" w:after="160" w:line="300" w:lineRule="auto"/>
      </w:pPr>
      <w:r>
        <w:rPr>
          <w:rFonts w:ascii="Times New Roman" w:hAnsi="Times New Roman" w:eastAsia="宋体"/>
          <w:b w:val="0"/>
          <w:i w:val="0"/>
          <w:color w:val="333333"/>
          <w:sz w:val="19"/>
        </w:rPr>
        <w:t>(A) 318　　(B) 319　　(C) 320　　(D) 321　　(E) 322</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令</w:t>
      </w:r>
    </w:p>
    <w:p>
      <w:pPr>
        <w:spacing w:before="0" w:after="80" w:line="300" w:lineRule="auto"/>
        <w:jc w:val="left"/>
      </w:pPr>
      <w:r>
        <w:rPr>
          <w:rFonts w:ascii="Times New Roman" w:hAnsi="Times New Roman" w:eastAsia="宋体"/>
          <w:b w:val="0"/>
          <w:i w:val="0"/>
          <w:sz w:val="21"/>
        </w:rPr>
        <w:t>P(m) = m/2 + m²/4</w:t>
      </w:r>
    </w:p>
    <w:p>
      <w:pPr>
        <w:spacing w:before="0" w:after="80" w:line="300" w:lineRule="auto"/>
        <w:jc w:val="left"/>
      </w:pPr>
      <w:r>
        <w:rPr>
          <w:rFonts w:ascii="Times New Roman" w:hAnsi="Times New Roman" w:eastAsia="宋体"/>
          <w:b w:val="0"/>
          <w:i w:val="0"/>
          <w:sz w:val="21"/>
        </w:rPr>
        <w:t>+ m⁴/8 + m⁸/8</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P(2022)、P(2023)、P(2024) 和 P(2025) 中有多少个值是整数？</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w:t>
      </w:r>
    </w:p>
    <w:p>
      <w:pPr>
        <w:spacing w:before="0" w:after="80" w:line="300" w:lineRule="auto"/>
        <w:jc w:val="left"/>
      </w:pPr>
      <w:r>
        <w:rPr>
          <w:rFonts w:ascii="Times New Roman" w:hAnsi="Times New Roman" w:eastAsia="宋体"/>
          <w:b w:val="0"/>
          <w:i w:val="0"/>
          <w:color w:val="333333"/>
          <w:sz w:val="19"/>
        </w:rPr>
        <w:t>P(m) = m/2 + m²/4</w:t>
      </w:r>
    </w:p>
    <w:p>
      <w:pPr>
        <w:spacing w:before="0" w:after="80" w:line="300" w:lineRule="auto"/>
        <w:jc w:val="left"/>
      </w:pPr>
      <w:r>
        <w:rPr>
          <w:rFonts w:ascii="Times New Roman" w:hAnsi="Times New Roman" w:eastAsia="宋体"/>
          <w:b w:val="0"/>
          <w:i w:val="0"/>
          <w:color w:val="333333"/>
          <w:sz w:val="19"/>
        </w:rPr>
        <w:t>+ m⁴/8 + m⁸/8.</w:t>
      </w:r>
    </w:p>
    <w:p>
      <w:pPr>
        <w:spacing w:before="0" w:after="80" w:line="300" w:lineRule="auto"/>
        <w:jc w:val="left"/>
      </w:pPr>
      <w:r>
        <w:rPr>
          <w:rFonts w:ascii="Times New Roman" w:hAnsi="Times New Roman" w:eastAsia="宋体"/>
          <w:b w:val="0"/>
          <w:i w:val="0"/>
          <w:color w:val="333333"/>
          <w:sz w:val="19"/>
        </w:rPr>
        <w:t>How many of the values of P(2022), P(2023), P(2024), and P(2025) are integers?</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27 块砖（长方体）的尺寸都是 a × b × c，其中 a，b 和 c 是两两互质的正整数。这些砖被排成一个 3 × 3 × 3 的长方体块，如下图左侧所示。再加入第 28 块同样尺寸的砖，并把这些砖重新排成一个 2 × 2 × 7 的长方体块，如右侧所示。新的长方体比旧的高 1 个单位、宽 1 个单位、深 1 个单位。求 a + b + c。</w:t>
      </w:r>
    </w:p>
    <w:p>
      <w:pPr>
        <w:spacing w:before="80" w:after="80"/>
        <w:jc w:val="center"/>
      </w:pPr>
      <w:r>
        <w:drawing>
          <wp:inline xmlns:a="http://schemas.openxmlformats.org/drawingml/2006/main" xmlns:pic="http://schemas.openxmlformats.org/drawingml/2006/picture">
            <wp:extent cx="1333653" cy="459647"/>
            <wp:docPr id="7" name="Picture 7"/>
            <wp:cNvGraphicFramePr>
              <a:graphicFrameLocks noChangeAspect="1"/>
            </wp:cNvGraphicFramePr>
            <a:graphic>
              <a:graphicData uri="http://schemas.openxmlformats.org/drawingml/2006/picture">
                <pic:pic>
                  <pic:nvPicPr>
                    <pic:cNvPr id="0" name="q25-1@300dpi.png"/>
                    <pic:cNvPicPr/>
                  </pic:nvPicPr>
                  <pic:blipFill>
                    <a:blip r:embed="rId12"/>
                    <a:stretch>
                      <a:fillRect/>
                    </a:stretch>
                  </pic:blipFill>
                  <pic:spPr>
                    <a:xfrm>
                      <a:off x="0" y="0"/>
                      <a:ext cx="1333653" cy="459647"/>
                    </a:xfrm>
                    <a:prstGeom prst="rect"/>
                  </pic:spPr>
                </pic:pic>
              </a:graphicData>
            </a:graphic>
          </wp:inline>
        </w:drawing>
      </w:r>
    </w:p>
    <w:p>
      <w:pPr>
        <w:spacing w:before="0" w:after="120" w:line="300" w:lineRule="auto"/>
      </w:pPr>
      <w:r>
        <w:rPr>
          <w:rFonts w:ascii="Times New Roman" w:hAnsi="Times New Roman" w:eastAsia="宋体"/>
          <w:b w:val="0"/>
          <w:i w:val="0"/>
          <w:sz w:val="21"/>
        </w:rPr>
        <w:t>（A）88　　（B）89　　（C）90　　（D）91　　（E）92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27 bricks (right rectangular prisms) has dimensions a × b × c, where a, b, and c are pairwise relatively prime positive integers. These bricks are arranged to form a 3 × 3 × 3 block, as shown on the left below. A 28th brick with the same dimensions is introduced, and these bricks are reconfigured into a 2 × 2 × 7 block, shown on the right. The new block is 1 unit taller, 1 unit wider, and 1 unit deeper than the old one. What is a + b + c?</w:t>
      </w:r>
    </w:p>
    <w:p>
      <w:pPr>
        <w:spacing w:before="80" w:after="80"/>
        <w:jc w:val="center"/>
      </w:pPr>
      <w:r>
        <w:drawing>
          <wp:inline xmlns:a="http://schemas.openxmlformats.org/drawingml/2006/main" xmlns:pic="http://schemas.openxmlformats.org/drawingml/2006/picture">
            <wp:extent cx="1333653" cy="459647"/>
            <wp:docPr id="8" name="Picture 8"/>
            <wp:cNvGraphicFramePr>
              <a:graphicFrameLocks noChangeAspect="1"/>
            </wp:cNvGraphicFramePr>
            <a:graphic>
              <a:graphicData uri="http://schemas.openxmlformats.org/drawingml/2006/picture">
                <pic:pic>
                  <pic:nvPicPr>
                    <pic:cNvPr id="0" name="q25-1@300dpi.png"/>
                    <pic:cNvPicPr/>
                  </pic:nvPicPr>
                  <pic:blipFill>
                    <a:blip r:embed="rId12"/>
                    <a:stretch>
                      <a:fillRect/>
                    </a:stretch>
                  </pic:blipFill>
                  <pic:spPr>
                    <a:xfrm>
                      <a:off x="0" y="0"/>
                      <a:ext cx="1333653" cy="45964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88　　(B) 89　　(C) 90　　(D) 91　　(E) 92</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B　B　E　D　B　B　A　D　A</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A　C　A　B　B　C　A　D　B</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A　C　A　B　E　E</w:t>
      </w:r>
    </w:p>
    <w:p>
      <w:pPr>
        <w:spacing w:before="0" w:after="200" w:line="300" w:lineRule="auto"/>
      </w:pPr>
      <w:r>
        <w:rPr>
          <w:rFonts w:ascii="Times New Roman" w:hAnsi="Times New Roman" w:eastAsia="宋体"/>
          <w:b w:val="0"/>
          <w:i w:val="0"/>
          <w:color w:val="666666"/>
          <w:sz w:val="18"/>
        </w:rPr>
        <w:t>答案串：BBEDBBADAACABBCADBCACABEE</w:t>
      </w:r>
    </w:p>
    <w:p>
      <w:pPr>
        <w:spacing w:before="200" w:after="80" w:line="300" w:lineRule="auto"/>
      </w:pPr>
      <w:r>
        <w:rPr>
          <w:rFonts w:ascii="Times New Roman" w:hAnsi="Times New Roman" w:eastAsia="宋体"/>
          <w:b/>
          <w:i w:val="0"/>
          <w:sz w:val="23"/>
        </w:rPr>
        <w:t>第 1 题　答案 B</w:t>
      </w:r>
    </w:p>
    <w:p>
      <w:pPr>
        <w:spacing w:before="0" w:after="80" w:line="300" w:lineRule="auto"/>
        <w:jc w:val="left"/>
      </w:pPr>
      <w:r>
        <w:rPr>
          <w:rFonts w:ascii="Times New Roman" w:hAnsi="Times New Roman" w:eastAsia="宋体"/>
          <w:b w:val="0"/>
          <w:i w:val="0"/>
          <w:sz w:val="21"/>
        </w:rPr>
        <w:t>这个位置左边有 1012 个人，右边有 1009 个人。再加上这个人自己，总人数为 1012 + 1009 + 1 = 2022。也可以看作两个位置计数在这个人处重合一次，所以 1013 + 1010 - 1 = 2022。因此正确答案是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1012 people to the left of this spot and 1009 to the right. Add those two groups plus the person themselves: 1012 + 1009 + 1 = 2022. Or, just as fast, the two positions overlap on one person, so 1013 + 1010 - 1 = 2022. 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有 10! = 10 · 9 · 8 · 7! = 720 · 7!。而 720 = 6!，所以 10! = 6! · 7! = 7! · 6!。两项相同，因此 10! - 7! · 6! = 0。正确答案是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10! = 10 · 9 · 8 · 7! = 720 · 7!. But 720 = 6! too, so 10! = 6! · 7! = 7! · 6!. The two terms are the same. That makes 10! - 7! · 6! = 0. Therefore,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两边除以 2，得 |x| ≤ 3.5π ≈ 10.996。满足条件的整数从 -10 到 10，共有 21 个。因此正确答案是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Divide by 2 to get |x| ≤ 3.5π ≈ 10.996. The integers that fit run from -10 up to 10, and there are 21 of them. 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D</w:t>
      </w:r>
    </w:p>
    <w:p>
      <w:pPr>
        <w:spacing w:before="0" w:after="80" w:line="300" w:lineRule="auto"/>
        <w:jc w:val="left"/>
      </w:pPr>
      <w:r>
        <w:rPr>
          <w:rFonts w:ascii="Times New Roman" w:hAnsi="Times New Roman" w:eastAsia="宋体"/>
          <w:b w:val="0"/>
          <w:i w:val="0"/>
          <w:sz w:val="21"/>
        </w:rPr>
        <w:t>第 g 组含有 g 个球，因此前 g 组一共用掉 (g(g+1))/2 个球。现在 (63 · 64)/2 = 2016，而 (64 · 65)/2 = 2080，所以球 2024 在第 64 组中（球 2017 到 2080）。箱子按 A, B, C, D, E 循环，所以第 g 组进入编号为 (g - 1) bmod 5 的箱子。对 g = 64，有 63 bmod 5 = 3，即箱子 D。因此正确答案是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Group g holds g balls, so the first g groups swallow (g(g+1))/2 of them. Now (63 · 64)/2 = 2016 and (64 · 65)/2 = 2080, which puts ball 2024 in group 64 (balls 2017 through 2080). The bins cycle A, B, C, D, E, so group g lands in bin number (g - 1) bmod 5. For g = 64 that’s 63 bmod 5 = 3, bin D. Therefore,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完整和为 1 + 3 + ⋯ + 99 = 50² = 2500。把一项 t 从加号改为减号，会使总和减少 2t，所以被变号的项之和必须大于 1250。为了使用最少项，应选择最大的奇数。最大的 k 个奇数之和为 99 + 97 + ⋯ = k(100 - k)。需要 k(100 - k) &gt; 1250。当 k = 14 时只有 1204，当 k = 15 时为 1275。所以 15 次变号可以做到。因此正确答案是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full sum is 1 + 3 + ⋯ + 99 = 50² = 2500. Flipping a term t drops the total by 2t, so to go negative the flipped terms have to add up to more than 1250. The greedy move is to flip the biggest odd numbers: flipping the top k gives 99 + 97 + ⋯ = k(100 - k). We want k(100 - k) &gt; 1250. At k = 14 it’s only 1204, but at k = 15 it jumps to 1275. So 15 flips do it. 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若长和宽为 ell 和 w，周长为 2(ell + w)，在 ell w = 2024 且两边尽量接近时最小。分解 2024 = 2³ · 11 · 23。最接近 √(2024) ≈ 45 的因数对是 44 × 46，周长为 2(44 + 46) = 180。因此正确答案是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perimeter 2(ell + w) with ell w = 2024 is smallest when ell and w are as close together as possible. Factor 2024 = 2³ · 11 · 23. The divisor pair nearest √(2024) ≈ 45 is 44 × 46, which gives perimeter 2(44 + 46) = 180. Therefore,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A</w:t>
      </w:r>
    </w:p>
    <w:p>
      <w:pPr>
        <w:spacing w:before="0" w:after="80" w:line="300" w:lineRule="auto"/>
        <w:jc w:val="left"/>
      </w:pPr>
      <w:r>
        <w:rPr>
          <w:rFonts w:ascii="Times New Roman" w:hAnsi="Times New Roman" w:eastAsia="宋体"/>
          <w:b w:val="0"/>
          <w:i w:val="0"/>
          <w:sz w:val="21"/>
        </w:rPr>
        <w:t>提出公共幂：7²⁰²⁴ + 7²⁰²⁵ + 7²⁰²⁶ = 7²⁰²⁴(1 + 7 + 49) = 7²⁰²⁴ · 57。而 57 = 3 · 19，所以整个乘积是 19 的倍数。余数为 0。因此正确答案是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Pull out the common power: 7²⁰²⁴ + 7²⁰²⁵ + 7²⁰²⁶ = 7²⁰²⁴(1 + 7 + 49) = 7²⁰²⁴ · 57. And 57 = 3 · 19, so the product is a multiple of 19. The remainder is 0. 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因为 42 = 2 · 3 · 7 有 (1+1)³ = 8 个因数，可以把每个因数和它的互补因数配对，所以 N = 42^(8/2) = 42⁴。只看个位数字，2⁴ = 16 的个位是 6，所以 42⁴ 也是如此。因此正确答案是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42 = 2 · 3 · 7 has (1+1)³ = 8 divisors, we can pair each divisor with its complement, so N = 42^(8/2) = 42⁴. Only the units digit matters, and 2⁴ = 16 ends in 6, so 42⁴ does too. Therefore,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A</w:t>
      </w:r>
    </w:p>
    <w:p>
      <w:pPr>
        <w:spacing w:before="0" w:after="80" w:line="300" w:lineRule="auto"/>
        <w:jc w:val="left"/>
      </w:pPr>
      <w:r>
        <w:rPr>
          <w:rFonts w:ascii="Times New Roman" w:hAnsi="Times New Roman" w:eastAsia="宋体"/>
          <w:b w:val="0"/>
          <w:i w:val="0"/>
          <w:sz w:val="21"/>
        </w:rPr>
        <w:t>由平均数可得 a + b + c = 0 且 a² + b² + c² = 30。平方第一个等式：(a+b+c)² = a² + b² + c² + 2(ab + bc + ca)。于是 0 = 30 + 2(ab + bc + ca)，所以 ab + bc + ca = -15。它们的平均数为 -15/3 = -5。因此正确答案是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means tell us a + b + c = 0 and a² + b² + c² = 30. Square the first: (a+b+c)² = a² + b² + c² + 2(ab + bc + ca), so 0 = 30 + 2(ab + bc + ca) and ab + bc + ca = -15. Their mean is -15/3 = -5. 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A</w:t>
      </w:r>
    </w:p>
    <w:p>
      <w:pPr>
        <w:spacing w:before="0" w:after="80" w:line="300" w:lineRule="auto"/>
        <w:jc w:val="left"/>
      </w:pPr>
      <w:r>
        <w:rPr>
          <w:rFonts w:ascii="Times New Roman" w:hAnsi="Times New Roman" w:eastAsia="宋体"/>
          <w:b w:val="0"/>
          <w:i w:val="0"/>
          <w:sz w:val="21"/>
        </w:rPr>
        <w:t>面积比在仿射变换下不变，所以取方便坐标：A = (0,0)、B = (1,0)、C = (1,1)、D = (0,1)，此时 E = (0, 1/2)。直线 AC 为 y = x，直线 EB 从 (0, 1/2) 到 (1, 0)，它们相交于 F = (1/3, 1/3)。用鞋带公式可得四边形 CDEF 的面积为 5/12，三角形 CFB 的面积为 1/3。所以比值为 5/12: 1/3 = 5: 4。因此正确答案是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Area ratios don’t change under an affine map, so drop in convenient coordinates: A = (0,0), B = (1,0), C = (1,1), D = (0,1), which makes E = (0, 1/2). Line AC is y = x, and line EB runs from (0, 1/2) to (1, 0); they cross at F = (1/3, 1/3). The shoelace formula gives quadrilateral CDEF area 5/12 and triangle CFB area 1/3. So the ratio is 5/12: 1/3 = 5: 4. Therefore, the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设 X = (0,0)、Y = (8,0)、W = (0,4)、Z = (8,4)，于是 M = (m, 0)、A = (8, a)。直角条件表示 overrightarrowMW · overrightarrowMA = 0，给出 -m(8 - m) + 4a = 0，即 m(8 - m) = 4a。面积相等 [WXM] = 2m 和 [WAZ] = 4(4 - a) 迫使 m = 8 - 2a，所以 a = (8 - m)/2。代回得 (8 - m)(2 - m) = 0。取 M ≠ Y，得到 m = 2、a = 3。于是 [WMA] = 32 - [WXM] - [MYA] - [AZW] = 32 - 4 - 9 - 4 = 15。因此正确答案是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 X = (0,0), Y = (8,0), W = (0,4), Z = (8,4), so M = (m, 0) and A = (8, a). The right angle means overrightarrowMW · overrightarrowMA = 0, which gives -m(8 - m) + 4a = 0, that is m(8 - m) = 4a. Equal areas [WXM] = 2m and [WAZ] = 4(4 - a) force m = 8 - 2a, so a = (8 - m)/2. Substitute back and (8 - m)(2 - m) = 0. Taking M ≠ Y leaves m = 2 and a = 3. Then [WMA] = 32 - [WXM] - [MYA] - [AZW] = 32 - 4 - 9 - 4 = 15. 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A</w:t>
      </w:r>
    </w:p>
    <w:p>
      <w:pPr>
        <w:spacing w:before="0" w:after="80" w:line="300" w:lineRule="auto"/>
        <w:jc w:val="left"/>
      </w:pPr>
      <w:r>
        <w:rPr>
          <w:rFonts w:ascii="Times New Roman" w:hAnsi="Times New Roman" w:eastAsia="宋体"/>
          <w:b w:val="0"/>
          <w:i w:val="0"/>
          <w:sz w:val="21"/>
        </w:rPr>
        <w:t>把每名学生会说的语言看作一个集合。条件表示没有人的集合包含另一个人的集合。每个人会说同样数量 k 种语言，而两个不同的 k 元集合不可能互相包含，所以只需要有 100 个不同的 k 元子集。设语言总数为 n，需要 C(n, k) ≥ 100。当 n = 8 时最多为 C(8, 4) = 70，不足 100。但 C(9, 4) = 126 ≥ 100。因此 9 种语言既足够也必要。正确答案是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 each student the set of languages they speak. The condition says no one’s set sits inside another’s. Everyone speaks the same number k of languages, and two distinct k-element sets can never contain each other, so all we need is 100 different k-subsets of the n languages, i.e. C(n, k) ≥ 100. With n = 8 the best we can manage is C(8, 4) = 70, short of 100. But C(9, 4) = 126 ≥ 100. So 9 languages are both enough and necessary. Therefore, the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因为 1183 = 7 · 13²，所以 √(1183) = 13√(7)。把所给等式两边平方，可知 √(xy) 是有理数。因此 x 与 y 有相同的无平方因子部分：记 x=da² 和 y=db²，其中 d 无平方因子，而 a,b 为正整数。于是 (a+b)√(d)=13√(7)，所以 d=7，a+b=13。因此 x+y=7(a²+b²)，它在 a 与 b 尽量接近时取到最小值。取 a=6 和 b=7，得 x+y=7(36+49)=595。因此正确答案是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1183 = 7 · 13², we have √(1183) = 13√(7). Squaring the given equation shows that √(xy) is rational. Thus x and y have the same squarefree part: write x=da² and y=db², where d is squarefree and a,b are positive integers. Then (a+b)√(d)=13√(7), so d=7 and a+b=13. Therefore x+y=7(a²+b²), which is smallest when a and b are as close as possible. Taking a=6 and b=7 gives x+y=7(36+49)=595. 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B 是正方形 |x| + |y| ≤ 8，面积为 2 · 8² = 128。目标条件 (x² + y² - 25)² ≤ 49 等价于 |x² + y² - 25| ≤ 7，也就是 18 ≤ x² + y² ≤ 32，这是面积为 π(32 - 18) = 14π 的圆环。它是否在 B 中？原点到边 x + y = 8 的距离是 8/(√(2)) = 4√(2) = √(32)，正好是外半径，所以圆环在正方形内。概率为 14π/128 = 7/64π，因此 m + n = 71。正确答案是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 is the square |x| + |y| ≤ 8, with area 2 · 8² = 128. The target condition (x² + y² - 25)² ≤ 49 unpacks to |x² + y² - 25| ≤ 7, that is 18 ≤ x² + y² ≤ 32, an annulus of area π(32 - 18) = 14π. Does it fit inside B? The distance from the origin to an edge x + y = 8 is 8/(√(2)) = 4√(2) = √(32), exactly the outer radius, so yes, the annulus sits inside the square. The probability is 14π/128 = 7/64π, giving m + n = 71. Therefore,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六个固定数之和为 24.8。若平均数是整数 k，则 x+y+z=9k-24.8。因为固定数已经从 1 延伸到 7，极差条件给出三种情况。</w:t>
      </w:r>
    </w:p>
    <w:p>
      <w:pPr>
        <w:spacing w:before="0" w:after="80" w:line="300" w:lineRule="auto"/>
        <w:jc w:val="left"/>
      </w:pPr>
      <w:r>
        <w:rPr>
          <w:rFonts w:ascii="Times New Roman" w:hAnsi="Times New Roman" w:eastAsia="宋体"/>
          <w:b w:val="0"/>
          <w:i w:val="0"/>
          <w:sz w:val="21"/>
        </w:rPr>
        <w:t>若 z≤7，则 x=0。对 y+z 的范围限制迫使 k=3 或 4。当 k=3 时，中位数为 2.2；当 k=4 时，y+z=11.2，所以 y≥4.2，而中位数为整数仅当 y=5，得到 (x,y,z)=(0,5,6.2)。</w:t>
      </w:r>
    </w:p>
    <w:p>
      <w:pPr>
        <w:spacing w:before="0" w:after="80" w:line="300" w:lineRule="auto"/>
        <w:jc w:val="left"/>
      </w:pPr>
      <w:r>
        <w:rPr>
          <w:rFonts w:ascii="Times New Roman" w:hAnsi="Times New Roman" w:eastAsia="宋体"/>
          <w:b w:val="0"/>
          <w:i w:val="0"/>
          <w:sz w:val="21"/>
        </w:rPr>
        <w:t>若 x≥1，则 z=8。此时 k=4 给出中位数 3.2。当 k=5 时，x+y=12.2；中位数为整数仅当 x=6，得到 (6,6.2,8)。</w:t>
      </w:r>
    </w:p>
    <w:p>
      <w:pPr>
        <w:spacing w:before="0" w:after="80" w:line="300" w:lineRule="auto"/>
        <w:jc w:val="left"/>
      </w:pPr>
      <w:r>
        <w:rPr>
          <w:rFonts w:ascii="Times New Roman" w:hAnsi="Times New Roman" w:eastAsia="宋体"/>
          <w:b w:val="0"/>
          <w:i w:val="0"/>
          <w:sz w:val="21"/>
        </w:rPr>
        <w:t>剩余情况满足 0C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six fixed numbers total 24.8. If the mean is the integer k, then x+y+z=9k-24.8. Because the fixed entries already run from 1 to 7, the range condition gives three cases.</w:t>
      </w:r>
    </w:p>
    <w:p>
      <w:pPr>
        <w:spacing w:before="0" w:after="80" w:line="300" w:lineRule="auto"/>
        <w:jc w:val="left"/>
      </w:pPr>
      <w:r>
        <w:rPr>
          <w:rFonts w:ascii="Times New Roman" w:hAnsi="Times New Roman" w:eastAsia="宋体"/>
          <w:b w:val="0"/>
          <w:i w:val="0"/>
          <w:color w:val="333333"/>
          <w:sz w:val="19"/>
        </w:rPr>
        <w:t>If z≤7, then x=0. The bounds on y+z force k=3 or 4. For k=3, the median is 2.2; for k=4, we have y+z=11.2, so y≥4.2 and the median is integral only when y=5, giving (x,y,z)=(0,5,6.2).</w:t>
      </w:r>
    </w:p>
    <w:p>
      <w:pPr>
        <w:spacing w:before="0" w:after="80" w:line="300" w:lineRule="auto"/>
        <w:jc w:val="left"/>
      </w:pPr>
      <w:r>
        <w:rPr>
          <w:rFonts w:ascii="Times New Roman" w:hAnsi="Times New Roman" w:eastAsia="宋体"/>
          <w:b w:val="0"/>
          <w:i w:val="0"/>
          <w:color w:val="333333"/>
          <w:sz w:val="19"/>
        </w:rPr>
        <w:t>If x≥1, then z=8. Here k=4 gives median 3.2. For k=5, we have x+y=12.2; the median is integral only when x=6, giving (6,6.2,8).</w:t>
      </w:r>
    </w:p>
    <w:p>
      <w:pPr>
        <w:spacing w:before="0" w:after="80" w:line="300" w:lineRule="auto"/>
        <w:jc w:val="left"/>
      </w:pPr>
      <w:r>
        <w:rPr>
          <w:rFonts w:ascii="Times New Roman" w:hAnsi="Times New Roman" w:eastAsia="宋体"/>
          <w:b w:val="0"/>
          <w:i w:val="0"/>
          <w:color w:val="333333"/>
          <w:sz w:val="19"/>
        </w:rPr>
        <w:t>The remaining case has 0C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A</w:t>
      </w:r>
    </w:p>
    <w:p>
      <w:pPr>
        <w:spacing w:before="0" w:after="80" w:line="300" w:lineRule="auto"/>
        <w:jc w:val="left"/>
      </w:pPr>
      <w:r>
        <w:rPr>
          <w:rFonts w:ascii="Times New Roman" w:hAnsi="Times New Roman" w:eastAsia="宋体"/>
          <w:b w:val="0"/>
          <w:i w:val="0"/>
          <w:sz w:val="21"/>
        </w:rPr>
        <w:t>在 1, …, 2024 中有 1012 个偶数和 1012 个奇数。每次操作把 4 个数换成 1 个数，所以总数减少 3。如果某次操作用掉 e 个偶数，那么它写下的结果要么是奇数，使偶数的个数减少 e；要么是偶数，使偶数的个数减少 e-1。无论哪种情形，偶数的个数至多减少 3。因此要消去全部 1012 个偶数，至少需要 ⌈1012/3⌉=338 次操作。这个次数可以达到：先做 337 次求和，每次取一个奇数和三个偶数，再做一次求和，取三个奇数和最后一个偶数。这样每次写下的都是奇数。因此白板上最多能剩下 2024-3·338=1010 个数。因此正确答案是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Among 1, …, 2024 there are 1012 even numbers and 1012 odd numbers. Each operation replaces 4 entries by 1, so the total count falls by 3. If a move consumes e even entries, its output is either odd, reducing the even count by e, or even, reducing it by e-1. In either case the even count falls by at most 3. Therefore eliminating all 1012 even entries takes at least ⌈1012/3⌉=338 moves. This is achievable: use 337 sums containing one odd and three evens, then one sum containing three odds and the final even. Every output is odd. Thus the maximum remaining count is 2024-3·338=1010. Therefore, the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如果没有并列，5 只蜗牛有 5! = 120 种名次顺序。现在允许恰好一组大小为 k 的并列，其中 2 ≤ k ≤ 5。先用 C(5, k) 选出这一组，再把它看作一个块，连同其余单个蜗牛一共 6 - k 个块，排列方式为 (6 - k)!。对 k 求和，得 C(5, 2)4! + C(5, 3)3! + C(5, 4)2! + C(5, 5)1! = 240 + 60 + 10 + 1 = 311。加上无并列的 120 + 311 = 431 种。因此正确答案是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nobody ties, the 5 snails finish in 5! = 120 orders. Now allow exactly one tied group of size k with 2 ≤ k ≤ 5. Choose the group in C(5, k) ways, then treat it as one block, leaving 6 - k blocks to arrange in (6 - k)! ways. Summing over k: C(5, 2)4! + C(5, 3)3! + C(5, 4)2! + C(5, 5)1! = 240 + 60 + 10 + 1 = 311. Add the no-tie count: 120 + 311 = 431. 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这里 125 = 5³，且 φ(125) = 100。若 gcd(n, 5) = 1，欧拉定理给出 n¹⁰⁰ ≡ 1 pmod125。若 n 是 5 的倍数，则 n¹⁰⁰ 含有因子 5¹⁰⁰，因而含有 125，所以 n¹⁰⁰ ≡ 0 pmod125。因此只可能有 0 和 1 两种余数。正确答案是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Here 125 = 5³ and φ(125) = 100. If gcd(n, 5) = 1, Euler’s theorem gives n¹⁰⁰ ≡ 1 pmod125. And if n is divisible by 5, then n¹⁰⁰ carries a factor of 5¹⁰⁰, hence of 125, so n¹⁰⁰ ≡ 0 pmod125. That leaves only two possible remainders, 0 and 1. Therefore,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任意两个格点决定的斜率都是有理数。所以无理斜率的直线至多含一个格点：它可以有 0 个（例如 y = √(2) x + 1/2），也可以恰有 1 个（例如 y = √(2) x），但不可能有两个。有理斜率（包括 0）的直线若经过格点 (x₀, y₀)，则对其最简斜率 p/q，也经过 (x₀ + q, y₀ + p)，所以会经过无穷多个格点；这样的直线要么没有格点（用无理截距平移即可），要么多于两个，不可能恰有一个或两个。因此每一行正好有两个“可能”。对零斜率和非零有理斜率，是“零个”和“多于两个”两列；对无理斜率，是“零个”和“恰好一个”两列。总数为 6。因此正确答案是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Any two lattice points give a rational slope. So a line with irrational slope holds at most one lattice point: it can have 0 (say y = √(2) x + 1/2) or exactly 1 (say y = √(2) x), never two. A line with rational slope (zero included) through a lattice point (x₀, y₀) also passes through (x₀ + q, y₀ + p) for its reduced slope p/q, so it hits infinitely many; such a line has either 0 lattice points (shift it by an irrational intercept) or more than two, never exactly one or two. So each row gives exactly two “Possible” entries. For zero and nonzero rational slope those are the “zero” and “more than two” columns; for irrational slope, the “zero” and “exactly one” columns. That’s 6 in all. 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A</w:t>
      </w:r>
    </w:p>
    <w:p>
      <w:pPr>
        <w:spacing w:before="0" w:after="80" w:line="300" w:lineRule="auto"/>
        <w:jc w:val="left"/>
      </w:pPr>
      <w:r>
        <w:rPr>
          <w:rFonts w:ascii="Times New Roman" w:hAnsi="Times New Roman" w:eastAsia="宋体"/>
          <w:b w:val="0"/>
          <w:i w:val="0"/>
          <w:sz w:val="21"/>
        </w:rPr>
        <w:t>只要左右脚模式中一个 L 与一个 R 相邻，这两只鞋就必须是一双。因此内部连续段的长度不能为 1：其中唯一一只鞋会被迫同时成为两侧鞋子的配对。三只 L 和三只 R 的唯一可能模式是 LLLRRR，RRRLLL，LLRRRL，LRRLLR，LRRRLL，RLLLRR，RLLRRL，和 RRLLLR。对任意一种只切换一次的模式，选择切换处的一双并排列剩余鞋子，得到 3·2·2=12 种排列。其他六种模式各有 6 种把三双鞋分配到切换处的方法。因此总数为 2·12+6·6=60。所以答案是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Wherever an L meets an R in the side pattern, those two shoes must be mates. Thus an interior run cannot have length 1: its lone shoe would have to be the mate of both neighbors. With three L’s and three R’s, the only possible patterns are LLLRRR, RRRLLL, LLRRRL, LRRLLR, LRRRLL, RLLLRR, RLLRRL, and RRLLLR. For either one-switch pattern, choose the pair at the switch and order the remaining shoes, giving 3·2·2=12 arrangements. Each of the other six patterns has 6 assignments of the three pairs to its switches. Hence the total is 2·12+6·6=60. Therefore, the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两个半径为 R 和 r 的圆靠在地面上并互相相切时，它们与地面的接触点水平距离为 2√(Rr)。所以半径 1 和 1/4 的两根管接触地面的点相距 2√(1 · 1/4) = 1。设第三根管半径为 r。它到大管接触点的距离为 2√(r)，到小管接触点的距离为 2√(1/4 r) = √(r)。若夹在两者之间，2√(r) + √(r) = 1，所以 √(r) = 1/3，r = 1/9。若在小管外侧，2√(r) - √(r) = 1，所以 r = 1。（在大管外侧不可能。）半径之和为 1/9 + 1 = 10/9。因此正确答案是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circles of radii R and r resting on the floor and touching each other have contact points a horizontal distance 2√(Rr) apart. So the radius-1 and radius-1/4 pipes touch the floor 2√(1 · 1/4) = 1 apart. A third pipe of radius r sits 2√(r) from the big pipe’s contact point and 2√(1/4 r) = √(r) from the small pipe’s. Nestled between them, 2√(r) + √(r) = 1, so √(r) = 1/3 and r = 1/9. Sitting past the small pipe, 2√(r) - √(r) = 1, so r = 1. (Past the big pipe can’t happen.) The sum is 1/9 + 1 = 10/9. 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A</w:t>
      </w:r>
    </w:p>
    <w:p>
      <w:pPr>
        <w:spacing w:before="0" w:after="80" w:line="300" w:lineRule="auto"/>
        <w:jc w:val="left"/>
      </w:pPr>
      <w:r>
        <w:rPr>
          <w:rFonts w:ascii="Times New Roman" w:hAnsi="Times New Roman" w:eastAsia="宋体"/>
          <w:b w:val="0"/>
          <w:i w:val="0"/>
          <w:sz w:val="21"/>
        </w:rPr>
        <w:t>先把 16 个人分成 4 个不可区分的 4 人组，共有 (16!)/((4!)⁴ 4!) 种方法；每个委员会再选主席和秘书，有 4 · 3 = 12 种，因而贡献因子 12⁴。现在数因子 3。在 16! 中有 ⌊ 16/3 ⌋ + ⌊ 16/9 ⌋ = 6；分母 (4!)⁴ 4! 贡献 4 · 1 + 1 = 5；而 12⁴ 贡献 4。指数为 6 - 5 + 4 = 5，所以 r = 5。因此正确答案是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Split 16 people into 4 indistinguishable groups of 4 in (16!)/((4!)⁴ 4!) ways, then each committee picks a chairperson and a secretary in 4 · 3 = 12 ways, a factor of 12⁴. Now count factors of 3. In 16! there are ⌊ 16/3 ⌋ + ⌊ 16/9 ⌋ = 6; the denominator (4!)⁴ 4! contributes 4 · 1 + 1 = 5; and 12⁴ contributes 4. The exponent is 6 - 5 + 4 = 5, so r = 5. Therefore, the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使用 F₂ₖ = Fₖ Lₖ，于是每一项 F₂ₖ/Fₖ = Lₖ，即第 k 个卢卡斯数。原和变为 Σₖ₌₁¹⁰ Lₖ。由于 L₁ = 1，L₂ = 3，L₃ = 4，…，L₁₀ = 123，恒等式 Σₖ₌₁ⁿ Lₖ = Lₙ₊₂ - 3 给出 L₁₂ - 3 = 322 - 3 = 319。因此正确答案是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Use F₂ₖ = Fₖ Lₖ, so each term F₂ₖ/Fₖ = Lₖ, the kth Lucas number. That collapses the sum to Σₖ₌₁¹⁰ Lₖ. With L₁ = 1, L₂ = 3, L₃ = 4, …, L₁₀ = 123, the identity Σₖ₌₁ⁿ Lₖ = Lₙ₊₂ - 3 gives L₁₂ - 3 = 322 - 3 = 319. 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E</w:t>
      </w:r>
    </w:p>
    <w:p>
      <w:pPr>
        <w:spacing w:before="0" w:after="80" w:line="300" w:lineRule="auto"/>
        <w:jc w:val="left"/>
      </w:pPr>
      <w:r>
        <w:rPr>
          <w:rFonts w:ascii="Times New Roman" w:hAnsi="Times New Roman" w:eastAsia="宋体"/>
          <w:b w:val="0"/>
          <w:i w:val="0"/>
          <w:sz w:val="21"/>
        </w:rPr>
        <w:t>通分到 8：P(m) = (m⁸ + m⁴ + 2m² + 4m)/8。若 m 为偶数，分子每一项都被 8 整除。若 m 为奇数，则 m² ≡ m⁴ ≡ m⁸ ≡ 1 且 4m ≡ 4 pmod 8，所以分子为 1 + 1 + 2 + 4 = 8 ≡ 0 pmod 8。两种情况下 P(m) 都是整数，因此 4 个值全是整数。正确答案是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Put everything over 8: P(m) = (m⁸ + m⁴ + 2m² + 4m)/8. If m is even, every term up top is divisible by 8. If m is odd, then m² ≡ m⁴ ≡ m⁸ ≡ 1 and 4m ≡ 4 pmod 8, so the numerator is 1 + 1 + 2 + 4 = 8 ≡ 0 pmod 8. Either way P(m) is an integer, so all 4 values are integers. Therefore, the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E</w:t>
      </w:r>
    </w:p>
    <w:p>
      <w:pPr>
        <w:spacing w:before="0" w:after="80" w:line="300" w:lineRule="auto"/>
        <w:jc w:val="left"/>
      </w:pPr>
      <w:r>
        <w:rPr>
          <w:rFonts w:ascii="Times New Roman" w:hAnsi="Times New Roman" w:eastAsia="宋体"/>
          <w:b w:val="0"/>
          <w:i w:val="0"/>
          <w:sz w:val="21"/>
        </w:rPr>
        <w:t>重新标记砖块的尺寸，使新块的边长为 7a,2b,2c。这三条边必定就是旧块的三条边长 3a,3b,3c 各增加 1 之后的结果。新边不可能与字母相同的旧边对应：7a=3a+1 没有正整数解，而 2b=3b+1 和 2c=3c+1 会给出负的边长。因此这个对应必定是两个三轮换之一。在其中一种排法下，</w:t>
      </w:r>
    </w:p>
    <w:p>
      <w:pPr>
        <w:spacing w:before="0" w:after="80" w:line="300" w:lineRule="auto"/>
        <w:jc w:val="left"/>
      </w:pPr>
      <w:r>
        <w:rPr>
          <w:rFonts w:ascii="Times New Roman" w:hAnsi="Times New Roman" w:eastAsia="宋体"/>
          <w:b w:val="0"/>
          <w:i w:val="0"/>
          <w:sz w:val="21"/>
        </w:rPr>
        <w:t>7a=3c+1,</w:t>
      </w:r>
    </w:p>
    <w:p>
      <w:pPr>
        <w:spacing w:before="0" w:after="80" w:line="300" w:lineRule="auto"/>
        <w:jc w:val="left"/>
      </w:pPr>
      <w:r>
        <w:rPr>
          <w:rFonts w:ascii="Times New Roman" w:hAnsi="Times New Roman" w:eastAsia="宋体"/>
          <w:b w:val="0"/>
          <w:i w:val="0"/>
          <w:sz w:val="21"/>
        </w:rPr>
        <w:t>2b=3a+1,</w:t>
      </w:r>
    </w:p>
    <w:p>
      <w:pPr>
        <w:spacing w:before="0" w:after="80" w:line="300" w:lineRule="auto"/>
        <w:jc w:val="left"/>
      </w:pPr>
      <w:r>
        <w:rPr>
          <w:rFonts w:ascii="Times New Roman" w:hAnsi="Times New Roman" w:eastAsia="宋体"/>
          <w:b w:val="0"/>
          <w:i w:val="0"/>
          <w:sz w:val="21"/>
        </w:rPr>
        <w:t>2c=3b+1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后两个方程给出 b=3a+1/2 和 c=9a+5/4，代入第一个方程得 28a=27a+19，所以 (a,b,c)=(19,29,44)。另一个三轮换只是把 b 和 c 互换。这三个长度两两互质，且 a+b+c=19+29+44=92。因此正确答案是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Relabel the brick dimensions so the new block has sides 7a,2b,2c. These must be the three old side lengths 3a,3b,3c, each increased by 1. A new side cannot match the old side with the same letter: 7a=3a+1 has no positive integer solution, while 2b=3b+1 and 2c=3c+1 would give negative lengths. Therefore the matching must be one of the two three-cycles. In one orientation,</w:t>
      </w:r>
    </w:p>
    <w:p>
      <w:pPr>
        <w:spacing w:before="0" w:after="80" w:line="300" w:lineRule="auto"/>
        <w:jc w:val="left"/>
      </w:pPr>
      <w:r>
        <w:rPr>
          <w:rFonts w:ascii="Times New Roman" w:hAnsi="Times New Roman" w:eastAsia="宋体"/>
          <w:b w:val="0"/>
          <w:i w:val="0"/>
          <w:color w:val="333333"/>
          <w:sz w:val="19"/>
        </w:rPr>
        <w:t>7a=3c+1,</w:t>
      </w:r>
    </w:p>
    <w:p>
      <w:pPr>
        <w:spacing w:before="0" w:after="80" w:line="300" w:lineRule="auto"/>
        <w:jc w:val="left"/>
      </w:pPr>
      <w:r>
        <w:rPr>
          <w:rFonts w:ascii="Times New Roman" w:hAnsi="Times New Roman" w:eastAsia="宋体"/>
          <w:b w:val="0"/>
          <w:i w:val="0"/>
          <w:color w:val="333333"/>
          <w:sz w:val="19"/>
        </w:rPr>
        <w:t>2b=3a+1,</w:t>
      </w:r>
    </w:p>
    <w:p>
      <w:pPr>
        <w:spacing w:before="0" w:after="80" w:line="300" w:lineRule="auto"/>
        <w:jc w:val="left"/>
      </w:pPr>
      <w:r>
        <w:rPr>
          <w:rFonts w:ascii="Times New Roman" w:hAnsi="Times New Roman" w:eastAsia="宋体"/>
          <w:b w:val="0"/>
          <w:i w:val="0"/>
          <w:color w:val="333333"/>
          <w:sz w:val="19"/>
        </w:rPr>
        <w:t>2c=3b+1.</w:t>
      </w:r>
    </w:p>
    <w:p>
      <w:pPr>
        <w:spacing w:before="0" w:after="80" w:line="300" w:lineRule="auto"/>
        <w:jc w:val="left"/>
      </w:pPr>
      <w:r>
        <w:rPr>
          <w:rFonts w:ascii="Times New Roman" w:hAnsi="Times New Roman" w:eastAsia="宋体"/>
          <w:b w:val="0"/>
          <w:i w:val="0"/>
          <w:color w:val="333333"/>
          <w:sz w:val="19"/>
        </w:rPr>
        <w:t>The last two equations give b=3a+1/2 and c=9a+5/4. Substituting into the first gives 28a=27a+19, so (a,b,c)=(19,29,44). The other cycle merely exchanges b and c. These lengths are pairwise relatively prime, and a+b+c=19+29+44=92. 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