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2023B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Jones 太太正在把橙汁倒入四个相同的杯子，给她的四个儿子喝。她把前三个杯子都倒满了，但橙汁用完时，第四个杯子只倒了 1/3。Jones 太太需要从前三个杯子中的每个杯子倒出几分之一个杯子的橙汁到第四个杯子里，才能使四个杯子中的橙汁量相同？</w:t>
      </w:r>
    </w:p>
    <w:p>
      <w:pPr>
        <w:spacing w:before="0" w:after="120" w:line="300" w:lineRule="auto"/>
      </w:pPr>
      <w:r>
        <w:rPr>
          <w:rFonts w:ascii="Times New Roman" w:hAnsi="Times New Roman" w:eastAsia="宋体"/>
          <w:b w:val="0"/>
          <w:i w:val="0"/>
          <w:sz w:val="21"/>
        </w:rPr>
        <w:t>（A）1/12　　（B）1/4　　（C）1/6　　（D）1/8　　（E）2/9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Mrs. Jones is pouring orange juice into four identical glasses for her four sons. She fills the first three glasses completely but runs out of juice when the fourth glass is only 1/3 full. What fraction of a glass must Mrs. Jones pour from each of the first three glasses into the fourth glass so that all four glasses will have the same amount of juice?</w:t>
      </w:r>
    </w:p>
    <w:p>
      <w:pPr>
        <w:spacing w:before="0" w:after="160" w:line="300" w:lineRule="auto"/>
      </w:pPr>
      <w:r>
        <w:rPr>
          <w:rFonts w:ascii="Times New Roman" w:hAnsi="Times New Roman" w:eastAsia="宋体"/>
          <w:b w:val="0"/>
          <w:i w:val="0"/>
          <w:color w:val="333333"/>
          <w:sz w:val="19"/>
        </w:rPr>
        <w:t>(A) 1/12　　(B) 1/4　　(C) 1/6　　(D) 1/8　　(E) 2/9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Carlos 去体育用品店买跑鞋。跑鞋正在促销，每双价格降低 20%。Carlos 还知道，他必须按折后价支付 7.5% 的销售税。他有 43 美元。他能买得起的最贵跑鞋的原价（折扣前价格）是多少？</w:t>
      </w:r>
    </w:p>
    <w:p>
      <w:pPr>
        <w:spacing w:before="0" w:after="120" w:line="300" w:lineRule="auto"/>
      </w:pPr>
      <w:r>
        <w:rPr>
          <w:rFonts w:ascii="Times New Roman" w:hAnsi="Times New Roman" w:eastAsia="宋体"/>
          <w:b w:val="0"/>
          <w:i w:val="0"/>
          <w:sz w:val="21"/>
        </w:rPr>
        <w:t>（A）$46　　（B）$50　　（C）$48　　（D）$47　　（E）$49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Carlos went to a sports store to buy running shoes. Running shoes were on sale, with prices reduced by 20% on every pair of shoes. Carlos also knew that he had to pay a 7.5% sales tax on the discounted price. He had 43 dollars. What is the original (before discount) price of the most expensive shoes he could afford to buy?</w:t>
      </w:r>
    </w:p>
    <w:p>
      <w:pPr>
        <w:spacing w:before="0" w:after="160" w:line="300" w:lineRule="auto"/>
      </w:pPr>
      <w:r>
        <w:rPr>
          <w:rFonts w:ascii="Times New Roman" w:hAnsi="Times New Roman" w:eastAsia="宋体"/>
          <w:b w:val="0"/>
          <w:i w:val="0"/>
          <w:color w:val="333333"/>
          <w:sz w:val="19"/>
        </w:rPr>
        <w:t>(A) $46　　(B) $50　　(C) $48　　(D) $47　　(E) $49</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 3-4-5 直角三角形内接于圆 A，一个 5-12-13 直角三角形内接于圆 B。圆 A 的面积与圆 B 的面积之比是多少？</w:t>
      </w:r>
    </w:p>
    <w:p>
      <w:pPr>
        <w:spacing w:before="0" w:after="120" w:line="300" w:lineRule="auto"/>
      </w:pPr>
      <w:r>
        <w:rPr>
          <w:rFonts w:ascii="Times New Roman" w:hAnsi="Times New Roman" w:eastAsia="宋体"/>
          <w:b w:val="0"/>
          <w:i w:val="0"/>
          <w:sz w:val="21"/>
        </w:rPr>
        <w:t>（A）9/25　　（B）1/9　　（C）1/5　　（D）25/169　　（E）4/25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3-4-5 right triangle is inscribed in circle A, and a 5-12-13 right triangle is inscribed in circle B. What is the ratio of the area of circle A to the area of circle B?</w:t>
      </w:r>
    </w:p>
    <w:p>
      <w:pPr>
        <w:spacing w:before="0" w:after="160" w:line="300" w:lineRule="auto"/>
      </w:pPr>
      <w:r>
        <w:rPr>
          <w:rFonts w:ascii="Times New Roman" w:hAnsi="Times New Roman" w:eastAsia="宋体"/>
          <w:b w:val="0"/>
          <w:i w:val="0"/>
          <w:color w:val="333333"/>
          <w:sz w:val="19"/>
        </w:rPr>
        <w:t>(A) 9/25　　(B) 1/9　　(C) 1/5　　(D) 25/169　　(E) 4/25</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Jackson 的画笔能刷出宽 6.5 毫米的窄条。Jackson 的油漆足够刷出 25 米长的一条。Jackson 能用油漆覆盖多少平方厘米的纸？</w:t>
      </w:r>
    </w:p>
    <w:p>
      <w:pPr>
        <w:spacing w:before="0" w:after="120" w:line="300" w:lineRule="auto"/>
      </w:pPr>
      <w:r>
        <w:rPr>
          <w:rFonts w:ascii="Times New Roman" w:hAnsi="Times New Roman" w:eastAsia="宋体"/>
          <w:b w:val="0"/>
          <w:i w:val="0"/>
          <w:sz w:val="21"/>
        </w:rPr>
        <w:t>（A）162,500　　（B）162.5　　（C）1,625　　（D）1,625,000　　（E）16,250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Jackson’s paintbrush makes a narrow strip with a width of 6.5 millimeters. Jackson has enough paint to make a strip 25 meters long. How many square centimeters of paper could Jackson cover with paint?</w:t>
      </w:r>
    </w:p>
    <w:p>
      <w:pPr>
        <w:spacing w:before="0" w:after="160" w:line="300" w:lineRule="auto"/>
      </w:pPr>
      <w:r>
        <w:rPr>
          <w:rFonts w:ascii="Times New Roman" w:hAnsi="Times New Roman" w:eastAsia="宋体"/>
          <w:b w:val="0"/>
          <w:i w:val="0"/>
          <w:color w:val="333333"/>
          <w:sz w:val="19"/>
        </w:rPr>
        <w:t>(A) 162,500　　(B) 162.5　　(C) 1,625　　(D) 1,625,000　　(E) 16,250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Maddy 和 Lara 看到黑板上写着一列数。Maddy 给列表中的每个数加上 3，发现新数之和为 45。Lara 把列表中的每个数乘以 3，发现新数之和也为 45。黑板上写了多少个数？</w:t>
      </w:r>
    </w:p>
    <w:p>
      <w:pPr>
        <w:spacing w:before="0" w:after="120" w:line="300" w:lineRule="auto"/>
      </w:pPr>
      <w:r>
        <w:rPr>
          <w:rFonts w:ascii="Times New Roman" w:hAnsi="Times New Roman" w:eastAsia="宋体"/>
          <w:b w:val="0"/>
          <w:i w:val="0"/>
          <w:sz w:val="21"/>
        </w:rPr>
        <w:t>（A）10　　（B）5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Maddy and Lara see a list of numbers written on a blackboard. Maddy adds 3 to each number in the list and finds that the sum of her new numbers is 45. Lara multiplies each number in the list by 3 and finds that the sum of her new numbers is also 45. How many numbers are written on the blackboard?</w:t>
      </w:r>
    </w:p>
    <w:p>
      <w:pPr>
        <w:spacing w:before="0" w:after="160" w:line="300" w:lineRule="auto"/>
      </w:pPr>
      <w:r>
        <w:rPr>
          <w:rFonts w:ascii="Times New Roman" w:hAnsi="Times New Roman" w:eastAsia="宋体"/>
          <w:b w:val="0"/>
          <w:i w:val="0"/>
          <w:color w:val="333333"/>
          <w:sz w:val="19"/>
        </w:rPr>
        <w:t>(A) 10　　(B) 5　　(C) 6　　(D) 8　　(E) 9</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令 L₁ = 1，L₂ = 3，且对 n ≥ 1，Lₙ₊₂ = Lₙ₊₁ + Lₙ。序列 L₁，L₂，L₃，…，L₂₀₂₃ 中有多少项是偶数？</w:t>
      </w:r>
    </w:p>
    <w:p>
      <w:pPr>
        <w:spacing w:before="0" w:after="120" w:line="300" w:lineRule="auto"/>
      </w:pPr>
      <w:r>
        <w:rPr>
          <w:rFonts w:ascii="Times New Roman" w:hAnsi="Times New Roman" w:eastAsia="宋体"/>
          <w:b w:val="0"/>
          <w:i w:val="0"/>
          <w:sz w:val="21"/>
        </w:rPr>
        <w:t>（A）673　　（B）1011　　（C）675　　（D）1010　　（E）674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L₁ = 1, L₂ = 3, and Lₙ₊₂ = Lₙ₊₁ + Lₙ for n ≥ 1. How many terms in the sequence L₁, L₂, L₃, …, L₂₀₂₃ are even?</w:t>
      </w:r>
    </w:p>
    <w:p>
      <w:pPr>
        <w:spacing w:before="0" w:after="160" w:line="300" w:lineRule="auto"/>
      </w:pPr>
      <w:r>
        <w:rPr>
          <w:rFonts w:ascii="Times New Roman" w:hAnsi="Times New Roman" w:eastAsia="宋体"/>
          <w:b w:val="0"/>
          <w:i w:val="0"/>
          <w:color w:val="333333"/>
          <w:sz w:val="19"/>
        </w:rPr>
        <w:t>(A) 673　　(B) 1011　　(C) 675　　(D) 1010　　(E) 674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正方形 ABCD 绕其中心顺时针旋转 20°，得到正方形 EFGH，如下图所示。求 ∠ EAB 的度数。</w:t>
      </w:r>
    </w:p>
    <w:p>
      <w:pPr>
        <w:spacing w:before="80" w:after="80"/>
        <w:jc w:val="center"/>
      </w:pPr>
      <w:r>
        <w:drawing>
          <wp:inline xmlns:a="http://schemas.openxmlformats.org/drawingml/2006/main" xmlns:pic="http://schemas.openxmlformats.org/drawingml/2006/picture">
            <wp:extent cx="824550" cy="786386"/>
            <wp:docPr id="1" name="Picture 1"/>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824550" cy="786386"/>
                    </a:xfrm>
                    <a:prstGeom prst="rect"/>
                  </pic:spPr>
                </pic:pic>
              </a:graphicData>
            </a:graphic>
          </wp:inline>
        </w:drawing>
      </w:r>
    </w:p>
    <w:p>
      <w:pPr>
        <w:spacing w:before="0" w:after="120" w:line="300" w:lineRule="auto"/>
      </w:pPr>
      <w:r>
        <w:rPr>
          <w:rFonts w:ascii="Times New Roman" w:hAnsi="Times New Roman" w:eastAsia="宋体"/>
          <w:b w:val="0"/>
          <w:i w:val="0"/>
          <w:sz w:val="21"/>
        </w:rPr>
        <w:t>（A）24°　　（B）35°　　（C）30°　　（D）32°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Square ABCD is rotated 20° clockwise about its center to obtain square EFGH, as shown below. What is the degree measure of ∠ EAB?</w:t>
      </w:r>
    </w:p>
    <w:p>
      <w:pPr>
        <w:spacing w:before="80" w:after="80"/>
        <w:jc w:val="center"/>
      </w:pPr>
      <w:r>
        <w:drawing>
          <wp:inline xmlns:a="http://schemas.openxmlformats.org/drawingml/2006/main" xmlns:pic="http://schemas.openxmlformats.org/drawingml/2006/picture">
            <wp:extent cx="824550" cy="786386"/>
            <wp:docPr id="2" name="Picture 2"/>
            <wp:cNvGraphicFramePr>
              <a:graphicFrameLocks noChangeAspect="1"/>
            </wp:cNvGraphicFramePr>
            <a:graphic>
              <a:graphicData uri="http://schemas.openxmlformats.org/drawingml/2006/picture">
                <pic:pic>
                  <pic:nvPicPr>
                    <pic:cNvPr id="0" name="q07-1@300dpi.png"/>
                    <pic:cNvPicPr/>
                  </pic:nvPicPr>
                  <pic:blipFill>
                    <a:blip r:embed="rId9"/>
                    <a:stretch>
                      <a:fillRect/>
                    </a:stretch>
                  </pic:blipFill>
                  <pic:spPr>
                    <a:xfrm>
                      <a:off x="0" y="0"/>
                      <a:ext cx="824550" cy="78638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35°　　(C) 30°　　(D) 32°　　(E) 20°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下列表达式的个位数字是多少？</w:t>
      </w:r>
    </w:p>
    <w:p>
      <w:pPr>
        <w:spacing w:before="0" w:after="80" w:line="300" w:lineRule="auto"/>
        <w:jc w:val="left"/>
      </w:pPr>
      <w:r>
        <w:rPr>
          <w:rFonts w:ascii="Times New Roman" w:hAnsi="Times New Roman" w:eastAsia="宋体"/>
          <w:b w:val="0"/>
          <w:i w:val="0"/>
          <w:sz w:val="21"/>
        </w:rPr>
        <w:t>2022²⁰²³ + 2023²⁰²²？</w:t>
      </w:r>
    </w:p>
    <w:p>
      <w:pPr>
        <w:spacing w:before="0" w:after="120" w:line="300" w:lineRule="auto"/>
      </w:pPr>
      <w:r>
        <w:rPr>
          <w:rFonts w:ascii="Times New Roman" w:hAnsi="Times New Roman" w:eastAsia="宋体"/>
          <w:b w:val="0"/>
          <w:i w:val="0"/>
          <w:sz w:val="21"/>
        </w:rPr>
        <w:t>（A）7　　（B）1　　（C）9　　（D）5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units digit of</w:t>
      </w:r>
    </w:p>
    <w:p>
      <w:pPr>
        <w:spacing w:before="0" w:after="80" w:line="300" w:lineRule="auto"/>
        <w:jc w:val="left"/>
      </w:pPr>
      <w:r>
        <w:rPr>
          <w:rFonts w:ascii="Times New Roman" w:hAnsi="Times New Roman" w:eastAsia="宋体"/>
          <w:b w:val="0"/>
          <w:i w:val="0"/>
          <w:color w:val="333333"/>
          <w:sz w:val="19"/>
        </w:rPr>
        <w:t>2022²⁰²³ + 2023²⁰²²?</w:t>
      </w:r>
    </w:p>
    <w:p>
      <w:pPr>
        <w:spacing w:before="0" w:after="160" w:line="300" w:lineRule="auto"/>
      </w:pPr>
      <w:r>
        <w:rPr>
          <w:rFonts w:ascii="Times New Roman" w:hAnsi="Times New Roman" w:eastAsia="宋体"/>
          <w:b w:val="0"/>
          <w:i w:val="0"/>
          <w:color w:val="333333"/>
          <w:sz w:val="19"/>
        </w:rPr>
        <w:t>(A) 7　　(B) 1　　(C) 9　　(D) 5　　(E) 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16 和 25 是一对连续正完全平方数，它们的差为 9。有多少对连续正完全平方数的差小于或等于 2023？</w:t>
      </w:r>
    </w:p>
    <w:p>
      <w:pPr>
        <w:spacing w:before="0" w:after="120" w:line="300" w:lineRule="auto"/>
      </w:pPr>
      <w:r>
        <w:rPr>
          <w:rFonts w:ascii="Times New Roman" w:hAnsi="Times New Roman" w:eastAsia="宋体"/>
          <w:b w:val="0"/>
          <w:i w:val="0"/>
          <w:sz w:val="21"/>
        </w:rPr>
        <w:t>（A）674　　（B）1011　　（C）1010　　（D）2019　　（E）2017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16 and 25 are a pair of consecutive positive perfect squares whose difference is 9. How many pairs of consecutive positive perfect squares have a difference of less than or equal to 2023?</w:t>
      </w:r>
    </w:p>
    <w:p>
      <w:pPr>
        <w:spacing w:before="0" w:after="160" w:line="300" w:lineRule="auto"/>
      </w:pPr>
      <w:r>
        <w:rPr>
          <w:rFonts w:ascii="Times New Roman" w:hAnsi="Times New Roman" w:eastAsia="宋体"/>
          <w:b w:val="0"/>
          <w:i w:val="0"/>
          <w:color w:val="333333"/>
          <w:sz w:val="19"/>
        </w:rPr>
        <w:t>(A) 674　　(B) 1011　　(C) 1010　　(D) 2019　　(E) 2017</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你正在玩一个游戏。一个 2 × 1 矩形覆盖了一个 3 × 3 方格网中两个相邻的小方格，方向可以水平或竖直，但你不知道它覆盖了哪两个小方格。你的目标是找到至少一个被矩形覆盖的小方格。一次“回合”包括你猜一个小方格，随后你会被告知该小方格是否被隐藏矩形覆盖。为了保证至少有一个猜中的小方格，你最少需要多少回合？</w:t>
      </w:r>
    </w:p>
    <w:p>
      <w:pPr>
        <w:spacing w:before="0" w:after="120" w:line="300" w:lineRule="auto"/>
      </w:pPr>
      <w:r>
        <w:rPr>
          <w:rFonts w:ascii="Times New Roman" w:hAnsi="Times New Roman" w:eastAsia="宋体"/>
          <w:b w:val="0"/>
          <w:i w:val="0"/>
          <w:sz w:val="21"/>
        </w:rPr>
        <w:t>（A）3　　（B）5　　（C）4　　（D）8　　（E）6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You are playing a game. A 2 × 1 rectangle covers two adjacent squares (oriented either horizontally or vertically) of a 3 × 3 grid of squares, but you are not told which two squares are covered. Your goal is to find at least one square that is covered by the rectangle. A “turn” consists of you guessing a square, after which you are told whether that square is covered by the hidden rectangle. What is the minimum number of turns you need to ensure that at least one of your guessed squares is covered by the rectangle?</w:t>
      </w:r>
    </w:p>
    <w:p>
      <w:pPr>
        <w:spacing w:before="0" w:after="160" w:line="300" w:lineRule="auto"/>
      </w:pPr>
      <w:r>
        <w:rPr>
          <w:rFonts w:ascii="Times New Roman" w:hAnsi="Times New Roman" w:eastAsia="宋体"/>
          <w:b w:val="0"/>
          <w:i w:val="0"/>
          <w:color w:val="333333"/>
          <w:sz w:val="19"/>
        </w:rPr>
        <w:t>(A) 3　　(B) 5　　(C) 4　　(D) 8　　(E)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Suzanne 去银行取了 $800。柜员用 $20、$50 和 $100 纸币给她这笔钱，并且每种面额至少有一张。Suzanne 可能收到多少种不同的纸币组合？</w:t>
      </w:r>
    </w:p>
    <w:p>
      <w:pPr>
        <w:spacing w:before="0" w:after="120" w:line="300" w:lineRule="auto"/>
      </w:pPr>
      <w:r>
        <w:rPr>
          <w:rFonts w:ascii="Times New Roman" w:hAnsi="Times New Roman" w:eastAsia="宋体"/>
          <w:b w:val="0"/>
          <w:i w:val="0"/>
          <w:sz w:val="21"/>
        </w:rPr>
        <w:t>（A）45　　（B）21　　（C）36　　（D）28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Suzanne went to the bank and withdrew $800. The teller gave her this amount using $20 bills, $50 bills, and $100 bills, with at least one of each denomination. How many different collections of bills could Suzanne have received?</w:t>
      </w:r>
    </w:p>
    <w:p>
      <w:pPr>
        <w:spacing w:before="0" w:after="160" w:line="300" w:lineRule="auto"/>
      </w:pPr>
      <w:r>
        <w:rPr>
          <w:rFonts w:ascii="Times New Roman" w:hAnsi="Times New Roman" w:eastAsia="宋体"/>
          <w:b w:val="0"/>
          <w:i w:val="0"/>
          <w:color w:val="333333"/>
          <w:sz w:val="19"/>
        </w:rPr>
        <w:t>(A) 45　　(B) 21　　(C) 36　　(D) 28　　(E) 32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将多项式</w:t>
      </w:r>
    </w:p>
    <w:p>
      <w:pPr>
        <w:spacing w:before="0" w:after="80" w:line="300" w:lineRule="auto"/>
        <w:jc w:val="left"/>
      </w:pPr>
      <w:r>
        <w:rPr>
          <w:rFonts w:ascii="Times New Roman" w:hAnsi="Times New Roman" w:eastAsia="宋体"/>
          <w:b w:val="0"/>
          <w:i w:val="0"/>
          <w:sz w:val="21"/>
        </w:rPr>
        <w:t>P(x) = (x-1)¹(x-2)²(x-3)³ ⋯ (x-10)¹⁰</w:t>
      </w:r>
    </w:p>
    <w:p>
      <w:pPr>
        <w:spacing w:before="0" w:after="80" w:line="300" w:lineRule="auto"/>
        <w:jc w:val="left"/>
      </w:pPr>
      <w:r>
        <w:rPr>
          <w:rFonts w:ascii="Times New Roman" w:hAnsi="Times New Roman" w:eastAsia="宋体"/>
          <w:b w:val="0"/>
          <w:i w:val="0"/>
          <w:sz w:val="21"/>
        </w:rPr>
        <w:t>的根从实数轴上去掉后，剩余部分是 11 个不相交开区间的并。在其中多少个区间上 P(x) 为正？</w:t>
      </w:r>
    </w:p>
    <w:p>
      <w:pPr>
        <w:spacing w:before="0" w:after="120" w:line="300" w:lineRule="auto"/>
      </w:pPr>
      <w:r>
        <w:rPr>
          <w:rFonts w:ascii="Times New Roman" w:hAnsi="Times New Roman" w:eastAsia="宋体"/>
          <w:b w:val="0"/>
          <w:i w:val="0"/>
          <w:sz w:val="21"/>
        </w:rPr>
        <w:t>（A）3　　（B）7　　（C）6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the roots of the polynomial</w:t>
      </w:r>
    </w:p>
    <w:p>
      <w:pPr>
        <w:spacing w:before="0" w:after="80" w:line="300" w:lineRule="auto"/>
        <w:jc w:val="left"/>
      </w:pPr>
      <w:r>
        <w:rPr>
          <w:rFonts w:ascii="Times New Roman" w:hAnsi="Times New Roman" w:eastAsia="宋体"/>
          <w:b w:val="0"/>
          <w:i w:val="0"/>
          <w:color w:val="333333"/>
          <w:sz w:val="19"/>
        </w:rPr>
        <w:t>P(x) = (x-1)¹(x-2)²(x-3)³ ⋯ (x-10)¹⁰</w:t>
      </w:r>
    </w:p>
    <w:p>
      <w:pPr>
        <w:spacing w:before="0" w:after="80" w:line="300" w:lineRule="auto"/>
        <w:jc w:val="left"/>
      </w:pPr>
      <w:r>
        <w:rPr>
          <w:rFonts w:ascii="Times New Roman" w:hAnsi="Times New Roman" w:eastAsia="宋体"/>
          <w:b w:val="0"/>
          <w:i w:val="0"/>
          <w:color w:val="333333"/>
          <w:sz w:val="19"/>
        </w:rPr>
        <w:t>are removed from the real number line, what remains is the union of 11 disjoint open intervals. On how many of those intervals is P(x) positive?</w:t>
      </w:r>
    </w:p>
    <w:p>
      <w:pPr>
        <w:spacing w:before="0" w:after="160" w:line="300" w:lineRule="auto"/>
      </w:pPr>
      <w:r>
        <w:rPr>
          <w:rFonts w:ascii="Times New Roman" w:hAnsi="Times New Roman" w:eastAsia="宋体"/>
          <w:b w:val="0"/>
          <w:i w:val="0"/>
          <w:color w:val="333333"/>
          <w:sz w:val="19"/>
        </w:rPr>
        <w:t>(A) 3　　(B) 7　　(C) 6　　(D) 4　　(E) 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坐标平面中由下列不等式定义的区域面积是多少？</w:t>
      </w:r>
    </w:p>
    <w:p>
      <w:pPr>
        <w:spacing w:before="0" w:after="80" w:line="300" w:lineRule="auto"/>
        <w:jc w:val="left"/>
      </w:pPr>
      <w:r>
        <w:rPr>
          <w:rFonts w:ascii="Times New Roman" w:hAnsi="Times New Roman" w:eastAsia="宋体"/>
          <w:b w:val="0"/>
          <w:i w:val="0"/>
          <w:sz w:val="21"/>
        </w:rPr>
        <w:t>||x| - 1| + ||y| - 1| ≤ 1？</w:t>
      </w:r>
    </w:p>
    <w:p>
      <w:pPr>
        <w:spacing w:before="0" w:after="120" w:line="300" w:lineRule="auto"/>
      </w:pPr>
      <w:r>
        <w:rPr>
          <w:rFonts w:ascii="Times New Roman" w:hAnsi="Times New Roman" w:eastAsia="宋体"/>
          <w:b w:val="0"/>
          <w:i w:val="0"/>
          <w:sz w:val="21"/>
        </w:rPr>
        <w:t>（A）2　　（B）8　　（C）4　　（D）15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region in the coordinate plane defined by the inequality</w:t>
      </w:r>
    </w:p>
    <w:p>
      <w:pPr>
        <w:spacing w:before="0" w:after="80" w:line="300" w:lineRule="auto"/>
        <w:jc w:val="left"/>
      </w:pPr>
      <w:r>
        <w:rPr>
          <w:rFonts w:ascii="Times New Roman" w:hAnsi="Times New Roman" w:eastAsia="宋体"/>
          <w:b w:val="0"/>
          <w:i w:val="0"/>
          <w:color w:val="333333"/>
          <w:sz w:val="19"/>
        </w:rPr>
        <w:t>||x| - 1| + ||y| - 1| ≤ 1?</w:t>
      </w:r>
    </w:p>
    <w:p>
      <w:pPr>
        <w:spacing w:before="0" w:after="160" w:line="300" w:lineRule="auto"/>
      </w:pPr>
      <w:r>
        <w:rPr>
          <w:rFonts w:ascii="Times New Roman" w:hAnsi="Times New Roman" w:eastAsia="宋体"/>
          <w:b w:val="0"/>
          <w:i w:val="0"/>
          <w:color w:val="333333"/>
          <w:sz w:val="19"/>
        </w:rPr>
        <w:t>(A) 2　　(B) 8　　(C) 4　　(D) 15　　(E) 12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有多少个整数有序对 (m, n) 满足下列方程？</w:t>
      </w:r>
    </w:p>
    <w:p>
      <w:pPr>
        <w:spacing w:before="0" w:after="80" w:line="300" w:lineRule="auto"/>
        <w:jc w:val="left"/>
      </w:pPr>
      <w:r>
        <w:rPr>
          <w:rFonts w:ascii="Times New Roman" w:hAnsi="Times New Roman" w:eastAsia="宋体"/>
          <w:b w:val="0"/>
          <w:i w:val="0"/>
          <w:sz w:val="21"/>
        </w:rPr>
        <w:t>m² + mn + n² = m² n²？</w:t>
      </w:r>
    </w:p>
    <w:p>
      <w:pPr>
        <w:spacing w:before="0" w:after="120" w:line="300" w:lineRule="auto"/>
      </w:pPr>
      <w:r>
        <w:rPr>
          <w:rFonts w:ascii="Times New Roman" w:hAnsi="Times New Roman" w:eastAsia="宋体"/>
          <w:b w:val="0"/>
          <w:i w:val="0"/>
          <w:sz w:val="21"/>
        </w:rPr>
        <w:t>（A）7　　（B）1　　（C）3　　（D）6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integers (m, n) satisfy the equation</w:t>
      </w:r>
    </w:p>
    <w:p>
      <w:pPr>
        <w:spacing w:before="0" w:after="80" w:line="300" w:lineRule="auto"/>
        <w:jc w:val="left"/>
      </w:pPr>
      <w:r>
        <w:rPr>
          <w:rFonts w:ascii="Times New Roman" w:hAnsi="Times New Roman" w:eastAsia="宋体"/>
          <w:b w:val="0"/>
          <w:i w:val="0"/>
          <w:color w:val="333333"/>
          <w:sz w:val="19"/>
        </w:rPr>
        <w:t>m² + mn + n² = m² n²?</w:t>
      </w:r>
    </w:p>
    <w:p>
      <w:pPr>
        <w:spacing w:before="0" w:after="160" w:line="300" w:lineRule="auto"/>
      </w:pPr>
      <w:r>
        <w:rPr>
          <w:rFonts w:ascii="Times New Roman" w:hAnsi="Times New Roman" w:eastAsia="宋体"/>
          <w:b w:val="0"/>
          <w:i w:val="0"/>
          <w:color w:val="333333"/>
          <w:sz w:val="19"/>
        </w:rPr>
        <w:t>(A) 7　　(B) 1　　(C) 3　　(D) 6　　(E) 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使 m · 2! · 3! · 4! · 5! ⋯ 16! 成为完全平方数的最小正整数 m 是多少？</w:t>
      </w:r>
    </w:p>
    <w:p>
      <w:pPr>
        <w:spacing w:before="0" w:after="120" w:line="300" w:lineRule="auto"/>
      </w:pPr>
      <w:r>
        <w:rPr>
          <w:rFonts w:ascii="Times New Roman" w:hAnsi="Times New Roman" w:eastAsia="宋体"/>
          <w:b w:val="0"/>
          <w:i w:val="0"/>
          <w:sz w:val="21"/>
        </w:rPr>
        <w:t>（A）30　　（B）30030　　（C）70　　（D）1430　　（E）1001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least positive integer m such that m · 2! · 3! · 4! · 5! ⋯ 16! is a perfect square?</w:t>
      </w:r>
    </w:p>
    <w:p>
      <w:pPr>
        <w:spacing w:before="0" w:after="160" w:line="300" w:lineRule="auto"/>
      </w:pPr>
      <w:r>
        <w:rPr>
          <w:rFonts w:ascii="Times New Roman" w:hAnsi="Times New Roman" w:eastAsia="宋体"/>
          <w:b w:val="0"/>
          <w:i w:val="0"/>
          <w:color w:val="333333"/>
          <w:sz w:val="19"/>
        </w:rPr>
        <w:t>(A) 30　　(B) 30030　　(C) 70　　(D) 1430　　(E) 1001</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定义“</w:t>
      </w:r>
      <w:r>
        <w:rPr>
          <w:rFonts w:ascii="Times New Roman" w:hAnsi="Times New Roman" w:eastAsia="宋体"/>
          <w:b w:val="0"/>
          <w:i/>
          <w:sz w:val="21"/>
        </w:rPr>
        <w:t>升数</w:t>
      </w:r>
      <w:r>
        <w:rPr>
          <w:rFonts w:ascii="Times New Roman" w:hAnsi="Times New Roman" w:eastAsia="宋体"/>
          <w:b w:val="0"/>
          <w:i w:val="0"/>
          <w:sz w:val="21"/>
        </w:rPr>
        <w:t>”为一个至少 2 位的正整数，其数字从左到右严格递增。类似地，定义“</w:t>
      </w:r>
      <w:r>
        <w:rPr>
          <w:rFonts w:ascii="Times New Roman" w:hAnsi="Times New Roman" w:eastAsia="宋体"/>
          <w:b w:val="0"/>
          <w:i/>
          <w:sz w:val="21"/>
        </w:rPr>
        <w:t>降数</w:t>
      </w:r>
      <w:r>
        <w:rPr>
          <w:rFonts w:ascii="Times New Roman" w:hAnsi="Times New Roman" w:eastAsia="宋体"/>
          <w:b w:val="0"/>
          <w:i w:val="0"/>
          <w:sz w:val="21"/>
        </w:rPr>
        <w:t>”为一个至少 2 位的正整数，其数字从左到右严格递减。例如，258 是升数，8620 是降数。令 U 为所有升数的总数，令 D 为所有降数的总数。求 |U - D|。</w:t>
      </w:r>
    </w:p>
    <w:p>
      <w:pPr>
        <w:spacing w:before="0" w:after="120" w:line="300" w:lineRule="auto"/>
      </w:pPr>
      <w:r>
        <w:rPr>
          <w:rFonts w:ascii="Times New Roman" w:hAnsi="Times New Roman" w:eastAsia="宋体"/>
          <w:b w:val="0"/>
          <w:i w:val="0"/>
          <w:sz w:val="21"/>
        </w:rPr>
        <w:t>（A）512　　（B）10　　（C）0　　（D）9　　（E）511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an</w:t>
      </w:r>
      <w:r>
        <w:rPr>
          <w:rFonts w:ascii="Times New Roman" w:hAnsi="Times New Roman" w:eastAsia="宋体"/>
          <w:b w:val="0"/>
          <w:i/>
          <w:color w:val="333333"/>
          <w:sz w:val="19"/>
        </w:rPr>
        <w:t>upno</w:t>
      </w:r>
      <w:r>
        <w:rPr>
          <w:rFonts w:ascii="Times New Roman" w:hAnsi="Times New Roman" w:eastAsia="宋体"/>
          <w:b w:val="0"/>
          <w:i w:val="0"/>
          <w:color w:val="333333"/>
          <w:sz w:val="19"/>
        </w:rPr>
        <w:t>to be a positive integer of 2 or more digits where the digits are strictly increasing moving left to right. Similarly, define a</w:t>
      </w:r>
      <w:r>
        <w:rPr>
          <w:rFonts w:ascii="Times New Roman" w:hAnsi="Times New Roman" w:eastAsia="宋体"/>
          <w:b w:val="0"/>
          <w:i/>
          <w:color w:val="333333"/>
          <w:sz w:val="19"/>
        </w:rPr>
        <w:t>downno</w:t>
      </w:r>
      <w:r>
        <w:rPr>
          <w:rFonts w:ascii="Times New Roman" w:hAnsi="Times New Roman" w:eastAsia="宋体"/>
          <w:b w:val="0"/>
          <w:i w:val="0"/>
          <w:color w:val="333333"/>
          <w:sz w:val="19"/>
        </w:rPr>
        <w:t>to be a positive integer of 2 or more digits where the digits are strictly decreasing moving left to right. For instance, the number 258 is an upno and 8620 is a downno. Let U equal the total number of upnos and let D equal the total number of downnos. What is |U - D|?</w:t>
      </w:r>
    </w:p>
    <w:p>
      <w:pPr>
        <w:spacing w:before="0" w:after="160" w:line="300" w:lineRule="auto"/>
      </w:pPr>
      <w:r>
        <w:rPr>
          <w:rFonts w:ascii="Times New Roman" w:hAnsi="Times New Roman" w:eastAsia="宋体"/>
          <w:b w:val="0"/>
          <w:i w:val="0"/>
          <w:color w:val="333333"/>
          <w:sz w:val="19"/>
        </w:rPr>
        <w:t>(A) 512　　(B) 10　　(C) 0　　(D) 9　　(E) 511</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长方体 P 的三条不同边长为 a、b、c。P 的所有 12 条边长之和为 13，P 的所有 6 个面的面积之和为 11/2，P 的体积为 1/2。连接 P 两个顶点的最长内部对角线长度是多少？</w:t>
      </w:r>
    </w:p>
    <w:p>
      <w:pPr>
        <w:spacing w:before="0" w:after="120" w:line="300" w:lineRule="auto"/>
      </w:pPr>
      <w:r>
        <w:rPr>
          <w:rFonts w:ascii="Times New Roman" w:hAnsi="Times New Roman" w:eastAsia="宋体"/>
          <w:b w:val="0"/>
          <w:i w:val="0"/>
          <w:sz w:val="21"/>
        </w:rPr>
        <w:t>（A）2　　（B）3/8　　（C）9/8　　（D）9/4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P has distinct edge lengths a, b, and c. The sum of the lengths of all 12 edges of P is 13, the sum of the areas of all 6 faces of P is 11/2, and the volume of P is 1/2. What is the length of the longest interior diagonal connecting two vertices of P?</w:t>
      </w:r>
    </w:p>
    <w:p>
      <w:pPr>
        <w:spacing w:before="0" w:after="160" w:line="300" w:lineRule="auto"/>
      </w:pPr>
      <w:r>
        <w:rPr>
          <w:rFonts w:ascii="Times New Roman" w:hAnsi="Times New Roman" w:eastAsia="宋体"/>
          <w:b w:val="0"/>
          <w:i w:val="0"/>
          <w:color w:val="333333"/>
          <w:sz w:val="19"/>
        </w:rPr>
        <w:t>(A) 2　　(B) 3/8　　(C) 9/8　　(D) 9/4　　(E) 3/2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假设 a、b、c 为正整数，满足</w:t>
      </w:r>
    </w:p>
    <w:p>
      <w:pPr>
        <w:spacing w:before="0" w:after="80" w:line="300" w:lineRule="auto"/>
        <w:jc w:val="left"/>
      </w:pPr>
      <w:r>
        <w:rPr>
          <w:rFonts w:ascii="Times New Roman" w:hAnsi="Times New Roman" w:eastAsia="宋体"/>
          <w:b w:val="0"/>
          <w:i w:val="0"/>
          <w:sz w:val="21"/>
        </w:rPr>
        <w:t>a/14 + b/15 = c/210。</w:t>
      </w:r>
    </w:p>
    <w:p>
      <w:pPr>
        <w:spacing w:before="0" w:after="80" w:line="300" w:lineRule="auto"/>
        <w:jc w:val="left"/>
      </w:pPr>
      <w:r>
        <w:rPr>
          <w:rFonts w:ascii="Times New Roman" w:hAnsi="Times New Roman" w:eastAsia="宋体"/>
          <w:b w:val="0"/>
          <w:i w:val="0"/>
          <w:sz w:val="21"/>
        </w:rPr>
        <w:t>下列哪些命题必定为真？</w:t>
      </w:r>
    </w:p>
    <w:p>
      <w:pPr>
        <w:spacing w:before="0" w:after="80" w:line="300" w:lineRule="auto"/>
        <w:jc w:val="left"/>
      </w:pPr>
      <w:r>
        <w:rPr>
          <w:rFonts w:ascii="Times New Roman" w:hAnsi="Times New Roman" w:eastAsia="宋体"/>
          <w:b w:val="0"/>
          <w:i w:val="0"/>
          <w:sz w:val="21"/>
        </w:rPr>
        <w:t>I. 如果 gcd(a, 14) = 1 或 gcd(b, 15) = 1，或两者都成立，则 gcd(c, 210) = 1。</w:t>
      </w:r>
    </w:p>
    <w:p>
      <w:pPr>
        <w:spacing w:before="0" w:after="80" w:line="300" w:lineRule="auto"/>
        <w:jc w:val="left"/>
      </w:pPr>
      <w:r>
        <w:rPr>
          <w:rFonts w:ascii="Times New Roman" w:hAnsi="Times New Roman" w:eastAsia="宋体"/>
          <w:b w:val="0"/>
          <w:i w:val="0"/>
          <w:sz w:val="21"/>
        </w:rPr>
        <w:t>II. 如果 gcd(c, 210) = 1，则 gcd(a, 14) = 1 或 gcd(b, 15) = 1，或两者都成立。</w:t>
      </w:r>
    </w:p>
    <w:p>
      <w:pPr>
        <w:spacing w:before="0" w:after="80" w:line="300" w:lineRule="auto"/>
        <w:jc w:val="left"/>
      </w:pPr>
      <w:r>
        <w:rPr>
          <w:rFonts w:ascii="Times New Roman" w:hAnsi="Times New Roman" w:eastAsia="宋体"/>
          <w:b w:val="0"/>
          <w:i w:val="0"/>
          <w:sz w:val="21"/>
        </w:rPr>
        <w:t>III. gcd(c, 210) = 1 当且仅当 gcd(a, 14) = gcd(b, 15) = 1。</w:t>
      </w:r>
    </w:p>
    <w:p>
      <w:pPr>
        <w:spacing w:before="0" w:after="120" w:line="300" w:lineRule="auto"/>
      </w:pPr>
      <w:r>
        <w:rPr>
          <w:rFonts w:ascii="Times New Roman" w:hAnsi="Times New Roman" w:eastAsia="宋体"/>
          <w:b w:val="0"/>
          <w:i w:val="0"/>
          <w:sz w:val="21"/>
        </w:rPr>
        <w:t>（A）I、II 和 III　　（B）仅 I　　（C）仅 I 和 II　　（D）仅 III　　（E）仅 II 和 III</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b, and c are positive integers such that</w:t>
      </w:r>
    </w:p>
    <w:p>
      <w:pPr>
        <w:spacing w:before="0" w:after="80" w:line="300" w:lineRule="auto"/>
        <w:jc w:val="left"/>
      </w:pPr>
      <w:r>
        <w:rPr>
          <w:rFonts w:ascii="Times New Roman" w:hAnsi="Times New Roman" w:eastAsia="宋体"/>
          <w:b w:val="0"/>
          <w:i w:val="0"/>
          <w:color w:val="333333"/>
          <w:sz w:val="19"/>
        </w:rPr>
        <w:t>a/14 + b/15 = c/210.</w:t>
      </w:r>
    </w:p>
    <w:p>
      <w:pPr>
        <w:spacing w:before="0" w:after="80" w:line="300" w:lineRule="auto"/>
        <w:jc w:val="left"/>
      </w:pPr>
      <w:r>
        <w:rPr>
          <w:rFonts w:ascii="Times New Roman" w:hAnsi="Times New Roman" w:eastAsia="宋体"/>
          <w:b w:val="0"/>
          <w:i w:val="0"/>
          <w:color w:val="333333"/>
          <w:sz w:val="19"/>
        </w:rPr>
        <w:t>Which of the following statements are necessarily true?</w:t>
      </w:r>
    </w:p>
    <w:p>
      <w:pPr>
        <w:spacing w:before="0" w:after="80" w:line="300" w:lineRule="auto"/>
        <w:jc w:val="left"/>
      </w:pPr>
      <w:r>
        <w:rPr>
          <w:rFonts w:ascii="Times New Roman" w:hAnsi="Times New Roman" w:eastAsia="宋体"/>
          <w:b w:val="0"/>
          <w:i w:val="0"/>
          <w:color w:val="333333"/>
          <w:sz w:val="19"/>
        </w:rPr>
        <w:t>I. If gcd(a, 14) = 1 or gcd(b, 15) = 1 or both, then gcd(c, 210) = 1.</w:t>
      </w:r>
    </w:p>
    <w:p>
      <w:pPr>
        <w:spacing w:before="0" w:after="80" w:line="300" w:lineRule="auto"/>
        <w:jc w:val="left"/>
      </w:pPr>
      <w:r>
        <w:rPr>
          <w:rFonts w:ascii="Times New Roman" w:hAnsi="Times New Roman" w:eastAsia="宋体"/>
          <w:b w:val="0"/>
          <w:i w:val="0"/>
          <w:color w:val="333333"/>
          <w:sz w:val="19"/>
        </w:rPr>
        <w:t>II. If gcd(c, 210) = 1, then gcd(a, 14) = 1 or gcd(b, 15) = 1 or both.</w:t>
      </w:r>
    </w:p>
    <w:p>
      <w:pPr>
        <w:spacing w:before="0" w:after="80" w:line="300" w:lineRule="auto"/>
        <w:jc w:val="left"/>
      </w:pPr>
      <w:r>
        <w:rPr>
          <w:rFonts w:ascii="Times New Roman" w:hAnsi="Times New Roman" w:eastAsia="宋体"/>
          <w:b w:val="0"/>
          <w:i w:val="0"/>
          <w:color w:val="333333"/>
          <w:sz w:val="19"/>
        </w:rPr>
        <w:t>III. gcd(c, 210) = 1 if and only if gcd(a, 14) = gcd(b, 15) = 1.</w:t>
      </w:r>
    </w:p>
    <w:p>
      <w:pPr>
        <w:spacing w:before="0" w:after="160" w:line="300" w:lineRule="auto"/>
      </w:pPr>
      <w:r>
        <w:rPr>
          <w:rFonts w:ascii="Times New Roman" w:hAnsi="Times New Roman" w:eastAsia="宋体"/>
          <w:b w:val="0"/>
          <w:i w:val="0"/>
          <w:color w:val="333333"/>
          <w:sz w:val="19"/>
        </w:rPr>
        <w:t>(A) I, II, and III　　(B) I only　　(C) I and II only　　(D) III only　　(E) II and III only</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青蛙 Sonya 在坐标平面中的正方形 [0, 6] × [0, 6] 内均匀随机选择一个点并跳到该点。然后她从 [0, 1] 中均匀随机选择一个距离，并从 {北, 南, 东, 西} 中均匀随机选择一个方向。所有选择相互独立。她沿所选方向跳所选距离。她落在正方形外的概率是多少？</w:t>
      </w:r>
    </w:p>
    <w:p>
      <w:pPr>
        <w:spacing w:before="0" w:after="120" w:line="300" w:lineRule="auto"/>
      </w:pPr>
      <w:r>
        <w:rPr>
          <w:rFonts w:ascii="Times New Roman" w:hAnsi="Times New Roman" w:eastAsia="宋体"/>
          <w:b w:val="0"/>
          <w:i w:val="0"/>
          <w:sz w:val="21"/>
        </w:rPr>
        <w:t>（A）1/6　　（B）1/12　　（C）1/4　　（D）1/10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Sonya the frog chooses a point uniformly at random lying within the square [0, 6] × [0, 6] in the coordinate plane and hops to that point. She then chooses a distance uniformly at random from [0, 1] and a direction uniformly at random from {north, south, east, west}. All her choices are independent. She now hops the distance in the chosen direction. What is the probability that she lands outside the square?</w:t>
      </w:r>
    </w:p>
    <w:p>
      <w:pPr>
        <w:spacing w:before="0" w:after="160" w:line="300" w:lineRule="auto"/>
      </w:pPr>
      <w:r>
        <w:rPr>
          <w:rFonts w:ascii="Times New Roman" w:hAnsi="Times New Roman" w:eastAsia="宋体"/>
          <w:b w:val="0"/>
          <w:i w:val="0"/>
          <w:color w:val="333333"/>
          <w:sz w:val="19"/>
        </w:rPr>
        <w:t>(A) 1/6　　(B) 1/12　　(C) 1/4　　(D) 1/10　　(E) 1/9</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如图，在半径为 2 的球面上画出四个全等半圆，形成一条闭合曲线，将球面分成两个全等区域。该曲线长度为 π√(n)。求 n。</w:t>
      </w:r>
    </w:p>
    <w:p>
      <w:pPr>
        <w:spacing w:before="80" w:after="80"/>
        <w:jc w:val="center"/>
      </w:pPr>
      <w:r>
        <w:drawing>
          <wp:inline xmlns:a="http://schemas.openxmlformats.org/drawingml/2006/main" xmlns:pic="http://schemas.openxmlformats.org/drawingml/2006/picture">
            <wp:extent cx="2794000" cy="2794000"/>
            <wp:docPr id="3" name="Picture 3"/>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2794000" cy="2794000"/>
                    </a:xfrm>
                    <a:prstGeom prst="rect"/>
                  </pic:spPr>
                </pic:pic>
              </a:graphicData>
            </a:graphic>
          </wp:inline>
        </w:drawing>
      </w:r>
    </w:p>
    <w:p>
      <w:pPr>
        <w:spacing w:before="0" w:after="120" w:line="300" w:lineRule="auto"/>
      </w:pPr>
      <w:r>
        <w:rPr>
          <w:rFonts w:ascii="Times New Roman" w:hAnsi="Times New Roman" w:eastAsia="宋体"/>
          <w:b w:val="0"/>
          <w:i w:val="0"/>
          <w:sz w:val="21"/>
        </w:rPr>
        <w:t>（A）32　　（B）12　　（C）48　　（D）36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Four congruent semicircles are drawn on the surface of a sphere with radius 2, as shown, creating a closed curve that divides the surface into two congruent regions. The length of the curve is π√(n). What is n?</w:t>
      </w:r>
    </w:p>
    <w:p>
      <w:pPr>
        <w:spacing w:before="80" w:after="80"/>
        <w:jc w:val="center"/>
      </w:pPr>
      <w:r>
        <w:drawing>
          <wp:inline xmlns:a="http://schemas.openxmlformats.org/drawingml/2006/main" xmlns:pic="http://schemas.openxmlformats.org/drawingml/2006/picture">
            <wp:extent cx="2794000" cy="2794000"/>
            <wp:docPr id="4" name="Picture 4"/>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2794000" cy="2794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12　　(C) 48　　(D) 36　　(E) 27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将 2023 个球分别随机放入 3 个盒子中的一个。下列哪一项最接近每个盒子中球数都是奇数的概率？</w:t>
      </w:r>
    </w:p>
    <w:p>
      <w:pPr>
        <w:spacing w:before="0" w:after="120" w:line="300" w:lineRule="auto"/>
      </w:pPr>
      <w:r>
        <w:rPr>
          <w:rFonts w:ascii="Times New Roman" w:hAnsi="Times New Roman" w:eastAsia="宋体"/>
          <w:b w:val="0"/>
          <w:i w:val="0"/>
          <w:sz w:val="21"/>
        </w:rPr>
        <w:t>（A）2/3　　（B）3/10　　（C）1/2　　（D）1/3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2023 balls is randomly placed into one of 3 bins. Which of the following is closest to the probability that each of the bins will contain an odd number of balls?</w:t>
      </w:r>
    </w:p>
    <w:p>
      <w:pPr>
        <w:spacing w:before="0" w:after="160" w:line="300" w:lineRule="auto"/>
      </w:pPr>
      <w:r>
        <w:rPr>
          <w:rFonts w:ascii="Times New Roman" w:hAnsi="Times New Roman" w:eastAsia="宋体"/>
          <w:b w:val="0"/>
          <w:i w:val="0"/>
          <w:color w:val="333333"/>
          <w:sz w:val="19"/>
        </w:rPr>
        <w:t>(A) 2/3　　(B) 3/10　　(C) 1/2　　(D) 1/3　　(E) 1/4</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有多少个不同的 x 值满足</w:t>
      </w:r>
    </w:p>
    <w:p>
      <w:pPr>
        <w:spacing w:before="0" w:after="80" w:line="300" w:lineRule="auto"/>
        <w:jc w:val="left"/>
      </w:pPr>
      <w:r>
        <w:rPr>
          <w:rFonts w:ascii="Times New Roman" w:hAnsi="Times New Roman" w:eastAsia="宋体"/>
          <w:b w:val="0"/>
          <w:i w:val="0"/>
          <w:sz w:val="21"/>
        </w:rPr>
        <w:t>⌊ x ⌋² - 3x + 2 = 0，</w:t>
      </w:r>
    </w:p>
    <w:p>
      <w:pPr>
        <w:spacing w:before="0" w:after="80" w:line="300" w:lineRule="auto"/>
        <w:jc w:val="left"/>
      </w:pPr>
      <w:r>
        <w:rPr>
          <w:rFonts w:ascii="Times New Roman" w:hAnsi="Times New Roman" w:eastAsia="宋体"/>
          <w:b w:val="0"/>
          <w:i w:val="0"/>
          <w:sz w:val="21"/>
        </w:rPr>
        <w:t>其中 ⌊ x ⌋ 表示不超过 x 的最大整数？</w:t>
      </w:r>
    </w:p>
    <w:p>
      <w:pPr>
        <w:spacing w:before="0" w:after="120" w:line="300" w:lineRule="auto"/>
      </w:pPr>
      <w:r>
        <w:rPr>
          <w:rFonts w:ascii="Times New Roman" w:hAnsi="Times New Roman" w:eastAsia="宋体"/>
          <w:b w:val="0"/>
          <w:i w:val="0"/>
          <w:sz w:val="21"/>
        </w:rPr>
        <w:t>（A）无限多个　　（B）4　　（C）2　　（D）3　　（E）0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distinct values of x satisfy</w:t>
      </w:r>
    </w:p>
    <w:p>
      <w:pPr>
        <w:spacing w:before="0" w:after="80" w:line="300" w:lineRule="auto"/>
        <w:jc w:val="left"/>
      </w:pPr>
      <w:r>
        <w:rPr>
          <w:rFonts w:ascii="Times New Roman" w:hAnsi="Times New Roman" w:eastAsia="宋体"/>
          <w:b w:val="0"/>
          <w:i w:val="0"/>
          <w:color w:val="333333"/>
          <w:sz w:val="19"/>
        </w:rPr>
        <w:t>⌊ x ⌋² - 3x + 2 = 0,</w:t>
      </w:r>
    </w:p>
    <w:p>
      <w:pPr>
        <w:spacing w:before="0" w:after="80" w:line="300" w:lineRule="auto"/>
        <w:jc w:val="left"/>
      </w:pPr>
      <w:r>
        <w:rPr>
          <w:rFonts w:ascii="Times New Roman" w:hAnsi="Times New Roman" w:eastAsia="宋体"/>
          <w:b w:val="0"/>
          <w:i w:val="0"/>
          <w:color w:val="333333"/>
          <w:sz w:val="19"/>
        </w:rPr>
        <w:t>where ⌊ x ⌋ denotes the largest integer less than or equal to x?</w:t>
      </w:r>
    </w:p>
    <w:p>
      <w:pPr>
        <w:spacing w:before="0" w:after="160" w:line="300" w:lineRule="auto"/>
      </w:pPr>
      <w:r>
        <w:rPr>
          <w:rFonts w:ascii="Times New Roman" w:hAnsi="Times New Roman" w:eastAsia="宋体"/>
          <w:b w:val="0"/>
          <w:i w:val="0"/>
          <w:color w:val="333333"/>
          <w:sz w:val="19"/>
        </w:rPr>
        <w:t>(A) an infinite number　　(B) 4　　(C) 2　　(D) 3　　(E) 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一个由正整数组成的等差数列有 n ≥ 3 项，首项为 a，公差为 d &gt; 1。Carl 正确写下了这个数列中的所有项，除了有一项相差了 1。他写下的各项之和为 222。求 a + d + n。</w:t>
      </w:r>
    </w:p>
    <w:p>
      <w:pPr>
        <w:spacing w:before="0" w:after="120" w:line="300" w:lineRule="auto"/>
      </w:pPr>
      <w:r>
        <w:rPr>
          <w:rFonts w:ascii="Times New Roman" w:hAnsi="Times New Roman" w:eastAsia="宋体"/>
          <w:b w:val="0"/>
          <w:i w:val="0"/>
          <w:sz w:val="21"/>
        </w:rPr>
        <w:t>（A）24　　（B）20　　（C）22　　（D）28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arithmetic sequence of positive integers has n ≥ 3 terms, initial term a, and common difference d &gt; 1. Carl wrote down all the terms in this sequence correctly except for one term, which was off by 1. The sum of the terms he wrote down was 222. What is a + d + n?</w:t>
      </w:r>
    </w:p>
    <w:p>
      <w:pPr>
        <w:spacing w:before="0" w:after="160" w:line="300" w:lineRule="auto"/>
      </w:pPr>
      <w:r>
        <w:rPr>
          <w:rFonts w:ascii="Times New Roman" w:hAnsi="Times New Roman" w:eastAsia="宋体"/>
          <w:b w:val="0"/>
          <w:i w:val="0"/>
          <w:color w:val="333333"/>
          <w:sz w:val="19"/>
        </w:rPr>
        <w:t>(A) 24　　(B) 20　　(C) 22　　(D) 28　　(E) 26</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由所有可表示为 (2u - 3w, v + 4w) 的点组成的区域边界周长是多少？其中 0 ≤ u ≤ 1、0 ≤ v ≤ 1、0 ≤ w ≤ 1。</w:t>
      </w:r>
    </w:p>
    <w:p>
      <w:pPr>
        <w:spacing w:before="0" w:after="120" w:line="300" w:lineRule="auto"/>
      </w:pPr>
      <w:r>
        <w:rPr>
          <w:rFonts w:ascii="Times New Roman" w:hAnsi="Times New Roman" w:eastAsia="宋体"/>
          <w:b w:val="0"/>
          <w:i w:val="0"/>
          <w:sz w:val="21"/>
        </w:rPr>
        <w:t>（A）10√(3)　　（B）13　　（C）12　　（D）18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perimeter of the boundary of the region consisting of all points which can be expressed as (2u - 3w, v + 4w) with 0 ≤ u ≤ 1, 0 ≤ v ≤ 1, and 0 ≤ w ≤ 1?</w:t>
      </w:r>
    </w:p>
    <w:p>
      <w:pPr>
        <w:spacing w:before="0" w:after="160" w:line="300" w:lineRule="auto"/>
      </w:pPr>
      <w:r>
        <w:rPr>
          <w:rFonts w:ascii="Times New Roman" w:hAnsi="Times New Roman" w:eastAsia="宋体"/>
          <w:b w:val="0"/>
          <w:i w:val="0"/>
          <w:color w:val="333333"/>
          <w:sz w:val="19"/>
        </w:rPr>
        <w:t>(A) 10√(3)　　(B) 13　　(C) 12　　(D) 18　　(E) 16</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一个面积为 1 + √(5) 的正五边形印在纸上并剪下。将五边形的五个顶点都折到五边形的中心，形成一个较小的五边形。新五边形的面积是多少？</w:t>
      </w:r>
    </w:p>
    <w:p>
      <w:pPr>
        <w:spacing w:before="0" w:after="120" w:line="300" w:lineRule="auto"/>
      </w:pPr>
      <w:r>
        <w:rPr>
          <w:rFonts w:ascii="Times New Roman" w:hAnsi="Times New Roman" w:eastAsia="宋体"/>
          <w:b w:val="0"/>
          <w:i w:val="0"/>
          <w:sz w:val="21"/>
        </w:rPr>
        <w:t>（A）4 - √(5)　　（B）√(5) - 1　　（C）8 - 3√(5)　　（D）(√(5) + 1)/2　　（E）(2 + √(5))/3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regular pentagon with area 1 + √(5) is printed on paper and cut out. All five vertices are folded to the center of the pentagon, creating a smaller pentagon. What is the area of the new pentagon?</w:t>
      </w:r>
    </w:p>
    <w:p>
      <w:pPr>
        <w:spacing w:before="0" w:after="160" w:line="300" w:lineRule="auto"/>
      </w:pPr>
      <w:r>
        <w:rPr>
          <w:rFonts w:ascii="Times New Roman" w:hAnsi="Times New Roman" w:eastAsia="宋体"/>
          <w:b w:val="0"/>
          <w:i w:val="0"/>
          <w:color w:val="333333"/>
          <w:sz w:val="19"/>
        </w:rPr>
        <w:t>(A) 4 - √(5)　　(B) √(5) - 1　　(C) 8 - 3√(5)　　(D) (√(5) + 1)/2　　(E) (2 + √(5))/3</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B　D　C　A　E　B　A　B</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B　C　B　C　C　E　D　E</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B　A　E　B　B　E　B</w:t>
      </w:r>
    </w:p>
    <w:p>
      <w:pPr>
        <w:spacing w:before="0" w:after="200" w:line="300" w:lineRule="auto"/>
      </w:pPr>
      <w:r>
        <w:rPr>
          <w:rFonts w:ascii="Times New Roman" w:hAnsi="Times New Roman" w:eastAsia="宋体"/>
          <w:b w:val="0"/>
          <w:i w:val="0"/>
          <w:color w:val="666666"/>
          <w:sz w:val="18"/>
        </w:rPr>
        <w:t>答案串：CBDCAEBABCBCBCCEDEBAEBBEB</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总共有 3 + 1/3 = 10/3 杯橙汁。平均分到四个杯子中，每杯为 10/3 ÷ 4 = 5/6。因此每个满杯需要倒出 1 - 5/6 = 1/6 杯。所以正确答案是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There’s 3 + 1/3 = 10/3 glasses of juice in all. Split four ways, each glass ends up with 10/3 ÷ 4 = 5/6. So a full glass has to pour out 1 - 5/6 = 1/6.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设原价为 P。折扣和税后，Carlos 需要支付 0.8P × 1.075 = 0.86P。他能负担当且仅当 0.86P ≤ 43，所以 P ≤ 50。因此最贵的原价为 $50。所以正确答案是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original price. After the discount and tax, Carlos pays 0.8P × 1.075 = 0.86P. He can afford it when 0.86P ≤ 43, which means P ≤ 50. So the priciest shoes he can swing start at $50.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直角三角形的斜边是外接圆的直径。因此圆 A 的直径为 5，圆 B 的直径为 13。面积之比等于直径平方之比：(5/13)² = 25/169。所以正确答案是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hypotenuse of a right triangle is a diameter of the circle around it. So circle A has diameter 5 and circle B has diameter 13. Areas scale as the square of that, giving (5/13)² = 25/169.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先换算成厘米。宽度为 6.5 毫米 = 0.65 厘米，长度为 25 米 = 2500 厘米。面积为 0.65 × 2500 = 1625 平方厘米。所以正确答案是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Put everything in centimeters first. The strip is 6.5 mm = 0.65 cm wide and 25 m = 2500 cm long. Its area is 0.65 × 2500 = 1625 square centimeters.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A</w:t>
      </w:r>
    </w:p>
    <w:p>
      <w:pPr>
        <w:spacing w:before="0" w:after="80" w:line="300" w:lineRule="auto"/>
        <w:jc w:val="left"/>
      </w:pPr>
      <w:r>
        <w:rPr>
          <w:rFonts w:ascii="Times New Roman" w:hAnsi="Times New Roman" w:eastAsia="宋体"/>
          <w:b w:val="0"/>
          <w:i w:val="0"/>
          <w:sz w:val="21"/>
        </w:rPr>
        <w:t>设原数之和为 S，数的个数为 n。Maddy 每个数加 3，总和为 S + 3n = 45。Lara 把每个数变为原来的三倍，所以 3S = 45，得 S = 15。因此 15 + 3n = 45，所以 n = 10。所以正确答案是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original sum and n the number of entries. Maddy adds 3 to each, so her total is S + 3n = 45. Lara triples each, so hers is 3S = 45, giving S = 15. Then 15 + 3n = 45, so n = 10.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6 题　答案 E</w:t>
      </w:r>
    </w:p>
    <w:p>
      <w:pPr>
        <w:spacing w:before="0" w:after="80" w:line="300" w:lineRule="auto"/>
        <w:jc w:val="left"/>
      </w:pPr>
      <w:r>
        <w:rPr>
          <w:rFonts w:ascii="Times New Roman" w:hAnsi="Times New Roman" w:eastAsia="宋体"/>
          <w:b w:val="0"/>
          <w:i w:val="0"/>
          <w:sz w:val="21"/>
        </w:rPr>
        <w:t>序列从 1, 3, 4, 7, 11, 18, … 可见奇偶性为奇、奇、偶，并以周期 3 重复。因此 Lₙ 为偶数当且仅当 n 能被 3 整除。在 1 ≤ n ≤ 2023 中，3 的倍数有 ⌊ 2023/3 ⌋ = 674 个。所以正确答案是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Track the parities: 1, 3, 4, 7, 11, 18, … run odd, odd, even, then repeat with period 3. So Lₙ is even exactly when n is divisible by 3. Among 1 ≤ n ≤ 2023, that’s ⌊ 2023/3 ⌋ = 674 multiples of 3.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 O 为共同中心。旋转把 A 送到 E，所以 OA = OE，且 ∠ AOE = 20°。三角形 OAE 是等腰三角形，底角为 ∠ OAE = (180° - 20°)/2 = 80°。正方形对角线 AC 平分 A 点的直角，所以 ∠ OAB = 45°。两角相减，得到 ∠ EAB = 80° - 45° = 35°。所以正确答案是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O be the shared center. The rotation carries A to E, so OA = OE and ∠ AOE = 20°. That makes triangle OAE isosceles, with base angles ∠ OAE = (180° - 20°)/2 = 80°. The diagonal AC splits the right angle at A, so ∠ OAB = 45°. Subtracting, ∠ EAB = 80° - 45° = 35°.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只看个位数。2 的幂个位数以 2, 4, 8, 6 为周期 4，而 2023 ≡ 3 pmod 4，所以 2022²⁰²³ 个位数为 8。3 的幂个位数按 3, 9, 7, 1 循环，同样每四项重复一次；又因为 2022 ≡ 2 pmod 4，所以 2023²⁰²² 个位数为 9。相加 8 + 9 = 17，个位数为 7。所以正确答案是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Only the units digits matter. Powers of 2 cycle 2, 4, 8, 6 with period 4, and 2023 ≡ 3 pmod 4, so 2022²⁰²³ ends in 8. Powers of 3 cycle 3, 9, 7, 1, and 2022 ≡ 2 pmod 4, so 2023²⁰²² ends in 9. Add them: 8 + 9 = 17, so the units digit is 7.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B</w:t>
      </w:r>
    </w:p>
    <w:p>
      <w:pPr>
        <w:spacing w:before="0" w:after="80" w:line="300" w:lineRule="auto"/>
        <w:jc w:val="left"/>
      </w:pPr>
      <w:r>
        <w:rPr>
          <w:rFonts w:ascii="Times New Roman" w:hAnsi="Times New Roman" w:eastAsia="宋体"/>
          <w:b w:val="0"/>
          <w:i w:val="0"/>
          <w:sz w:val="21"/>
        </w:rPr>
        <w:t>连续平方数 k² 和 (k+1)² 的差为 (k+1)² - k² = 2k + 1。需要 2k + 1 ≤ 2023，所以 k ≤ 1011。因此 k 可取 1, 2, …, 1011，共有 1011 对。所以正确答案是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Consecutive squares k² and (k+1)² differ by (k+1)² - k² = 2k + 1. We need 2k + 1 ≤ 2023, which gives k ≤ 1011. So k runs 1, 2, …, 1011, for 1011 pairs.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假设每次猜测都没有命中。那么多米诺完全位于未猜的小方格中，所以未猜的小方格中必须含有两个相邻格。要保证命中，需要让未猜格中没有任何两个相邻。把方格黑白相间地染色。两两不相邻的小方格最多有 5 个，即四个角和中心。因此至少要猜 9 - 5 = 4 个格子。4 个也足够：猜四个边中点。每个隐藏矩形都会覆盖一个边中点，所以必定命中。正确答案是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every guess misses. Then the domino lies entirely on unguessed squares, so those squares include two adjacent cells. To force a hit, we need the unguessed squares to have no two adjacent. Color the grid like a checkerboard. The biggest set of pairwise non-adjacent squares has 5 cells, one color’s worth: the four corners and the center. So we must guess at least 9 - 5 = 4 squares. And 4 is enough: guess the four edge midpoints, since every domino covers one square of each color, hence one edge midpoint.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 a, b, c ≥ 1 分别为 $20, $50, $100 纸币张数。则 20a + 50b + 100c = 800，化为 2a + 5b + 10c = 80。因为 2a 和 10c 都是偶数，5b 也必须为偶数，所以 b = 2t。此时 a = 40 - 5t - 5c ≥ 1 条件等价于 t + c ≤ 7，其中 t, c ≥ 1。这样的正整数对数量为 1 + 2 + ⋯ + 6 = 21。所以正确答案是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 c ≥ 1 count the $20, $50, $100 bills. Then 20a + 50b + 100c = 800, which divides down to 2a + 5b + 10c = 80. Both 2a and 10c are even, so 5b is too, forcing b = 2t. Now a = 40 - 5t - 5c ≥ 1 means t + c ≤ 7. With t, c ≥ 1, the pairs number 1 + 2 + ⋯ + 6 = 21.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当 x &gt; 10 时，每个因子 (x - i)ⁱ 都为正，所以 P(x) &gt; 0。向左移动时，穿过 x = i 只有在 i 为奇数时才变号，即 i = 9, 7, 5, 3, 1。因此十一个区间从右到左的符号依次为 +, +, -, -, +, +, -, -, +, +, -，其中六个区间上为正。所以正确答案是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 &gt; 10, every factor (x - i)ⁱ is positive, so P(x) &gt; 0. Now move left. Crossing x = i flips the sign only when i is odd, that is at i = 9, 7, 5, 3, 1. So the eleven intervals, right to left, carry signs +, +, -, -, +, +, -, -, +, +, -. Six are positive.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令 u = |x|、v = |y|。则 |u - 1| + |v - 1| ≤ 1 是以 (1, 1) 为中心、两条对角线长都为 2 的菱形，面积为 2，且它完全位于 u, v ≥ 0 中。映射 (x, y) mapsto (|x|, |y|) 对 u, v &gt; 0 的点是四对一，所以原区域面积为 4 × 2 = 8。所以正确答案是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Substitute u = |x|, v = |y|. Then |u - 1| + |v - 1| ≤ 1 is a diamond centered at (1, 1) with diagonals of length 2, so it has area 2, and it sits entirely in u, v ≥ 0. The map (x, y) mapsto (|x|, |y|) is four-to-one over u, v &gt; 0, so the full region has area 4 × 2 = 8.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若 m = 0，方程迫使 n² = 0，得到 (0, 0)。否则两者都非零。不妨假设 |m| ≤ |n|。则 m² n² = m² + mn + n² ≤ 3n²，所以 m² ≤ 3，即 m = ± 1。当 m = 1 时，1 + n + n² = n²，得 n = -1。当 m = -1 时，得 n = 1。加上 (0,0), (1,-1), (-1,1)，共有三个有序对。所以正确答案是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 0, the equation forces n² = 0, giving (0, 0). Otherwise both are nonzero; assume |m| ≤ |n|. Then m² n² = m² + mn + n² ≤ 3n², so m² ≤ 3 and m = ± 1. Take m = 1: 1 + n + n² = n² gives n = -1. Take m = -1: n = 1. That leaves (0,0), (1,-1), (-1,1), three in all. Therefore,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将乘积分组为 (2! 3!)(4! 5!)⋯(14! 15!)· 16!。因为 (2k)!(2k+1)! = ((2k)!)²(2k+1)，每一对都是平方数乘以一个奇数。这些奇数 3, 5, 7, 9, 11, 13, 15 的乘积为 3⁴ · 5² · 7 · 11 · 13，平方自由部分为 7 · 11 · 13。同时 16! = 2¹⁵ 3⁶ 5³ 7² · 11 · 13 的平方自由部分为 2 · 5 · 11 · 13。两者相乘后，整个乘积的平方自由部分为 2 · 5 · 7。因此最小的 m 是 2 · 5 · 7 = 70。所以正确答案是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product as (2! 3!)(4! 5!)⋯(14! 15!)· 16!. Since (2k)!(2k+1)! = ((2k)!)²(2k+1), each pair is a perfect square times an odd number. Those odd numbers 3, 5, 7, 9, 11, 13, 15 multiply to 3⁴ · 5² · 7 · 11 · 13, with squarefree part 7 · 11 · 13. And 16! = 2¹⁵ 3⁶ 5³ 7² · 11 · 13 has squarefree part 2 · 5 · 11 · 13. Multiply the two: the squarefree part of the whole thing is 2 · 5 · 7. That’s the smallest m, namely 2 · 5 · 7 = 70.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一个“升数”就是选择至少 2 个数字并按递增顺序写出。数字 0 不能出现，因为它不能在首位，也不能跟在更小的数字后面。因此数字来自 {1, …, 9}，所以 U = 2⁹ - 1 - 9 = 502。一个“降数”可以以 0 结尾，所以可从 {0, …, 9} 中选择 ≥ 2 个数字，得到 D = 2¹⁰ - 1 - 10 = 1013。因此 |U - D| = |502 - 1013| = 511。所以正确答案是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upno is just a choice of at least 2 digits, written in increasing order. A 0 can never appear: it can’t lead and can’t follow a smaller digit. So the digits come from {1, …, 9}, giving U = 2⁹ - 1 - 9 = 502. A downno can end in 0, so its digits are any subset of {0, …, 9} of size ≥ 2, giving D = 2¹⁰ - 1 - 10 = 1013. So |U - D| = |502 - 1013| = 511.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12 条边给出 4(a + b + c) = 13，所以 a + b + c = 13/4。6 个面给出 2(ab + bc + ca) = 11/2，所以 ab + bc + ca = 11/4。空间对角线长度为</w:t>
      </w:r>
    </w:p>
    <w:p>
      <w:pPr>
        <w:spacing w:before="0" w:after="80" w:line="300" w:lineRule="auto"/>
        <w:jc w:val="left"/>
      </w:pPr>
      <w:r>
        <w:rPr>
          <w:rFonts w:ascii="Times New Roman" w:hAnsi="Times New Roman" w:eastAsia="宋体"/>
          <w:b w:val="0"/>
          <w:i w:val="0"/>
          <w:sz w:val="21"/>
        </w:rPr>
        <w:t>√(a² + b² + c²)</w:t>
      </w:r>
    </w:p>
    <w:p>
      <w:pPr>
        <w:spacing w:before="0" w:after="80" w:line="300" w:lineRule="auto"/>
        <w:jc w:val="left"/>
      </w:pPr>
      <w:r>
        <w:rPr>
          <w:rFonts w:ascii="Times New Roman" w:hAnsi="Times New Roman" w:eastAsia="宋体"/>
          <w:b w:val="0"/>
          <w:i w:val="0"/>
          <w:sz w:val="21"/>
        </w:rPr>
        <w:t>= small √((a+b+c)² - 2(ab+bc+ca))</w:t>
      </w:r>
    </w:p>
    <w:p>
      <w:pPr>
        <w:spacing w:before="0" w:after="80" w:line="300" w:lineRule="auto"/>
        <w:jc w:val="left"/>
      </w:pPr>
      <w:r>
        <w:rPr>
          <w:rFonts w:ascii="Times New Roman" w:hAnsi="Times New Roman" w:eastAsia="宋体"/>
          <w:b w:val="0"/>
          <w:i w:val="0"/>
          <w:sz w:val="21"/>
        </w:rPr>
        <w:t>= √(169/16 - 11/2)</w:t>
      </w:r>
    </w:p>
    <w:p>
      <w:pPr>
        <w:spacing w:before="0" w:after="80" w:line="300" w:lineRule="auto"/>
        <w:jc w:val="left"/>
      </w:pPr>
      <w:r>
        <w:rPr>
          <w:rFonts w:ascii="Times New Roman" w:hAnsi="Times New Roman" w:eastAsia="宋体"/>
          <w:b w:val="0"/>
          <w:i w:val="0"/>
          <w:sz w:val="21"/>
        </w:rPr>
        <w:t>= √(81/16) = 9/4。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12 edges give 4(a + b + c) = 13, so a + b + c = 13/4. The 6 faces give 2(ab + bc + ca) = 11/2, so ab + bc + ca = 11/4. The space diagonal is</w:t>
      </w:r>
    </w:p>
    <w:p>
      <w:pPr>
        <w:spacing w:before="0" w:after="80" w:line="300" w:lineRule="auto"/>
        <w:jc w:val="left"/>
      </w:pPr>
      <w:r>
        <w:rPr>
          <w:rFonts w:ascii="Times New Roman" w:hAnsi="Times New Roman" w:eastAsia="宋体"/>
          <w:b w:val="0"/>
          <w:i w:val="0"/>
          <w:color w:val="333333"/>
          <w:sz w:val="19"/>
        </w:rPr>
        <w:t>√(a² + b² + c²)</w:t>
      </w:r>
    </w:p>
    <w:p>
      <w:pPr>
        <w:spacing w:before="0" w:after="80" w:line="300" w:lineRule="auto"/>
        <w:jc w:val="left"/>
      </w:pPr>
      <w:r>
        <w:rPr>
          <w:rFonts w:ascii="Times New Roman" w:hAnsi="Times New Roman" w:eastAsia="宋体"/>
          <w:b w:val="0"/>
          <w:i w:val="0"/>
          <w:color w:val="333333"/>
          <w:sz w:val="19"/>
        </w:rPr>
        <w:t>= small √((a+b+c)² - 2(ab+bc+ca))</w:t>
      </w:r>
    </w:p>
    <w:p>
      <w:pPr>
        <w:spacing w:before="0" w:after="80" w:line="300" w:lineRule="auto"/>
        <w:jc w:val="left"/>
      </w:pPr>
      <w:r>
        <w:rPr>
          <w:rFonts w:ascii="Times New Roman" w:hAnsi="Times New Roman" w:eastAsia="宋体"/>
          <w:b w:val="0"/>
          <w:i w:val="0"/>
          <w:color w:val="333333"/>
          <w:sz w:val="19"/>
        </w:rPr>
        <w:t>= √(169/16 - 11/2)</w:t>
      </w:r>
    </w:p>
    <w:p>
      <w:pPr>
        <w:spacing w:before="0" w:after="80" w:line="300" w:lineRule="auto"/>
        <w:jc w:val="left"/>
      </w:pPr>
      <w:r>
        <w:rPr>
          <w:rFonts w:ascii="Times New Roman" w:hAnsi="Times New Roman" w:eastAsia="宋体"/>
          <w:b w:val="0"/>
          <w:i w:val="0"/>
          <w:color w:val="333333"/>
          <w:sz w:val="19"/>
        </w:rPr>
        <w:t>= √(81/16) = 9/4.</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清除分母得 c = 15a + 14b。对 210 = 2 · 3 · 5 · 7 的质因数分别取模：c ≡ a pmod 2，c ≡ 2b pmod 3，c ≡ 4b pmod 5，c ≡ a pmod 7。因此 gcd(c, 210) = 1 当且仅当 a 既不是 2 的倍数也不是 7 的倍数，且 b 既不是 3 的倍数也不是 5 的倍数，这正是 gcd(a, 14) = 1 且 gcd(b, 15) = 1。所以 III 为真，也使 II 为真。I 不一定为真。例如 a = 1, b = 3，则 gcd(a, 14) = 1，但 c = 57 能被 3 整除。因此只有 II 和 III 为真，正确答案是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 denominators to get c = 15a + 14b. Reduce modulo the primes of 210 = 2 · 3 · 5 · 7: c ≡ a pmod 2, c ≡ 2b pmod 3, c ≡ 4b pmod 5, and c ≡ a pmod 7. So gcd(c, 210) = 1 iff a is divisible by neither 2 nor 7 and b is divisible by neither 3 nor 5, which is exactly gcd(a, 14) = 1 and gcd(b, 15) = 1. That settles III, and it makes II true since the “and” implies the “or.” Statement I fails, though: take a = 1, b = 3. Then gcd(a, 14) = 1, yet c = 57 is divisible by 3. So only II and III hold.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B</w:t>
      </w:r>
    </w:p>
    <w:p>
      <w:pPr>
        <w:spacing w:before="0" w:after="80" w:line="300" w:lineRule="auto"/>
        <w:jc w:val="left"/>
      </w:pPr>
      <w:r>
        <w:rPr>
          <w:rFonts w:ascii="Times New Roman" w:hAnsi="Times New Roman" w:eastAsia="宋体"/>
          <w:b w:val="0"/>
          <w:i w:val="0"/>
          <w:sz w:val="21"/>
        </w:rPr>
        <w:t>四个方向由对称性相同。假设她向东跳。她跳出正方形当且仅当原来的 x 坐标加跳跃距离 d 超过 6。固定 d 时，x 在 [0, 6] 上均匀分布，所以横坐标大于 6 - d 的概率为 d/6。现在对 d 在 [0, 1] 上取平均，得到 1/6 · 1/2 = 1/12。所以正确答案是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four directions behave the same by symmetry, so say she hops east. She lands outside exactly when her x-coordinate plus the hop distance d tops 6. Fix d. Her x-coordinate is uniform on [0, 6], so it beats 6 - d with probability d/6. Now average over d uniform on [0, 1]: 1/6 · 1/2 = 1/12.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这条曲线由四段全等的半圆弧组成。若弧所在圆的半径为 r，则总长度是单段半圆弧长 π r 的 4 倍。四段弧相交于四个点，这四点构成一个内接于球面大圆的正方形；每段弧的直径就是该正方形的一条边。球半径为 2，所以正方形边长为 2√(2)，从而 r = √(2)。（也可以这样验证：小圆所在平面到球心的距离为 2/(√(2)) = √(2)，所以小圆半径为 √(2² - (√(2))²) = √(2)。）因此总长度为 4 · π√(2) = π√(32)，所以 n = 32。正确答案是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curve is four congruent semicircular arcs, so its length is 4 times one semicircle, π r, where r is the arc radius. The arcs meet at four points that form a square inscribed in a great circle of the radius-2 sphere, and each arc’s diameter is a side of that square, a chord of length 2√(2). So r = √(2). (Check it another way: the small circle sits in a plane at distance 2/(√(2)) = √(2) from the center, giving radius √(2² - (√(2))²) = √(2).) The total length is 4 · π√(2) = π√(32), so n = 32. Therefore,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E</w:t>
      </w:r>
    </w:p>
    <w:p>
      <w:pPr>
        <w:spacing w:before="0" w:after="80" w:line="300" w:lineRule="auto"/>
        <w:jc w:val="left"/>
      </w:pPr>
      <w:r>
        <w:rPr>
          <w:rFonts w:ascii="Times New Roman" w:hAnsi="Times New Roman" w:eastAsia="宋体"/>
          <w:b w:val="0"/>
          <w:i w:val="0"/>
          <w:sz w:val="21"/>
        </w:rPr>
        <w:t>所有 3²⁰²³ 种放法等可能。用符号筛计数每个盒子都是奇数的放法：1/8Σ_(s ∈ {± 1}³)(s₁ s₂ s₃) · (s₁ + s₂ + s₃)²⁰²³。当 s = (1,1,1) 和 s = (-1,-1,-1) 时，两项都等于 3²⁰²³。对于其余六种符号选择，括号内的和为 1 或 -1，而整项都等于 -1，所以这六项合计为 -6。因此计数为 (2 · 3²⁰²³ - 6)/8 = (3²⁰²³ - 3)/4。除以总数，概率为 (3²⁰²³ - 3)/(4 · 3²⁰²³) = 1/4 - 1/(4 · 3²⁰²²)，略小于 1/4。所以正确答案是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3²⁰²³ assignments are equally likely. A sign filter counts the ones with every bin odd: 1/8Σ_(s ∈ {± 1}³)(s₁ s₂ s₃) · (s₁ + s₂ + s₃)²⁰²³. For s = (1,1,1) and s = (-1,-1,-1), both terms equal 3²⁰²³. For each other sign choice, the sum in parentheses is 1 or -1, and the full term equals -1, so these six terms total -6. Thus the count is (2 · 3²⁰²³ - 6)/8 = (3²⁰²³ - 3)/4. Dividing, the probability is (3²⁰²³ - 3)/(4 · 3²⁰²³) = 1/4 - 1/(4 · 3²⁰²²), a hair under 1/4. Thus,</w:t>
      </w:r>
      <w:r>
        <w:rPr>
          <w:rFonts w:ascii="Times New Roman" w:hAnsi="Times New Roman" w:eastAsia="宋体"/>
          <w:b/>
          <w:i w:val="0"/>
          <w:color w:val="333333"/>
          <w:sz w:val="19"/>
        </w:rPr>
        <w:t>E</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令 n = ⌊ x ⌋。方程 n² - 3x + 2 = 0 给出 x = (n² + 2)/3。为了与这个定义一致，需要 n ≤ (n² + 2)/3 &lt; n + 1。左边不等式等价于 n² - 3n + 2 ≥ 0，对整数 n 均成立。右边不等式等价于 n² - 3n - 1 &lt; 0，只对 n ∈ {0, 1, 2, 3} 成立。这些值给出 x = 2/3, 1, 2, 11/3，所以有 4 个不同的值。正确答案是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Set n = ⌊ x ⌋. Then n² - 3x + 2 = 0 gives x = (n² + 2)/3. For this to be consistent we need n ≤ (n² + 2)/3 &lt; n + 1. The left side, n² - 3n + 2 ≥ 0, holds for every integer n. The right side, n² - 3n - 1 &lt; 0, holds only for n ∈ {0, 1, 2, 3}. Those give x = 2/3, 1, 2, 11/3, so there are 4 distinct values. Therefore,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真实和为 S = na + (n(n-1))/2d。因为一项相差 1，写下的总和满足 222 = S ± 1，所以 S = 221 或 223。又因为 2S = n(2a + (n-1)d)，所以 n 整除 2S。由 a ≥ 1、d ≥ 2 还可得 2S ≥ 2n²，即 n² ≤ S。当 S = 223 时，446 的因数中没有位于 3 到 √(223) 之间的数。当 S = 221 = 13 · 17 时，442 的因数中只有 n = 13 落在这个范围内。于是 2a + 12d = 34，即 a + 6d = 17。由于 a、d 是正整数且 d &gt; 1，只能有 a = 5、d = 2。因此 a + d + n = 5 + 2 + 13 = 20，正确答案是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true sum is S = na + (n(n-1))/2d. Since one term is off by 1, the written total satisfies 222 = S ± 1, so S = 221 or 223. Also 2S = n(2a + (n-1)d), so n divides 2S. Since a ≥ 1 and d ≥ 2, we have 2S ≥ 2n², hence n² ≤ S. For S = 223, no divisor of 446 lies between 3 and √(223). For S = 221 = 13 · 17, the only divisor of 442 in this range is n = 13. Thus 2a + 12d = 34, or a + 6d = 17. Since a and d are positive integers with d &gt; 1, we get a = 5, d = 2. Then a + d + n = 5 + 2 + 13 = 20.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固定 w。随着 u, v 在 [0, 1]² 中变化，点 (2u - 3w, v + 4w) 填满一个 2 × 1 的轴对齐矩形，其左下角为 (-3w, 4w)。当 w 从 0 到 1 变化时，这个矩形沿向量 (-3,4) 平移，该向量长度为 5。扫过的区域是一个中心对称的六边形。它的三组对边的长度分别为 2, 1 和 5，分别来自矩形的两条边以及平移线段。因此它的周长为 2(2+1+5)=16。所以，答案是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w. As u, v sweep [0, 1]², the point (2u - 3w, v + 4w) fills a 2 × 1 axis-aligned rectangle with lower-left corner (-3w, 4w). As w runs from 0 to 1, this rectangle slides along the vector (-3,4), whose length is 5. The swept region is a centrally symmetric hexagon. Its opposite pairs of sides have lengths 2, 1, and 5, inherited from the two sides of the rectangle and the sliding segment. Therefore its perimeter is 2(2+1+5)=16. Therefore,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设原正五边形外接圆半径为 R。将一个顶点折到中心时，折痕是中心到该顶点线段的垂直平分线，距离中心 R/2。五条折痕围成新的正五边形，其内切半径为 R/2。原正五边形内切半径为 Rcos 36°，所以新旧正五边形相似比为 1/(2cos 36°)，面积缩放因子为 (1/(2cos 36°))²。代入 cos 36° = (1+√(5))/4：2/(3+√(5)) = (3-√(5))/2。因此新面积为 (√(5)+1)·(3-√(5))/2 = √(5) - 1。所以正确答案是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original pentagon have circumradius R. Folding a vertex to the center creases along the perpendicular bisector of the center-to-vertex segment, a line at distance R/2 from the center. Those five creases bound the new regular pentagon, whose apothem is R/2 (the original apothem was Rcos 36°). So the new pentagon is similar with ratio 1/(2cos 36°), and its area is the old area times (1/(2cos 36°))². Plug in cos 36° = (1+√(5))/4: the factor becomes 2/(3+√(5)) = (3-√(5))/2. So the new area is (√(5)+1)·(3-√(5))/2 = √(5) - 1.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