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2022A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求下式的值：</w:t>
      </w:r>
    </w:p>
    <w:p>
      <w:pPr>
        <w:spacing w:before="0" w:after="80" w:line="300" w:lineRule="auto"/>
        <w:jc w:val="left"/>
      </w:pPr>
      <w:r>
        <w:rPr>
          <w:rFonts w:ascii="Times New Roman" w:hAnsi="Times New Roman" w:eastAsia="宋体"/>
          <w:b w:val="0"/>
          <w:i w:val="0"/>
          <w:sz w:val="21"/>
        </w:rPr>
        <w:t>3+1/(3+1/(3+1/3))？</w:t>
      </w:r>
    </w:p>
    <w:p>
      <w:pPr>
        <w:spacing w:before="0" w:after="120" w:line="300" w:lineRule="auto"/>
      </w:pPr>
      <w:r>
        <w:rPr>
          <w:rFonts w:ascii="Times New Roman" w:hAnsi="Times New Roman" w:eastAsia="宋体"/>
          <w:b w:val="0"/>
          <w:i w:val="0"/>
          <w:sz w:val="21"/>
        </w:rPr>
        <w:t>（A）31/10　　（B）49/15　　（C）33/10　　（D）109/33　　（E）15/4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w:t>
      </w:r>
    </w:p>
    <w:p>
      <w:pPr>
        <w:spacing w:before="0" w:after="80" w:line="300" w:lineRule="auto"/>
        <w:jc w:val="left"/>
      </w:pPr>
      <w:r>
        <w:rPr>
          <w:rFonts w:ascii="Times New Roman" w:hAnsi="Times New Roman" w:eastAsia="宋体"/>
          <w:b w:val="0"/>
          <w:i w:val="0"/>
          <w:color w:val="333333"/>
          <w:sz w:val="19"/>
        </w:rPr>
        <w:t>3+1/(3+1/(3+1/3))?</w:t>
      </w:r>
    </w:p>
    <w:p>
      <w:pPr>
        <w:spacing w:before="0" w:after="160" w:line="300" w:lineRule="auto"/>
      </w:pPr>
      <w:r>
        <w:rPr>
          <w:rFonts w:ascii="Times New Roman" w:hAnsi="Times New Roman" w:eastAsia="宋体"/>
          <w:b w:val="0"/>
          <w:i w:val="0"/>
          <w:color w:val="333333"/>
          <w:sz w:val="19"/>
        </w:rPr>
        <w:t>(A) 31/10　　(B) 49/15　　(C) 33/10　　(D) 109/33　　(E) 15/4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Mike 骑了 15 圈，用时 57 分钟。假设他全程速度不变，那么他在前 27 分钟大约骑了多少圈？</w:t>
      </w:r>
    </w:p>
    <w:p>
      <w:pPr>
        <w:spacing w:before="0" w:after="120" w:line="300" w:lineRule="auto"/>
      </w:pPr>
      <w:r>
        <w:rPr>
          <w:rFonts w:ascii="Times New Roman" w:hAnsi="Times New Roman" w:eastAsia="宋体"/>
          <w:b w:val="0"/>
          <w:i w:val="0"/>
          <w:sz w:val="21"/>
        </w:rPr>
        <w:t>（A）5　　（B）7　　（C）9　　（D）11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Mike cycled 15 laps in 57 minutes. Assume he cycled at a constant speed throughout. Approximately how many laps did he complete in the first 27 minutes?</w:t>
      </w:r>
    </w:p>
    <w:p>
      <w:pPr>
        <w:spacing w:before="0" w:after="160" w:line="300" w:lineRule="auto"/>
      </w:pPr>
      <w:r>
        <w:rPr>
          <w:rFonts w:ascii="Times New Roman" w:hAnsi="Times New Roman" w:eastAsia="宋体"/>
          <w:b w:val="0"/>
          <w:i w:val="0"/>
          <w:color w:val="333333"/>
          <w:sz w:val="19"/>
        </w:rPr>
        <w:t>(A) 5　　(B) 7　　(C) 9　　(D) 11　　(E) 13</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三个数的和为 96。第一个数是第三个数的 6 倍，第三个数比第二个数少 40。第一个数与第二个数之差的绝对值是多少？</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three numbers is 96. The first number is 6 times the third number, and the third number is 40 less than the second number. What is the absolute value of the difference between the first and second numbers?</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在一些国家，汽车燃油效率用每 100 千米消耗多少升来衡量；另一些国家则用每加仑行驶多少英里来衡量。设 1 千米等于 m 英里，1 加仑等于 l 升。下列哪个式子给出每 100 千米的耗油升数，若汽车每加仑行驶 x 英里？</w:t>
      </w:r>
    </w:p>
    <w:p>
      <w:pPr>
        <w:spacing w:before="0" w:after="120" w:line="300" w:lineRule="auto"/>
      </w:pPr>
      <w:r>
        <w:rPr>
          <w:rFonts w:ascii="Times New Roman" w:hAnsi="Times New Roman" w:eastAsia="宋体"/>
          <w:b w:val="0"/>
          <w:i w:val="0"/>
          <w:sz w:val="21"/>
        </w:rPr>
        <w:t>（A）x/100lm　　（B）xlm/100　　（C）lm/100x　　（D）100/xlm　　（E）100lm/x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some countries, automobile fuel efficiency is measured in liters per 100 kilometers while other countries use miles per gallon. Suppose that 1 kilometer equals m miles, and 1 gallon equals l liters. Which of the following gives the fuel efficiency in liters per 100 kilometers for a car that gets x miles per gallon?</w:t>
      </w:r>
    </w:p>
    <w:p>
      <w:pPr>
        <w:spacing w:before="0" w:after="160" w:line="300" w:lineRule="auto"/>
      </w:pPr>
      <w:r>
        <w:rPr>
          <w:rFonts w:ascii="Times New Roman" w:hAnsi="Times New Roman" w:eastAsia="宋体"/>
          <w:b w:val="0"/>
          <w:i w:val="0"/>
          <w:color w:val="333333"/>
          <w:sz w:val="19"/>
        </w:rPr>
        <w:t>(A) x/100lm　　(B) xlm/100　　(C) lm/100x　　(D) 100/xlm　　(E) 100lm/x</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正方形 ABCD 的边长为 1。点 P、Q、R、S 分别在 ABCD 的边上，使得 APQCRS 是一个等边凸六边形，边长为 s。求 s。</w:t>
      </w:r>
    </w:p>
    <w:p>
      <w:pPr>
        <w:spacing w:before="0" w:after="120" w:line="300" w:lineRule="auto"/>
      </w:pPr>
      <w:r>
        <w:rPr>
          <w:rFonts w:ascii="Times New Roman" w:hAnsi="Times New Roman" w:eastAsia="宋体"/>
          <w:b w:val="0"/>
          <w:i w:val="0"/>
          <w:sz w:val="21"/>
        </w:rPr>
        <w:t>（A）(√(2))/3　　（B）1/2　　（C）2 - √(2)　　（D）1 - (√(2))/4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has side length 1. Points P, Q, R, and S each lie on a side of ABCD such that APQCRS is an equilateral convex hexagon with side length s. What is s?</w:t>
      </w:r>
    </w:p>
    <w:p>
      <w:pPr>
        <w:spacing w:before="0" w:after="160" w:line="300" w:lineRule="auto"/>
      </w:pPr>
      <w:r>
        <w:rPr>
          <w:rFonts w:ascii="Times New Roman" w:hAnsi="Times New Roman" w:eastAsia="宋体"/>
          <w:b w:val="0"/>
          <w:i w:val="0"/>
          <w:color w:val="333333"/>
          <w:sz w:val="19"/>
        </w:rPr>
        <w:t>(A) (√(2))/3　　(B) 1/2　　(C) 2 - √(2)　　(D) 1 - (√(2))/4　　(E) 2/3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当 a &lt; 0 时，下列表达式等于</w:t>
      </w:r>
    </w:p>
    <w:p>
      <w:pPr>
        <w:spacing w:before="0" w:after="80" w:line="300" w:lineRule="auto"/>
        <w:jc w:val="left"/>
      </w:pPr>
      <w:r>
        <w:rPr>
          <w:rFonts w:ascii="Times New Roman" w:hAnsi="Times New Roman" w:eastAsia="宋体"/>
          <w:b w:val="0"/>
          <w:i w:val="0"/>
          <w:sz w:val="21"/>
        </w:rPr>
        <w:t>|a-2-√((a-1)²)|</w:t>
      </w:r>
    </w:p>
    <w:p>
      <w:pPr>
        <w:spacing w:before="0" w:after="80" w:line="300" w:lineRule="auto"/>
        <w:jc w:val="left"/>
      </w:pPr>
      <w:r>
        <w:rPr>
          <w:rFonts w:ascii="Times New Roman" w:hAnsi="Times New Roman" w:eastAsia="宋体"/>
          <w:b w:val="0"/>
          <w:i w:val="0"/>
          <w:sz w:val="21"/>
        </w:rPr>
        <w:t>中的哪一个？</w:t>
      </w:r>
    </w:p>
    <w:p>
      <w:pPr>
        <w:spacing w:before="0" w:after="120" w:line="300" w:lineRule="auto"/>
      </w:pPr>
      <w:r>
        <w:rPr>
          <w:rFonts w:ascii="Times New Roman" w:hAnsi="Times New Roman" w:eastAsia="宋体"/>
          <w:b w:val="0"/>
          <w:i w:val="0"/>
          <w:sz w:val="21"/>
        </w:rPr>
        <w:t>（A）3 - 2a　　（B）1 - a　　（C）1　　（D）a + 1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expression is equal to</w:t>
      </w:r>
    </w:p>
    <w:p>
      <w:pPr>
        <w:spacing w:before="0" w:after="80" w:line="300" w:lineRule="auto"/>
        <w:jc w:val="left"/>
      </w:pPr>
      <w:r>
        <w:rPr>
          <w:rFonts w:ascii="Times New Roman" w:hAnsi="Times New Roman" w:eastAsia="宋体"/>
          <w:b w:val="0"/>
          <w:i w:val="0"/>
          <w:color w:val="333333"/>
          <w:sz w:val="19"/>
        </w:rPr>
        <w:t>|a-2-√((a-1)²)|</w:t>
      </w:r>
    </w:p>
    <w:p>
      <w:pPr>
        <w:spacing w:before="0" w:after="80" w:line="300" w:lineRule="auto"/>
        <w:jc w:val="left"/>
      </w:pPr>
      <w:r>
        <w:rPr>
          <w:rFonts w:ascii="Times New Roman" w:hAnsi="Times New Roman" w:eastAsia="宋体"/>
          <w:b w:val="0"/>
          <w:i w:val="0"/>
          <w:color w:val="333333"/>
          <w:sz w:val="19"/>
        </w:rPr>
        <w:t>for a &lt; 0?</w:t>
      </w:r>
    </w:p>
    <w:p>
      <w:pPr>
        <w:spacing w:before="0" w:after="160" w:line="300" w:lineRule="auto"/>
      </w:pPr>
      <w:r>
        <w:rPr>
          <w:rFonts w:ascii="Times New Roman" w:hAnsi="Times New Roman" w:eastAsia="宋体"/>
          <w:b w:val="0"/>
          <w:i w:val="0"/>
          <w:color w:val="333333"/>
          <w:sz w:val="19"/>
        </w:rPr>
        <w:t>(A) 3 - 2a　　(B) 1 - a　　(C) 1　　(D) a + 1　　(E) 3</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正整数 n 与 18 的最小公倍数为 180，且 n 与 45 的最大公因数为 15。求 n 的各位数字之和。</w:t>
      </w:r>
    </w:p>
    <w:p>
      <w:pPr>
        <w:spacing w:before="0" w:after="120" w:line="300" w:lineRule="auto"/>
      </w:pPr>
      <w:r>
        <w:rPr>
          <w:rFonts w:ascii="Times New Roman" w:hAnsi="Times New Roman" w:eastAsia="宋体"/>
          <w:b w:val="0"/>
          <w:i w:val="0"/>
          <w:sz w:val="21"/>
        </w:rPr>
        <w:t>（A）3　　（B）6　　（C）8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least common multiple of a positive integer n and 18 is 180, and the greatest common divisor of n and 45 is 15. What is the sum of the digits of n?</w:t>
      </w:r>
    </w:p>
    <w:p>
      <w:pPr>
        <w:spacing w:before="0" w:after="160" w:line="300" w:lineRule="auto"/>
      </w:pPr>
      <w:r>
        <w:rPr>
          <w:rFonts w:ascii="Times New Roman" w:hAnsi="Times New Roman" w:eastAsia="宋体"/>
          <w:b w:val="0"/>
          <w:i w:val="0"/>
          <w:color w:val="333333"/>
          <w:sz w:val="19"/>
        </w:rPr>
        <w:t>(A) 3　　(B) 6　　(C) 8　　(D) 9　　(E) 12</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一个数据集由 6 个不一定互异的正整数组成：1、7、5、2、5、X。这 6 个数的平均数等于数据集中的某个数。所有可能的 X 值之和是多少？</w:t>
      </w:r>
    </w:p>
    <w:p>
      <w:pPr>
        <w:spacing w:before="0" w:after="120" w:line="300" w:lineRule="auto"/>
      </w:pPr>
      <w:r>
        <w:rPr>
          <w:rFonts w:ascii="Times New Roman" w:hAnsi="Times New Roman" w:eastAsia="宋体"/>
          <w:b w:val="0"/>
          <w:i w:val="0"/>
          <w:sz w:val="21"/>
        </w:rPr>
        <w:t>（A）10　　（B）26　　（C）32　　（D）36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data set consists of 6 (not distinct) positive integers: 1, 7, 5, 2, 5, and X. The average (arithmetic mean) of the 6 numbers equals a value in the data set. What is the sum of all possible values of X?</w:t>
      </w:r>
    </w:p>
    <w:p>
      <w:pPr>
        <w:spacing w:before="0" w:after="160" w:line="300" w:lineRule="auto"/>
      </w:pPr>
      <w:r>
        <w:rPr>
          <w:rFonts w:ascii="Times New Roman" w:hAnsi="Times New Roman" w:eastAsia="宋体"/>
          <w:b w:val="0"/>
          <w:i w:val="0"/>
          <w:color w:val="333333"/>
          <w:sz w:val="19"/>
        </w:rPr>
        <w:t>(A) 10　　(B) 26　　(C) 32　　(D) 36　　(E) 40</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如图，一个长方形被分成 5 个区域。每个区域要涂成纯色，可选颜色为红、橙、黄、蓝、绿。相邻接的区域颜色必须不同，颜色可以重复使用。共有多少种不同涂色方法？</w:t>
      </w:r>
    </w:p>
    <w:p>
      <w:pPr>
        <w:spacing w:before="80" w:after="80"/>
        <w:jc w:val="center"/>
      </w:pPr>
      <w:r>
        <w:drawing>
          <wp:inline xmlns:a="http://schemas.openxmlformats.org/drawingml/2006/main" xmlns:pic="http://schemas.openxmlformats.org/drawingml/2006/picture">
            <wp:extent cx="1524656" cy="613672"/>
            <wp:docPr id="1" name="Picture 1"/>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524656" cy="613672"/>
                    </a:xfrm>
                    <a:prstGeom prst="rect"/>
                  </pic:spPr>
                </pic:pic>
              </a:graphicData>
            </a:graphic>
          </wp:inline>
        </w:drawing>
      </w:r>
    </w:p>
    <w:p>
      <w:pPr>
        <w:spacing w:before="0" w:after="120" w:line="300" w:lineRule="auto"/>
      </w:pPr>
      <w:r>
        <w:rPr>
          <w:rFonts w:ascii="Times New Roman" w:hAnsi="Times New Roman" w:eastAsia="宋体"/>
          <w:b w:val="0"/>
          <w:i w:val="0"/>
          <w:sz w:val="21"/>
        </w:rPr>
        <w:t>（A）120　　（B）270　　（C）360　　（D）540　　（E）720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is partitioned into 5 regions as shown. Each region is to be painted a solid color—red, orange, yellow, blue, or green—so that regions that touch are painted different colors, and colors can be used more than once. How many different colorings are possible?</w:t>
      </w:r>
    </w:p>
    <w:p>
      <w:pPr>
        <w:spacing w:before="80" w:after="80"/>
        <w:jc w:val="center"/>
      </w:pPr>
      <w:r>
        <w:drawing>
          <wp:inline xmlns:a="http://schemas.openxmlformats.org/drawingml/2006/main" xmlns:pic="http://schemas.openxmlformats.org/drawingml/2006/picture">
            <wp:extent cx="1524656" cy="613672"/>
            <wp:docPr id="2" name="Picture 2"/>
            <wp:cNvGraphicFramePr>
              <a:graphicFrameLocks noChangeAspect="1"/>
            </wp:cNvGraphicFramePr>
            <a:graphic>
              <a:graphicData uri="http://schemas.openxmlformats.org/drawingml/2006/picture">
                <pic:pic>
                  <pic:nvPicPr>
                    <pic:cNvPr id="0" name="q09-1@300dpi.png"/>
                    <pic:cNvPicPr/>
                  </pic:nvPicPr>
                  <pic:blipFill>
                    <a:blip r:embed="rId9"/>
                    <a:stretch>
                      <a:fillRect/>
                    </a:stretch>
                  </pic:blipFill>
                  <pic:spPr>
                    <a:xfrm>
                      <a:off x="0" y="0"/>
                      <a:ext cx="1524656"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120　　(B) 270　　(C) 360　　(D) 540　　(E) 720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Daniel 找到一张长方形索引卡片，量得其对角线为 8 厘米。然后他在卡片的两个相对角各剪去一个边长为 1 厘米的正方形，并量得这两个正方形最近的两个顶点之间的距离为 4 √(2) 厘米，如下图所示。原索引卡片的面积是多少？</w:t>
      </w:r>
    </w:p>
    <w:p>
      <w:pPr>
        <w:spacing w:before="80" w:after="80"/>
        <w:jc w:val="center"/>
      </w:pPr>
      <w:r>
        <w:drawing>
          <wp:inline xmlns:a="http://schemas.openxmlformats.org/drawingml/2006/main" xmlns:pic="http://schemas.openxmlformats.org/drawingml/2006/picture">
            <wp:extent cx="2131978" cy="1220995"/>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131978" cy="1220995"/>
                    </a:xfrm>
                    <a:prstGeom prst="rect"/>
                  </pic:spPr>
                </pic:pic>
              </a:graphicData>
            </a:graphic>
          </wp:inline>
        </w:drawing>
      </w:r>
    </w:p>
    <w:p>
      <w:pPr>
        <w:spacing w:before="0" w:after="120" w:line="300" w:lineRule="auto"/>
      </w:pPr>
      <w:r>
        <w:rPr>
          <w:rFonts w:ascii="Times New Roman" w:hAnsi="Times New Roman" w:eastAsia="宋体"/>
          <w:b w:val="0"/>
          <w:i w:val="0"/>
          <w:sz w:val="21"/>
        </w:rPr>
        <w:t>（A）14　　（B）10 √(2)　　（C）16　　（D）12 √(2)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Daniel finds a rectangular index card and measures its diagonal to be 8 centimeters. Daniel then cuts out equal squares of side 1 cm at two opposite corners of the index card and measures the distance between the two closest vertices of these squares to be 4 √(2) centimeters, as shown below. What is the area of the original index card?</w:t>
      </w:r>
    </w:p>
    <w:p>
      <w:pPr>
        <w:spacing w:before="80" w:after="80"/>
        <w:jc w:val="center"/>
      </w:pPr>
      <w:r>
        <w:drawing>
          <wp:inline xmlns:a="http://schemas.openxmlformats.org/drawingml/2006/main" xmlns:pic="http://schemas.openxmlformats.org/drawingml/2006/picture">
            <wp:extent cx="2131978" cy="1220995"/>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131978"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14　　(B) 10 √(2)　　(C) 16　　(D) 12 √(2)　　(E) 18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Ted 错把</w:t>
      </w:r>
    </w:p>
    <w:p>
      <w:pPr>
        <w:spacing w:before="0" w:after="80" w:line="300" w:lineRule="auto"/>
        <w:jc w:val="left"/>
      </w:pPr>
      <w:r>
        <w:rPr>
          <w:rFonts w:ascii="Times New Roman" w:hAnsi="Times New Roman" w:eastAsia="宋体"/>
          <w:b w:val="0"/>
          <w:i w:val="0"/>
          <w:sz w:val="21"/>
        </w:rPr>
        <w:t>2ᵐ·√(1/4096)</w:t>
      </w:r>
    </w:p>
    <w:p>
      <w:pPr>
        <w:spacing w:before="0" w:after="80" w:line="300" w:lineRule="auto"/>
        <w:jc w:val="left"/>
      </w:pPr>
      <w:r>
        <w:rPr>
          <w:rFonts w:ascii="Times New Roman" w:hAnsi="Times New Roman" w:eastAsia="宋体"/>
          <w:b w:val="0"/>
          <w:i w:val="0"/>
          <w:sz w:val="21"/>
        </w:rPr>
        <w:t>写成了</w:t>
      </w:r>
    </w:p>
    <w:p>
      <w:pPr>
        <w:spacing w:before="0" w:after="80" w:line="300" w:lineRule="auto"/>
        <w:jc w:val="left"/>
      </w:pPr>
      <w:r>
        <w:rPr>
          <w:rFonts w:ascii="Times New Roman" w:hAnsi="Times New Roman" w:eastAsia="宋体"/>
          <w:b w:val="0"/>
          <w:i w:val="0"/>
          <w:sz w:val="21"/>
        </w:rPr>
        <w:t>2·ᵐ√(1/4096)。</w:t>
      </w:r>
    </w:p>
    <w:p>
      <w:pPr>
        <w:spacing w:before="0" w:after="80" w:line="300" w:lineRule="auto"/>
        <w:jc w:val="left"/>
      </w:pPr>
      <w:r>
        <w:rPr>
          <w:rFonts w:ascii="Times New Roman" w:hAnsi="Times New Roman" w:eastAsia="宋体"/>
          <w:b w:val="0"/>
          <w:i w:val="0"/>
          <w:sz w:val="21"/>
        </w:rPr>
        <w:t>求使这两个表达式值相等的所有实数 m 之和。</w:t>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Ted mistakenly wrote</w:t>
      </w:r>
    </w:p>
    <w:p>
      <w:pPr>
        <w:spacing w:before="0" w:after="80" w:line="300" w:lineRule="auto"/>
        <w:jc w:val="left"/>
      </w:pPr>
      <w:r>
        <w:rPr>
          <w:rFonts w:ascii="Times New Roman" w:hAnsi="Times New Roman" w:eastAsia="宋体"/>
          <w:b w:val="0"/>
          <w:i w:val="0"/>
          <w:color w:val="333333"/>
          <w:sz w:val="19"/>
        </w:rPr>
        <w:t>2ᵐ·√(1/4096)</w:t>
      </w:r>
    </w:p>
    <w:p>
      <w:pPr>
        <w:spacing w:before="0" w:after="80" w:line="300" w:lineRule="auto"/>
        <w:jc w:val="left"/>
      </w:pPr>
      <w:r>
        <w:rPr>
          <w:rFonts w:ascii="Times New Roman" w:hAnsi="Times New Roman" w:eastAsia="宋体"/>
          <w:b w:val="0"/>
          <w:i w:val="0"/>
          <w:color w:val="333333"/>
          <w:sz w:val="19"/>
        </w:rPr>
        <w:t>as</w:t>
      </w:r>
    </w:p>
    <w:p>
      <w:pPr>
        <w:spacing w:before="0" w:after="80" w:line="300" w:lineRule="auto"/>
        <w:jc w:val="left"/>
      </w:pPr>
      <w:r>
        <w:rPr>
          <w:rFonts w:ascii="Times New Roman" w:hAnsi="Times New Roman" w:eastAsia="宋体"/>
          <w:b w:val="0"/>
          <w:i w:val="0"/>
          <w:color w:val="333333"/>
          <w:sz w:val="19"/>
        </w:rPr>
        <w:t>2·ᵐ√(1/4096).</w:t>
      </w:r>
    </w:p>
    <w:p>
      <w:pPr>
        <w:spacing w:before="0" w:after="80" w:line="300" w:lineRule="auto"/>
        <w:jc w:val="left"/>
      </w:pPr>
      <w:r>
        <w:rPr>
          <w:rFonts w:ascii="Times New Roman" w:hAnsi="Times New Roman" w:eastAsia="宋体"/>
          <w:b w:val="0"/>
          <w:i w:val="0"/>
          <w:color w:val="333333"/>
          <w:sz w:val="19"/>
        </w:rPr>
        <w:t>What is the sum of all real numbers m for which these two expressions have the same value?</w:t>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万圣节时，31 个孩子走进校长办公室要糖果。他们可分为三类：有些总是说谎，有些总是说真话，还有些真话和谎话交替说。交替者可以任意选择第一次回答是真话还是谎话，但之后每次回答的真假都与前一次相反。校长按顺序问每个人同样的三个问题。</w:t>
      </w:r>
    </w:p>
    <w:p>
      <w:pPr>
        <w:spacing w:before="0" w:after="80" w:line="300" w:lineRule="auto"/>
        <w:jc w:val="left"/>
      </w:pPr>
      <w:r>
        <w:rPr>
          <w:rFonts w:ascii="Times New Roman" w:hAnsi="Times New Roman" w:eastAsia="宋体"/>
          <w:b w:val="0"/>
          <w:i w:val="0"/>
          <w:sz w:val="21"/>
        </w:rPr>
        <w:t>“你是说真话者吗？”校长给每个回答“是”的孩子一颗糖，共有 22 人回答“是”。</w:t>
      </w:r>
    </w:p>
    <w:p>
      <w:pPr>
        <w:spacing w:before="0" w:after="80" w:line="300" w:lineRule="auto"/>
        <w:jc w:val="left"/>
      </w:pPr>
      <w:r>
        <w:rPr>
          <w:rFonts w:ascii="Times New Roman" w:hAnsi="Times New Roman" w:eastAsia="宋体"/>
          <w:b w:val="0"/>
          <w:i w:val="0"/>
          <w:sz w:val="21"/>
        </w:rPr>
        <w:t>“你是交替者吗？”校长给每个回答“是”的孩子一颗糖，共有 15 人回答“是”。</w:t>
      </w:r>
    </w:p>
    <w:p>
      <w:pPr>
        <w:spacing w:before="0" w:after="80" w:line="300" w:lineRule="auto"/>
        <w:jc w:val="left"/>
      </w:pPr>
      <w:r>
        <w:rPr>
          <w:rFonts w:ascii="Times New Roman" w:hAnsi="Times New Roman" w:eastAsia="宋体"/>
          <w:b w:val="0"/>
          <w:i w:val="0"/>
          <w:sz w:val="21"/>
        </w:rPr>
        <w:t>“你是说谎者吗？”校长给每个回答“是”的孩子一颗糖，共有 9 人回答“是”。</w:t>
      </w:r>
    </w:p>
    <w:p>
      <w:pPr>
        <w:spacing w:before="0" w:after="80" w:line="300" w:lineRule="auto"/>
        <w:jc w:val="left"/>
      </w:pPr>
      <w:r>
        <w:rPr>
          <w:rFonts w:ascii="Times New Roman" w:hAnsi="Times New Roman" w:eastAsia="宋体"/>
          <w:b w:val="0"/>
          <w:i w:val="0"/>
          <w:sz w:val="21"/>
        </w:rPr>
        <w:t>校长总共给那些总是说真话的孩子多少颗糖？</w:t>
      </w:r>
    </w:p>
    <w:p>
      <w:pPr>
        <w:spacing w:before="0" w:after="120" w:line="300" w:lineRule="auto"/>
      </w:pPr>
      <w:r>
        <w:rPr>
          <w:rFonts w:ascii="Times New Roman" w:hAnsi="Times New Roman" w:eastAsia="宋体"/>
          <w:b w:val="0"/>
          <w:i w:val="0"/>
          <w:sz w:val="21"/>
        </w:rPr>
        <w:t>（A）7　　（B）12　　（C）21　　（D）27　　（E）31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 Halloween 31 children walked into the principal’s office asking for candy. They can be classified into three types: Some always lie; some always tell the truth; and some alternately lie and tell the truth. The alternaters arbitrarily choose their first response, either a lie or the truth, but each subsequent statement has the opposite truth value from its predecessor. The principal asked everyone the same three questions in this order.</w:t>
      </w:r>
    </w:p>
    <w:p>
      <w:pPr>
        <w:spacing w:before="0" w:after="80" w:line="300" w:lineRule="auto"/>
        <w:jc w:val="left"/>
      </w:pPr>
      <w:r>
        <w:rPr>
          <w:rFonts w:ascii="Times New Roman" w:hAnsi="Times New Roman" w:eastAsia="宋体"/>
          <w:b w:val="0"/>
          <w:i w:val="0"/>
          <w:color w:val="333333"/>
          <w:sz w:val="19"/>
        </w:rPr>
        <w:t>“Are you a truth-teller?” The principal gave a piece of candy to each of the 22 children who answered yes.</w:t>
      </w:r>
    </w:p>
    <w:p>
      <w:pPr>
        <w:spacing w:before="0" w:after="80" w:line="300" w:lineRule="auto"/>
        <w:jc w:val="left"/>
      </w:pPr>
      <w:r>
        <w:rPr>
          <w:rFonts w:ascii="Times New Roman" w:hAnsi="Times New Roman" w:eastAsia="宋体"/>
          <w:b w:val="0"/>
          <w:i w:val="0"/>
          <w:color w:val="333333"/>
          <w:sz w:val="19"/>
        </w:rPr>
        <w:t>“Are you an alternater?” The principal gave a piece of candy to each of the 15 children who answered yes.</w:t>
      </w:r>
    </w:p>
    <w:p>
      <w:pPr>
        <w:spacing w:before="0" w:after="80" w:line="300" w:lineRule="auto"/>
        <w:jc w:val="left"/>
      </w:pPr>
      <w:r>
        <w:rPr>
          <w:rFonts w:ascii="Times New Roman" w:hAnsi="Times New Roman" w:eastAsia="宋体"/>
          <w:b w:val="0"/>
          <w:i w:val="0"/>
          <w:color w:val="333333"/>
          <w:sz w:val="19"/>
        </w:rPr>
        <w:t>“Are you a liar?” The principal gave a piece of candy to each of the 9 children who answered yes.</w:t>
      </w:r>
    </w:p>
    <w:p>
      <w:pPr>
        <w:spacing w:before="0" w:after="80" w:line="300" w:lineRule="auto"/>
        <w:jc w:val="left"/>
      </w:pPr>
      <w:r>
        <w:rPr>
          <w:rFonts w:ascii="Times New Roman" w:hAnsi="Times New Roman" w:eastAsia="宋体"/>
          <w:b w:val="0"/>
          <w:i w:val="0"/>
          <w:color w:val="333333"/>
          <w:sz w:val="19"/>
        </w:rPr>
        <w:t>How many pieces of candy in all did the principal give to the children who always tell the truth?</w:t>
      </w:r>
    </w:p>
    <w:p>
      <w:pPr>
        <w:spacing w:before="0" w:after="160" w:line="300" w:lineRule="auto"/>
      </w:pPr>
      <w:r>
        <w:rPr>
          <w:rFonts w:ascii="Times New Roman" w:hAnsi="Times New Roman" w:eastAsia="宋体"/>
          <w:b w:val="0"/>
          <w:i w:val="0"/>
          <w:color w:val="333333"/>
          <w:sz w:val="19"/>
        </w:rPr>
        <w:t>(A) 7　　(B) 12　　(C) 21　　(D) 27　　(E) 31</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设 △ ABC 是不等边三角形。点 P 在 BC 上，且 AP 平分 ∠ BAC。过 B 作垂直于 AP 的直线，与过 A 且平行于 BC 的直线交于点 D。若 BP = 2 且 PC = 3，求 AD。</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ABC be a scalene triangle. Point P lies on BC so that AP bisects ∠ BAC. The line through B perpendicular to AP intersects the line through A parallel to BC at point D. Suppose BP = 2 and PC = 3. What is AD?</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有多少种方法可以把整数 1 到 14 分成 7 对，使得每一对中较大的数至少是较小的数的 2 倍？</w:t>
      </w:r>
    </w:p>
    <w:p>
      <w:pPr>
        <w:spacing w:before="0" w:after="120" w:line="300" w:lineRule="auto"/>
      </w:pPr>
      <w:r>
        <w:rPr>
          <w:rFonts w:ascii="Times New Roman" w:hAnsi="Times New Roman" w:eastAsia="宋体"/>
          <w:b w:val="0"/>
          <w:i w:val="0"/>
          <w:sz w:val="21"/>
        </w:rPr>
        <w:t>（A）108　　（B）120　　（C）126　　（D）132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ways are there to split the integers 1 through 14 into 7 pairs such that in each pair, the greater number is at least 2 times the lesser number?</w:t>
      </w:r>
    </w:p>
    <w:p>
      <w:pPr>
        <w:spacing w:before="0" w:after="160" w:line="300" w:lineRule="auto"/>
      </w:pPr>
      <w:r>
        <w:rPr>
          <w:rFonts w:ascii="Times New Roman" w:hAnsi="Times New Roman" w:eastAsia="宋体"/>
          <w:b w:val="0"/>
          <w:i w:val="0"/>
          <w:color w:val="333333"/>
          <w:sz w:val="19"/>
        </w:rPr>
        <w:t>(A) 108　　(B) 120　　(C) 126　　(D) 132　　(E) 144</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四边形 ABCD 内接于圆，边长分别为 AB = 7，BC = 24，CD = 20，DA = 15。圆内部但四边形外部的面积可写成 (a π - b)/c，其中 a，b 和 c 为正整数，且 a 与 c 没有公共质因数。求 a + b + c。</w:t>
      </w:r>
    </w:p>
    <w:p>
      <w:pPr>
        <w:spacing w:before="0" w:after="120" w:line="300" w:lineRule="auto"/>
      </w:pPr>
      <w:r>
        <w:rPr>
          <w:rFonts w:ascii="Times New Roman" w:hAnsi="Times New Roman" w:eastAsia="宋体"/>
          <w:b w:val="0"/>
          <w:i w:val="0"/>
          <w:sz w:val="21"/>
        </w:rPr>
        <w:t>（A）260　　（B）855　　（C）1235　　（D）1565　　（E）1997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ABCD with side lengths AB = 7, BC = 24, CD = 20, DA = 15 is inscribed in a circle. The area interior to the circle but exterior to the quadrilateral can be written in the form (a π - b)/c, where a, b, and c are positive integers such that a and c have no common prime factor. What is a + b + c?</w:t>
      </w:r>
    </w:p>
    <w:p>
      <w:pPr>
        <w:spacing w:before="0" w:after="160" w:line="300" w:lineRule="auto"/>
      </w:pPr>
      <w:r>
        <w:rPr>
          <w:rFonts w:ascii="Times New Roman" w:hAnsi="Times New Roman" w:eastAsia="宋体"/>
          <w:b w:val="0"/>
          <w:i w:val="0"/>
          <w:color w:val="333333"/>
          <w:sz w:val="19"/>
        </w:rPr>
        <w:t>(A) 260　　(B) 855　　(C) 1235　　(D) 1565　　(E) 1997</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多项式 10x³ - 39x² + 29x - 6 的三个根分别是一个长方体的高、长、宽。将原长方体的每条棱都增加 2 个单位，形成一个新的长方体。新长方体的体积是多少？</w:t>
      </w:r>
    </w:p>
    <w:p>
      <w:pPr>
        <w:spacing w:before="0" w:after="120" w:line="300" w:lineRule="auto"/>
      </w:pPr>
      <w:r>
        <w:rPr>
          <w:rFonts w:ascii="Times New Roman" w:hAnsi="Times New Roman" w:eastAsia="宋体"/>
          <w:b w:val="0"/>
          <w:i w:val="0"/>
          <w:sz w:val="21"/>
        </w:rPr>
        <w:t>（A）24/5　　（B）42/5　　（C）81/5　　（D）30　　（E）48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the polynomial 10x³ - 39x² + 29x - 6 are the height, length, and width of a rectangular box (right rectangular prism). A new rectangular box is formed by lengthening each edge of the original box by 2 units. What is the volume of the new box?</w:t>
      </w:r>
    </w:p>
    <w:p>
      <w:pPr>
        <w:spacing w:before="0" w:after="160" w:line="300" w:lineRule="auto"/>
      </w:pPr>
      <w:r>
        <w:rPr>
          <w:rFonts w:ascii="Times New Roman" w:hAnsi="Times New Roman" w:eastAsia="宋体"/>
          <w:b w:val="0"/>
          <w:i w:val="0"/>
          <w:color w:val="333333"/>
          <w:sz w:val="19"/>
        </w:rPr>
        <w:t>(A) 24/5　　(B) 42/5　　(C) 81/5　　(D) 30　　(E) 48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有多少个三位正整数 a b c，其非零数字 a、b、c 满足</w:t>
      </w:r>
    </w:p>
    <w:p>
      <w:pPr>
        <w:spacing w:before="0" w:after="80" w:line="300" w:lineRule="auto"/>
        <w:jc w:val="left"/>
      </w:pPr>
      <w:r>
        <w:rPr>
          <w:rFonts w:ascii="Times New Roman" w:hAnsi="Times New Roman" w:eastAsia="宋体"/>
          <w:b w:val="0"/>
          <w:i w:val="0"/>
          <w:sz w:val="21"/>
        </w:rPr>
        <w:t>0.a b c = 1/3 (0.a + 0.b + 0.c)？</w:t>
      </w:r>
    </w:p>
    <w:p>
      <w:pPr>
        <w:spacing w:before="0" w:after="80" w:line="300" w:lineRule="auto"/>
        <w:jc w:val="left"/>
      </w:pPr>
      <w:r>
        <w:rPr>
          <w:rFonts w:ascii="Times New Roman" w:hAnsi="Times New Roman" w:eastAsia="宋体"/>
          <w:b w:val="0"/>
          <w:i w:val="0"/>
          <w:sz w:val="21"/>
        </w:rPr>
        <w:t>（横线表示数字循环，因此 0.a b c 表示无限循环小数 0.a b c a b c ⋯）</w:t>
      </w:r>
    </w:p>
    <w:p>
      <w:pPr>
        <w:spacing w:before="0" w:after="120" w:line="300" w:lineRule="auto"/>
      </w:pPr>
      <w:r>
        <w:rPr>
          <w:rFonts w:ascii="Times New Roman" w:hAnsi="Times New Roman" w:eastAsia="宋体"/>
          <w:b w:val="0"/>
          <w:i w:val="0"/>
          <w:sz w:val="21"/>
        </w:rPr>
        <w:t>（A）9　　（B）10　　（C）11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three-digit positive integers a b c are there whose nonzero digits a, b, and c satisfy</w:t>
      </w:r>
    </w:p>
    <w:p>
      <w:pPr>
        <w:spacing w:before="0" w:after="80" w:line="300" w:lineRule="auto"/>
        <w:jc w:val="left"/>
      </w:pPr>
      <w:r>
        <w:rPr>
          <w:rFonts w:ascii="Times New Roman" w:hAnsi="Times New Roman" w:eastAsia="宋体"/>
          <w:b w:val="0"/>
          <w:i w:val="0"/>
          <w:color w:val="333333"/>
          <w:sz w:val="19"/>
        </w:rPr>
        <w:t>0.a b c = 1/3 (0.a + 0.b + 0.c)?</w:t>
      </w:r>
    </w:p>
    <w:p>
      <w:pPr>
        <w:spacing w:before="0" w:after="80" w:line="300" w:lineRule="auto"/>
        <w:jc w:val="left"/>
      </w:pPr>
      <w:r>
        <w:rPr>
          <w:rFonts w:ascii="Times New Roman" w:hAnsi="Times New Roman" w:eastAsia="宋体"/>
          <w:b w:val="0"/>
          <w:i w:val="0"/>
          <w:color w:val="333333"/>
          <w:sz w:val="19"/>
        </w:rPr>
        <w:t>(The bar indicates digit repetition, thus 0.a b c is the infinite repeating decimal 0.a b c a b c ⋯)</w:t>
      </w:r>
    </w:p>
    <w:p>
      <w:pPr>
        <w:spacing w:before="0" w:after="160" w:line="300" w:lineRule="auto"/>
      </w:pPr>
      <w:r>
        <w:rPr>
          <w:rFonts w:ascii="Times New Roman" w:hAnsi="Times New Roman" w:eastAsia="宋体"/>
          <w:b w:val="0"/>
          <w:i w:val="0"/>
          <w:color w:val="333333"/>
          <w:sz w:val="19"/>
        </w:rPr>
        <w:t>(A) 9　　(B) 10　　(C) 11　　(D) 13　　(E) 14</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Tₖ 是平面坐标变换：先将平面绕原点逆时针旋转 k 度，再关于 y 轴反射。求最小的正整数 n，使得依次执行变换 T₁，T₂，T₃，⋯，Tₙ 后，点 (1,0) 回到自身。</w:t>
      </w:r>
    </w:p>
    <w:p>
      <w:pPr>
        <w:spacing w:before="0" w:after="120" w:line="300" w:lineRule="auto"/>
      </w:pPr>
      <w:r>
        <w:rPr>
          <w:rFonts w:ascii="Times New Roman" w:hAnsi="Times New Roman" w:eastAsia="宋体"/>
          <w:b w:val="0"/>
          <w:i w:val="0"/>
          <w:sz w:val="21"/>
        </w:rPr>
        <w:t>（A）359　　（B）360　　（C）719　　（D）720　　（E）721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Tₖ be the transformation of the coordinate plane that first rotates the plane k degrees counterclockwise around the origin and then reflects the plane across the y-axis. What is the least positive integer n such that performing the sequence of transformations T₁, T₂, T₃, ⋯, Tₙ returns the point (1,0) back to itself?</w:t>
      </w:r>
    </w:p>
    <w:p>
      <w:pPr>
        <w:spacing w:before="0" w:after="160" w:line="300" w:lineRule="auto"/>
      </w:pPr>
      <w:r>
        <w:rPr>
          <w:rFonts w:ascii="Times New Roman" w:hAnsi="Times New Roman" w:eastAsia="宋体"/>
          <w:b w:val="0"/>
          <w:i w:val="0"/>
          <w:color w:val="333333"/>
          <w:sz w:val="19"/>
        </w:rPr>
        <w:t>(A) 359　　(B) 360　　(C) 719　　(D) 720　　(E) 721</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Lₙ 表示 1、2、3、…、n 这些数的最小公倍数，并设 h 为唯一的正整数，使得</w:t>
      </w:r>
    </w:p>
    <w:p>
      <w:pPr>
        <w:spacing w:before="0" w:after="80" w:line="300" w:lineRule="auto"/>
        <w:jc w:val="left"/>
      </w:pPr>
      <w:r>
        <w:rPr>
          <w:rFonts w:ascii="Times New Roman" w:hAnsi="Times New Roman" w:eastAsia="宋体"/>
          <w:b w:val="0"/>
          <w:i w:val="0"/>
          <w:sz w:val="21"/>
        </w:rPr>
        <w:t>1/1 + 1/2 + 1/3 + ⋯ + 1/17 = h/L₁₇</w:t>
      </w:r>
    </w:p>
    <w:p>
      <w:pPr>
        <w:spacing w:before="0" w:after="80" w:line="300" w:lineRule="auto"/>
        <w:jc w:val="left"/>
      </w:pPr>
      <w:r>
        <w:rPr>
          <w:rFonts w:ascii="Times New Roman" w:hAnsi="Times New Roman" w:eastAsia="宋体"/>
          <w:b w:val="0"/>
          <w:i w:val="0"/>
          <w:sz w:val="21"/>
        </w:rPr>
        <w:t>求 h 除以 17 的余数。</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Lₙ denote the least common multiple of the numbers 1, 2, 3, …, n, and let h be the unique positive integer such that</w:t>
      </w:r>
    </w:p>
    <w:p>
      <w:pPr>
        <w:spacing w:before="0" w:after="80" w:line="300" w:lineRule="auto"/>
        <w:jc w:val="left"/>
      </w:pPr>
      <w:r>
        <w:rPr>
          <w:rFonts w:ascii="Times New Roman" w:hAnsi="Times New Roman" w:eastAsia="宋体"/>
          <w:b w:val="0"/>
          <w:i w:val="0"/>
          <w:color w:val="333333"/>
          <w:sz w:val="19"/>
        </w:rPr>
        <w:t>1/1 + 1/2 + 1/3 + ⋯ + 1/17 = h/L₁₇</w:t>
      </w:r>
    </w:p>
    <w:p>
      <w:pPr>
        <w:spacing w:before="0" w:after="80" w:line="300" w:lineRule="auto"/>
        <w:jc w:val="left"/>
      </w:pPr>
      <w:r>
        <w:rPr>
          <w:rFonts w:ascii="Times New Roman" w:hAnsi="Times New Roman" w:eastAsia="宋体"/>
          <w:b w:val="0"/>
          <w:i w:val="0"/>
          <w:color w:val="333333"/>
          <w:sz w:val="19"/>
        </w:rPr>
        <w:t>What is the remainder when h is divided by 17?</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一个四项数列由一个正整数四项等差数列与一个正整数四项等比数列对应项相加得到。所得四项数列的前三项为 57、60、91。这个数列的第四项是多少？</w:t>
      </w:r>
    </w:p>
    <w:p>
      <w:pPr>
        <w:spacing w:before="0" w:after="120" w:line="300" w:lineRule="auto"/>
      </w:pPr>
      <w:r>
        <w:rPr>
          <w:rFonts w:ascii="Times New Roman" w:hAnsi="Times New Roman" w:eastAsia="宋体"/>
          <w:b w:val="0"/>
          <w:i w:val="0"/>
          <w:sz w:val="21"/>
        </w:rPr>
        <w:t>（A）190　　（B）194　　（C）198　　（D）202　　（E）206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four-term sequence is formed by adding each term of a four-term arithmetic sequence of positive integers to the corresponding term of a four-term geometric sequence of positive integers. The first three terms of the resulting four-term sequence are 57, 60, and 91. What is the fourth term of this sequence?</w:t>
      </w:r>
    </w:p>
    <w:p>
      <w:pPr>
        <w:spacing w:before="0" w:after="160" w:line="300" w:lineRule="auto"/>
      </w:pPr>
      <w:r>
        <w:rPr>
          <w:rFonts w:ascii="Times New Roman" w:hAnsi="Times New Roman" w:eastAsia="宋体"/>
          <w:b w:val="0"/>
          <w:i w:val="0"/>
          <w:color w:val="333333"/>
          <w:sz w:val="19"/>
        </w:rPr>
        <w:t>(A) 190　　(B) 194　　(C) 198　　(D) 202　　(E) 206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一个碗由四个边长为 1 的正六边形连接到一个边长为 1 的正方形上形成。相邻六边形的边重合，如图所示。连接这四个六边形顶部边缘上的八个顶点得到一个八边形。求这个八边形的面积。</w:t>
      </w:r>
    </w:p>
    <w:p>
      <w:pPr>
        <w:spacing w:before="80" w:after="80"/>
        <w:jc w:val="center"/>
      </w:pPr>
      <w:r>
        <w:drawing>
          <wp:inline xmlns:a="http://schemas.openxmlformats.org/drawingml/2006/main" xmlns:pic="http://schemas.openxmlformats.org/drawingml/2006/picture">
            <wp:extent cx="960129" cy="597625"/>
            <wp:docPr id="5" name="Picture 5"/>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960129" cy="597625"/>
                    </a:xfrm>
                    <a:prstGeom prst="rect"/>
                  </pic:spPr>
                </pic:pic>
              </a:graphicData>
            </a:graphic>
          </wp:inline>
        </w:drawing>
      </w:r>
    </w:p>
    <w:p>
      <w:pPr>
        <w:spacing w:before="0" w:after="120" w:line="300" w:lineRule="auto"/>
      </w:pPr>
      <w:r>
        <w:rPr>
          <w:rFonts w:ascii="Times New Roman" w:hAnsi="Times New Roman" w:eastAsia="宋体"/>
          <w:b w:val="0"/>
          <w:i w:val="0"/>
          <w:sz w:val="21"/>
        </w:rPr>
        <w:t>（A）6　　（B）7　　（C）5 + 2 √(2)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bowl is formed by attaching four regular hexagons of side 1 to a square of side 1. The edges of the adjacent hexagons coincide, as shown in the figure. What is the area of the octagon obtained by joining the top eight vertices of the four hexagons, situated on the rim of the bowl?</w:t>
      </w:r>
    </w:p>
    <w:p>
      <w:pPr>
        <w:spacing w:before="80" w:after="80"/>
        <w:jc w:val="center"/>
      </w:pPr>
      <w:r>
        <w:drawing>
          <wp:inline xmlns:a="http://schemas.openxmlformats.org/drawingml/2006/main" xmlns:pic="http://schemas.openxmlformats.org/drawingml/2006/picture">
            <wp:extent cx="960129" cy="597625"/>
            <wp:docPr id="6" name="Picture 6"/>
            <wp:cNvGraphicFramePr>
              <a:graphicFrameLocks noChangeAspect="1"/>
            </wp:cNvGraphicFramePr>
            <a:graphic>
              <a:graphicData uri="http://schemas.openxmlformats.org/drawingml/2006/picture">
                <pic:pic>
                  <pic:nvPicPr>
                    <pic:cNvPr id="0" name="q21-1@300dpi.png"/>
                    <pic:cNvPicPr/>
                  </pic:nvPicPr>
                  <pic:blipFill>
                    <a:blip r:embed="rId11"/>
                    <a:stretch>
                      <a:fillRect/>
                    </a:stretch>
                  </pic:blipFill>
                  <pic:spPr>
                    <a:xfrm>
                      <a:off x="0" y="0"/>
                      <a:ext cx="960129" cy="59762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6　　(B) 7　　(C) 5 + 2 √(2)　　(D) 8　　(E) 9</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有 13 张编号为 1，2，3，⋯，13 的卡片排成一行。任务是按数字从小到大的顺序拿起这些卡片，并且反复从左到右扫描。在下面例子中，第一次扫描拿起 1，2，3，第二次拿起 4、5，第三次拿起 6，第四次拿起 7，8，9，10，第五次拿起 11，12，13。在所有 13! 种排列中，有多少种排列会使 13 张卡片恰好用两次扫描拿完？</w:t>
      </w:r>
    </w:p>
    <w:p>
      <w:pPr>
        <w:spacing w:before="80" w:after="80"/>
        <w:jc w:val="center"/>
      </w:pPr>
      <w:r>
        <w:drawing>
          <wp:inline xmlns:a="http://schemas.openxmlformats.org/drawingml/2006/main" xmlns:pic="http://schemas.openxmlformats.org/drawingml/2006/picture">
            <wp:extent cx="3556857" cy="288000"/>
            <wp:docPr id="7" name="Picture 7"/>
            <wp:cNvGraphicFramePr>
              <a:graphicFrameLocks noChangeAspect="1"/>
            </wp:cNvGraphicFramePr>
            <a:graphic>
              <a:graphicData uri="http://schemas.openxmlformats.org/drawingml/2006/picture">
                <pic:pic>
                  <pic:nvPicPr>
                    <pic:cNvPr id="0" name="q22-1@369dpi.png"/>
                    <pic:cNvPicPr/>
                  </pic:nvPicPr>
                  <pic:blipFill>
                    <a:blip r:embed="rId12"/>
                    <a:stretch>
                      <a:fillRect/>
                    </a:stretch>
                  </pic:blipFill>
                  <pic:spPr>
                    <a:xfrm>
                      <a:off x="0" y="0"/>
                      <a:ext cx="3556857" cy="288000"/>
                    </a:xfrm>
                    <a:prstGeom prst="rect"/>
                  </pic:spPr>
                </pic:pic>
              </a:graphicData>
            </a:graphic>
          </wp:inline>
        </w:drawing>
      </w:r>
    </w:p>
    <w:p>
      <w:pPr>
        <w:spacing w:before="0" w:after="120" w:line="300" w:lineRule="auto"/>
      </w:pPr>
      <w:r>
        <w:rPr>
          <w:rFonts w:ascii="Times New Roman" w:hAnsi="Times New Roman" w:eastAsia="宋体"/>
          <w:b w:val="0"/>
          <w:i w:val="0"/>
          <w:sz w:val="21"/>
        </w:rPr>
        <w:t>（A）4082　　（B）4095　　（C）4096　　（D）8178　　（E）8191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that 13 cards numbered 1, 2, 3, ⋯, 13 are arranged in a row. The task is to pick them up in numerically increasing order, working repeatedly from left to right. In the example below, cards 1, 2, 3 are picked up on the first pass, 4 and 5 on the second pass, 6 on the third pass, 7, 8, 9, 10 on the fourth pass, and 11, 12, 13 on the fifth pass. For how many of the 13! possible orderings of the cards will the 13 cards be picked up in exactly two passes?</w:t>
      </w:r>
    </w:p>
    <w:p>
      <w:pPr>
        <w:spacing w:before="80" w:after="80"/>
        <w:jc w:val="center"/>
      </w:pPr>
      <w:r>
        <w:drawing>
          <wp:inline xmlns:a="http://schemas.openxmlformats.org/drawingml/2006/main" xmlns:pic="http://schemas.openxmlformats.org/drawingml/2006/picture">
            <wp:extent cx="3556857" cy="288000"/>
            <wp:docPr id="8" name="Picture 8"/>
            <wp:cNvGraphicFramePr>
              <a:graphicFrameLocks noChangeAspect="1"/>
            </wp:cNvGraphicFramePr>
            <a:graphic>
              <a:graphicData uri="http://schemas.openxmlformats.org/drawingml/2006/picture">
                <pic:pic>
                  <pic:nvPicPr>
                    <pic:cNvPr id="0" name="q22-1@369dpi.png"/>
                    <pic:cNvPicPr/>
                  </pic:nvPicPr>
                  <pic:blipFill>
                    <a:blip r:embed="rId12"/>
                    <a:stretch>
                      <a:fillRect/>
                    </a:stretch>
                  </pic:blipFill>
                  <pic:spPr>
                    <a:xfrm>
                      <a:off x="0" y="0"/>
                      <a:ext cx="3556857" cy="288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4082　　(B) 4095　　(C) 4096　　(D) 8178　　(E) 8191</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等腰梯形 ABCD 的平行边为 AD 与 BC，其中 BC &lt; AD，且 AB = CD。平面上有一点 P，使得 PA=1，PB=2，PC=3、PD=4。求 BC/AD。</w:t>
      </w:r>
    </w:p>
    <w:p>
      <w:pPr>
        <w:spacing w:before="0" w:after="120" w:line="300" w:lineRule="auto"/>
      </w:pPr>
      <w:r>
        <w:rPr>
          <w:rFonts w:ascii="Times New Roman" w:hAnsi="Times New Roman" w:eastAsia="宋体"/>
          <w:b w:val="0"/>
          <w:i w:val="0"/>
          <w:sz w:val="21"/>
        </w:rPr>
        <w:t>（A）1/4　　（B）1/3　　（C）1/2　　（D）2/3　　（E）3/4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Isosceles trapezoid ABCD has parallel sides AD and BC, with BC &lt; AD and AB = CD. There is a point P in the plane such that PA=1, PB=2, PC=3, and PD=4. What is BC/AD?</w:t>
      </w:r>
    </w:p>
    <w:p>
      <w:pPr>
        <w:spacing w:before="0" w:after="160" w:line="300" w:lineRule="auto"/>
      </w:pPr>
      <w:r>
        <w:rPr>
          <w:rFonts w:ascii="Times New Roman" w:hAnsi="Times New Roman" w:eastAsia="宋体"/>
          <w:b w:val="0"/>
          <w:i w:val="0"/>
          <w:color w:val="333333"/>
          <w:sz w:val="19"/>
        </w:rPr>
        <w:t>(A) 1/4　　(B) 1/3　　(C) 1/2　　(D) 2/3　　(E) 3/4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长度为 5 的字符串由数字 0、1、2、3、4 组成。有多少个这样的字符串满足：对每个 j ∈ {1,2,3,4}，至少有 j 个数字小于 j？</w:t>
      </w:r>
    </w:p>
    <w:p>
      <w:pPr>
        <w:spacing w:before="0" w:after="80" w:line="300" w:lineRule="auto"/>
        <w:jc w:val="left"/>
      </w:pPr>
      <w:r>
        <w:rPr>
          <w:rFonts w:ascii="Times New Roman" w:hAnsi="Times New Roman" w:eastAsia="宋体"/>
          <w:b w:val="0"/>
          <w:i w:val="0"/>
          <w:sz w:val="21"/>
        </w:rPr>
        <w:t>例如，02214 满足条件，因为它至少有 1 个数字小于 1，至少有 2 个数字小于 2，至少有 3 个数字小于 3，至少有 4 个数字小于 4。字符串 23404 不满足条件，因为它没有至少 2 个数字小于 2。</w:t>
      </w:r>
    </w:p>
    <w:p>
      <w:pPr>
        <w:spacing w:before="0" w:after="120" w:line="300" w:lineRule="auto"/>
      </w:pPr>
      <w:r>
        <w:rPr>
          <w:rFonts w:ascii="Times New Roman" w:hAnsi="Times New Roman" w:eastAsia="宋体"/>
          <w:b w:val="0"/>
          <w:i w:val="0"/>
          <w:sz w:val="21"/>
        </w:rPr>
        <w:t>（A）500　　（B）625　　（C）1089　　（D）1199　　（E）1296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strings of length 5 formed from the digits 0, 1, 2, 3, 4, are there such that for each j ∈ {1,2,3,4}, at least j of the digits are less than j?</w:t>
      </w:r>
    </w:p>
    <w:p>
      <w:pPr>
        <w:spacing w:before="0" w:after="80" w:line="300" w:lineRule="auto"/>
        <w:jc w:val="left"/>
      </w:pPr>
      <w:r>
        <w:rPr>
          <w:rFonts w:ascii="Times New Roman" w:hAnsi="Times New Roman" w:eastAsia="宋体"/>
          <w:b w:val="0"/>
          <w:i w:val="0"/>
          <w:color w:val="333333"/>
          <w:sz w:val="19"/>
        </w:rPr>
        <w:t>(For example, 02214 satisfies this condition because it contains at least 1 digit less than 1, at least 2 digits less than 2, at least 3 digits less than 3, and at least 4 digits less than 4. The string 23404 does not satisfy the condition because it does not contain at least 2 digits less than 2.)</w:t>
      </w:r>
    </w:p>
    <w:p>
      <w:pPr>
        <w:spacing w:before="0" w:after="160" w:line="300" w:lineRule="auto"/>
      </w:pPr>
      <w:r>
        <w:rPr>
          <w:rFonts w:ascii="Times New Roman" w:hAnsi="Times New Roman" w:eastAsia="宋体"/>
          <w:b w:val="0"/>
          <w:i w:val="0"/>
          <w:color w:val="333333"/>
          <w:sz w:val="19"/>
        </w:rPr>
        <w:t>(A) 500　　(B) 625　　(C) 1089　　(D) 1199　　(E) 1296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R、S、T 是坐标平面中的正方形，它们的顶点都在格点上，即两个坐标都是整数的点，并且包含各自内部。</w:t>
      </w:r>
    </w:p>
    <w:p>
      <w:pPr>
        <w:spacing w:before="0" w:after="80" w:line="300" w:lineRule="auto"/>
        <w:jc w:val="left"/>
      </w:pPr>
      <w:r>
        <w:rPr>
          <w:rFonts w:ascii="Times New Roman" w:hAnsi="Times New Roman" w:eastAsia="宋体"/>
          <w:b w:val="0"/>
          <w:i w:val="0"/>
          <w:sz w:val="21"/>
        </w:rPr>
        <w:t>每个正方形的底边都在 x 轴上。R 的左边和 S 的右边都在 y 轴上，且 R 中格点数是 S 中格点数的 9/4 倍。T 的顶部两个顶点在 R ∪ S 中，且 T 中格点数是 R ∪ S 中格点数的 1/4。见图，图未按比例绘制。</w:t>
      </w:r>
    </w:p>
    <w:p>
      <w:pPr>
        <w:spacing w:before="80" w:after="80"/>
        <w:jc w:val="center"/>
      </w:pPr>
      <w:r>
        <w:drawing>
          <wp:inline xmlns:a="http://schemas.openxmlformats.org/drawingml/2006/main" xmlns:pic="http://schemas.openxmlformats.org/drawingml/2006/picture">
            <wp:extent cx="2885150" cy="2136409"/>
            <wp:docPr id="9" name="Picture 9"/>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2885150" cy="2136409"/>
                    </a:xfrm>
                    <a:prstGeom prst="rect"/>
                  </pic:spPr>
                </pic:pic>
              </a:graphicData>
            </a:graphic>
          </wp:inline>
        </w:drawing>
      </w:r>
    </w:p>
    <w:p>
      <w:pPr>
        <w:spacing w:before="0" w:after="80" w:line="300" w:lineRule="auto"/>
        <w:jc w:val="left"/>
      </w:pPr>
      <w:r>
        <w:rPr>
          <w:rFonts w:ascii="Times New Roman" w:hAnsi="Times New Roman" w:eastAsia="宋体"/>
          <w:b w:val="0"/>
          <w:i w:val="0"/>
          <w:sz w:val="21"/>
        </w:rPr>
        <w:t>S 中属于 S ∩ T 的格点所占比例，是 R 中属于 R ∩ T 的格点所占比例的 27 倍。求 R、S、T 的边长之和的最小可能值。</w:t>
      </w:r>
    </w:p>
    <w:p>
      <w:pPr>
        <w:spacing w:before="0" w:after="120" w:line="300" w:lineRule="auto"/>
      </w:pPr>
      <w:r>
        <w:rPr>
          <w:rFonts w:ascii="Times New Roman" w:hAnsi="Times New Roman" w:eastAsia="宋体"/>
          <w:b w:val="0"/>
          <w:i w:val="0"/>
          <w:sz w:val="21"/>
        </w:rPr>
        <w:t>（A）336　　（B）337　　（C）338　　（D）339　　（E）340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S, and T be squares that have vertices at lattice points (i.e., points whose coordinates are both integers) in the coordinate plane, together with their interiors.</w:t>
      </w:r>
    </w:p>
    <w:p>
      <w:pPr>
        <w:spacing w:before="0" w:after="80" w:line="300" w:lineRule="auto"/>
        <w:jc w:val="left"/>
      </w:pPr>
      <w:r>
        <w:rPr>
          <w:rFonts w:ascii="Times New Roman" w:hAnsi="Times New Roman" w:eastAsia="宋体"/>
          <w:b w:val="0"/>
          <w:i w:val="0"/>
          <w:color w:val="333333"/>
          <w:sz w:val="19"/>
        </w:rPr>
        <w:t>The bottom edge of each square is on the x-axis. The left edge of R and the right edge of S are on the y-axis, and R contains 9/4 as many lattice points as does S. The top two vertices of T are in R ∪ S, and T contains 1/4 of the lattice points contained in R ∪ S. See the figure (not drawn to scale).</w:t>
      </w:r>
    </w:p>
    <w:p>
      <w:pPr>
        <w:spacing w:before="80" w:after="80"/>
        <w:jc w:val="center"/>
      </w:pPr>
      <w:r>
        <w:drawing>
          <wp:inline xmlns:a="http://schemas.openxmlformats.org/drawingml/2006/main" xmlns:pic="http://schemas.openxmlformats.org/drawingml/2006/picture">
            <wp:extent cx="2885150" cy="2136409"/>
            <wp:docPr id="10" name="Picture 10"/>
            <wp:cNvGraphicFramePr>
              <a:graphicFrameLocks noChangeAspect="1"/>
            </wp:cNvGraphicFramePr>
            <a:graphic>
              <a:graphicData uri="http://schemas.openxmlformats.org/drawingml/2006/picture">
                <pic:pic>
                  <pic:nvPicPr>
                    <pic:cNvPr id="0" name="q25-1@300dpi.png"/>
                    <pic:cNvPicPr/>
                  </pic:nvPicPr>
                  <pic:blipFill>
                    <a:blip r:embed="rId13"/>
                    <a:stretch>
                      <a:fillRect/>
                    </a:stretch>
                  </pic:blipFill>
                  <pic:spPr>
                    <a:xfrm>
                      <a:off x="0" y="0"/>
                      <a:ext cx="2885150" cy="213640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fraction of lattice points in S that are in S ∩ T is 27 times the fraction of lattice points in R that are in R ∩ T. What is the minimum possible value of the edge length of R plus the edge length of S plus the edge length of T?</w:t>
      </w:r>
    </w:p>
    <w:p>
      <w:pPr>
        <w:spacing w:before="0" w:after="160" w:line="300" w:lineRule="auto"/>
      </w:pPr>
      <w:r>
        <w:rPr>
          <w:rFonts w:ascii="Times New Roman" w:hAnsi="Times New Roman" w:eastAsia="宋体"/>
          <w:b w:val="0"/>
          <w:i w:val="0"/>
          <w:color w:val="333333"/>
          <w:sz w:val="19"/>
        </w:rPr>
        <w:t>(A) 336　　(B) 337　　(C) 338　　(D) 339　　(E) 340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B　E　E　C　A　B　D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A　C　E　D　D　D　A</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B　D　B　E　B</w:t>
      </w:r>
    </w:p>
    <w:p>
      <w:pPr>
        <w:spacing w:before="0" w:after="200" w:line="300" w:lineRule="auto"/>
      </w:pPr>
      <w:r>
        <w:rPr>
          <w:rFonts w:ascii="Times New Roman" w:hAnsi="Times New Roman" w:eastAsia="宋体"/>
          <w:b w:val="0"/>
          <w:i w:val="0"/>
          <w:color w:val="666666"/>
          <w:sz w:val="18"/>
        </w:rPr>
        <w:t>答案串：DBEECABDDECACEDDDACEBDBEB</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这个连分数可以逐层化简如下：</w:t>
      </w:r>
    </w:p>
    <w:p>
      <w:pPr>
        <w:spacing w:before="0" w:after="80" w:line="300" w:lineRule="auto"/>
        <w:jc w:val="left"/>
      </w:pPr>
      <w:r>
        <w:rPr>
          <w:rFonts w:ascii="Times New Roman" w:hAnsi="Times New Roman" w:eastAsia="宋体"/>
          <w:b w:val="0"/>
          <w:i w:val="0"/>
          <w:sz w:val="21"/>
        </w:rPr>
        <w:t>3 + 1/(3 + 1/(3 + 1/3))</w:t>
      </w:r>
    </w:p>
    <w:p>
      <w:pPr>
        <w:spacing w:before="0" w:after="80" w:line="300" w:lineRule="auto"/>
        <w:jc w:val="left"/>
      </w:pPr>
      <w:r>
        <w:rPr>
          <w:rFonts w:ascii="Times New Roman" w:hAnsi="Times New Roman" w:eastAsia="宋体"/>
          <w:b w:val="0"/>
          <w:i w:val="0"/>
          <w:sz w:val="21"/>
        </w:rPr>
        <w:t>= 3 + 1/(3 + 1/(10/3))</w:t>
      </w:r>
    </w:p>
    <w:p>
      <w:pPr>
        <w:spacing w:before="0" w:after="80" w:line="300" w:lineRule="auto"/>
        <w:jc w:val="left"/>
      </w:pPr>
      <w:r>
        <w:rPr>
          <w:rFonts w:ascii="Times New Roman" w:hAnsi="Times New Roman" w:eastAsia="宋体"/>
          <w:b w:val="0"/>
          <w:i w:val="0"/>
          <w:sz w:val="21"/>
        </w:rPr>
        <w:t>= 3 + 1/(3 + 3/10)</w:t>
      </w:r>
    </w:p>
    <w:p>
      <w:pPr>
        <w:spacing w:before="0" w:after="80" w:line="300" w:lineRule="auto"/>
        <w:jc w:val="left"/>
      </w:pPr>
      <w:r>
        <w:rPr>
          <w:rFonts w:ascii="Times New Roman" w:hAnsi="Times New Roman" w:eastAsia="宋体"/>
          <w:b w:val="0"/>
          <w:i w:val="0"/>
          <w:sz w:val="21"/>
        </w:rPr>
        <w:t>= 3 + 1/(33/10)</w:t>
      </w:r>
    </w:p>
    <w:p>
      <w:pPr>
        <w:spacing w:before="0" w:after="80" w:line="300" w:lineRule="auto"/>
        <w:jc w:val="left"/>
      </w:pPr>
      <w:r>
        <w:rPr>
          <w:rFonts w:ascii="Times New Roman" w:hAnsi="Times New Roman" w:eastAsia="宋体"/>
          <w:b w:val="0"/>
          <w:i w:val="0"/>
          <w:sz w:val="21"/>
        </w:rPr>
        <w:t>= 3 + 10/33</w:t>
      </w:r>
    </w:p>
    <w:p>
      <w:pPr>
        <w:spacing w:before="0" w:after="80" w:line="300" w:lineRule="auto"/>
        <w:jc w:val="left"/>
      </w:pPr>
      <w:r>
        <w:rPr>
          <w:rFonts w:ascii="Times New Roman" w:hAnsi="Times New Roman" w:eastAsia="宋体"/>
          <w:b w:val="0"/>
          <w:i w:val="0"/>
          <w:sz w:val="21"/>
        </w:rPr>
        <w:t>= 109/33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simplify this expression as follows:</w:t>
      </w:r>
    </w:p>
    <w:p>
      <w:pPr>
        <w:spacing w:before="0" w:after="80" w:line="300" w:lineRule="auto"/>
        <w:jc w:val="left"/>
      </w:pPr>
      <w:r>
        <w:rPr>
          <w:rFonts w:ascii="Times New Roman" w:hAnsi="Times New Roman" w:eastAsia="宋体"/>
          <w:b w:val="0"/>
          <w:i w:val="0"/>
          <w:color w:val="333333"/>
          <w:sz w:val="19"/>
        </w:rPr>
        <w:t>3 + 1/(3 + 1/(3 + 1/3))</w:t>
      </w:r>
    </w:p>
    <w:p>
      <w:pPr>
        <w:spacing w:before="0" w:after="80" w:line="300" w:lineRule="auto"/>
        <w:jc w:val="left"/>
      </w:pPr>
      <w:r>
        <w:rPr>
          <w:rFonts w:ascii="Times New Roman" w:hAnsi="Times New Roman" w:eastAsia="宋体"/>
          <w:b w:val="0"/>
          <w:i w:val="0"/>
          <w:color w:val="333333"/>
          <w:sz w:val="19"/>
        </w:rPr>
        <w:t>= 3 + 1/(3 + 1/(10/3))</w:t>
      </w:r>
    </w:p>
    <w:p>
      <w:pPr>
        <w:spacing w:before="0" w:after="80" w:line="300" w:lineRule="auto"/>
        <w:jc w:val="left"/>
      </w:pPr>
      <w:r>
        <w:rPr>
          <w:rFonts w:ascii="Times New Roman" w:hAnsi="Times New Roman" w:eastAsia="宋体"/>
          <w:b w:val="0"/>
          <w:i w:val="0"/>
          <w:color w:val="333333"/>
          <w:sz w:val="19"/>
        </w:rPr>
        <w:t>= 3 + 1/(3 + 3/10)</w:t>
      </w:r>
    </w:p>
    <w:p>
      <w:pPr>
        <w:spacing w:before="0" w:after="80" w:line="300" w:lineRule="auto"/>
        <w:jc w:val="left"/>
      </w:pPr>
      <w:r>
        <w:rPr>
          <w:rFonts w:ascii="Times New Roman" w:hAnsi="Times New Roman" w:eastAsia="宋体"/>
          <w:b w:val="0"/>
          <w:i w:val="0"/>
          <w:color w:val="333333"/>
          <w:sz w:val="19"/>
        </w:rPr>
        <w:t>= 3 + 1/(33/10)</w:t>
      </w:r>
    </w:p>
    <w:p>
      <w:pPr>
        <w:spacing w:before="0" w:after="80" w:line="300" w:lineRule="auto"/>
        <w:jc w:val="left"/>
      </w:pPr>
      <w:r>
        <w:rPr>
          <w:rFonts w:ascii="Times New Roman" w:hAnsi="Times New Roman" w:eastAsia="宋体"/>
          <w:b w:val="0"/>
          <w:i w:val="0"/>
          <w:color w:val="333333"/>
          <w:sz w:val="19"/>
        </w:rPr>
        <w:t>= 3 + 10/33</w:t>
      </w:r>
    </w:p>
    <w:p>
      <w:pPr>
        <w:spacing w:before="0" w:after="80" w:line="300" w:lineRule="auto"/>
        <w:jc w:val="left"/>
      </w:pPr>
      <w:r>
        <w:rPr>
          <w:rFonts w:ascii="Times New Roman" w:hAnsi="Times New Roman" w:eastAsia="宋体"/>
          <w:b w:val="0"/>
          <w:i w:val="0"/>
          <w:color w:val="333333"/>
          <w:sz w:val="19"/>
        </w:rPr>
        <w:t>= 109/33.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我们可以列一个比例来解决这个问题：</w:t>
      </w:r>
    </w:p>
    <w:p>
      <w:pPr>
        <w:spacing w:before="0" w:after="80" w:line="300" w:lineRule="auto"/>
        <w:jc w:val="left"/>
      </w:pPr>
      <w:r>
        <w:rPr>
          <w:rFonts w:ascii="Times New Roman" w:hAnsi="Times New Roman" w:eastAsia="宋体"/>
          <w:b w:val="0"/>
          <w:i w:val="0"/>
          <w:sz w:val="21"/>
        </w:rPr>
        <w:t>15/57 = x/27。</w:t>
      </w:r>
    </w:p>
    <w:p>
      <w:pPr>
        <w:spacing w:before="0" w:after="80" w:line="300" w:lineRule="auto"/>
        <w:jc w:val="left"/>
      </w:pPr>
      <w:r>
        <w:rPr>
          <w:rFonts w:ascii="Times New Roman" w:hAnsi="Times New Roman" w:eastAsia="宋体"/>
          <w:b w:val="0"/>
          <w:i w:val="0"/>
          <w:sz w:val="21"/>
        </w:rPr>
        <w:t>交叉相乘，得到</w:t>
      </w:r>
    </w:p>
    <w:p>
      <w:pPr>
        <w:spacing w:before="0" w:after="80" w:line="300" w:lineRule="auto"/>
        <w:jc w:val="left"/>
      </w:pPr>
      <w:r>
        <w:rPr>
          <w:rFonts w:ascii="Times New Roman" w:hAnsi="Times New Roman" w:eastAsia="宋体"/>
          <w:b w:val="0"/>
          <w:i w:val="0"/>
          <w:sz w:val="21"/>
        </w:rPr>
        <w:t>x = 15/57 · 27 = 135/19 ≈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set up a proportion to solve this problem:</w:t>
      </w:r>
    </w:p>
    <w:p>
      <w:pPr>
        <w:spacing w:before="0" w:after="80" w:line="300" w:lineRule="auto"/>
        <w:jc w:val="left"/>
      </w:pPr>
      <w:r>
        <w:rPr>
          <w:rFonts w:ascii="Times New Roman" w:hAnsi="Times New Roman" w:eastAsia="宋体"/>
          <w:b w:val="0"/>
          <w:i w:val="0"/>
          <w:color w:val="333333"/>
          <w:sz w:val="19"/>
        </w:rPr>
        <w:t>15/57 = x/27.</w:t>
      </w:r>
    </w:p>
    <w:p>
      <w:pPr>
        <w:spacing w:before="0" w:after="80" w:line="300" w:lineRule="auto"/>
        <w:jc w:val="left"/>
      </w:pPr>
      <w:r>
        <w:rPr>
          <w:rFonts w:ascii="Times New Roman" w:hAnsi="Times New Roman" w:eastAsia="宋体"/>
          <w:b w:val="0"/>
          <w:i w:val="0"/>
          <w:color w:val="333333"/>
          <w:sz w:val="19"/>
        </w:rPr>
        <w:t>Cross multiplying, we get</w:t>
      </w:r>
    </w:p>
    <w:p>
      <w:pPr>
        <w:spacing w:before="0" w:after="80" w:line="300" w:lineRule="auto"/>
        <w:jc w:val="left"/>
      </w:pPr>
      <w:r>
        <w:rPr>
          <w:rFonts w:ascii="Times New Roman" w:hAnsi="Times New Roman" w:eastAsia="宋体"/>
          <w:b w:val="0"/>
          <w:i w:val="0"/>
          <w:color w:val="333333"/>
          <w:sz w:val="19"/>
        </w:rPr>
        <w:t>x = 15/57 · 27 = 135/19 ≈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设这三个数分别为 x, y 和 z。题目中的条件给出下面的关系：</w:t>
      </w:r>
    </w:p>
    <w:p>
      <w:pPr>
        <w:spacing w:before="0" w:after="80" w:line="300" w:lineRule="auto"/>
        <w:jc w:val="left"/>
      </w:pPr>
      <w:r>
        <w:rPr>
          <w:rFonts w:ascii="Times New Roman" w:hAnsi="Times New Roman" w:eastAsia="宋体"/>
          <w:b w:val="0"/>
          <w:i w:val="0"/>
          <w:sz w:val="21"/>
        </w:rPr>
        <w:t>x+y+z=96 (1)</w:t>
      </w:r>
    </w:p>
    <w:p>
      <w:pPr>
        <w:spacing w:before="0" w:after="80" w:line="300" w:lineRule="auto"/>
        <w:jc w:val="left"/>
      </w:pPr>
      <w:r>
        <w:rPr>
          <w:rFonts w:ascii="Times New Roman" w:hAnsi="Times New Roman" w:eastAsia="宋体"/>
          <w:b w:val="0"/>
          <w:i w:val="0"/>
          <w:sz w:val="21"/>
        </w:rPr>
        <w:t>x=6z (2)</w:t>
      </w:r>
    </w:p>
    <w:p>
      <w:pPr>
        <w:spacing w:before="0" w:after="80" w:line="300" w:lineRule="auto"/>
        <w:jc w:val="left"/>
      </w:pPr>
      <w:r>
        <w:rPr>
          <w:rFonts w:ascii="Times New Roman" w:hAnsi="Times New Roman" w:eastAsia="宋体"/>
          <w:b w:val="0"/>
          <w:i w:val="0"/>
          <w:sz w:val="21"/>
        </w:rPr>
        <w:t>z=y-40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把 (3) 变形，得到 y = z + 40。再把这个新等式和 (2) 代入 (1)，得到</w:t>
      </w:r>
    </w:p>
    <w:p>
      <w:pPr>
        <w:spacing w:before="0" w:after="80" w:line="300" w:lineRule="auto"/>
        <w:jc w:val="left"/>
      </w:pPr>
      <w:r>
        <w:rPr>
          <w:rFonts w:ascii="Times New Roman" w:hAnsi="Times New Roman" w:eastAsia="宋体"/>
          <w:b w:val="0"/>
          <w:i w:val="0"/>
          <w:sz w:val="21"/>
        </w:rPr>
        <w:t>6z + z + 40 + z = 96</w:t>
      </w:r>
    </w:p>
    <w:p>
      <w:pPr>
        <w:spacing w:before="0" w:after="80" w:line="300" w:lineRule="auto"/>
        <w:jc w:val="left"/>
      </w:pPr>
      <w:r>
        <w:rPr>
          <w:rFonts w:ascii="Times New Roman" w:hAnsi="Times New Roman" w:eastAsia="宋体"/>
          <w:b w:val="0"/>
          <w:i w:val="0"/>
          <w:sz w:val="21"/>
        </w:rPr>
        <w:t>8z + 40 = 96</w:t>
      </w:r>
    </w:p>
    <w:p>
      <w:pPr>
        <w:spacing w:before="0" w:after="80" w:line="300" w:lineRule="auto"/>
        <w:jc w:val="left"/>
      </w:pPr>
      <w:r>
        <w:rPr>
          <w:rFonts w:ascii="Times New Roman" w:hAnsi="Times New Roman" w:eastAsia="宋体"/>
          <w:b w:val="0"/>
          <w:i w:val="0"/>
          <w:sz w:val="21"/>
        </w:rPr>
        <w:t>8z = 56 ⇒ z = 7。</w:t>
      </w:r>
    </w:p>
    <w:p>
      <w:pPr>
        <w:spacing w:before="0" w:after="80" w:line="300" w:lineRule="auto"/>
        <w:jc w:val="left"/>
      </w:pPr>
      <w:r>
        <w:rPr>
          <w:rFonts w:ascii="Times New Roman" w:hAnsi="Times New Roman" w:eastAsia="宋体"/>
          <w:b w:val="0"/>
          <w:i w:val="0"/>
          <w:sz w:val="21"/>
        </w:rPr>
        <w:t>由此得到</w:t>
      </w:r>
    </w:p>
    <w:p>
      <w:pPr>
        <w:spacing w:before="0" w:after="80" w:line="300" w:lineRule="auto"/>
        <w:jc w:val="left"/>
      </w:pPr>
      <w:r>
        <w:rPr>
          <w:rFonts w:ascii="Times New Roman" w:hAnsi="Times New Roman" w:eastAsia="宋体"/>
          <w:b w:val="0"/>
          <w:i w:val="0"/>
          <w:sz w:val="21"/>
        </w:rPr>
        <w:t>x = 6 · z = 6 · 7 = 42</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y = z + 40 = 7 + 40 = 47。</w:t>
      </w:r>
    </w:p>
    <w:p>
      <w:pPr>
        <w:spacing w:before="0" w:after="80" w:line="300" w:lineRule="auto"/>
        <w:jc w:val="left"/>
      </w:pPr>
      <w:r>
        <w:rPr>
          <w:rFonts w:ascii="Times New Roman" w:hAnsi="Times New Roman" w:eastAsia="宋体"/>
          <w:b w:val="0"/>
          <w:i w:val="0"/>
          <w:sz w:val="21"/>
        </w:rPr>
        <w:t>因此 y - x = 47 - 42 = 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y, and z be the three numbers. The conditions from the problem give us the following relations:</w:t>
      </w:r>
    </w:p>
    <w:p>
      <w:pPr>
        <w:spacing w:before="0" w:after="80" w:line="300" w:lineRule="auto"/>
        <w:jc w:val="left"/>
      </w:pPr>
      <w:r>
        <w:rPr>
          <w:rFonts w:ascii="Times New Roman" w:hAnsi="Times New Roman" w:eastAsia="宋体"/>
          <w:b w:val="0"/>
          <w:i w:val="0"/>
          <w:color w:val="333333"/>
          <w:sz w:val="19"/>
        </w:rPr>
        <w:t>x+y+z=96 (1)</w:t>
      </w:r>
    </w:p>
    <w:p>
      <w:pPr>
        <w:spacing w:before="0" w:after="80" w:line="300" w:lineRule="auto"/>
        <w:jc w:val="left"/>
      </w:pPr>
      <w:r>
        <w:rPr>
          <w:rFonts w:ascii="Times New Roman" w:hAnsi="Times New Roman" w:eastAsia="宋体"/>
          <w:b w:val="0"/>
          <w:i w:val="0"/>
          <w:color w:val="333333"/>
          <w:sz w:val="19"/>
        </w:rPr>
        <w:t>x=6z (2)</w:t>
      </w:r>
    </w:p>
    <w:p>
      <w:pPr>
        <w:spacing w:before="0" w:after="80" w:line="300" w:lineRule="auto"/>
        <w:jc w:val="left"/>
      </w:pPr>
      <w:r>
        <w:rPr>
          <w:rFonts w:ascii="Times New Roman" w:hAnsi="Times New Roman" w:eastAsia="宋体"/>
          <w:b w:val="0"/>
          <w:i w:val="0"/>
          <w:color w:val="333333"/>
          <w:sz w:val="19"/>
        </w:rPr>
        <w:t>z=y-40 (3).</w:t>
      </w:r>
    </w:p>
    <w:p>
      <w:pPr>
        <w:spacing w:before="0" w:after="80" w:line="300" w:lineRule="auto"/>
        <w:jc w:val="left"/>
      </w:pPr>
      <w:r>
        <w:rPr>
          <w:rFonts w:ascii="Times New Roman" w:hAnsi="Times New Roman" w:eastAsia="宋体"/>
          <w:b w:val="0"/>
          <w:i w:val="0"/>
          <w:color w:val="333333"/>
          <w:sz w:val="19"/>
        </w:rPr>
        <w:t>Rearranging (3), we get y = z + 40. Plugging this new equation and (2) into (1), we get</w:t>
      </w:r>
    </w:p>
    <w:p>
      <w:pPr>
        <w:spacing w:before="0" w:after="80" w:line="300" w:lineRule="auto"/>
        <w:jc w:val="left"/>
      </w:pPr>
      <w:r>
        <w:rPr>
          <w:rFonts w:ascii="Times New Roman" w:hAnsi="Times New Roman" w:eastAsia="宋体"/>
          <w:b w:val="0"/>
          <w:i w:val="0"/>
          <w:color w:val="333333"/>
          <w:sz w:val="19"/>
        </w:rPr>
        <w:t>6z + z + 40 + z = 96</w:t>
      </w:r>
    </w:p>
    <w:p>
      <w:pPr>
        <w:spacing w:before="0" w:after="80" w:line="300" w:lineRule="auto"/>
        <w:jc w:val="left"/>
      </w:pPr>
      <w:r>
        <w:rPr>
          <w:rFonts w:ascii="Times New Roman" w:hAnsi="Times New Roman" w:eastAsia="宋体"/>
          <w:b w:val="0"/>
          <w:i w:val="0"/>
          <w:color w:val="333333"/>
          <w:sz w:val="19"/>
        </w:rPr>
        <w:t>8z + 40 = 96</w:t>
      </w:r>
    </w:p>
    <w:p>
      <w:pPr>
        <w:spacing w:before="0" w:after="80" w:line="300" w:lineRule="auto"/>
        <w:jc w:val="left"/>
      </w:pPr>
      <w:r>
        <w:rPr>
          <w:rFonts w:ascii="Times New Roman" w:hAnsi="Times New Roman" w:eastAsia="宋体"/>
          <w:b w:val="0"/>
          <w:i w:val="0"/>
          <w:color w:val="333333"/>
          <w:sz w:val="19"/>
        </w:rPr>
        <w:t>8z = 56 ⇒ z = 7.</w:t>
      </w:r>
    </w:p>
    <w:p>
      <w:pPr>
        <w:spacing w:before="0" w:after="80" w:line="300" w:lineRule="auto"/>
        <w:jc w:val="left"/>
      </w:pPr>
      <w:r>
        <w:rPr>
          <w:rFonts w:ascii="Times New Roman" w:hAnsi="Times New Roman" w:eastAsia="宋体"/>
          <w:b w:val="0"/>
          <w:i w:val="0"/>
          <w:color w:val="333333"/>
          <w:sz w:val="19"/>
        </w:rPr>
        <w:t>From this, we get that</w:t>
      </w:r>
    </w:p>
    <w:p>
      <w:pPr>
        <w:spacing w:before="0" w:after="80" w:line="300" w:lineRule="auto"/>
        <w:jc w:val="left"/>
      </w:pPr>
      <w:r>
        <w:rPr>
          <w:rFonts w:ascii="Times New Roman" w:hAnsi="Times New Roman" w:eastAsia="宋体"/>
          <w:b w:val="0"/>
          <w:i w:val="0"/>
          <w:color w:val="333333"/>
          <w:sz w:val="19"/>
        </w:rPr>
        <w:t>x = 6 · z = 6 · 7 = 42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y = z + 40 = 7 + 40 = 47.</w:t>
      </w:r>
    </w:p>
    <w:p>
      <w:pPr>
        <w:spacing w:before="0" w:after="80" w:line="300" w:lineRule="auto"/>
        <w:jc w:val="left"/>
      </w:pPr>
      <w:r>
        <w:rPr>
          <w:rFonts w:ascii="Times New Roman" w:hAnsi="Times New Roman" w:eastAsia="宋体"/>
          <w:b w:val="0"/>
          <w:i w:val="0"/>
          <w:color w:val="333333"/>
          <w:sz w:val="19"/>
        </w:rPr>
        <w:t>Therefore, y - x = 47 - 42 = 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每加仑行驶 x 英里，等价于每英里消耗 1/x 加仑。</w:t>
      </w:r>
    </w:p>
    <w:p>
      <w:pPr>
        <w:spacing w:before="0" w:after="80" w:line="300" w:lineRule="auto"/>
        <w:jc w:val="left"/>
      </w:pPr>
      <w:r>
        <w:rPr>
          <w:rFonts w:ascii="Times New Roman" w:hAnsi="Times New Roman" w:eastAsia="宋体"/>
          <w:b w:val="0"/>
          <w:i w:val="0"/>
          <w:sz w:val="21"/>
        </w:rPr>
        <w:t>因为 1 英里等于 1/m 千米，所以每千米耗油量为 m/x 加仑。</w:t>
      </w:r>
    </w:p>
    <w:p>
      <w:pPr>
        <w:spacing w:before="0" w:after="80" w:line="300" w:lineRule="auto"/>
        <w:jc w:val="left"/>
      </w:pPr>
      <w:r>
        <w:rPr>
          <w:rFonts w:ascii="Times New Roman" w:hAnsi="Times New Roman" w:eastAsia="宋体"/>
          <w:b w:val="0"/>
          <w:i w:val="0"/>
          <w:sz w:val="21"/>
        </w:rPr>
        <w:t>每加仑为 l 升，因此每千米消耗 lm/x 升；每 100 千米消耗 100lm/x 升。</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car that gets x miles per gallon uses 1/x gallons per mile.</w:t>
      </w:r>
    </w:p>
    <w:p>
      <w:pPr>
        <w:spacing w:before="0" w:after="80" w:line="300" w:lineRule="auto"/>
        <w:jc w:val="left"/>
      </w:pPr>
      <w:r>
        <w:rPr>
          <w:rFonts w:ascii="Times New Roman" w:hAnsi="Times New Roman" w:eastAsia="宋体"/>
          <w:b w:val="0"/>
          <w:i w:val="0"/>
          <w:color w:val="333333"/>
          <w:sz w:val="19"/>
        </w:rPr>
        <w:t>Since 1 mile is 1/m kilometers, this is m/x gallons per kilometer.</w:t>
      </w:r>
    </w:p>
    <w:p>
      <w:pPr>
        <w:spacing w:before="0" w:after="80" w:line="300" w:lineRule="auto"/>
        <w:jc w:val="left"/>
      </w:pPr>
      <w:r>
        <w:rPr>
          <w:rFonts w:ascii="Times New Roman" w:hAnsi="Times New Roman" w:eastAsia="宋体"/>
          <w:b w:val="0"/>
          <w:i w:val="0"/>
          <w:color w:val="333333"/>
          <w:sz w:val="19"/>
        </w:rPr>
        <w:t>Multiplying by l liters per gallon gives lm/x liters per kilometer, so for 100 kilometers the fuel used is 100lm/x liters.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参考图形：</w:t>
      </w:r>
    </w:p>
    <w:p>
      <w:pPr>
        <w:spacing w:before="80" w:after="80"/>
        <w:jc w:val="center"/>
      </w:pPr>
      <w:r>
        <w:drawing>
          <wp:inline xmlns:a="http://schemas.openxmlformats.org/drawingml/2006/main" xmlns:pic="http://schemas.openxmlformats.org/drawingml/2006/picture">
            <wp:extent cx="1559555" cy="1544905"/>
            <wp:docPr id="11" name="Picture 11"/>
            <wp:cNvGraphicFramePr>
              <a:graphicFrameLocks noChangeAspect="1"/>
            </wp:cNvGraphicFramePr>
            <a:graphic>
              <a:graphicData uri="http://schemas.openxmlformats.org/drawingml/2006/picture">
                <pic:pic>
                  <pic:nvPicPr>
                    <pic:cNvPr id="0" name="q05-sol-1@300dpi.png"/>
                    <pic:cNvPicPr/>
                  </pic:nvPicPr>
                  <pic:blipFill>
                    <a:blip r:embed="rId14"/>
                    <a:stretch>
                      <a:fillRect/>
                    </a:stretch>
                  </pic:blipFill>
                  <pic:spPr>
                    <a:xfrm>
                      <a:off x="0" y="0"/>
                      <a:ext cx="1559555" cy="1544905"/>
                    </a:xfrm>
                    <a:prstGeom prst="rect"/>
                  </pic:spPr>
                </pic:pic>
              </a:graphicData>
            </a:graphic>
          </wp:inline>
        </w:drawing>
      </w:r>
    </w:p>
    <w:p>
      <w:pPr>
        <w:spacing w:before="0" w:after="80" w:line="300" w:lineRule="auto"/>
        <w:jc w:val="left"/>
      </w:pPr>
      <w:r>
        <w:rPr>
          <w:rFonts w:ascii="Times New Roman" w:hAnsi="Times New Roman" w:eastAsia="宋体"/>
          <w:b w:val="0"/>
          <w:i w:val="0"/>
          <w:sz w:val="21"/>
        </w:rPr>
        <w:t>由 AP = QC = s，可知 PB = BQ。因此 △ PBQ 是以 PQ=s 为斜边的等腰直角三角形。由勾股定理，PB = s/(√(2))。</w:t>
      </w:r>
    </w:p>
    <w:p>
      <w:pPr>
        <w:spacing w:before="0" w:after="80" w:line="300" w:lineRule="auto"/>
        <w:jc w:val="left"/>
      </w:pPr>
      <w:r>
        <w:rPr>
          <w:rFonts w:ascii="Times New Roman" w:hAnsi="Times New Roman" w:eastAsia="宋体"/>
          <w:b w:val="0"/>
          <w:i w:val="0"/>
          <w:sz w:val="21"/>
        </w:rPr>
        <w:t>我们还知道</w:t>
      </w:r>
    </w:p>
    <w:p>
      <w:pPr>
        <w:spacing w:before="0" w:after="80" w:line="300" w:lineRule="auto"/>
        <w:jc w:val="left"/>
      </w:pPr>
      <w:r>
        <w:rPr>
          <w:rFonts w:ascii="Times New Roman" w:hAnsi="Times New Roman" w:eastAsia="宋体"/>
          <w:b w:val="0"/>
          <w:i w:val="0"/>
          <w:sz w:val="21"/>
        </w:rPr>
        <w:t>1 = AB = AP + PB = s + s/(√(2))。</w:t>
      </w:r>
    </w:p>
    <w:p>
      <w:pPr>
        <w:spacing w:before="0" w:after="80" w:line="300" w:lineRule="auto"/>
        <w:jc w:val="left"/>
      </w:pPr>
      <w:r>
        <w:rPr>
          <w:rFonts w:ascii="Times New Roman" w:hAnsi="Times New Roman" w:eastAsia="宋体"/>
          <w:b w:val="0"/>
          <w:i w:val="0"/>
          <w:sz w:val="21"/>
        </w:rPr>
        <w:t>整理可得</w:t>
      </w:r>
    </w:p>
    <w:p>
      <w:pPr>
        <w:spacing w:before="0" w:after="80" w:line="300" w:lineRule="auto"/>
        <w:jc w:val="left"/>
      </w:pPr>
      <w:r>
        <w:rPr>
          <w:rFonts w:ascii="Times New Roman" w:hAnsi="Times New Roman" w:eastAsia="宋体"/>
          <w:b w:val="0"/>
          <w:i w:val="0"/>
          <w:sz w:val="21"/>
        </w:rPr>
        <w:t>1 = (1 + 1/(√(2)))s</w:t>
      </w:r>
    </w:p>
    <w:p>
      <w:pPr>
        <w:spacing w:before="0" w:after="80" w:line="300" w:lineRule="auto"/>
        <w:jc w:val="left"/>
      </w:pPr>
      <w:r>
        <w:rPr>
          <w:rFonts w:ascii="Times New Roman" w:hAnsi="Times New Roman" w:eastAsia="宋体"/>
          <w:b w:val="0"/>
          <w:i w:val="0"/>
          <w:sz w:val="21"/>
        </w:rPr>
        <w:t>因而</w:t>
      </w:r>
    </w:p>
    <w:p>
      <w:pPr>
        <w:spacing w:before="0" w:after="80" w:line="300" w:lineRule="auto"/>
        <w:jc w:val="left"/>
      </w:pPr>
      <w:r>
        <w:rPr>
          <w:rFonts w:ascii="Times New Roman" w:hAnsi="Times New Roman" w:eastAsia="宋体"/>
          <w:b w:val="0"/>
          <w:i w:val="0"/>
          <w:sz w:val="21"/>
        </w:rPr>
        <w:t>s = 1/(1 + 1/(√(2))) = (√(2))/(√(2) + 1)。</w:t>
      </w:r>
    </w:p>
    <w:p>
      <w:pPr>
        <w:spacing w:before="0" w:after="80" w:line="300" w:lineRule="auto"/>
        <w:jc w:val="left"/>
      </w:pPr>
      <w:r>
        <w:rPr>
          <w:rFonts w:ascii="Times New Roman" w:hAnsi="Times New Roman" w:eastAsia="宋体"/>
          <w:b w:val="0"/>
          <w:i w:val="0"/>
          <w:sz w:val="21"/>
        </w:rPr>
        <w:t>将这个分式有理化，得到</w:t>
      </w:r>
    </w:p>
    <w:p>
      <w:pPr>
        <w:spacing w:before="0" w:after="80" w:line="300" w:lineRule="auto"/>
        <w:jc w:val="left"/>
      </w:pPr>
      <w:r>
        <w:rPr>
          <w:rFonts w:ascii="Times New Roman" w:hAnsi="Times New Roman" w:eastAsia="宋体"/>
          <w:b w:val="0"/>
          <w:i w:val="0"/>
          <w:sz w:val="21"/>
        </w:rPr>
        <w:t>(√(2))/(√(2) + 1) · (√(2) - 1)/(√(2) - 1) = 2 -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diagram:</w:t>
      </w:r>
    </w:p>
    <w:p>
      <w:pPr>
        <w:spacing w:before="80" w:after="80"/>
        <w:jc w:val="center"/>
      </w:pPr>
      <w:r>
        <w:drawing>
          <wp:inline xmlns:a="http://schemas.openxmlformats.org/drawingml/2006/main" xmlns:pic="http://schemas.openxmlformats.org/drawingml/2006/picture">
            <wp:extent cx="1559555" cy="1544905"/>
            <wp:docPr id="12" name="Picture 12"/>
            <wp:cNvGraphicFramePr>
              <a:graphicFrameLocks noChangeAspect="1"/>
            </wp:cNvGraphicFramePr>
            <a:graphic>
              <a:graphicData uri="http://schemas.openxmlformats.org/drawingml/2006/picture">
                <pic:pic>
                  <pic:nvPicPr>
                    <pic:cNvPr id="0" name="q05-sol-1@300dpi.png"/>
                    <pic:cNvPicPr/>
                  </pic:nvPicPr>
                  <pic:blipFill>
                    <a:blip r:embed="rId14"/>
                    <a:stretch>
                      <a:fillRect/>
                    </a:stretch>
                  </pic:blipFill>
                  <pic:spPr>
                    <a:xfrm>
                      <a:off x="0" y="0"/>
                      <a:ext cx="1559555" cy="154490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Since AP = QC = s, we know that PB = BQ. This shows that △ PBQ is an isosceles right triangle with hypotenuse PQ=s. Using the Pythagorean theorem, we get that PB = s/(√(2)).</w:t>
      </w:r>
    </w:p>
    <w:p>
      <w:pPr>
        <w:spacing w:before="0" w:after="80" w:line="300" w:lineRule="auto"/>
        <w:jc w:val="left"/>
      </w:pPr>
      <w:r>
        <w:rPr>
          <w:rFonts w:ascii="Times New Roman" w:hAnsi="Times New Roman" w:eastAsia="宋体"/>
          <w:b w:val="0"/>
          <w:i w:val="0"/>
          <w:color w:val="333333"/>
          <w:sz w:val="19"/>
        </w:rPr>
        <w:t>We also know that</w:t>
      </w:r>
    </w:p>
    <w:p>
      <w:pPr>
        <w:spacing w:before="0" w:after="80" w:line="300" w:lineRule="auto"/>
        <w:jc w:val="left"/>
      </w:pPr>
      <w:r>
        <w:rPr>
          <w:rFonts w:ascii="Times New Roman" w:hAnsi="Times New Roman" w:eastAsia="宋体"/>
          <w:b w:val="0"/>
          <w:i w:val="0"/>
          <w:color w:val="333333"/>
          <w:sz w:val="19"/>
        </w:rPr>
        <w:t>1 = AB = AP + PB = s + s/(√(2)).</w:t>
      </w:r>
    </w:p>
    <w:p>
      <w:pPr>
        <w:spacing w:before="0" w:after="80" w:line="300" w:lineRule="auto"/>
        <w:jc w:val="left"/>
      </w:pPr>
      <w:r>
        <w:rPr>
          <w:rFonts w:ascii="Times New Roman" w:hAnsi="Times New Roman" w:eastAsia="宋体"/>
          <w:b w:val="0"/>
          <w:i w:val="0"/>
          <w:color w:val="333333"/>
          <w:sz w:val="19"/>
        </w:rPr>
        <w:t>This equation simplifies to</w:t>
      </w:r>
    </w:p>
    <w:p>
      <w:pPr>
        <w:spacing w:before="0" w:after="80" w:line="300" w:lineRule="auto"/>
        <w:jc w:val="left"/>
      </w:pPr>
      <w:r>
        <w:rPr>
          <w:rFonts w:ascii="Times New Roman" w:hAnsi="Times New Roman" w:eastAsia="宋体"/>
          <w:b w:val="0"/>
          <w:i w:val="0"/>
          <w:color w:val="333333"/>
          <w:sz w:val="19"/>
        </w:rPr>
        <w:t>1 = (1 + 1/(√(2)))s</w:t>
      </w:r>
    </w:p>
    <w:p>
      <w:pPr>
        <w:spacing w:before="0" w:after="80" w:line="300" w:lineRule="auto"/>
        <w:jc w:val="left"/>
      </w:pPr>
      <w:r>
        <w:rPr>
          <w:rFonts w:ascii="Times New Roman" w:hAnsi="Times New Roman" w:eastAsia="宋体"/>
          <w:b w:val="0"/>
          <w:i w:val="0"/>
          <w:color w:val="333333"/>
          <w:sz w:val="19"/>
        </w:rPr>
        <w:t>Which implies that</w:t>
      </w:r>
    </w:p>
    <w:p>
      <w:pPr>
        <w:spacing w:before="0" w:after="80" w:line="300" w:lineRule="auto"/>
        <w:jc w:val="left"/>
      </w:pPr>
      <w:r>
        <w:rPr>
          <w:rFonts w:ascii="Times New Roman" w:hAnsi="Times New Roman" w:eastAsia="宋体"/>
          <w:b w:val="0"/>
          <w:i w:val="0"/>
          <w:color w:val="333333"/>
          <w:sz w:val="19"/>
        </w:rPr>
        <w:t>s = 1/(1 + 1/(√(2))) = (√(2))/(√(2) + 1).</w:t>
      </w:r>
    </w:p>
    <w:p>
      <w:pPr>
        <w:spacing w:before="0" w:after="80" w:line="300" w:lineRule="auto"/>
        <w:jc w:val="left"/>
      </w:pPr>
      <w:r>
        <w:rPr>
          <w:rFonts w:ascii="Times New Roman" w:hAnsi="Times New Roman" w:eastAsia="宋体"/>
          <w:b w:val="0"/>
          <w:i w:val="0"/>
          <w:color w:val="333333"/>
          <w:sz w:val="19"/>
        </w:rPr>
        <w:t>We can rationalize this fraction to get</w:t>
      </w:r>
    </w:p>
    <w:p>
      <w:pPr>
        <w:spacing w:before="0" w:after="80" w:line="300" w:lineRule="auto"/>
        <w:jc w:val="left"/>
      </w:pPr>
      <w:r>
        <w:rPr>
          <w:rFonts w:ascii="Times New Roman" w:hAnsi="Times New Roman" w:eastAsia="宋体"/>
          <w:b w:val="0"/>
          <w:i w:val="0"/>
          <w:color w:val="333333"/>
          <w:sz w:val="19"/>
        </w:rPr>
        <w:t>(√(2))/(√(2) + 1) · (√(2) - 1)/(√(2) - 1) = 2 - √(2).</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A</w:t>
      </w:r>
    </w:p>
    <w:p>
      <w:pPr>
        <w:spacing w:before="0" w:after="80" w:line="300" w:lineRule="auto"/>
        <w:jc w:val="left"/>
      </w:pPr>
      <w:r>
        <w:rPr>
          <w:rFonts w:ascii="Times New Roman" w:hAnsi="Times New Roman" w:eastAsia="宋体"/>
          <w:b w:val="0"/>
          <w:i w:val="0"/>
          <w:sz w:val="21"/>
        </w:rPr>
        <w:t>根据平方根定义，</w:t>
      </w:r>
    </w:p>
    <w:p>
      <w:pPr>
        <w:spacing w:before="0" w:after="80" w:line="300" w:lineRule="auto"/>
        <w:jc w:val="left"/>
      </w:pPr>
      <w:r>
        <w:rPr>
          <w:rFonts w:ascii="Times New Roman" w:hAnsi="Times New Roman" w:eastAsia="宋体"/>
          <w:b w:val="0"/>
          <w:i w:val="0"/>
          <w:sz w:val="21"/>
        </w:rPr>
        <w:t>√((a - 1)²) = |a - 1|。</w:t>
      </w:r>
    </w:p>
    <w:p>
      <w:pPr>
        <w:spacing w:before="0" w:after="80" w:line="300" w:lineRule="auto"/>
        <w:jc w:val="left"/>
      </w:pPr>
      <w:r>
        <w:rPr>
          <w:rFonts w:ascii="Times New Roman" w:hAnsi="Times New Roman" w:eastAsia="宋体"/>
          <w:b w:val="0"/>
          <w:i w:val="0"/>
          <w:sz w:val="21"/>
        </w:rPr>
        <w:t>因为 a &lt; 0，所以 a - 1 &lt; 0，从而 |a - 1| = 1 - a。</w:t>
      </w:r>
    </w:p>
    <w:p>
      <w:pPr>
        <w:spacing w:before="0" w:after="80" w:line="300" w:lineRule="auto"/>
        <w:jc w:val="left"/>
      </w:pPr>
      <w:r>
        <w:rPr>
          <w:rFonts w:ascii="Times New Roman" w:hAnsi="Times New Roman" w:eastAsia="宋体"/>
          <w:b w:val="0"/>
          <w:i w:val="0"/>
          <w:sz w:val="21"/>
        </w:rPr>
        <w:t>原式化为</w:t>
      </w:r>
    </w:p>
    <w:p>
      <w:pPr>
        <w:spacing w:before="0" w:after="80" w:line="300" w:lineRule="auto"/>
        <w:jc w:val="left"/>
      </w:pPr>
      <w:r>
        <w:rPr>
          <w:rFonts w:ascii="Times New Roman" w:hAnsi="Times New Roman" w:eastAsia="宋体"/>
          <w:b w:val="0"/>
          <w:i w:val="0"/>
          <w:sz w:val="21"/>
        </w:rPr>
        <w:t>|a - 2 - (1 - a)| = |2a - 3|。</w:t>
      </w:r>
    </w:p>
    <w:p>
      <w:pPr>
        <w:spacing w:before="0" w:after="80" w:line="300" w:lineRule="auto"/>
        <w:jc w:val="left"/>
      </w:pPr>
      <w:r>
        <w:rPr>
          <w:rFonts w:ascii="Times New Roman" w:hAnsi="Times New Roman" w:eastAsia="宋体"/>
          <w:b w:val="0"/>
          <w:i w:val="0"/>
          <w:sz w:val="21"/>
        </w:rPr>
        <w:t>又因为 a &lt; 0，所以 2a - 3 &lt; 0。因此 |2a - 3| = 3 - 2a。</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definition of square root, we get that</w:t>
      </w:r>
    </w:p>
    <w:p>
      <w:pPr>
        <w:spacing w:before="0" w:after="80" w:line="300" w:lineRule="auto"/>
        <w:jc w:val="left"/>
      </w:pPr>
      <w:r>
        <w:rPr>
          <w:rFonts w:ascii="Times New Roman" w:hAnsi="Times New Roman" w:eastAsia="宋体"/>
          <w:b w:val="0"/>
          <w:i w:val="0"/>
          <w:color w:val="333333"/>
          <w:sz w:val="19"/>
        </w:rPr>
        <w:t>√((a - 1)²) = |a - 1|.</w:t>
      </w:r>
    </w:p>
    <w:p>
      <w:pPr>
        <w:spacing w:before="0" w:after="80" w:line="300" w:lineRule="auto"/>
        <w:jc w:val="left"/>
      </w:pPr>
      <w:r>
        <w:rPr>
          <w:rFonts w:ascii="Times New Roman" w:hAnsi="Times New Roman" w:eastAsia="宋体"/>
          <w:b w:val="0"/>
          <w:i w:val="0"/>
          <w:color w:val="333333"/>
          <w:sz w:val="19"/>
        </w:rPr>
        <w:t>Since a &lt; 0, we get that a - 1 &lt; 0, which means that |a - 1| = 1 - a.</w:t>
      </w:r>
    </w:p>
    <w:p>
      <w:pPr>
        <w:spacing w:before="0" w:after="80" w:line="300" w:lineRule="auto"/>
        <w:jc w:val="left"/>
      </w:pPr>
      <w:r>
        <w:rPr>
          <w:rFonts w:ascii="Times New Roman" w:hAnsi="Times New Roman" w:eastAsia="宋体"/>
          <w:b w:val="0"/>
          <w:i w:val="0"/>
          <w:color w:val="333333"/>
          <w:sz w:val="19"/>
        </w:rPr>
        <w:t>The whole expression therefore simplifies to</w:t>
      </w:r>
    </w:p>
    <w:p>
      <w:pPr>
        <w:spacing w:before="0" w:after="80" w:line="300" w:lineRule="auto"/>
        <w:jc w:val="left"/>
      </w:pPr>
      <w:r>
        <w:rPr>
          <w:rFonts w:ascii="Times New Roman" w:hAnsi="Times New Roman" w:eastAsia="宋体"/>
          <w:b w:val="0"/>
          <w:i w:val="0"/>
          <w:color w:val="333333"/>
          <w:sz w:val="19"/>
        </w:rPr>
        <w:t>|a - 2 - (1 - a)| = |2a - 3|.</w:t>
      </w:r>
    </w:p>
    <w:p>
      <w:pPr>
        <w:spacing w:before="0" w:after="80" w:line="300" w:lineRule="auto"/>
        <w:jc w:val="left"/>
      </w:pPr>
      <w:r>
        <w:rPr>
          <w:rFonts w:ascii="Times New Roman" w:hAnsi="Times New Roman" w:eastAsia="宋体"/>
          <w:b w:val="0"/>
          <w:i w:val="0"/>
          <w:color w:val="333333"/>
          <w:sz w:val="19"/>
        </w:rPr>
        <w:t>Since a &lt; 0, we know that 2a - 3 &lt; 0. This means that |2a - 3| = 3 - 2a.</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分解质因数：18=2·3²，45=3²·5，180=2²·3²·5。</w:t>
      </w:r>
    </w:p>
    <w:p>
      <w:pPr>
        <w:spacing w:before="0" w:after="80" w:line="300" w:lineRule="auto"/>
        <w:jc w:val="left"/>
      </w:pPr>
      <w:r>
        <w:rPr>
          <w:rFonts w:ascii="Times New Roman" w:hAnsi="Times New Roman" w:eastAsia="宋体"/>
          <w:b w:val="0"/>
          <w:i w:val="0"/>
          <w:sz w:val="21"/>
        </w:rPr>
        <w:t>最小公倍数条件要求 n 中质因数 2 的指数为 2，质因数 5 的指数为 1，质因数 3 的指数至多为 2，其他质因数的指数均为 0。最大公因数条件 gcd(n,45)=15=3·5 进一步要求质因数 3 在 n 中的指数恰为 1。</w:t>
      </w:r>
    </w:p>
    <w:p>
      <w:pPr>
        <w:spacing w:before="0" w:after="80" w:line="300" w:lineRule="auto"/>
        <w:jc w:val="left"/>
      </w:pPr>
      <w:r>
        <w:rPr>
          <w:rFonts w:ascii="Times New Roman" w:hAnsi="Times New Roman" w:eastAsia="宋体"/>
          <w:b w:val="0"/>
          <w:i w:val="0"/>
          <w:sz w:val="21"/>
        </w:rPr>
        <w:t>因此 n=2²·3·5=60，其各位数字之和为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Prime factorize 18=2·3², 45=3²·5, and 180=2²·3²·5.</w:t>
      </w:r>
    </w:p>
    <w:p>
      <w:pPr>
        <w:spacing w:before="0" w:after="80" w:line="300" w:lineRule="auto"/>
        <w:jc w:val="left"/>
      </w:pPr>
      <w:r>
        <w:rPr>
          <w:rFonts w:ascii="Times New Roman" w:hAnsi="Times New Roman" w:eastAsia="宋体"/>
          <w:b w:val="0"/>
          <w:i w:val="0"/>
          <w:color w:val="333333"/>
          <w:sz w:val="19"/>
        </w:rPr>
        <w:t>The lcm condition forces the exponent of 2 in n to be 2, the exponent of 5 to be 1, the exponent of 3 to be at most 2, and every other prime exponent to be 0. The gcd condition gcd(n,45)=15=3·5 further forces the exponent of 3 in n to be exactly 1.</w:t>
      </w:r>
    </w:p>
    <w:p>
      <w:pPr>
        <w:spacing w:before="0" w:after="80" w:line="300" w:lineRule="auto"/>
        <w:jc w:val="left"/>
      </w:pPr>
      <w:r>
        <w:rPr>
          <w:rFonts w:ascii="Times New Roman" w:hAnsi="Times New Roman" w:eastAsia="宋体"/>
          <w:b w:val="0"/>
          <w:i w:val="0"/>
          <w:color w:val="333333"/>
          <w:sz w:val="19"/>
        </w:rPr>
        <w:t>Therefore n=2²·3·5=60, and the sum of its digits is 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这 6 个数的平均数为</w:t>
      </w:r>
    </w:p>
    <w:p>
      <w:pPr>
        <w:spacing w:before="0" w:after="80" w:line="300" w:lineRule="auto"/>
        <w:jc w:val="left"/>
      </w:pPr>
      <w:r>
        <w:rPr>
          <w:rFonts w:ascii="Times New Roman" w:hAnsi="Times New Roman" w:eastAsia="宋体"/>
          <w:b w:val="0"/>
          <w:i w:val="0"/>
          <w:sz w:val="21"/>
        </w:rPr>
        <w:t>(1 + 7 + ⋯ + X)/6 = (20 + X)/6。</w:t>
      </w:r>
    </w:p>
    <w:p>
      <w:pPr>
        <w:spacing w:before="0" w:after="80" w:line="300" w:lineRule="auto"/>
        <w:jc w:val="left"/>
      </w:pPr>
      <w:r>
        <w:rPr>
          <w:rFonts w:ascii="Times New Roman" w:hAnsi="Times New Roman" w:eastAsia="宋体"/>
          <w:b w:val="0"/>
          <w:i w:val="0"/>
          <w:sz w:val="21"/>
        </w:rPr>
        <w:t>这个值可以等于数据集中的任一项，因此分别讨论。</w:t>
      </w:r>
    </w:p>
    <w:p>
      <w:pPr>
        <w:spacing w:before="0" w:after="80" w:line="300" w:lineRule="auto"/>
        <w:jc w:val="left"/>
      </w:pPr>
      <w:r>
        <w:rPr>
          <w:rFonts w:ascii="Times New Roman" w:hAnsi="Times New Roman" w:eastAsia="宋体"/>
          <w:b w:val="0"/>
          <w:i w:val="0"/>
          <w:sz w:val="21"/>
        </w:rPr>
        <w:t>(20 + X)/6 = 1 iff X = -14</w:t>
      </w:r>
    </w:p>
    <w:p>
      <w:pPr>
        <w:spacing w:before="0" w:after="80" w:line="300" w:lineRule="auto"/>
        <w:jc w:val="left"/>
      </w:pPr>
      <w:r>
        <w:rPr>
          <w:rFonts w:ascii="Times New Roman" w:hAnsi="Times New Roman" w:eastAsia="宋体"/>
          <w:b w:val="0"/>
          <w:i w:val="0"/>
          <w:sz w:val="21"/>
        </w:rPr>
        <w:t>(20 + X)/6 = 7 iff X = 22</w:t>
      </w:r>
    </w:p>
    <w:p>
      <w:pPr>
        <w:spacing w:before="0" w:after="80" w:line="300" w:lineRule="auto"/>
        <w:jc w:val="left"/>
      </w:pPr>
      <w:r>
        <w:rPr>
          <w:rFonts w:ascii="Times New Roman" w:hAnsi="Times New Roman" w:eastAsia="宋体"/>
          <w:b w:val="0"/>
          <w:i w:val="0"/>
          <w:sz w:val="21"/>
        </w:rPr>
        <w:t>(20 + X)/6 = 5 iff X = 10</w:t>
      </w:r>
    </w:p>
    <w:p>
      <w:pPr>
        <w:spacing w:before="0" w:after="80" w:line="300" w:lineRule="auto"/>
        <w:jc w:val="left"/>
      </w:pPr>
      <w:r>
        <w:rPr>
          <w:rFonts w:ascii="Times New Roman" w:hAnsi="Times New Roman" w:eastAsia="宋体"/>
          <w:b w:val="0"/>
          <w:i w:val="0"/>
          <w:sz w:val="21"/>
        </w:rPr>
        <w:t>(20 + X)/6 = 2 iff X = -8</w:t>
      </w:r>
    </w:p>
    <w:p>
      <w:pPr>
        <w:spacing w:before="0" w:after="80" w:line="300" w:lineRule="auto"/>
        <w:jc w:val="left"/>
      </w:pPr>
      <w:r>
        <w:rPr>
          <w:rFonts w:ascii="Times New Roman" w:hAnsi="Times New Roman" w:eastAsia="宋体"/>
          <w:b w:val="0"/>
          <w:i w:val="0"/>
          <w:sz w:val="21"/>
        </w:rPr>
        <w:t>(20 + X)/6 = X iff X = 4</w:t>
      </w:r>
    </w:p>
    <w:p>
      <w:pPr>
        <w:spacing w:before="0" w:after="80" w:line="300" w:lineRule="auto"/>
        <w:jc w:val="left"/>
      </w:pPr>
      <w:r>
        <w:rPr>
          <w:rFonts w:ascii="Times New Roman" w:hAnsi="Times New Roman" w:eastAsia="宋体"/>
          <w:b w:val="0"/>
          <w:i w:val="0"/>
          <w:sz w:val="21"/>
        </w:rPr>
        <w:t>所有正的 X 值之和为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average of the 6 numbers is</w:t>
      </w:r>
    </w:p>
    <w:p>
      <w:pPr>
        <w:spacing w:before="0" w:after="80" w:line="300" w:lineRule="auto"/>
        <w:jc w:val="left"/>
      </w:pPr>
      <w:r>
        <w:rPr>
          <w:rFonts w:ascii="Times New Roman" w:hAnsi="Times New Roman" w:eastAsia="宋体"/>
          <w:b w:val="0"/>
          <w:i w:val="0"/>
          <w:color w:val="333333"/>
          <w:sz w:val="19"/>
        </w:rPr>
        <w:t>(1 + 7 + ⋯ + X)/6 = (20 + X)/6.</w:t>
      </w:r>
    </w:p>
    <w:p>
      <w:pPr>
        <w:spacing w:before="0" w:after="80" w:line="300" w:lineRule="auto"/>
        <w:jc w:val="left"/>
      </w:pPr>
      <w:r>
        <w:rPr>
          <w:rFonts w:ascii="Times New Roman" w:hAnsi="Times New Roman" w:eastAsia="宋体"/>
          <w:b w:val="0"/>
          <w:i w:val="0"/>
          <w:color w:val="333333"/>
          <w:sz w:val="19"/>
        </w:rPr>
        <w:t>This value can equal any of the terms in the set, so we can case on what it equals.</w:t>
      </w:r>
    </w:p>
    <w:p>
      <w:pPr>
        <w:spacing w:before="0" w:after="80" w:line="300" w:lineRule="auto"/>
        <w:jc w:val="left"/>
      </w:pPr>
      <w:r>
        <w:rPr>
          <w:rFonts w:ascii="Times New Roman" w:hAnsi="Times New Roman" w:eastAsia="宋体"/>
          <w:b w:val="0"/>
          <w:i w:val="0"/>
          <w:color w:val="333333"/>
          <w:sz w:val="19"/>
        </w:rPr>
        <w:t>(20 + X)/6 = 1 iff X = -14</w:t>
      </w:r>
    </w:p>
    <w:p>
      <w:pPr>
        <w:spacing w:before="0" w:after="80" w:line="300" w:lineRule="auto"/>
        <w:jc w:val="left"/>
      </w:pPr>
      <w:r>
        <w:rPr>
          <w:rFonts w:ascii="Times New Roman" w:hAnsi="Times New Roman" w:eastAsia="宋体"/>
          <w:b w:val="0"/>
          <w:i w:val="0"/>
          <w:color w:val="333333"/>
          <w:sz w:val="19"/>
        </w:rPr>
        <w:t>(20 + X)/6 = 7 iff X = 22</w:t>
      </w:r>
    </w:p>
    <w:p>
      <w:pPr>
        <w:spacing w:before="0" w:after="80" w:line="300" w:lineRule="auto"/>
        <w:jc w:val="left"/>
      </w:pPr>
      <w:r>
        <w:rPr>
          <w:rFonts w:ascii="Times New Roman" w:hAnsi="Times New Roman" w:eastAsia="宋体"/>
          <w:b w:val="0"/>
          <w:i w:val="0"/>
          <w:color w:val="333333"/>
          <w:sz w:val="19"/>
        </w:rPr>
        <w:t>(20 + X)/6 = 5 iff X = 10</w:t>
      </w:r>
    </w:p>
    <w:p>
      <w:pPr>
        <w:spacing w:before="0" w:after="80" w:line="300" w:lineRule="auto"/>
        <w:jc w:val="left"/>
      </w:pPr>
      <w:r>
        <w:rPr>
          <w:rFonts w:ascii="Times New Roman" w:hAnsi="Times New Roman" w:eastAsia="宋体"/>
          <w:b w:val="0"/>
          <w:i w:val="0"/>
          <w:color w:val="333333"/>
          <w:sz w:val="19"/>
        </w:rPr>
        <w:t>(20 + X)/6 = 2 iff X = -8</w:t>
      </w:r>
    </w:p>
    <w:p>
      <w:pPr>
        <w:spacing w:before="0" w:after="80" w:line="300" w:lineRule="auto"/>
        <w:jc w:val="left"/>
      </w:pPr>
      <w:r>
        <w:rPr>
          <w:rFonts w:ascii="Times New Roman" w:hAnsi="Times New Roman" w:eastAsia="宋体"/>
          <w:b w:val="0"/>
          <w:i w:val="0"/>
          <w:color w:val="333333"/>
          <w:sz w:val="19"/>
        </w:rPr>
        <w:t>(20 + X)/6 = X iff X = 4</w:t>
      </w:r>
    </w:p>
    <w:p>
      <w:pPr>
        <w:spacing w:before="0" w:after="80" w:line="300" w:lineRule="auto"/>
        <w:jc w:val="left"/>
      </w:pPr>
      <w:r>
        <w:rPr>
          <w:rFonts w:ascii="Times New Roman" w:hAnsi="Times New Roman" w:eastAsia="宋体"/>
          <w:b w:val="0"/>
          <w:i w:val="0"/>
          <w:color w:val="333333"/>
          <w:sz w:val="19"/>
        </w:rPr>
        <w:t>Adding up all the positive values for X, we get 36.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左下区域有 5 种颜色可选。左上区域与它相邻，因此有 4 种选择。中间下方区域同时与前两个区域相邻，因此有 3 种选择。</w:t>
      </w:r>
    </w:p>
    <w:p>
      <w:pPr>
        <w:spacing w:before="0" w:after="80" w:line="300" w:lineRule="auto"/>
        <w:jc w:val="left"/>
      </w:pPr>
      <w:r>
        <w:rPr>
          <w:rFonts w:ascii="Times New Roman" w:hAnsi="Times New Roman" w:eastAsia="宋体"/>
          <w:b w:val="0"/>
          <w:i w:val="0"/>
          <w:sz w:val="21"/>
        </w:rPr>
        <w:t>右上区域也与前面两个区域相邻，因此有 3 种选择。最后，右下区域同样有 3 种选择。</w:t>
      </w:r>
    </w:p>
    <w:p>
      <w:pPr>
        <w:spacing w:before="0" w:after="80" w:line="300" w:lineRule="auto"/>
        <w:jc w:val="left"/>
      </w:pPr>
      <w:r>
        <w:rPr>
          <w:rFonts w:ascii="Times New Roman" w:hAnsi="Times New Roman" w:eastAsia="宋体"/>
          <w:b w:val="0"/>
          <w:i w:val="0"/>
          <w:sz w:val="21"/>
        </w:rPr>
        <w:t>把这些选择相乘，得到 5·4·3·3·3=540 种涂色方法。</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choices for the color of the bottom left rectangle. This forces there to be 4 choices for the top left rectangle. The middle bottom rectangle touches both of the previous ones, so there are 3 color options for this rectangle.</w:t>
      </w:r>
    </w:p>
    <w:p>
      <w:pPr>
        <w:spacing w:before="0" w:after="80" w:line="300" w:lineRule="auto"/>
        <w:jc w:val="left"/>
      </w:pPr>
      <w:r>
        <w:rPr>
          <w:rFonts w:ascii="Times New Roman" w:hAnsi="Times New Roman" w:eastAsia="宋体"/>
          <w:b w:val="0"/>
          <w:i w:val="0"/>
          <w:color w:val="333333"/>
          <w:sz w:val="19"/>
        </w:rPr>
        <w:t>The rectangle in the top right is also limited to 3 colors since it touches the two previous rectangles. Finally, the rectangle in the bottom right also has 3 color options.</w:t>
      </w:r>
    </w:p>
    <w:p>
      <w:pPr>
        <w:spacing w:before="0" w:after="80" w:line="300" w:lineRule="auto"/>
        <w:jc w:val="left"/>
      </w:pPr>
      <w:r>
        <w:rPr>
          <w:rFonts w:ascii="Times New Roman" w:hAnsi="Times New Roman" w:eastAsia="宋体"/>
          <w:b w:val="0"/>
          <w:i w:val="0"/>
          <w:color w:val="333333"/>
          <w:sz w:val="19"/>
        </w:rPr>
        <w:t>Multiplying these together, we get 5·4·3·3·3=540 total colorings.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E</w:t>
      </w:r>
    </w:p>
    <w:p>
      <w:pPr>
        <w:spacing w:before="80" w:after="80"/>
        <w:jc w:val="center"/>
      </w:pPr>
      <w:r>
        <w:drawing>
          <wp:inline xmlns:a="http://schemas.openxmlformats.org/drawingml/2006/main" xmlns:pic="http://schemas.openxmlformats.org/drawingml/2006/picture">
            <wp:extent cx="2402372" cy="1478473"/>
            <wp:docPr id="13" name="Picture 13"/>
            <wp:cNvGraphicFramePr>
              <a:graphicFrameLocks noChangeAspect="1"/>
            </wp:cNvGraphicFramePr>
            <a:graphic>
              <a:graphicData uri="http://schemas.openxmlformats.org/drawingml/2006/picture">
                <pic:pic>
                  <pic:nvPicPr>
                    <pic:cNvPr id="0" name="q10-sol-1@300dpi.png"/>
                    <pic:cNvPicPr/>
                  </pic:nvPicPr>
                  <pic:blipFill>
                    <a:blip r:embed="rId15"/>
                    <a:stretch>
                      <a:fillRect/>
                    </a:stretch>
                  </pic:blipFill>
                  <pic:spPr>
                    <a:xfrm>
                      <a:off x="0" y="0"/>
                      <a:ext cx="2402372" cy="1478473"/>
                    </a:xfrm>
                    <a:prstGeom prst="rect"/>
                  </pic:spPr>
                </pic:pic>
              </a:graphicData>
            </a:graphic>
          </wp:inline>
        </w:drawing>
      </w:r>
    </w:p>
    <w:p>
      <w:pPr>
        <w:spacing w:before="0" w:after="80" w:line="300" w:lineRule="auto"/>
        <w:jc w:val="left"/>
      </w:pPr>
      <w:r>
        <w:rPr>
          <w:rFonts w:ascii="Times New Roman" w:hAnsi="Times New Roman" w:eastAsia="宋体"/>
          <w:b w:val="0"/>
          <w:i w:val="0"/>
          <w:sz w:val="21"/>
        </w:rPr>
        <w:t>如图，将原长方形的宽和高分别记为 a 和 b。于是有</w:t>
      </w:r>
    </w:p>
    <w:p>
      <w:pPr>
        <w:spacing w:before="0" w:after="80" w:line="300" w:lineRule="auto"/>
        <w:jc w:val="left"/>
      </w:pPr>
      <w:r>
        <w:rPr>
          <w:rFonts w:ascii="Times New Roman" w:hAnsi="Times New Roman" w:eastAsia="宋体"/>
          <w:b w:val="0"/>
          <w:i w:val="0"/>
          <w:sz w:val="21"/>
        </w:rPr>
        <w:t>a² + b² = 64</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(a - 2)² + (b - 2)² = 32。</w:t>
      </w:r>
    </w:p>
    <w:p>
      <w:pPr>
        <w:spacing w:before="0" w:after="80" w:line="300" w:lineRule="auto"/>
        <w:jc w:val="left"/>
      </w:pPr>
      <w:r>
        <w:rPr>
          <w:rFonts w:ascii="Times New Roman" w:hAnsi="Times New Roman" w:eastAsia="宋体"/>
          <w:b w:val="0"/>
          <w:i w:val="0"/>
          <w:sz w:val="21"/>
        </w:rPr>
        <w:t>后一式化简为</w:t>
      </w:r>
    </w:p>
    <w:p>
      <w:pPr>
        <w:spacing w:before="0" w:after="80" w:line="300" w:lineRule="auto"/>
        <w:jc w:val="left"/>
      </w:pPr>
      <w:r>
        <w:rPr>
          <w:rFonts w:ascii="Times New Roman" w:hAnsi="Times New Roman" w:eastAsia="宋体"/>
          <w:b w:val="0"/>
          <w:i w:val="0"/>
          <w:sz w:val="21"/>
        </w:rPr>
        <w:t>a² + b² - 4a - 4b + 4 + 4 = 32，</w:t>
      </w:r>
    </w:p>
    <w:p>
      <w:pPr>
        <w:spacing w:before="0" w:after="80" w:line="300" w:lineRule="auto"/>
        <w:jc w:val="left"/>
      </w:pPr>
      <w:r>
        <w:rPr>
          <w:rFonts w:ascii="Times New Roman" w:hAnsi="Times New Roman" w:eastAsia="宋体"/>
          <w:b w:val="0"/>
          <w:i w:val="0"/>
          <w:sz w:val="21"/>
        </w:rPr>
        <w:t>也就是</w:t>
      </w:r>
    </w:p>
    <w:p>
      <w:pPr>
        <w:spacing w:before="0" w:after="80" w:line="300" w:lineRule="auto"/>
        <w:jc w:val="left"/>
      </w:pPr>
      <w:r>
        <w:rPr>
          <w:rFonts w:ascii="Times New Roman" w:hAnsi="Times New Roman" w:eastAsia="宋体"/>
          <w:b w:val="0"/>
          <w:i w:val="0"/>
          <w:sz w:val="21"/>
        </w:rPr>
        <w:t>72 - 4(a + b) = 32。</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 + b = 10。</w:t>
      </w:r>
    </w:p>
    <w:p>
      <w:pPr>
        <w:spacing w:before="0" w:after="80" w:line="300" w:lineRule="auto"/>
        <w:jc w:val="left"/>
      </w:pPr>
      <w:r>
        <w:rPr>
          <w:rFonts w:ascii="Times New Roman" w:hAnsi="Times New Roman" w:eastAsia="宋体"/>
          <w:b w:val="0"/>
          <w:i w:val="0"/>
          <w:sz w:val="21"/>
        </w:rPr>
        <w:t>将它平方，得到</w:t>
      </w:r>
    </w:p>
    <w:p>
      <w:pPr>
        <w:spacing w:before="0" w:after="80" w:line="300" w:lineRule="auto"/>
        <w:jc w:val="left"/>
      </w:pPr>
      <w:r>
        <w:rPr>
          <w:rFonts w:ascii="Times New Roman" w:hAnsi="Times New Roman" w:eastAsia="宋体"/>
          <w:b w:val="0"/>
          <w:i w:val="0"/>
          <w:sz w:val="21"/>
        </w:rPr>
        <w:t>a² + b² + 2ab = 100，</w:t>
      </w:r>
    </w:p>
    <w:p>
      <w:pPr>
        <w:spacing w:before="0" w:after="80" w:line="300" w:lineRule="auto"/>
        <w:jc w:val="left"/>
      </w:pPr>
      <w:r>
        <w:rPr>
          <w:rFonts w:ascii="Times New Roman" w:hAnsi="Times New Roman" w:eastAsia="宋体"/>
          <w:b w:val="0"/>
          <w:i w:val="0"/>
          <w:sz w:val="21"/>
        </w:rPr>
        <w:t>从而</w:t>
      </w:r>
    </w:p>
    <w:p>
      <w:pPr>
        <w:spacing w:before="0" w:after="80" w:line="300" w:lineRule="auto"/>
        <w:jc w:val="left"/>
      </w:pPr>
      <w:r>
        <w:rPr>
          <w:rFonts w:ascii="Times New Roman" w:hAnsi="Times New Roman" w:eastAsia="宋体"/>
          <w:b w:val="0"/>
          <w:i w:val="0"/>
          <w:sz w:val="21"/>
        </w:rPr>
        <w:t>2ab = 36，</w:t>
      </w:r>
    </w:p>
    <w:p>
      <w:pPr>
        <w:spacing w:before="0" w:after="80" w:line="300" w:lineRule="auto"/>
        <w:jc w:val="left"/>
      </w:pPr>
      <w:r>
        <w:rPr>
          <w:rFonts w:ascii="Times New Roman" w:hAnsi="Times New Roman" w:eastAsia="宋体"/>
          <w:b w:val="0"/>
          <w:i w:val="0"/>
          <w:sz w:val="21"/>
        </w:rPr>
        <w:t>因此面积 (ab) 为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402372" cy="1478473"/>
            <wp:docPr id="14" name="Picture 14"/>
            <wp:cNvGraphicFramePr>
              <a:graphicFrameLocks noChangeAspect="1"/>
            </wp:cNvGraphicFramePr>
            <a:graphic>
              <a:graphicData uri="http://schemas.openxmlformats.org/drawingml/2006/picture">
                <pic:pic>
                  <pic:nvPicPr>
                    <pic:cNvPr id="0" name="q10-sol-1@300dpi.png"/>
                    <pic:cNvPicPr/>
                  </pic:nvPicPr>
                  <pic:blipFill>
                    <a:blip r:embed="rId15"/>
                    <a:stretch>
                      <a:fillRect/>
                    </a:stretch>
                  </pic:blipFill>
                  <pic:spPr>
                    <a:xfrm>
                      <a:off x="0" y="0"/>
                      <a:ext cx="2402372" cy="147847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We can label a and b as the width and height as in the diagram. Then we get that</w:t>
      </w:r>
    </w:p>
    <w:p>
      <w:pPr>
        <w:spacing w:before="0" w:after="80" w:line="300" w:lineRule="auto"/>
        <w:jc w:val="left"/>
      </w:pPr>
      <w:r>
        <w:rPr>
          <w:rFonts w:ascii="Times New Roman" w:hAnsi="Times New Roman" w:eastAsia="宋体"/>
          <w:b w:val="0"/>
          <w:i w:val="0"/>
          <w:color w:val="333333"/>
          <w:sz w:val="19"/>
        </w:rPr>
        <w:t>a² + b² = 64</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 - 2)² + (b - 2)² = 32.</w:t>
      </w:r>
    </w:p>
    <w:p>
      <w:pPr>
        <w:spacing w:before="0" w:after="80" w:line="300" w:lineRule="auto"/>
        <w:jc w:val="left"/>
      </w:pPr>
      <w:r>
        <w:rPr>
          <w:rFonts w:ascii="Times New Roman" w:hAnsi="Times New Roman" w:eastAsia="宋体"/>
          <w:b w:val="0"/>
          <w:i w:val="0"/>
          <w:color w:val="333333"/>
          <w:sz w:val="19"/>
        </w:rPr>
        <w:t>The latter expression simplifies to</w:t>
      </w:r>
    </w:p>
    <w:p>
      <w:pPr>
        <w:spacing w:before="0" w:after="80" w:line="300" w:lineRule="auto"/>
        <w:jc w:val="left"/>
      </w:pPr>
      <w:r>
        <w:rPr>
          <w:rFonts w:ascii="Times New Roman" w:hAnsi="Times New Roman" w:eastAsia="宋体"/>
          <w:b w:val="0"/>
          <w:i w:val="0"/>
          <w:color w:val="333333"/>
          <w:sz w:val="19"/>
        </w:rPr>
        <w:t>a² + b² - 4a - 4b + 4 + 4 = 32,</w:t>
      </w:r>
    </w:p>
    <w:p>
      <w:pPr>
        <w:spacing w:before="0" w:after="80" w:line="300" w:lineRule="auto"/>
        <w:jc w:val="left"/>
      </w:pPr>
      <w:r>
        <w:rPr>
          <w:rFonts w:ascii="Times New Roman" w:hAnsi="Times New Roman" w:eastAsia="宋体"/>
          <w:b w:val="0"/>
          <w:i w:val="0"/>
          <w:color w:val="333333"/>
          <w:sz w:val="19"/>
        </w:rPr>
        <w:t>which is the same as</w:t>
      </w:r>
    </w:p>
    <w:p>
      <w:pPr>
        <w:spacing w:before="0" w:after="80" w:line="300" w:lineRule="auto"/>
        <w:jc w:val="left"/>
      </w:pPr>
      <w:r>
        <w:rPr>
          <w:rFonts w:ascii="Times New Roman" w:hAnsi="Times New Roman" w:eastAsia="宋体"/>
          <w:b w:val="0"/>
          <w:i w:val="0"/>
          <w:color w:val="333333"/>
          <w:sz w:val="19"/>
        </w:rPr>
        <w:t>72 - 4(a + b) = 32.</w:t>
      </w:r>
    </w:p>
    <w:p>
      <w:pPr>
        <w:spacing w:before="0" w:after="80" w:line="300" w:lineRule="auto"/>
        <w:jc w:val="left"/>
      </w:pPr>
      <w:r>
        <w:rPr>
          <w:rFonts w:ascii="Times New Roman" w:hAnsi="Times New Roman" w:eastAsia="宋体"/>
          <w:b w:val="0"/>
          <w:i w:val="0"/>
          <w:color w:val="333333"/>
          <w:sz w:val="19"/>
        </w:rPr>
        <w:t>From this we get</w:t>
      </w:r>
    </w:p>
    <w:p>
      <w:pPr>
        <w:spacing w:before="0" w:after="80" w:line="300" w:lineRule="auto"/>
        <w:jc w:val="left"/>
      </w:pPr>
      <w:r>
        <w:rPr>
          <w:rFonts w:ascii="Times New Roman" w:hAnsi="Times New Roman" w:eastAsia="宋体"/>
          <w:b w:val="0"/>
          <w:i w:val="0"/>
          <w:color w:val="333333"/>
          <w:sz w:val="19"/>
        </w:rPr>
        <w:t>a + b = 10.</w:t>
      </w:r>
    </w:p>
    <w:p>
      <w:pPr>
        <w:spacing w:before="0" w:after="80" w:line="300" w:lineRule="auto"/>
        <w:jc w:val="left"/>
      </w:pPr>
      <w:r>
        <w:rPr>
          <w:rFonts w:ascii="Times New Roman" w:hAnsi="Times New Roman" w:eastAsia="宋体"/>
          <w:b w:val="0"/>
          <w:i w:val="0"/>
          <w:color w:val="333333"/>
          <w:sz w:val="19"/>
        </w:rPr>
        <w:t>Squaring this, we get</w:t>
      </w:r>
    </w:p>
    <w:p>
      <w:pPr>
        <w:spacing w:before="0" w:after="80" w:line="300" w:lineRule="auto"/>
        <w:jc w:val="left"/>
      </w:pPr>
      <w:r>
        <w:rPr>
          <w:rFonts w:ascii="Times New Roman" w:hAnsi="Times New Roman" w:eastAsia="宋体"/>
          <w:b w:val="0"/>
          <w:i w:val="0"/>
          <w:color w:val="333333"/>
          <w:sz w:val="19"/>
        </w:rPr>
        <w:t>a² + b² + 2ab = 100,</w:t>
      </w:r>
    </w:p>
    <w:p>
      <w:pPr>
        <w:spacing w:before="0" w:after="80" w:line="300" w:lineRule="auto"/>
        <w:jc w:val="left"/>
      </w:pPr>
      <w:r>
        <w:rPr>
          <w:rFonts w:ascii="Times New Roman" w:hAnsi="Times New Roman" w:eastAsia="宋体"/>
          <w:b w:val="0"/>
          <w:i w:val="0"/>
          <w:color w:val="333333"/>
          <w:sz w:val="19"/>
        </w:rPr>
        <w:t>which gets us that</w:t>
      </w:r>
    </w:p>
    <w:p>
      <w:pPr>
        <w:spacing w:before="0" w:after="80" w:line="300" w:lineRule="auto"/>
        <w:jc w:val="left"/>
      </w:pPr>
      <w:r>
        <w:rPr>
          <w:rFonts w:ascii="Times New Roman" w:hAnsi="Times New Roman" w:eastAsia="宋体"/>
          <w:b w:val="0"/>
          <w:i w:val="0"/>
          <w:color w:val="333333"/>
          <w:sz w:val="19"/>
        </w:rPr>
        <w:t>2ab = 36,</w:t>
      </w:r>
    </w:p>
    <w:p>
      <w:pPr>
        <w:spacing w:before="0" w:after="80" w:line="300" w:lineRule="auto"/>
        <w:jc w:val="left"/>
      </w:pPr>
      <w:r>
        <w:rPr>
          <w:rFonts w:ascii="Times New Roman" w:hAnsi="Times New Roman" w:eastAsia="宋体"/>
          <w:b w:val="0"/>
          <w:i w:val="0"/>
          <w:color w:val="333333"/>
          <w:sz w:val="19"/>
        </w:rPr>
        <w:t>which means that the area (ab) is 18.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可将 4096 写成 2¹²，所以 1/4096 = 2⁻¹²。令两个给定表达式相等，得到</w:t>
      </w:r>
    </w:p>
    <w:p>
      <w:pPr>
        <w:spacing w:before="0" w:after="80" w:line="300" w:lineRule="auto"/>
        <w:jc w:val="left"/>
      </w:pPr>
      <w:r>
        <w:rPr>
          <w:rFonts w:ascii="Times New Roman" w:hAnsi="Times New Roman" w:eastAsia="宋体"/>
          <w:b w:val="0"/>
          <w:i w:val="0"/>
          <w:sz w:val="21"/>
        </w:rPr>
        <w:t>2ᵐ · 2⁻⁶ = 2 · 2^(-12/m)。</w:t>
      </w:r>
    </w:p>
    <w:p>
      <w:pPr>
        <w:spacing w:before="0" w:after="80" w:line="300" w:lineRule="auto"/>
        <w:jc w:val="left"/>
      </w:pPr>
      <w:r>
        <w:rPr>
          <w:rFonts w:ascii="Times New Roman" w:hAnsi="Times New Roman" w:eastAsia="宋体"/>
          <w:b w:val="0"/>
          <w:i w:val="0"/>
          <w:sz w:val="21"/>
        </w:rPr>
        <w:t>比较指数得</w:t>
      </w:r>
    </w:p>
    <w:p>
      <w:pPr>
        <w:spacing w:before="0" w:after="80" w:line="300" w:lineRule="auto"/>
        <w:jc w:val="left"/>
      </w:pPr>
      <w:r>
        <w:rPr>
          <w:rFonts w:ascii="Times New Roman" w:hAnsi="Times New Roman" w:eastAsia="宋体"/>
          <w:b w:val="0"/>
          <w:i w:val="0"/>
          <w:sz w:val="21"/>
        </w:rPr>
        <w:t>m - 6 = 1 + -12/m。</w:t>
      </w:r>
    </w:p>
    <w:p>
      <w:pPr>
        <w:spacing w:before="0" w:after="80" w:line="300" w:lineRule="auto"/>
        <w:jc w:val="left"/>
      </w:pPr>
      <w:r>
        <w:rPr>
          <w:rFonts w:ascii="Times New Roman" w:hAnsi="Times New Roman" w:eastAsia="宋体"/>
          <w:b w:val="0"/>
          <w:i w:val="0"/>
          <w:sz w:val="21"/>
        </w:rPr>
        <w:t>两边乘以 m，得到</w:t>
      </w:r>
    </w:p>
    <w:p>
      <w:pPr>
        <w:spacing w:before="0" w:after="80" w:line="300" w:lineRule="auto"/>
        <w:jc w:val="left"/>
      </w:pPr>
      <w:r>
        <w:rPr>
          <w:rFonts w:ascii="Times New Roman" w:hAnsi="Times New Roman" w:eastAsia="宋体"/>
          <w:b w:val="0"/>
          <w:i w:val="0"/>
          <w:sz w:val="21"/>
        </w:rPr>
        <w:t>m² - 6m = m - 12</w:t>
      </w:r>
    </w:p>
    <w:p>
      <w:pPr>
        <w:spacing w:before="0" w:after="80" w:line="300" w:lineRule="auto"/>
        <w:jc w:val="left"/>
      </w:pPr>
      <w:r>
        <w:rPr>
          <w:rFonts w:ascii="Times New Roman" w:hAnsi="Times New Roman" w:eastAsia="宋体"/>
          <w:b w:val="0"/>
          <w:i w:val="0"/>
          <w:sz w:val="21"/>
        </w:rPr>
        <w:t>因而</w:t>
      </w:r>
    </w:p>
    <w:p>
      <w:pPr>
        <w:spacing w:before="0" w:after="80" w:line="300" w:lineRule="auto"/>
        <w:jc w:val="left"/>
      </w:pPr>
      <w:r>
        <w:rPr>
          <w:rFonts w:ascii="Times New Roman" w:hAnsi="Times New Roman" w:eastAsia="宋体"/>
          <w:b w:val="0"/>
          <w:i w:val="0"/>
          <w:sz w:val="21"/>
        </w:rPr>
        <w:t>m² - 7m + 12 = 0</w:t>
      </w:r>
    </w:p>
    <w:p>
      <w:pPr>
        <w:spacing w:before="0" w:after="80" w:line="300" w:lineRule="auto"/>
        <w:jc w:val="left"/>
      </w:pPr>
      <w:r>
        <w:rPr>
          <w:rFonts w:ascii="Times New Roman" w:hAnsi="Times New Roman" w:eastAsia="宋体"/>
          <w:b w:val="0"/>
          <w:i w:val="0"/>
          <w:sz w:val="21"/>
        </w:rPr>
        <w:t>(m-4)(m-3)</w:t>
      </w:r>
    </w:p>
    <w:p>
      <w:pPr>
        <w:spacing w:before="0" w:after="80" w:line="300" w:lineRule="auto"/>
        <w:jc w:val="left"/>
      </w:pPr>
      <w:r>
        <w:rPr>
          <w:rFonts w:ascii="Times New Roman" w:hAnsi="Times New Roman" w:eastAsia="宋体"/>
          <w:b w:val="0"/>
          <w:i w:val="0"/>
          <w:sz w:val="21"/>
        </w:rPr>
        <w:t>m=4, m=3</w:t>
      </w:r>
    </w:p>
    <w:p>
      <w:pPr>
        <w:spacing w:before="0" w:after="80" w:line="300" w:lineRule="auto"/>
        <w:jc w:val="left"/>
      </w:pPr>
      <w:r>
        <w:rPr>
          <w:rFonts w:ascii="Times New Roman" w:hAnsi="Times New Roman" w:eastAsia="宋体"/>
          <w:b w:val="0"/>
          <w:i w:val="0"/>
          <w:sz w:val="21"/>
        </w:rPr>
        <w:t>因此，所有解的和为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rewrite 4096 as 2¹², so 1/4096 = 2⁻¹². Then if we equate the given expressions, we get</w:t>
      </w:r>
    </w:p>
    <w:p>
      <w:pPr>
        <w:spacing w:before="0" w:after="80" w:line="300" w:lineRule="auto"/>
        <w:jc w:val="left"/>
      </w:pPr>
      <w:r>
        <w:rPr>
          <w:rFonts w:ascii="Times New Roman" w:hAnsi="Times New Roman" w:eastAsia="宋体"/>
          <w:b w:val="0"/>
          <w:i w:val="0"/>
          <w:color w:val="333333"/>
          <w:sz w:val="19"/>
        </w:rPr>
        <w:t>2ᵐ · 2⁻⁶ = 2 · 2^(-12/m).</w:t>
      </w:r>
    </w:p>
    <w:p>
      <w:pPr>
        <w:spacing w:before="0" w:after="80" w:line="300" w:lineRule="auto"/>
        <w:jc w:val="left"/>
      </w:pPr>
      <w:r>
        <w:rPr>
          <w:rFonts w:ascii="Times New Roman" w:hAnsi="Times New Roman" w:eastAsia="宋体"/>
          <w:b w:val="0"/>
          <w:i w:val="0"/>
          <w:color w:val="333333"/>
          <w:sz w:val="19"/>
        </w:rPr>
        <w:t>Equating the exponents, we get</w:t>
      </w:r>
    </w:p>
    <w:p>
      <w:pPr>
        <w:spacing w:before="0" w:after="80" w:line="300" w:lineRule="auto"/>
        <w:jc w:val="left"/>
      </w:pPr>
      <w:r>
        <w:rPr>
          <w:rFonts w:ascii="Times New Roman" w:hAnsi="Times New Roman" w:eastAsia="宋体"/>
          <w:b w:val="0"/>
          <w:i w:val="0"/>
          <w:color w:val="333333"/>
          <w:sz w:val="19"/>
        </w:rPr>
        <w:t>m - 6 = 1 + -12/m.</w:t>
      </w:r>
    </w:p>
    <w:p>
      <w:pPr>
        <w:spacing w:before="0" w:after="80" w:line="300" w:lineRule="auto"/>
        <w:jc w:val="left"/>
      </w:pPr>
      <w:r>
        <w:rPr>
          <w:rFonts w:ascii="Times New Roman" w:hAnsi="Times New Roman" w:eastAsia="宋体"/>
          <w:b w:val="0"/>
          <w:i w:val="0"/>
          <w:color w:val="333333"/>
          <w:sz w:val="19"/>
        </w:rPr>
        <w:t>Multiplying by m, we get</w:t>
      </w:r>
    </w:p>
    <w:p>
      <w:pPr>
        <w:spacing w:before="0" w:after="80" w:line="300" w:lineRule="auto"/>
        <w:jc w:val="left"/>
      </w:pPr>
      <w:r>
        <w:rPr>
          <w:rFonts w:ascii="Times New Roman" w:hAnsi="Times New Roman" w:eastAsia="宋体"/>
          <w:b w:val="0"/>
          <w:i w:val="0"/>
          <w:color w:val="333333"/>
          <w:sz w:val="19"/>
        </w:rPr>
        <w:t>m² - 6m = m - 12</w:t>
      </w:r>
    </w:p>
    <w:p>
      <w:pPr>
        <w:spacing w:before="0" w:after="80" w:line="300" w:lineRule="auto"/>
        <w:jc w:val="left"/>
      </w:pPr>
      <w:r>
        <w:rPr>
          <w:rFonts w:ascii="Times New Roman" w:hAnsi="Times New Roman" w:eastAsia="宋体"/>
          <w:b w:val="0"/>
          <w:i w:val="0"/>
          <w:color w:val="333333"/>
          <w:sz w:val="19"/>
        </w:rPr>
        <w:t>and so</w:t>
      </w:r>
    </w:p>
    <w:p>
      <w:pPr>
        <w:spacing w:before="0" w:after="80" w:line="300" w:lineRule="auto"/>
        <w:jc w:val="left"/>
      </w:pPr>
      <w:r>
        <w:rPr>
          <w:rFonts w:ascii="Times New Roman" w:hAnsi="Times New Roman" w:eastAsia="宋体"/>
          <w:b w:val="0"/>
          <w:i w:val="0"/>
          <w:color w:val="333333"/>
          <w:sz w:val="19"/>
        </w:rPr>
        <w:t>m² - 7m + 12 = 0</w:t>
      </w:r>
    </w:p>
    <w:p>
      <w:pPr>
        <w:spacing w:before="0" w:after="80" w:line="300" w:lineRule="auto"/>
        <w:jc w:val="left"/>
      </w:pPr>
      <w:r>
        <w:rPr>
          <w:rFonts w:ascii="Times New Roman" w:hAnsi="Times New Roman" w:eastAsia="宋体"/>
          <w:b w:val="0"/>
          <w:i w:val="0"/>
          <w:color w:val="333333"/>
          <w:sz w:val="19"/>
        </w:rPr>
        <w:t>(m-4)(m-3)</w:t>
      </w:r>
    </w:p>
    <w:p>
      <w:pPr>
        <w:spacing w:before="0" w:after="80" w:line="300" w:lineRule="auto"/>
        <w:jc w:val="left"/>
      </w:pPr>
      <w:r>
        <w:rPr>
          <w:rFonts w:ascii="Times New Roman" w:hAnsi="Times New Roman" w:eastAsia="宋体"/>
          <w:b w:val="0"/>
          <w:i w:val="0"/>
          <w:color w:val="333333"/>
          <w:sz w:val="19"/>
        </w:rPr>
        <w:t>m=4, m=3</w:t>
      </w:r>
    </w:p>
    <w:p>
      <w:pPr>
        <w:spacing w:before="0" w:after="80" w:line="300" w:lineRule="auto"/>
        <w:jc w:val="left"/>
      </w:pPr>
      <w:r>
        <w:rPr>
          <w:rFonts w:ascii="Times New Roman" w:hAnsi="Times New Roman" w:eastAsia="宋体"/>
          <w:b w:val="0"/>
          <w:i w:val="0"/>
          <w:color w:val="333333"/>
          <w:sz w:val="19"/>
        </w:rPr>
        <w:t>Therefore, we can see that the sum of the solutions is 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对于第一个问题，总是说真话者会回答“是”，总是说谎者也会回答“是”，第一次选择说谎的交替者同样会回答“是”；第一次选择说真话的交替者则回答“否”。记相应人数后可写成</w:t>
      </w:r>
    </w:p>
    <w:p>
      <w:pPr>
        <w:spacing w:before="0" w:after="80" w:line="300" w:lineRule="auto"/>
        <w:jc w:val="left"/>
      </w:pPr>
      <w:r>
        <w:rPr>
          <w:rFonts w:ascii="Times New Roman" w:hAnsi="Times New Roman" w:eastAsia="宋体"/>
          <w:b w:val="0"/>
          <w:i w:val="0"/>
          <w:sz w:val="21"/>
        </w:rPr>
        <w:t>22 = t + l + aₗ。</w:t>
      </w:r>
    </w:p>
    <w:p>
      <w:pPr>
        <w:spacing w:before="0" w:after="80" w:line="300" w:lineRule="auto"/>
        <w:jc w:val="left"/>
      </w:pPr>
      <w:r>
        <w:rPr>
          <w:rFonts w:ascii="Times New Roman" w:hAnsi="Times New Roman" w:eastAsia="宋体"/>
          <w:b w:val="0"/>
          <w:i w:val="0"/>
          <w:sz w:val="21"/>
        </w:rPr>
        <w:t>对于第二个问题，总是说谎者会回答“是”；第一次选择说谎的交替者这轮必须说真话，也会回答“是”。其余两类回答“否”，所以</w:t>
      </w:r>
    </w:p>
    <w:p>
      <w:pPr>
        <w:spacing w:before="0" w:after="80" w:line="300" w:lineRule="auto"/>
        <w:jc w:val="left"/>
      </w:pPr>
      <w:r>
        <w:rPr>
          <w:rFonts w:ascii="Times New Roman" w:hAnsi="Times New Roman" w:eastAsia="宋体"/>
          <w:b w:val="0"/>
          <w:i w:val="0"/>
          <w:sz w:val="21"/>
        </w:rPr>
        <w:t>15 = l + aₗ。</w:t>
      </w:r>
    </w:p>
    <w:p>
      <w:pPr>
        <w:spacing w:before="0" w:after="80" w:line="300" w:lineRule="auto"/>
        <w:jc w:val="left"/>
      </w:pPr>
      <w:r>
        <w:rPr>
          <w:rFonts w:ascii="Times New Roman" w:hAnsi="Times New Roman" w:eastAsia="宋体"/>
          <w:b w:val="0"/>
          <w:i w:val="0"/>
          <w:sz w:val="21"/>
        </w:rPr>
        <w:t>由此得到 t = 7。校长第一轮只给一直说真话的孩子糖果，因此总共只发给他们 7 块糖。</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the first question, the truth-tellers will respond yes, the liars will respond yes, and the alternaters who decided to lie first will say yes. The alternaters who decide to tell the truth first will say no. Denote this as</w:t>
      </w:r>
    </w:p>
    <w:p>
      <w:pPr>
        <w:spacing w:before="0" w:after="80" w:line="300" w:lineRule="auto"/>
        <w:jc w:val="left"/>
      </w:pPr>
      <w:r>
        <w:rPr>
          <w:rFonts w:ascii="Times New Roman" w:hAnsi="Times New Roman" w:eastAsia="宋体"/>
          <w:b w:val="0"/>
          <w:i w:val="0"/>
          <w:color w:val="333333"/>
          <w:sz w:val="19"/>
        </w:rPr>
        <w:t>22 = t + l + aₗ.</w:t>
      </w:r>
    </w:p>
    <w:p>
      <w:pPr>
        <w:spacing w:before="0" w:after="80" w:line="300" w:lineRule="auto"/>
        <w:jc w:val="left"/>
      </w:pPr>
      <w:r>
        <w:rPr>
          <w:rFonts w:ascii="Times New Roman" w:hAnsi="Times New Roman" w:eastAsia="宋体"/>
          <w:b w:val="0"/>
          <w:i w:val="0"/>
          <w:color w:val="333333"/>
          <w:sz w:val="19"/>
        </w:rPr>
        <w:t>For the second questions, the liars will respond yes, and the alternaters who decided to lie first will say yes (they are forced to tell the truth for this question). The truth-tellers will respond no, and the alternaters who told the truth first would lie this round, responding no. Denote this as</w:t>
      </w:r>
    </w:p>
    <w:p>
      <w:pPr>
        <w:spacing w:before="0" w:after="80" w:line="300" w:lineRule="auto"/>
        <w:jc w:val="left"/>
      </w:pPr>
      <w:r>
        <w:rPr>
          <w:rFonts w:ascii="Times New Roman" w:hAnsi="Times New Roman" w:eastAsia="宋体"/>
          <w:b w:val="0"/>
          <w:i w:val="0"/>
          <w:color w:val="333333"/>
          <w:sz w:val="19"/>
        </w:rPr>
        <w:t>15 = l + aₗ.</w:t>
      </w:r>
    </w:p>
    <w:p>
      <w:pPr>
        <w:spacing w:before="0" w:after="80" w:line="300" w:lineRule="auto"/>
        <w:jc w:val="left"/>
      </w:pPr>
      <w:r>
        <w:rPr>
          <w:rFonts w:ascii="Times New Roman" w:hAnsi="Times New Roman" w:eastAsia="宋体"/>
          <w:b w:val="0"/>
          <w:i w:val="0"/>
          <w:color w:val="333333"/>
          <w:sz w:val="19"/>
        </w:rPr>
        <w:t>From this, we get that t = 7. The principal only gives candy to children who always tell the truth in the first round, therefore only giving them 7 candies total.</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参考下图：</w:t>
      </w:r>
    </w:p>
    <w:p>
      <w:pPr>
        <w:spacing w:before="80" w:after="80"/>
        <w:jc w:val="center"/>
      </w:pPr>
      <w:r>
        <w:drawing>
          <wp:inline xmlns:a="http://schemas.openxmlformats.org/drawingml/2006/main" xmlns:pic="http://schemas.openxmlformats.org/drawingml/2006/picture">
            <wp:extent cx="1772813" cy="2207325"/>
            <wp:docPr id="15" name="Picture 15"/>
            <wp:cNvGraphicFramePr>
              <a:graphicFrameLocks noChangeAspect="1"/>
            </wp:cNvGraphicFramePr>
            <a:graphic>
              <a:graphicData uri="http://schemas.openxmlformats.org/drawingml/2006/picture">
                <pic:pic>
                  <pic:nvPicPr>
                    <pic:cNvPr id="0" name="q13-sol-1@300dpi.png"/>
                    <pic:cNvPicPr/>
                  </pic:nvPicPr>
                  <pic:blipFill>
                    <a:blip r:embed="rId16"/>
                    <a:stretch>
                      <a:fillRect/>
                    </a:stretch>
                  </pic:blipFill>
                  <pic:spPr>
                    <a:xfrm>
                      <a:off x="0" y="0"/>
                      <a:ext cx="1772813" cy="2207325"/>
                    </a:xfrm>
                    <a:prstGeom prst="rect"/>
                  </pic:spPr>
                </pic:pic>
              </a:graphicData>
            </a:graphic>
          </wp:inline>
        </w:drawing>
      </w:r>
    </w:p>
    <w:p>
      <w:pPr>
        <w:spacing w:before="0" w:after="80" w:line="300" w:lineRule="auto"/>
        <w:jc w:val="left"/>
      </w:pPr>
      <w:r>
        <w:rPr>
          <w:rFonts w:ascii="Times New Roman" w:hAnsi="Times New Roman" w:eastAsia="宋体"/>
          <w:b w:val="0"/>
          <w:i w:val="0"/>
          <w:sz w:val="21"/>
        </w:rPr>
        <w:t>设 Y 为 BD 与 AC 的交点。由角平分线定理，AB:AC=BP:PC=2:3，所以设 AB=2x、AC=3x。</w:t>
      </w:r>
    </w:p>
    <w:p>
      <w:pPr>
        <w:spacing w:before="0" w:after="80" w:line="300" w:lineRule="auto"/>
        <w:jc w:val="left"/>
      </w:pPr>
      <w:r>
        <w:rPr>
          <w:rFonts w:ascii="Times New Roman" w:hAnsi="Times New Roman" w:eastAsia="宋体"/>
          <w:b w:val="0"/>
          <w:i w:val="0"/>
          <w:sz w:val="21"/>
        </w:rPr>
        <w:t>关于角平分线 AP 的反射把射线 AB 映到射线 AC。因为 BY⊥ AP，它把 B 映到 Y。所以 AY=AB=2x，从而 YC=AC-AY=x。</w:t>
      </w:r>
    </w:p>
    <w:p>
      <w:pPr>
        <w:spacing w:before="0" w:after="80" w:line="300" w:lineRule="auto"/>
        <w:jc w:val="left"/>
      </w:pPr>
      <w:r>
        <w:rPr>
          <w:rFonts w:ascii="Times New Roman" w:hAnsi="Times New Roman" w:eastAsia="宋体"/>
          <w:b w:val="0"/>
          <w:i w:val="0"/>
          <w:sz w:val="21"/>
        </w:rPr>
        <w:t>因为 AD∥ BC，且 B,Y,D 共线、A,Y,C 共线，所以 △ BYC∼△ DYA。因此</w:t>
      </w:r>
    </w:p>
    <w:p>
      <w:pPr>
        <w:spacing w:before="0" w:after="80" w:line="300" w:lineRule="auto"/>
        <w:jc w:val="left"/>
      </w:pPr>
      <w:r>
        <w:rPr>
          <w:rFonts w:ascii="Times New Roman" w:hAnsi="Times New Roman" w:eastAsia="宋体"/>
          <w:b w:val="0"/>
          <w:i w:val="0"/>
          <w:sz w:val="21"/>
        </w:rPr>
        <w:t>AD/BC=AY/YC=2。</w:t>
      </w:r>
    </w:p>
    <w:p>
      <w:pPr>
        <w:spacing w:before="0" w:after="80" w:line="300" w:lineRule="auto"/>
        <w:jc w:val="left"/>
      </w:pPr>
      <w:r>
        <w:rPr>
          <w:rFonts w:ascii="Times New Roman" w:hAnsi="Times New Roman" w:eastAsia="宋体"/>
          <w:b w:val="0"/>
          <w:i w:val="0"/>
          <w:sz w:val="21"/>
        </w:rPr>
        <w:t>最后，BC=BP+PC=5，所以 AD=2BC=10。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following diagram:</w:t>
      </w:r>
    </w:p>
    <w:p>
      <w:pPr>
        <w:spacing w:before="80" w:after="80"/>
        <w:jc w:val="center"/>
      </w:pPr>
      <w:r>
        <w:drawing>
          <wp:inline xmlns:a="http://schemas.openxmlformats.org/drawingml/2006/main" xmlns:pic="http://schemas.openxmlformats.org/drawingml/2006/picture">
            <wp:extent cx="1772813" cy="2207325"/>
            <wp:docPr id="16" name="Picture 16"/>
            <wp:cNvGraphicFramePr>
              <a:graphicFrameLocks noChangeAspect="1"/>
            </wp:cNvGraphicFramePr>
            <a:graphic>
              <a:graphicData uri="http://schemas.openxmlformats.org/drawingml/2006/picture">
                <pic:pic>
                  <pic:nvPicPr>
                    <pic:cNvPr id="0" name="q13-sol-1@300dpi.png"/>
                    <pic:cNvPicPr/>
                  </pic:nvPicPr>
                  <pic:blipFill>
                    <a:blip r:embed="rId16"/>
                    <a:stretch>
                      <a:fillRect/>
                    </a:stretch>
                  </pic:blipFill>
                  <pic:spPr>
                    <a:xfrm>
                      <a:off x="0" y="0"/>
                      <a:ext cx="1772813" cy="220732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Y be the intersection of BD and AC. By the Angle Bisector Theorem, AB:AC=BP:PC=2:3, so write AB=2x and AC=3x.</w:t>
      </w:r>
    </w:p>
    <w:p>
      <w:pPr>
        <w:spacing w:before="0" w:after="80" w:line="300" w:lineRule="auto"/>
        <w:jc w:val="left"/>
      </w:pPr>
      <w:r>
        <w:rPr>
          <w:rFonts w:ascii="Times New Roman" w:hAnsi="Times New Roman" w:eastAsia="宋体"/>
          <w:b w:val="0"/>
          <w:i w:val="0"/>
          <w:color w:val="333333"/>
          <w:sz w:val="19"/>
        </w:rPr>
        <w:t>Reflection across the angle bisector AP sends ray AB to ray AC. Because BY⊥ AP, it sends B to Y. Thus AY=AB=2x, and hence YC=AC-AY=x.</w:t>
      </w:r>
    </w:p>
    <w:p>
      <w:pPr>
        <w:spacing w:before="0" w:after="80" w:line="300" w:lineRule="auto"/>
        <w:jc w:val="left"/>
      </w:pPr>
      <w:r>
        <w:rPr>
          <w:rFonts w:ascii="Times New Roman" w:hAnsi="Times New Roman" w:eastAsia="宋体"/>
          <w:b w:val="0"/>
          <w:i w:val="0"/>
          <w:color w:val="333333"/>
          <w:sz w:val="19"/>
        </w:rPr>
        <w:t>Since AD∥ BC, with B,Y,D collinear and A,Y,C collinear, we have △ BYC∼△ DYA. Therefore</w:t>
      </w:r>
    </w:p>
    <w:p>
      <w:pPr>
        <w:spacing w:before="0" w:after="80" w:line="300" w:lineRule="auto"/>
        <w:jc w:val="left"/>
      </w:pPr>
      <w:r>
        <w:rPr>
          <w:rFonts w:ascii="Times New Roman" w:hAnsi="Times New Roman" w:eastAsia="宋体"/>
          <w:b w:val="0"/>
          <w:i w:val="0"/>
          <w:color w:val="333333"/>
          <w:sz w:val="19"/>
        </w:rPr>
        <w:t>AD/BC=AY/YC=2.</w:t>
      </w:r>
    </w:p>
    <w:p>
      <w:pPr>
        <w:spacing w:before="0" w:after="80" w:line="300" w:lineRule="auto"/>
        <w:jc w:val="left"/>
      </w:pPr>
      <w:r>
        <w:rPr>
          <w:rFonts w:ascii="Times New Roman" w:hAnsi="Times New Roman" w:eastAsia="宋体"/>
          <w:b w:val="0"/>
          <w:i w:val="0"/>
          <w:color w:val="333333"/>
          <w:sz w:val="19"/>
        </w:rPr>
        <w:t>Finally, BC=BP+PC=5, so AD=2BC=10.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数 8 到 14 之间不能互相配对，所以它们必须分别与 1 到 7 中的一个数配对。特别地，7 必须与 14 配对，因为没有其他可用的数至少是 7 的两倍。</w:t>
      </w:r>
    </w:p>
    <w:p>
      <w:pPr>
        <w:spacing w:before="0" w:after="80" w:line="300" w:lineRule="auto"/>
        <w:jc w:val="left"/>
      </w:pPr>
      <w:r>
        <w:rPr>
          <w:rFonts w:ascii="Times New Roman" w:hAnsi="Times New Roman" w:eastAsia="宋体"/>
          <w:b w:val="0"/>
          <w:i w:val="0"/>
          <w:sz w:val="21"/>
        </w:rPr>
        <w:t>再看其余各数的搭档。8 和 9 可与 1-4 中任一数配对；10 和 11 可与 1-5 中任一数配对；12 和 13 可与 1-6 中任一数配对。</w:t>
      </w:r>
    </w:p>
    <w:p>
      <w:pPr>
        <w:spacing w:before="0" w:after="80" w:line="300" w:lineRule="auto"/>
        <w:jc w:val="left"/>
      </w:pPr>
      <w:r>
        <w:rPr>
          <w:rFonts w:ascii="Times New Roman" w:hAnsi="Times New Roman" w:eastAsia="宋体"/>
          <w:b w:val="0"/>
          <w:i w:val="0"/>
          <w:sz w:val="21"/>
        </w:rPr>
        <w:t>8 有 4 种选择，随后 9 只剩 3 种，因为 8 已占用一个数。10 仍有 3 种选择，因为虽已占用 2 个选择，但它多出一个可选数 (5)。接着 11 有 2 种，12 有 2 种，13 只有 1 种。</w:t>
      </w:r>
    </w:p>
    <w:p>
      <w:pPr>
        <w:spacing w:before="0" w:after="80" w:line="300" w:lineRule="auto"/>
        <w:jc w:val="left"/>
      </w:pPr>
      <w:r>
        <w:rPr>
          <w:rFonts w:ascii="Times New Roman" w:hAnsi="Times New Roman" w:eastAsia="宋体"/>
          <w:b w:val="0"/>
          <w:i w:val="0"/>
          <w:sz w:val="21"/>
        </w:rPr>
        <w:t>相乘得到</w:t>
      </w:r>
    </w:p>
    <w:p>
      <w:pPr>
        <w:spacing w:before="0" w:after="80" w:line="300" w:lineRule="auto"/>
        <w:jc w:val="left"/>
      </w:pPr>
      <w:r>
        <w:rPr>
          <w:rFonts w:ascii="Times New Roman" w:hAnsi="Times New Roman" w:eastAsia="宋体"/>
          <w:b w:val="0"/>
          <w:i w:val="0"/>
          <w:sz w:val="21"/>
        </w:rPr>
        <w:t>4 · 3 · 3 · 2 · 2 = 144。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from 8 through 14 cannot be paired with one another, so they must be paired with the numbers from 1 through 7. In particular, 7 must be paired with 14, since no other available number is at least twice 7.</w:t>
      </w:r>
    </w:p>
    <w:p>
      <w:pPr>
        <w:spacing w:before="0" w:after="80" w:line="300" w:lineRule="auto"/>
        <w:jc w:val="left"/>
      </w:pPr>
      <w:r>
        <w:rPr>
          <w:rFonts w:ascii="Times New Roman" w:hAnsi="Times New Roman" w:eastAsia="宋体"/>
          <w:b w:val="0"/>
          <w:i w:val="0"/>
          <w:color w:val="333333"/>
          <w:sz w:val="19"/>
        </w:rPr>
        <w:t>Now let’s look at what the other numbers can pair with. 8 and 9 can pair with any number 1-4. 10 and 11 can pair with any number 1-5, and 12 and 13 can pair with any number 1-6.</w:t>
      </w:r>
    </w:p>
    <w:p>
      <w:pPr>
        <w:spacing w:before="0" w:after="80" w:line="300" w:lineRule="auto"/>
        <w:jc w:val="left"/>
      </w:pPr>
      <w:r>
        <w:rPr>
          <w:rFonts w:ascii="Times New Roman" w:hAnsi="Times New Roman" w:eastAsia="宋体"/>
          <w:b w:val="0"/>
          <w:i w:val="0"/>
          <w:color w:val="333333"/>
          <w:sz w:val="19"/>
        </w:rPr>
        <w:t>8 can pair with 4 numbers, but then 9 only has 3 options since 8 took one. 10 then has 3 options, since 2 choices are taken, but it has one more to choose from (5). 11 then has 2 options, 12 has 2 options, and 13 only has 1.</w:t>
      </w:r>
    </w:p>
    <w:p>
      <w:pPr>
        <w:spacing w:before="0" w:after="80" w:line="300" w:lineRule="auto"/>
        <w:jc w:val="left"/>
      </w:pPr>
      <w:r>
        <w:rPr>
          <w:rFonts w:ascii="Times New Roman" w:hAnsi="Times New Roman" w:eastAsia="宋体"/>
          <w:b w:val="0"/>
          <w:i w:val="0"/>
          <w:color w:val="333333"/>
          <w:sz w:val="19"/>
        </w:rPr>
        <w:t>Multiplying these together yields</w:t>
      </w:r>
    </w:p>
    <w:p>
      <w:pPr>
        <w:spacing w:before="0" w:after="80" w:line="300" w:lineRule="auto"/>
        <w:jc w:val="left"/>
      </w:pPr>
      <w:r>
        <w:rPr>
          <w:rFonts w:ascii="Times New Roman" w:hAnsi="Times New Roman" w:eastAsia="宋体"/>
          <w:b w:val="0"/>
          <w:i w:val="0"/>
          <w:color w:val="333333"/>
          <w:sz w:val="19"/>
        </w:rPr>
        <w:t>4 · 3 · 3 · 2 · 2 = 144.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15 题　答案 D</w:t>
      </w:r>
    </w:p>
    <w:p>
      <w:pPr>
        <w:spacing w:before="80" w:after="80"/>
        <w:jc w:val="center"/>
      </w:pPr>
      <w:r>
        <w:drawing>
          <wp:inline xmlns:a="http://schemas.openxmlformats.org/drawingml/2006/main" xmlns:pic="http://schemas.openxmlformats.org/drawingml/2006/picture">
            <wp:extent cx="2234555" cy="2020855"/>
            <wp:docPr id="17" name="Picture 17"/>
            <wp:cNvGraphicFramePr>
              <a:graphicFrameLocks noChangeAspect="1"/>
            </wp:cNvGraphicFramePr>
            <a:graphic>
              <a:graphicData uri="http://schemas.openxmlformats.org/drawingml/2006/picture">
                <pic:pic>
                  <pic:nvPicPr>
                    <pic:cNvPr id="0" name="q15-sol-1@300dpi.png"/>
                    <pic:cNvPicPr/>
                  </pic:nvPicPr>
                  <pic:blipFill>
                    <a:blip r:embed="rId17"/>
                    <a:stretch>
                      <a:fillRect/>
                    </a:stretch>
                  </pic:blipFill>
                  <pic:spPr>
                    <a:xfrm>
                      <a:off x="0" y="0"/>
                      <a:ext cx="2234555" cy="2020855"/>
                    </a:xfrm>
                    <a:prstGeom prst="rect"/>
                  </pic:spPr>
                </pic:pic>
              </a:graphicData>
            </a:graphic>
          </wp:inline>
        </w:drawing>
      </w:r>
    </w:p>
    <w:p>
      <w:pPr>
        <w:spacing w:before="0" w:after="80" w:line="300" w:lineRule="auto"/>
        <w:jc w:val="left"/>
      </w:pPr>
      <w:r>
        <w:rPr>
          <w:rFonts w:ascii="Times New Roman" w:hAnsi="Times New Roman" w:eastAsia="宋体"/>
          <w:b w:val="0"/>
          <w:i w:val="0"/>
          <w:sz w:val="21"/>
        </w:rPr>
        <w:t>注意到 7² + 24² 与 15² + 20² 相等。这迫使 AC = 25，否则 ∠ B 与 ∠ D 会同时为锐角或同时为钝角，与它们的和为 180° 矛盾。</w:t>
      </w:r>
    </w:p>
    <w:p>
      <w:pPr>
        <w:spacing w:before="0" w:after="80" w:line="300" w:lineRule="auto"/>
        <w:jc w:val="left"/>
      </w:pPr>
      <w:r>
        <w:rPr>
          <w:rFonts w:ascii="Times New Roman" w:hAnsi="Times New Roman" w:eastAsia="宋体"/>
          <w:b w:val="0"/>
          <w:i w:val="0"/>
          <w:sz w:val="21"/>
        </w:rPr>
        <w:t>又因为 ∠ B 是直角，所以 AC 是圆的直径。圆的面积为 625/4 π。</w:t>
      </w:r>
    </w:p>
    <w:p>
      <w:pPr>
        <w:spacing w:before="0" w:after="80" w:line="300" w:lineRule="auto"/>
        <w:jc w:val="left"/>
      </w:pPr>
      <w:r>
        <w:rPr>
          <w:rFonts w:ascii="Times New Roman" w:hAnsi="Times New Roman" w:eastAsia="宋体"/>
          <w:b w:val="0"/>
          <w:i w:val="0"/>
          <w:sz w:val="21"/>
        </w:rPr>
        <w:t>四边形的面积等于两个三角形的面积之和，即</w:t>
      </w:r>
    </w:p>
    <w:p>
      <w:pPr>
        <w:spacing w:before="0" w:after="80" w:line="300" w:lineRule="auto"/>
        <w:jc w:val="left"/>
      </w:pPr>
      <w:r>
        <w:rPr>
          <w:rFonts w:ascii="Times New Roman" w:hAnsi="Times New Roman" w:eastAsia="宋体"/>
          <w:b w:val="0"/>
          <w:i w:val="0"/>
          <w:sz w:val="21"/>
        </w:rPr>
        <w:t>1/2(7 · 24 + 20 · 15) =</w:t>
      </w:r>
    </w:p>
    <w:p>
      <w:pPr>
        <w:spacing w:before="0" w:after="80" w:line="300" w:lineRule="auto"/>
        <w:jc w:val="left"/>
      </w:pPr>
      <w:r>
        <w:rPr>
          <w:rFonts w:ascii="Times New Roman" w:hAnsi="Times New Roman" w:eastAsia="宋体"/>
          <w:b w:val="0"/>
          <w:i w:val="0"/>
          <w:sz w:val="21"/>
        </w:rPr>
        <w:t>84 + 150 = 234。</w:t>
      </w:r>
    </w:p>
    <w:p>
      <w:pPr>
        <w:spacing w:before="0" w:after="80" w:line="300" w:lineRule="auto"/>
        <w:jc w:val="left"/>
      </w:pPr>
      <w:r>
        <w:rPr>
          <w:rFonts w:ascii="Times New Roman" w:hAnsi="Times New Roman" w:eastAsia="宋体"/>
          <w:b w:val="0"/>
          <w:i w:val="0"/>
          <w:sz w:val="21"/>
        </w:rPr>
        <w:t>圆内而四边形外的面积为</w:t>
      </w:r>
    </w:p>
    <w:p>
      <w:pPr>
        <w:spacing w:before="0" w:after="80" w:line="300" w:lineRule="auto"/>
        <w:jc w:val="left"/>
      </w:pPr>
      <w:r>
        <w:rPr>
          <w:rFonts w:ascii="Times New Roman" w:hAnsi="Times New Roman" w:eastAsia="宋体"/>
          <w:b w:val="0"/>
          <w:i w:val="0"/>
          <w:sz w:val="21"/>
        </w:rPr>
        <w:t>625/4 π - 234 = (625 π - 936)/4。</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 + b + c = 625 + 936 + 4</w:t>
      </w:r>
    </w:p>
    <w:p>
      <w:pPr>
        <w:spacing w:before="0" w:after="80" w:line="300" w:lineRule="auto"/>
        <w:jc w:val="left"/>
      </w:pPr>
      <w:r>
        <w:rPr>
          <w:rFonts w:ascii="Times New Roman" w:hAnsi="Times New Roman" w:eastAsia="宋体"/>
          <w:b w:val="0"/>
          <w:i w:val="0"/>
          <w:sz w:val="21"/>
        </w:rPr>
        <w:t>= 1565。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234555" cy="2020855"/>
            <wp:docPr id="18" name="Picture 18"/>
            <wp:cNvGraphicFramePr>
              <a:graphicFrameLocks noChangeAspect="1"/>
            </wp:cNvGraphicFramePr>
            <a:graphic>
              <a:graphicData uri="http://schemas.openxmlformats.org/drawingml/2006/picture">
                <pic:pic>
                  <pic:nvPicPr>
                    <pic:cNvPr id="0" name="q15-sol-1@300dpi.png"/>
                    <pic:cNvPicPr/>
                  </pic:nvPicPr>
                  <pic:blipFill>
                    <a:blip r:embed="rId17"/>
                    <a:stretch>
                      <a:fillRect/>
                    </a:stretch>
                  </pic:blipFill>
                  <pic:spPr>
                    <a:xfrm>
                      <a:off x="0" y="0"/>
                      <a:ext cx="2234555" cy="202085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Notice that 7² + 24² and 15² + 20² are both the same. This forces AC = 25 since otherwise ∠ B and ∠ D would both be acute or obtuse, violating the fact that their sum is 180°.</w:t>
      </w:r>
    </w:p>
    <w:p>
      <w:pPr>
        <w:spacing w:before="0" w:after="80" w:line="300" w:lineRule="auto"/>
        <w:jc w:val="left"/>
      </w:pPr>
      <w:r>
        <w:rPr>
          <w:rFonts w:ascii="Times New Roman" w:hAnsi="Times New Roman" w:eastAsia="宋体"/>
          <w:b w:val="0"/>
          <w:i w:val="0"/>
          <w:color w:val="333333"/>
          <w:sz w:val="19"/>
        </w:rPr>
        <w:t>Also since ∠ B is right, we know that AC is the diameter of the circle. The area of the circle is then 625/4 π.</w:t>
      </w:r>
    </w:p>
    <w:p>
      <w:pPr>
        <w:spacing w:before="0" w:after="80" w:line="300" w:lineRule="auto"/>
        <w:jc w:val="left"/>
      </w:pPr>
      <w:r>
        <w:rPr>
          <w:rFonts w:ascii="Times New Roman" w:hAnsi="Times New Roman" w:eastAsia="宋体"/>
          <w:b w:val="0"/>
          <w:i w:val="0"/>
          <w:color w:val="333333"/>
          <w:sz w:val="19"/>
        </w:rPr>
        <w:t>To find the area of the quadrilateral, we can find the area of each of the triangles, which is</w:t>
      </w:r>
    </w:p>
    <w:p>
      <w:pPr>
        <w:spacing w:before="0" w:after="80" w:line="300" w:lineRule="auto"/>
        <w:jc w:val="left"/>
      </w:pPr>
      <w:r>
        <w:rPr>
          <w:rFonts w:ascii="Times New Roman" w:hAnsi="Times New Roman" w:eastAsia="宋体"/>
          <w:b w:val="0"/>
          <w:i w:val="0"/>
          <w:color w:val="333333"/>
          <w:sz w:val="19"/>
        </w:rPr>
        <w:t>1/2(7 · 24 + 20 · 15) =</w:t>
      </w:r>
    </w:p>
    <w:p>
      <w:pPr>
        <w:spacing w:before="0" w:after="80" w:line="300" w:lineRule="auto"/>
        <w:jc w:val="left"/>
      </w:pPr>
      <w:r>
        <w:rPr>
          <w:rFonts w:ascii="Times New Roman" w:hAnsi="Times New Roman" w:eastAsia="宋体"/>
          <w:b w:val="0"/>
          <w:i w:val="0"/>
          <w:color w:val="333333"/>
          <w:sz w:val="19"/>
        </w:rPr>
        <w:t>84 + 150 = 234.</w:t>
      </w:r>
    </w:p>
    <w:p>
      <w:pPr>
        <w:spacing w:before="0" w:after="80" w:line="300" w:lineRule="auto"/>
        <w:jc w:val="left"/>
      </w:pPr>
      <w:r>
        <w:rPr>
          <w:rFonts w:ascii="Times New Roman" w:hAnsi="Times New Roman" w:eastAsia="宋体"/>
          <w:b w:val="0"/>
          <w:i w:val="0"/>
          <w:color w:val="333333"/>
          <w:sz w:val="19"/>
        </w:rPr>
        <w:t>To find the area outside the quadrilateral, we subtract to get</w:t>
      </w:r>
    </w:p>
    <w:p>
      <w:pPr>
        <w:spacing w:before="0" w:after="80" w:line="300" w:lineRule="auto"/>
        <w:jc w:val="left"/>
      </w:pPr>
      <w:r>
        <w:rPr>
          <w:rFonts w:ascii="Times New Roman" w:hAnsi="Times New Roman" w:eastAsia="宋体"/>
          <w:b w:val="0"/>
          <w:i w:val="0"/>
          <w:color w:val="333333"/>
          <w:sz w:val="19"/>
        </w:rPr>
        <w:t>625/4 π - 234 = (625 π - 936)/4.</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 + b + c = 625 + 936 + 4</w:t>
      </w:r>
    </w:p>
    <w:p>
      <w:pPr>
        <w:spacing w:before="0" w:after="80" w:line="300" w:lineRule="auto"/>
        <w:jc w:val="left"/>
      </w:pPr>
      <w:r>
        <w:rPr>
          <w:rFonts w:ascii="Times New Roman" w:hAnsi="Times New Roman" w:eastAsia="宋体"/>
          <w:b w:val="0"/>
          <w:i w:val="0"/>
          <w:color w:val="333333"/>
          <w:sz w:val="19"/>
        </w:rPr>
        <w:t>= 1565.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设原长方体的三个尺寸为 h, l 和 w。新长方体的体积为</w:t>
      </w:r>
    </w:p>
    <w:p>
      <w:pPr>
        <w:spacing w:before="0" w:after="80" w:line="300" w:lineRule="auto"/>
        <w:jc w:val="left"/>
      </w:pPr>
      <w:r>
        <w:rPr>
          <w:rFonts w:ascii="Times New Roman" w:hAnsi="Times New Roman" w:eastAsia="宋体"/>
          <w:b w:val="0"/>
          <w:i w:val="0"/>
          <w:sz w:val="21"/>
        </w:rPr>
        <w:t>(h + 2)(l + 2)(w + 2)。</w:t>
      </w:r>
    </w:p>
    <w:p>
      <w:pPr>
        <w:spacing w:before="0" w:after="80" w:line="300" w:lineRule="auto"/>
        <w:jc w:val="left"/>
      </w:pPr>
      <w:r>
        <w:rPr>
          <w:rFonts w:ascii="Times New Roman" w:hAnsi="Times New Roman" w:eastAsia="宋体"/>
          <w:b w:val="0"/>
          <w:i w:val="0"/>
          <w:sz w:val="21"/>
        </w:rPr>
        <w:t>展开得</w:t>
      </w:r>
    </w:p>
    <w:p>
      <w:pPr>
        <w:spacing w:before="0" w:after="80" w:line="300" w:lineRule="auto"/>
        <w:jc w:val="left"/>
      </w:pPr>
      <w:r>
        <w:rPr>
          <w:rFonts w:ascii="Times New Roman" w:hAnsi="Times New Roman" w:eastAsia="宋体"/>
          <w:b w:val="0"/>
          <w:i w:val="0"/>
          <w:sz w:val="21"/>
        </w:rPr>
        <w:t>hlw + 2(hl + hw + lw)</w:t>
      </w:r>
    </w:p>
    <w:p>
      <w:pPr>
        <w:spacing w:before="0" w:after="80" w:line="300" w:lineRule="auto"/>
        <w:jc w:val="left"/>
      </w:pPr>
      <w:r>
        <w:rPr>
          <w:rFonts w:ascii="Times New Roman" w:hAnsi="Times New Roman" w:eastAsia="宋体"/>
          <w:b w:val="0"/>
          <w:i w:val="0"/>
          <w:sz w:val="21"/>
        </w:rPr>
        <w:t>+ 4(l + h + w) + 8。</w:t>
      </w:r>
    </w:p>
    <w:p>
      <w:pPr>
        <w:spacing w:before="0" w:after="80" w:line="300" w:lineRule="auto"/>
        <w:jc w:val="left"/>
      </w:pPr>
      <w:r>
        <w:rPr>
          <w:rFonts w:ascii="Times New Roman" w:hAnsi="Times New Roman" w:eastAsia="宋体"/>
          <w:b w:val="0"/>
          <w:i w:val="0"/>
          <w:sz w:val="21"/>
        </w:rPr>
        <w:t>再由韦达定理，</w:t>
      </w:r>
    </w:p>
    <w:p>
      <w:pPr>
        <w:spacing w:before="0" w:after="80" w:line="300" w:lineRule="auto"/>
        <w:jc w:val="left"/>
      </w:pPr>
      <w:r>
        <w:rPr>
          <w:rFonts w:ascii="Times New Roman" w:hAnsi="Times New Roman" w:eastAsia="宋体"/>
          <w:b w:val="0"/>
          <w:i w:val="0"/>
          <w:sz w:val="21"/>
        </w:rPr>
        <w:t>hlw = -D/A = 3/5，</w:t>
      </w:r>
    </w:p>
    <w:p>
      <w:pPr>
        <w:spacing w:before="0" w:after="80" w:line="300" w:lineRule="auto"/>
        <w:jc w:val="left"/>
      </w:pPr>
      <w:r>
        <w:rPr>
          <w:rFonts w:ascii="Times New Roman" w:hAnsi="Times New Roman" w:eastAsia="宋体"/>
          <w:b w:val="0"/>
          <w:i w:val="0"/>
          <w:sz w:val="21"/>
        </w:rPr>
        <w:t>hl + hw + lw = C/A = 29/10，</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l + h + w = -B/A = 39/10。</w:t>
      </w:r>
    </w:p>
    <w:p>
      <w:pPr>
        <w:spacing w:before="0" w:after="80" w:line="300" w:lineRule="auto"/>
        <w:jc w:val="left"/>
      </w:pPr>
      <w:r>
        <w:rPr>
          <w:rFonts w:ascii="Times New Roman" w:hAnsi="Times New Roman" w:eastAsia="宋体"/>
          <w:b w:val="0"/>
          <w:i w:val="0"/>
          <w:sz w:val="21"/>
        </w:rPr>
        <w:t>把这些值代入展开式，得到</w:t>
      </w:r>
    </w:p>
    <w:p>
      <w:pPr>
        <w:spacing w:before="0" w:after="80" w:line="300" w:lineRule="auto"/>
        <w:jc w:val="left"/>
      </w:pPr>
      <w:r>
        <w:rPr>
          <w:rFonts w:ascii="Times New Roman" w:hAnsi="Times New Roman" w:eastAsia="宋体"/>
          <w:b w:val="0"/>
          <w:i w:val="0"/>
          <w:sz w:val="21"/>
        </w:rPr>
        <w:t>3/5 + 2 · 29/10 + 4 · 39/10 + 8 = 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h, l, and w be the dimensions of the old box. Then the volume of the new box is</w:t>
      </w:r>
    </w:p>
    <w:p>
      <w:pPr>
        <w:spacing w:before="0" w:after="80" w:line="300" w:lineRule="auto"/>
        <w:jc w:val="left"/>
      </w:pPr>
      <w:r>
        <w:rPr>
          <w:rFonts w:ascii="Times New Roman" w:hAnsi="Times New Roman" w:eastAsia="宋体"/>
          <w:b w:val="0"/>
          <w:i w:val="0"/>
          <w:color w:val="333333"/>
          <w:sz w:val="19"/>
        </w:rPr>
        <w:t>(h + 2)(l + 2)(w + 2).</w:t>
      </w:r>
    </w:p>
    <w:p>
      <w:pPr>
        <w:spacing w:before="0" w:after="80" w:line="300" w:lineRule="auto"/>
        <w:jc w:val="left"/>
      </w:pPr>
      <w:r>
        <w:rPr>
          <w:rFonts w:ascii="Times New Roman" w:hAnsi="Times New Roman" w:eastAsia="宋体"/>
          <w:b w:val="0"/>
          <w:i w:val="0"/>
          <w:color w:val="333333"/>
          <w:sz w:val="19"/>
        </w:rPr>
        <w:t>Expanding, we get</w:t>
      </w:r>
    </w:p>
    <w:p>
      <w:pPr>
        <w:spacing w:before="0" w:after="80" w:line="300" w:lineRule="auto"/>
        <w:jc w:val="left"/>
      </w:pPr>
      <w:r>
        <w:rPr>
          <w:rFonts w:ascii="Times New Roman" w:hAnsi="Times New Roman" w:eastAsia="宋体"/>
          <w:b w:val="0"/>
          <w:i w:val="0"/>
          <w:color w:val="333333"/>
          <w:sz w:val="19"/>
        </w:rPr>
        <w:t>hlw + 2(hl + hw + lw)</w:t>
      </w:r>
    </w:p>
    <w:p>
      <w:pPr>
        <w:spacing w:before="0" w:after="80" w:line="300" w:lineRule="auto"/>
        <w:jc w:val="left"/>
      </w:pPr>
      <w:r>
        <w:rPr>
          <w:rFonts w:ascii="Times New Roman" w:hAnsi="Times New Roman" w:eastAsia="宋体"/>
          <w:b w:val="0"/>
          <w:i w:val="0"/>
          <w:color w:val="333333"/>
          <w:sz w:val="19"/>
        </w:rPr>
        <w:t>+ 4(l + h + w) + 8.</w:t>
      </w:r>
    </w:p>
    <w:p>
      <w:pPr>
        <w:spacing w:before="0" w:after="80" w:line="300" w:lineRule="auto"/>
        <w:jc w:val="left"/>
      </w:pPr>
      <w:r>
        <w:rPr>
          <w:rFonts w:ascii="Times New Roman" w:hAnsi="Times New Roman" w:eastAsia="宋体"/>
          <w:b w:val="0"/>
          <w:i w:val="0"/>
          <w:color w:val="333333"/>
          <w:sz w:val="19"/>
        </w:rPr>
        <w:t>We can use Vieta’s formulas to find the terms in this expression. We get that</w:t>
      </w:r>
    </w:p>
    <w:p>
      <w:pPr>
        <w:spacing w:before="0" w:after="80" w:line="300" w:lineRule="auto"/>
        <w:jc w:val="left"/>
      </w:pPr>
      <w:r>
        <w:rPr>
          <w:rFonts w:ascii="Times New Roman" w:hAnsi="Times New Roman" w:eastAsia="宋体"/>
          <w:b w:val="0"/>
          <w:i w:val="0"/>
          <w:color w:val="333333"/>
          <w:sz w:val="19"/>
        </w:rPr>
        <w:t>hlw = -D/A = 3/5,</w:t>
      </w:r>
    </w:p>
    <w:p>
      <w:pPr>
        <w:spacing w:before="0" w:after="80" w:line="300" w:lineRule="auto"/>
        <w:jc w:val="left"/>
      </w:pPr>
      <w:r>
        <w:rPr>
          <w:rFonts w:ascii="Times New Roman" w:hAnsi="Times New Roman" w:eastAsia="宋体"/>
          <w:b w:val="0"/>
          <w:i w:val="0"/>
          <w:color w:val="333333"/>
          <w:sz w:val="19"/>
        </w:rPr>
        <w:t>hl + hw + lw = C/A = 29/10,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l + h + w = -B/A = 39/10.</w:t>
      </w:r>
    </w:p>
    <w:p>
      <w:pPr>
        <w:spacing w:before="0" w:after="80" w:line="300" w:lineRule="auto"/>
        <w:jc w:val="left"/>
      </w:pPr>
      <w:r>
        <w:rPr>
          <w:rFonts w:ascii="Times New Roman" w:hAnsi="Times New Roman" w:eastAsia="宋体"/>
          <w:b w:val="0"/>
          <w:i w:val="0"/>
          <w:color w:val="333333"/>
          <w:sz w:val="19"/>
        </w:rPr>
        <w:t>Plugging these values into the expression, we get</w:t>
      </w:r>
    </w:p>
    <w:p>
      <w:pPr>
        <w:spacing w:before="0" w:after="80" w:line="300" w:lineRule="auto"/>
        <w:jc w:val="left"/>
      </w:pPr>
      <w:r>
        <w:rPr>
          <w:rFonts w:ascii="Times New Roman" w:hAnsi="Times New Roman" w:eastAsia="宋体"/>
          <w:b w:val="0"/>
          <w:i w:val="0"/>
          <w:color w:val="333333"/>
          <w:sz w:val="19"/>
        </w:rPr>
        <w:t>3/5 + 2 · 29/10 + 4 · 39/10 + 8 = 30.</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这些循环小数满足</w:t>
      </w:r>
    </w:p>
    <w:p>
      <w:pPr>
        <w:spacing w:before="0" w:after="80" w:line="300" w:lineRule="auto"/>
        <w:jc w:val="left"/>
      </w:pPr>
      <w:r>
        <w:rPr>
          <w:rFonts w:ascii="Times New Roman" w:hAnsi="Times New Roman" w:eastAsia="宋体"/>
          <w:b w:val="0"/>
          <w:i w:val="0"/>
          <w:sz w:val="21"/>
        </w:rPr>
        <w:t>0.abc=100a+10b+c/999,</w:t>
      </w:r>
    </w:p>
    <w:p>
      <w:pPr>
        <w:spacing w:before="0" w:after="80" w:line="300" w:lineRule="auto"/>
        <w:jc w:val="left"/>
      </w:pPr>
      <w:r>
        <w:rPr>
          <w:rFonts w:ascii="Times New Roman" w:hAnsi="Times New Roman" w:eastAsia="宋体"/>
          <w:b w:val="0"/>
          <w:i w:val="0"/>
          <w:sz w:val="21"/>
        </w:rPr>
        <w:t>0.a=a/9, 0.b=b/9,</w:t>
      </w:r>
    </w:p>
    <w:p>
      <w:pPr>
        <w:spacing w:before="0" w:after="80" w:line="300" w:lineRule="auto"/>
        <w:jc w:val="left"/>
      </w:pPr>
      <w:r>
        <w:rPr>
          <w:rFonts w:ascii="Times New Roman" w:hAnsi="Times New Roman" w:eastAsia="宋体"/>
          <w:b w:val="0"/>
          <w:i w:val="0"/>
          <w:sz w:val="21"/>
        </w:rPr>
        <w:t>0.c=c/9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代入后两边同乘 999，得到</w:t>
      </w:r>
    </w:p>
    <w:p>
      <w:pPr>
        <w:spacing w:before="0" w:after="80" w:line="300" w:lineRule="auto"/>
        <w:jc w:val="left"/>
      </w:pPr>
      <w:r>
        <w:rPr>
          <w:rFonts w:ascii="Times New Roman" w:hAnsi="Times New Roman" w:eastAsia="宋体"/>
          <w:b w:val="0"/>
          <w:i w:val="0"/>
          <w:sz w:val="21"/>
        </w:rPr>
        <w:t>100a+10b+c=37(a+b+c)，</w:t>
      </w:r>
    </w:p>
    <w:p>
      <w:pPr>
        <w:spacing w:before="0" w:after="80" w:line="300" w:lineRule="auto"/>
        <w:jc w:val="left"/>
      </w:pPr>
      <w:r>
        <w:rPr>
          <w:rFonts w:ascii="Times New Roman" w:hAnsi="Times New Roman" w:eastAsia="宋体"/>
          <w:b w:val="0"/>
          <w:i w:val="0"/>
          <w:sz w:val="21"/>
        </w:rPr>
        <w:t>也就是</w:t>
      </w:r>
    </w:p>
    <w:p>
      <w:pPr>
        <w:spacing w:before="0" w:after="80" w:line="300" w:lineRule="auto"/>
        <w:jc w:val="left"/>
      </w:pPr>
      <w:r>
        <w:rPr>
          <w:rFonts w:ascii="Times New Roman" w:hAnsi="Times New Roman" w:eastAsia="宋体"/>
          <w:b w:val="0"/>
          <w:i w:val="0"/>
          <w:sz w:val="21"/>
        </w:rPr>
        <w:t>7a=3b+4c。</w:t>
      </w:r>
    </w:p>
    <w:p>
      <w:pPr>
        <w:spacing w:before="0" w:after="80" w:line="300" w:lineRule="auto"/>
        <w:jc w:val="left"/>
      </w:pPr>
      <w:r>
        <w:rPr>
          <w:rFonts w:ascii="Times New Roman" w:hAnsi="Times New Roman" w:eastAsia="宋体"/>
          <w:b w:val="0"/>
          <w:i w:val="0"/>
          <w:sz w:val="21"/>
        </w:rPr>
        <w:t>对每个 a∈{1,2,…,9}，在这个线性方程中逐一检验非零数字 b,c，得到</w:t>
      </w:r>
    </w:p>
    <w:p>
      <w:pPr>
        <w:spacing w:before="0" w:after="80" w:line="300" w:lineRule="auto"/>
        <w:jc w:val="left"/>
      </w:pPr>
      <w:r>
        <w:rPr>
          <w:rFonts w:ascii="Times New Roman" w:hAnsi="Times New Roman" w:eastAsia="宋体"/>
          <w:b w:val="0"/>
          <w:i w:val="0"/>
          <w:sz w:val="21"/>
        </w:rPr>
        <w:t>(1,1,1),(2,2,2),(3,3,3),</w:t>
      </w:r>
    </w:p>
    <w:p>
      <w:pPr>
        <w:spacing w:before="0" w:after="80" w:line="300" w:lineRule="auto"/>
        <w:jc w:val="left"/>
      </w:pPr>
      <w:r>
        <w:rPr>
          <w:rFonts w:ascii="Times New Roman" w:hAnsi="Times New Roman" w:eastAsia="宋体"/>
          <w:b w:val="0"/>
          <w:i w:val="0"/>
          <w:sz w:val="21"/>
        </w:rPr>
        <w:t>(4,4,4),(4,8,1),(5,1,8),</w:t>
      </w:r>
    </w:p>
    <w:p>
      <w:pPr>
        <w:spacing w:before="0" w:after="80" w:line="300" w:lineRule="auto"/>
        <w:jc w:val="left"/>
      </w:pPr>
      <w:r>
        <w:rPr>
          <w:rFonts w:ascii="Times New Roman" w:hAnsi="Times New Roman" w:eastAsia="宋体"/>
          <w:b w:val="0"/>
          <w:i w:val="0"/>
          <w:sz w:val="21"/>
        </w:rPr>
        <w:t>(5,5,5),(5,9,2),(6,2,9),</w:t>
      </w:r>
    </w:p>
    <w:p>
      <w:pPr>
        <w:spacing w:before="0" w:after="80" w:line="300" w:lineRule="auto"/>
        <w:jc w:val="left"/>
      </w:pPr>
      <w:r>
        <w:rPr>
          <w:rFonts w:ascii="Times New Roman" w:hAnsi="Times New Roman" w:eastAsia="宋体"/>
          <w:b w:val="0"/>
          <w:i w:val="0"/>
          <w:sz w:val="21"/>
        </w:rPr>
        <w:t>(6,6,6),(7,7,7),(8,8,8),</w:t>
      </w:r>
    </w:p>
    <w:p>
      <w:pPr>
        <w:spacing w:before="0" w:after="80" w:line="300" w:lineRule="auto"/>
        <w:jc w:val="left"/>
      </w:pPr>
      <w:r>
        <w:rPr>
          <w:rFonts w:ascii="Times New Roman" w:hAnsi="Times New Roman" w:eastAsia="宋体"/>
          <w:b w:val="0"/>
          <w:i w:val="0"/>
          <w:sz w:val="21"/>
        </w:rPr>
        <w:t>(9,9,9)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因此这样的整数共有 13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repeating decimals satisfy</w:t>
      </w:r>
    </w:p>
    <w:p>
      <w:pPr>
        <w:spacing w:before="0" w:after="80" w:line="300" w:lineRule="auto"/>
        <w:jc w:val="left"/>
      </w:pPr>
      <w:r>
        <w:rPr>
          <w:rFonts w:ascii="Times New Roman" w:hAnsi="Times New Roman" w:eastAsia="宋体"/>
          <w:b w:val="0"/>
          <w:i w:val="0"/>
          <w:color w:val="333333"/>
          <w:sz w:val="19"/>
        </w:rPr>
        <w:t>0.abc=100a+10b+c/999,</w:t>
      </w:r>
    </w:p>
    <w:p>
      <w:pPr>
        <w:spacing w:before="0" w:after="80" w:line="300" w:lineRule="auto"/>
        <w:jc w:val="left"/>
      </w:pPr>
      <w:r>
        <w:rPr>
          <w:rFonts w:ascii="Times New Roman" w:hAnsi="Times New Roman" w:eastAsia="宋体"/>
          <w:b w:val="0"/>
          <w:i w:val="0"/>
          <w:color w:val="333333"/>
          <w:sz w:val="19"/>
        </w:rPr>
        <w:t>0.a=a/9, 0.b=b/9,</w:t>
      </w:r>
    </w:p>
    <w:p>
      <w:pPr>
        <w:spacing w:before="0" w:after="80" w:line="300" w:lineRule="auto"/>
        <w:jc w:val="left"/>
      </w:pPr>
      <w:r>
        <w:rPr>
          <w:rFonts w:ascii="Times New Roman" w:hAnsi="Times New Roman" w:eastAsia="宋体"/>
          <w:b w:val="0"/>
          <w:i w:val="0"/>
          <w:color w:val="333333"/>
          <w:sz w:val="19"/>
        </w:rPr>
        <w:t>0.c=c/9.</w:t>
      </w:r>
    </w:p>
    <w:p>
      <w:pPr>
        <w:spacing w:before="0" w:after="80" w:line="300" w:lineRule="auto"/>
        <w:jc w:val="left"/>
      </w:pPr>
      <w:r>
        <w:rPr>
          <w:rFonts w:ascii="Times New Roman" w:hAnsi="Times New Roman" w:eastAsia="宋体"/>
          <w:b w:val="0"/>
          <w:i w:val="0"/>
          <w:color w:val="333333"/>
          <w:sz w:val="19"/>
        </w:rPr>
        <w:t>Substitution and multiplication by 999 give</w:t>
      </w:r>
    </w:p>
    <w:p>
      <w:pPr>
        <w:spacing w:before="0" w:after="80" w:line="300" w:lineRule="auto"/>
        <w:jc w:val="left"/>
      </w:pPr>
      <w:r>
        <w:rPr>
          <w:rFonts w:ascii="Times New Roman" w:hAnsi="Times New Roman" w:eastAsia="宋体"/>
          <w:b w:val="0"/>
          <w:i w:val="0"/>
          <w:color w:val="333333"/>
          <w:sz w:val="19"/>
        </w:rPr>
        <w:t>100a+10b+c=37(a+b+c),</w:t>
      </w:r>
    </w:p>
    <w:p>
      <w:pPr>
        <w:spacing w:before="0" w:after="80" w:line="300" w:lineRule="auto"/>
        <w:jc w:val="left"/>
      </w:pPr>
      <w:r>
        <w:rPr>
          <w:rFonts w:ascii="Times New Roman" w:hAnsi="Times New Roman" w:eastAsia="宋体"/>
          <w:b w:val="0"/>
          <w:i w:val="0"/>
          <w:color w:val="333333"/>
          <w:sz w:val="19"/>
        </w:rPr>
        <w:t>or</w:t>
      </w:r>
    </w:p>
    <w:p>
      <w:pPr>
        <w:spacing w:before="0" w:after="80" w:line="300" w:lineRule="auto"/>
        <w:jc w:val="left"/>
      </w:pPr>
      <w:r>
        <w:rPr>
          <w:rFonts w:ascii="Times New Roman" w:hAnsi="Times New Roman" w:eastAsia="宋体"/>
          <w:b w:val="0"/>
          <w:i w:val="0"/>
          <w:color w:val="333333"/>
          <w:sz w:val="19"/>
        </w:rPr>
        <w:t>7a=3b+4c.</w:t>
      </w:r>
    </w:p>
    <w:p>
      <w:pPr>
        <w:spacing w:before="0" w:after="80" w:line="300" w:lineRule="auto"/>
        <w:jc w:val="left"/>
      </w:pPr>
      <w:r>
        <w:rPr>
          <w:rFonts w:ascii="Times New Roman" w:hAnsi="Times New Roman" w:eastAsia="宋体"/>
          <w:b w:val="0"/>
          <w:i w:val="0"/>
          <w:color w:val="333333"/>
          <w:sz w:val="19"/>
        </w:rPr>
        <w:t>For each a∈{1,2,…,9}, checking the nonzero digits b,c in this linear equation gives</w:t>
      </w:r>
    </w:p>
    <w:p>
      <w:pPr>
        <w:spacing w:before="0" w:after="80" w:line="300" w:lineRule="auto"/>
        <w:jc w:val="left"/>
      </w:pPr>
      <w:r>
        <w:rPr>
          <w:rFonts w:ascii="Times New Roman" w:hAnsi="Times New Roman" w:eastAsia="宋体"/>
          <w:b w:val="0"/>
          <w:i w:val="0"/>
          <w:color w:val="333333"/>
          <w:sz w:val="19"/>
        </w:rPr>
        <w:t>(1,1,1),(2,2,2),(3,3,3),</w:t>
      </w:r>
    </w:p>
    <w:p>
      <w:pPr>
        <w:spacing w:before="0" w:after="80" w:line="300" w:lineRule="auto"/>
        <w:jc w:val="left"/>
      </w:pPr>
      <w:r>
        <w:rPr>
          <w:rFonts w:ascii="Times New Roman" w:hAnsi="Times New Roman" w:eastAsia="宋体"/>
          <w:b w:val="0"/>
          <w:i w:val="0"/>
          <w:color w:val="333333"/>
          <w:sz w:val="19"/>
        </w:rPr>
        <w:t>(4,4,4),(4,8,1),(5,1,8),</w:t>
      </w:r>
    </w:p>
    <w:p>
      <w:pPr>
        <w:spacing w:before="0" w:after="80" w:line="300" w:lineRule="auto"/>
        <w:jc w:val="left"/>
      </w:pPr>
      <w:r>
        <w:rPr>
          <w:rFonts w:ascii="Times New Roman" w:hAnsi="Times New Roman" w:eastAsia="宋体"/>
          <w:b w:val="0"/>
          <w:i w:val="0"/>
          <w:color w:val="333333"/>
          <w:sz w:val="19"/>
        </w:rPr>
        <w:t>(5,5,5),(5,9,2),(6,2,9),</w:t>
      </w:r>
    </w:p>
    <w:p>
      <w:pPr>
        <w:spacing w:before="0" w:after="80" w:line="300" w:lineRule="auto"/>
        <w:jc w:val="left"/>
      </w:pPr>
      <w:r>
        <w:rPr>
          <w:rFonts w:ascii="Times New Roman" w:hAnsi="Times New Roman" w:eastAsia="宋体"/>
          <w:b w:val="0"/>
          <w:i w:val="0"/>
          <w:color w:val="333333"/>
          <w:sz w:val="19"/>
        </w:rPr>
        <w:t>(6,6,6),(7,7,7),(8,8,8),</w:t>
      </w:r>
    </w:p>
    <w:p>
      <w:pPr>
        <w:spacing w:before="0" w:after="80" w:line="300" w:lineRule="auto"/>
        <w:jc w:val="left"/>
      </w:pPr>
      <w:r>
        <w:rPr>
          <w:rFonts w:ascii="Times New Roman" w:hAnsi="Times New Roman" w:eastAsia="宋体"/>
          <w:b w:val="0"/>
          <w:i w:val="0"/>
          <w:color w:val="333333"/>
          <w:sz w:val="19"/>
        </w:rPr>
        <w:t>(9,9,9).</w:t>
      </w:r>
    </w:p>
    <w:p>
      <w:pPr>
        <w:spacing w:before="0" w:after="80" w:line="300" w:lineRule="auto"/>
        <w:jc w:val="left"/>
      </w:pPr>
      <w:r>
        <w:rPr>
          <w:rFonts w:ascii="Times New Roman" w:hAnsi="Times New Roman" w:eastAsia="宋体"/>
          <w:b w:val="0"/>
          <w:i w:val="0"/>
          <w:color w:val="333333"/>
          <w:sz w:val="19"/>
        </w:rPr>
        <w:t>Thus there are 13 integers.</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solution.</w:t>
      </w:r>
    </w:p>
    <w:p>
      <w:pPr>
        <w:spacing w:before="200" w:after="80" w:line="300" w:lineRule="auto"/>
      </w:pPr>
      <w:r>
        <w:rPr>
          <w:rFonts w:ascii="Times New Roman" w:hAnsi="Times New Roman" w:eastAsia="宋体"/>
          <w:b/>
          <w:i w:val="0"/>
          <w:sz w:val="23"/>
        </w:rPr>
        <w:t>第 18 题　答案 A</w:t>
      </w:r>
    </w:p>
    <w:p>
      <w:pPr>
        <w:spacing w:before="0" w:after="80" w:line="300" w:lineRule="auto"/>
        <w:jc w:val="left"/>
      </w:pPr>
      <w:r>
        <w:rPr>
          <w:rFonts w:ascii="Times New Roman" w:hAnsi="Times New Roman" w:eastAsia="宋体"/>
          <w:b w:val="0"/>
          <w:i w:val="0"/>
          <w:sz w:val="21"/>
        </w:rPr>
        <w:t>因为题目涉及角度和反射，使用极坐标会更方便。</w:t>
      </w:r>
    </w:p>
    <w:p>
      <w:pPr>
        <w:spacing w:before="0" w:after="80" w:line="300" w:lineRule="auto"/>
        <w:jc w:val="left"/>
      </w:pPr>
      <w:r>
        <w:rPr>
          <w:rFonts w:ascii="Times New Roman" w:hAnsi="Times New Roman" w:eastAsia="宋体"/>
          <w:b w:val="0"/>
          <w:i w:val="0"/>
          <w:sz w:val="21"/>
        </w:rPr>
        <w:t>设极坐标为 (r, θ)。逆时针旋转 k 度后变为 (r, θ + k°)，再反射后变为 (r, 180° - θ - k°)。</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Tₖ(r, θ) = (r, 180° - θ - k°)。</w:t>
      </w:r>
    </w:p>
    <w:p>
      <w:pPr>
        <w:spacing w:before="0" w:after="80" w:line="300" w:lineRule="auto"/>
        <w:jc w:val="left"/>
      </w:pPr>
      <w:r>
        <w:rPr>
          <w:rFonts w:ascii="Times New Roman" w:hAnsi="Times New Roman" w:eastAsia="宋体"/>
          <w:b w:val="0"/>
          <w:i w:val="0"/>
          <w:sz w:val="21"/>
        </w:rPr>
        <w:t>由此可见</w:t>
      </w:r>
    </w:p>
    <w:p>
      <w:pPr>
        <w:spacing w:before="0" w:after="80" w:line="300" w:lineRule="auto"/>
        <w:jc w:val="left"/>
      </w:pPr>
      <w:r>
        <w:rPr>
          <w:rFonts w:ascii="Times New Roman" w:hAnsi="Times New Roman" w:eastAsia="宋体"/>
          <w:b w:val="0"/>
          <w:i w:val="0"/>
          <w:sz w:val="21"/>
        </w:rPr>
        <w:t>T_(k + 1)(Tₖ(r, θ)) =</w:t>
      </w:r>
    </w:p>
    <w:p>
      <w:pPr>
        <w:spacing w:before="0" w:after="80" w:line="300" w:lineRule="auto"/>
        <w:jc w:val="left"/>
      </w:pPr>
      <w:r>
        <w:rPr>
          <w:rFonts w:ascii="Times New Roman" w:hAnsi="Times New Roman" w:eastAsia="宋体"/>
          <w:b w:val="0"/>
          <w:i w:val="0"/>
          <w:sz w:val="21"/>
        </w:rPr>
        <w:t>T_(k + 1)(r, 180° - θ - k°) =</w:t>
      </w:r>
    </w:p>
    <w:p>
      <w:pPr>
        <w:spacing w:before="0" w:after="80" w:line="300" w:lineRule="auto"/>
        <w:jc w:val="left"/>
      </w:pPr>
      <w:r>
        <w:rPr>
          <w:rFonts w:ascii="Times New Roman" w:hAnsi="Times New Roman" w:eastAsia="宋体"/>
          <w:b w:val="0"/>
          <w:i w:val="0"/>
          <w:sz w:val="21"/>
        </w:rPr>
        <w:t>(r, θ - 1°)。</w:t>
      </w:r>
    </w:p>
    <w:p>
      <w:pPr>
        <w:spacing w:before="0" w:after="80" w:line="300" w:lineRule="auto"/>
        <w:jc w:val="left"/>
      </w:pPr>
      <w:r>
        <w:rPr>
          <w:rFonts w:ascii="Times New Roman" w:hAnsi="Times New Roman" w:eastAsia="宋体"/>
          <w:b w:val="0"/>
          <w:i w:val="0"/>
          <w:sz w:val="21"/>
        </w:rPr>
        <w:t>现在分析点 (1, 0°) 的变化。</w:t>
      </w:r>
    </w:p>
    <w:p>
      <w:pPr>
        <w:spacing w:before="0" w:after="80" w:line="300" w:lineRule="auto"/>
        <w:jc w:val="left"/>
      </w:pPr>
      <w:r>
        <w:rPr>
          <w:rFonts w:ascii="Times New Roman" w:hAnsi="Times New Roman" w:eastAsia="宋体"/>
          <w:b w:val="0"/>
          <w:i w:val="0"/>
          <w:sz w:val="21"/>
        </w:rPr>
        <w:t>经过 T₁ 后，得到 (1, 179°)。</w:t>
      </w:r>
    </w:p>
    <w:p>
      <w:pPr>
        <w:spacing w:before="0" w:after="80" w:line="300" w:lineRule="auto"/>
        <w:jc w:val="left"/>
      </w:pPr>
      <w:r>
        <w:rPr>
          <w:rFonts w:ascii="Times New Roman" w:hAnsi="Times New Roman" w:eastAsia="宋体"/>
          <w:b w:val="0"/>
          <w:i w:val="0"/>
          <w:sz w:val="21"/>
        </w:rPr>
        <w:t>经过 T₂ 后，得到 (1, -1°)。</w:t>
      </w:r>
    </w:p>
    <w:p>
      <w:pPr>
        <w:spacing w:before="0" w:after="80" w:line="300" w:lineRule="auto"/>
        <w:jc w:val="left"/>
      </w:pPr>
      <w:r>
        <w:rPr>
          <w:rFonts w:ascii="Times New Roman" w:hAnsi="Times New Roman" w:eastAsia="宋体"/>
          <w:b w:val="0"/>
          <w:i w:val="0"/>
          <w:sz w:val="21"/>
        </w:rPr>
        <w:t>经过 T₃ 后，得到 (1, 178°)。</w:t>
      </w:r>
    </w:p>
    <w:p>
      <w:pPr>
        <w:spacing w:before="0" w:after="80" w:line="300" w:lineRule="auto"/>
        <w:jc w:val="left"/>
      </w:pPr>
      <w:r>
        <w:rPr>
          <w:rFonts w:ascii="Times New Roman" w:hAnsi="Times New Roman" w:eastAsia="宋体"/>
          <w:b w:val="0"/>
          <w:i w:val="0"/>
          <w:sz w:val="21"/>
        </w:rPr>
        <w:t>经过 T₄ 后，得到 (1, -2°)。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经过 T_(2m - 1) 后，得到 (1, 180° - m°)。</w:t>
      </w:r>
    </w:p>
    <w:p>
      <w:pPr>
        <w:spacing w:before="0" w:after="80" w:line="300" w:lineRule="auto"/>
        <w:jc w:val="left"/>
      </w:pPr>
      <w:r>
        <w:rPr>
          <w:rFonts w:ascii="Times New Roman" w:hAnsi="Times New Roman" w:eastAsia="宋体"/>
          <w:b w:val="0"/>
          <w:i w:val="0"/>
          <w:sz w:val="21"/>
        </w:rPr>
        <w:t>经过 T₂ₘ 后，得到 (1, -m°)。</w:t>
      </w:r>
    </w:p>
    <w:p>
      <w:pPr>
        <w:spacing w:before="0" w:after="80" w:line="300" w:lineRule="auto"/>
        <w:jc w:val="left"/>
      </w:pPr>
      <w:r>
        <w:rPr>
          <w:rFonts w:ascii="Times New Roman" w:hAnsi="Times New Roman" w:eastAsia="宋体"/>
          <w:b w:val="0"/>
          <w:i w:val="0"/>
          <w:sz w:val="21"/>
        </w:rPr>
        <w:t>由此可见，角度第一次回到 0° 是在 T₂₍₁₈₀₎₋₁=T₃₅₉ 之后。因此 n=359。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we are working with angles and reflections, working with polar coordinates would make this problem easier to deal with.</w:t>
      </w:r>
    </w:p>
    <w:p>
      <w:pPr>
        <w:spacing w:before="0" w:after="80" w:line="300" w:lineRule="auto"/>
        <w:jc w:val="left"/>
      </w:pPr>
      <w:r>
        <w:rPr>
          <w:rFonts w:ascii="Times New Roman" w:hAnsi="Times New Roman" w:eastAsia="宋体"/>
          <w:b w:val="0"/>
          <w:i w:val="0"/>
          <w:color w:val="333333"/>
          <w:sz w:val="19"/>
        </w:rPr>
        <w:t>Let (r, θ) be a polar coordinate. Rotating this by k degrees counterclockwise maps the point to (r, θ + k°) and then reflecting it maps it to (r, 180° - θ - k°).</w:t>
      </w:r>
    </w:p>
    <w:p>
      <w:pPr>
        <w:spacing w:before="0" w:after="80" w:line="300" w:lineRule="auto"/>
        <w:jc w:val="left"/>
      </w:pPr>
      <w:r>
        <w:rPr>
          <w:rFonts w:ascii="Times New Roman" w:hAnsi="Times New Roman" w:eastAsia="宋体"/>
          <w:b w:val="0"/>
          <w:i w:val="0"/>
          <w:color w:val="333333"/>
          <w:sz w:val="19"/>
        </w:rPr>
        <w:t>Therefore, we have that</w:t>
      </w:r>
    </w:p>
    <w:p>
      <w:pPr>
        <w:spacing w:before="0" w:after="80" w:line="300" w:lineRule="auto"/>
        <w:jc w:val="left"/>
      </w:pPr>
      <w:r>
        <w:rPr>
          <w:rFonts w:ascii="Times New Roman" w:hAnsi="Times New Roman" w:eastAsia="宋体"/>
          <w:b w:val="0"/>
          <w:i w:val="0"/>
          <w:color w:val="333333"/>
          <w:sz w:val="19"/>
        </w:rPr>
        <w:t>Tₖ(r, θ) = (r, 180° - θ - k°).</w:t>
      </w:r>
    </w:p>
    <w:p>
      <w:pPr>
        <w:spacing w:before="0" w:after="80" w:line="300" w:lineRule="auto"/>
        <w:jc w:val="left"/>
      </w:pPr>
      <w:r>
        <w:rPr>
          <w:rFonts w:ascii="Times New Roman" w:hAnsi="Times New Roman" w:eastAsia="宋体"/>
          <w:b w:val="0"/>
          <w:i w:val="0"/>
          <w:color w:val="333333"/>
          <w:sz w:val="19"/>
        </w:rPr>
        <w:t>From this, we can see that</w:t>
      </w:r>
    </w:p>
    <w:p>
      <w:pPr>
        <w:spacing w:before="0" w:after="80" w:line="300" w:lineRule="auto"/>
        <w:jc w:val="left"/>
      </w:pPr>
      <w:r>
        <w:rPr>
          <w:rFonts w:ascii="Times New Roman" w:hAnsi="Times New Roman" w:eastAsia="宋体"/>
          <w:b w:val="0"/>
          <w:i w:val="0"/>
          <w:color w:val="333333"/>
          <w:sz w:val="19"/>
        </w:rPr>
        <w:t>T_(k + 1)(Tₖ(r, θ)) =</w:t>
      </w:r>
    </w:p>
    <w:p>
      <w:pPr>
        <w:spacing w:before="0" w:after="80" w:line="300" w:lineRule="auto"/>
        <w:jc w:val="left"/>
      </w:pPr>
      <w:r>
        <w:rPr>
          <w:rFonts w:ascii="Times New Roman" w:hAnsi="Times New Roman" w:eastAsia="宋体"/>
          <w:b w:val="0"/>
          <w:i w:val="0"/>
          <w:color w:val="333333"/>
          <w:sz w:val="19"/>
        </w:rPr>
        <w:t>T_(k + 1)(r, 180° - θ - k°) =</w:t>
      </w:r>
    </w:p>
    <w:p>
      <w:pPr>
        <w:spacing w:before="0" w:after="80" w:line="300" w:lineRule="auto"/>
        <w:jc w:val="left"/>
      </w:pPr>
      <w:r>
        <w:rPr>
          <w:rFonts w:ascii="Times New Roman" w:hAnsi="Times New Roman" w:eastAsia="宋体"/>
          <w:b w:val="0"/>
          <w:i w:val="0"/>
          <w:color w:val="333333"/>
          <w:sz w:val="19"/>
        </w:rPr>
        <w:t>(r, θ - 1°).</w:t>
      </w:r>
    </w:p>
    <w:p>
      <w:pPr>
        <w:spacing w:before="0" w:after="80" w:line="300" w:lineRule="auto"/>
        <w:jc w:val="left"/>
      </w:pPr>
      <w:r>
        <w:rPr>
          <w:rFonts w:ascii="Times New Roman" w:hAnsi="Times New Roman" w:eastAsia="宋体"/>
          <w:b w:val="0"/>
          <w:i w:val="0"/>
          <w:color w:val="333333"/>
          <w:sz w:val="19"/>
        </w:rPr>
        <w:t>Now, let’s analyze what happens to the point (1, 0°).</w:t>
      </w:r>
    </w:p>
    <w:p>
      <w:pPr>
        <w:spacing w:before="0" w:after="80" w:line="300" w:lineRule="auto"/>
        <w:jc w:val="left"/>
      </w:pPr>
      <w:r>
        <w:rPr>
          <w:rFonts w:ascii="Times New Roman" w:hAnsi="Times New Roman" w:eastAsia="宋体"/>
          <w:b w:val="0"/>
          <w:i w:val="0"/>
          <w:color w:val="333333"/>
          <w:sz w:val="19"/>
        </w:rPr>
        <w:t>After T₁, we get (1, 179°).</w:t>
      </w:r>
    </w:p>
    <w:p>
      <w:pPr>
        <w:spacing w:before="0" w:after="80" w:line="300" w:lineRule="auto"/>
        <w:jc w:val="left"/>
      </w:pPr>
      <w:r>
        <w:rPr>
          <w:rFonts w:ascii="Times New Roman" w:hAnsi="Times New Roman" w:eastAsia="宋体"/>
          <w:b w:val="0"/>
          <w:i w:val="0"/>
          <w:color w:val="333333"/>
          <w:sz w:val="19"/>
        </w:rPr>
        <w:t>After T₂, we get (1, -1°).</w:t>
      </w:r>
    </w:p>
    <w:p>
      <w:pPr>
        <w:spacing w:before="0" w:after="80" w:line="300" w:lineRule="auto"/>
        <w:jc w:val="left"/>
      </w:pPr>
      <w:r>
        <w:rPr>
          <w:rFonts w:ascii="Times New Roman" w:hAnsi="Times New Roman" w:eastAsia="宋体"/>
          <w:b w:val="0"/>
          <w:i w:val="0"/>
          <w:color w:val="333333"/>
          <w:sz w:val="19"/>
        </w:rPr>
        <w:t>After T₃, we get (1, 178°).</w:t>
      </w:r>
    </w:p>
    <w:p>
      <w:pPr>
        <w:spacing w:before="0" w:after="80" w:line="300" w:lineRule="auto"/>
        <w:jc w:val="left"/>
      </w:pPr>
      <w:r>
        <w:rPr>
          <w:rFonts w:ascii="Times New Roman" w:hAnsi="Times New Roman" w:eastAsia="宋体"/>
          <w:b w:val="0"/>
          <w:i w:val="0"/>
          <w:color w:val="333333"/>
          <w:sz w:val="19"/>
        </w:rPr>
        <w:t>After T₄, we get (1, -2°).</w:t>
      </w:r>
    </w:p>
    <w:p>
      <w:pPr>
        <w:spacing w:before="0" w:after="80" w:line="300" w:lineRule="auto"/>
        <w:jc w:val="left"/>
      </w:pPr>
      <w:r>
        <w:rPr>
          <w:rFonts w:ascii="Times New Roman" w:hAnsi="Times New Roman" w:eastAsia="宋体"/>
          <w:b w:val="0"/>
          <w:i w:val="0"/>
          <w:color w:val="333333"/>
          <w:sz w:val="19"/>
        </w:rPr>
        <w:t>⋮</w:t>
      </w:r>
    </w:p>
    <w:p>
      <w:pPr>
        <w:spacing w:before="0" w:after="80" w:line="300" w:lineRule="auto"/>
        <w:jc w:val="left"/>
      </w:pPr>
      <w:r>
        <w:rPr>
          <w:rFonts w:ascii="Times New Roman" w:hAnsi="Times New Roman" w:eastAsia="宋体"/>
          <w:b w:val="0"/>
          <w:i w:val="0"/>
          <w:color w:val="333333"/>
          <w:sz w:val="19"/>
        </w:rPr>
        <w:t>After T_(2m - 1), we get (1, 180° - m°).</w:t>
      </w:r>
    </w:p>
    <w:p>
      <w:pPr>
        <w:spacing w:before="0" w:after="80" w:line="300" w:lineRule="auto"/>
        <w:jc w:val="left"/>
      </w:pPr>
      <w:r>
        <w:rPr>
          <w:rFonts w:ascii="Times New Roman" w:hAnsi="Times New Roman" w:eastAsia="宋体"/>
          <w:b w:val="0"/>
          <w:i w:val="0"/>
          <w:color w:val="333333"/>
          <w:sz w:val="19"/>
        </w:rPr>
        <w:t>After T₂ₘ, we get (1, -m°).</w:t>
      </w:r>
    </w:p>
    <w:p>
      <w:pPr>
        <w:spacing w:before="0" w:after="80" w:line="300" w:lineRule="auto"/>
        <w:jc w:val="left"/>
      </w:pPr>
      <w:r>
        <w:rPr>
          <w:rFonts w:ascii="Times New Roman" w:hAnsi="Times New Roman" w:eastAsia="宋体"/>
          <w:b w:val="0"/>
          <w:i w:val="0"/>
          <w:color w:val="333333"/>
          <w:sz w:val="19"/>
        </w:rPr>
        <w:t>From this, we can see that the first time the angle is back to 0° is after T₂₍₁₈₀₎₋₁=T₃₅₉. Therefore n=359.</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将调和和乘以 L₁₇，得到 h=Σᵢ₌₁¹⁷L₁₇/i。</w:t>
      </w:r>
    </w:p>
    <w:p>
      <w:pPr>
        <w:spacing w:before="0" w:after="80" w:line="300" w:lineRule="auto"/>
        <w:jc w:val="left"/>
      </w:pPr>
      <w:r>
        <w:rPr>
          <w:rFonts w:ascii="Times New Roman" w:hAnsi="Times New Roman" w:eastAsia="宋体"/>
          <w:b w:val="0"/>
          <w:i w:val="0"/>
          <w:sz w:val="21"/>
        </w:rPr>
        <w:t>对 1≤ i≤16，项 L₁₇/i 仍能被 17 整除，所以这些项贡献 0pmod17。</w:t>
      </w:r>
    </w:p>
    <w:p>
      <w:pPr>
        <w:spacing w:before="0" w:after="80" w:line="300" w:lineRule="auto"/>
        <w:jc w:val="left"/>
      </w:pPr>
      <w:r>
        <w:rPr>
          <w:rFonts w:ascii="Times New Roman" w:hAnsi="Times New Roman" w:eastAsia="宋体"/>
          <w:b w:val="0"/>
          <w:i w:val="0"/>
          <w:sz w:val="21"/>
        </w:rPr>
        <w:t>因此 h≡ L₁₇/17pmod17。最小公倍数 L₁₇ 含有素数幂因子 16,9,5,7,11,13,17，所以</w:t>
      </w:r>
    </w:p>
    <w:p>
      <w:pPr>
        <w:spacing w:before="0" w:after="80" w:line="300" w:lineRule="auto"/>
        <w:jc w:val="left"/>
      </w:pPr>
      <w:r>
        <w:rPr>
          <w:rFonts w:ascii="Times New Roman" w:hAnsi="Times New Roman" w:eastAsia="宋体"/>
          <w:b w:val="0"/>
          <w:i w:val="0"/>
          <w:sz w:val="21"/>
        </w:rPr>
        <w:t>L₁₇/17 ≡ 16·9·5·7·11·13</w:t>
      </w:r>
    </w:p>
    <w:p>
      <w:pPr>
        <w:spacing w:before="0" w:after="80" w:line="300" w:lineRule="auto"/>
        <w:jc w:val="left"/>
      </w:pPr>
      <w:r>
        <w:rPr>
          <w:rFonts w:ascii="Times New Roman" w:hAnsi="Times New Roman" w:eastAsia="宋体"/>
          <w:b w:val="0"/>
          <w:i w:val="0"/>
          <w:sz w:val="21"/>
        </w:rPr>
        <w:t>pmod17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模 17 化简后，这就是 (-1)·9·5·7·11·13 ≡5pmod17。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Multiplying the harmonic sum by L₁₇, we get h=Σᵢ₌₁¹⁷L₁₇/i.</w:t>
      </w:r>
    </w:p>
    <w:p>
      <w:pPr>
        <w:spacing w:before="0" w:after="80" w:line="300" w:lineRule="auto"/>
        <w:jc w:val="left"/>
      </w:pPr>
      <w:r>
        <w:rPr>
          <w:rFonts w:ascii="Times New Roman" w:hAnsi="Times New Roman" w:eastAsia="宋体"/>
          <w:b w:val="0"/>
          <w:i w:val="0"/>
          <w:color w:val="333333"/>
          <w:sz w:val="19"/>
        </w:rPr>
        <w:t>For 1≤ i≤16, the term L₁₇/i is still divisible by 17, so these terms contribute 0pmod17.</w:t>
      </w:r>
    </w:p>
    <w:p>
      <w:pPr>
        <w:spacing w:before="0" w:after="80" w:line="300" w:lineRule="auto"/>
        <w:jc w:val="left"/>
      </w:pPr>
      <w:r>
        <w:rPr>
          <w:rFonts w:ascii="Times New Roman" w:hAnsi="Times New Roman" w:eastAsia="宋体"/>
          <w:b w:val="0"/>
          <w:i w:val="0"/>
          <w:color w:val="333333"/>
          <w:sz w:val="19"/>
        </w:rPr>
        <w:t>Thus h≡ L₁₇/17pmod17. The least common multiple L₁₇ contains the prime-power factors 16,9,5,7,11,13,17, so</w:t>
      </w:r>
    </w:p>
    <w:p>
      <w:pPr>
        <w:spacing w:before="0" w:after="80" w:line="300" w:lineRule="auto"/>
        <w:jc w:val="left"/>
      </w:pPr>
      <w:r>
        <w:rPr>
          <w:rFonts w:ascii="Times New Roman" w:hAnsi="Times New Roman" w:eastAsia="宋体"/>
          <w:b w:val="0"/>
          <w:i w:val="0"/>
          <w:color w:val="333333"/>
          <w:sz w:val="19"/>
        </w:rPr>
        <w:t>L₁₇/17 ≡ 16·9·5·7·11·13</w:t>
      </w:r>
    </w:p>
    <w:p>
      <w:pPr>
        <w:spacing w:before="0" w:after="80" w:line="300" w:lineRule="auto"/>
        <w:jc w:val="left"/>
      </w:pPr>
      <w:r>
        <w:rPr>
          <w:rFonts w:ascii="Times New Roman" w:hAnsi="Times New Roman" w:eastAsia="宋体"/>
          <w:b w:val="0"/>
          <w:i w:val="0"/>
          <w:color w:val="333333"/>
          <w:sz w:val="19"/>
        </w:rPr>
        <w:t>pmod17.</w:t>
      </w:r>
    </w:p>
    <w:p>
      <w:pPr>
        <w:spacing w:before="0" w:after="80" w:line="300" w:lineRule="auto"/>
        <w:jc w:val="left"/>
      </w:pPr>
      <w:r>
        <w:rPr>
          <w:rFonts w:ascii="Times New Roman" w:hAnsi="Times New Roman" w:eastAsia="宋体"/>
          <w:b w:val="0"/>
          <w:i w:val="0"/>
          <w:color w:val="333333"/>
          <w:sz w:val="19"/>
        </w:rPr>
        <w:t>Reducing modulo 17, this is (-1)·9·5·7·11·13 ≡5pmod17.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E</w:t>
      </w:r>
    </w:p>
    <w:p>
      <w:pPr>
        <w:spacing w:before="0" w:after="80" w:line="300" w:lineRule="auto"/>
        <w:jc w:val="left"/>
      </w:pPr>
      <w:r>
        <w:rPr>
          <w:rFonts w:ascii="Times New Roman" w:hAnsi="Times New Roman" w:eastAsia="宋体"/>
          <w:b w:val="0"/>
          <w:i w:val="0"/>
          <w:sz w:val="21"/>
        </w:rPr>
        <w:t>设等差数列为</w:t>
      </w:r>
    </w:p>
    <w:p>
      <w:pPr>
        <w:spacing w:before="0" w:after="80" w:line="300" w:lineRule="auto"/>
        <w:jc w:val="left"/>
      </w:pPr>
      <w:r>
        <w:rPr>
          <w:rFonts w:ascii="Times New Roman" w:hAnsi="Times New Roman" w:eastAsia="宋体"/>
          <w:b w:val="0"/>
          <w:i w:val="0"/>
          <w:sz w:val="21"/>
        </w:rPr>
        <w:t>a, a + d, a + 2d, a + 3d，</w:t>
      </w:r>
    </w:p>
    <w:p>
      <w:pPr>
        <w:spacing w:before="0" w:after="80" w:line="300" w:lineRule="auto"/>
        <w:jc w:val="left"/>
      </w:pPr>
      <w:r>
        <w:rPr>
          <w:rFonts w:ascii="Times New Roman" w:hAnsi="Times New Roman" w:eastAsia="宋体"/>
          <w:b w:val="0"/>
          <w:i w:val="0"/>
          <w:sz w:val="21"/>
        </w:rPr>
        <w:t>等比数列为</w:t>
      </w:r>
    </w:p>
    <w:p>
      <w:pPr>
        <w:spacing w:before="0" w:after="80" w:line="300" w:lineRule="auto"/>
        <w:jc w:val="left"/>
      </w:pPr>
      <w:r>
        <w:rPr>
          <w:rFonts w:ascii="Times New Roman" w:hAnsi="Times New Roman" w:eastAsia="宋体"/>
          <w:b w:val="0"/>
          <w:i w:val="0"/>
          <w:sz w:val="21"/>
        </w:rPr>
        <w:t>b, br, br², br³。</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a + b = 57 tag*(1)，</w:t>
      </w:r>
    </w:p>
    <w:p>
      <w:pPr>
        <w:spacing w:before="0" w:after="80" w:line="300" w:lineRule="auto"/>
        <w:jc w:val="left"/>
      </w:pPr>
      <w:r>
        <w:rPr>
          <w:rFonts w:ascii="Times New Roman" w:hAnsi="Times New Roman" w:eastAsia="宋体"/>
          <w:b w:val="0"/>
          <w:i w:val="0"/>
          <w:sz w:val="21"/>
        </w:rPr>
        <w:t>a + d + br = 60 tag*(2)，</w:t>
      </w:r>
    </w:p>
    <w:p>
      <w:pPr>
        <w:spacing w:before="0" w:after="80" w:line="300" w:lineRule="auto"/>
        <w:jc w:val="left"/>
      </w:pPr>
      <w:r>
        <w:rPr>
          <w:rFonts w:ascii="Times New Roman" w:hAnsi="Times New Roman" w:eastAsia="宋体"/>
          <w:b w:val="0"/>
          <w:i w:val="0"/>
          <w:sz w:val="21"/>
        </w:rPr>
        <w:t>且</w:t>
      </w:r>
    </w:p>
    <w:p>
      <w:pPr>
        <w:spacing w:before="0" w:after="80" w:line="300" w:lineRule="auto"/>
        <w:jc w:val="left"/>
      </w:pPr>
      <w:r>
        <w:rPr>
          <w:rFonts w:ascii="Times New Roman" w:hAnsi="Times New Roman" w:eastAsia="宋体"/>
          <w:b w:val="0"/>
          <w:i w:val="0"/>
          <w:sz w:val="21"/>
        </w:rPr>
        <w:t>a + 2d + br² = 91 tag*(3)。</w:t>
      </w:r>
    </w:p>
    <w:p>
      <w:pPr>
        <w:spacing w:before="0" w:after="80" w:line="300" w:lineRule="auto"/>
        <w:jc w:val="left"/>
      </w:pPr>
      <w:r>
        <w:rPr>
          <w:rFonts w:ascii="Times New Roman" w:hAnsi="Times New Roman" w:eastAsia="宋体"/>
          <w:b w:val="0"/>
          <w:i w:val="0"/>
          <w:sz w:val="21"/>
        </w:rPr>
        <w:t>用 (2) 减去 (1)，再用 (3) 减去 (2)，得到</w:t>
      </w:r>
    </w:p>
    <w:p>
      <w:pPr>
        <w:spacing w:before="0" w:after="80" w:line="300" w:lineRule="auto"/>
        <w:jc w:val="left"/>
      </w:pPr>
      <w:r>
        <w:rPr>
          <w:rFonts w:ascii="Times New Roman" w:hAnsi="Times New Roman" w:eastAsia="宋体"/>
          <w:b w:val="0"/>
          <w:i w:val="0"/>
          <w:sz w:val="21"/>
        </w:rPr>
        <w:t>d + b(r - 1) = 3</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d + br(r - 1) = 31。</w:t>
      </w:r>
    </w:p>
    <w:p>
      <w:pPr>
        <w:spacing w:before="0" w:after="80" w:line="300" w:lineRule="auto"/>
        <w:jc w:val="left"/>
      </w:pPr>
      <w:r>
        <w:rPr>
          <w:rFonts w:ascii="Times New Roman" w:hAnsi="Times New Roman" w:eastAsia="宋体"/>
          <w:b w:val="0"/>
          <w:i w:val="0"/>
          <w:sz w:val="21"/>
        </w:rPr>
        <w:t>两式相减，得</w:t>
      </w:r>
    </w:p>
    <w:p>
      <w:pPr>
        <w:spacing w:before="0" w:after="80" w:line="300" w:lineRule="auto"/>
        <w:jc w:val="left"/>
      </w:pPr>
      <w:r>
        <w:rPr>
          <w:rFonts w:ascii="Times New Roman" w:hAnsi="Times New Roman" w:eastAsia="宋体"/>
          <w:b w:val="0"/>
          <w:i w:val="0"/>
          <w:sz w:val="21"/>
        </w:rPr>
        <w:t>b(r - 1)² = 28。</w:t>
      </w:r>
    </w:p>
    <w:p>
      <w:pPr>
        <w:spacing w:before="0" w:after="80" w:line="300" w:lineRule="auto"/>
        <w:jc w:val="left"/>
      </w:pPr>
      <w:r>
        <w:rPr>
          <w:rFonts w:ascii="Times New Roman" w:hAnsi="Times New Roman" w:eastAsia="宋体"/>
          <w:b w:val="0"/>
          <w:i w:val="0"/>
          <w:sz w:val="21"/>
        </w:rPr>
        <w:t>令 t=b(r-1)=br-b，它是整数。则 t²=28b，所以对某个非零整数 u，有 t=14u、b=7u²。因为 a=57-b&gt;0，必须有 u∈{-2,-1,1,2}。</w:t>
      </w:r>
    </w:p>
    <w:p>
      <w:pPr>
        <w:spacing w:before="0" w:after="80" w:line="300" w:lineRule="auto"/>
        <w:jc w:val="left"/>
      </w:pPr>
      <w:r>
        <w:rPr>
          <w:rFonts w:ascii="Times New Roman" w:hAnsi="Times New Roman" w:eastAsia="宋体"/>
          <w:b w:val="0"/>
          <w:i w:val="0"/>
          <w:sz w:val="21"/>
        </w:rPr>
        <w:t>现在 r=1+t/b=1+2/u。当 u=-1 或 u=-2 时，分别得到 r=-1 和 r=0，不能形成正数等比数列。若 u=2，则 b=28, r=2, a=29，且 d=3-t=-25，使等差数列第三项为负。</w:t>
      </w:r>
    </w:p>
    <w:p>
      <w:pPr>
        <w:spacing w:before="0" w:after="80" w:line="300" w:lineRule="auto"/>
        <w:jc w:val="left"/>
      </w:pPr>
      <w:r>
        <w:rPr>
          <w:rFonts w:ascii="Times New Roman" w:hAnsi="Times New Roman" w:eastAsia="宋体"/>
          <w:b w:val="0"/>
          <w:i w:val="0"/>
          <w:sz w:val="21"/>
        </w:rPr>
        <w:t>因此 u=1，所以 b = 7, r = 3, a = 50，且 d = -11。等差数列为</w:t>
      </w:r>
    </w:p>
    <w:p>
      <w:pPr>
        <w:spacing w:before="0" w:after="80" w:line="300" w:lineRule="auto"/>
        <w:jc w:val="left"/>
      </w:pPr>
      <w:r>
        <w:rPr>
          <w:rFonts w:ascii="Times New Roman" w:hAnsi="Times New Roman" w:eastAsia="宋体"/>
          <w:b w:val="0"/>
          <w:i w:val="0"/>
          <w:sz w:val="21"/>
        </w:rPr>
        <w:t>50,39,28,17，</w:t>
      </w:r>
    </w:p>
    <w:p>
      <w:pPr>
        <w:spacing w:before="0" w:after="80" w:line="300" w:lineRule="auto"/>
        <w:jc w:val="left"/>
      </w:pPr>
      <w:r>
        <w:rPr>
          <w:rFonts w:ascii="Times New Roman" w:hAnsi="Times New Roman" w:eastAsia="宋体"/>
          <w:b w:val="0"/>
          <w:i w:val="0"/>
          <w:sz w:val="21"/>
        </w:rPr>
        <w:t>等比数列为</w:t>
      </w:r>
    </w:p>
    <w:p>
      <w:pPr>
        <w:spacing w:before="0" w:after="80" w:line="300" w:lineRule="auto"/>
        <w:jc w:val="left"/>
      </w:pPr>
      <w:r>
        <w:rPr>
          <w:rFonts w:ascii="Times New Roman" w:hAnsi="Times New Roman" w:eastAsia="宋体"/>
          <w:b w:val="0"/>
          <w:i w:val="0"/>
          <w:sz w:val="21"/>
        </w:rPr>
        <w:t>7,21,63,189。</w:t>
      </w:r>
    </w:p>
    <w:p>
      <w:pPr>
        <w:spacing w:before="0" w:after="80" w:line="300" w:lineRule="auto"/>
        <w:jc w:val="left"/>
      </w:pPr>
      <w:r>
        <w:rPr>
          <w:rFonts w:ascii="Times New Roman" w:hAnsi="Times New Roman" w:eastAsia="宋体"/>
          <w:b w:val="0"/>
          <w:i w:val="0"/>
          <w:sz w:val="21"/>
        </w:rPr>
        <w:t>所求答案为 17 + 189 = 206。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arithmetic sequence be</w:t>
      </w:r>
    </w:p>
    <w:p>
      <w:pPr>
        <w:spacing w:before="0" w:after="80" w:line="300" w:lineRule="auto"/>
        <w:jc w:val="left"/>
      </w:pPr>
      <w:r>
        <w:rPr>
          <w:rFonts w:ascii="Times New Roman" w:hAnsi="Times New Roman" w:eastAsia="宋体"/>
          <w:b w:val="0"/>
          <w:i w:val="0"/>
          <w:color w:val="333333"/>
          <w:sz w:val="19"/>
        </w:rPr>
        <w:t>a, a + d, a + 2d, a + 3d</w:t>
      </w:r>
    </w:p>
    <w:p>
      <w:pPr>
        <w:spacing w:before="0" w:after="80" w:line="300" w:lineRule="auto"/>
        <w:jc w:val="left"/>
      </w:pPr>
      <w:r>
        <w:rPr>
          <w:rFonts w:ascii="Times New Roman" w:hAnsi="Times New Roman" w:eastAsia="宋体"/>
          <w:b w:val="0"/>
          <w:i w:val="0"/>
          <w:color w:val="333333"/>
          <w:sz w:val="19"/>
        </w:rPr>
        <w:t>and the geometric sequence be</w:t>
      </w:r>
    </w:p>
    <w:p>
      <w:pPr>
        <w:spacing w:before="0" w:after="80" w:line="300" w:lineRule="auto"/>
        <w:jc w:val="left"/>
      </w:pPr>
      <w:r>
        <w:rPr>
          <w:rFonts w:ascii="Times New Roman" w:hAnsi="Times New Roman" w:eastAsia="宋体"/>
          <w:b w:val="0"/>
          <w:i w:val="0"/>
          <w:color w:val="333333"/>
          <w:sz w:val="19"/>
        </w:rPr>
        <w:t>b, br, br², br³.</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a + b = 57 tag*(1),</w:t>
      </w:r>
    </w:p>
    <w:p>
      <w:pPr>
        <w:spacing w:before="0" w:after="80" w:line="300" w:lineRule="auto"/>
        <w:jc w:val="left"/>
      </w:pPr>
      <w:r>
        <w:rPr>
          <w:rFonts w:ascii="Times New Roman" w:hAnsi="Times New Roman" w:eastAsia="宋体"/>
          <w:b w:val="0"/>
          <w:i w:val="0"/>
          <w:color w:val="333333"/>
          <w:sz w:val="19"/>
        </w:rPr>
        <w:t>a + d + br = 60 tag*(2),</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 + 2d + br² = 91 tag*(3).</w:t>
      </w:r>
    </w:p>
    <w:p>
      <w:pPr>
        <w:spacing w:before="0" w:after="80" w:line="300" w:lineRule="auto"/>
        <w:jc w:val="left"/>
      </w:pPr>
      <w:r>
        <w:rPr>
          <w:rFonts w:ascii="Times New Roman" w:hAnsi="Times New Roman" w:eastAsia="宋体"/>
          <w:b w:val="0"/>
          <w:i w:val="0"/>
          <w:color w:val="333333"/>
          <w:sz w:val="19"/>
        </w:rPr>
        <w:t>Subtracting (1) from (2) and (2) from (3), we get</w:t>
      </w:r>
    </w:p>
    <w:p>
      <w:pPr>
        <w:spacing w:before="0" w:after="80" w:line="300" w:lineRule="auto"/>
        <w:jc w:val="left"/>
      </w:pPr>
      <w:r>
        <w:rPr>
          <w:rFonts w:ascii="Times New Roman" w:hAnsi="Times New Roman" w:eastAsia="宋体"/>
          <w:b w:val="0"/>
          <w:i w:val="0"/>
          <w:color w:val="333333"/>
          <w:sz w:val="19"/>
        </w:rPr>
        <w:t>d + b(r - 1) = 3</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d + br(r - 1) = 31.</w:t>
      </w:r>
    </w:p>
    <w:p>
      <w:pPr>
        <w:spacing w:before="0" w:after="80" w:line="300" w:lineRule="auto"/>
        <w:jc w:val="left"/>
      </w:pPr>
      <w:r>
        <w:rPr>
          <w:rFonts w:ascii="Times New Roman" w:hAnsi="Times New Roman" w:eastAsia="宋体"/>
          <w:b w:val="0"/>
          <w:i w:val="0"/>
          <w:color w:val="333333"/>
          <w:sz w:val="19"/>
        </w:rPr>
        <w:t>Subtracting these, we get</w:t>
      </w:r>
    </w:p>
    <w:p>
      <w:pPr>
        <w:spacing w:before="0" w:after="80" w:line="300" w:lineRule="auto"/>
        <w:jc w:val="left"/>
      </w:pPr>
      <w:r>
        <w:rPr>
          <w:rFonts w:ascii="Times New Roman" w:hAnsi="Times New Roman" w:eastAsia="宋体"/>
          <w:b w:val="0"/>
          <w:i w:val="0"/>
          <w:color w:val="333333"/>
          <w:sz w:val="19"/>
        </w:rPr>
        <w:t>b(r - 1)² = 28.</w:t>
      </w:r>
    </w:p>
    <w:p>
      <w:pPr>
        <w:spacing w:before="0" w:after="80" w:line="300" w:lineRule="auto"/>
        <w:jc w:val="left"/>
      </w:pPr>
      <w:r>
        <w:rPr>
          <w:rFonts w:ascii="Times New Roman" w:hAnsi="Times New Roman" w:eastAsia="宋体"/>
          <w:b w:val="0"/>
          <w:i w:val="0"/>
          <w:color w:val="333333"/>
          <w:sz w:val="19"/>
        </w:rPr>
        <w:t>Let t=b(r-1)=br-b, which is an integer. Then t²=28b, so t=14u and b=7u² for some nonzero integer u. Because a=57-b&gt;0, we must have u∈{-2,-1,1,2}.</w:t>
      </w:r>
    </w:p>
    <w:p>
      <w:pPr>
        <w:spacing w:before="0" w:after="80" w:line="300" w:lineRule="auto"/>
        <w:jc w:val="left"/>
      </w:pPr>
      <w:r>
        <w:rPr>
          <w:rFonts w:ascii="Times New Roman" w:hAnsi="Times New Roman" w:eastAsia="宋体"/>
          <w:b w:val="0"/>
          <w:i w:val="0"/>
          <w:color w:val="333333"/>
          <w:sz w:val="19"/>
        </w:rPr>
        <w:t>Now r=1+t/b=1+2/u. The cases u=-1 and u=-2 give r=-1 and r=0, respectively, so they cannot produce a positive geometric sequence. If u=2, then b=28, r=2, a=29, and d=3-t=-25, making the third arithmetic term negative.</w:t>
      </w:r>
    </w:p>
    <w:p>
      <w:pPr>
        <w:spacing w:before="0" w:after="80" w:line="300" w:lineRule="auto"/>
        <w:jc w:val="left"/>
      </w:pPr>
      <w:r>
        <w:rPr>
          <w:rFonts w:ascii="Times New Roman" w:hAnsi="Times New Roman" w:eastAsia="宋体"/>
          <w:b w:val="0"/>
          <w:i w:val="0"/>
          <w:color w:val="333333"/>
          <w:sz w:val="19"/>
        </w:rPr>
        <w:t>Therefore u=1, so b = 7, r = 3, a = 50, and d = -11. The arithmetic sequence is</w:t>
      </w:r>
    </w:p>
    <w:p>
      <w:pPr>
        <w:spacing w:before="0" w:after="80" w:line="300" w:lineRule="auto"/>
        <w:jc w:val="left"/>
      </w:pPr>
      <w:r>
        <w:rPr>
          <w:rFonts w:ascii="Times New Roman" w:hAnsi="Times New Roman" w:eastAsia="宋体"/>
          <w:b w:val="0"/>
          <w:i w:val="0"/>
          <w:color w:val="333333"/>
          <w:sz w:val="19"/>
        </w:rPr>
        <w:t>50,39,28,17,</w:t>
      </w:r>
    </w:p>
    <w:p>
      <w:pPr>
        <w:spacing w:before="0" w:after="80" w:line="300" w:lineRule="auto"/>
        <w:jc w:val="left"/>
      </w:pPr>
      <w:r>
        <w:rPr>
          <w:rFonts w:ascii="Times New Roman" w:hAnsi="Times New Roman" w:eastAsia="宋体"/>
          <w:b w:val="0"/>
          <w:i w:val="0"/>
          <w:color w:val="333333"/>
          <w:sz w:val="19"/>
        </w:rPr>
        <w:t>and the geometric sequence is</w:t>
      </w:r>
    </w:p>
    <w:p>
      <w:pPr>
        <w:spacing w:before="0" w:after="80" w:line="300" w:lineRule="auto"/>
        <w:jc w:val="left"/>
      </w:pPr>
      <w:r>
        <w:rPr>
          <w:rFonts w:ascii="Times New Roman" w:hAnsi="Times New Roman" w:eastAsia="宋体"/>
          <w:b w:val="0"/>
          <w:i w:val="0"/>
          <w:color w:val="333333"/>
          <w:sz w:val="19"/>
        </w:rPr>
        <w:t>7,21,63,189.</w:t>
      </w:r>
    </w:p>
    <w:p>
      <w:pPr>
        <w:spacing w:before="0" w:after="80" w:line="300" w:lineRule="auto"/>
        <w:jc w:val="left"/>
      </w:pPr>
      <w:r>
        <w:rPr>
          <w:rFonts w:ascii="Times New Roman" w:hAnsi="Times New Roman" w:eastAsia="宋体"/>
          <w:b w:val="0"/>
          <w:i w:val="0"/>
          <w:color w:val="333333"/>
          <w:sz w:val="19"/>
        </w:rPr>
        <w:t>The desired answer is 17 + 189 = 206.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从正上方观察碗口。把底部正方形放在 (±1/2,±1/2,0)。正六边形中，与所接边相邻的一条边，其平行于该边和垂直于该边的分量分别为 1/2 与 (√(3))/2。</w:t>
      </w:r>
    </w:p>
    <w:p>
      <w:pPr>
        <w:spacing w:before="0" w:after="80" w:line="300" w:lineRule="auto"/>
        <w:jc w:val="left"/>
      </w:pPr>
      <w:r>
        <w:rPr>
          <w:rFonts w:ascii="Times New Roman" w:hAnsi="Times New Roman" w:eastAsia="宋体"/>
          <w:b w:val="0"/>
          <w:i w:val="0"/>
          <w:sz w:val="21"/>
        </w:rPr>
        <w:t>在底部正方形的一个顶点处，相邻两个六边形的对应边重合。比较它们的水平分量可知，在六边形平面内，垂直于所接边的单位向量的水平分量为 1/(√(3))。正六边形的对边与所接边相距 √(3)，所以水平向外位移为 1。</w:t>
      </w:r>
    </w:p>
    <w:p>
      <w:pPr>
        <w:spacing w:before="0" w:after="80" w:line="300" w:lineRule="auto"/>
        <w:jc w:val="left"/>
      </w:pPr>
      <w:r>
        <w:rPr>
          <w:rFonts w:ascii="Times New Roman" w:hAnsi="Times New Roman" w:eastAsia="宋体"/>
          <w:b w:val="0"/>
          <w:i w:val="0"/>
          <w:sz w:val="21"/>
        </w:rPr>
        <w:t>因此，碗口的四条单位长度边都位于底部正方形对应边之外一个单位处。其俯视图是一个 3 乘 3 的正方形，去掉四个直角边为 1 的等腰直角三角形：</w:t>
      </w:r>
    </w:p>
    <w:p>
      <w:pPr>
        <w:spacing w:before="80" w:after="80"/>
        <w:jc w:val="center"/>
      </w:pPr>
      <w:r>
        <w:drawing>
          <wp:inline xmlns:a="http://schemas.openxmlformats.org/drawingml/2006/main" xmlns:pic="http://schemas.openxmlformats.org/drawingml/2006/picture">
            <wp:extent cx="1597839" cy="1633109"/>
            <wp:docPr id="19" name="Picture 19"/>
            <wp:cNvGraphicFramePr>
              <a:graphicFrameLocks noChangeAspect="1"/>
            </wp:cNvGraphicFramePr>
            <a:graphic>
              <a:graphicData uri="http://schemas.openxmlformats.org/drawingml/2006/picture">
                <pic:pic>
                  <pic:nvPicPr>
                    <pic:cNvPr id="0" name="q21-sol-1@300dpi.png"/>
                    <pic:cNvPicPr/>
                  </pic:nvPicPr>
                  <pic:blipFill>
                    <a:blip r:embed="rId18"/>
                    <a:stretch>
                      <a:fillRect/>
                    </a:stretch>
                  </pic:blipFill>
                  <pic:spPr>
                    <a:xfrm>
                      <a:off x="0" y="0"/>
                      <a:ext cx="1597839" cy="1633109"/>
                    </a:xfrm>
                    <a:prstGeom prst="rect"/>
                  </pic:spPr>
                </pic:pic>
              </a:graphicData>
            </a:graphic>
          </wp:inline>
        </w:drawing>
      </w:r>
    </w:p>
    <w:p>
      <w:pPr>
        <w:spacing w:before="0" w:after="80" w:line="300" w:lineRule="auto"/>
        <w:jc w:val="left"/>
      </w:pPr>
      <w:r>
        <w:rPr>
          <w:rFonts w:ascii="Times New Roman" w:hAnsi="Times New Roman" w:eastAsia="宋体"/>
          <w:b w:val="0"/>
          <w:i w:val="0"/>
          <w:sz w:val="21"/>
        </w:rPr>
        <w:t>面积为</w:t>
      </w:r>
    </w:p>
    <w:p>
      <w:pPr>
        <w:spacing w:before="0" w:after="80" w:line="300" w:lineRule="auto"/>
        <w:jc w:val="left"/>
      </w:pPr>
      <w:r>
        <w:rPr>
          <w:rFonts w:ascii="Times New Roman" w:hAnsi="Times New Roman" w:eastAsia="宋体"/>
          <w:b w:val="0"/>
          <w:i w:val="0"/>
          <w:sz w:val="21"/>
        </w:rPr>
        <w:t>3²-4(1/2·1²)=7。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View the rim from directly above. Place the bottom square at (±1/2,±1/2,0). In a regular hexagon, an edge adjacent to the attached side has components 1/2 parallel and (√(3))/2 perpendicular to that side.</w:t>
      </w:r>
    </w:p>
    <w:p>
      <w:pPr>
        <w:spacing w:before="0" w:after="80" w:line="300" w:lineRule="auto"/>
        <w:jc w:val="left"/>
      </w:pPr>
      <w:r>
        <w:rPr>
          <w:rFonts w:ascii="Times New Roman" w:hAnsi="Times New Roman" w:eastAsia="宋体"/>
          <w:b w:val="0"/>
          <w:i w:val="0"/>
          <w:color w:val="333333"/>
          <w:sz w:val="19"/>
        </w:rPr>
        <w:t>At a corner of the bottom square, the corresponding edges of two adjacent hexagons coincide. Comparing their horizontal components shows that the horizontal component of a unit vector perpendicular to an attached side within its hexagon is 1/(√(3)). The opposite side of a regular hexagon is √(3) units from the attached side, so its horizontal outward displacement is 1.</w:t>
      </w:r>
    </w:p>
    <w:p>
      <w:pPr>
        <w:spacing w:before="0" w:after="80" w:line="300" w:lineRule="auto"/>
        <w:jc w:val="left"/>
      </w:pPr>
      <w:r>
        <w:rPr>
          <w:rFonts w:ascii="Times New Roman" w:hAnsi="Times New Roman" w:eastAsia="宋体"/>
          <w:b w:val="0"/>
          <w:i w:val="0"/>
          <w:color w:val="333333"/>
          <w:sz w:val="19"/>
        </w:rPr>
        <w:t>Consequently, the four unit-length sides of the rim lie one unit beyond the four sides of the bottom square. Its top view is therefore a 3-by-3 square with four isosceles right corner triangles of leg 1 removed:</w:t>
      </w:r>
    </w:p>
    <w:p>
      <w:pPr>
        <w:spacing w:before="80" w:after="80"/>
        <w:jc w:val="center"/>
      </w:pPr>
      <w:r>
        <w:drawing>
          <wp:inline xmlns:a="http://schemas.openxmlformats.org/drawingml/2006/main" xmlns:pic="http://schemas.openxmlformats.org/drawingml/2006/picture">
            <wp:extent cx="1597839" cy="1633109"/>
            <wp:docPr id="20" name="Picture 20"/>
            <wp:cNvGraphicFramePr>
              <a:graphicFrameLocks noChangeAspect="1"/>
            </wp:cNvGraphicFramePr>
            <a:graphic>
              <a:graphicData uri="http://schemas.openxmlformats.org/drawingml/2006/picture">
                <pic:pic>
                  <pic:nvPicPr>
                    <pic:cNvPr id="0" name="q21-sol-1@300dpi.png"/>
                    <pic:cNvPicPr/>
                  </pic:nvPicPr>
                  <pic:blipFill>
                    <a:blip r:embed="rId18"/>
                    <a:stretch>
                      <a:fillRect/>
                    </a:stretch>
                  </pic:blipFill>
                  <pic:spPr>
                    <a:xfrm>
                      <a:off x="0" y="0"/>
                      <a:ext cx="1597839" cy="163310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Its area is</w:t>
      </w:r>
    </w:p>
    <w:p>
      <w:pPr>
        <w:spacing w:before="0" w:after="80" w:line="300" w:lineRule="auto"/>
        <w:jc w:val="left"/>
      </w:pPr>
      <w:r>
        <w:rPr>
          <w:rFonts w:ascii="Times New Roman" w:hAnsi="Times New Roman" w:eastAsia="宋体"/>
          <w:b w:val="0"/>
          <w:i w:val="0"/>
          <w:color w:val="333333"/>
          <w:sz w:val="19"/>
        </w:rPr>
        <w:t>3²-4(1/2·1²)=7.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设第一次扫描拿到 n 张卡片，其中 1 ≤ n ≤ 12。</w:t>
      </w:r>
    </w:p>
    <w:p>
      <w:pPr>
        <w:spacing w:before="0" w:after="80" w:line="300" w:lineRule="auto"/>
        <w:jc w:val="left"/>
      </w:pPr>
      <w:r>
        <w:rPr>
          <w:rFonts w:ascii="Times New Roman" w:hAnsi="Times New Roman" w:eastAsia="宋体"/>
          <w:b w:val="0"/>
          <w:i w:val="0"/>
          <w:sz w:val="21"/>
        </w:rPr>
        <w:t>选择这 n 张卡片所占的位置后，剩余卡片的位置也被确定，因为两组卡片都必须按递增顺序排列。</w:t>
      </w:r>
    </w:p>
    <w:p>
      <w:pPr>
        <w:spacing w:before="0" w:after="80" w:line="300" w:lineRule="auto"/>
        <w:jc w:val="left"/>
      </w:pPr>
      <w:r>
        <w:rPr>
          <w:rFonts w:ascii="Times New Roman" w:hAnsi="Times New Roman" w:eastAsia="宋体"/>
          <w:b w:val="0"/>
          <w:i w:val="0"/>
          <w:sz w:val="21"/>
        </w:rPr>
        <w:t>共有 C(13, n) 种方法选择这 n 张卡片的位置；但若这 n 张卡片恰好位于最前面，则所有卡片都会在第一次扫描中拿完。</w:t>
      </w:r>
    </w:p>
    <w:p>
      <w:pPr>
        <w:spacing w:before="80" w:after="80"/>
        <w:jc w:val="center"/>
      </w:pPr>
      <w:r>
        <w:drawing>
          <wp:inline xmlns:a="http://schemas.openxmlformats.org/drawingml/2006/main" xmlns:pic="http://schemas.openxmlformats.org/drawingml/2006/picture">
            <wp:extent cx="3556857" cy="288000"/>
            <wp:docPr id="21" name="Picture 21"/>
            <wp:cNvGraphicFramePr>
              <a:graphicFrameLocks noChangeAspect="1"/>
            </wp:cNvGraphicFramePr>
            <a:graphic>
              <a:graphicData uri="http://schemas.openxmlformats.org/drawingml/2006/picture">
                <pic:pic>
                  <pic:nvPicPr>
                    <pic:cNvPr id="0" name="q22-sol-1@369dpi.png"/>
                    <pic:cNvPicPr/>
                  </pic:nvPicPr>
                  <pic:blipFill>
                    <a:blip r:embed="rId19"/>
                    <a:stretch>
                      <a:fillRect/>
                    </a:stretch>
                  </pic:blipFill>
                  <pic:spPr>
                    <a:xfrm>
                      <a:off x="0" y="0"/>
                      <a:ext cx="3556857" cy="288000"/>
                    </a:xfrm>
                    <a:prstGeom prst="rect"/>
                  </pic:spPr>
                </pic:pic>
              </a:graphicData>
            </a:graphic>
          </wp:inline>
        </w:drawing>
      </w:r>
    </w:p>
    <w:p>
      <w:pPr>
        <w:spacing w:before="0" w:after="80" w:line="300" w:lineRule="auto"/>
        <w:jc w:val="left"/>
      </w:pPr>
      <w:r>
        <w:rPr>
          <w:rFonts w:ascii="Times New Roman" w:hAnsi="Times New Roman" w:eastAsia="宋体"/>
          <w:b w:val="0"/>
          <w:i w:val="0"/>
          <w:sz w:val="21"/>
        </w:rPr>
        <w:t>因此对固定的 n，共有 C(13, n) - 1 种排列。</w:t>
      </w:r>
    </w:p>
    <w:p>
      <w:pPr>
        <w:spacing w:before="0" w:after="80" w:line="300" w:lineRule="auto"/>
        <w:jc w:val="left"/>
      </w:pPr>
      <w:r>
        <w:rPr>
          <w:rFonts w:ascii="Times New Roman" w:hAnsi="Times New Roman" w:eastAsia="宋体"/>
          <w:b w:val="0"/>
          <w:i w:val="0"/>
          <w:sz w:val="21"/>
        </w:rPr>
        <w:t>对 1≤ n≤12 求和，得到</w:t>
      </w:r>
    </w:p>
    <w:p>
      <w:pPr>
        <w:spacing w:before="0" w:after="80" w:line="300" w:lineRule="auto"/>
        <w:jc w:val="left"/>
      </w:pPr>
      <w:r>
        <w:rPr>
          <w:rFonts w:ascii="Times New Roman" w:hAnsi="Times New Roman" w:eastAsia="宋体"/>
          <w:b w:val="0"/>
          <w:i w:val="0"/>
          <w:sz w:val="21"/>
        </w:rPr>
        <w:t>Σₙ₌₁¹²(C(13, n)-1)</w:t>
      </w:r>
    </w:p>
    <w:p>
      <w:pPr>
        <w:spacing w:before="0" w:after="80" w:line="300" w:lineRule="auto"/>
        <w:jc w:val="left"/>
      </w:pPr>
      <w:r>
        <w:rPr>
          <w:rFonts w:ascii="Times New Roman" w:hAnsi="Times New Roman" w:eastAsia="宋体"/>
          <w:b w:val="0"/>
          <w:i w:val="0"/>
          <w:sz w:val="21"/>
        </w:rPr>
        <w:t>= (2¹³-2)-12</w:t>
      </w:r>
    </w:p>
    <w:p>
      <w:pPr>
        <w:spacing w:before="0" w:after="80" w:line="300" w:lineRule="auto"/>
        <w:jc w:val="left"/>
      </w:pPr>
      <w:r>
        <w:rPr>
          <w:rFonts w:ascii="Times New Roman" w:hAnsi="Times New Roman" w:eastAsia="宋体"/>
          <w:b w:val="0"/>
          <w:i w:val="0"/>
          <w:sz w:val="21"/>
        </w:rPr>
        <w:t>= 8178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the number of cards picked up on the first pass, where 1 ≤ n ≤ 12.</w:t>
      </w:r>
    </w:p>
    <w:p>
      <w:pPr>
        <w:spacing w:before="0" w:after="80" w:line="300" w:lineRule="auto"/>
        <w:jc w:val="left"/>
      </w:pPr>
      <w:r>
        <w:rPr>
          <w:rFonts w:ascii="Times New Roman" w:hAnsi="Times New Roman" w:eastAsia="宋体"/>
          <w:b w:val="0"/>
          <w:i w:val="0"/>
          <w:color w:val="333333"/>
          <w:sz w:val="19"/>
        </w:rPr>
        <w:t>If we choose the spaces that the n cards occupy, the positions of the remaining cards are determined since they must be placed in order.</w:t>
      </w:r>
    </w:p>
    <w:p>
      <w:pPr>
        <w:spacing w:before="0" w:after="80" w:line="300" w:lineRule="auto"/>
        <w:jc w:val="left"/>
      </w:pPr>
      <w:r>
        <w:rPr>
          <w:rFonts w:ascii="Times New Roman" w:hAnsi="Times New Roman" w:eastAsia="宋体"/>
          <w:b w:val="0"/>
          <w:i w:val="0"/>
          <w:color w:val="333333"/>
          <w:sz w:val="19"/>
        </w:rPr>
        <w:t>There are C(13, n) ways to choose where the n cards go, but if the n cards are placed at the very beginning, then all the cards will be picked up on the first pass.</w:t>
      </w:r>
    </w:p>
    <w:p>
      <w:pPr>
        <w:spacing w:before="80" w:after="80"/>
        <w:jc w:val="center"/>
      </w:pPr>
      <w:r>
        <w:drawing>
          <wp:inline xmlns:a="http://schemas.openxmlformats.org/drawingml/2006/main" xmlns:pic="http://schemas.openxmlformats.org/drawingml/2006/picture">
            <wp:extent cx="3556857" cy="288000"/>
            <wp:docPr id="22" name="Picture 22"/>
            <wp:cNvGraphicFramePr>
              <a:graphicFrameLocks noChangeAspect="1"/>
            </wp:cNvGraphicFramePr>
            <a:graphic>
              <a:graphicData uri="http://schemas.openxmlformats.org/drawingml/2006/picture">
                <pic:pic>
                  <pic:nvPicPr>
                    <pic:cNvPr id="0" name="q22-sol-1@369dpi.png"/>
                    <pic:cNvPicPr/>
                  </pic:nvPicPr>
                  <pic:blipFill>
                    <a:blip r:embed="rId19"/>
                    <a:stretch>
                      <a:fillRect/>
                    </a:stretch>
                  </pic:blipFill>
                  <pic:spPr>
                    <a:xfrm>
                      <a:off x="0" y="0"/>
                      <a:ext cx="3556857" cy="288000"/>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Therefore, for a given n there are C(13, n) - 1 ways to arrange the cards.</w:t>
      </w:r>
    </w:p>
    <w:p>
      <w:pPr>
        <w:spacing w:before="0" w:after="80" w:line="300" w:lineRule="auto"/>
        <w:jc w:val="left"/>
      </w:pPr>
      <w:r>
        <w:rPr>
          <w:rFonts w:ascii="Times New Roman" w:hAnsi="Times New Roman" w:eastAsia="宋体"/>
          <w:b w:val="0"/>
          <w:i w:val="0"/>
          <w:color w:val="333333"/>
          <w:sz w:val="19"/>
        </w:rPr>
        <w:t>Summing over 1≤ n≤12, we get</w:t>
      </w:r>
    </w:p>
    <w:p>
      <w:pPr>
        <w:spacing w:before="0" w:after="80" w:line="300" w:lineRule="auto"/>
        <w:jc w:val="left"/>
      </w:pPr>
      <w:r>
        <w:rPr>
          <w:rFonts w:ascii="Times New Roman" w:hAnsi="Times New Roman" w:eastAsia="宋体"/>
          <w:b w:val="0"/>
          <w:i w:val="0"/>
          <w:color w:val="333333"/>
          <w:sz w:val="19"/>
        </w:rPr>
        <w:t>Σₙ₌₁¹²(C(13, n)-1)</w:t>
      </w:r>
    </w:p>
    <w:p>
      <w:pPr>
        <w:spacing w:before="0" w:after="80" w:line="300" w:lineRule="auto"/>
        <w:jc w:val="left"/>
      </w:pPr>
      <w:r>
        <w:rPr>
          <w:rFonts w:ascii="Times New Roman" w:hAnsi="Times New Roman" w:eastAsia="宋体"/>
          <w:b w:val="0"/>
          <w:i w:val="0"/>
          <w:color w:val="333333"/>
          <w:sz w:val="19"/>
        </w:rPr>
        <w:t>= (2¹³-2)-12</w:t>
      </w:r>
    </w:p>
    <w:p>
      <w:pPr>
        <w:spacing w:before="0" w:after="80" w:line="300" w:lineRule="auto"/>
        <w:jc w:val="left"/>
      </w:pPr>
      <w:r>
        <w:rPr>
          <w:rFonts w:ascii="Times New Roman" w:hAnsi="Times New Roman" w:eastAsia="宋体"/>
          <w:b w:val="0"/>
          <w:i w:val="0"/>
          <w:color w:val="333333"/>
          <w:sz w:val="19"/>
        </w:rPr>
        <w:t>= 8178.</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B</w:t>
      </w:r>
    </w:p>
    <w:p>
      <w:pPr>
        <w:spacing w:before="80" w:after="80"/>
        <w:jc w:val="center"/>
      </w:pPr>
      <w:r>
        <w:drawing>
          <wp:inline xmlns:a="http://schemas.openxmlformats.org/drawingml/2006/main" xmlns:pic="http://schemas.openxmlformats.org/drawingml/2006/picture">
            <wp:extent cx="2204027" cy="1171701"/>
            <wp:docPr id="23" name="Picture 23"/>
            <wp:cNvGraphicFramePr>
              <a:graphicFrameLocks noChangeAspect="1"/>
            </wp:cNvGraphicFramePr>
            <a:graphic>
              <a:graphicData uri="http://schemas.openxmlformats.org/drawingml/2006/picture">
                <pic:pic>
                  <pic:nvPicPr>
                    <pic:cNvPr id="0" name="q23-sol-1@300dpi.png"/>
                    <pic:cNvPicPr/>
                  </pic:nvPicPr>
                  <pic:blipFill>
                    <a:blip r:embed="rId20"/>
                    <a:stretch>
                      <a:fillRect/>
                    </a:stretch>
                  </pic:blipFill>
                  <pic:spPr>
                    <a:xfrm>
                      <a:off x="0" y="0"/>
                      <a:ext cx="2204027" cy="1171701"/>
                    </a:xfrm>
                    <a:prstGeom prst="rect"/>
                  </pic:spPr>
                </pic:pic>
              </a:graphicData>
            </a:graphic>
          </wp:inline>
        </w:drawing>
      </w:r>
    </w:p>
    <w:p>
      <w:pPr>
        <w:spacing w:before="0" w:after="80" w:line="300" w:lineRule="auto"/>
        <w:jc w:val="left"/>
      </w:pPr>
      <w:r>
        <w:rPr>
          <w:rFonts w:ascii="Times New Roman" w:hAnsi="Times New Roman" w:eastAsia="宋体"/>
          <w:b w:val="0"/>
          <w:i w:val="0"/>
          <w:sz w:val="21"/>
        </w:rPr>
        <w:t>令 P' 为 P 关于 BC 的垂直平分线的反射点。</w:t>
      </w:r>
    </w:p>
    <w:p>
      <w:pPr>
        <w:spacing w:before="0" w:after="80" w:line="300" w:lineRule="auto"/>
        <w:jc w:val="left"/>
      </w:pPr>
      <w:r>
        <w:rPr>
          <w:rFonts w:ascii="Times New Roman" w:hAnsi="Times New Roman" w:eastAsia="宋体"/>
          <w:b w:val="0"/>
          <w:i w:val="0"/>
          <w:sz w:val="21"/>
        </w:rPr>
        <w:t>这样得到两个等腰梯形 CBPP' 和 DAPP'。</w:t>
      </w:r>
    </w:p>
    <w:p>
      <w:pPr>
        <w:spacing w:before="0" w:after="80" w:line="300" w:lineRule="auto"/>
        <w:jc w:val="left"/>
      </w:pPr>
      <w:r>
        <w:rPr>
          <w:rFonts w:ascii="Times New Roman" w:hAnsi="Times New Roman" w:eastAsia="宋体"/>
          <w:b w:val="0"/>
          <w:i w:val="0"/>
          <w:sz w:val="21"/>
        </w:rPr>
        <w:t>由反射对称可得</w:t>
      </w:r>
    </w:p>
    <w:p>
      <w:pPr>
        <w:spacing w:before="0" w:after="80" w:line="300" w:lineRule="auto"/>
        <w:jc w:val="left"/>
      </w:pPr>
      <w:r>
        <w:rPr>
          <w:rFonts w:ascii="Times New Roman" w:hAnsi="Times New Roman" w:eastAsia="宋体"/>
          <w:b w:val="0"/>
          <w:i w:val="0"/>
          <w:sz w:val="21"/>
        </w:rPr>
        <w:t>P'A = PD = 4</w:t>
      </w:r>
    </w:p>
    <w:p>
      <w:pPr>
        <w:spacing w:before="0" w:after="80" w:line="300" w:lineRule="auto"/>
        <w:jc w:val="left"/>
      </w:pPr>
      <w:r>
        <w:rPr>
          <w:rFonts w:ascii="Times New Roman" w:hAnsi="Times New Roman" w:eastAsia="宋体"/>
          <w:b w:val="0"/>
          <w:i w:val="0"/>
          <w:sz w:val="21"/>
        </w:rPr>
        <w:t>P'D = PA = 1</w:t>
      </w:r>
    </w:p>
    <w:p>
      <w:pPr>
        <w:spacing w:before="0" w:after="80" w:line="300" w:lineRule="auto"/>
        <w:jc w:val="left"/>
      </w:pPr>
      <w:r>
        <w:rPr>
          <w:rFonts w:ascii="Times New Roman" w:hAnsi="Times New Roman" w:eastAsia="宋体"/>
          <w:b w:val="0"/>
          <w:i w:val="0"/>
          <w:sz w:val="21"/>
        </w:rPr>
        <w:t>P'C = PB = 2</w:t>
      </w:r>
    </w:p>
    <w:p>
      <w:pPr>
        <w:spacing w:before="0" w:after="80" w:line="300" w:lineRule="auto"/>
        <w:jc w:val="left"/>
      </w:pPr>
      <w:r>
        <w:rPr>
          <w:rFonts w:ascii="Times New Roman" w:hAnsi="Times New Roman" w:eastAsia="宋体"/>
          <w:b w:val="0"/>
          <w:i w:val="0"/>
          <w:sz w:val="21"/>
        </w:rPr>
        <w:t>P'B = PC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对两个圆内接梯形使用托勒密定理，知道对角线乘积等于两组对边乘积之和。因此</w:t>
      </w:r>
    </w:p>
    <w:p>
      <w:pPr>
        <w:spacing w:before="0" w:after="80" w:line="300" w:lineRule="auto"/>
        <w:jc w:val="left"/>
      </w:pPr>
      <w:r>
        <w:rPr>
          <w:rFonts w:ascii="Times New Roman" w:hAnsi="Times New Roman" w:eastAsia="宋体"/>
          <w:b w:val="0"/>
          <w:i w:val="0"/>
          <w:sz w:val="21"/>
        </w:rPr>
        <w:t>PP' · AD + 1 = 16</w:t>
      </w:r>
    </w:p>
    <w:p>
      <w:pPr>
        <w:spacing w:before="0" w:after="80" w:line="300" w:lineRule="auto"/>
        <w:jc w:val="left"/>
      </w:pPr>
      <w:r>
        <w:rPr>
          <w:rFonts w:ascii="Times New Roman" w:hAnsi="Times New Roman" w:eastAsia="宋体"/>
          <w:b w:val="0"/>
          <w:i w:val="0"/>
          <w:sz w:val="21"/>
        </w:rPr>
        <w:t>PP' · BC + 4 = 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 PP' · AD = 15，且 PP' · BC = 5。两式相除得到 BC/AD = 1/3。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2204027" cy="1171701"/>
            <wp:docPr id="24" name="Picture 24"/>
            <wp:cNvGraphicFramePr>
              <a:graphicFrameLocks noChangeAspect="1"/>
            </wp:cNvGraphicFramePr>
            <a:graphic>
              <a:graphicData uri="http://schemas.openxmlformats.org/drawingml/2006/picture">
                <pic:pic>
                  <pic:nvPicPr>
                    <pic:cNvPr id="0" name="q23-sol-1@300dpi.png"/>
                    <pic:cNvPicPr/>
                  </pic:nvPicPr>
                  <pic:blipFill>
                    <a:blip r:embed="rId20"/>
                    <a:stretch>
                      <a:fillRect/>
                    </a:stretch>
                  </pic:blipFill>
                  <pic:spPr>
                    <a:xfrm>
                      <a:off x="0" y="0"/>
                      <a:ext cx="2204027" cy="117170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Let P' be the reflection of P across the perpendicular bisector of BC.</w:t>
      </w:r>
    </w:p>
    <w:p>
      <w:pPr>
        <w:spacing w:before="0" w:after="80" w:line="300" w:lineRule="auto"/>
        <w:jc w:val="left"/>
      </w:pPr>
      <w:r>
        <w:rPr>
          <w:rFonts w:ascii="Times New Roman" w:hAnsi="Times New Roman" w:eastAsia="宋体"/>
          <w:b w:val="0"/>
          <w:i w:val="0"/>
          <w:color w:val="333333"/>
          <w:sz w:val="19"/>
        </w:rPr>
        <w:t>This forms two new isosceles trapezoids: CBPP' and DAPP'.</w:t>
      </w:r>
    </w:p>
    <w:p>
      <w:pPr>
        <w:spacing w:before="0" w:after="80" w:line="300" w:lineRule="auto"/>
        <w:jc w:val="left"/>
      </w:pPr>
      <w:r>
        <w:rPr>
          <w:rFonts w:ascii="Times New Roman" w:hAnsi="Times New Roman" w:eastAsia="宋体"/>
          <w:b w:val="0"/>
          <w:i w:val="0"/>
          <w:color w:val="333333"/>
          <w:sz w:val="19"/>
        </w:rPr>
        <w:t>Therefore, we get</w:t>
      </w:r>
    </w:p>
    <w:p>
      <w:pPr>
        <w:spacing w:before="0" w:after="80" w:line="300" w:lineRule="auto"/>
        <w:jc w:val="left"/>
      </w:pPr>
      <w:r>
        <w:rPr>
          <w:rFonts w:ascii="Times New Roman" w:hAnsi="Times New Roman" w:eastAsia="宋体"/>
          <w:b w:val="0"/>
          <w:i w:val="0"/>
          <w:color w:val="333333"/>
          <w:sz w:val="19"/>
        </w:rPr>
        <w:t>P'A = PD = 4</w:t>
      </w:r>
    </w:p>
    <w:p>
      <w:pPr>
        <w:spacing w:before="0" w:after="80" w:line="300" w:lineRule="auto"/>
        <w:jc w:val="left"/>
      </w:pPr>
      <w:r>
        <w:rPr>
          <w:rFonts w:ascii="Times New Roman" w:hAnsi="Times New Roman" w:eastAsia="宋体"/>
          <w:b w:val="0"/>
          <w:i w:val="0"/>
          <w:color w:val="333333"/>
          <w:sz w:val="19"/>
        </w:rPr>
        <w:t>P'D = PA = 1</w:t>
      </w:r>
    </w:p>
    <w:p>
      <w:pPr>
        <w:spacing w:before="0" w:after="80" w:line="300" w:lineRule="auto"/>
        <w:jc w:val="left"/>
      </w:pPr>
      <w:r>
        <w:rPr>
          <w:rFonts w:ascii="Times New Roman" w:hAnsi="Times New Roman" w:eastAsia="宋体"/>
          <w:b w:val="0"/>
          <w:i w:val="0"/>
          <w:color w:val="333333"/>
          <w:sz w:val="19"/>
        </w:rPr>
        <w:t>P'C = PB = 2</w:t>
      </w:r>
    </w:p>
    <w:p>
      <w:pPr>
        <w:spacing w:before="0" w:after="80" w:line="300" w:lineRule="auto"/>
        <w:jc w:val="left"/>
      </w:pPr>
      <w:r>
        <w:rPr>
          <w:rFonts w:ascii="Times New Roman" w:hAnsi="Times New Roman" w:eastAsia="宋体"/>
          <w:b w:val="0"/>
          <w:i w:val="0"/>
          <w:color w:val="333333"/>
          <w:sz w:val="19"/>
        </w:rPr>
        <w:t>P'B = PC = 3.</w:t>
      </w:r>
    </w:p>
    <w:p>
      <w:pPr>
        <w:spacing w:before="0" w:after="80" w:line="300" w:lineRule="auto"/>
        <w:jc w:val="left"/>
      </w:pPr>
      <w:r>
        <w:rPr>
          <w:rFonts w:ascii="Times New Roman" w:hAnsi="Times New Roman" w:eastAsia="宋体"/>
          <w:b w:val="0"/>
          <w:i w:val="0"/>
          <w:color w:val="333333"/>
          <w:sz w:val="19"/>
        </w:rPr>
        <w:t>Using Ptolemy’s theorem, we know that the product of the diagonals is equal to the sum of the products of the opposite sides. Therefore:</w:t>
      </w:r>
    </w:p>
    <w:p>
      <w:pPr>
        <w:spacing w:before="0" w:after="80" w:line="300" w:lineRule="auto"/>
        <w:jc w:val="left"/>
      </w:pPr>
      <w:r>
        <w:rPr>
          <w:rFonts w:ascii="Times New Roman" w:hAnsi="Times New Roman" w:eastAsia="宋体"/>
          <w:b w:val="0"/>
          <w:i w:val="0"/>
          <w:color w:val="333333"/>
          <w:sz w:val="19"/>
        </w:rPr>
        <w:t>PP' · AD + 1 = 16</w:t>
      </w:r>
    </w:p>
    <w:p>
      <w:pPr>
        <w:spacing w:before="0" w:after="80" w:line="300" w:lineRule="auto"/>
        <w:jc w:val="left"/>
      </w:pPr>
      <w:r>
        <w:rPr>
          <w:rFonts w:ascii="Times New Roman" w:hAnsi="Times New Roman" w:eastAsia="宋体"/>
          <w:b w:val="0"/>
          <w:i w:val="0"/>
          <w:color w:val="333333"/>
          <w:sz w:val="19"/>
        </w:rPr>
        <w:t>PP' · BC + 4 = 9.</w:t>
      </w:r>
    </w:p>
    <w:p>
      <w:pPr>
        <w:spacing w:before="0" w:after="80" w:line="300" w:lineRule="auto"/>
        <w:jc w:val="left"/>
      </w:pPr>
      <w:r>
        <w:rPr>
          <w:rFonts w:ascii="Times New Roman" w:hAnsi="Times New Roman" w:eastAsia="宋体"/>
          <w:b w:val="0"/>
          <w:i w:val="0"/>
          <w:color w:val="333333"/>
          <w:sz w:val="19"/>
        </w:rPr>
        <w:t>This gets us PP' · AD = 15 and PP' · BC = 5. Dividing these two equations yields BC/AD = 1/3.</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把这五个数字依次看作五辆车的首选车位。车位编号为 0,1,2,3,4，每辆车若首选车位空着就停在那里，否则停在右边第一个空位。若把首选车位按非递减顺序排列为 b₁≤ b₂≤⋯≤ b₅，则所有车都能停下，当且仅当</w:t>
      </w:r>
    </w:p>
    <w:p>
      <w:pPr>
        <w:spacing w:before="0" w:after="80" w:line="300" w:lineRule="auto"/>
        <w:jc w:val="left"/>
      </w:pPr>
      <w:r>
        <w:rPr>
          <w:rFonts w:ascii="Times New Roman" w:hAnsi="Times New Roman" w:eastAsia="宋体"/>
          <w:b w:val="0"/>
          <w:i w:val="0"/>
          <w:sz w:val="21"/>
        </w:rPr>
        <w:t>bᵢ≤ i-1 (1≤ i≤5)。</w:t>
      </w:r>
    </w:p>
    <w:p>
      <w:pPr>
        <w:spacing w:before="0" w:after="80" w:line="300" w:lineRule="auto"/>
        <w:jc w:val="left"/>
      </w:pPr>
      <w:r>
        <w:rPr>
          <w:rFonts w:ascii="Times New Roman" w:hAnsi="Times New Roman" w:eastAsia="宋体"/>
          <w:b w:val="0"/>
          <w:i w:val="0"/>
          <w:sz w:val="21"/>
        </w:rPr>
        <w:t>这些不等式正是题目中的条件。</w:t>
      </w:r>
    </w:p>
    <w:p>
      <w:pPr>
        <w:spacing w:before="0" w:after="80" w:line="300" w:lineRule="auto"/>
        <w:jc w:val="left"/>
      </w:pPr>
      <w:r>
        <w:rPr>
          <w:rFonts w:ascii="Times New Roman" w:hAnsi="Times New Roman" w:eastAsia="宋体"/>
          <w:b w:val="0"/>
          <w:i w:val="0"/>
          <w:sz w:val="21"/>
        </w:rPr>
        <w:t>为了计数，加入第六个车位，把 0,1,…,5 号车位排列在一个圆上。对任意一个 6⁵ 种首选字符串，五辆车都能停下，且恰好留下一个空位。把所有首选位置都旋转一格，空位也随之旋转。因此每个由六个字符串组成的轨道中，每一种可能的空位恰好出现一次。</w:t>
      </w:r>
    </w:p>
    <w:p>
      <w:pPr>
        <w:spacing w:before="0" w:after="80" w:line="300" w:lineRule="auto"/>
        <w:jc w:val="left"/>
      </w:pPr>
      <w:r>
        <w:rPr>
          <w:rFonts w:ascii="Times New Roman" w:hAnsi="Times New Roman" w:eastAsia="宋体"/>
          <w:b w:val="0"/>
          <w:i w:val="0"/>
          <w:sz w:val="21"/>
        </w:rPr>
        <w:t>所以恰有 6⁵/6=6⁴=1296 个圆形首选字符串留下 5 号车位为空。这样的字符串中没有车首选 5 号车位；紧接着这个空位把圆切开，就恰好得到车位 0 到 4 上的成功停车序列。因此所求字符串数为 1296。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Regard the five digits, in order, as the preferred parking spaces of five cars. Spaces are numbered 0,1,2,3,4, and each car takes its preferred space if possible, or else the first empty space to its right. If the preferences sorted into nondecreasing order are b₁≤ b₂≤⋯≤ b₅, all cars park exactly when</w:t>
      </w:r>
    </w:p>
    <w:p>
      <w:pPr>
        <w:spacing w:before="0" w:after="80" w:line="300" w:lineRule="auto"/>
        <w:jc w:val="left"/>
      </w:pPr>
      <w:r>
        <w:rPr>
          <w:rFonts w:ascii="Times New Roman" w:hAnsi="Times New Roman" w:eastAsia="宋体"/>
          <w:b w:val="0"/>
          <w:i w:val="0"/>
          <w:color w:val="333333"/>
          <w:sz w:val="19"/>
        </w:rPr>
        <w:t>bᵢ≤ i-1 (1≤ i≤5).</w:t>
      </w:r>
    </w:p>
    <w:p>
      <w:pPr>
        <w:spacing w:before="0" w:after="80" w:line="300" w:lineRule="auto"/>
        <w:jc w:val="left"/>
      </w:pPr>
      <w:r>
        <w:rPr>
          <w:rFonts w:ascii="Times New Roman" w:hAnsi="Times New Roman" w:eastAsia="宋体"/>
          <w:b w:val="0"/>
          <w:i w:val="0"/>
          <w:color w:val="333333"/>
          <w:sz w:val="19"/>
        </w:rPr>
        <w:t>These inequalities are precisely the conditions in the problem.</w:t>
      </w:r>
    </w:p>
    <w:p>
      <w:pPr>
        <w:spacing w:before="0" w:after="80" w:line="300" w:lineRule="auto"/>
        <w:jc w:val="left"/>
      </w:pPr>
      <w:r>
        <w:rPr>
          <w:rFonts w:ascii="Times New Roman" w:hAnsi="Times New Roman" w:eastAsia="宋体"/>
          <w:b w:val="0"/>
          <w:i w:val="0"/>
          <w:color w:val="333333"/>
          <w:sz w:val="19"/>
        </w:rPr>
        <w:t>To count such preference strings, add a sixth space and arrange spaces 0,1,…,5 in a circle. For any of the 6⁵ preference strings, all five cars park and exactly one space remains empty. Rotating every preference by one position rotates the empty space as well. Thus each orbit of six preference strings has each possible empty space exactly once.</w:t>
      </w:r>
    </w:p>
    <w:p>
      <w:pPr>
        <w:spacing w:before="0" w:after="80" w:line="300" w:lineRule="auto"/>
        <w:jc w:val="left"/>
      </w:pPr>
      <w:r>
        <w:rPr>
          <w:rFonts w:ascii="Times New Roman" w:hAnsi="Times New Roman" w:eastAsia="宋体"/>
          <w:b w:val="0"/>
          <w:i w:val="0"/>
          <w:color w:val="333333"/>
          <w:sz w:val="19"/>
        </w:rPr>
        <w:t>Therefore exactly 6⁵/6=6⁴=1296 circular preference strings leave space 5 empty. No car in such a string prefers space 5, and cutting the circle immediately after that empty space gives exactly a successful parking sequence on spaces 0 through 4. Hence the desired number of strings is 1296.</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令 r 为 R 的每条边上的格点数；类似地，令 s 对应 S，令 t 对应 T。注意，一个矩形中的格点数等于沿其宽方向的格点数与沿其长方向的格点数之积。</w:t>
      </w:r>
    </w:p>
    <w:p>
      <w:pPr>
        <w:spacing w:before="0" w:after="80" w:line="300" w:lineRule="auto"/>
        <w:jc w:val="left"/>
      </w:pPr>
      <w:r>
        <w:rPr>
          <w:rFonts w:ascii="Times New Roman" w:hAnsi="Times New Roman" w:eastAsia="宋体"/>
          <w:b w:val="0"/>
          <w:i w:val="0"/>
          <w:sz w:val="21"/>
        </w:rPr>
        <w:t>第一个条件给出</w:t>
      </w:r>
    </w:p>
    <w:p>
      <w:pPr>
        <w:spacing w:before="0" w:after="80" w:line="300" w:lineRule="auto"/>
        <w:jc w:val="left"/>
      </w:pPr>
      <w:r>
        <w:rPr>
          <w:rFonts w:ascii="Times New Roman" w:hAnsi="Times New Roman" w:eastAsia="宋体"/>
          <w:b w:val="0"/>
          <w:i w:val="0"/>
          <w:sz w:val="21"/>
        </w:rPr>
        <w:t>r² = 9/4 · s²</w:t>
      </w:r>
    </w:p>
    <w:p>
      <w:pPr>
        <w:spacing w:before="0" w:after="80" w:line="300" w:lineRule="auto"/>
        <w:jc w:val="left"/>
      </w:pPr>
      <w:r>
        <w:rPr>
          <w:rFonts w:ascii="Times New Roman" w:hAnsi="Times New Roman" w:eastAsia="宋体"/>
          <w:b w:val="0"/>
          <w:i w:val="0"/>
          <w:sz w:val="21"/>
        </w:rPr>
        <w:t>r = 3/2 · s tag*(1)</w:t>
      </w:r>
    </w:p>
    <w:p>
      <w:pPr>
        <w:spacing w:before="0" w:after="80" w:line="300" w:lineRule="auto"/>
        <w:jc w:val="left"/>
      </w:pPr>
      <w:r>
        <w:rPr>
          <w:rFonts w:ascii="Times New Roman" w:hAnsi="Times New Roman" w:eastAsia="宋体"/>
          <w:b w:val="0"/>
          <w:i w:val="0"/>
          <w:sz w:val="21"/>
        </w:rPr>
        <w:t>R ∪ S 中的格点数等于两个区域各自格点数之和，但在 y 轴上有重叠，也就是正方形 S 与该轴相接之处。</w:t>
      </w:r>
    </w:p>
    <w:p>
      <w:pPr>
        <w:spacing w:before="0" w:after="80" w:line="300" w:lineRule="auto"/>
        <w:jc w:val="left"/>
      </w:pPr>
      <w:r>
        <w:rPr>
          <w:rFonts w:ascii="Times New Roman" w:hAnsi="Times New Roman" w:eastAsia="宋体"/>
          <w:b w:val="0"/>
          <w:i w:val="0"/>
          <w:sz w:val="21"/>
        </w:rPr>
        <w:t>因此第二个条件给出</w:t>
      </w:r>
    </w:p>
    <w:p>
      <w:pPr>
        <w:spacing w:before="0" w:after="80" w:line="300" w:lineRule="auto"/>
        <w:jc w:val="left"/>
      </w:pPr>
      <w:r>
        <w:rPr>
          <w:rFonts w:ascii="Times New Roman" w:hAnsi="Times New Roman" w:eastAsia="宋体"/>
          <w:b w:val="0"/>
          <w:i w:val="0"/>
          <w:sz w:val="21"/>
        </w:rPr>
        <w:t>t² = 1/4(r² + s² - s)</w:t>
      </w:r>
    </w:p>
    <w:p>
      <w:pPr>
        <w:spacing w:before="0" w:after="80" w:line="300" w:lineRule="auto"/>
        <w:jc w:val="left"/>
      </w:pPr>
      <w:r>
        <w:rPr>
          <w:rFonts w:ascii="Times New Roman" w:hAnsi="Times New Roman" w:eastAsia="宋体"/>
          <w:b w:val="0"/>
          <w:i w:val="0"/>
          <w:sz w:val="21"/>
        </w:rPr>
        <w:t>t² = 1/4(9/4 · s² + s² - s)</w:t>
      </w:r>
    </w:p>
    <w:p>
      <w:pPr>
        <w:spacing w:before="0" w:after="80" w:line="300" w:lineRule="auto"/>
        <w:jc w:val="left"/>
      </w:pPr>
      <w:r>
        <w:rPr>
          <w:rFonts w:ascii="Times New Roman" w:hAnsi="Times New Roman" w:eastAsia="宋体"/>
          <w:b w:val="0"/>
          <w:i w:val="0"/>
          <w:sz w:val="21"/>
        </w:rPr>
        <w:t>t² = 1/4 · (13s² - 4s)/4</w:t>
      </w:r>
    </w:p>
    <w:p>
      <w:pPr>
        <w:spacing w:before="0" w:after="80" w:line="300" w:lineRule="auto"/>
        <w:jc w:val="left"/>
      </w:pPr>
      <w:r>
        <w:rPr>
          <w:rFonts w:ascii="Times New Roman" w:hAnsi="Times New Roman" w:eastAsia="宋体"/>
          <w:b w:val="0"/>
          <w:i w:val="0"/>
          <w:sz w:val="21"/>
        </w:rPr>
        <w:t>16t² = s(13s - 4)。</w:t>
      </w:r>
    </w:p>
    <w:p>
      <w:pPr>
        <w:spacing w:before="0" w:after="80" w:line="300" w:lineRule="auto"/>
        <w:jc w:val="left"/>
      </w:pPr>
      <w:r>
        <w:rPr>
          <w:rFonts w:ascii="Times New Roman" w:hAnsi="Times New Roman" w:eastAsia="宋体"/>
          <w:b w:val="0"/>
          <w:i w:val="0"/>
          <w:sz w:val="21"/>
        </w:rPr>
        <w:t>由 (1) 可知 s 是 2 的倍数。把 s 换成 2j，得到</w:t>
      </w:r>
    </w:p>
    <w:p>
      <w:pPr>
        <w:spacing w:before="0" w:after="80" w:line="300" w:lineRule="auto"/>
        <w:jc w:val="left"/>
      </w:pPr>
      <w:r>
        <w:rPr>
          <w:rFonts w:ascii="Times New Roman" w:hAnsi="Times New Roman" w:eastAsia="宋体"/>
          <w:b w:val="0"/>
          <w:i w:val="0"/>
          <w:sz w:val="21"/>
        </w:rPr>
        <w:t>16t² = 2j(26j - 4)</w:t>
      </w:r>
    </w:p>
    <w:p>
      <w:pPr>
        <w:spacing w:before="0" w:after="80" w:line="300" w:lineRule="auto"/>
        <w:jc w:val="left"/>
      </w:pPr>
      <w:r>
        <w:rPr>
          <w:rFonts w:ascii="Times New Roman" w:hAnsi="Times New Roman" w:eastAsia="宋体"/>
          <w:b w:val="0"/>
          <w:i w:val="0"/>
          <w:sz w:val="21"/>
        </w:rPr>
        <w:t>4t² = j(13j - 2)。</w:t>
      </w:r>
    </w:p>
    <w:p>
      <w:pPr>
        <w:spacing w:before="0" w:after="80" w:line="300" w:lineRule="auto"/>
        <w:jc w:val="left"/>
      </w:pPr>
      <w:r>
        <w:rPr>
          <w:rFonts w:ascii="Times New Roman" w:hAnsi="Times New Roman" w:eastAsia="宋体"/>
          <w:b w:val="0"/>
          <w:i w:val="0"/>
          <w:sz w:val="21"/>
        </w:rPr>
        <w:t>为了使乘积能被 4 整除，j 必须被 2 整除。再把 j 换成 2k，得到</w:t>
      </w:r>
    </w:p>
    <w:p>
      <w:pPr>
        <w:spacing w:before="0" w:after="80" w:line="300" w:lineRule="auto"/>
        <w:jc w:val="left"/>
      </w:pPr>
      <w:r>
        <w:rPr>
          <w:rFonts w:ascii="Times New Roman" w:hAnsi="Times New Roman" w:eastAsia="宋体"/>
          <w:b w:val="0"/>
          <w:i w:val="0"/>
          <w:sz w:val="21"/>
        </w:rPr>
        <w:t>4t² = 2k(26k - 2)</w:t>
      </w:r>
    </w:p>
    <w:p>
      <w:pPr>
        <w:spacing w:before="0" w:after="80" w:line="300" w:lineRule="auto"/>
        <w:jc w:val="left"/>
      </w:pPr>
      <w:r>
        <w:rPr>
          <w:rFonts w:ascii="Times New Roman" w:hAnsi="Times New Roman" w:eastAsia="宋体"/>
          <w:b w:val="0"/>
          <w:i w:val="0"/>
          <w:sz w:val="21"/>
        </w:rPr>
        <w:t>t² = k(13k - 1) tag*(2)</w:t>
      </w:r>
    </w:p>
    <w:p>
      <w:pPr>
        <w:spacing w:before="0" w:after="80" w:line="300" w:lineRule="auto"/>
        <w:jc w:val="left"/>
      </w:pPr>
      <w:r>
        <w:rPr>
          <w:rFonts w:ascii="Times New Roman" w:hAnsi="Times New Roman" w:eastAsia="宋体"/>
          <w:b w:val="0"/>
          <w:i w:val="0"/>
          <w:sz w:val="21"/>
        </w:rPr>
        <w:t>令 x 为矩形 S ∩ T 底边上的格点数，令 y 为矩形 R ∩ T 底边上的格点数。</w:t>
      </w:r>
    </w:p>
    <w:p>
      <w:pPr>
        <w:spacing w:before="0" w:after="80" w:line="300" w:lineRule="auto"/>
        <w:jc w:val="left"/>
      </w:pPr>
      <w:r>
        <w:rPr>
          <w:rFonts w:ascii="Times New Roman" w:hAnsi="Times New Roman" w:eastAsia="宋体"/>
          <w:b w:val="0"/>
          <w:i w:val="0"/>
          <w:sz w:val="21"/>
        </w:rPr>
        <w:t>这样，S ∩ T 中的格点数为 xt，而 R ∩ T 中的格点数为 yt。</w:t>
      </w:r>
    </w:p>
    <w:p>
      <w:pPr>
        <w:spacing w:before="0" w:after="80" w:line="300" w:lineRule="auto"/>
        <w:jc w:val="left"/>
      </w:pPr>
      <w:r>
        <w:rPr>
          <w:rFonts w:ascii="Times New Roman" w:hAnsi="Times New Roman" w:eastAsia="宋体"/>
          <w:b w:val="0"/>
          <w:i w:val="0"/>
          <w:sz w:val="21"/>
        </w:rPr>
        <w:t>第三个条件给出</w:t>
      </w:r>
    </w:p>
    <w:p>
      <w:pPr>
        <w:spacing w:before="0" w:after="80" w:line="300" w:lineRule="auto"/>
        <w:jc w:val="left"/>
      </w:pPr>
      <w:r>
        <w:rPr>
          <w:rFonts w:ascii="Times New Roman" w:hAnsi="Times New Roman" w:eastAsia="宋体"/>
          <w:b w:val="0"/>
          <w:i w:val="0"/>
          <w:sz w:val="21"/>
        </w:rPr>
        <w:t>xt/s² = 27 · yt/r²</w:t>
      </w:r>
    </w:p>
    <w:p>
      <w:pPr>
        <w:spacing w:before="0" w:after="80" w:line="300" w:lineRule="auto"/>
        <w:jc w:val="left"/>
      </w:pPr>
      <w:r>
        <w:rPr>
          <w:rFonts w:ascii="Times New Roman" w:hAnsi="Times New Roman" w:eastAsia="宋体"/>
          <w:b w:val="0"/>
          <w:i w:val="0"/>
          <w:sz w:val="21"/>
        </w:rPr>
        <w:t>x/s² = 27 · y/(9/4 s²)</w:t>
      </w:r>
    </w:p>
    <w:p>
      <w:pPr>
        <w:spacing w:before="0" w:after="80" w:line="300" w:lineRule="auto"/>
        <w:jc w:val="left"/>
      </w:pPr>
      <w:r>
        <w:rPr>
          <w:rFonts w:ascii="Times New Roman" w:hAnsi="Times New Roman" w:eastAsia="宋体"/>
          <w:b w:val="0"/>
          <w:i w:val="0"/>
          <w:sz w:val="21"/>
        </w:rPr>
        <w:t>x = 12y。</w:t>
      </w:r>
    </w:p>
    <w:p>
      <w:pPr>
        <w:spacing w:before="0" w:after="80" w:line="300" w:lineRule="auto"/>
        <w:jc w:val="left"/>
      </w:pPr>
      <w:r>
        <w:rPr>
          <w:rFonts w:ascii="Times New Roman" w:hAnsi="Times New Roman" w:eastAsia="宋体"/>
          <w:b w:val="0"/>
          <w:i w:val="0"/>
          <w:sz w:val="21"/>
        </w:rPr>
        <w:t>又已知 t = x + y - 1（其中已计入重叠部分），于是</w:t>
      </w:r>
    </w:p>
    <w:p>
      <w:pPr>
        <w:spacing w:before="0" w:after="80" w:line="300" w:lineRule="auto"/>
        <w:jc w:val="left"/>
      </w:pPr>
      <w:r>
        <w:rPr>
          <w:rFonts w:ascii="Times New Roman" w:hAnsi="Times New Roman" w:eastAsia="宋体"/>
          <w:b w:val="0"/>
          <w:i w:val="0"/>
          <w:sz w:val="21"/>
        </w:rPr>
        <w:t>t = 13y - 1 tag*(3)</w:t>
      </w:r>
    </w:p>
    <w:p>
      <w:pPr>
        <w:spacing w:before="0" w:after="80" w:line="300" w:lineRule="auto"/>
        <w:jc w:val="left"/>
      </w:pPr>
      <w:r>
        <w:rPr>
          <w:rFonts w:ascii="Times New Roman" w:hAnsi="Times New Roman" w:eastAsia="宋体"/>
          <w:b w:val="0"/>
          <w:i w:val="0"/>
          <w:sz w:val="21"/>
        </w:rPr>
        <w:t>由 (3) 可得</w:t>
      </w:r>
    </w:p>
    <w:p>
      <w:pPr>
        <w:spacing w:before="0" w:after="80" w:line="300" w:lineRule="auto"/>
        <w:jc w:val="left"/>
      </w:pPr>
      <w:r>
        <w:rPr>
          <w:rFonts w:ascii="Times New Roman" w:hAnsi="Times New Roman" w:eastAsia="宋体"/>
          <w:b w:val="0"/>
          <w:i w:val="0"/>
          <w:sz w:val="21"/>
        </w:rPr>
        <w:t>t ≡ -1 pmod13,</w:t>
      </w:r>
    </w:p>
    <w:p>
      <w:pPr>
        <w:spacing w:before="0" w:after="80" w:line="300" w:lineRule="auto"/>
        <w:jc w:val="left"/>
      </w:pPr>
      <w:r>
        <w:rPr>
          <w:rFonts w:ascii="Times New Roman" w:hAnsi="Times New Roman" w:eastAsia="宋体"/>
          <w:b w:val="0"/>
          <w:i w:val="0"/>
          <w:sz w:val="21"/>
        </w:rPr>
        <w:t>t² ≡ 1 pmod13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然而由 (2) 可得</w:t>
      </w:r>
    </w:p>
    <w:p>
      <w:pPr>
        <w:spacing w:before="0" w:after="80" w:line="300" w:lineRule="auto"/>
        <w:jc w:val="left"/>
      </w:pPr>
      <w:r>
        <w:rPr>
          <w:rFonts w:ascii="Times New Roman" w:hAnsi="Times New Roman" w:eastAsia="宋体"/>
          <w:b w:val="0"/>
          <w:i w:val="0"/>
          <w:sz w:val="21"/>
        </w:rPr>
        <w:t>t² ≡ -k pmod13</w:t>
      </w:r>
    </w:p>
    <w:p>
      <w:pPr>
        <w:spacing w:before="0" w:after="80" w:line="300" w:lineRule="auto"/>
        <w:jc w:val="left"/>
      </w:pPr>
      <w:r>
        <w:rPr>
          <w:rFonts w:ascii="Times New Roman" w:hAnsi="Times New Roman" w:eastAsia="宋体"/>
          <w:b w:val="0"/>
          <w:i w:val="0"/>
          <w:sz w:val="21"/>
        </w:rPr>
        <w:t>k ≡ -1 pmod13。</w:t>
      </w:r>
    </w:p>
    <w:p>
      <w:pPr>
        <w:spacing w:before="0" w:after="80" w:line="300" w:lineRule="auto"/>
        <w:jc w:val="left"/>
      </w:pPr>
      <w:r>
        <w:rPr>
          <w:rFonts w:ascii="Times New Roman" w:hAnsi="Times New Roman" w:eastAsia="宋体"/>
          <w:b w:val="0"/>
          <w:i w:val="0"/>
          <w:sz w:val="21"/>
        </w:rPr>
        <w:t>同时由 (2) 可知 k 是平方数，因为它与 13k - 1 互质，而它们的乘积是平方数。</w:t>
      </w:r>
    </w:p>
    <w:p>
      <w:pPr>
        <w:spacing w:before="0" w:after="80" w:line="300" w:lineRule="auto"/>
        <w:jc w:val="left"/>
      </w:pPr>
      <w:r>
        <w:rPr>
          <w:rFonts w:ascii="Times New Roman" w:hAnsi="Times New Roman" w:eastAsia="宋体"/>
          <w:b w:val="0"/>
          <w:i w:val="0"/>
          <w:sz w:val="21"/>
        </w:rPr>
        <w:t>因此 k 必须是满足 k≡-1pmod13 的完全平方数。较小的正平方数 1,4,9,16 都不满足这一同余条件，而 k=25 满足，所以 25 是最小可能值。</w:t>
      </w:r>
    </w:p>
    <w:p>
      <w:pPr>
        <w:spacing w:before="0" w:after="80" w:line="300" w:lineRule="auto"/>
        <w:jc w:val="left"/>
      </w:pPr>
      <w:r>
        <w:rPr>
          <w:rFonts w:ascii="Times New Roman" w:hAnsi="Times New Roman" w:eastAsia="宋体"/>
          <w:b w:val="0"/>
          <w:i w:val="0"/>
          <w:sz w:val="21"/>
        </w:rPr>
        <w:t>由这个 k 值可得 j = 2 · 25 = 50、s = 2 · 50 = 100，以及 r = 3/2 · 100 = 150。还可算得</w:t>
      </w:r>
    </w:p>
    <w:p>
      <w:pPr>
        <w:spacing w:before="0" w:after="80" w:line="300" w:lineRule="auto"/>
        <w:jc w:val="left"/>
      </w:pPr>
      <w:r>
        <w:rPr>
          <w:rFonts w:ascii="Times New Roman" w:hAnsi="Times New Roman" w:eastAsia="宋体"/>
          <w:b w:val="0"/>
          <w:i w:val="0"/>
          <w:sz w:val="21"/>
        </w:rPr>
        <w:t>t² = 25(13 · 25 - 1) = 25 · 324</w:t>
      </w:r>
    </w:p>
    <w:p>
      <w:pPr>
        <w:spacing w:before="0" w:after="80" w:line="300" w:lineRule="auto"/>
        <w:jc w:val="left"/>
      </w:pPr>
      <w:r>
        <w:rPr>
          <w:rFonts w:ascii="Times New Roman" w:hAnsi="Times New Roman" w:eastAsia="宋体"/>
          <w:b w:val="0"/>
          <w:i w:val="0"/>
          <w:sz w:val="21"/>
        </w:rPr>
        <w:t>t = 5 · 18 = 90。</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r + s + t = 340。</w:t>
      </w:r>
    </w:p>
    <w:p>
      <w:pPr>
        <w:spacing w:before="0" w:after="80" w:line="300" w:lineRule="auto"/>
        <w:jc w:val="left"/>
      </w:pPr>
      <w:r>
        <w:rPr>
          <w:rFonts w:ascii="Times New Roman" w:hAnsi="Times New Roman" w:eastAsia="宋体"/>
          <w:b w:val="0"/>
          <w:i w:val="0"/>
          <w:sz w:val="21"/>
        </w:rPr>
        <w:t>不过题目问的是边长之和。每个正方形的边长都比每边的格点数少 1，三个正方形共要减去 3。</w:t>
      </w:r>
    </w:p>
    <w:p>
      <w:pPr>
        <w:spacing w:before="0" w:after="80" w:line="300" w:lineRule="auto"/>
        <w:jc w:val="left"/>
      </w:pPr>
      <w:r>
        <w:rPr>
          <w:rFonts w:ascii="Times New Roman" w:hAnsi="Times New Roman" w:eastAsia="宋体"/>
          <w:b w:val="0"/>
          <w:i w:val="0"/>
          <w:sz w:val="21"/>
        </w:rPr>
        <w:t>这个值可以达到：由方程 (3) 得 y=7，从而 x=84。因为 x≤ s=100、y≤ r=150，每边有 90 个格点的正方形 T 可以跨过 y 轴形成所需的重叠，而且它的上方两个顶点位于 R∪ S 中。</w:t>
      </w:r>
    </w:p>
    <w:p>
      <w:pPr>
        <w:spacing w:before="0" w:after="80" w:line="300" w:lineRule="auto"/>
        <w:jc w:val="left"/>
      </w:pPr>
      <w:r>
        <w:rPr>
          <w:rFonts w:ascii="Times New Roman" w:hAnsi="Times New Roman" w:eastAsia="宋体"/>
          <w:b w:val="0"/>
          <w:i w:val="0"/>
          <w:sz w:val="21"/>
        </w:rPr>
        <w:t>因此所求答案为 340 - 3 = 337。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r be the number of lattice points on the side length of R. Similarly define s for S and t for T. Note that the number of lattice points in a rectangle is the product of the number of lattice points along its width and the number of lattice points along its length.</w:t>
      </w:r>
    </w:p>
    <w:p>
      <w:pPr>
        <w:spacing w:before="0" w:after="80" w:line="300" w:lineRule="auto"/>
        <w:jc w:val="left"/>
      </w:pPr>
      <w:r>
        <w:rPr>
          <w:rFonts w:ascii="Times New Roman" w:hAnsi="Times New Roman" w:eastAsia="宋体"/>
          <w:b w:val="0"/>
          <w:i w:val="0"/>
          <w:color w:val="333333"/>
          <w:sz w:val="19"/>
        </w:rPr>
        <w:t>The first condition gives us that</w:t>
      </w:r>
    </w:p>
    <w:p>
      <w:pPr>
        <w:spacing w:before="0" w:after="80" w:line="300" w:lineRule="auto"/>
        <w:jc w:val="left"/>
      </w:pPr>
      <w:r>
        <w:rPr>
          <w:rFonts w:ascii="Times New Roman" w:hAnsi="Times New Roman" w:eastAsia="宋体"/>
          <w:b w:val="0"/>
          <w:i w:val="0"/>
          <w:color w:val="333333"/>
          <w:sz w:val="19"/>
        </w:rPr>
        <w:t>r² = 9/4 · s²</w:t>
      </w:r>
    </w:p>
    <w:p>
      <w:pPr>
        <w:spacing w:before="0" w:after="80" w:line="300" w:lineRule="auto"/>
        <w:jc w:val="left"/>
      </w:pPr>
      <w:r>
        <w:rPr>
          <w:rFonts w:ascii="Times New Roman" w:hAnsi="Times New Roman" w:eastAsia="宋体"/>
          <w:b w:val="0"/>
          <w:i w:val="0"/>
          <w:color w:val="333333"/>
          <w:sz w:val="19"/>
        </w:rPr>
        <w:t>r = 3/2 · s tag*(1)</w:t>
      </w:r>
    </w:p>
    <w:p>
      <w:pPr>
        <w:spacing w:before="0" w:after="80" w:line="300" w:lineRule="auto"/>
        <w:jc w:val="left"/>
      </w:pPr>
      <w:r>
        <w:rPr>
          <w:rFonts w:ascii="Times New Roman" w:hAnsi="Times New Roman" w:eastAsia="宋体"/>
          <w:b w:val="0"/>
          <w:i w:val="0"/>
          <w:color w:val="333333"/>
          <w:sz w:val="19"/>
        </w:rPr>
        <w:t>The number of lattice points in R ∪ S is the sum of the lattice points in each of the regions, but there is overlap along the y-axis where S touches it.</w:t>
      </w:r>
    </w:p>
    <w:p>
      <w:pPr>
        <w:spacing w:before="0" w:after="80" w:line="300" w:lineRule="auto"/>
        <w:jc w:val="left"/>
      </w:pPr>
      <w:r>
        <w:rPr>
          <w:rFonts w:ascii="Times New Roman" w:hAnsi="Times New Roman" w:eastAsia="宋体"/>
          <w:b w:val="0"/>
          <w:i w:val="0"/>
          <w:color w:val="333333"/>
          <w:sz w:val="19"/>
        </w:rPr>
        <w:t>The second condition, therefore, yields</w:t>
      </w:r>
    </w:p>
    <w:p>
      <w:pPr>
        <w:spacing w:before="0" w:after="80" w:line="300" w:lineRule="auto"/>
        <w:jc w:val="left"/>
      </w:pPr>
      <w:r>
        <w:rPr>
          <w:rFonts w:ascii="Times New Roman" w:hAnsi="Times New Roman" w:eastAsia="宋体"/>
          <w:b w:val="0"/>
          <w:i w:val="0"/>
          <w:color w:val="333333"/>
          <w:sz w:val="19"/>
        </w:rPr>
        <w:t>t² = 1/4(r² + s² - s)</w:t>
      </w:r>
    </w:p>
    <w:p>
      <w:pPr>
        <w:spacing w:before="0" w:after="80" w:line="300" w:lineRule="auto"/>
        <w:jc w:val="left"/>
      </w:pPr>
      <w:r>
        <w:rPr>
          <w:rFonts w:ascii="Times New Roman" w:hAnsi="Times New Roman" w:eastAsia="宋体"/>
          <w:b w:val="0"/>
          <w:i w:val="0"/>
          <w:color w:val="333333"/>
          <w:sz w:val="19"/>
        </w:rPr>
        <w:t>t² = 1/4(9/4 · s² + s² - s)</w:t>
      </w:r>
    </w:p>
    <w:p>
      <w:pPr>
        <w:spacing w:before="0" w:after="80" w:line="300" w:lineRule="auto"/>
        <w:jc w:val="left"/>
      </w:pPr>
      <w:r>
        <w:rPr>
          <w:rFonts w:ascii="Times New Roman" w:hAnsi="Times New Roman" w:eastAsia="宋体"/>
          <w:b w:val="0"/>
          <w:i w:val="0"/>
          <w:color w:val="333333"/>
          <w:sz w:val="19"/>
        </w:rPr>
        <w:t>t² = 1/4 · (13s² - 4s)/4</w:t>
      </w:r>
    </w:p>
    <w:p>
      <w:pPr>
        <w:spacing w:before="0" w:after="80" w:line="300" w:lineRule="auto"/>
        <w:jc w:val="left"/>
      </w:pPr>
      <w:r>
        <w:rPr>
          <w:rFonts w:ascii="Times New Roman" w:hAnsi="Times New Roman" w:eastAsia="宋体"/>
          <w:b w:val="0"/>
          <w:i w:val="0"/>
          <w:color w:val="333333"/>
          <w:sz w:val="19"/>
        </w:rPr>
        <w:t>16t² = s(13s - 4).</w:t>
      </w:r>
    </w:p>
    <w:p>
      <w:pPr>
        <w:spacing w:before="0" w:after="80" w:line="300" w:lineRule="auto"/>
        <w:jc w:val="left"/>
      </w:pPr>
      <w:r>
        <w:rPr>
          <w:rFonts w:ascii="Times New Roman" w:hAnsi="Times New Roman" w:eastAsia="宋体"/>
          <w:b w:val="0"/>
          <w:i w:val="0"/>
          <w:color w:val="333333"/>
          <w:sz w:val="19"/>
        </w:rPr>
        <w:t>From (1), we get that s is a multiple of 2. We can substitute s with 2j to get</w:t>
      </w:r>
    </w:p>
    <w:p>
      <w:pPr>
        <w:spacing w:before="0" w:after="80" w:line="300" w:lineRule="auto"/>
        <w:jc w:val="left"/>
      </w:pPr>
      <w:r>
        <w:rPr>
          <w:rFonts w:ascii="Times New Roman" w:hAnsi="Times New Roman" w:eastAsia="宋体"/>
          <w:b w:val="0"/>
          <w:i w:val="0"/>
          <w:color w:val="333333"/>
          <w:sz w:val="19"/>
        </w:rPr>
        <w:t>16t² = 2j(26j - 4)</w:t>
      </w:r>
    </w:p>
    <w:p>
      <w:pPr>
        <w:spacing w:before="0" w:after="80" w:line="300" w:lineRule="auto"/>
        <w:jc w:val="left"/>
      </w:pPr>
      <w:r>
        <w:rPr>
          <w:rFonts w:ascii="Times New Roman" w:hAnsi="Times New Roman" w:eastAsia="宋体"/>
          <w:b w:val="0"/>
          <w:i w:val="0"/>
          <w:color w:val="333333"/>
          <w:sz w:val="19"/>
        </w:rPr>
        <w:t>4t² = j(13j - 2).</w:t>
      </w:r>
    </w:p>
    <w:p>
      <w:pPr>
        <w:spacing w:before="0" w:after="80" w:line="300" w:lineRule="auto"/>
        <w:jc w:val="left"/>
      </w:pPr>
      <w:r>
        <w:rPr>
          <w:rFonts w:ascii="Times New Roman" w:hAnsi="Times New Roman" w:eastAsia="宋体"/>
          <w:b w:val="0"/>
          <w:i w:val="0"/>
          <w:color w:val="333333"/>
          <w:sz w:val="19"/>
        </w:rPr>
        <w:t>For the product to be divisible by 4, j must be divisible by 2. We can again substitute j with 2k to get</w:t>
      </w:r>
    </w:p>
    <w:p>
      <w:pPr>
        <w:spacing w:before="0" w:after="80" w:line="300" w:lineRule="auto"/>
        <w:jc w:val="left"/>
      </w:pPr>
      <w:r>
        <w:rPr>
          <w:rFonts w:ascii="Times New Roman" w:hAnsi="Times New Roman" w:eastAsia="宋体"/>
          <w:b w:val="0"/>
          <w:i w:val="0"/>
          <w:color w:val="333333"/>
          <w:sz w:val="19"/>
        </w:rPr>
        <w:t>4t² = 2k(26k - 2)</w:t>
      </w:r>
    </w:p>
    <w:p>
      <w:pPr>
        <w:spacing w:before="0" w:after="80" w:line="300" w:lineRule="auto"/>
        <w:jc w:val="left"/>
      </w:pPr>
      <w:r>
        <w:rPr>
          <w:rFonts w:ascii="Times New Roman" w:hAnsi="Times New Roman" w:eastAsia="宋体"/>
          <w:b w:val="0"/>
          <w:i w:val="0"/>
          <w:color w:val="333333"/>
          <w:sz w:val="19"/>
        </w:rPr>
        <w:t>t² = k(13k - 1) tag*(2)</w:t>
      </w:r>
    </w:p>
    <w:p>
      <w:pPr>
        <w:spacing w:before="0" w:after="80" w:line="300" w:lineRule="auto"/>
        <w:jc w:val="left"/>
      </w:pPr>
      <w:r>
        <w:rPr>
          <w:rFonts w:ascii="Times New Roman" w:hAnsi="Times New Roman" w:eastAsia="宋体"/>
          <w:b w:val="0"/>
          <w:i w:val="0"/>
          <w:color w:val="333333"/>
          <w:sz w:val="19"/>
        </w:rPr>
        <w:t>Let x be the number of lattice points along the bottom of the rectangle formed by S ∩ T and y be the number of lattice points along the bottom of the rectangle formed by R ∩ T.</w:t>
      </w:r>
    </w:p>
    <w:p>
      <w:pPr>
        <w:spacing w:before="0" w:after="80" w:line="300" w:lineRule="auto"/>
        <w:jc w:val="left"/>
      </w:pPr>
      <w:r>
        <w:rPr>
          <w:rFonts w:ascii="Times New Roman" w:hAnsi="Times New Roman" w:eastAsia="宋体"/>
          <w:b w:val="0"/>
          <w:i w:val="0"/>
          <w:color w:val="333333"/>
          <w:sz w:val="19"/>
        </w:rPr>
        <w:t>Using these variables, we get that the number of lattice points in S ∩ T is xt and in R ∩ T is yt.</w:t>
      </w:r>
    </w:p>
    <w:p>
      <w:pPr>
        <w:spacing w:before="0" w:after="80" w:line="300" w:lineRule="auto"/>
        <w:jc w:val="left"/>
      </w:pPr>
      <w:r>
        <w:rPr>
          <w:rFonts w:ascii="Times New Roman" w:hAnsi="Times New Roman" w:eastAsia="宋体"/>
          <w:b w:val="0"/>
          <w:i w:val="0"/>
          <w:color w:val="333333"/>
          <w:sz w:val="19"/>
        </w:rPr>
        <w:t>The third condition gives us that</w:t>
      </w:r>
    </w:p>
    <w:p>
      <w:pPr>
        <w:spacing w:before="0" w:after="80" w:line="300" w:lineRule="auto"/>
        <w:jc w:val="left"/>
      </w:pPr>
      <w:r>
        <w:rPr>
          <w:rFonts w:ascii="Times New Roman" w:hAnsi="Times New Roman" w:eastAsia="宋体"/>
          <w:b w:val="0"/>
          <w:i w:val="0"/>
          <w:color w:val="333333"/>
          <w:sz w:val="19"/>
        </w:rPr>
        <w:t>xt/s² = 27 · yt/r²</w:t>
      </w:r>
    </w:p>
    <w:p>
      <w:pPr>
        <w:spacing w:before="0" w:after="80" w:line="300" w:lineRule="auto"/>
        <w:jc w:val="left"/>
      </w:pPr>
      <w:r>
        <w:rPr>
          <w:rFonts w:ascii="Times New Roman" w:hAnsi="Times New Roman" w:eastAsia="宋体"/>
          <w:b w:val="0"/>
          <w:i w:val="0"/>
          <w:color w:val="333333"/>
          <w:sz w:val="19"/>
        </w:rPr>
        <w:t>x/s² = 27 · y/(9/4 s²)</w:t>
      </w:r>
    </w:p>
    <w:p>
      <w:pPr>
        <w:spacing w:before="0" w:after="80" w:line="300" w:lineRule="auto"/>
        <w:jc w:val="left"/>
      </w:pPr>
      <w:r>
        <w:rPr>
          <w:rFonts w:ascii="Times New Roman" w:hAnsi="Times New Roman" w:eastAsia="宋体"/>
          <w:b w:val="0"/>
          <w:i w:val="0"/>
          <w:color w:val="333333"/>
          <w:sz w:val="19"/>
        </w:rPr>
        <w:t>x = 12y.</w:t>
      </w:r>
    </w:p>
    <w:p>
      <w:pPr>
        <w:spacing w:before="0" w:after="80" w:line="300" w:lineRule="auto"/>
        <w:jc w:val="left"/>
      </w:pPr>
      <w:r>
        <w:rPr>
          <w:rFonts w:ascii="Times New Roman" w:hAnsi="Times New Roman" w:eastAsia="宋体"/>
          <w:b w:val="0"/>
          <w:i w:val="0"/>
          <w:color w:val="333333"/>
          <w:sz w:val="19"/>
        </w:rPr>
        <w:t>We also know that t = x + y - 1 (accounting for overlap), and this yields</w:t>
      </w:r>
    </w:p>
    <w:p>
      <w:pPr>
        <w:spacing w:before="0" w:after="80" w:line="300" w:lineRule="auto"/>
        <w:jc w:val="left"/>
      </w:pPr>
      <w:r>
        <w:rPr>
          <w:rFonts w:ascii="Times New Roman" w:hAnsi="Times New Roman" w:eastAsia="宋体"/>
          <w:b w:val="0"/>
          <w:i w:val="0"/>
          <w:color w:val="333333"/>
          <w:sz w:val="19"/>
        </w:rPr>
        <w:t>t = 13y - 1 tag*(3)</w:t>
      </w:r>
    </w:p>
    <w:p>
      <w:pPr>
        <w:spacing w:before="0" w:after="80" w:line="300" w:lineRule="auto"/>
        <w:jc w:val="left"/>
      </w:pPr>
      <w:r>
        <w:rPr>
          <w:rFonts w:ascii="Times New Roman" w:hAnsi="Times New Roman" w:eastAsia="宋体"/>
          <w:b w:val="0"/>
          <w:i w:val="0"/>
          <w:color w:val="333333"/>
          <w:sz w:val="19"/>
        </w:rPr>
        <w:t>(3) gives us that</w:t>
      </w:r>
    </w:p>
    <w:p>
      <w:pPr>
        <w:spacing w:before="0" w:after="80" w:line="300" w:lineRule="auto"/>
        <w:jc w:val="left"/>
      </w:pPr>
      <w:r>
        <w:rPr>
          <w:rFonts w:ascii="Times New Roman" w:hAnsi="Times New Roman" w:eastAsia="宋体"/>
          <w:b w:val="0"/>
          <w:i w:val="0"/>
          <w:color w:val="333333"/>
          <w:sz w:val="19"/>
        </w:rPr>
        <w:t>t ≡ -1 pmod13,</w:t>
      </w:r>
    </w:p>
    <w:p>
      <w:pPr>
        <w:spacing w:before="0" w:after="80" w:line="300" w:lineRule="auto"/>
        <w:jc w:val="left"/>
      </w:pPr>
      <w:r>
        <w:rPr>
          <w:rFonts w:ascii="Times New Roman" w:hAnsi="Times New Roman" w:eastAsia="宋体"/>
          <w:b w:val="0"/>
          <w:i w:val="0"/>
          <w:color w:val="333333"/>
          <w:sz w:val="19"/>
        </w:rPr>
        <w:t>t² ≡ 1 pmod13.</w:t>
      </w:r>
    </w:p>
    <w:p>
      <w:pPr>
        <w:spacing w:before="0" w:after="80" w:line="300" w:lineRule="auto"/>
        <w:jc w:val="left"/>
      </w:pPr>
      <w:r>
        <w:rPr>
          <w:rFonts w:ascii="Times New Roman" w:hAnsi="Times New Roman" w:eastAsia="宋体"/>
          <w:b w:val="0"/>
          <w:i w:val="0"/>
          <w:color w:val="333333"/>
          <w:sz w:val="19"/>
        </w:rPr>
        <w:t>However, by (2), we get that</w:t>
      </w:r>
    </w:p>
    <w:p>
      <w:pPr>
        <w:spacing w:before="0" w:after="80" w:line="300" w:lineRule="auto"/>
        <w:jc w:val="left"/>
      </w:pPr>
      <w:r>
        <w:rPr>
          <w:rFonts w:ascii="Times New Roman" w:hAnsi="Times New Roman" w:eastAsia="宋体"/>
          <w:b w:val="0"/>
          <w:i w:val="0"/>
          <w:color w:val="333333"/>
          <w:sz w:val="19"/>
        </w:rPr>
        <w:t>t² ≡ -k pmod13</w:t>
      </w:r>
    </w:p>
    <w:p>
      <w:pPr>
        <w:spacing w:before="0" w:after="80" w:line="300" w:lineRule="auto"/>
        <w:jc w:val="left"/>
      </w:pPr>
      <w:r>
        <w:rPr>
          <w:rFonts w:ascii="Times New Roman" w:hAnsi="Times New Roman" w:eastAsia="宋体"/>
          <w:b w:val="0"/>
          <w:i w:val="0"/>
          <w:color w:val="333333"/>
          <w:sz w:val="19"/>
        </w:rPr>
        <w:t>k ≡ -1 pmod13.</w:t>
      </w:r>
    </w:p>
    <w:p>
      <w:pPr>
        <w:spacing w:before="0" w:after="80" w:line="300" w:lineRule="auto"/>
        <w:jc w:val="left"/>
      </w:pPr>
      <w:r>
        <w:rPr>
          <w:rFonts w:ascii="Times New Roman" w:hAnsi="Times New Roman" w:eastAsia="宋体"/>
          <w:b w:val="0"/>
          <w:i w:val="0"/>
          <w:color w:val="333333"/>
          <w:sz w:val="19"/>
        </w:rPr>
        <w:t>By (2), we also get that k is a perfect square since it is relatively prime to 13k - 1, and they must multiply to a perfect square.</w:t>
      </w:r>
    </w:p>
    <w:p>
      <w:pPr>
        <w:spacing w:before="0" w:after="80" w:line="300" w:lineRule="auto"/>
        <w:jc w:val="left"/>
      </w:pPr>
      <w:r>
        <w:rPr>
          <w:rFonts w:ascii="Times New Roman" w:hAnsi="Times New Roman" w:eastAsia="宋体"/>
          <w:b w:val="0"/>
          <w:i w:val="0"/>
          <w:color w:val="333333"/>
          <w:sz w:val="19"/>
        </w:rPr>
        <w:t>Thus k must be a perfect square satisfying k≡-1pmod13. The smaller positive squares 1,4,9,16 do not satisfy this congruence, while k=25 does, so 25 is the least possible value.</w:t>
      </w:r>
    </w:p>
    <w:p>
      <w:pPr>
        <w:spacing w:before="0" w:after="80" w:line="300" w:lineRule="auto"/>
        <w:jc w:val="left"/>
      </w:pPr>
      <w:r>
        <w:rPr>
          <w:rFonts w:ascii="Times New Roman" w:hAnsi="Times New Roman" w:eastAsia="宋体"/>
          <w:b w:val="0"/>
          <w:i w:val="0"/>
          <w:color w:val="333333"/>
          <w:sz w:val="19"/>
        </w:rPr>
        <w:t>From this value of k, we get that j = 2 · 25 = 50, s = 2 · 50 = 100, and r = 3/2 · 100 = 150. We can also find that</w:t>
      </w:r>
    </w:p>
    <w:p>
      <w:pPr>
        <w:spacing w:before="0" w:after="80" w:line="300" w:lineRule="auto"/>
        <w:jc w:val="left"/>
      </w:pPr>
      <w:r>
        <w:rPr>
          <w:rFonts w:ascii="Times New Roman" w:hAnsi="Times New Roman" w:eastAsia="宋体"/>
          <w:b w:val="0"/>
          <w:i w:val="0"/>
          <w:color w:val="333333"/>
          <w:sz w:val="19"/>
        </w:rPr>
        <w:t>t² = 25(13 · 25 - 1) = 25 · 324</w:t>
      </w:r>
    </w:p>
    <w:p>
      <w:pPr>
        <w:spacing w:before="0" w:after="80" w:line="300" w:lineRule="auto"/>
        <w:jc w:val="left"/>
      </w:pPr>
      <w:r>
        <w:rPr>
          <w:rFonts w:ascii="Times New Roman" w:hAnsi="Times New Roman" w:eastAsia="宋体"/>
          <w:b w:val="0"/>
          <w:i w:val="0"/>
          <w:color w:val="333333"/>
          <w:sz w:val="19"/>
        </w:rPr>
        <w:t>t = 5 · 18 = 90.</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r + s + t = 340.</w:t>
      </w:r>
    </w:p>
    <w:p>
      <w:pPr>
        <w:spacing w:before="0" w:after="80" w:line="300" w:lineRule="auto"/>
        <w:jc w:val="left"/>
      </w:pPr>
      <w:r>
        <w:rPr>
          <w:rFonts w:ascii="Times New Roman" w:hAnsi="Times New Roman" w:eastAsia="宋体"/>
          <w:b w:val="0"/>
          <w:i w:val="0"/>
          <w:color w:val="333333"/>
          <w:sz w:val="19"/>
        </w:rPr>
        <w:t>The question, however, asked for the sum of the side lengths. The side lengths of the squares are 1 less than the number of lattice points on the side, so we have to subtract 3.</w:t>
      </w:r>
    </w:p>
    <w:p>
      <w:pPr>
        <w:spacing w:before="0" w:after="80" w:line="300" w:lineRule="auto"/>
        <w:jc w:val="left"/>
      </w:pPr>
      <w:r>
        <w:rPr>
          <w:rFonts w:ascii="Times New Roman" w:hAnsi="Times New Roman" w:eastAsia="宋体"/>
          <w:b w:val="0"/>
          <w:i w:val="0"/>
          <w:color w:val="333333"/>
          <w:sz w:val="19"/>
        </w:rPr>
        <w:t>This value is attainable: equation (3) gives y=7 and hence x=84. Since x≤ s=100 and y≤ r=150, a square T with 90 lattice points per side can straddle the y-axis with the required overlaps, and its top vertices lie in R∪ S.</w:t>
      </w:r>
    </w:p>
    <w:p>
      <w:pPr>
        <w:spacing w:before="0" w:after="80" w:line="300" w:lineRule="auto"/>
        <w:jc w:val="left"/>
      </w:pPr>
      <w:r>
        <w:rPr>
          <w:rFonts w:ascii="Times New Roman" w:hAnsi="Times New Roman" w:eastAsia="宋体"/>
          <w:b w:val="0"/>
          <w:i w:val="0"/>
          <w:color w:val="333333"/>
          <w:sz w:val="19"/>
        </w:rPr>
        <w:t>Therefore, the desired answer is 340 - 3 = 337.</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