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2021D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1234 + 2341 + 3412 + 4123。</w:t>
      </w:r>
    </w:p>
    <w:p>
      <w:pPr>
        <w:spacing w:before="0" w:after="120" w:line="300" w:lineRule="auto"/>
      </w:pPr>
      <w:r>
        <w:rPr>
          <w:rFonts w:ascii="Times New Roman" w:hAnsi="Times New Roman" w:eastAsia="宋体"/>
          <w:b w:val="0"/>
          <w:i w:val="0"/>
          <w:sz w:val="21"/>
        </w:rPr>
        <w:t>（A）10,000　　（B）10,010　　（C）10,110　　（D）11,000　　（E）11,110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1234 + 2341 + 3412 + 4123?</w:t>
      </w:r>
    </w:p>
    <w:p>
      <w:pPr>
        <w:spacing w:before="0" w:after="160" w:line="300" w:lineRule="auto"/>
      </w:pPr>
      <w:r>
        <w:rPr>
          <w:rFonts w:ascii="Times New Roman" w:hAnsi="Times New Roman" w:eastAsia="宋体"/>
          <w:b w:val="0"/>
          <w:i w:val="0"/>
          <w:color w:val="333333"/>
          <w:sz w:val="19"/>
        </w:rPr>
        <w:t>(A) 10,000　　(B) 10,010　　(C) 10,110　　(D) 11,000　　(E) 11,110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下图中阴影图形的面积是多少？</w:t>
      </w:r>
    </w:p>
    <w:p>
      <w:pPr>
        <w:spacing w:before="80" w:after="80"/>
        <w:jc w:val="center"/>
      </w:pPr>
      <w:r>
        <w:drawing>
          <wp:inline xmlns:a="http://schemas.openxmlformats.org/drawingml/2006/main" xmlns:pic="http://schemas.openxmlformats.org/drawingml/2006/picture">
            <wp:extent cx="2122597" cy="1842449"/>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2122597" cy="1842449"/>
                    </a:xfrm>
                    <a:prstGeom prst="rect"/>
                  </pic:spPr>
                </pic:pic>
              </a:graphicData>
            </a:graphic>
          </wp:inline>
        </w:drawing>
      </w:r>
    </w:p>
    <w:p>
      <w:pPr>
        <w:spacing w:before="0" w:after="120" w:line="300" w:lineRule="auto"/>
      </w:pPr>
      <w:r>
        <w:rPr>
          <w:rFonts w:ascii="Times New Roman" w:hAnsi="Times New Roman" w:eastAsia="宋体"/>
          <w:b w:val="0"/>
          <w:i w:val="0"/>
          <w:sz w:val="21"/>
        </w:rPr>
        <w:t>（A）4　　（B）6　　（C）8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area of the shaded figure shown below?</w:t>
      </w:r>
    </w:p>
    <w:p>
      <w:pPr>
        <w:spacing w:before="80" w:after="80"/>
        <w:jc w:val="center"/>
      </w:pPr>
      <w:r>
        <w:drawing>
          <wp:inline xmlns:a="http://schemas.openxmlformats.org/drawingml/2006/main" xmlns:pic="http://schemas.openxmlformats.org/drawingml/2006/picture">
            <wp:extent cx="2122597" cy="1842449"/>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2122597" cy="184244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6　　(C) 8　　(D) 10　　(E) 12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表达式</w:t>
      </w:r>
    </w:p>
    <w:p>
      <w:pPr>
        <w:spacing w:before="0" w:after="80" w:line="300" w:lineRule="auto"/>
        <w:jc w:val="left"/>
      </w:pPr>
      <w:r>
        <w:rPr>
          <w:rFonts w:ascii="Times New Roman" w:hAnsi="Times New Roman" w:eastAsia="宋体"/>
          <w:b w:val="0"/>
          <w:i w:val="0"/>
          <w:sz w:val="21"/>
        </w:rPr>
        <w:t>2021/2020 - 2020/2021</w:t>
      </w:r>
    </w:p>
    <w:p>
      <w:pPr>
        <w:spacing w:before="0" w:after="80" w:line="300" w:lineRule="auto"/>
        <w:jc w:val="left"/>
      </w:pPr>
      <w:r>
        <w:rPr>
          <w:rFonts w:ascii="Times New Roman" w:hAnsi="Times New Roman" w:eastAsia="宋体"/>
          <w:b w:val="0"/>
          <w:i w:val="0"/>
          <w:sz w:val="21"/>
        </w:rPr>
        <w:t>等于最简分数 p/q，其中 p 与 q 为正整数且最大公因数为 1。求 p。</w:t>
      </w:r>
    </w:p>
    <w:p>
      <w:pPr>
        <w:spacing w:before="0" w:after="120" w:line="300" w:lineRule="auto"/>
      </w:pPr>
      <w:r>
        <w:rPr>
          <w:rFonts w:ascii="Times New Roman" w:hAnsi="Times New Roman" w:eastAsia="宋体"/>
          <w:b w:val="0"/>
          <w:i w:val="0"/>
          <w:sz w:val="21"/>
        </w:rPr>
        <w:t>（A）1　　（B）9　　（C）2020　　（D）2021　　（E）4041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expression</w:t>
      </w:r>
    </w:p>
    <w:p>
      <w:pPr>
        <w:spacing w:before="0" w:after="80" w:line="300" w:lineRule="auto"/>
        <w:jc w:val="left"/>
      </w:pPr>
      <w:r>
        <w:rPr>
          <w:rFonts w:ascii="Times New Roman" w:hAnsi="Times New Roman" w:eastAsia="宋体"/>
          <w:b w:val="0"/>
          <w:i w:val="0"/>
          <w:color w:val="333333"/>
          <w:sz w:val="19"/>
        </w:rPr>
        <w:t>2021/2020 - 2020/2021</w:t>
      </w:r>
    </w:p>
    <w:p>
      <w:pPr>
        <w:spacing w:before="0" w:after="80" w:line="300" w:lineRule="auto"/>
        <w:jc w:val="left"/>
      </w:pPr>
      <w:r>
        <w:rPr>
          <w:rFonts w:ascii="Times New Roman" w:hAnsi="Times New Roman" w:eastAsia="宋体"/>
          <w:b w:val="0"/>
          <w:i w:val="0"/>
          <w:color w:val="333333"/>
          <w:sz w:val="19"/>
        </w:rPr>
        <w:t>is equal to the fraction p/q in which p and q are positive integers whose greatest common divisor is 1. What is p?</w:t>
      </w:r>
    </w:p>
    <w:p>
      <w:pPr>
        <w:spacing w:before="0" w:after="160" w:line="300" w:lineRule="auto"/>
      </w:pPr>
      <w:r>
        <w:rPr>
          <w:rFonts w:ascii="Times New Roman" w:hAnsi="Times New Roman" w:eastAsia="宋体"/>
          <w:b w:val="0"/>
          <w:i w:val="0"/>
          <w:color w:val="333333"/>
          <w:sz w:val="19"/>
        </w:rPr>
        <w:t>(A) 1　　(B) 9　　(C) 2020　　(D) 2021　　(E) 4041</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某天中午，Minneapolis 比 St. Louis 暖和 N 度。到 4:00 时，Minneapolis 的气温下降了 5 度，而 St. Louis 的气温上升了 3 度，此时两城气温相差 2 度。所有可能的 N 值的乘积是多少？</w:t>
      </w:r>
    </w:p>
    <w:p>
      <w:pPr>
        <w:spacing w:before="0" w:after="120" w:line="300" w:lineRule="auto"/>
      </w:pPr>
      <w:r>
        <w:rPr>
          <w:rFonts w:ascii="Times New Roman" w:hAnsi="Times New Roman" w:eastAsia="宋体"/>
          <w:b w:val="0"/>
          <w:i w:val="0"/>
          <w:sz w:val="21"/>
        </w:rPr>
        <w:t>（A）10　　（B）30　　（C）60　　（D）100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noon on a certain day, Minneapolis is N degrees warmer than St. Louis. At 4:00 the temperature in Minneapolis has fallen by 5 degrees while the temperature in St. Louis has risen by 3 degrees, at which time the temperatures in the two cities differ by 2 degrees. What is the product of all possible values of N?</w:t>
      </w:r>
    </w:p>
    <w:p>
      <w:pPr>
        <w:spacing w:before="0" w:after="160" w:line="300" w:lineRule="auto"/>
      </w:pPr>
      <w:r>
        <w:rPr>
          <w:rFonts w:ascii="Times New Roman" w:hAnsi="Times New Roman" w:eastAsia="宋体"/>
          <w:b w:val="0"/>
          <w:i w:val="0"/>
          <w:color w:val="333333"/>
          <w:sz w:val="19"/>
        </w:rPr>
        <w:t>(A) 10　　(B) 30　　(C) 60　　(D) 100　　(E) 120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令 n=8²⁰²²。下列哪一项等于 n/4？</w:t>
      </w:r>
    </w:p>
    <w:p>
      <w:pPr>
        <w:spacing w:before="0" w:after="120" w:line="300" w:lineRule="auto"/>
      </w:pPr>
      <w:r>
        <w:rPr>
          <w:rFonts w:ascii="Times New Roman" w:hAnsi="Times New Roman" w:eastAsia="宋体"/>
          <w:b w:val="0"/>
          <w:i w:val="0"/>
          <w:sz w:val="21"/>
        </w:rPr>
        <w:t>（A）4¹⁰¹⁰　　（B）2²⁰²²　　（C）8²⁰¹⁸　　（D）4³⁰³¹　　（E）4³⁰³²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n=8²⁰²². Which of the following is equal to n/4?</w:t>
      </w:r>
    </w:p>
    <w:p>
      <w:pPr>
        <w:spacing w:before="0" w:after="160" w:line="300" w:lineRule="auto"/>
      </w:pPr>
      <w:r>
        <w:rPr>
          <w:rFonts w:ascii="Times New Roman" w:hAnsi="Times New Roman" w:eastAsia="宋体"/>
          <w:b w:val="0"/>
          <w:i w:val="0"/>
          <w:color w:val="333333"/>
          <w:sz w:val="19"/>
        </w:rPr>
        <w:t>(A) 4¹⁰¹⁰　　(B) 2²⁰²²　　(C) 8²⁰¹⁸　　(D) 4³⁰³¹　　(E) 4³⁰³²</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恰有 2021 个不同正因数的最小正整数可写成 m · 6ᵏ，其中 m 和 k 为整数，且 6 不是 m 的因数。求 m+k。</w:t>
      </w:r>
    </w:p>
    <w:p>
      <w:pPr>
        <w:spacing w:before="0" w:after="120" w:line="300" w:lineRule="auto"/>
      </w:pPr>
      <w:r>
        <w:rPr>
          <w:rFonts w:ascii="Times New Roman" w:hAnsi="Times New Roman" w:eastAsia="宋体"/>
          <w:b w:val="0"/>
          <w:i w:val="0"/>
          <w:sz w:val="21"/>
        </w:rPr>
        <w:t>（A）47　　（B）58　　（C）59　　（D）88　　（E）90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least positive integer with exactly 2021 distinct positive divisors can be written in the form m · 6ᵏ, where m and k are integers and 6 is not a divisor of m. What is m+k?</w:t>
      </w:r>
    </w:p>
    <w:p>
      <w:pPr>
        <w:spacing w:before="0" w:after="160" w:line="300" w:lineRule="auto"/>
      </w:pPr>
      <w:r>
        <w:rPr>
          <w:rFonts w:ascii="Times New Roman" w:hAnsi="Times New Roman" w:eastAsia="宋体"/>
          <w:b w:val="0"/>
          <w:i w:val="0"/>
          <w:color w:val="333333"/>
          <w:sz w:val="19"/>
        </w:rPr>
        <w:t>(A) 47　　(B) 58　　(C) 59　　(D) 88　　(E) 90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如果分数 a/b 不一定为最简形式，且 a、b 为正整数、两者之和为 15，则称它为“特殊”分数。有多少个不同的整数可以写成两个不一定不同的特殊分数之和？</w:t>
      </w:r>
    </w:p>
    <w:p>
      <w:pPr>
        <w:spacing w:before="0" w:after="120" w:line="300" w:lineRule="auto"/>
      </w:pPr>
      <w:r>
        <w:rPr>
          <w:rFonts w:ascii="Times New Roman" w:hAnsi="Times New Roman" w:eastAsia="宋体"/>
          <w:b w:val="0"/>
          <w:i w:val="0"/>
          <w:sz w:val="21"/>
        </w:rPr>
        <w:t>（A）9　　（B）10　　（C）11　　（D）12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Call a fraction a/b, not necessarily in simplest form,</w:t>
      </w:r>
      <w:r>
        <w:rPr>
          <w:rFonts w:ascii="Times New Roman" w:hAnsi="Times New Roman" w:eastAsia="宋体"/>
          <w:b w:val="0"/>
          <w:i/>
          <w:color w:val="333333"/>
          <w:sz w:val="19"/>
        </w:rPr>
        <w:t>special</w:t>
      </w:r>
      <w:r>
        <w:rPr>
          <w:rFonts w:ascii="Times New Roman" w:hAnsi="Times New Roman" w:eastAsia="宋体"/>
          <w:b w:val="0"/>
          <w:i w:val="0"/>
          <w:color w:val="333333"/>
          <w:sz w:val="19"/>
        </w:rPr>
        <w:t>if a and b are positive integers whose sum is 15. How many distinct integers can be written as the sum of two, not necessarily different, special fractions?</w:t>
      </w:r>
    </w:p>
    <w:p>
      <w:pPr>
        <w:spacing w:before="0" w:after="160" w:line="300" w:lineRule="auto"/>
      </w:pPr>
      <w:r>
        <w:rPr>
          <w:rFonts w:ascii="Times New Roman" w:hAnsi="Times New Roman" w:eastAsia="宋体"/>
          <w:b w:val="0"/>
          <w:i w:val="0"/>
          <w:color w:val="333333"/>
          <w:sz w:val="19"/>
        </w:rPr>
        <w:t>(A) 9　　(B) 10　　(C) 11　　(D) 12　　(E) 13</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16,384 的最大质因数是 2，因为 16,384 = 2¹⁴。求 16,383 的最大质因数的各位数字之和。</w:t>
      </w:r>
    </w:p>
    <w:p>
      <w:pPr>
        <w:spacing w:before="0" w:after="120" w:line="300" w:lineRule="auto"/>
      </w:pPr>
      <w:r>
        <w:rPr>
          <w:rFonts w:ascii="Times New Roman" w:hAnsi="Times New Roman" w:eastAsia="宋体"/>
          <w:b w:val="0"/>
          <w:i w:val="0"/>
          <w:sz w:val="21"/>
        </w:rPr>
        <w:t>（A）3　　（B）7　　（C）10　　（D）16　　（E）22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greatest prime number that is a divisor of 16,384 is 2 because 16,384 = 2¹⁴. What is the sum of the digits of the greatest prime number that is a divisor of 16,383?</w:t>
      </w:r>
    </w:p>
    <w:p>
      <w:pPr>
        <w:spacing w:before="0" w:after="160" w:line="300" w:lineRule="auto"/>
      </w:pPr>
      <w:r>
        <w:rPr>
          <w:rFonts w:ascii="Times New Roman" w:hAnsi="Times New Roman" w:eastAsia="宋体"/>
          <w:b w:val="0"/>
          <w:i w:val="0"/>
          <w:color w:val="333333"/>
          <w:sz w:val="19"/>
        </w:rPr>
        <w:t>(A) 3　　(B) 7　　(C) 10　　(D) 16　　(E) 22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某王国的骑士有两种颜色。2/7 是红色，其余是蓝色。此外，1/6 的骑士有魔法，而红骑士中有魔法的比例是蓝骑士中有魔法的比例的 2 倍。红骑士中有魔法的比例是多少？</w:t>
      </w:r>
    </w:p>
    <w:p>
      <w:pPr>
        <w:spacing w:before="0" w:after="120" w:line="300" w:lineRule="auto"/>
      </w:pPr>
      <w:r>
        <w:rPr>
          <w:rFonts w:ascii="Times New Roman" w:hAnsi="Times New Roman" w:eastAsia="宋体"/>
          <w:b w:val="0"/>
          <w:i w:val="0"/>
          <w:sz w:val="21"/>
        </w:rPr>
        <w:t>（A）2/9　　（B）3/13　　（C）7/27　　（D）2/7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knights in a certain kingdom come in two colors. 2/7 of them are red, and the rest are blue. Furthermore, 1/6 of the knights are magical, and the fraction of red knights who are magical is 2 times the fraction of blue knights who are magical. What fraction of red knights are magical?</w:t>
      </w:r>
    </w:p>
    <w:p>
      <w:pPr>
        <w:spacing w:before="0" w:after="160" w:line="300" w:lineRule="auto"/>
      </w:pPr>
      <w:r>
        <w:rPr>
          <w:rFonts w:ascii="Times New Roman" w:hAnsi="Times New Roman" w:eastAsia="宋体"/>
          <w:b w:val="0"/>
          <w:i w:val="0"/>
          <w:color w:val="333333"/>
          <w:sz w:val="19"/>
        </w:rPr>
        <w:t>(A) 2/9　　(B) 3/13　　(C) 7/27　　(D) 2/7　　(E) 1/3</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1 到 40 编号的四十张纸条放在帽子里。Alice 和 Bob 各不放回地抽一张，并互相隐藏自己的数字。Alice 说：“我不能判断谁的数字更大。” 然后 Bob 说：“我知道谁的数字更大。” Alice 说：“你知道？你的数字是质数吗？” Bob 回答：“是。” Alice 说：“这样的话，如果我把你的数字乘以 100，再加上我的数字，结果是一个完全平方数。” 两人抽到的数字之和是多少？</w:t>
      </w:r>
    </w:p>
    <w:p>
      <w:pPr>
        <w:spacing w:before="0" w:after="120" w:line="300" w:lineRule="auto"/>
      </w:pPr>
      <w:r>
        <w:rPr>
          <w:rFonts w:ascii="Times New Roman" w:hAnsi="Times New Roman" w:eastAsia="宋体"/>
          <w:b w:val="0"/>
          <w:i w:val="0"/>
          <w:sz w:val="21"/>
        </w:rPr>
        <w:t>（A）27　　（B）37　　（C）47　　（D）57　　（E）67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Forty slips of paper numbered 1 to 40 are placed in a hat. Alice and Bob each draw one number from the hat without replacement, keeping their numbers hidden from each other. Alice says, “I can’t tell who has the larger number.” Then Bob says, “I know who has the larger number.” Alice says, “You do? Is your number prime?” Bob replies, “Yes.” Alice says, “In that case, if I multiply your number by 100 and add my number, the result is a perfect square.” What is the sum of the two numbers drawn from the hat?</w:t>
      </w:r>
    </w:p>
    <w:p>
      <w:pPr>
        <w:spacing w:before="0" w:after="160" w:line="300" w:lineRule="auto"/>
      </w:pPr>
      <w:r>
        <w:rPr>
          <w:rFonts w:ascii="Times New Roman" w:hAnsi="Times New Roman" w:eastAsia="宋体"/>
          <w:b w:val="0"/>
          <w:i w:val="0"/>
          <w:color w:val="333333"/>
          <w:sz w:val="19"/>
        </w:rPr>
        <w:t>(A) 27　　(B) 37　　(C) 47　　(D) 57　　(E) 67</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一个边长为 1 的正六边形内接于一个圆。由正六边形每条边所截出的圆的小弧，分别关于该边反射。由这 6 条反射弧围成的区域面积是多少？</w:t>
      </w:r>
    </w:p>
    <w:p>
      <w:pPr>
        <w:spacing w:before="0" w:after="120" w:line="300" w:lineRule="auto"/>
      </w:pPr>
      <w:r>
        <w:rPr>
          <w:rFonts w:ascii="Times New Roman" w:hAnsi="Times New Roman" w:eastAsia="宋体"/>
          <w:b w:val="0"/>
          <w:i w:val="0"/>
          <w:sz w:val="21"/>
        </w:rPr>
        <w:t>（A）(5√(3))/2 - π　　（B）3√(3)-π　　（C）4√(3)-3π/2　　（D）π - (√(3))/2　　（E）(π + √(3))/2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hexagon of side length 1 is inscribed in a circle. Each minor arc of the circle determined by a side of the hexagon is reflected over that side. What is the area of the region bounded by these 6 reflected arcs?</w:t>
      </w:r>
    </w:p>
    <w:p>
      <w:pPr>
        <w:spacing w:before="0" w:after="160" w:line="300" w:lineRule="auto"/>
      </w:pPr>
      <w:r>
        <w:rPr>
          <w:rFonts w:ascii="Times New Roman" w:hAnsi="Times New Roman" w:eastAsia="宋体"/>
          <w:b w:val="0"/>
          <w:i w:val="0"/>
          <w:color w:val="333333"/>
          <w:sz w:val="19"/>
        </w:rPr>
        <w:t>(A) (5√(3))/2 - π　　(B) 3√(3)-π　　(C) 4√(3)-3π/2　　(D) π - (√(3))/2　　(E) (π + √(3))/2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下列哪个条件足以保证整数 x、y、z 满足下面的方程</w:t>
      </w:r>
    </w:p>
    <w:p>
      <w:pPr>
        <w:spacing w:before="0" w:after="80" w:line="300" w:lineRule="auto"/>
        <w:jc w:val="left"/>
      </w:pPr>
      <w:r>
        <w:rPr>
          <w:rFonts w:ascii="Times New Roman" w:hAnsi="Times New Roman" w:eastAsia="宋体"/>
          <w:b w:val="0"/>
          <w:i w:val="0"/>
          <w:sz w:val="21"/>
        </w:rPr>
        <w:t>x(x-y)+y(y-z)+z(z-x)</w:t>
      </w:r>
    </w:p>
    <w:p>
      <w:pPr>
        <w:spacing w:before="0" w:after="80" w:line="300" w:lineRule="auto"/>
        <w:jc w:val="left"/>
      </w:pPr>
      <w:r>
        <w:rPr>
          <w:rFonts w:ascii="Times New Roman" w:hAnsi="Times New Roman" w:eastAsia="宋体"/>
          <w:b w:val="0"/>
          <w:i w:val="0"/>
          <w:sz w:val="21"/>
        </w:rPr>
        <w:t>= 1？</w:t>
      </w:r>
    </w:p>
    <w:p>
      <w:pPr>
        <w:spacing w:before="0" w:after="120" w:line="300" w:lineRule="auto"/>
      </w:pPr>
      <w:r>
        <w:rPr>
          <w:rFonts w:ascii="Times New Roman" w:hAnsi="Times New Roman" w:eastAsia="宋体"/>
          <w:b w:val="0"/>
          <w:i w:val="0"/>
          <w:sz w:val="21"/>
        </w:rPr>
        <w:t>（A）x &gt; y 且 y=z　　（B）x=y-1 且 y=z-1　　（C）x=z+1 且 y=x+1　　（D）x=z 且 y-1=x　　（E）x+y+z=1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conditions is sufficient to guarantee that integers x, y, and z satisfy the equation</w:t>
      </w:r>
    </w:p>
    <w:p>
      <w:pPr>
        <w:spacing w:before="0" w:after="80" w:line="300" w:lineRule="auto"/>
        <w:jc w:val="left"/>
      </w:pPr>
      <w:r>
        <w:rPr>
          <w:rFonts w:ascii="Times New Roman" w:hAnsi="Times New Roman" w:eastAsia="宋体"/>
          <w:b w:val="0"/>
          <w:i w:val="0"/>
          <w:color w:val="333333"/>
          <w:sz w:val="19"/>
        </w:rPr>
        <w:t>x(x-y)+y(y-z)+z(z-x)</w:t>
      </w:r>
    </w:p>
    <w:p>
      <w:pPr>
        <w:spacing w:before="0" w:after="80" w:line="300" w:lineRule="auto"/>
        <w:jc w:val="left"/>
      </w:pPr>
      <w:r>
        <w:rPr>
          <w:rFonts w:ascii="Times New Roman" w:hAnsi="Times New Roman" w:eastAsia="宋体"/>
          <w:b w:val="0"/>
          <w:i w:val="0"/>
          <w:color w:val="333333"/>
          <w:sz w:val="19"/>
        </w:rPr>
        <w:t>= 1?</w:t>
      </w:r>
    </w:p>
    <w:p>
      <w:pPr>
        <w:spacing w:before="0" w:after="160" w:line="300" w:lineRule="auto"/>
      </w:pPr>
      <w:r>
        <w:rPr>
          <w:rFonts w:ascii="Times New Roman" w:hAnsi="Times New Roman" w:eastAsia="宋体"/>
          <w:b w:val="0"/>
          <w:i w:val="0"/>
          <w:color w:val="333333"/>
          <w:sz w:val="19"/>
        </w:rPr>
        <w:t>(A) x &gt; y and y=z　　(B) x=y-1 and y=z-1　　(C) x=z+1 and y=x+1　　(D) x=z and y-1=x　　(E) x+y+z=1</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一个边长为 3 的正方形内接于一个等腰三角形，其中正方形的一条边在三角形的底边上。另一个边长为 2 的正方形有两个顶点在第一个正方形上，另外两个顶点在三角形的边上，如图所示。三角形的面积是多少？</w:t>
      </w:r>
    </w:p>
    <w:p>
      <w:pPr>
        <w:spacing w:before="80" w:after="80"/>
        <w:jc w:val="center"/>
      </w:pPr>
      <w:r>
        <w:drawing>
          <wp:inline xmlns:a="http://schemas.openxmlformats.org/drawingml/2006/main" xmlns:pic="http://schemas.openxmlformats.org/drawingml/2006/picture">
            <wp:extent cx="2205411" cy="2205411"/>
            <wp:docPr id="3" name="Picture 3"/>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2205411" cy="2205411"/>
                    </a:xfrm>
                    <a:prstGeom prst="rect"/>
                  </pic:spPr>
                </pic:pic>
              </a:graphicData>
            </a:graphic>
          </wp:inline>
        </w:drawing>
      </w:r>
    </w:p>
    <w:p>
      <w:pPr>
        <w:spacing w:before="0" w:after="120" w:line="300" w:lineRule="auto"/>
      </w:pPr>
      <w:r>
        <w:rPr>
          <w:rFonts w:ascii="Times New Roman" w:hAnsi="Times New Roman" w:eastAsia="宋体"/>
          <w:b w:val="0"/>
          <w:i w:val="0"/>
          <w:sz w:val="21"/>
        </w:rPr>
        <w:t>（A）191/4　　（B）201/4　　（C）21 3/4　　（D）221/2　　（E）233/4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with side length 3 is inscribed in an isosceles triangle with one side of the square along the base of the triangle. A square with side length 2 has two vertices on the other square and the other two on sides of the triangle, as shown. What is the area of the triangle?</w:t>
      </w:r>
    </w:p>
    <w:p>
      <w:pPr>
        <w:spacing w:before="80" w:after="80"/>
        <w:jc w:val="center"/>
      </w:pPr>
      <w:r>
        <w:drawing>
          <wp:inline xmlns:a="http://schemas.openxmlformats.org/drawingml/2006/main" xmlns:pic="http://schemas.openxmlformats.org/drawingml/2006/picture">
            <wp:extent cx="2205411" cy="2205411"/>
            <wp:docPr id="4" name="Picture 4"/>
            <wp:cNvGraphicFramePr>
              <a:graphicFrameLocks noChangeAspect="1"/>
            </wp:cNvGraphicFramePr>
            <a:graphic>
              <a:graphicData uri="http://schemas.openxmlformats.org/drawingml/2006/picture">
                <pic:pic>
                  <pic:nvPicPr>
                    <pic:cNvPr id="0" name="q13-1@300dpi.png"/>
                    <pic:cNvPicPr/>
                  </pic:nvPicPr>
                  <pic:blipFill>
                    <a:blip r:embed="rId10"/>
                    <a:stretch>
                      <a:fillRect/>
                    </a:stretch>
                  </pic:blipFill>
                  <pic:spPr>
                    <a:xfrm>
                      <a:off x="0" y="0"/>
                      <a:ext cx="2205411" cy="220541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191/4　　(B) 201/4　　(C) 21 3/4　　(D) 221/2　　(E) 233/4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Una 同时掷 6 个标准 6 面骰，并计算掷出的 6 个数的乘积。这个乘积能被 4 整除的概率是多少？</w:t>
      </w:r>
    </w:p>
    <w:p>
      <w:pPr>
        <w:spacing w:before="0" w:after="120" w:line="300" w:lineRule="auto"/>
      </w:pPr>
      <w:r>
        <w:rPr>
          <w:rFonts w:ascii="Times New Roman" w:hAnsi="Times New Roman" w:eastAsia="宋体"/>
          <w:b w:val="0"/>
          <w:i w:val="0"/>
          <w:sz w:val="21"/>
        </w:rPr>
        <w:t>（A）3/4　　（B）57/64　　（C）59/64　　（D）187/192　　（E）63/64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Una rolls 6 standard 6-sided dice simultaneously and calculates the product of the 6 numbers obtained. What is the probability that the product is divisible by 4?</w:t>
      </w:r>
    </w:p>
    <w:p>
      <w:pPr>
        <w:spacing w:before="0" w:after="160" w:line="300" w:lineRule="auto"/>
      </w:pPr>
      <w:r>
        <w:rPr>
          <w:rFonts w:ascii="Times New Roman" w:hAnsi="Times New Roman" w:eastAsia="宋体"/>
          <w:b w:val="0"/>
          <w:i w:val="0"/>
          <w:color w:val="333333"/>
          <w:sz w:val="19"/>
        </w:rPr>
        <w:t>(A) 3/4　　(B) 57/64　　(C) 59/64　　(D) 187/192　　(E) 63/64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在正方形 ABCD 中，点 P 和 Q 分别位于 AD 和 AB 上。线段 BP 与 CQ 在点 R 处垂直相交，且 BR = 6、PR = 7。求正方形的面积。</w:t>
      </w:r>
    </w:p>
    <w:p>
      <w:pPr>
        <w:spacing w:before="80" w:after="80"/>
        <w:jc w:val="center"/>
      </w:pPr>
      <w:r>
        <w:drawing>
          <wp:inline xmlns:a="http://schemas.openxmlformats.org/drawingml/2006/main" xmlns:pic="http://schemas.openxmlformats.org/drawingml/2006/picture">
            <wp:extent cx="946024" cy="1008923"/>
            <wp:docPr id="5" name="Picture 5"/>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946024" cy="1008923"/>
                    </a:xfrm>
                    <a:prstGeom prst="rect"/>
                  </pic:spPr>
                </pic:pic>
              </a:graphicData>
            </a:graphic>
          </wp:inline>
        </w:drawing>
      </w:r>
    </w:p>
    <w:p>
      <w:pPr>
        <w:spacing w:before="0" w:after="120" w:line="300" w:lineRule="auto"/>
      </w:pPr>
      <w:r>
        <w:rPr>
          <w:rFonts w:ascii="Times New Roman" w:hAnsi="Times New Roman" w:eastAsia="宋体"/>
          <w:b w:val="0"/>
          <w:i w:val="0"/>
          <w:sz w:val="21"/>
        </w:rPr>
        <w:t>（A）85　　（B）93　　（C）100　　（D）117　　（E）125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square ABCD, points P and Q lie on AD and AB, respectively. Segments BP and CQ intersect at right angles at R, with BR = 6 and PR = 7. What is the area of the square?</w:t>
      </w:r>
    </w:p>
    <w:p>
      <w:pPr>
        <w:spacing w:before="80" w:after="80"/>
        <w:jc w:val="center"/>
      </w:pPr>
      <w:r>
        <w:drawing>
          <wp:inline xmlns:a="http://schemas.openxmlformats.org/drawingml/2006/main" xmlns:pic="http://schemas.openxmlformats.org/drawingml/2006/picture">
            <wp:extent cx="946024" cy="1008923"/>
            <wp:docPr id="6" name="Picture 6"/>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946024" cy="100892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85　　(B) 93　　(C) 100　　(D) 117　　(E) 125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五个球围成一圈。Chris 随机选择两个相邻的球并交换它们。然后 Silva 也这样做，她选择的相邻球与 Chris 的选择独立。经过这两次相邻交换后，仍在原来位置上的球的期望个数是多少？</w:t>
      </w:r>
    </w:p>
    <w:p>
      <w:pPr>
        <w:spacing w:before="0" w:after="120" w:line="300" w:lineRule="auto"/>
      </w:pPr>
      <w:r>
        <w:rPr>
          <w:rFonts w:ascii="Times New Roman" w:hAnsi="Times New Roman" w:eastAsia="宋体"/>
          <w:b w:val="0"/>
          <w:i w:val="0"/>
          <w:sz w:val="21"/>
        </w:rPr>
        <w:t>（A）1.6　　（B）1.8　　（C）2.0　　（D）2.2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balls are arranged around a circle. Chris chooses two adjacent balls at random and interchanges them. Then Silva does the same, with her choice of adjacent balls to interchange being independent of Chris’s. What is the expected number of balls that occupy their original positions after these two successive transpositions?</w:t>
      </w:r>
    </w:p>
    <w:p>
      <w:pPr>
        <w:spacing w:before="0" w:after="160" w:line="300" w:lineRule="auto"/>
      </w:pPr>
      <w:r>
        <w:rPr>
          <w:rFonts w:ascii="Times New Roman" w:hAnsi="Times New Roman" w:eastAsia="宋体"/>
          <w:b w:val="0"/>
          <w:i w:val="0"/>
          <w:color w:val="333333"/>
          <w:sz w:val="19"/>
        </w:rPr>
        <w:t>(A) 1.6　　(B) 1.8　　(C) 2.0　　(D) 2.2　　(E) 2.4</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不同直线 ell 和 m 位于 xy 平面内，并在原点相交。点 P(-1, 4) 关于直线 ell 反射到点 P'，再将 P' 关于直线 m 反射到点 P''。直线 ell 的方程为 5x - y = 0，且 P'' 的坐标为 (4,1)。求直线 m 的方程。</w:t>
      </w:r>
    </w:p>
    <w:p>
      <w:pPr>
        <w:spacing w:before="0" w:after="120" w:line="300" w:lineRule="auto"/>
      </w:pPr>
      <w:r>
        <w:rPr>
          <w:rFonts w:ascii="Times New Roman" w:hAnsi="Times New Roman" w:eastAsia="宋体"/>
          <w:b w:val="0"/>
          <w:i w:val="0"/>
          <w:sz w:val="21"/>
        </w:rPr>
        <w:t>（A）5x+2y=0　　（B）3x+2y=0　　（C）x-3y=0　　（D）2x-3y=0　　（E）5x-3y=0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Distinct lines ell and m lie in the xy-plane. They intersect at the origin. Point P(-1, 4) is reflected about line ell to point P', and then P' is reflected about line m to point P''. The equation of line ell is 5x - y = 0, and the coordinates of P'' are (4,1). What is the equation of line m?</w:t>
      </w:r>
    </w:p>
    <w:p>
      <w:pPr>
        <w:spacing w:before="0" w:after="160" w:line="300" w:lineRule="auto"/>
      </w:pPr>
      <w:r>
        <w:rPr>
          <w:rFonts w:ascii="Times New Roman" w:hAnsi="Times New Roman" w:eastAsia="宋体"/>
          <w:b w:val="0"/>
          <w:i w:val="0"/>
          <w:color w:val="333333"/>
          <w:sz w:val="19"/>
        </w:rPr>
        <w:t>(A) 5x+2y=0　　(B) 3x+2y=0　　(C) x-3y=0　　(D) 2x-3y=0　　(E) 5x-3y=0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三张完全相同、边长为 6 的正方形纸片叠在一起。中间的纸片绕中心顺时针旋转 30°，最上面的纸片绕中心顺时针旋转 60°，得到下图所示的 24 边形。</w:t>
      </w:r>
    </w:p>
    <w:p>
      <w:pPr>
        <w:spacing w:before="0" w:after="80" w:line="300" w:lineRule="auto"/>
        <w:jc w:val="left"/>
      </w:pPr>
      <w:r>
        <w:rPr>
          <w:rFonts w:ascii="Times New Roman" w:hAnsi="Times New Roman" w:eastAsia="宋体"/>
          <w:b w:val="0"/>
          <w:i w:val="0"/>
          <w:sz w:val="21"/>
        </w:rPr>
        <w:t>该多边形的面积可表示为 a-b√(c)，其中 a、b、c 为正整数，且 c 不被任何质数的平方整除。求 a+b+c。</w:t>
      </w:r>
    </w:p>
    <w:p>
      <w:pPr>
        <w:spacing w:before="80" w:after="80"/>
        <w:jc w:val="center"/>
      </w:pPr>
      <w:r>
        <w:drawing>
          <wp:inline xmlns:a="http://schemas.openxmlformats.org/drawingml/2006/main" xmlns:pic="http://schemas.openxmlformats.org/drawingml/2006/picture">
            <wp:extent cx="1904999" cy="1904999"/>
            <wp:docPr id="7" name="Picture 7"/>
            <wp:cNvGraphicFramePr>
              <a:graphicFrameLocks noChangeAspect="1"/>
            </wp:cNvGraphicFramePr>
            <a:graphic>
              <a:graphicData uri="http://schemas.openxmlformats.org/drawingml/2006/picture">
                <pic:pic>
                  <pic:nvPicPr>
                    <pic:cNvPr id="0" name="q18-1@300dpi.png"/>
                    <pic:cNvPicPr/>
                  </pic:nvPicPr>
                  <pic:blipFill>
                    <a:blip r:embed="rId12"/>
                    <a:stretch>
                      <a:fillRect/>
                    </a:stretch>
                  </pic:blipFill>
                  <pic:spPr>
                    <a:xfrm>
                      <a:off x="0" y="0"/>
                      <a:ext cx="1904999" cy="1904999"/>
                    </a:xfrm>
                    <a:prstGeom prst="rect"/>
                  </pic:spPr>
                </pic:pic>
              </a:graphicData>
            </a:graphic>
          </wp:inline>
        </w:drawing>
      </w:r>
    </w:p>
    <w:p>
      <w:pPr>
        <w:spacing w:before="0" w:after="120" w:line="300" w:lineRule="auto"/>
      </w:pPr>
      <w:r>
        <w:rPr>
          <w:rFonts w:ascii="Times New Roman" w:hAnsi="Times New Roman" w:eastAsia="宋体"/>
          <w:b w:val="0"/>
          <w:i w:val="0"/>
          <w:sz w:val="21"/>
        </w:rPr>
        <w:t>（A）75　　（B）93　　（C）96　　（D）129　　（E）147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identical square sheets of paper each with side length 6 are stacked on top of each other. The middle sheet is rotated clockwise 30° about its center and the top sheet is rotated clockwise 60° about its center, resulting in the 24-sided polygon shown in the figure below.</w:t>
      </w:r>
    </w:p>
    <w:p>
      <w:pPr>
        <w:spacing w:before="0" w:after="80" w:line="300" w:lineRule="auto"/>
        <w:jc w:val="left"/>
      </w:pPr>
      <w:r>
        <w:rPr>
          <w:rFonts w:ascii="Times New Roman" w:hAnsi="Times New Roman" w:eastAsia="宋体"/>
          <w:b w:val="0"/>
          <w:i w:val="0"/>
          <w:color w:val="333333"/>
          <w:sz w:val="19"/>
        </w:rPr>
        <w:t>The area of this polygon can be expressed in the form a-b√(c), where a, b, and c are positive integers, and c is not divisible by the square of any prime. What is a+b+c?</w:t>
      </w:r>
    </w:p>
    <w:p>
      <w:pPr>
        <w:spacing w:before="80" w:after="80"/>
        <w:jc w:val="center"/>
      </w:pPr>
      <w:r>
        <w:drawing>
          <wp:inline xmlns:a="http://schemas.openxmlformats.org/drawingml/2006/main" xmlns:pic="http://schemas.openxmlformats.org/drawingml/2006/picture">
            <wp:extent cx="1904999" cy="1904999"/>
            <wp:docPr id="8" name="Picture 8"/>
            <wp:cNvGraphicFramePr>
              <a:graphicFrameLocks noChangeAspect="1"/>
            </wp:cNvGraphicFramePr>
            <a:graphic>
              <a:graphicData uri="http://schemas.openxmlformats.org/drawingml/2006/picture">
                <pic:pic>
                  <pic:nvPicPr>
                    <pic:cNvPr id="0" name="q18-1@300dpi.png"/>
                    <pic:cNvPicPr/>
                  </pic:nvPicPr>
                  <pic:blipFill>
                    <a:blip r:embed="rId12"/>
                    <a:stretch>
                      <a:fillRect/>
                    </a:stretch>
                  </pic:blipFill>
                  <pic:spPr>
                    <a:xfrm>
                      <a:off x="0" y="0"/>
                      <a:ext cx="1904999" cy="19049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75　　(B) 93　　(C) 96　　(D) 129　　(E) 147</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令 N 为正整数 7777…777，这是一个 313 位数且每一位都是 7。令 f(r) 为 N 的 r 次方根的首位数字。求下式的值：</w:t>
      </w:r>
    </w:p>
    <w:p>
      <w:pPr>
        <w:spacing w:before="0" w:after="80" w:line="300" w:lineRule="auto"/>
        <w:jc w:val="left"/>
      </w:pPr>
      <w:r>
        <w:rPr>
          <w:rFonts w:ascii="Times New Roman" w:hAnsi="Times New Roman" w:eastAsia="宋体"/>
          <w:b w:val="0"/>
          <w:i w:val="0"/>
          <w:sz w:val="21"/>
        </w:rPr>
        <w:t>f(2)+f(3)+f(4)</w:t>
      </w:r>
    </w:p>
    <w:p>
      <w:pPr>
        <w:spacing w:before="0" w:after="80" w:line="300" w:lineRule="auto"/>
        <w:jc w:val="left"/>
      </w:pPr>
      <w:r>
        <w:rPr>
          <w:rFonts w:ascii="Times New Roman" w:hAnsi="Times New Roman" w:eastAsia="宋体"/>
          <w:b w:val="0"/>
          <w:i w:val="0"/>
          <w:sz w:val="21"/>
        </w:rPr>
        <w:t>+f(5)+f(6)</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（A）8　　（B）9　　（C）11　　（D）22　　（E）29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positive integer 7777…777, a 313-digit number where each digit is a 7. Let f(r) be the leading digit of the rth root of N. What is</w:t>
      </w:r>
    </w:p>
    <w:p>
      <w:pPr>
        <w:spacing w:before="0" w:after="80" w:line="300" w:lineRule="auto"/>
        <w:jc w:val="left"/>
      </w:pPr>
      <w:r>
        <w:rPr>
          <w:rFonts w:ascii="Times New Roman" w:hAnsi="Times New Roman" w:eastAsia="宋体"/>
          <w:b w:val="0"/>
          <w:i w:val="0"/>
          <w:color w:val="333333"/>
          <w:sz w:val="19"/>
        </w:rPr>
        <w:t>f(2)+f(3)+f(4)</w:t>
      </w:r>
    </w:p>
    <w:p>
      <w:pPr>
        <w:spacing w:before="0" w:after="80" w:line="300" w:lineRule="auto"/>
        <w:jc w:val="left"/>
      </w:pPr>
      <w:r>
        <w:rPr>
          <w:rFonts w:ascii="Times New Roman" w:hAnsi="Times New Roman" w:eastAsia="宋体"/>
          <w:b w:val="0"/>
          <w:i w:val="0"/>
          <w:color w:val="333333"/>
          <w:sz w:val="19"/>
        </w:rPr>
        <w:t>+f(5)+f(6)?</w:t>
      </w:r>
    </w:p>
    <w:p>
      <w:pPr>
        <w:spacing w:before="0" w:after="160" w:line="300" w:lineRule="auto"/>
      </w:pPr>
      <w:r>
        <w:rPr>
          <w:rFonts w:ascii="Times New Roman" w:hAnsi="Times New Roman" w:eastAsia="宋体"/>
          <w:b w:val="0"/>
          <w:i w:val="0"/>
          <w:color w:val="333333"/>
          <w:sz w:val="19"/>
        </w:rPr>
        <w:t>(A) 8　　(B) 9　　(C) 11　　(D) 22　　(E) 29</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在某个游戏中，4 名玩家各掷一个标准 6 面骰。掷出最大点数的玩家获胜。如果最大点数出现并列，则这些并列者再次掷骰，如此继续直到一人获胜。Hugo 是其中一名玩家。已知 Hugo 赢得游戏，求 Hugo 第一次掷出 5 的条件概率。</w:t>
      </w:r>
    </w:p>
    <w:p>
      <w:pPr>
        <w:spacing w:before="0" w:after="120" w:line="300" w:lineRule="auto"/>
      </w:pPr>
      <w:r>
        <w:rPr>
          <w:rFonts w:ascii="Times New Roman" w:hAnsi="Times New Roman" w:eastAsia="宋体"/>
          <w:b w:val="0"/>
          <w:i w:val="0"/>
          <w:sz w:val="21"/>
        </w:rPr>
        <w:t>（A）61/216　　（B）367/1296　　（C）41/144　　（D）185/648　　（E）11/36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particular game, each of 4 players rolls a standard 6-sided die. The winner is the player who rolls the highest number. If there is a tie for the highest roll, those involved in the tie will roll again and this process will continue until one player wins. Hugo is one of the players in this game. What is the probability that Hugo’s first roll was a 5, given that he won the game?</w:t>
      </w:r>
    </w:p>
    <w:p>
      <w:pPr>
        <w:spacing w:before="0" w:after="160" w:line="300" w:lineRule="auto"/>
      </w:pPr>
      <w:r>
        <w:rPr>
          <w:rFonts w:ascii="Times New Roman" w:hAnsi="Times New Roman" w:eastAsia="宋体"/>
          <w:b w:val="0"/>
          <w:i w:val="0"/>
          <w:color w:val="333333"/>
          <w:sz w:val="19"/>
        </w:rPr>
        <w:t>(A) 61/216　　(B) 367/1296　　(C) 41/144　　(D) 185/648　　(E) 11/36</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边数为 5、6、7、8 的正多边形内接于同一个圆。任意两个多边形不共用顶点，并且没有三条边交于同一点。在圆内部，有多少个点是其中两个多边形的边的交点？</w:t>
      </w:r>
    </w:p>
    <w:p>
      <w:pPr>
        <w:spacing w:before="0" w:after="120" w:line="300" w:lineRule="auto"/>
      </w:pPr>
      <w:r>
        <w:rPr>
          <w:rFonts w:ascii="Times New Roman" w:hAnsi="Times New Roman" w:eastAsia="宋体"/>
          <w:b w:val="0"/>
          <w:i w:val="0"/>
          <w:sz w:val="21"/>
        </w:rPr>
        <w:t>（A）52　　（B）56　　（C）60　　（D）64　　（E）68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Regular polygons with 5, 6, 7, and 8 sides are inscribed in the same circle. No two of the polygons share a vertex, and no three of their sides intersect at a common point. At how many points inside the circle do two of their sides intersect?</w:t>
      </w:r>
    </w:p>
    <w:p>
      <w:pPr>
        <w:spacing w:before="0" w:after="160" w:line="300" w:lineRule="auto"/>
      </w:pPr>
      <w:r>
        <w:rPr>
          <w:rFonts w:ascii="Times New Roman" w:hAnsi="Times New Roman" w:eastAsia="宋体"/>
          <w:b w:val="0"/>
          <w:i w:val="0"/>
          <w:color w:val="333333"/>
          <w:sz w:val="19"/>
        </w:rPr>
        <w:t>(A) 52　　(B) 56　　(C) 60　　(D) 64　　(E) 68</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对每个整数 n≥2，令 Sₙ 为所有乘积 jk 的和，其中 j 和 k 是整数，且 1≤ j</w:t>
      </w:r>
    </w:p>
    <w:p>
      <w:pPr>
        <w:spacing w:before="0" w:after="120" w:line="300" w:lineRule="auto"/>
      </w:pPr>
      <w:r>
        <w:rPr>
          <w:rFonts w:ascii="Times New Roman" w:hAnsi="Times New Roman" w:eastAsia="宋体"/>
          <w:b w:val="0"/>
          <w:i w:val="0"/>
          <w:sz w:val="21"/>
        </w:rPr>
        <w:t>（A）196　　（B）197　　（C）198　　（D）199　　（E）200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integer n≥2, let Sₙ be the sum of all products jk, where j and k are integers and 1≤ j</w:t>
      </w:r>
    </w:p>
    <w:p>
      <w:pPr>
        <w:spacing w:before="0" w:after="160" w:line="300" w:lineRule="auto"/>
      </w:pPr>
      <w:r>
        <w:rPr>
          <w:rFonts w:ascii="Times New Roman" w:hAnsi="Times New Roman" w:eastAsia="宋体"/>
          <w:b w:val="0"/>
          <w:i w:val="0"/>
          <w:color w:val="333333"/>
          <w:sz w:val="19"/>
        </w:rPr>
        <w:t>(A) 196　　(B) 197　　(C) 198　　(D) 199　　(E) 200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一个正五边形的 5 条边和 5 条对角线各自独立随机染成红色或蓝色，且两种颜色概率相等。存在一个三角形，其顶点为该五边形的顶点，且三条边同色的概率是多少？</w:t>
      </w:r>
    </w:p>
    <w:p>
      <w:pPr>
        <w:spacing w:before="0" w:after="120" w:line="300" w:lineRule="auto"/>
      </w:pPr>
      <w:r>
        <w:rPr>
          <w:rFonts w:ascii="Times New Roman" w:hAnsi="Times New Roman" w:eastAsia="宋体"/>
          <w:b w:val="0"/>
          <w:i w:val="0"/>
          <w:sz w:val="21"/>
        </w:rPr>
        <w:t>（A）2/3　　（B）105/128　　（C）125/128　　（D）253/256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5 sides and the 5 diagonals of a regular pentagon are randomly and independently colored red or blue with equal probability. What is the probability that there will be a triangle whose vertices are among the vertices of the pentagon such that all of its sides have the same color?</w:t>
      </w:r>
    </w:p>
    <w:p>
      <w:pPr>
        <w:spacing w:before="0" w:after="160" w:line="300" w:lineRule="auto"/>
      </w:pPr>
      <w:r>
        <w:rPr>
          <w:rFonts w:ascii="Times New Roman" w:hAnsi="Times New Roman" w:eastAsia="宋体"/>
          <w:b w:val="0"/>
          <w:i w:val="0"/>
          <w:color w:val="333333"/>
          <w:sz w:val="19"/>
        </w:rPr>
        <w:t>(A) 2/3　　(B) 105/128　　(C) 125/128　　(D) 253/256　　(E) 1</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用 4 个白色单位立方体和 4 个蓝色单位立方体构造一个 2 × 2 × 2 立方体。有多少种不同构造方法？若一种构造经旋转后能与另一种重合，则二者视为相同。</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cube is constructed from 4 white unit cubes and 4 blue unit cubes. How many different ways are there to construct the 2 × 2 × 2 cube using these smaller cubes? (Two constructions are considered the same if one can be rotated to match the other.)</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一个边长为 1 和 3 的矩形、一个边长为 1 的正方形，以及一个矩形 R 按图所示内接于一个更大的正方形中。矩形 R 面积的所有可能值之和可写成 m/n，其中 m、n 为互质正整数。求 m+n。</w:t>
      </w:r>
    </w:p>
    <w:p>
      <w:pPr>
        <w:spacing w:before="80" w:after="80"/>
        <w:jc w:val="center"/>
      </w:pPr>
      <w:r>
        <w:drawing>
          <wp:inline xmlns:a="http://schemas.openxmlformats.org/drawingml/2006/main" xmlns:pic="http://schemas.openxmlformats.org/drawingml/2006/picture">
            <wp:extent cx="1524656" cy="1524656"/>
            <wp:docPr id="9" name="Picture 9"/>
            <wp:cNvGraphicFramePr>
              <a:graphicFrameLocks noChangeAspect="1"/>
            </wp:cNvGraphicFramePr>
            <a:graphic>
              <a:graphicData uri="http://schemas.openxmlformats.org/drawingml/2006/picture">
                <pic:pic>
                  <pic:nvPicPr>
                    <pic:cNvPr id="0" name="q25-1@300dpi.png"/>
                    <pic:cNvPicPr/>
                  </pic:nvPicPr>
                  <pic:blipFill>
                    <a:blip r:embed="rId13"/>
                    <a:stretch>
                      <a:fillRect/>
                    </a:stretch>
                  </pic:blipFill>
                  <pic:spPr>
                    <a:xfrm>
                      <a:off x="0" y="0"/>
                      <a:ext cx="1524656" cy="1524656"/>
                    </a:xfrm>
                    <a:prstGeom prst="rect"/>
                  </pic:spPr>
                </pic:pic>
              </a:graphicData>
            </a:graphic>
          </wp:inline>
        </w:drawing>
      </w:r>
    </w:p>
    <w:p>
      <w:pPr>
        <w:spacing w:before="0" w:after="120" w:line="300" w:lineRule="auto"/>
      </w:pPr>
      <w:r>
        <w:rPr>
          <w:rFonts w:ascii="Times New Roman" w:hAnsi="Times New Roman" w:eastAsia="宋体"/>
          <w:b w:val="0"/>
          <w:i w:val="0"/>
          <w:sz w:val="21"/>
        </w:rPr>
        <w:t>（A）14　　（B）23　　（C）46　　（D）59　　（E）67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rectangle with side lengths 1 and 3, a square with side length 1, and a rectangle R are inscribed inside a larger square as shown. The sum of all possible values for the area of R can be written in the form m/n, where m and n are relatively prime positive integers. What is m+n?</w:t>
      </w:r>
    </w:p>
    <w:p>
      <w:pPr>
        <w:spacing w:before="80" w:after="80"/>
        <w:jc w:val="center"/>
      </w:pPr>
      <w:r>
        <w:drawing>
          <wp:inline xmlns:a="http://schemas.openxmlformats.org/drawingml/2006/main" xmlns:pic="http://schemas.openxmlformats.org/drawingml/2006/picture">
            <wp:extent cx="1524656" cy="1524656"/>
            <wp:docPr id="10" name="Picture 10"/>
            <wp:cNvGraphicFramePr>
              <a:graphicFrameLocks noChangeAspect="1"/>
            </wp:cNvGraphicFramePr>
            <a:graphic>
              <a:graphicData uri="http://schemas.openxmlformats.org/drawingml/2006/picture">
                <pic:pic>
                  <pic:nvPicPr>
                    <pic:cNvPr id="0" name="q25-1@300dpi.png"/>
                    <pic:cNvPicPr/>
                  </pic:nvPicPr>
                  <pic:blipFill>
                    <a:blip r:embed="rId13"/>
                    <a:stretch>
                      <a:fillRect/>
                    </a:stretch>
                  </pic:blipFill>
                  <pic:spPr>
                    <a:xfrm>
                      <a:off x="0" y="0"/>
                      <a:ext cx="1524656" cy="152465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　　(B) 23　　(C) 46　　(D) 59　　(E) 67</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B　E　C　E　B　C　C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B　D　B　C　D　D　D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C　E　B　D　A　E</w:t>
      </w:r>
    </w:p>
    <w:p>
      <w:pPr>
        <w:spacing w:before="0" w:after="200" w:line="300" w:lineRule="auto"/>
      </w:pPr>
      <w:r>
        <w:rPr>
          <w:rFonts w:ascii="Times New Roman" w:hAnsi="Times New Roman" w:eastAsia="宋体"/>
          <w:b w:val="0"/>
          <w:i w:val="0"/>
          <w:color w:val="666666"/>
          <w:sz w:val="18"/>
        </w:rPr>
        <w:t>答案串：EBECEBCCCABDBCDDDEACEBDAE</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逐位相加，得到 11,110。</w:t>
      </w:r>
    </w:p>
    <w:p>
      <w:pPr>
        <w:spacing w:before="0" w:after="80" w:line="300" w:lineRule="auto"/>
        <w:jc w:val="left"/>
      </w:pPr>
      <w:r>
        <w:rPr>
          <w:rFonts w:ascii="Times New Roman" w:hAnsi="Times New Roman" w:eastAsia="宋体"/>
          <w:b w:val="0"/>
          <w:i w:val="0"/>
          <w:sz w:val="21"/>
        </w:rPr>
        <w:t>也可以注意到每个数位上的数字和均为 10，所以总和为 10· 1111 = 11,110。</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add each individual digit, yielding 11,110.</w:t>
      </w:r>
    </w:p>
    <w:p>
      <w:pPr>
        <w:spacing w:before="0" w:after="80" w:line="300" w:lineRule="auto"/>
        <w:jc w:val="left"/>
      </w:pPr>
      <w:r>
        <w:rPr>
          <w:rFonts w:ascii="Times New Roman" w:hAnsi="Times New Roman" w:eastAsia="宋体"/>
          <w:b w:val="0"/>
          <w:i w:val="0"/>
          <w:color w:val="333333"/>
          <w:sz w:val="19"/>
        </w:rPr>
        <w:t>We can also get the sum by noticing that each digit has a sum of 10, so the sum is equal to 10· 1111 = 11,110.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阴影部分的面积是一个三角形的面积</w:t>
      </w:r>
    </w:p>
    <w:p>
      <w:pPr>
        <w:spacing w:before="0" w:after="80" w:line="300" w:lineRule="auto"/>
        <w:jc w:val="left"/>
      </w:pPr>
      <w:r>
        <w:rPr>
          <w:rFonts w:ascii="Times New Roman" w:hAnsi="Times New Roman" w:eastAsia="宋体"/>
          <w:b w:val="0"/>
          <w:i w:val="0"/>
          <w:sz w:val="21"/>
        </w:rPr>
        <w:t>(4· 5)/2 - (2· 4)/2 = 10-4</w:t>
      </w:r>
    </w:p>
    <w:p>
      <w:pPr>
        <w:spacing w:before="0" w:after="80" w:line="300" w:lineRule="auto"/>
        <w:jc w:val="left"/>
      </w:pPr>
      <w:r>
        <w:rPr>
          <w:rFonts w:ascii="Times New Roman" w:hAnsi="Times New Roman" w:eastAsia="宋体"/>
          <w:b w:val="0"/>
          <w:i w:val="0"/>
          <w:sz w:val="21"/>
        </w:rPr>
        <w:t>= 6</w:t>
      </w:r>
    </w:p>
    <w:p>
      <w:pPr>
        <w:spacing w:before="0" w:after="80" w:line="300" w:lineRule="auto"/>
        <w:jc w:val="left"/>
      </w:pPr>
      <w:r>
        <w:rPr>
          <w:rFonts w:ascii="Times New Roman" w:hAnsi="Times New Roman" w:eastAsia="宋体"/>
          <w:b w:val="0"/>
          <w:i w:val="0"/>
          <w:sz w:val="21"/>
        </w:rPr>
        <w:t>因为这是用较大三角形的面积减去较小三角形的面积得到的。</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is a triangle of area</w:t>
      </w:r>
    </w:p>
    <w:p>
      <w:pPr>
        <w:spacing w:before="0" w:after="80" w:line="300" w:lineRule="auto"/>
        <w:jc w:val="left"/>
      </w:pPr>
      <w:r>
        <w:rPr>
          <w:rFonts w:ascii="Times New Roman" w:hAnsi="Times New Roman" w:eastAsia="宋体"/>
          <w:b w:val="0"/>
          <w:i w:val="0"/>
          <w:color w:val="333333"/>
          <w:sz w:val="19"/>
        </w:rPr>
        <w:t>(4· 5)/2 - (2· 4)/2 = 10-4</w:t>
      </w:r>
    </w:p>
    <w:p>
      <w:pPr>
        <w:spacing w:before="0" w:after="80" w:line="300" w:lineRule="auto"/>
        <w:jc w:val="left"/>
      </w:pPr>
      <w:r>
        <w:rPr>
          <w:rFonts w:ascii="Times New Roman" w:hAnsi="Times New Roman" w:eastAsia="宋体"/>
          <w:b w:val="0"/>
          <w:i w:val="0"/>
          <w:color w:val="333333"/>
          <w:sz w:val="19"/>
        </w:rPr>
        <w:t>= 6</w:t>
      </w:r>
    </w:p>
    <w:p>
      <w:pPr>
        <w:spacing w:before="0" w:after="80" w:line="300" w:lineRule="auto"/>
        <w:jc w:val="left"/>
      </w:pPr>
      <w:r>
        <w:rPr>
          <w:rFonts w:ascii="Times New Roman" w:hAnsi="Times New Roman" w:eastAsia="宋体"/>
          <w:b w:val="0"/>
          <w:i w:val="0"/>
          <w:color w:val="333333"/>
          <w:sz w:val="19"/>
        </w:rPr>
        <w:t>since we subtract the area of a smaller triangle from a larger triangle.</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通分得</w:t>
      </w:r>
    </w:p>
    <w:p>
      <w:pPr>
        <w:spacing w:before="0" w:after="80" w:line="300" w:lineRule="auto"/>
        <w:jc w:val="left"/>
      </w:pPr>
      <w:r>
        <w:rPr>
          <w:rFonts w:ascii="Times New Roman" w:hAnsi="Times New Roman" w:eastAsia="宋体"/>
          <w:b w:val="0"/>
          <w:i w:val="0"/>
          <w:sz w:val="21"/>
        </w:rPr>
        <w:t>(2021· 2021)/(2020· 2021) -(2020· 2020)/(2020· 2021)</w:t>
      </w:r>
    </w:p>
    <w:p>
      <w:pPr>
        <w:spacing w:before="0" w:after="80" w:line="300" w:lineRule="auto"/>
        <w:jc w:val="left"/>
      </w:pPr>
      <w:r>
        <w:rPr>
          <w:rFonts w:ascii="Times New Roman" w:hAnsi="Times New Roman" w:eastAsia="宋体"/>
          <w:b w:val="0"/>
          <w:i w:val="0"/>
          <w:sz w:val="21"/>
        </w:rPr>
        <w:t>= 2021²-2020²/(2020· 2021)。</w:t>
      </w:r>
    </w:p>
    <w:p>
      <w:pPr>
        <w:spacing w:before="0" w:after="80" w:line="300" w:lineRule="auto"/>
        <w:jc w:val="left"/>
      </w:pPr>
      <w:r>
        <w:rPr>
          <w:rFonts w:ascii="Times New Roman" w:hAnsi="Times New Roman" w:eastAsia="宋体"/>
          <w:b w:val="0"/>
          <w:i w:val="0"/>
          <w:sz w:val="21"/>
        </w:rPr>
        <w:t>利用平方差公式，可进一步化为</w:t>
      </w:r>
    </w:p>
    <w:p>
      <w:pPr>
        <w:spacing w:before="0" w:after="80" w:line="300" w:lineRule="auto"/>
        <w:jc w:val="left"/>
      </w:pPr>
      <w:r>
        <w:rPr>
          <w:rFonts w:ascii="Times New Roman" w:hAnsi="Times New Roman" w:eastAsia="宋体"/>
          <w:b w:val="0"/>
          <w:i w:val="0"/>
          <w:sz w:val="21"/>
        </w:rPr>
        <w:t>((2021-2020)(2021+2020))/(2020· 2021)</w:t>
      </w:r>
    </w:p>
    <w:p>
      <w:pPr>
        <w:spacing w:before="0" w:after="80" w:line="300" w:lineRule="auto"/>
        <w:jc w:val="left"/>
      </w:pPr>
      <w:r>
        <w:rPr>
          <w:rFonts w:ascii="Times New Roman" w:hAnsi="Times New Roman" w:eastAsia="宋体"/>
          <w:b w:val="0"/>
          <w:i w:val="0"/>
          <w:sz w:val="21"/>
        </w:rPr>
        <w:t>=4041/(2020· 2021)。</w:t>
      </w:r>
    </w:p>
    <w:p>
      <w:pPr>
        <w:spacing w:before="0" w:after="80" w:line="300" w:lineRule="auto"/>
        <w:jc w:val="left"/>
      </w:pPr>
      <w:r>
        <w:rPr>
          <w:rFonts w:ascii="Times New Roman" w:hAnsi="Times New Roman" w:eastAsia="宋体"/>
          <w:b w:val="0"/>
          <w:i w:val="0"/>
          <w:sz w:val="21"/>
        </w:rPr>
        <w:t>因为 4041 与 2020、2021 互质，所以分子为 4041。</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rewrite this as</w:t>
      </w:r>
    </w:p>
    <w:p>
      <w:pPr>
        <w:spacing w:before="0" w:after="80" w:line="300" w:lineRule="auto"/>
        <w:jc w:val="left"/>
      </w:pPr>
      <w:r>
        <w:rPr>
          <w:rFonts w:ascii="Times New Roman" w:hAnsi="Times New Roman" w:eastAsia="宋体"/>
          <w:b w:val="0"/>
          <w:i w:val="0"/>
          <w:color w:val="333333"/>
          <w:sz w:val="19"/>
        </w:rPr>
        <w:t>(2021· 2021)/(2020· 2021) -(2020· 2020)/(2020· 2021)</w:t>
      </w:r>
    </w:p>
    <w:p>
      <w:pPr>
        <w:spacing w:before="0" w:after="80" w:line="300" w:lineRule="auto"/>
        <w:jc w:val="left"/>
      </w:pPr>
      <w:r>
        <w:rPr>
          <w:rFonts w:ascii="Times New Roman" w:hAnsi="Times New Roman" w:eastAsia="宋体"/>
          <w:b w:val="0"/>
          <w:i w:val="0"/>
          <w:color w:val="333333"/>
          <w:sz w:val="19"/>
        </w:rPr>
        <w:t>= 2021²-2020²/(2020· 2021).</w:t>
      </w:r>
    </w:p>
    <w:p>
      <w:pPr>
        <w:spacing w:before="0" w:after="80" w:line="300" w:lineRule="auto"/>
        <w:jc w:val="left"/>
      </w:pPr>
      <w:r>
        <w:rPr>
          <w:rFonts w:ascii="Times New Roman" w:hAnsi="Times New Roman" w:eastAsia="宋体"/>
          <w:b w:val="0"/>
          <w:i w:val="0"/>
          <w:color w:val="333333"/>
          <w:sz w:val="19"/>
        </w:rPr>
        <w:t>This can be simplified to</w:t>
      </w:r>
    </w:p>
    <w:p>
      <w:pPr>
        <w:spacing w:before="0" w:after="80" w:line="300" w:lineRule="auto"/>
        <w:jc w:val="left"/>
      </w:pPr>
      <w:r>
        <w:rPr>
          <w:rFonts w:ascii="Times New Roman" w:hAnsi="Times New Roman" w:eastAsia="宋体"/>
          <w:b w:val="0"/>
          <w:i w:val="0"/>
          <w:color w:val="333333"/>
          <w:sz w:val="19"/>
        </w:rPr>
        <w:t>((2021-2020)(2021+2020))/(2020· 2021)</w:t>
      </w:r>
    </w:p>
    <w:p>
      <w:pPr>
        <w:spacing w:before="0" w:after="80" w:line="300" w:lineRule="auto"/>
        <w:jc w:val="left"/>
      </w:pPr>
      <w:r>
        <w:rPr>
          <w:rFonts w:ascii="Times New Roman" w:hAnsi="Times New Roman" w:eastAsia="宋体"/>
          <w:b w:val="0"/>
          <w:i w:val="0"/>
          <w:color w:val="333333"/>
          <w:sz w:val="19"/>
        </w:rPr>
        <w:t>=4041/(2020· 2021).</w:t>
      </w:r>
    </w:p>
    <w:p>
      <w:pPr>
        <w:spacing w:before="0" w:after="80" w:line="300" w:lineRule="auto"/>
        <w:jc w:val="left"/>
      </w:pPr>
      <w:r>
        <w:rPr>
          <w:rFonts w:ascii="Times New Roman" w:hAnsi="Times New Roman" w:eastAsia="宋体"/>
          <w:b w:val="0"/>
          <w:i w:val="0"/>
          <w:color w:val="333333"/>
          <w:sz w:val="19"/>
        </w:rPr>
        <w:t>Since 4041 is coprime with both 2020 and 2021, we know 4041 is the numerator.</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设中午两城气温差为 N=m-s。到 4:00 时，新温差为 (m-5)-(s+3)=N-8。</w:t>
      </w:r>
    </w:p>
    <w:p>
      <w:pPr>
        <w:spacing w:before="0" w:after="80" w:line="300" w:lineRule="auto"/>
        <w:jc w:val="left"/>
      </w:pPr>
      <w:r>
        <w:rPr>
          <w:rFonts w:ascii="Times New Roman" w:hAnsi="Times New Roman" w:eastAsia="宋体"/>
          <w:b w:val="0"/>
          <w:i w:val="0"/>
          <w:sz w:val="21"/>
        </w:rPr>
        <w:t>此时两城气温相差 2 度，所以 |N-8|=2。因此 N=6 或 N=10，所有可能值的乘积为 6·10=60。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N=m-s be the noon temperature difference. At 4:00, the new difference is (m-5)-(s+3)=N-8.</w:t>
      </w:r>
    </w:p>
    <w:p>
      <w:pPr>
        <w:spacing w:before="0" w:after="80" w:line="300" w:lineRule="auto"/>
        <w:jc w:val="left"/>
      </w:pPr>
      <w:r>
        <w:rPr>
          <w:rFonts w:ascii="Times New Roman" w:hAnsi="Times New Roman" w:eastAsia="宋体"/>
          <w:b w:val="0"/>
          <w:i w:val="0"/>
          <w:color w:val="333333"/>
          <w:sz w:val="19"/>
        </w:rPr>
        <w:t>The temperatures then differ by 2 degrees, so |N-8|=2. Hence N=6 or N=10, and the product of all possible values is 6·10=60.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因为 8=2³，所以</w:t>
      </w:r>
    </w:p>
    <w:p>
      <w:pPr>
        <w:spacing w:before="0" w:after="80" w:line="300" w:lineRule="auto"/>
        <w:jc w:val="left"/>
      </w:pPr>
      <w:r>
        <w:rPr>
          <w:rFonts w:ascii="Times New Roman" w:hAnsi="Times New Roman" w:eastAsia="宋体"/>
          <w:b w:val="0"/>
          <w:i w:val="0"/>
          <w:sz w:val="21"/>
        </w:rPr>
        <w:t>n=8²⁰²²=2⁶⁰⁶⁶=4³⁰³³。</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n/4=4³⁰³³/4=4³⁰³²。</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8=2³, we have</w:t>
      </w:r>
    </w:p>
    <w:p>
      <w:pPr>
        <w:spacing w:before="0" w:after="80" w:line="300" w:lineRule="auto"/>
        <w:jc w:val="left"/>
      </w:pPr>
      <w:r>
        <w:rPr>
          <w:rFonts w:ascii="Times New Roman" w:hAnsi="Times New Roman" w:eastAsia="宋体"/>
          <w:b w:val="0"/>
          <w:i w:val="0"/>
          <w:color w:val="333333"/>
          <w:sz w:val="19"/>
        </w:rPr>
        <w:t>n=8²⁰²²=2⁶⁰⁶⁶=4³⁰³³.</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n/4=4³⁰³³/4=4³⁰³².</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开始之前先注意：如果整数 z 的质因数分解可以写成</w:t>
      </w:r>
    </w:p>
    <w:p>
      <w:pPr>
        <w:spacing w:before="0" w:after="80" w:line="300" w:lineRule="auto"/>
        <w:jc w:val="left"/>
      </w:pPr>
      <w:r>
        <w:rPr>
          <w:rFonts w:ascii="Times New Roman" w:hAnsi="Times New Roman" w:eastAsia="宋体"/>
          <w:b w:val="0"/>
          <w:i w:val="0"/>
          <w:sz w:val="21"/>
        </w:rPr>
        <w:t>z=p₁^(e₁) p₂^(e₂) ⋯，</w:t>
      </w:r>
    </w:p>
    <w:p>
      <w:pPr>
        <w:spacing w:before="0" w:after="80" w:line="300" w:lineRule="auto"/>
        <w:jc w:val="left"/>
      </w:pPr>
      <w:r>
        <w:rPr>
          <w:rFonts w:ascii="Times New Roman" w:hAnsi="Times New Roman" w:eastAsia="宋体"/>
          <w:b w:val="0"/>
          <w:i w:val="0"/>
          <w:sz w:val="21"/>
        </w:rPr>
        <w:t>那么它共有 (e₁+1)(e₂+1) ⋯ 个不同的正因数。</w:t>
      </w:r>
    </w:p>
    <w:p>
      <w:pPr>
        <w:spacing w:before="0" w:after="80" w:line="300" w:lineRule="auto"/>
        <w:jc w:val="left"/>
      </w:pPr>
      <w:r>
        <w:rPr>
          <w:rFonts w:ascii="Times New Roman" w:hAnsi="Times New Roman" w:eastAsia="宋体"/>
          <w:b w:val="0"/>
          <w:i w:val="0"/>
          <w:sz w:val="21"/>
        </w:rPr>
        <w:t>如果所求的数有 2021 个因数，由上面的道理可知</w:t>
      </w:r>
    </w:p>
    <w:p>
      <w:pPr>
        <w:spacing w:before="0" w:after="80" w:line="300" w:lineRule="auto"/>
        <w:jc w:val="left"/>
      </w:pPr>
      <w:r>
        <w:rPr>
          <w:rFonts w:ascii="Times New Roman" w:hAnsi="Times New Roman" w:eastAsia="宋体"/>
          <w:b w:val="0"/>
          <w:i w:val="0"/>
          <w:sz w:val="21"/>
        </w:rPr>
        <w:t>2021=(e₁+1)(e₂+1) ⋯，</w:t>
      </w:r>
    </w:p>
    <w:p>
      <w:pPr>
        <w:spacing w:before="0" w:after="80" w:line="300" w:lineRule="auto"/>
        <w:jc w:val="left"/>
      </w:pPr>
      <w:r>
        <w:rPr>
          <w:rFonts w:ascii="Times New Roman" w:hAnsi="Times New Roman" w:eastAsia="宋体"/>
          <w:b w:val="0"/>
          <w:i w:val="0"/>
          <w:sz w:val="21"/>
        </w:rPr>
        <w:t>而 2021 = 43· 47，所以这个数必定形如 p₁⁴⁶p₂⁴² 或 p²⁰²⁰。</w:t>
      </w:r>
    </w:p>
    <w:p>
      <w:pPr>
        <w:spacing w:before="0" w:after="80" w:line="300" w:lineRule="auto"/>
        <w:jc w:val="left"/>
      </w:pPr>
      <w:r>
        <w:rPr>
          <w:rFonts w:ascii="Times New Roman" w:hAnsi="Times New Roman" w:eastAsia="宋体"/>
          <w:b w:val="0"/>
          <w:i w:val="0"/>
          <w:sz w:val="21"/>
        </w:rPr>
        <w:t>在这两种形式中，能得到的最小的数是在第一种形式中取 p₁ = 2,p₂=3，即</w:t>
      </w:r>
    </w:p>
    <w:p>
      <w:pPr>
        <w:spacing w:before="0" w:after="80" w:line="300" w:lineRule="auto"/>
        <w:jc w:val="left"/>
      </w:pPr>
      <w:r>
        <w:rPr>
          <w:rFonts w:ascii="Times New Roman" w:hAnsi="Times New Roman" w:eastAsia="宋体"/>
          <w:b w:val="0"/>
          <w:i w:val="0"/>
          <w:sz w:val="21"/>
        </w:rPr>
        <w:t>2⁴⁶3⁴² = 16· 6⁴²。</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m=16</w:t>
      </w:r>
    </w:p>
    <w:p>
      <w:pPr>
        <w:spacing w:before="0" w:after="80" w:line="300" w:lineRule="auto"/>
        <w:jc w:val="left"/>
      </w:pPr>
      <w:r>
        <w:rPr>
          <w:rFonts w:ascii="Times New Roman" w:hAnsi="Times New Roman" w:eastAsia="宋体"/>
          <w:b w:val="0"/>
          <w:i w:val="0"/>
          <w:sz w:val="21"/>
        </w:rPr>
        <w:t>k=42，</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m+k = 42+16 = 58。</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Before starting, note that if we can represent the prime factorization of an integer z as</w:t>
      </w:r>
    </w:p>
    <w:p>
      <w:pPr>
        <w:spacing w:before="0" w:after="80" w:line="300" w:lineRule="auto"/>
        <w:jc w:val="left"/>
      </w:pPr>
      <w:r>
        <w:rPr>
          <w:rFonts w:ascii="Times New Roman" w:hAnsi="Times New Roman" w:eastAsia="宋体"/>
          <w:b w:val="0"/>
          <w:i w:val="0"/>
          <w:color w:val="333333"/>
          <w:sz w:val="19"/>
        </w:rPr>
        <w:t>z=p₁^(e₁) p₂^(e₂) ⋯,</w:t>
      </w:r>
    </w:p>
    <w:p>
      <w:pPr>
        <w:spacing w:before="0" w:after="80" w:line="300" w:lineRule="auto"/>
        <w:jc w:val="left"/>
      </w:pPr>
      <w:r>
        <w:rPr>
          <w:rFonts w:ascii="Times New Roman" w:hAnsi="Times New Roman" w:eastAsia="宋体"/>
          <w:b w:val="0"/>
          <w:i w:val="0"/>
          <w:color w:val="333333"/>
          <w:sz w:val="19"/>
        </w:rPr>
        <w:t>then there are (e₁+1)(e₂+1) ⋯ distinct positive factors.</w:t>
      </w:r>
    </w:p>
    <w:p>
      <w:pPr>
        <w:spacing w:before="0" w:after="80" w:line="300" w:lineRule="auto"/>
        <w:jc w:val="left"/>
      </w:pPr>
      <w:r>
        <w:rPr>
          <w:rFonts w:ascii="Times New Roman" w:hAnsi="Times New Roman" w:eastAsia="宋体"/>
          <w:b w:val="0"/>
          <w:i w:val="0"/>
          <w:color w:val="333333"/>
          <w:sz w:val="19"/>
        </w:rPr>
        <w:t>If the number in question has 2021 factors, by the previous logic,</w:t>
      </w:r>
    </w:p>
    <w:p>
      <w:pPr>
        <w:spacing w:before="0" w:after="80" w:line="300" w:lineRule="auto"/>
        <w:jc w:val="left"/>
      </w:pPr>
      <w:r>
        <w:rPr>
          <w:rFonts w:ascii="Times New Roman" w:hAnsi="Times New Roman" w:eastAsia="宋体"/>
          <w:b w:val="0"/>
          <w:i w:val="0"/>
          <w:color w:val="333333"/>
          <w:sz w:val="19"/>
        </w:rPr>
        <w:t>2021=(e₁+1)(e₂+1) ⋯,</w:t>
      </w:r>
    </w:p>
    <w:p>
      <w:pPr>
        <w:spacing w:before="0" w:after="80" w:line="300" w:lineRule="auto"/>
        <w:jc w:val="left"/>
      </w:pPr>
      <w:r>
        <w:rPr>
          <w:rFonts w:ascii="Times New Roman" w:hAnsi="Times New Roman" w:eastAsia="宋体"/>
          <w:b w:val="0"/>
          <w:i w:val="0"/>
          <w:color w:val="333333"/>
          <w:sz w:val="19"/>
        </w:rPr>
        <w:t>and as the prime factorization of 2021 = 43· 47, then our number must be p₁⁴⁶p₂⁴² or p²⁰²⁰.</w:t>
      </w:r>
    </w:p>
    <w:p>
      <w:pPr>
        <w:spacing w:before="0" w:after="80" w:line="300" w:lineRule="auto"/>
        <w:jc w:val="left"/>
      </w:pPr>
      <w:r>
        <w:rPr>
          <w:rFonts w:ascii="Times New Roman" w:hAnsi="Times New Roman" w:eastAsia="宋体"/>
          <w:b w:val="0"/>
          <w:i w:val="0"/>
          <w:color w:val="333333"/>
          <w:sz w:val="19"/>
        </w:rPr>
        <w:t>The smallest number we can make in either of these is making p₁ = 2,p₂=3 in the first configuration, yielding</w:t>
      </w:r>
    </w:p>
    <w:p>
      <w:pPr>
        <w:spacing w:before="0" w:after="80" w:line="300" w:lineRule="auto"/>
        <w:jc w:val="left"/>
      </w:pPr>
      <w:r>
        <w:rPr>
          <w:rFonts w:ascii="Times New Roman" w:hAnsi="Times New Roman" w:eastAsia="宋体"/>
          <w:b w:val="0"/>
          <w:i w:val="0"/>
          <w:color w:val="333333"/>
          <w:sz w:val="19"/>
        </w:rPr>
        <w:t>2⁴⁶3⁴² = 16· 6⁴².</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m=16</w:t>
      </w:r>
    </w:p>
    <w:p>
      <w:pPr>
        <w:spacing w:before="0" w:after="80" w:line="300" w:lineRule="auto"/>
        <w:jc w:val="left"/>
      </w:pPr>
      <w:r>
        <w:rPr>
          <w:rFonts w:ascii="Times New Roman" w:hAnsi="Times New Roman" w:eastAsia="宋体"/>
          <w:b w:val="0"/>
          <w:i w:val="0"/>
          <w:color w:val="333333"/>
          <w:sz w:val="19"/>
        </w:rPr>
        <w:t>k=42,</w:t>
      </w:r>
    </w:p>
    <w:p>
      <w:pPr>
        <w:spacing w:before="0" w:after="80" w:line="300" w:lineRule="auto"/>
        <w:jc w:val="left"/>
      </w:pPr>
      <w:r>
        <w:rPr>
          <w:rFonts w:ascii="Times New Roman" w:hAnsi="Times New Roman" w:eastAsia="宋体"/>
          <w:b w:val="0"/>
          <w:i w:val="0"/>
          <w:color w:val="333333"/>
          <w:sz w:val="19"/>
        </w:rPr>
        <w:t>so</w:t>
      </w:r>
    </w:p>
    <w:p>
      <w:pPr>
        <w:spacing w:before="0" w:after="80" w:line="300" w:lineRule="auto"/>
        <w:jc w:val="left"/>
      </w:pPr>
      <w:r>
        <w:rPr>
          <w:rFonts w:ascii="Times New Roman" w:hAnsi="Times New Roman" w:eastAsia="宋体"/>
          <w:b w:val="0"/>
          <w:i w:val="0"/>
          <w:color w:val="333333"/>
          <w:sz w:val="19"/>
        </w:rPr>
        <w:t>m+k = 42+16 = 58.</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分母为 b 的特殊分数等于 15-b/b=15/b-1，其中 1≤ b≤14。所求整数可写成 15/x+15/y-2。</w:t>
      </w:r>
    </w:p>
    <w:p>
      <w:pPr>
        <w:spacing w:before="0" w:after="80" w:line="300" w:lineRule="auto"/>
        <w:jc w:val="left"/>
      </w:pPr>
      <w:r>
        <w:rPr>
          <w:rFonts w:ascii="Times New Roman" w:hAnsi="Times New Roman" w:eastAsia="宋体"/>
          <w:b w:val="0"/>
          <w:i w:val="0"/>
          <w:sz w:val="21"/>
        </w:rPr>
        <w:t>设 x≤ y，逐一检查十四个可能的分母，得到下列能产生整数的数对：</w:t>
      </w:r>
    </w:p>
    <w:p>
      <w:pPr>
        <w:spacing w:before="0" w:after="80" w:line="300" w:lineRule="auto"/>
        <w:jc w:val="left"/>
      </w:pPr>
      <w:r>
        <w:rPr>
          <w:rFonts w:ascii="Times New Roman" w:hAnsi="Times New Roman" w:eastAsia="宋体"/>
          <w:b w:val="0"/>
          <w:i w:val="0"/>
          <w:sz w:val="21"/>
        </w:rPr>
        <w:t>(1,1),(1,3),(1,5),(2,2),(2,6),</w:t>
      </w:r>
    </w:p>
    <w:p>
      <w:pPr>
        <w:spacing w:before="0" w:after="80" w:line="300" w:lineRule="auto"/>
        <w:jc w:val="left"/>
      </w:pPr>
      <w:r>
        <w:rPr>
          <w:rFonts w:ascii="Times New Roman" w:hAnsi="Times New Roman" w:eastAsia="宋体"/>
          <w:b w:val="0"/>
          <w:i w:val="0"/>
          <w:sz w:val="21"/>
        </w:rPr>
        <w:t>(2,10),(3,3),(3,5),(4,12),</w:t>
      </w:r>
    </w:p>
    <w:p>
      <w:pPr>
        <w:spacing w:before="0" w:after="80" w:line="300" w:lineRule="auto"/>
        <w:jc w:val="left"/>
      </w:pPr>
      <w:r>
        <w:rPr>
          <w:rFonts w:ascii="Times New Roman" w:hAnsi="Times New Roman" w:eastAsia="宋体"/>
          <w:b w:val="0"/>
          <w:i w:val="0"/>
          <w:sz w:val="21"/>
        </w:rPr>
        <w:t>(5,5),(6,6),(6,10),(10,10)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它们给出的不同的和为 1,2,3,4,6,7,8,13,16,18,28。</w:t>
      </w:r>
    </w:p>
    <w:p>
      <w:pPr>
        <w:spacing w:before="0" w:after="80" w:line="300" w:lineRule="auto"/>
        <w:jc w:val="left"/>
      </w:pPr>
      <w:r>
        <w:rPr>
          <w:rFonts w:ascii="Times New Roman" w:hAnsi="Times New Roman" w:eastAsia="宋体"/>
          <w:b w:val="0"/>
          <w:i w:val="0"/>
          <w:sz w:val="21"/>
        </w:rPr>
        <w:t>这样的整数共有 11 个。</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special fraction with denominator b equals 15-b/b=15/b-1, where 1≤ b≤14. We need integer values of 15/x+15/y-2.</w:t>
      </w:r>
    </w:p>
    <w:p>
      <w:pPr>
        <w:spacing w:before="0" w:after="80" w:line="300" w:lineRule="auto"/>
        <w:jc w:val="left"/>
      </w:pPr>
      <w:r>
        <w:rPr>
          <w:rFonts w:ascii="Times New Roman" w:hAnsi="Times New Roman" w:eastAsia="宋体"/>
          <w:b w:val="0"/>
          <w:i w:val="0"/>
          <w:color w:val="333333"/>
          <w:sz w:val="19"/>
        </w:rPr>
        <w:t>Taking x≤ y, a check of the fourteen possible denominators gives the following pairs that produce integers:</w:t>
      </w:r>
    </w:p>
    <w:p>
      <w:pPr>
        <w:spacing w:before="0" w:after="80" w:line="300" w:lineRule="auto"/>
        <w:jc w:val="left"/>
      </w:pPr>
      <w:r>
        <w:rPr>
          <w:rFonts w:ascii="Times New Roman" w:hAnsi="Times New Roman" w:eastAsia="宋体"/>
          <w:b w:val="0"/>
          <w:i w:val="0"/>
          <w:color w:val="333333"/>
          <w:sz w:val="19"/>
        </w:rPr>
        <w:t>(1,1),(1,3),(1,5),(2,2),(2,6),</w:t>
      </w:r>
    </w:p>
    <w:p>
      <w:pPr>
        <w:spacing w:before="0" w:after="80" w:line="300" w:lineRule="auto"/>
        <w:jc w:val="left"/>
      </w:pPr>
      <w:r>
        <w:rPr>
          <w:rFonts w:ascii="Times New Roman" w:hAnsi="Times New Roman" w:eastAsia="宋体"/>
          <w:b w:val="0"/>
          <w:i w:val="0"/>
          <w:color w:val="333333"/>
          <w:sz w:val="19"/>
        </w:rPr>
        <w:t>(2,10),(3,3),(3,5),(4,12),</w:t>
      </w:r>
    </w:p>
    <w:p>
      <w:pPr>
        <w:spacing w:before="0" w:after="80" w:line="300" w:lineRule="auto"/>
        <w:jc w:val="left"/>
      </w:pPr>
      <w:r>
        <w:rPr>
          <w:rFonts w:ascii="Times New Roman" w:hAnsi="Times New Roman" w:eastAsia="宋体"/>
          <w:b w:val="0"/>
          <w:i w:val="0"/>
          <w:color w:val="333333"/>
          <w:sz w:val="19"/>
        </w:rPr>
        <w:t>(5,5),(6,6),(6,10),(10,10).</w:t>
      </w:r>
    </w:p>
    <w:p>
      <w:pPr>
        <w:spacing w:before="0" w:after="80" w:line="300" w:lineRule="auto"/>
        <w:jc w:val="left"/>
      </w:pPr>
      <w:r>
        <w:rPr>
          <w:rFonts w:ascii="Times New Roman" w:hAnsi="Times New Roman" w:eastAsia="宋体"/>
          <w:b w:val="0"/>
          <w:i w:val="0"/>
          <w:color w:val="333333"/>
          <w:sz w:val="19"/>
        </w:rPr>
        <w:t>Their distinct sums are 1,2,3,4,6,7,8,13,16,18,28.</w:t>
      </w:r>
    </w:p>
    <w:p>
      <w:pPr>
        <w:spacing w:before="0" w:after="80" w:line="300" w:lineRule="auto"/>
        <w:jc w:val="left"/>
      </w:pPr>
      <w:r>
        <w:rPr>
          <w:rFonts w:ascii="Times New Roman" w:hAnsi="Times New Roman" w:eastAsia="宋体"/>
          <w:b w:val="0"/>
          <w:i w:val="0"/>
          <w:color w:val="333333"/>
          <w:sz w:val="19"/>
        </w:rPr>
        <w:t>There are 11 such integers.</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16,383 = 16384-1</w:t>
      </w:r>
    </w:p>
    <w:p>
      <w:pPr>
        <w:spacing w:before="0" w:after="80" w:line="300" w:lineRule="auto"/>
        <w:jc w:val="left"/>
      </w:pPr>
      <w:r>
        <w:rPr>
          <w:rFonts w:ascii="Times New Roman" w:hAnsi="Times New Roman" w:eastAsia="宋体"/>
          <w:b w:val="0"/>
          <w:i w:val="0"/>
          <w:sz w:val="21"/>
        </w:rPr>
        <w:t>= 2¹⁴-1</w:t>
      </w:r>
    </w:p>
    <w:p>
      <w:pPr>
        <w:spacing w:before="0" w:after="80" w:line="300" w:lineRule="auto"/>
        <w:jc w:val="left"/>
      </w:pPr>
      <w:r>
        <w:rPr>
          <w:rFonts w:ascii="Times New Roman" w:hAnsi="Times New Roman" w:eastAsia="宋体"/>
          <w:b w:val="0"/>
          <w:i w:val="0"/>
          <w:sz w:val="21"/>
        </w:rPr>
        <w:t>= (2⁷-1)(2⁷+1)</w:t>
      </w:r>
    </w:p>
    <w:p>
      <w:pPr>
        <w:spacing w:before="0" w:after="80" w:line="300" w:lineRule="auto"/>
        <w:jc w:val="left"/>
      </w:pPr>
      <w:r>
        <w:rPr>
          <w:rFonts w:ascii="Times New Roman" w:hAnsi="Times New Roman" w:eastAsia="宋体"/>
          <w:b w:val="0"/>
          <w:i w:val="0"/>
          <w:sz w:val="21"/>
        </w:rPr>
        <w:t>= 127· 129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129=3· 43，所以</w:t>
      </w:r>
    </w:p>
    <w:p>
      <w:pPr>
        <w:spacing w:before="0" w:after="80" w:line="300" w:lineRule="auto"/>
        <w:jc w:val="left"/>
      </w:pPr>
      <w:r>
        <w:rPr>
          <w:rFonts w:ascii="Times New Roman" w:hAnsi="Times New Roman" w:eastAsia="宋体"/>
          <w:b w:val="0"/>
          <w:i w:val="0"/>
          <w:sz w:val="21"/>
        </w:rPr>
        <w:t>16383 = 3· 43· 127。</w:t>
      </w:r>
    </w:p>
    <w:p>
      <w:pPr>
        <w:spacing w:before="0" w:after="80" w:line="300" w:lineRule="auto"/>
        <w:jc w:val="left"/>
      </w:pPr>
      <w:r>
        <w:rPr>
          <w:rFonts w:ascii="Times New Roman" w:hAnsi="Times New Roman" w:eastAsia="宋体"/>
          <w:b w:val="0"/>
          <w:i w:val="0"/>
          <w:sz w:val="21"/>
        </w:rPr>
        <w:t>因此 127 是最大质因数，其各位数字之和为 10。</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know</w:t>
      </w:r>
    </w:p>
    <w:p>
      <w:pPr>
        <w:spacing w:before="0" w:after="80" w:line="300" w:lineRule="auto"/>
        <w:jc w:val="left"/>
      </w:pPr>
      <w:r>
        <w:rPr>
          <w:rFonts w:ascii="Times New Roman" w:hAnsi="Times New Roman" w:eastAsia="宋体"/>
          <w:b w:val="0"/>
          <w:i w:val="0"/>
          <w:color w:val="333333"/>
          <w:sz w:val="19"/>
        </w:rPr>
        <w:t>16,383 = 16384-1</w:t>
      </w:r>
    </w:p>
    <w:p>
      <w:pPr>
        <w:spacing w:before="0" w:after="80" w:line="300" w:lineRule="auto"/>
        <w:jc w:val="left"/>
      </w:pPr>
      <w:r>
        <w:rPr>
          <w:rFonts w:ascii="Times New Roman" w:hAnsi="Times New Roman" w:eastAsia="宋体"/>
          <w:b w:val="0"/>
          <w:i w:val="0"/>
          <w:color w:val="333333"/>
          <w:sz w:val="19"/>
        </w:rPr>
        <w:t>= 2¹⁴-1</w:t>
      </w:r>
    </w:p>
    <w:p>
      <w:pPr>
        <w:spacing w:before="0" w:after="80" w:line="300" w:lineRule="auto"/>
        <w:jc w:val="left"/>
      </w:pPr>
      <w:r>
        <w:rPr>
          <w:rFonts w:ascii="Times New Roman" w:hAnsi="Times New Roman" w:eastAsia="宋体"/>
          <w:b w:val="0"/>
          <w:i w:val="0"/>
          <w:color w:val="333333"/>
          <w:sz w:val="19"/>
        </w:rPr>
        <w:t>= (2⁷-1)(2⁷+1)</w:t>
      </w:r>
    </w:p>
    <w:p>
      <w:pPr>
        <w:spacing w:before="0" w:after="80" w:line="300" w:lineRule="auto"/>
        <w:jc w:val="left"/>
      </w:pPr>
      <w:r>
        <w:rPr>
          <w:rFonts w:ascii="Times New Roman" w:hAnsi="Times New Roman" w:eastAsia="宋体"/>
          <w:b w:val="0"/>
          <w:i w:val="0"/>
          <w:color w:val="333333"/>
          <w:sz w:val="19"/>
        </w:rPr>
        <w:t>= 127· 129.</w:t>
      </w:r>
    </w:p>
    <w:p>
      <w:pPr>
        <w:spacing w:before="0" w:after="80" w:line="300" w:lineRule="auto"/>
        <w:jc w:val="left"/>
      </w:pPr>
      <w:r>
        <w:rPr>
          <w:rFonts w:ascii="Times New Roman" w:hAnsi="Times New Roman" w:eastAsia="宋体"/>
          <w:b w:val="0"/>
          <w:i w:val="0"/>
          <w:color w:val="333333"/>
          <w:sz w:val="19"/>
        </w:rPr>
        <w:t>Since 129=3· 43, we get</w:t>
      </w:r>
    </w:p>
    <w:p>
      <w:pPr>
        <w:spacing w:before="0" w:after="80" w:line="300" w:lineRule="auto"/>
        <w:jc w:val="left"/>
      </w:pPr>
      <w:r>
        <w:rPr>
          <w:rFonts w:ascii="Times New Roman" w:hAnsi="Times New Roman" w:eastAsia="宋体"/>
          <w:b w:val="0"/>
          <w:i w:val="0"/>
          <w:color w:val="333333"/>
          <w:sz w:val="19"/>
        </w:rPr>
        <w:t>16383 = 3· 43· 127.</w:t>
      </w:r>
    </w:p>
    <w:p>
      <w:pPr>
        <w:spacing w:before="0" w:after="80" w:line="300" w:lineRule="auto"/>
        <w:jc w:val="left"/>
      </w:pPr>
      <w:r>
        <w:rPr>
          <w:rFonts w:ascii="Times New Roman" w:hAnsi="Times New Roman" w:eastAsia="宋体"/>
          <w:b w:val="0"/>
          <w:i w:val="0"/>
          <w:color w:val="333333"/>
          <w:sz w:val="19"/>
        </w:rPr>
        <w:t>Therefore, 127 is the largest prime factor, and the sum of its digits is 10.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设蓝骑士中有魔法的比例为 x，则红骑士中有魔法的比例为 2x。</w:t>
      </w:r>
    </w:p>
    <w:p>
      <w:pPr>
        <w:spacing w:before="0" w:after="80" w:line="300" w:lineRule="auto"/>
        <w:jc w:val="left"/>
      </w:pPr>
      <w:r>
        <w:rPr>
          <w:rFonts w:ascii="Times New Roman" w:hAnsi="Times New Roman" w:eastAsia="宋体"/>
          <w:b w:val="0"/>
          <w:i w:val="0"/>
          <w:sz w:val="21"/>
        </w:rPr>
        <w:t>总魔法比例为按红蓝人数加权的平均：</w:t>
      </w:r>
    </w:p>
    <w:p>
      <w:pPr>
        <w:spacing w:before="0" w:after="80" w:line="300" w:lineRule="auto"/>
        <w:jc w:val="left"/>
      </w:pPr>
      <w:r>
        <w:rPr>
          <w:rFonts w:ascii="Times New Roman" w:hAnsi="Times New Roman" w:eastAsia="宋体"/>
          <w:b w:val="0"/>
          <w:i w:val="0"/>
          <w:sz w:val="21"/>
        </w:rPr>
        <w:t>2/7(2x)+5/7(x)=1/6。</w:t>
      </w:r>
    </w:p>
    <w:p>
      <w:pPr>
        <w:spacing w:before="0" w:after="80" w:line="300" w:lineRule="auto"/>
        <w:jc w:val="left"/>
      </w:pPr>
      <w:r>
        <w:rPr>
          <w:rFonts w:ascii="Times New Roman" w:hAnsi="Times New Roman" w:eastAsia="宋体"/>
          <w:b w:val="0"/>
          <w:i w:val="0"/>
          <w:sz w:val="21"/>
        </w:rPr>
        <w:t>因此由 9/7x=1/6 得 x=7/54。红骑士中有魔法的比例为 2x=7/27。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fraction of blue knights who are magical. Then the fraction of red knights who are magical is 2x.</w:t>
      </w:r>
    </w:p>
    <w:p>
      <w:pPr>
        <w:spacing w:before="0" w:after="80" w:line="300" w:lineRule="auto"/>
        <w:jc w:val="left"/>
      </w:pPr>
      <w:r>
        <w:rPr>
          <w:rFonts w:ascii="Times New Roman" w:hAnsi="Times New Roman" w:eastAsia="宋体"/>
          <w:b w:val="0"/>
          <w:i w:val="0"/>
          <w:color w:val="333333"/>
          <w:sz w:val="19"/>
        </w:rPr>
        <w:t>The total magical fraction is a weighted average over the red and blue groups:</w:t>
      </w:r>
    </w:p>
    <w:p>
      <w:pPr>
        <w:spacing w:before="0" w:after="80" w:line="300" w:lineRule="auto"/>
        <w:jc w:val="left"/>
      </w:pPr>
      <w:r>
        <w:rPr>
          <w:rFonts w:ascii="Times New Roman" w:hAnsi="Times New Roman" w:eastAsia="宋体"/>
          <w:b w:val="0"/>
          <w:i w:val="0"/>
          <w:color w:val="333333"/>
          <w:sz w:val="19"/>
        </w:rPr>
        <w:t>2/7(2x)+5/7(x)=1/6.</w:t>
      </w:r>
    </w:p>
    <w:p>
      <w:pPr>
        <w:spacing w:before="0" w:after="80" w:line="300" w:lineRule="auto"/>
        <w:jc w:val="left"/>
      </w:pPr>
      <w:r>
        <w:rPr>
          <w:rFonts w:ascii="Times New Roman" w:hAnsi="Times New Roman" w:eastAsia="宋体"/>
          <w:b w:val="0"/>
          <w:i w:val="0"/>
          <w:color w:val="333333"/>
          <w:sz w:val="19"/>
        </w:rPr>
        <w:t>Thus 9/7x=1/6, so x=7/54. The red magical fraction is 2x=7/27.</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如果 Alice 抽到 1 或 40，她会知道谁的数字更大，因此她的数字不是 1 或 40。</w:t>
      </w:r>
    </w:p>
    <w:p>
      <w:pPr>
        <w:spacing w:before="0" w:after="80" w:line="300" w:lineRule="auto"/>
        <w:jc w:val="left"/>
      </w:pPr>
      <w:r>
        <w:rPr>
          <w:rFonts w:ascii="Times New Roman" w:hAnsi="Times New Roman" w:eastAsia="宋体"/>
          <w:b w:val="0"/>
          <w:i w:val="0"/>
          <w:sz w:val="21"/>
        </w:rPr>
        <w:t>Bob 由此知道 Alice 的数字不是端点。此时只有当 Bob 的数字属于 1,2,39 或 40 时，他才能判断大小。又因为他的数字是质数，所以只能是 2。</w:t>
      </w:r>
    </w:p>
    <w:p>
      <w:pPr>
        <w:spacing w:before="0" w:after="80" w:line="300" w:lineRule="auto"/>
        <w:jc w:val="left"/>
      </w:pPr>
      <w:r>
        <w:rPr>
          <w:rFonts w:ascii="Times New Roman" w:hAnsi="Times New Roman" w:eastAsia="宋体"/>
          <w:b w:val="0"/>
          <w:i w:val="0"/>
          <w:sz w:val="21"/>
        </w:rPr>
        <w:t>现在 100·2 加上 Alice 的数字是介于 201 和 240 之间的平方数。唯一可能是 225，所以 Alice 的数字为 25，两数之和为 2+25=27。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Alice had drawn 1 or 40, she would know who had the larger number. Her first statement tells Bob that Alice has neither 1 nor 40.</w:t>
      </w:r>
    </w:p>
    <w:p>
      <w:pPr>
        <w:spacing w:before="0" w:after="80" w:line="300" w:lineRule="auto"/>
        <w:jc w:val="left"/>
      </w:pPr>
      <w:r>
        <w:rPr>
          <w:rFonts w:ascii="Times New Roman" w:hAnsi="Times New Roman" w:eastAsia="宋体"/>
          <w:b w:val="0"/>
          <w:i w:val="0"/>
          <w:color w:val="333333"/>
          <w:sz w:val="19"/>
        </w:rPr>
        <w:t>Bob can then know who has the larger number only if his number is 1,2,39, or 40. Since Bob says his number is prime, his number must be 2.</w:t>
      </w:r>
    </w:p>
    <w:p>
      <w:pPr>
        <w:spacing w:before="0" w:after="80" w:line="300" w:lineRule="auto"/>
        <w:jc w:val="left"/>
      </w:pPr>
      <w:r>
        <w:rPr>
          <w:rFonts w:ascii="Times New Roman" w:hAnsi="Times New Roman" w:eastAsia="宋体"/>
          <w:b w:val="0"/>
          <w:i w:val="0"/>
          <w:color w:val="333333"/>
          <w:sz w:val="19"/>
        </w:rPr>
        <w:t>Now 100·2 plus Alice’s number is a square between 201 and 240. The only square in that interval is 225, so Alice’s number is 25. The sum is 2+25=27.</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原圆由正六边形和 6 个相同的圆弓形组成。将每条小弧关于对应边反射后，这 6 个圆弓形都移到六边形内部。</w:t>
      </w:r>
    </w:p>
    <w:p>
      <w:pPr>
        <w:spacing w:before="0" w:after="80" w:line="300" w:lineRule="auto"/>
        <w:jc w:val="left"/>
      </w:pPr>
      <w:r>
        <w:rPr>
          <w:rFonts w:ascii="Times New Roman" w:hAnsi="Times New Roman" w:eastAsia="宋体"/>
          <w:b w:val="0"/>
          <w:i w:val="0"/>
          <w:sz w:val="21"/>
        </w:rPr>
        <w:t>因此原圆面积与反射弧围成区域面积的平均数等于正六边形面积。正六边形面积为 6·(√(3))/4=(3√(3))/2，原圆半径为 1，所以面积为 π。</w:t>
      </w:r>
    </w:p>
    <w:p>
      <w:pPr>
        <w:spacing w:before="0" w:after="80" w:line="300" w:lineRule="auto"/>
        <w:jc w:val="left"/>
      </w:pPr>
      <w:r>
        <w:rPr>
          <w:rFonts w:ascii="Times New Roman" w:hAnsi="Times New Roman" w:eastAsia="宋体"/>
          <w:b w:val="0"/>
          <w:i w:val="0"/>
          <w:sz w:val="21"/>
        </w:rPr>
        <w:t>设所求面积为 A，则 A+π/2=(3√(3))/2，所以 A=3√(3)-π。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circle is made from the regular hexagon plus 6 equal circular segments. Reflecting each minor arc over its side puts those same 6 segments inside the hexagon instead.</w:t>
      </w:r>
    </w:p>
    <w:p>
      <w:pPr>
        <w:spacing w:before="0" w:after="80" w:line="300" w:lineRule="auto"/>
        <w:jc w:val="left"/>
      </w:pPr>
      <w:r>
        <w:rPr>
          <w:rFonts w:ascii="Times New Roman" w:hAnsi="Times New Roman" w:eastAsia="宋体"/>
          <w:b w:val="0"/>
          <w:i w:val="0"/>
          <w:color w:val="333333"/>
          <w:sz w:val="19"/>
        </w:rPr>
        <w:t>Therefore the average of the circle’s area and the reflected-arc region’s area is the area of the regular hexagon. The hexagon has area 6·(√(3))/4=(3√(3))/2, and the circle has radius 1, so its area is π.</w:t>
      </w:r>
    </w:p>
    <w:p>
      <w:pPr>
        <w:spacing w:before="0" w:after="80" w:line="300" w:lineRule="auto"/>
        <w:jc w:val="left"/>
      </w:pPr>
      <w:r>
        <w:rPr>
          <w:rFonts w:ascii="Times New Roman" w:hAnsi="Times New Roman" w:eastAsia="宋体"/>
          <w:b w:val="0"/>
          <w:i w:val="0"/>
          <w:color w:val="333333"/>
          <w:sz w:val="19"/>
        </w:rPr>
        <w:t>If the desired area is A, then A+π/2=(3√(3))/2, so A=3√(3)-π.</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设 E=x(x-y)+y(y-z) +z(z-x)。展开得</w:t>
      </w:r>
    </w:p>
    <w:p>
      <w:pPr>
        <w:spacing w:before="0" w:after="80" w:line="300" w:lineRule="auto"/>
        <w:jc w:val="left"/>
      </w:pPr>
      <w:r>
        <w:rPr>
          <w:rFonts w:ascii="Times New Roman" w:hAnsi="Times New Roman" w:eastAsia="宋体"/>
          <w:b w:val="0"/>
          <w:i w:val="0"/>
          <w:sz w:val="21"/>
        </w:rPr>
        <w:t>2E=(x-y)²+(y-z)²</w:t>
      </w:r>
    </w:p>
    <w:p>
      <w:pPr>
        <w:spacing w:before="0" w:after="80" w:line="300" w:lineRule="auto"/>
        <w:jc w:val="left"/>
      </w:pPr>
      <w:r>
        <w:rPr>
          <w:rFonts w:ascii="Times New Roman" w:hAnsi="Times New Roman" w:eastAsia="宋体"/>
          <w:b w:val="0"/>
          <w:i w:val="0"/>
          <w:sz w:val="21"/>
        </w:rPr>
        <w:t>+(z-x)²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要使值为 1，三个非负平方项的和必须为 2。因为 x,y,z 是整数，这三个平方项只能是 1,1,0。</w:t>
      </w:r>
    </w:p>
    <w:p>
      <w:pPr>
        <w:spacing w:before="0" w:after="80" w:line="300" w:lineRule="auto"/>
        <w:jc w:val="left"/>
      </w:pPr>
      <w:r>
        <w:rPr>
          <w:rFonts w:ascii="Times New Roman" w:hAnsi="Times New Roman" w:eastAsia="宋体"/>
          <w:b w:val="0"/>
          <w:i w:val="0"/>
          <w:sz w:val="21"/>
        </w:rPr>
        <w:t>因此两个变量必须相等，第三个变量与它们相差 1。条件 x=z 且 y-1=x 正好保证这一点。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E=x(x-y)+y(y-z) +z(z-x). Expanding gives</w:t>
      </w:r>
    </w:p>
    <w:p>
      <w:pPr>
        <w:spacing w:before="0" w:after="80" w:line="300" w:lineRule="auto"/>
        <w:jc w:val="left"/>
      </w:pPr>
      <w:r>
        <w:rPr>
          <w:rFonts w:ascii="Times New Roman" w:hAnsi="Times New Roman" w:eastAsia="宋体"/>
          <w:b w:val="0"/>
          <w:i w:val="0"/>
          <w:color w:val="333333"/>
          <w:sz w:val="19"/>
        </w:rPr>
        <w:t>2E=(x-y)²+(y-z)²</w:t>
      </w:r>
    </w:p>
    <w:p>
      <w:pPr>
        <w:spacing w:before="0" w:after="80" w:line="300" w:lineRule="auto"/>
        <w:jc w:val="left"/>
      </w:pPr>
      <w:r>
        <w:rPr>
          <w:rFonts w:ascii="Times New Roman" w:hAnsi="Times New Roman" w:eastAsia="宋体"/>
          <w:b w:val="0"/>
          <w:i w:val="0"/>
          <w:color w:val="333333"/>
          <w:sz w:val="19"/>
        </w:rPr>
        <w:t>+(z-x)².</w:t>
      </w:r>
    </w:p>
    <w:p>
      <w:pPr>
        <w:spacing w:before="0" w:after="80" w:line="300" w:lineRule="auto"/>
        <w:jc w:val="left"/>
      </w:pPr>
      <w:r>
        <w:rPr>
          <w:rFonts w:ascii="Times New Roman" w:hAnsi="Times New Roman" w:eastAsia="宋体"/>
          <w:b w:val="0"/>
          <w:i w:val="0"/>
          <w:color w:val="333333"/>
          <w:sz w:val="19"/>
        </w:rPr>
        <w:t>For the value to be 1, the three nonnegative square terms must sum to 2. Since x,y,z are integers, this means the squared differences are 1,1,0.</w:t>
      </w:r>
    </w:p>
    <w:p>
      <w:pPr>
        <w:spacing w:before="0" w:after="80" w:line="300" w:lineRule="auto"/>
        <w:jc w:val="left"/>
      </w:pPr>
      <w:r>
        <w:rPr>
          <w:rFonts w:ascii="Times New Roman" w:hAnsi="Times New Roman" w:eastAsia="宋体"/>
          <w:b w:val="0"/>
          <w:i w:val="0"/>
          <w:color w:val="333333"/>
          <w:sz w:val="19"/>
        </w:rPr>
        <w:t>Thus two of the variables must be equal, and the third must differ from them by 1. The condition x=z and y-1=x guarantees exactly that.</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设等腰三角形的高为 H，底为 B。由相似性，三角形内水平方向的宽度与到顶点的距离成正比。</w:t>
      </w:r>
    </w:p>
    <w:p>
      <w:pPr>
        <w:spacing w:before="0" w:after="80" w:line="300" w:lineRule="auto"/>
        <w:jc w:val="left"/>
      </w:pPr>
      <w:r>
        <w:rPr>
          <w:rFonts w:ascii="Times New Roman" w:hAnsi="Times New Roman" w:eastAsia="宋体"/>
          <w:b w:val="0"/>
          <w:i w:val="0"/>
          <w:sz w:val="21"/>
        </w:rPr>
        <w:t>大正方形的上边长为 3，距顶点 H-3。小正方形的上边长为 2，距顶点 H-5。因此</w:t>
      </w:r>
    </w:p>
    <w:p>
      <w:pPr>
        <w:spacing w:before="0" w:after="80" w:line="300" w:lineRule="auto"/>
        <w:jc w:val="left"/>
      </w:pPr>
      <w:r>
        <w:rPr>
          <w:rFonts w:ascii="Times New Roman" w:hAnsi="Times New Roman" w:eastAsia="宋体"/>
          <w:b w:val="0"/>
          <w:i w:val="0"/>
          <w:sz w:val="21"/>
        </w:rPr>
        <w:t>3/H-3=2/H-5。</w:t>
      </w:r>
    </w:p>
    <w:p>
      <w:pPr>
        <w:spacing w:before="0" w:after="80" w:line="300" w:lineRule="auto"/>
        <w:jc w:val="left"/>
      </w:pPr>
      <w:r>
        <w:rPr>
          <w:rFonts w:ascii="Times New Roman" w:hAnsi="Times New Roman" w:eastAsia="宋体"/>
          <w:b w:val="0"/>
          <w:i w:val="0"/>
          <w:sz w:val="21"/>
        </w:rPr>
        <w:t>解得 H=9。又 B/H=3/H-3，所以 B=9/2。面积为 1/2·9/2·9=81/4=201/4。</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isosceles triangle have height H and base B. By similarity, horizontal widths in the triangle are proportional to distance from the top vertex.</w:t>
      </w:r>
    </w:p>
    <w:p>
      <w:pPr>
        <w:spacing w:before="0" w:after="80" w:line="300" w:lineRule="auto"/>
        <w:jc w:val="left"/>
      </w:pPr>
      <w:r>
        <w:rPr>
          <w:rFonts w:ascii="Times New Roman" w:hAnsi="Times New Roman" w:eastAsia="宋体"/>
          <w:b w:val="0"/>
          <w:i w:val="0"/>
          <w:color w:val="333333"/>
          <w:sz w:val="19"/>
        </w:rPr>
        <w:t>The top side of the larger square has width 3 and is H-3 units from the top. The top side of the smaller square has width 2 and is H-5 units from the top. Hence</w:t>
      </w:r>
    </w:p>
    <w:p>
      <w:pPr>
        <w:spacing w:before="0" w:after="80" w:line="300" w:lineRule="auto"/>
        <w:jc w:val="left"/>
      </w:pPr>
      <w:r>
        <w:rPr>
          <w:rFonts w:ascii="Times New Roman" w:hAnsi="Times New Roman" w:eastAsia="宋体"/>
          <w:b w:val="0"/>
          <w:i w:val="0"/>
          <w:color w:val="333333"/>
          <w:sz w:val="19"/>
        </w:rPr>
        <w:t>3/H-3=2/H-5.</w:t>
      </w:r>
    </w:p>
    <w:p>
      <w:pPr>
        <w:spacing w:before="0" w:after="80" w:line="300" w:lineRule="auto"/>
        <w:jc w:val="left"/>
      </w:pPr>
      <w:r>
        <w:rPr>
          <w:rFonts w:ascii="Times New Roman" w:hAnsi="Times New Roman" w:eastAsia="宋体"/>
          <w:b w:val="0"/>
          <w:i w:val="0"/>
          <w:color w:val="333333"/>
          <w:sz w:val="19"/>
        </w:rPr>
        <w:t>Solving gives H=9. Also B/H=3/H-3, so B=9/2. The area is 1/2·9/2·9=81/4=201/4.</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计算补事件，也就是乘积不能被 4 整除。这发生在乘积中没有因子 2，或恰好有一个因子 2 时。</w:t>
      </w:r>
    </w:p>
    <w:p>
      <w:pPr>
        <w:spacing w:before="0" w:after="80" w:line="300" w:lineRule="auto"/>
        <w:jc w:val="left"/>
      </w:pPr>
      <w:r>
        <w:rPr>
          <w:rFonts w:ascii="Times New Roman" w:hAnsi="Times New Roman" w:eastAsia="宋体"/>
          <w:b w:val="0"/>
          <w:i w:val="0"/>
          <w:sz w:val="21"/>
        </w:rPr>
        <w:t>六个骰子全为奇数的概率为 (1/2)⁶=1/64。恰好有一个因子 2，意味着唯一一个骰子掷出 2 或 6，其余五个为奇数，概率为</w:t>
      </w:r>
    </w:p>
    <w:p>
      <w:pPr>
        <w:spacing w:before="0" w:after="80" w:line="300" w:lineRule="auto"/>
        <w:jc w:val="left"/>
      </w:pPr>
      <w:r>
        <w:rPr>
          <w:rFonts w:ascii="Times New Roman" w:hAnsi="Times New Roman" w:eastAsia="宋体"/>
          <w:b w:val="0"/>
          <w:i w:val="0"/>
          <w:sz w:val="21"/>
        </w:rPr>
        <w:t>6·2/6·(1/2)⁵=4/64。</w:t>
      </w:r>
    </w:p>
    <w:p>
      <w:pPr>
        <w:spacing w:before="0" w:after="80" w:line="300" w:lineRule="auto"/>
        <w:jc w:val="left"/>
      </w:pPr>
      <w:r>
        <w:rPr>
          <w:rFonts w:ascii="Times New Roman" w:hAnsi="Times New Roman" w:eastAsia="宋体"/>
          <w:b w:val="0"/>
          <w:i w:val="0"/>
          <w:sz w:val="21"/>
        </w:rPr>
        <w:t>补事件的概率为 5/64，所以所求概率为 1-5/64=59/64。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Count the complement, where the product is not divisible by 4. This happens if the product has no factor of 2, or exactly one factor of 2.</w:t>
      </w:r>
    </w:p>
    <w:p>
      <w:pPr>
        <w:spacing w:before="0" w:after="80" w:line="300" w:lineRule="auto"/>
        <w:jc w:val="left"/>
      </w:pPr>
      <w:r>
        <w:rPr>
          <w:rFonts w:ascii="Times New Roman" w:hAnsi="Times New Roman" w:eastAsia="宋体"/>
          <w:b w:val="0"/>
          <w:i w:val="0"/>
          <w:color w:val="333333"/>
          <w:sz w:val="19"/>
        </w:rPr>
        <w:t>All dice odd has probability (1/2)⁶=1/64. Exactly one factor of 2 means exactly one die is 2 or 6, and the other five dice are odd. This has probability</w:t>
      </w:r>
    </w:p>
    <w:p>
      <w:pPr>
        <w:spacing w:before="0" w:after="80" w:line="300" w:lineRule="auto"/>
        <w:jc w:val="left"/>
      </w:pPr>
      <w:r>
        <w:rPr>
          <w:rFonts w:ascii="Times New Roman" w:hAnsi="Times New Roman" w:eastAsia="宋体"/>
          <w:b w:val="0"/>
          <w:i w:val="0"/>
          <w:color w:val="333333"/>
          <w:sz w:val="19"/>
        </w:rPr>
        <w:t>6·2/6·(1/2)⁵=4/64.</w:t>
      </w:r>
    </w:p>
    <w:p>
      <w:pPr>
        <w:spacing w:before="0" w:after="80" w:line="300" w:lineRule="auto"/>
        <w:jc w:val="left"/>
      </w:pPr>
      <w:r>
        <w:rPr>
          <w:rFonts w:ascii="Times New Roman" w:hAnsi="Times New Roman" w:eastAsia="宋体"/>
          <w:b w:val="0"/>
          <w:i w:val="0"/>
          <w:color w:val="333333"/>
          <w:sz w:val="19"/>
        </w:rPr>
        <w:t>The complement has probability 5/64, so the desired probability is 1-5/64=59/64.</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因为 BR=6、PR=7，所以 BP=13。由正方形中的对应直角三角形可得 △ PAB≅△ QBC，于是 CQ=BP=13。</w:t>
      </w:r>
    </w:p>
    <w:p>
      <w:pPr>
        <w:spacing w:before="0" w:after="80" w:line="300" w:lineRule="auto"/>
        <w:jc w:val="left"/>
      </w:pPr>
      <w:r>
        <w:rPr>
          <w:rFonts w:ascii="Times New Roman" w:hAnsi="Times New Roman" w:eastAsia="宋体"/>
          <w:b w:val="0"/>
          <w:i w:val="0"/>
          <w:sz w:val="21"/>
        </w:rPr>
        <w:t>因为 BP⊥ CQ，点 R 是从 B 向直角三角形 BQC 的斜边 CQ 所作高的垂足。因此</w:t>
      </w:r>
    </w:p>
    <w:p>
      <w:pPr>
        <w:spacing w:before="0" w:after="80" w:line="300" w:lineRule="auto"/>
        <w:jc w:val="left"/>
      </w:pPr>
      <w:r>
        <w:rPr>
          <w:rFonts w:ascii="Times New Roman" w:hAnsi="Times New Roman" w:eastAsia="宋体"/>
          <w:b w:val="0"/>
          <w:i w:val="0"/>
          <w:sz w:val="21"/>
        </w:rPr>
        <w:t>QR· RC=BR²=36</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QR+RC=CQ=13。</w:t>
      </w:r>
    </w:p>
    <w:p>
      <w:pPr>
        <w:spacing w:before="0" w:after="80" w:line="300" w:lineRule="auto"/>
        <w:jc w:val="left"/>
      </w:pPr>
      <w:r>
        <w:rPr>
          <w:rFonts w:ascii="Times New Roman" w:hAnsi="Times New Roman" w:eastAsia="宋体"/>
          <w:b w:val="0"/>
          <w:i w:val="0"/>
          <w:sz w:val="21"/>
        </w:rPr>
        <w:t>于是 QR 与 RC 是 4 和 9。因为 P 在 AD 上，所以 AP≤ AB。由全等可得 BQ=AP，而直角三角形的射影定理给出 BQ²=CQ· QR 和 BC²=CQ· RC。因此 QR≤ RC，从而 QR=4，RC=9。于是</w:t>
      </w:r>
    </w:p>
    <w:p>
      <w:pPr>
        <w:spacing w:before="0" w:after="80" w:line="300" w:lineRule="auto"/>
        <w:jc w:val="left"/>
      </w:pPr>
      <w:r>
        <w:rPr>
          <w:rFonts w:ascii="Times New Roman" w:hAnsi="Times New Roman" w:eastAsia="宋体"/>
          <w:b w:val="0"/>
          <w:i w:val="0"/>
          <w:sz w:val="21"/>
        </w:rPr>
        <w:t>BC²=BR²+RC²</w:t>
      </w:r>
    </w:p>
    <w:p>
      <w:pPr>
        <w:spacing w:before="0" w:after="80" w:line="300" w:lineRule="auto"/>
        <w:jc w:val="left"/>
      </w:pPr>
      <w:r>
        <w:rPr>
          <w:rFonts w:ascii="Times New Roman" w:hAnsi="Times New Roman" w:eastAsia="宋体"/>
          <w:b w:val="0"/>
          <w:i w:val="0"/>
          <w:sz w:val="21"/>
        </w:rPr>
        <w:t>=6²+9²</w:t>
      </w:r>
    </w:p>
    <w:p>
      <w:pPr>
        <w:spacing w:before="0" w:after="80" w:line="300" w:lineRule="auto"/>
        <w:jc w:val="left"/>
      </w:pPr>
      <w:r>
        <w:rPr>
          <w:rFonts w:ascii="Times New Roman" w:hAnsi="Times New Roman" w:eastAsia="宋体"/>
          <w:b w:val="0"/>
          <w:i w:val="0"/>
          <w:sz w:val="21"/>
        </w:rPr>
        <w:t>=117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正方形面积为 117。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BR=6 and PR=7, we have BP=13. The right-angle and square-angle chasing gives △ PAB≅△ QBC, so CQ=BP=13.</w:t>
      </w:r>
    </w:p>
    <w:p>
      <w:pPr>
        <w:spacing w:before="0" w:after="80" w:line="300" w:lineRule="auto"/>
        <w:jc w:val="left"/>
      </w:pPr>
      <w:r>
        <w:rPr>
          <w:rFonts w:ascii="Times New Roman" w:hAnsi="Times New Roman" w:eastAsia="宋体"/>
          <w:b w:val="0"/>
          <w:i w:val="0"/>
          <w:color w:val="333333"/>
          <w:sz w:val="19"/>
        </w:rPr>
        <w:t>Because BP⊥ CQ, point R is the foot of the altitude from B to the hypotenuse CQ of right triangle BQC. Thus</w:t>
      </w:r>
    </w:p>
    <w:p>
      <w:pPr>
        <w:spacing w:before="0" w:after="80" w:line="300" w:lineRule="auto"/>
        <w:jc w:val="left"/>
      </w:pPr>
      <w:r>
        <w:rPr>
          <w:rFonts w:ascii="Times New Roman" w:hAnsi="Times New Roman" w:eastAsia="宋体"/>
          <w:b w:val="0"/>
          <w:i w:val="0"/>
          <w:color w:val="333333"/>
          <w:sz w:val="19"/>
        </w:rPr>
        <w:t>QR· RC=BR²=36</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QR+RC=CQ=13.</w:t>
      </w:r>
    </w:p>
    <w:p>
      <w:pPr>
        <w:spacing w:before="0" w:after="80" w:line="300" w:lineRule="auto"/>
        <w:jc w:val="left"/>
      </w:pPr>
      <w:r>
        <w:rPr>
          <w:rFonts w:ascii="Times New Roman" w:hAnsi="Times New Roman" w:eastAsia="宋体"/>
          <w:b w:val="0"/>
          <w:i w:val="0"/>
          <w:color w:val="333333"/>
          <w:sz w:val="19"/>
        </w:rPr>
        <w:t>So QR and RC are 4 and 9. Because P lies on AD, we have AP≤ AB. Congruence gives BQ=AP, while the right-triangle projection formulas give BQ²=CQ· QR and BC²=CQ· RC. Hence QR≤ RC, so QR=4 and RC=9. Therefore,</w:t>
      </w:r>
    </w:p>
    <w:p>
      <w:pPr>
        <w:spacing w:before="0" w:after="80" w:line="300" w:lineRule="auto"/>
        <w:jc w:val="left"/>
      </w:pPr>
      <w:r>
        <w:rPr>
          <w:rFonts w:ascii="Times New Roman" w:hAnsi="Times New Roman" w:eastAsia="宋体"/>
          <w:b w:val="0"/>
          <w:i w:val="0"/>
          <w:color w:val="333333"/>
          <w:sz w:val="19"/>
        </w:rPr>
        <w:t>BC²=BR²+RC²</w:t>
      </w:r>
    </w:p>
    <w:p>
      <w:pPr>
        <w:spacing w:before="0" w:after="80" w:line="300" w:lineRule="auto"/>
        <w:jc w:val="left"/>
      </w:pPr>
      <w:r>
        <w:rPr>
          <w:rFonts w:ascii="Times New Roman" w:hAnsi="Times New Roman" w:eastAsia="宋体"/>
          <w:b w:val="0"/>
          <w:i w:val="0"/>
          <w:color w:val="333333"/>
          <w:sz w:val="19"/>
        </w:rPr>
        <w:t>=6²+9²</w:t>
      </w:r>
    </w:p>
    <w:p>
      <w:pPr>
        <w:spacing w:before="0" w:after="80" w:line="300" w:lineRule="auto"/>
        <w:jc w:val="left"/>
      </w:pPr>
      <w:r>
        <w:rPr>
          <w:rFonts w:ascii="Times New Roman" w:hAnsi="Times New Roman" w:eastAsia="宋体"/>
          <w:b w:val="0"/>
          <w:i w:val="0"/>
          <w:color w:val="333333"/>
          <w:sz w:val="19"/>
        </w:rPr>
        <w:t>=117.</w:t>
      </w:r>
    </w:p>
    <w:p>
      <w:pPr>
        <w:spacing w:before="0" w:after="80" w:line="300" w:lineRule="auto"/>
        <w:jc w:val="left"/>
      </w:pPr>
      <w:r>
        <w:rPr>
          <w:rFonts w:ascii="Times New Roman" w:hAnsi="Times New Roman" w:eastAsia="宋体"/>
          <w:b w:val="0"/>
          <w:i w:val="0"/>
          <w:color w:val="333333"/>
          <w:sz w:val="19"/>
        </w:rPr>
        <w:t>The area of the square is 117.</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Chris 选定一对相邻球后，Silva 有 5 对相邻球可等可能选择。</w:t>
      </w:r>
    </w:p>
    <w:p>
      <w:pPr>
        <w:spacing w:before="0" w:after="80" w:line="300" w:lineRule="auto"/>
        <w:jc w:val="left"/>
      </w:pPr>
      <w:r>
        <w:rPr>
          <w:rFonts w:ascii="Times New Roman" w:hAnsi="Times New Roman" w:eastAsia="宋体"/>
          <w:b w:val="0"/>
          <w:i w:val="0"/>
          <w:sz w:val="21"/>
        </w:rPr>
        <w:t>如果 Silva 选择同一对，则所有 5 个球都回到原位，概率为 1/5。</w:t>
      </w:r>
    </w:p>
    <w:p>
      <w:pPr>
        <w:spacing w:before="0" w:after="80" w:line="300" w:lineRule="auto"/>
        <w:jc w:val="left"/>
      </w:pPr>
      <w:r>
        <w:rPr>
          <w:rFonts w:ascii="Times New Roman" w:hAnsi="Times New Roman" w:eastAsia="宋体"/>
          <w:b w:val="0"/>
          <w:i w:val="0"/>
          <w:sz w:val="21"/>
        </w:rPr>
        <w:t>如果 Silva 选择与 Chris 的那对恰好共享一个球的相邻对，则有 2 个球在原位。这样的对有 2 个，所以概率为 2/5。</w:t>
      </w:r>
    </w:p>
    <w:p>
      <w:pPr>
        <w:spacing w:before="0" w:after="80" w:line="300" w:lineRule="auto"/>
        <w:jc w:val="left"/>
      </w:pPr>
      <w:r>
        <w:rPr>
          <w:rFonts w:ascii="Times New Roman" w:hAnsi="Times New Roman" w:eastAsia="宋体"/>
          <w:b w:val="0"/>
          <w:i w:val="0"/>
          <w:sz w:val="21"/>
        </w:rPr>
        <w:t>如果 Silva 选择与 Chris 的那对不相交的相邻对，则有 1 个球在原位。概率同样为 2/5。</w:t>
      </w:r>
    </w:p>
    <w:p>
      <w:pPr>
        <w:spacing w:before="0" w:after="80" w:line="300" w:lineRule="auto"/>
        <w:jc w:val="left"/>
      </w:pPr>
      <w:r>
        <w:rPr>
          <w:rFonts w:ascii="Times New Roman" w:hAnsi="Times New Roman" w:eastAsia="宋体"/>
          <w:b w:val="0"/>
          <w:i w:val="0"/>
          <w:sz w:val="21"/>
        </w:rPr>
        <w:t>期望为</w:t>
      </w:r>
    </w:p>
    <w:p>
      <w:pPr>
        <w:spacing w:before="0" w:after="80" w:line="300" w:lineRule="auto"/>
        <w:jc w:val="left"/>
      </w:pPr>
      <w:r>
        <w:rPr>
          <w:rFonts w:ascii="Times New Roman" w:hAnsi="Times New Roman" w:eastAsia="宋体"/>
          <w:b w:val="0"/>
          <w:i w:val="0"/>
          <w:sz w:val="21"/>
        </w:rPr>
        <w:t>5·1/5+2·2/5+1·2/5=11/5</w:t>
      </w:r>
    </w:p>
    <w:p>
      <w:pPr>
        <w:spacing w:before="0" w:after="80" w:line="300" w:lineRule="auto"/>
        <w:jc w:val="left"/>
      </w:pPr>
      <w:r>
        <w:rPr>
          <w:rFonts w:ascii="Times New Roman" w:hAnsi="Times New Roman" w:eastAsia="宋体"/>
          <w:b w:val="0"/>
          <w:i w:val="0"/>
          <w:sz w:val="21"/>
        </w:rPr>
        <w:t>=2.2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Chris chooses an adjacent pair, Silva has 5 equally likely adjacent pairs to choose.</w:t>
      </w:r>
    </w:p>
    <w:p>
      <w:pPr>
        <w:spacing w:before="0" w:after="80" w:line="300" w:lineRule="auto"/>
        <w:jc w:val="left"/>
      </w:pPr>
      <w:r>
        <w:rPr>
          <w:rFonts w:ascii="Times New Roman" w:hAnsi="Times New Roman" w:eastAsia="宋体"/>
          <w:b w:val="0"/>
          <w:i w:val="0"/>
          <w:color w:val="333333"/>
          <w:sz w:val="19"/>
        </w:rPr>
        <w:t>If Silva chooses the same pair, all 5 balls return to their original positions. This has probability 1/5.</w:t>
      </w:r>
    </w:p>
    <w:p>
      <w:pPr>
        <w:spacing w:before="0" w:after="80" w:line="300" w:lineRule="auto"/>
        <w:jc w:val="left"/>
      </w:pPr>
      <w:r>
        <w:rPr>
          <w:rFonts w:ascii="Times New Roman" w:hAnsi="Times New Roman" w:eastAsia="宋体"/>
          <w:b w:val="0"/>
          <w:i w:val="0"/>
          <w:color w:val="333333"/>
          <w:sz w:val="19"/>
        </w:rPr>
        <w:t>If Silva chooses a pair sharing exactly one ball with Chris’s pair, then 2 balls are in their original positions. There are 2 such pairs, so this has probability 2/5.</w:t>
      </w:r>
    </w:p>
    <w:p>
      <w:pPr>
        <w:spacing w:before="0" w:after="80" w:line="300" w:lineRule="auto"/>
        <w:jc w:val="left"/>
      </w:pPr>
      <w:r>
        <w:rPr>
          <w:rFonts w:ascii="Times New Roman" w:hAnsi="Times New Roman" w:eastAsia="宋体"/>
          <w:b w:val="0"/>
          <w:i w:val="0"/>
          <w:color w:val="333333"/>
          <w:sz w:val="19"/>
        </w:rPr>
        <w:t>If Silva chooses a disjoint adjacent pair, then 1 ball is in its original position. This also has probability 2/5.</w:t>
      </w:r>
    </w:p>
    <w:p>
      <w:pPr>
        <w:spacing w:before="0" w:after="80" w:line="300" w:lineRule="auto"/>
        <w:jc w:val="left"/>
      </w:pPr>
      <w:r>
        <w:rPr>
          <w:rFonts w:ascii="Times New Roman" w:hAnsi="Times New Roman" w:eastAsia="宋体"/>
          <w:b w:val="0"/>
          <w:i w:val="0"/>
          <w:color w:val="333333"/>
          <w:sz w:val="19"/>
        </w:rPr>
        <w:t>The expected number is</w:t>
      </w:r>
    </w:p>
    <w:p>
      <w:pPr>
        <w:spacing w:before="0" w:after="80" w:line="300" w:lineRule="auto"/>
        <w:jc w:val="left"/>
      </w:pPr>
      <w:r>
        <w:rPr>
          <w:rFonts w:ascii="Times New Roman" w:hAnsi="Times New Roman" w:eastAsia="宋体"/>
          <w:b w:val="0"/>
          <w:i w:val="0"/>
          <w:color w:val="333333"/>
          <w:sz w:val="19"/>
        </w:rPr>
        <w:t>5·1/5+2·2/5+1·2/5=11/5</w:t>
      </w:r>
    </w:p>
    <w:p>
      <w:pPr>
        <w:spacing w:before="0" w:after="80" w:line="300" w:lineRule="auto"/>
        <w:jc w:val="left"/>
      </w:pPr>
      <w:r>
        <w:rPr>
          <w:rFonts w:ascii="Times New Roman" w:hAnsi="Times New Roman" w:eastAsia="宋体"/>
          <w:b w:val="0"/>
          <w:i w:val="0"/>
          <w:color w:val="333333"/>
          <w:sz w:val="19"/>
        </w:rPr>
        <w:t>=2.2.</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两次关于过原点直线的反射，等价于旋转两倍的有向夹角，从第一条反射线转到第二条反射线。</w:t>
      </w:r>
    </w:p>
    <w:p>
      <w:pPr>
        <w:spacing w:before="0" w:after="80" w:line="300" w:lineRule="auto"/>
        <w:jc w:val="left"/>
      </w:pPr>
      <w:r>
        <w:rPr>
          <w:rFonts w:ascii="Times New Roman" w:hAnsi="Times New Roman" w:eastAsia="宋体"/>
          <w:b w:val="0"/>
          <w:i w:val="0"/>
          <w:sz w:val="21"/>
        </w:rPr>
        <w:t>点 (-1,4) 被送到 (4,1)，这是顺时针 90° 的旋转。因此直线 m 是将第一条反射线顺时针旋转 45° 后得到的，而第一条反射线就是 ell。</w:t>
      </w:r>
    </w:p>
    <w:p>
      <w:pPr>
        <w:spacing w:before="0" w:after="80" w:line="300" w:lineRule="auto"/>
        <w:jc w:val="left"/>
      </w:pPr>
      <w:r>
        <w:rPr>
          <w:rFonts w:ascii="Times New Roman" w:hAnsi="Times New Roman" w:eastAsia="宋体"/>
          <w:b w:val="0"/>
          <w:i w:val="0"/>
          <w:sz w:val="21"/>
        </w:rPr>
        <w:t>直线 ell 的斜率为 5。若 θₘ=θₑₗₗ-45°，则</w:t>
      </w:r>
    </w:p>
    <w:p>
      <w:pPr>
        <w:spacing w:before="0" w:after="80" w:line="300" w:lineRule="auto"/>
        <w:jc w:val="left"/>
      </w:pPr>
      <w:r>
        <w:rPr>
          <w:rFonts w:ascii="Times New Roman" w:hAnsi="Times New Roman" w:eastAsia="宋体"/>
          <w:b w:val="0"/>
          <w:i w:val="0"/>
          <w:sz w:val="21"/>
        </w:rPr>
        <w:t>tanθₘ=5-1/1+5=2/3。</w:t>
      </w:r>
    </w:p>
    <w:p>
      <w:pPr>
        <w:spacing w:before="0" w:after="80" w:line="300" w:lineRule="auto"/>
        <w:jc w:val="left"/>
      </w:pPr>
      <w:r>
        <w:rPr>
          <w:rFonts w:ascii="Times New Roman" w:hAnsi="Times New Roman" w:eastAsia="宋体"/>
          <w:b w:val="0"/>
          <w:i w:val="0"/>
          <w:sz w:val="21"/>
        </w:rPr>
        <w:t>所以直线 m 为 y=2/3x，即 2x-3y=0。</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reflections across lines through the origin are equivalent to a rotation by twice the angle from the first reflecting line to the second.</w:t>
      </w:r>
    </w:p>
    <w:p>
      <w:pPr>
        <w:spacing w:before="0" w:after="80" w:line="300" w:lineRule="auto"/>
        <w:jc w:val="left"/>
      </w:pPr>
      <w:r>
        <w:rPr>
          <w:rFonts w:ascii="Times New Roman" w:hAnsi="Times New Roman" w:eastAsia="宋体"/>
          <w:b w:val="0"/>
          <w:i w:val="0"/>
          <w:color w:val="333333"/>
          <w:sz w:val="19"/>
        </w:rPr>
        <w:t>The point (-1,4) is sent to (4,1), which is a 90° clockwise rotation. Therefore line m is 45° clockwise from line ell.</w:t>
      </w:r>
    </w:p>
    <w:p>
      <w:pPr>
        <w:spacing w:before="0" w:after="80" w:line="300" w:lineRule="auto"/>
        <w:jc w:val="left"/>
      </w:pPr>
      <w:r>
        <w:rPr>
          <w:rFonts w:ascii="Times New Roman" w:hAnsi="Times New Roman" w:eastAsia="宋体"/>
          <w:b w:val="0"/>
          <w:i w:val="0"/>
          <w:color w:val="333333"/>
          <w:sz w:val="19"/>
        </w:rPr>
        <w:t>The slope of ell is 5. If θₘ=θₑₗₗ-45°, then</w:t>
      </w:r>
    </w:p>
    <w:p>
      <w:pPr>
        <w:spacing w:before="0" w:after="80" w:line="300" w:lineRule="auto"/>
        <w:jc w:val="left"/>
      </w:pPr>
      <w:r>
        <w:rPr>
          <w:rFonts w:ascii="Times New Roman" w:hAnsi="Times New Roman" w:eastAsia="宋体"/>
          <w:b w:val="0"/>
          <w:i w:val="0"/>
          <w:color w:val="333333"/>
          <w:sz w:val="19"/>
        </w:rPr>
        <w:t>tanθₘ=5-1/1+5=2/3.</w:t>
      </w:r>
    </w:p>
    <w:p>
      <w:pPr>
        <w:spacing w:before="0" w:after="80" w:line="300" w:lineRule="auto"/>
        <w:jc w:val="left"/>
      </w:pPr>
      <w:r>
        <w:rPr>
          <w:rFonts w:ascii="Times New Roman" w:hAnsi="Times New Roman" w:eastAsia="宋体"/>
          <w:b w:val="0"/>
          <w:i w:val="0"/>
          <w:color w:val="333333"/>
          <w:sz w:val="19"/>
        </w:rPr>
        <w:t>Thus line m is y=2/3x, or 2x-3y=0.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边界可分成 24 个全等三角形，角分别为 15°、45°、120°。</w:t>
      </w:r>
    </w:p>
    <w:p>
      <w:pPr>
        <w:spacing w:before="0" w:after="80" w:line="300" w:lineRule="auto"/>
        <w:jc w:val="left"/>
      </w:pPr>
      <w:r>
        <w:rPr>
          <w:rFonts w:ascii="Times New Roman" w:hAnsi="Times New Roman" w:eastAsia="宋体"/>
          <w:b w:val="0"/>
          <w:i w:val="0"/>
          <w:sz w:val="21"/>
        </w:rPr>
        <w:t>每个三角形的高为 3，即正方形边长的一半。相邻直角三角形有一个 30° 角，所以从长度为 3 的底边上截去的部分为 3tan30°=√(3)。</w:t>
      </w:r>
    </w:p>
    <w:p>
      <w:pPr>
        <w:spacing w:before="0" w:after="80" w:line="300" w:lineRule="auto"/>
        <w:jc w:val="left"/>
      </w:pPr>
      <w:r>
        <w:rPr>
          <w:rFonts w:ascii="Times New Roman" w:hAnsi="Times New Roman" w:eastAsia="宋体"/>
          <w:b w:val="0"/>
          <w:i w:val="0"/>
          <w:sz w:val="21"/>
        </w:rPr>
        <w:t>对其中一个三角形作高，其底为 3-√(3)，高为 3，面积为 (3(3-√(3)))/2=(9-3√(3))/2。</w:t>
      </w:r>
    </w:p>
    <w:p>
      <w:pPr>
        <w:spacing w:before="0" w:after="80" w:line="300" w:lineRule="auto"/>
        <w:jc w:val="left"/>
      </w:pPr>
      <w:r>
        <w:rPr>
          <w:rFonts w:ascii="Times New Roman" w:hAnsi="Times New Roman" w:eastAsia="宋体"/>
          <w:b w:val="0"/>
          <w:i w:val="0"/>
          <w:sz w:val="21"/>
        </w:rPr>
        <w:t>所以总面积为</w:t>
      </w:r>
    </w:p>
    <w:p>
      <w:pPr>
        <w:spacing w:before="0" w:after="80" w:line="300" w:lineRule="auto"/>
        <w:jc w:val="left"/>
      </w:pPr>
      <w:r>
        <w:rPr>
          <w:rFonts w:ascii="Times New Roman" w:hAnsi="Times New Roman" w:eastAsia="宋体"/>
          <w:b w:val="0"/>
          <w:i w:val="0"/>
          <w:sz w:val="21"/>
        </w:rPr>
        <w:t>24·(9-3√(3))/2=108-36√(3)。</w:t>
      </w:r>
    </w:p>
    <w:p>
      <w:pPr>
        <w:spacing w:before="0" w:after="80" w:line="300" w:lineRule="auto"/>
        <w:jc w:val="left"/>
      </w:pPr>
      <w:r>
        <w:rPr>
          <w:rFonts w:ascii="Times New Roman" w:hAnsi="Times New Roman" w:eastAsia="宋体"/>
          <w:b w:val="0"/>
          <w:i w:val="0"/>
          <w:sz w:val="21"/>
        </w:rPr>
        <w:t>因此 a+b+c=108+36+3=147。</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boundary can be split into 24 congruent triangles. Each has angles 15°, 45°, and 120°.</w:t>
      </w:r>
    </w:p>
    <w:p>
      <w:pPr>
        <w:spacing w:before="0" w:after="80" w:line="300" w:lineRule="auto"/>
        <w:jc w:val="left"/>
      </w:pPr>
      <w:r>
        <w:rPr>
          <w:rFonts w:ascii="Times New Roman" w:hAnsi="Times New Roman" w:eastAsia="宋体"/>
          <w:b w:val="0"/>
          <w:i w:val="0"/>
          <w:color w:val="333333"/>
          <w:sz w:val="19"/>
        </w:rPr>
        <w:t>For one such triangle, draw the altitude from the center-side direction. The altitude is 3, half the side length of a square. The adjacent right triangle has a 30° angle, so the part cut off from a length 3 base is 3tan30°=√(3).</w:t>
      </w:r>
    </w:p>
    <w:p>
      <w:pPr>
        <w:spacing w:before="0" w:after="80" w:line="300" w:lineRule="auto"/>
        <w:jc w:val="left"/>
      </w:pPr>
      <w:r>
        <w:rPr>
          <w:rFonts w:ascii="Times New Roman" w:hAnsi="Times New Roman" w:eastAsia="宋体"/>
          <w:b w:val="0"/>
          <w:i w:val="0"/>
          <w:color w:val="333333"/>
          <w:sz w:val="19"/>
        </w:rPr>
        <w:t>Thus each small triangle has base 3-√(3) and height 3, giving area (3(3-√(3)))/2=(9-3√(3))/2.</w:t>
      </w:r>
    </w:p>
    <w:p>
      <w:pPr>
        <w:spacing w:before="0" w:after="80" w:line="300" w:lineRule="auto"/>
        <w:jc w:val="left"/>
      </w:pPr>
      <w:r>
        <w:rPr>
          <w:rFonts w:ascii="Times New Roman" w:hAnsi="Times New Roman" w:eastAsia="宋体"/>
          <w:b w:val="0"/>
          <w:i w:val="0"/>
          <w:color w:val="333333"/>
          <w:sz w:val="19"/>
        </w:rPr>
        <w:t>The total area is</w:t>
      </w:r>
    </w:p>
    <w:p>
      <w:pPr>
        <w:spacing w:before="0" w:after="80" w:line="300" w:lineRule="auto"/>
        <w:jc w:val="left"/>
      </w:pPr>
      <w:r>
        <w:rPr>
          <w:rFonts w:ascii="Times New Roman" w:hAnsi="Times New Roman" w:eastAsia="宋体"/>
          <w:b w:val="0"/>
          <w:i w:val="0"/>
          <w:color w:val="333333"/>
          <w:sz w:val="19"/>
        </w:rPr>
        <w:t>24·(9-3√(3))/2=108-36√(3).</w:t>
      </w:r>
    </w:p>
    <w:p>
      <w:pPr>
        <w:spacing w:before="0" w:after="80" w:line="300" w:lineRule="auto"/>
        <w:jc w:val="left"/>
      </w:pPr>
      <w:r>
        <w:rPr>
          <w:rFonts w:ascii="Times New Roman" w:hAnsi="Times New Roman" w:eastAsia="宋体"/>
          <w:b w:val="0"/>
          <w:i w:val="0"/>
          <w:color w:val="333333"/>
          <w:sz w:val="19"/>
        </w:rPr>
        <w:t>Hence a+b+c=108+36+3=147.</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数 N 满足</w:t>
      </w:r>
    </w:p>
    <w:p>
      <w:pPr>
        <w:spacing w:before="0" w:after="80" w:line="300" w:lineRule="auto"/>
        <w:jc w:val="left"/>
      </w:pPr>
      <w:r>
        <w:rPr>
          <w:rFonts w:ascii="Times New Roman" w:hAnsi="Times New Roman" w:eastAsia="宋体"/>
          <w:b w:val="0"/>
          <w:i w:val="0"/>
          <w:sz w:val="21"/>
        </w:rPr>
        <w:t>7·10³¹²&lt; N&lt; 8·10³¹²。</w:t>
      </w:r>
    </w:p>
    <w:p>
      <w:pPr>
        <w:spacing w:before="0" w:after="80" w:line="300" w:lineRule="auto"/>
        <w:jc w:val="left"/>
      </w:pPr>
      <w:r>
        <w:rPr>
          <w:rFonts w:ascii="Times New Roman" w:hAnsi="Times New Roman" w:eastAsia="宋体"/>
          <w:b w:val="0"/>
          <w:i w:val="0"/>
          <w:sz w:val="21"/>
        </w:rPr>
        <w:t>乘除 10 的幂只会移动小数点，因此每次只需关注取出合适 10 的幂后剩余的首因子。</w:t>
      </w:r>
    </w:p>
    <w:p>
      <w:pPr>
        <w:spacing w:before="0" w:after="80" w:line="300" w:lineRule="auto"/>
        <w:jc w:val="left"/>
      </w:pPr>
      <w:r>
        <w:rPr>
          <w:rFonts w:ascii="Times New Roman" w:hAnsi="Times New Roman" w:eastAsia="宋体"/>
          <w:b w:val="0"/>
          <w:i w:val="0"/>
          <w:sz w:val="21"/>
        </w:rPr>
        <w:t>对 r=2，√(N) 的首因子在 √(7) 和 √(8) 之间，所以 f(2)=2。</w:t>
      </w:r>
    </w:p>
    <w:p>
      <w:pPr>
        <w:spacing w:before="0" w:after="80" w:line="300" w:lineRule="auto"/>
        <w:jc w:val="left"/>
      </w:pPr>
      <w:r>
        <w:rPr>
          <w:rFonts w:ascii="Times New Roman" w:hAnsi="Times New Roman" w:eastAsia="宋体"/>
          <w:b w:val="0"/>
          <w:i w:val="0"/>
          <w:sz w:val="21"/>
        </w:rPr>
        <w:t>对 r=3，首因子在 ³√(7) 和 ³√(8) 之间，所以 f(3)=1。对 r=4，首因子在 ⁴√(7) 和 ⁴√(8) 之间，所以 f(4)=1。</w:t>
      </w:r>
    </w:p>
    <w:p>
      <w:pPr>
        <w:spacing w:before="0" w:after="80" w:line="300" w:lineRule="auto"/>
        <w:jc w:val="left"/>
      </w:pPr>
      <w:r>
        <w:rPr>
          <w:rFonts w:ascii="Times New Roman" w:hAnsi="Times New Roman" w:eastAsia="宋体"/>
          <w:b w:val="0"/>
          <w:i w:val="0"/>
          <w:sz w:val="21"/>
        </w:rPr>
        <w:t>对 r=5，因为 312=5·62+2，首因子在 ⁵√(700) 和 ⁵√(800) 之间。由于 3⁵&lt;700&lt;800&lt;4⁵，得 f(5)=3。</w:t>
      </w:r>
    </w:p>
    <w:p>
      <w:pPr>
        <w:spacing w:before="0" w:after="80" w:line="300" w:lineRule="auto"/>
        <w:jc w:val="left"/>
      </w:pPr>
      <w:r>
        <w:rPr>
          <w:rFonts w:ascii="Times New Roman" w:hAnsi="Times New Roman" w:eastAsia="宋体"/>
          <w:b w:val="0"/>
          <w:i w:val="0"/>
          <w:sz w:val="21"/>
        </w:rPr>
        <w:t>对 r=6，首因子在 ⁶√(7) 和 ⁶√(8) 之间，所以 f(6)=1。总和为 2+1+1+3+1=8。</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N satisfies</w:t>
      </w:r>
    </w:p>
    <w:p>
      <w:pPr>
        <w:spacing w:before="0" w:after="80" w:line="300" w:lineRule="auto"/>
        <w:jc w:val="left"/>
      </w:pPr>
      <w:r>
        <w:rPr>
          <w:rFonts w:ascii="Times New Roman" w:hAnsi="Times New Roman" w:eastAsia="宋体"/>
          <w:b w:val="0"/>
          <w:i w:val="0"/>
          <w:color w:val="333333"/>
          <w:sz w:val="19"/>
        </w:rPr>
        <w:t>7·10³¹²&lt; N&lt; 8·10³¹².</w:t>
      </w:r>
    </w:p>
    <w:p>
      <w:pPr>
        <w:spacing w:before="0" w:after="80" w:line="300" w:lineRule="auto"/>
        <w:jc w:val="left"/>
      </w:pPr>
      <w:r>
        <w:rPr>
          <w:rFonts w:ascii="Times New Roman" w:hAnsi="Times New Roman" w:eastAsia="宋体"/>
          <w:b w:val="0"/>
          <w:i w:val="0"/>
          <w:color w:val="333333"/>
          <w:sz w:val="19"/>
        </w:rPr>
        <w:t>Multiplying or dividing by a power of 10 only shifts the decimal point, so we only need the leading factor left after taking out the largest convenient power of 10.</w:t>
      </w:r>
    </w:p>
    <w:p>
      <w:pPr>
        <w:spacing w:before="0" w:after="80" w:line="300" w:lineRule="auto"/>
        <w:jc w:val="left"/>
      </w:pPr>
      <w:r>
        <w:rPr>
          <w:rFonts w:ascii="Times New Roman" w:hAnsi="Times New Roman" w:eastAsia="宋体"/>
          <w:b w:val="0"/>
          <w:i w:val="0"/>
          <w:color w:val="333333"/>
          <w:sz w:val="19"/>
        </w:rPr>
        <w:t>For r=2, √(N) has leading factor between √(7) and √(8), so f(2)=2.</w:t>
      </w:r>
    </w:p>
    <w:p>
      <w:pPr>
        <w:spacing w:before="0" w:after="80" w:line="300" w:lineRule="auto"/>
        <w:jc w:val="left"/>
      </w:pPr>
      <w:r>
        <w:rPr>
          <w:rFonts w:ascii="Times New Roman" w:hAnsi="Times New Roman" w:eastAsia="宋体"/>
          <w:b w:val="0"/>
          <w:i w:val="0"/>
          <w:color w:val="333333"/>
          <w:sz w:val="19"/>
        </w:rPr>
        <w:t>For r=3, the leading factor is between ³√(7) and ³√(8), so f(3)=1. For r=4, the leading factor is between ⁴√(7) and ⁴√(8), so f(4)=1.</w:t>
      </w:r>
    </w:p>
    <w:p>
      <w:pPr>
        <w:spacing w:before="0" w:after="80" w:line="300" w:lineRule="auto"/>
        <w:jc w:val="left"/>
      </w:pPr>
      <w:r>
        <w:rPr>
          <w:rFonts w:ascii="Times New Roman" w:hAnsi="Times New Roman" w:eastAsia="宋体"/>
          <w:b w:val="0"/>
          <w:i w:val="0"/>
          <w:color w:val="333333"/>
          <w:sz w:val="19"/>
        </w:rPr>
        <w:t>For r=5, since 312=5·62+2, the leading factor is between ⁵√(700) and ⁵√(800). Since 3⁵&lt;700&lt;800&lt;4⁵, f(5)=3.</w:t>
      </w:r>
    </w:p>
    <w:p>
      <w:pPr>
        <w:spacing w:before="0" w:after="80" w:line="300" w:lineRule="auto"/>
        <w:jc w:val="left"/>
      </w:pPr>
      <w:r>
        <w:rPr>
          <w:rFonts w:ascii="Times New Roman" w:hAnsi="Times New Roman" w:eastAsia="宋体"/>
          <w:b w:val="0"/>
          <w:i w:val="0"/>
          <w:color w:val="333333"/>
          <w:sz w:val="19"/>
        </w:rPr>
        <w:t>For r=6, the leading factor is between ⁶√(7) and ⁶√(8), so f(6)=1. The sum is 2+1+1+3+1=8.</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由对称性，P(Hugo 获胜)=1/4。因此所求条件概率等于 Hugo 第一次掷出 5 并最终获胜的概率的四倍。</w:t>
      </w:r>
    </w:p>
    <w:p>
      <w:pPr>
        <w:spacing w:before="0" w:after="80" w:line="300" w:lineRule="auto"/>
        <w:jc w:val="left"/>
      </w:pPr>
      <w:r>
        <w:rPr>
          <w:rFonts w:ascii="Times New Roman" w:hAnsi="Times New Roman" w:eastAsia="宋体"/>
          <w:b w:val="0"/>
          <w:i w:val="0"/>
          <w:sz w:val="21"/>
        </w:rPr>
        <w:t>若 Hugo 第一次掷出 5，其他人不能掷出 6。按其他三人中也掷出 5 的人数分类；若有 t 人与 Hugo 并列，则 Hugo 后续获胜概率为 1/t+1。</w:t>
      </w:r>
    </w:p>
    <w:p>
      <w:pPr>
        <w:spacing w:before="0" w:after="80" w:line="300" w:lineRule="auto"/>
        <w:jc w:val="left"/>
      </w:pPr>
      <w:r>
        <w:rPr>
          <w:rFonts w:ascii="Times New Roman" w:hAnsi="Times New Roman" w:eastAsia="宋体"/>
          <w:b w:val="0"/>
          <w:i w:val="0"/>
          <w:sz w:val="21"/>
        </w:rPr>
        <w:t>按并列人数分类，得到</w:t>
      </w:r>
    </w:p>
    <w:p>
      <w:pPr>
        <w:spacing w:before="0" w:after="80" w:line="300" w:lineRule="auto"/>
        <w:jc w:val="left"/>
      </w:pPr>
      <w:r>
        <w:rPr>
          <w:rFonts w:ascii="Times New Roman" w:hAnsi="Times New Roman" w:eastAsia="宋体"/>
          <w:b w:val="0"/>
          <w:i w:val="0"/>
          <w:sz w:val="21"/>
        </w:rPr>
        <w:t>P(Hugo 掷出5且获胜)</w:t>
      </w:r>
    </w:p>
    <w:p>
      <w:pPr>
        <w:spacing w:before="0" w:after="80" w:line="300" w:lineRule="auto"/>
        <w:jc w:val="left"/>
      </w:pPr>
      <w:r>
        <w:rPr>
          <w:rFonts w:ascii="Times New Roman" w:hAnsi="Times New Roman" w:eastAsia="宋体"/>
          <w:b w:val="0"/>
          <w:i w:val="0"/>
          <w:sz w:val="21"/>
        </w:rPr>
        <w:t>=1/6⁴Σₜ₌₀³ C(3, t)(4³⁻ᵗ)/t+1</w:t>
      </w:r>
    </w:p>
    <w:p>
      <w:pPr>
        <w:spacing w:before="0" w:after="80" w:line="300" w:lineRule="auto"/>
        <w:jc w:val="left"/>
      </w:pPr>
      <w:r>
        <w:rPr>
          <w:rFonts w:ascii="Times New Roman" w:hAnsi="Times New Roman" w:eastAsia="宋体"/>
          <w:b w:val="0"/>
          <w:i w:val="0"/>
          <w:sz w:val="21"/>
        </w:rPr>
        <w:t>=(64+24+4+1/4)/6⁴</w:t>
      </w:r>
    </w:p>
    <w:p>
      <w:pPr>
        <w:spacing w:before="0" w:after="80" w:line="300" w:lineRule="auto"/>
        <w:jc w:val="left"/>
      </w:pPr>
      <w:r>
        <w:rPr>
          <w:rFonts w:ascii="Times New Roman" w:hAnsi="Times New Roman" w:eastAsia="宋体"/>
          <w:b w:val="0"/>
          <w:i w:val="0"/>
          <w:sz w:val="21"/>
        </w:rPr>
        <w:t>=369/(4·1296)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乘以 4，得到 369/1296=41/144。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symmetry, P(Hugo wins)=1/4. Therefore, the requested conditional probability is four times the probability that Hugo first rolls 5 and eventually wins.</w:t>
      </w:r>
    </w:p>
    <w:p>
      <w:pPr>
        <w:spacing w:before="0" w:after="80" w:line="300" w:lineRule="auto"/>
        <w:jc w:val="left"/>
      </w:pPr>
      <w:r>
        <w:rPr>
          <w:rFonts w:ascii="Times New Roman" w:hAnsi="Times New Roman" w:eastAsia="宋体"/>
          <w:b w:val="0"/>
          <w:i w:val="0"/>
          <w:color w:val="333333"/>
          <w:sz w:val="19"/>
        </w:rPr>
        <w:t>If Hugo rolls 5, then no other player can roll 6. Case on how many of the other three players also roll 5. If t other players tie Hugo, then Hugo wins the eventual tiebreaker with probability 1/t+1.</w:t>
      </w:r>
    </w:p>
    <w:p>
      <w:pPr>
        <w:spacing w:before="0" w:after="80" w:line="300" w:lineRule="auto"/>
        <w:jc w:val="left"/>
      </w:pPr>
      <w:r>
        <w:rPr>
          <w:rFonts w:ascii="Times New Roman" w:hAnsi="Times New Roman" w:eastAsia="宋体"/>
          <w:b w:val="0"/>
          <w:i w:val="0"/>
          <w:color w:val="333333"/>
          <w:sz w:val="19"/>
        </w:rPr>
        <w:t>Thus</w:t>
      </w:r>
    </w:p>
    <w:p>
      <w:pPr>
        <w:spacing w:before="0" w:after="80" w:line="300" w:lineRule="auto"/>
        <w:jc w:val="left"/>
      </w:pPr>
      <w:r>
        <w:rPr>
          <w:rFonts w:ascii="Times New Roman" w:hAnsi="Times New Roman" w:eastAsia="宋体"/>
          <w:b w:val="0"/>
          <w:i w:val="0"/>
          <w:color w:val="333333"/>
          <w:sz w:val="19"/>
        </w:rPr>
        <w:t>P(Hugo rolls5and wins)</w:t>
      </w:r>
    </w:p>
    <w:p>
      <w:pPr>
        <w:spacing w:before="0" w:after="80" w:line="300" w:lineRule="auto"/>
        <w:jc w:val="left"/>
      </w:pPr>
      <w:r>
        <w:rPr>
          <w:rFonts w:ascii="Times New Roman" w:hAnsi="Times New Roman" w:eastAsia="宋体"/>
          <w:b w:val="0"/>
          <w:i w:val="0"/>
          <w:color w:val="333333"/>
          <w:sz w:val="19"/>
        </w:rPr>
        <w:t>=1/6⁴Σₜ₌₀³ C(3, t)(4³⁻ᵗ)/t+1</w:t>
      </w:r>
    </w:p>
    <w:p>
      <w:pPr>
        <w:spacing w:before="0" w:after="80" w:line="300" w:lineRule="auto"/>
        <w:jc w:val="left"/>
      </w:pPr>
      <w:r>
        <w:rPr>
          <w:rFonts w:ascii="Times New Roman" w:hAnsi="Times New Roman" w:eastAsia="宋体"/>
          <w:b w:val="0"/>
          <w:i w:val="0"/>
          <w:color w:val="333333"/>
          <w:sz w:val="19"/>
        </w:rPr>
        <w:t>=(64+24+4+1/4)/6⁴</w:t>
      </w:r>
    </w:p>
    <w:p>
      <w:pPr>
        <w:spacing w:before="0" w:after="80" w:line="300" w:lineRule="auto"/>
        <w:jc w:val="left"/>
      </w:pPr>
      <w:r>
        <w:rPr>
          <w:rFonts w:ascii="Times New Roman" w:hAnsi="Times New Roman" w:eastAsia="宋体"/>
          <w:b w:val="0"/>
          <w:i w:val="0"/>
          <w:color w:val="333333"/>
          <w:sz w:val="19"/>
        </w:rPr>
        <w:t>=369/(4·1296).</w:t>
      </w:r>
    </w:p>
    <w:p>
      <w:pPr>
        <w:spacing w:before="0" w:after="80" w:line="300" w:lineRule="auto"/>
        <w:jc w:val="left"/>
      </w:pPr>
      <w:r>
        <w:rPr>
          <w:rFonts w:ascii="Times New Roman" w:hAnsi="Times New Roman" w:eastAsia="宋体"/>
          <w:b w:val="0"/>
          <w:i w:val="0"/>
          <w:color w:val="333333"/>
          <w:sz w:val="19"/>
        </w:rPr>
        <w:t>Multiplying by 4 gives 369/1296=41/144.</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对内接同圆且无共点顶点的正 k 边形和正 n 边形，其中 k&lt; n，它们的边界相交于 2k 个点。</w:t>
      </w:r>
    </w:p>
    <w:p>
      <w:pPr>
        <w:spacing w:before="0" w:after="80" w:line="300" w:lineRule="auto"/>
        <w:jc w:val="left"/>
      </w:pPr>
      <w:r>
        <w:rPr>
          <w:rFonts w:ascii="Times New Roman" w:hAnsi="Times New Roman" w:eastAsia="宋体"/>
          <w:b w:val="0"/>
          <w:i w:val="0"/>
          <w:sz w:val="21"/>
        </w:rPr>
        <w:t>较小多边形的每条边会被较大多边形边界穿过两次。5 边形与各较大多边形分别贡献 2·5 个交点，对应的边数为 6、7、8；6 边形与各较大多边形分别贡献 2·6 个交点，对应的边数为 7、8；7 边形贡献 2·7 个交点，对应边数为 8。</w:t>
      </w:r>
    </w:p>
    <w:p>
      <w:pPr>
        <w:spacing w:before="0" w:after="80" w:line="300" w:lineRule="auto"/>
        <w:jc w:val="left"/>
      </w:pPr>
      <w:r>
        <w:rPr>
          <w:rFonts w:ascii="Times New Roman" w:hAnsi="Times New Roman" w:eastAsia="宋体"/>
          <w:b w:val="0"/>
          <w:i w:val="0"/>
          <w:sz w:val="21"/>
        </w:rPr>
        <w:t>对所有多边形对求和。</w:t>
      </w:r>
    </w:p>
    <w:p>
      <w:pPr>
        <w:spacing w:before="0" w:after="80" w:line="300" w:lineRule="auto"/>
        <w:jc w:val="left"/>
      </w:pPr>
      <w:r>
        <w:rPr>
          <w:rFonts w:ascii="Times New Roman" w:hAnsi="Times New Roman" w:eastAsia="宋体"/>
          <w:b w:val="0"/>
          <w:i w:val="0"/>
          <w:sz w:val="21"/>
        </w:rPr>
        <w:t>3(10)+2(12)+14=68。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regular k-gon and a regular n-gon inscribed in the same circle with k&lt; n and no shared vertices, their boundaries intersect in 2k points. Each side of the smaller polygon is crossed twice by the boundary of the larger polygon.</w:t>
      </w:r>
    </w:p>
    <w:p>
      <w:pPr>
        <w:spacing w:before="0" w:after="80" w:line="300" w:lineRule="auto"/>
        <w:jc w:val="left"/>
      </w:pPr>
      <w:r>
        <w:rPr>
          <w:rFonts w:ascii="Times New Roman" w:hAnsi="Times New Roman" w:eastAsia="宋体"/>
          <w:b w:val="0"/>
          <w:i w:val="0"/>
          <w:color w:val="333333"/>
          <w:sz w:val="19"/>
        </w:rPr>
        <w:t>Therefore, sum over all pairs of polygons. The 5-gon contributes 2·5 intersections with each of the 6-, 7-, and 8-gons. The 6-gon contributes 2·6 intersections with each of the 7- and 8-gons. The 7-gon contributes 2·7 with the 8-gon.</w:t>
      </w:r>
    </w:p>
    <w:p>
      <w:pPr>
        <w:spacing w:before="0" w:after="80" w:line="300" w:lineRule="auto"/>
        <w:jc w:val="left"/>
      </w:pPr>
      <w:r>
        <w:rPr>
          <w:rFonts w:ascii="Times New Roman" w:hAnsi="Times New Roman" w:eastAsia="宋体"/>
          <w:b w:val="0"/>
          <w:i w:val="0"/>
          <w:color w:val="333333"/>
          <w:sz w:val="19"/>
        </w:rPr>
        <w:t>The total is</w:t>
      </w:r>
    </w:p>
    <w:p>
      <w:pPr>
        <w:spacing w:before="0" w:after="80" w:line="300" w:lineRule="auto"/>
        <w:jc w:val="left"/>
      </w:pPr>
      <w:r>
        <w:rPr>
          <w:rFonts w:ascii="Times New Roman" w:hAnsi="Times New Roman" w:eastAsia="宋体"/>
          <w:b w:val="0"/>
          <w:i w:val="0"/>
          <w:color w:val="333333"/>
          <w:sz w:val="19"/>
        </w:rPr>
        <w:t>3(10)+2(12)+14=68.</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从 Sₙ₋₁ 到 Sₙ，新加入的项为 jn，其中 1≤ j&lt; n。</w:t>
      </w:r>
    </w:p>
    <w:p>
      <w:pPr>
        <w:spacing w:before="0" w:after="80" w:line="300" w:lineRule="auto"/>
        <w:jc w:val="left"/>
      </w:pPr>
      <w:r>
        <w:rPr>
          <w:rFonts w:ascii="Times New Roman" w:hAnsi="Times New Roman" w:eastAsia="宋体"/>
          <w:b w:val="0"/>
          <w:i w:val="0"/>
          <w:sz w:val="21"/>
        </w:rPr>
        <w:t>n(1+2+⋯+(n-1))</w:t>
      </w:r>
    </w:p>
    <w:p>
      <w:pPr>
        <w:spacing w:before="0" w:after="80" w:line="300" w:lineRule="auto"/>
        <w:jc w:val="left"/>
      </w:pPr>
      <w:r>
        <w:rPr>
          <w:rFonts w:ascii="Times New Roman" w:hAnsi="Times New Roman" w:eastAsia="宋体"/>
          <w:b w:val="0"/>
          <w:i w:val="0"/>
          <w:sz w:val="21"/>
        </w:rPr>
        <w:t>=(n²(n-1))/2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模 3 看，这个增量为 0 的情形是 n≡0 或 1pmod3，而增量为 2 的情形是 n≡2pmod3。</w:t>
      </w:r>
    </w:p>
    <w:p>
      <w:pPr>
        <w:spacing w:before="0" w:after="80" w:line="300" w:lineRule="auto"/>
        <w:jc w:val="left"/>
      </w:pPr>
      <w:r>
        <w:rPr>
          <w:rFonts w:ascii="Times New Roman" w:hAnsi="Times New Roman" w:eastAsia="宋体"/>
          <w:b w:val="0"/>
          <w:i w:val="0"/>
          <w:sz w:val="21"/>
        </w:rPr>
        <w:t>因为 S₂=2，在第 3 次遇到与 2pmod3 同余的数时，也就是 n=8，Sₙ 开始能被 3 整除。之后 n=8,9,10 都满足，并且这个模式每隔 9 个 n 重复一次。</w:t>
      </w:r>
    </w:p>
    <w:p>
      <w:pPr>
        <w:spacing w:before="0" w:after="80" w:line="300" w:lineRule="auto"/>
        <w:jc w:val="left"/>
      </w:pPr>
      <w:r>
        <w:rPr>
          <w:rFonts w:ascii="Times New Roman" w:hAnsi="Times New Roman" w:eastAsia="宋体"/>
          <w:b w:val="0"/>
          <w:i w:val="0"/>
          <w:sz w:val="21"/>
        </w:rPr>
        <w:t>最小的十个值为 8,9,10,17,18,19,26,27,28,35。它们的和为 197。</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passing from Sₙ₋₁ to Sₙ, the new terms are jn for 1≤ j&lt; n. Their sum is</w:t>
      </w:r>
    </w:p>
    <w:p>
      <w:pPr>
        <w:spacing w:before="0" w:after="80" w:line="300" w:lineRule="auto"/>
        <w:jc w:val="left"/>
      </w:pPr>
      <w:r>
        <w:rPr>
          <w:rFonts w:ascii="Times New Roman" w:hAnsi="Times New Roman" w:eastAsia="宋体"/>
          <w:b w:val="0"/>
          <w:i w:val="0"/>
          <w:color w:val="333333"/>
          <w:sz w:val="19"/>
        </w:rPr>
        <w:t>n(1+2+⋯+(n-1))</w:t>
      </w:r>
    </w:p>
    <w:p>
      <w:pPr>
        <w:spacing w:before="0" w:after="80" w:line="300" w:lineRule="auto"/>
        <w:jc w:val="left"/>
      </w:pPr>
      <w:r>
        <w:rPr>
          <w:rFonts w:ascii="Times New Roman" w:hAnsi="Times New Roman" w:eastAsia="宋体"/>
          <w:b w:val="0"/>
          <w:i w:val="0"/>
          <w:color w:val="333333"/>
          <w:sz w:val="19"/>
        </w:rPr>
        <w:t>=(n²(n-1))/2.</w:t>
      </w:r>
    </w:p>
    <w:p>
      <w:pPr>
        <w:spacing w:before="0" w:after="80" w:line="300" w:lineRule="auto"/>
        <w:jc w:val="left"/>
      </w:pPr>
      <w:r>
        <w:rPr>
          <w:rFonts w:ascii="Times New Roman" w:hAnsi="Times New Roman" w:eastAsia="宋体"/>
          <w:b w:val="0"/>
          <w:i w:val="0"/>
          <w:color w:val="333333"/>
          <w:sz w:val="19"/>
        </w:rPr>
        <w:t>Modulo 3, this increment is 0 when n≡0 or 1pmod3, and is 2 when n≡2pmod3.</w:t>
      </w:r>
    </w:p>
    <w:p>
      <w:pPr>
        <w:spacing w:before="0" w:after="80" w:line="300" w:lineRule="auto"/>
        <w:jc w:val="left"/>
      </w:pPr>
      <w:r>
        <w:rPr>
          <w:rFonts w:ascii="Times New Roman" w:hAnsi="Times New Roman" w:eastAsia="宋体"/>
          <w:b w:val="0"/>
          <w:i w:val="0"/>
          <w:color w:val="333333"/>
          <w:sz w:val="19"/>
        </w:rPr>
        <w:t>Since S₂=2, the sequence becomes divisible by 3 after the third occurrence of a number congruent to 2pmod3, namely at n=8. Then Sₙ stays divisible by 3 for n=8,9,10, and the same pattern repeats every 9 in n.</w:t>
      </w:r>
    </w:p>
    <w:p>
      <w:pPr>
        <w:spacing w:before="0" w:after="80" w:line="300" w:lineRule="auto"/>
        <w:jc w:val="left"/>
      </w:pPr>
      <w:r>
        <w:rPr>
          <w:rFonts w:ascii="Times New Roman" w:hAnsi="Times New Roman" w:eastAsia="宋体"/>
          <w:b w:val="0"/>
          <w:i w:val="0"/>
          <w:color w:val="333333"/>
          <w:sz w:val="19"/>
        </w:rPr>
        <w:t>The ten least values are 8,9,10,17,18,19,26,27,28,35. Their sum is 197.</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计算补事件：将 10 条边组成的 K₅ 用两种颜色染色，且没有单色三角形。</w:t>
      </w:r>
    </w:p>
    <w:p>
      <w:pPr>
        <w:spacing w:before="0" w:after="80" w:line="300" w:lineRule="auto"/>
        <w:jc w:val="left"/>
      </w:pPr>
      <w:r>
        <w:rPr>
          <w:rFonts w:ascii="Times New Roman" w:hAnsi="Times New Roman" w:eastAsia="宋体"/>
          <w:b w:val="0"/>
          <w:i w:val="0"/>
          <w:sz w:val="21"/>
        </w:rPr>
        <w:t>在任意顶点，如果有 3 条关联边同色，那么这三条边另一端之间的边都必须是另一种颜色；但这又会形成单色三角形。因此每个顶点恰有 2 条红边和 2 条蓝边。</w:t>
      </w:r>
    </w:p>
    <w:p>
      <w:pPr>
        <w:spacing w:before="0" w:after="80" w:line="300" w:lineRule="auto"/>
        <w:jc w:val="left"/>
      </w:pPr>
      <w:r>
        <w:rPr>
          <w:rFonts w:ascii="Times New Roman" w:hAnsi="Times New Roman" w:eastAsia="宋体"/>
          <w:b w:val="0"/>
          <w:i w:val="0"/>
          <w:sz w:val="21"/>
        </w:rPr>
        <w:t>所以红边构成一个 2 正则图，顶点数为 5，只能是一个 5 环。带标号的 5 环共有 ((5-1)!)/2=12 个。</w:t>
      </w:r>
    </w:p>
    <w:p>
      <w:pPr>
        <w:spacing w:before="0" w:after="80" w:line="300" w:lineRule="auto"/>
        <w:jc w:val="left"/>
      </w:pPr>
      <w:r>
        <w:rPr>
          <w:rFonts w:ascii="Times New Roman" w:hAnsi="Times New Roman" w:eastAsia="宋体"/>
          <w:b w:val="0"/>
          <w:i w:val="0"/>
          <w:sz w:val="21"/>
        </w:rPr>
        <w:t>总染色数为 2¹⁰=1024，所以所求概率为</w:t>
      </w:r>
    </w:p>
    <w:p>
      <w:pPr>
        <w:spacing w:before="0" w:after="80" w:line="300" w:lineRule="auto"/>
        <w:jc w:val="left"/>
      </w:pPr>
      <w:r>
        <w:rPr>
          <w:rFonts w:ascii="Times New Roman" w:hAnsi="Times New Roman" w:eastAsia="宋体"/>
          <w:b w:val="0"/>
          <w:i w:val="0"/>
          <w:sz w:val="21"/>
        </w:rPr>
        <w:t>1-12/1024=253/256。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Count the complement: colorings of the 10 edges of K₅ with no monochromatic triangle.</w:t>
      </w:r>
    </w:p>
    <w:p>
      <w:pPr>
        <w:spacing w:before="0" w:after="80" w:line="300" w:lineRule="auto"/>
        <w:jc w:val="left"/>
      </w:pPr>
      <w:r>
        <w:rPr>
          <w:rFonts w:ascii="Times New Roman" w:hAnsi="Times New Roman" w:eastAsia="宋体"/>
          <w:b w:val="0"/>
          <w:i w:val="0"/>
          <w:color w:val="333333"/>
          <w:sz w:val="19"/>
        </w:rPr>
        <w:t>At any vertex, if 3 incident edges had the same color, then the edges among their other endpoints would all have to be the other color, making a monochromatic triangle. Thus each vertex has exactly 2 red and 2 blue incident edges.</w:t>
      </w:r>
    </w:p>
    <w:p>
      <w:pPr>
        <w:spacing w:before="0" w:after="80" w:line="300" w:lineRule="auto"/>
        <w:jc w:val="left"/>
      </w:pPr>
      <w:r>
        <w:rPr>
          <w:rFonts w:ascii="Times New Roman" w:hAnsi="Times New Roman" w:eastAsia="宋体"/>
          <w:b w:val="0"/>
          <w:i w:val="0"/>
          <w:color w:val="333333"/>
          <w:sz w:val="19"/>
        </w:rPr>
        <w:t>So the red edges form a 2-regular graph on 5 vertices, which must be a 5-cycle. The number of labeled 5-cycles is ((5-1)!)/2=12.</w:t>
      </w:r>
    </w:p>
    <w:p>
      <w:pPr>
        <w:spacing w:before="0" w:after="80" w:line="300" w:lineRule="auto"/>
        <w:jc w:val="left"/>
      </w:pPr>
      <w:r>
        <w:rPr>
          <w:rFonts w:ascii="Times New Roman" w:hAnsi="Times New Roman" w:eastAsia="宋体"/>
          <w:b w:val="0"/>
          <w:i w:val="0"/>
          <w:color w:val="333333"/>
          <w:sz w:val="19"/>
        </w:rPr>
        <w:t>There are 2¹⁰=1024 total colorings, so the desired probability is</w:t>
      </w:r>
    </w:p>
    <w:p>
      <w:pPr>
        <w:spacing w:before="0" w:after="80" w:line="300" w:lineRule="auto"/>
        <w:jc w:val="left"/>
      </w:pPr>
      <w:r>
        <w:rPr>
          <w:rFonts w:ascii="Times New Roman" w:hAnsi="Times New Roman" w:eastAsia="宋体"/>
          <w:b w:val="0"/>
          <w:i w:val="0"/>
          <w:color w:val="333333"/>
          <w:sz w:val="19"/>
        </w:rPr>
        <w:t>1-12/1024=253/256.</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问题等价于选择哪 4 个位置涂蓝，位置总数为 8，并对立方体的 24 个旋转使用 Burnside 引理。</w:t>
      </w:r>
    </w:p>
    <w:p>
      <w:pPr>
        <w:spacing w:before="0" w:after="80" w:line="300" w:lineRule="auto"/>
        <w:jc w:val="left"/>
      </w:pPr>
      <w:r>
        <w:rPr>
          <w:rFonts w:ascii="Times New Roman" w:hAnsi="Times New Roman" w:eastAsia="宋体"/>
          <w:b w:val="0"/>
          <w:i w:val="0"/>
          <w:sz w:val="21"/>
        </w:rPr>
        <w:t>恒等旋转固定 C(8, 4)=70 种染色。6 个绕面中心轴的四分之一转各固定 2 种；3 个绕面中心轴的半转各固定 6 种；8 个绕相对顶点轴的旋转各固定 4 种；6 个绕相对棱中点轴的半转各固定 6 种。</w:t>
      </w:r>
    </w:p>
    <w:p>
      <w:pPr>
        <w:spacing w:before="0" w:after="80" w:line="300" w:lineRule="auto"/>
        <w:jc w:val="left"/>
      </w:pPr>
      <w:r>
        <w:rPr>
          <w:rFonts w:ascii="Times New Roman" w:hAnsi="Times New Roman" w:eastAsia="宋体"/>
          <w:b w:val="0"/>
          <w:i w:val="0"/>
          <w:sz w:val="21"/>
        </w:rPr>
        <w:t>因此不等价构造数为</w:t>
      </w:r>
    </w:p>
    <w:p>
      <w:pPr>
        <w:spacing w:before="0" w:after="80" w:line="300" w:lineRule="auto"/>
        <w:jc w:val="left"/>
      </w:pPr>
      <w:r>
        <w:rPr>
          <w:rFonts w:ascii="Times New Roman" w:hAnsi="Times New Roman" w:eastAsia="宋体"/>
          <w:b w:val="0"/>
          <w:i w:val="0"/>
          <w:sz w:val="21"/>
        </w:rPr>
        <w:t>(70+6·2+3·6+8·4+6·6)/24</w:t>
      </w:r>
    </w:p>
    <w:p>
      <w:pPr>
        <w:spacing w:before="0" w:after="80" w:line="300" w:lineRule="auto"/>
        <w:jc w:val="left"/>
      </w:pPr>
      <w:r>
        <w:rPr>
          <w:rFonts w:ascii="Times New Roman" w:hAnsi="Times New Roman" w:eastAsia="宋体"/>
          <w:b w:val="0"/>
          <w:i w:val="0"/>
          <w:sz w:val="21"/>
        </w:rPr>
        <w:t>=7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This is the number of ways to choose which 4 of the 8 cube vertices are blue, up to cube rotation. Use Burnside’s lemma on the 24 rotations of the cube.</w:t>
      </w:r>
    </w:p>
    <w:p>
      <w:pPr>
        <w:spacing w:before="0" w:after="80" w:line="300" w:lineRule="auto"/>
        <w:jc w:val="left"/>
      </w:pPr>
      <w:r>
        <w:rPr>
          <w:rFonts w:ascii="Times New Roman" w:hAnsi="Times New Roman" w:eastAsia="宋体"/>
          <w:b w:val="0"/>
          <w:i w:val="0"/>
          <w:color w:val="333333"/>
          <w:sz w:val="19"/>
        </w:rPr>
        <w:t>The identity fixes C(8, 4)=70 colorings. The 6 quarter-turn face rotations each fix 2. The 3 half-turn face rotations each fix 6. The 8 rotations about opposite vertices each fix 4. The 6 half-turn rotations about opposite edges each fix 6.</w:t>
      </w:r>
    </w:p>
    <w:p>
      <w:pPr>
        <w:spacing w:before="0" w:after="80" w:line="300" w:lineRule="auto"/>
        <w:jc w:val="left"/>
      </w:pPr>
      <w:r>
        <w:rPr>
          <w:rFonts w:ascii="Times New Roman" w:hAnsi="Times New Roman" w:eastAsia="宋体"/>
          <w:b w:val="0"/>
          <w:i w:val="0"/>
          <w:color w:val="333333"/>
          <w:sz w:val="19"/>
        </w:rPr>
        <w:t>Thus the number of inequivalent constructions is</w:t>
      </w:r>
    </w:p>
    <w:p>
      <w:pPr>
        <w:spacing w:before="0" w:after="80" w:line="300" w:lineRule="auto"/>
        <w:jc w:val="left"/>
      </w:pPr>
      <w:r>
        <w:rPr>
          <w:rFonts w:ascii="Times New Roman" w:hAnsi="Times New Roman" w:eastAsia="宋体"/>
          <w:b w:val="0"/>
          <w:i w:val="0"/>
          <w:color w:val="333333"/>
          <w:sz w:val="19"/>
        </w:rPr>
        <w:t>(70+6·2+3·6+8·4+6·6)/24</w:t>
      </w:r>
    </w:p>
    <w:p>
      <w:pPr>
        <w:spacing w:before="0" w:after="80" w:line="300" w:lineRule="auto"/>
        <w:jc w:val="left"/>
      </w:pPr>
      <w:r>
        <w:rPr>
          <w:rFonts w:ascii="Times New Roman" w:hAnsi="Times New Roman" w:eastAsia="宋体"/>
          <w:b w:val="0"/>
          <w:i w:val="0"/>
          <w:color w:val="333333"/>
          <w:sz w:val="19"/>
        </w:rPr>
        <w:t>=7.</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80" w:after="80"/>
        <w:jc w:val="center"/>
      </w:pPr>
      <w:r>
        <w:drawing>
          <wp:inline xmlns:a="http://schemas.openxmlformats.org/drawingml/2006/main" xmlns:pic="http://schemas.openxmlformats.org/drawingml/2006/picture">
            <wp:extent cx="1813728" cy="1790799"/>
            <wp:docPr id="11" name="Picture 11"/>
            <wp:cNvGraphicFramePr>
              <a:graphicFrameLocks noChangeAspect="1"/>
            </wp:cNvGraphicFramePr>
            <a:graphic>
              <a:graphicData uri="http://schemas.openxmlformats.org/drawingml/2006/picture">
                <pic:pic>
                  <pic:nvPicPr>
                    <pic:cNvPr id="0" name="q25-sol-1@300dpi.png"/>
                    <pic:cNvPicPr/>
                  </pic:nvPicPr>
                  <pic:blipFill>
                    <a:blip r:embed="rId14"/>
                    <a:stretch>
                      <a:fillRect/>
                    </a:stretch>
                  </pic:blipFill>
                  <pic:spPr>
                    <a:xfrm>
                      <a:off x="0" y="0"/>
                      <a:ext cx="1813728" cy="1790799"/>
                    </a:xfrm>
                    <a:prstGeom prst="rect"/>
                  </pic:spPr>
                </pic:pic>
              </a:graphicData>
            </a:graphic>
          </wp:inline>
        </w:drawing>
      </w:r>
    </w:p>
    <w:p>
      <w:pPr>
        <w:spacing w:before="0" w:after="80" w:line="300" w:lineRule="auto"/>
        <w:jc w:val="left"/>
      </w:pPr>
      <w:r>
        <w:rPr>
          <w:rFonts w:ascii="Times New Roman" w:hAnsi="Times New Roman" w:eastAsia="宋体"/>
          <w:b w:val="0"/>
          <w:i w:val="0"/>
          <w:sz w:val="21"/>
        </w:rPr>
        <w:t>如图使用相似三角形。大正方形的两条边长分别为 4x+2y 与 3y+x，所以 3y+x=4x+2y，得到 y=3x，大正方形边长为 10x。</w:t>
      </w:r>
    </w:p>
    <w:p>
      <w:pPr>
        <w:spacing w:before="0" w:after="80" w:line="300" w:lineRule="auto"/>
        <w:jc w:val="left"/>
      </w:pPr>
      <w:r>
        <w:rPr>
          <w:rFonts w:ascii="Times New Roman" w:hAnsi="Times New Roman" w:eastAsia="宋体"/>
          <w:b w:val="0"/>
          <w:i w:val="0"/>
          <w:sz w:val="21"/>
        </w:rPr>
        <w:t>在图形上部，设标出的水平线段为 m。矩形 R 两侧形成的两个直角三角形具有平行的对应边和相等的斜边，因此全等，由此得到下图标出的长度。</w:t>
      </w:r>
    </w:p>
    <w:p>
      <w:pPr>
        <w:spacing w:before="80" w:after="80"/>
        <w:jc w:val="center"/>
      </w:pPr>
      <w:r>
        <w:drawing>
          <wp:inline xmlns:a="http://schemas.openxmlformats.org/drawingml/2006/main" xmlns:pic="http://schemas.openxmlformats.org/drawingml/2006/picture">
            <wp:extent cx="2067653" cy="1751952"/>
            <wp:docPr id="12" name="Picture 12"/>
            <wp:cNvGraphicFramePr>
              <a:graphicFrameLocks noChangeAspect="1"/>
            </wp:cNvGraphicFramePr>
            <a:graphic>
              <a:graphicData uri="http://schemas.openxmlformats.org/drawingml/2006/picture">
                <pic:pic>
                  <pic:nvPicPr>
                    <pic:cNvPr id="0" name="q25-sol-2@300dpi.png"/>
                    <pic:cNvPicPr/>
                  </pic:nvPicPr>
                  <pic:blipFill>
                    <a:blip r:embed="rId15"/>
                    <a:stretch>
                      <a:fillRect/>
                    </a:stretch>
                  </pic:blipFill>
                  <pic:spPr>
                    <a:xfrm>
                      <a:off x="0" y="0"/>
                      <a:ext cx="2067653" cy="1751952"/>
                    </a:xfrm>
                    <a:prstGeom prst="rect"/>
                  </pic:spPr>
                </pic:pic>
              </a:graphicData>
            </a:graphic>
          </wp:inline>
        </w:drawing>
      </w:r>
    </w:p>
    <w:p>
      <w:pPr>
        <w:spacing w:before="0" w:after="80" w:line="300" w:lineRule="auto"/>
        <w:jc w:val="left"/>
      </w:pPr>
      <w:r>
        <w:rPr>
          <w:rFonts w:ascii="Times New Roman" w:hAnsi="Times New Roman" w:eastAsia="宋体"/>
          <w:b w:val="0"/>
          <w:i w:val="0"/>
          <w:sz w:val="21"/>
        </w:rPr>
        <w:t>由相似三角形，</w:t>
      </w:r>
    </w:p>
    <w:p>
      <w:pPr>
        <w:spacing w:before="0" w:after="80" w:line="300" w:lineRule="auto"/>
        <w:jc w:val="left"/>
      </w:pPr>
      <w:r>
        <w:rPr>
          <w:rFonts w:ascii="Times New Roman" w:hAnsi="Times New Roman" w:eastAsia="宋体"/>
          <w:b w:val="0"/>
          <w:i w:val="0"/>
          <w:sz w:val="21"/>
        </w:rPr>
        <w:t>m/3x=(4x-m/3)/6x-m。</w:t>
      </w:r>
    </w:p>
    <w:p>
      <w:pPr>
        <w:spacing w:before="0" w:after="80" w:line="300" w:lineRule="auto"/>
        <w:jc w:val="left"/>
      </w:pPr>
      <w:r>
        <w:rPr>
          <w:rFonts w:ascii="Times New Roman" w:hAnsi="Times New Roman" w:eastAsia="宋体"/>
          <w:b w:val="0"/>
          <w:i w:val="0"/>
          <w:sz w:val="21"/>
        </w:rPr>
        <w:t>因而 6xm-m²=12x²-xm，所以</w:t>
      </w:r>
    </w:p>
    <w:p>
      <w:pPr>
        <w:spacing w:before="0" w:after="80" w:line="300" w:lineRule="auto"/>
        <w:jc w:val="left"/>
      </w:pPr>
      <w:r>
        <w:rPr>
          <w:rFonts w:ascii="Times New Roman" w:hAnsi="Times New Roman" w:eastAsia="宋体"/>
          <w:b w:val="0"/>
          <w:i w:val="0"/>
          <w:sz w:val="21"/>
        </w:rPr>
        <w:t>m²-7xm+12x²=0</w:t>
      </w:r>
    </w:p>
    <w:p>
      <w:pPr>
        <w:spacing w:before="0" w:after="80" w:line="300" w:lineRule="auto"/>
        <w:jc w:val="left"/>
      </w:pPr>
      <w:r>
        <w:rPr>
          <w:rFonts w:ascii="Times New Roman" w:hAnsi="Times New Roman" w:eastAsia="宋体"/>
          <w:b w:val="0"/>
          <w:i w:val="0"/>
          <w:sz w:val="21"/>
        </w:rPr>
        <w:t>=(m-3x)(m-4x)。</w:t>
      </w:r>
    </w:p>
    <w:p>
      <w:pPr>
        <w:spacing w:before="0" w:after="80" w:line="300" w:lineRule="auto"/>
        <w:jc w:val="left"/>
      </w:pPr>
      <w:r>
        <w:rPr>
          <w:rFonts w:ascii="Times New Roman" w:hAnsi="Times New Roman" w:eastAsia="宋体"/>
          <w:b w:val="0"/>
          <w:i w:val="0"/>
          <w:sz w:val="21"/>
        </w:rPr>
        <w:t>若 m=3x，矩形 R 的两边均为 3√(2)x，面积为 18x²；若 m=4x，两边为 5x 与 10/3x，面积为 50/3x²。</w:t>
      </w:r>
    </w:p>
    <w:p>
      <w:pPr>
        <w:spacing w:before="0" w:after="80" w:line="300" w:lineRule="auto"/>
        <w:jc w:val="left"/>
      </w:pPr>
      <w:r>
        <w:rPr>
          <w:rFonts w:ascii="Times New Roman" w:hAnsi="Times New Roman" w:eastAsia="宋体"/>
          <w:b w:val="0"/>
          <w:i w:val="0"/>
          <w:sz w:val="21"/>
        </w:rPr>
        <w:t>两个可能面积之和为 104/3x²。由 1×3 矩形可知 x²+(3x)²=1，所以 x²=1/10。因此面积和为</w:t>
      </w:r>
    </w:p>
    <w:p>
      <w:pPr>
        <w:spacing w:before="0" w:after="80" w:line="300" w:lineRule="auto"/>
        <w:jc w:val="left"/>
      </w:pPr>
      <w:r>
        <w:rPr>
          <w:rFonts w:ascii="Times New Roman" w:hAnsi="Times New Roman" w:eastAsia="宋体"/>
          <w:b w:val="0"/>
          <w:i w:val="0"/>
          <w:sz w:val="21"/>
        </w:rPr>
        <w:t>104/3·1/10=52/15。</w:t>
      </w:r>
    </w:p>
    <w:p>
      <w:pPr>
        <w:spacing w:before="0" w:after="80" w:line="300" w:lineRule="auto"/>
        <w:jc w:val="left"/>
      </w:pPr>
      <w:r>
        <w:rPr>
          <w:rFonts w:ascii="Times New Roman" w:hAnsi="Times New Roman" w:eastAsia="宋体"/>
          <w:b w:val="0"/>
          <w:i w:val="0"/>
          <w:sz w:val="21"/>
        </w:rPr>
        <w:t>于是 m+n=52+15=67，正确答案是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813728" cy="1790799"/>
            <wp:docPr id="13" name="Picture 13"/>
            <wp:cNvGraphicFramePr>
              <a:graphicFrameLocks noChangeAspect="1"/>
            </wp:cNvGraphicFramePr>
            <a:graphic>
              <a:graphicData uri="http://schemas.openxmlformats.org/drawingml/2006/picture">
                <pic:pic>
                  <pic:nvPicPr>
                    <pic:cNvPr id="0" name="q25-sol-1@300dpi.png"/>
                    <pic:cNvPicPr/>
                  </pic:nvPicPr>
                  <pic:blipFill>
                    <a:blip r:embed="rId14"/>
                    <a:stretch>
                      <a:fillRect/>
                    </a:stretch>
                  </pic:blipFill>
                  <pic:spPr>
                    <a:xfrm>
                      <a:off x="0" y="0"/>
                      <a:ext cx="1813728" cy="179079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Use similar triangles as shown in the diagram. The left side of the large square has length 4x+2y, and the bottom side has length 3y+x. Since these are equal, 3y+x=4x+2y, so y=3x. The side length of the large square is therefore 10x.</w:t>
      </w:r>
    </w:p>
    <w:p>
      <w:pPr>
        <w:spacing w:before="0" w:after="80" w:line="300" w:lineRule="auto"/>
        <w:jc w:val="left"/>
      </w:pPr>
      <w:r>
        <w:rPr>
          <w:rFonts w:ascii="Times New Roman" w:hAnsi="Times New Roman" w:eastAsia="宋体"/>
          <w:b w:val="0"/>
          <w:i w:val="0"/>
          <w:color w:val="333333"/>
          <w:sz w:val="19"/>
        </w:rPr>
        <w:t>In the upper part of the figure, let the marked horizontal segment be m. The two right triangles formed by the sides of rectangle R have parallel corresponding sides and equal hypotenuses, so they are congruent. This gives the lengths shown below.</w:t>
      </w:r>
    </w:p>
    <w:p>
      <w:pPr>
        <w:spacing w:before="80" w:after="80"/>
        <w:jc w:val="center"/>
      </w:pPr>
      <w:r>
        <w:drawing>
          <wp:inline xmlns:a="http://schemas.openxmlformats.org/drawingml/2006/main" xmlns:pic="http://schemas.openxmlformats.org/drawingml/2006/picture">
            <wp:extent cx="2067653" cy="1751952"/>
            <wp:docPr id="14" name="Picture 14"/>
            <wp:cNvGraphicFramePr>
              <a:graphicFrameLocks noChangeAspect="1"/>
            </wp:cNvGraphicFramePr>
            <a:graphic>
              <a:graphicData uri="http://schemas.openxmlformats.org/drawingml/2006/picture">
                <pic:pic>
                  <pic:nvPicPr>
                    <pic:cNvPr id="0" name="q25-sol-2@300dpi.png"/>
                    <pic:cNvPicPr/>
                  </pic:nvPicPr>
                  <pic:blipFill>
                    <a:blip r:embed="rId15"/>
                    <a:stretch>
                      <a:fillRect/>
                    </a:stretch>
                  </pic:blipFill>
                  <pic:spPr>
                    <a:xfrm>
                      <a:off x="0" y="0"/>
                      <a:ext cx="2067653" cy="1751952"/>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Similar triangles give</w:t>
      </w:r>
    </w:p>
    <w:p>
      <w:pPr>
        <w:spacing w:before="0" w:after="80" w:line="300" w:lineRule="auto"/>
        <w:jc w:val="left"/>
      </w:pPr>
      <w:r>
        <w:rPr>
          <w:rFonts w:ascii="Times New Roman" w:hAnsi="Times New Roman" w:eastAsia="宋体"/>
          <w:b w:val="0"/>
          <w:i w:val="0"/>
          <w:color w:val="333333"/>
          <w:sz w:val="19"/>
        </w:rPr>
        <w:t>m/3x=(4x-m/3)/6x-m.</w:t>
      </w:r>
    </w:p>
    <w:p>
      <w:pPr>
        <w:spacing w:before="0" w:after="80" w:line="300" w:lineRule="auto"/>
        <w:jc w:val="left"/>
      </w:pPr>
      <w:r>
        <w:rPr>
          <w:rFonts w:ascii="Times New Roman" w:hAnsi="Times New Roman" w:eastAsia="宋体"/>
          <w:b w:val="0"/>
          <w:i w:val="0"/>
          <w:color w:val="333333"/>
          <w:sz w:val="19"/>
        </w:rPr>
        <w:t>Hence 6xm-m²=12x²-xm, so</w:t>
      </w:r>
    </w:p>
    <w:p>
      <w:pPr>
        <w:spacing w:before="0" w:after="80" w:line="300" w:lineRule="auto"/>
        <w:jc w:val="left"/>
      </w:pPr>
      <w:r>
        <w:rPr>
          <w:rFonts w:ascii="Times New Roman" w:hAnsi="Times New Roman" w:eastAsia="宋体"/>
          <w:b w:val="0"/>
          <w:i w:val="0"/>
          <w:color w:val="333333"/>
          <w:sz w:val="19"/>
        </w:rPr>
        <w:t>m²-7xm+12x²=0</w:t>
      </w:r>
    </w:p>
    <w:p>
      <w:pPr>
        <w:spacing w:before="0" w:after="80" w:line="300" w:lineRule="auto"/>
        <w:jc w:val="left"/>
      </w:pPr>
      <w:r>
        <w:rPr>
          <w:rFonts w:ascii="Times New Roman" w:hAnsi="Times New Roman" w:eastAsia="宋体"/>
          <w:b w:val="0"/>
          <w:i w:val="0"/>
          <w:color w:val="333333"/>
          <w:sz w:val="19"/>
        </w:rPr>
        <w:t>=(m-3x)(m-4x).</w:t>
      </w:r>
    </w:p>
    <w:p>
      <w:pPr>
        <w:spacing w:before="0" w:after="80" w:line="300" w:lineRule="auto"/>
        <w:jc w:val="left"/>
      </w:pPr>
      <w:r>
        <w:rPr>
          <w:rFonts w:ascii="Times New Roman" w:hAnsi="Times New Roman" w:eastAsia="宋体"/>
          <w:b w:val="0"/>
          <w:i w:val="0"/>
          <w:color w:val="333333"/>
          <w:sz w:val="19"/>
        </w:rPr>
        <w:t>If m=3x, rectangle R has side length 3√(2)x in both directions, so its area is 18x². If m=4x, its side lengths are 5x and 10/3x, so its area is 50/3x².</w:t>
      </w:r>
    </w:p>
    <w:p>
      <w:pPr>
        <w:spacing w:before="0" w:after="80" w:line="300" w:lineRule="auto"/>
        <w:jc w:val="left"/>
      </w:pPr>
      <w:r>
        <w:rPr>
          <w:rFonts w:ascii="Times New Roman" w:hAnsi="Times New Roman" w:eastAsia="宋体"/>
          <w:b w:val="0"/>
          <w:i w:val="0"/>
          <w:color w:val="333333"/>
          <w:sz w:val="19"/>
        </w:rPr>
        <w:t>The two possible areas sum to 104/3x². Since the 1×3 rectangle gives x²+(3x)²=1, we have x²=1/10. The sum of the possible areas is</w:t>
      </w:r>
    </w:p>
    <w:p>
      <w:pPr>
        <w:spacing w:before="0" w:after="80" w:line="300" w:lineRule="auto"/>
        <w:jc w:val="left"/>
      </w:pPr>
      <w:r>
        <w:rPr>
          <w:rFonts w:ascii="Times New Roman" w:hAnsi="Times New Roman" w:eastAsia="宋体"/>
          <w:b w:val="0"/>
          <w:i w:val="0"/>
          <w:color w:val="333333"/>
          <w:sz w:val="19"/>
        </w:rPr>
        <w:t>104/3·1/10=52/15.</w:t>
      </w:r>
    </w:p>
    <w:p>
      <w:pPr>
        <w:spacing w:before="0" w:after="80" w:line="300" w:lineRule="auto"/>
        <w:jc w:val="left"/>
      </w:pPr>
      <w:r>
        <w:rPr>
          <w:rFonts w:ascii="Times New Roman" w:hAnsi="Times New Roman" w:eastAsia="宋体"/>
          <w:b w:val="0"/>
          <w:i w:val="0"/>
          <w:color w:val="333333"/>
          <w:sz w:val="19"/>
        </w:rPr>
        <w:t>Thus m+n=52+15=67, and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