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2021C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求下列表达式的值。</w:t>
      </w:r>
    </w:p>
    <w:p>
      <w:pPr>
        <w:spacing w:before="0" w:after="80" w:line="300" w:lineRule="auto"/>
        <w:jc w:val="left"/>
      </w:pPr>
      <w:r>
        <w:rPr>
          <w:rFonts w:ascii="Times New Roman" w:hAnsi="Times New Roman" w:eastAsia="宋体"/>
          <w:b w:val="0"/>
          <w:i w:val="0"/>
          <w:sz w:val="21"/>
        </w:rPr>
        <w:t>((2112-2021)²)/169</w:t>
      </w:r>
    </w:p>
    <w:p>
      <w:pPr>
        <w:spacing w:before="0" w:after="120" w:line="300" w:lineRule="auto"/>
      </w:pPr>
      <w:r>
        <w:rPr>
          <w:rFonts w:ascii="Times New Roman" w:hAnsi="Times New Roman" w:eastAsia="宋体"/>
          <w:b w:val="0"/>
          <w:i w:val="0"/>
          <w:sz w:val="21"/>
        </w:rPr>
        <w:t>（A）7　　（B）21　　（C）49　　（D）64　　（E）91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((2112-2021)²)/169</w:t>
      </w:r>
    </w:p>
    <w:p>
      <w:pPr>
        <w:spacing w:before="0" w:after="160" w:line="300" w:lineRule="auto"/>
      </w:pPr>
      <w:r>
        <w:rPr>
          <w:rFonts w:ascii="Times New Roman" w:hAnsi="Times New Roman" w:eastAsia="宋体"/>
          <w:b w:val="0"/>
          <w:i w:val="0"/>
          <w:color w:val="333333"/>
          <w:sz w:val="19"/>
        </w:rPr>
        <w:t>(A) 7　　(B) 21　　(C) 49　　(D) 64　　(E) 91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Menkara 有一张 4 × 6 的索引卡片。若她把这张卡片的一边长度缩短 1 英寸，卡片面积会变成 18 平方英寸。如果她改为把另一边长度缩短 1 英寸，那么卡片面积是多少平方英寸？</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Menkara has a 4 × 6 index card. If she shortens the length of one side of this card by 1 inch, the card would have area 18 square inches. What would the area of the card be in square inches if instead she shortens the length of the other side by 1 inch?</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半径为 2 的黏土球最多有多少个可以完全放进边长为 6 的立方体中？假设这些球在装入立方体之前可以重新塑形，但不能被压缩。</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maximum number of balls of clay with radius 2 that can completely fit inside a cube of side length 6 assuming that the balls can be reshaped but not compressed before they are packed in the cube?</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Lopez 先生上班有两条路线可选。路线 A 长 6 英里，他在这条路线上的平均速度为每小时 30 英里。路线 B 长 5 英里，他在这条路线上的平均速度为每小时 40 英里，但其中有一段 1/2 英里的学校区域，平均速度为每小时 20 英里。路线 B 比路线 A 快多少分钟？</w:t>
      </w:r>
    </w:p>
    <w:p>
      <w:pPr>
        <w:spacing w:before="0" w:after="120" w:line="300" w:lineRule="auto"/>
      </w:pPr>
      <w:r>
        <w:rPr>
          <w:rFonts w:ascii="Times New Roman" w:hAnsi="Times New Roman" w:eastAsia="宋体"/>
          <w:b w:val="0"/>
          <w:i w:val="0"/>
          <w:sz w:val="21"/>
        </w:rPr>
        <w:t>（A）2 3/4　　（B）3 3/4　　（C）4 1/2　　（D）5 1/2　　（E）6 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Lopez has a choice of two routes to get to work. Route A is 6 miles long, and his average speed along this route is 30 miles per hour. Route B is 5 miles long, and his average speed along this route is 40 miles per hour, except for a 1/2-mile stretch in a school zone where his average speed is 20 miles per hour. By how many minutes is Route B quicker than Route A?</w:t>
      </w:r>
    </w:p>
    <w:p>
      <w:pPr>
        <w:spacing w:before="0" w:after="160" w:line="300" w:lineRule="auto"/>
      </w:pPr>
      <w:r>
        <w:rPr>
          <w:rFonts w:ascii="Times New Roman" w:hAnsi="Times New Roman" w:eastAsia="宋体"/>
          <w:b w:val="0"/>
          <w:i w:val="0"/>
          <w:color w:val="333333"/>
          <w:sz w:val="19"/>
        </w:rPr>
        <w:t>(A) 2 3/4　　(B) 3 3/4　　(C) 4 1/2　　(D) 5 1/2　　(E) 6 3/4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六位数 2 0 2 1 0 A 只有在唯一一个数字 A 下是质数。求 A。</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six-digit number 2 0 2 1 0 A is prime for only one digit A. What is A?</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鸸鹋 Elmer 在乡村道路上相邻两根电线杆之间行走需要 44 个等长步幅。鸵鸟 Oscar 用 12 个等长跃步可以走完同一距离。电线杆等距排列，沿这条路第 41 根电线杆与第一根电线杆的距离正好是一英里，即 5280 英尺。Oscar 的一次跃步比 Elmer 的一步长多少英尺？</w:t>
      </w:r>
    </w:p>
    <w:p>
      <w:pPr>
        <w:spacing w:before="0" w:after="120" w:line="300" w:lineRule="auto"/>
      </w:pPr>
      <w:r>
        <w:rPr>
          <w:rFonts w:ascii="Times New Roman" w:hAnsi="Times New Roman" w:eastAsia="宋体"/>
          <w:b w:val="0"/>
          <w:i w:val="0"/>
          <w:sz w:val="21"/>
        </w:rPr>
        <w:t>（A）6　　（B）8　　（C）10　　（D）11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Elmer the emu takes 44 equal strides to walk between consecutive telephone poles on a rural road. Oscar the ostrich can cover the same distance in 12 equal leaps. The telephone poles are evenly spaced, and the 41st pole along this road is exactly one mile (5280 feet) from the first pole. How much longer, in feet, is Oscar’s leap than Elmer’s stride?</w:t>
      </w:r>
    </w:p>
    <w:p>
      <w:pPr>
        <w:spacing w:before="0" w:after="160" w:line="300" w:lineRule="auto"/>
      </w:pPr>
      <w:r>
        <w:rPr>
          <w:rFonts w:ascii="Times New Roman" w:hAnsi="Times New Roman" w:eastAsia="宋体"/>
          <w:b w:val="0"/>
          <w:i w:val="0"/>
          <w:color w:val="333333"/>
          <w:sz w:val="19"/>
        </w:rPr>
        <w:t>(A) 6　　(B) 8　　(C) 10　　(D) 11　　(E) 15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如下图所示，点 E 位于直线 CD 所确定的、与点 A 相反的半平面内，且 ∠ CDE = 110°。点 F 在 AD 上，满足 DE=DF，并且 ABCD 是正方形。∠ AFE 的度数是多少？</w:t>
      </w:r>
    </w:p>
    <w:p>
      <w:pPr>
        <w:spacing w:before="80" w:after="80"/>
        <w:jc w:val="center"/>
      </w:pPr>
      <w:r>
        <w:drawing>
          <wp:inline xmlns:a="http://schemas.openxmlformats.org/drawingml/2006/main" xmlns:pic="http://schemas.openxmlformats.org/drawingml/2006/picture">
            <wp:extent cx="1262629" cy="1152264"/>
            <wp:docPr id="1" name="Picture 1"/>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262629" cy="1152264"/>
                    </a:xfrm>
                    <a:prstGeom prst="rect"/>
                  </pic:spPr>
                </pic:pic>
              </a:graphicData>
            </a:graphic>
          </wp:inline>
        </w:drawing>
      </w:r>
    </w:p>
    <w:p>
      <w:pPr>
        <w:spacing w:before="0" w:after="120" w:line="300" w:lineRule="auto"/>
      </w:pPr>
      <w:r>
        <w:rPr>
          <w:rFonts w:ascii="Times New Roman" w:hAnsi="Times New Roman" w:eastAsia="宋体"/>
          <w:b w:val="0"/>
          <w:i w:val="0"/>
          <w:sz w:val="21"/>
        </w:rPr>
        <w:t>（A）160　　（B）164　　（C）166　　（D）170　　（E）174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below, point E lies in the opposite half-plane determined by line CD from point A so that ∠ CDE = 110°. Point F lies on AD so that DE=DF, and ABCD is a square. What is the degree measure of ∠ AFE?</w:t>
      </w:r>
    </w:p>
    <w:p>
      <w:pPr>
        <w:spacing w:before="80" w:after="80"/>
        <w:jc w:val="center"/>
      </w:pPr>
      <w:r>
        <w:drawing>
          <wp:inline xmlns:a="http://schemas.openxmlformats.org/drawingml/2006/main" xmlns:pic="http://schemas.openxmlformats.org/drawingml/2006/picture">
            <wp:extent cx="1262629" cy="1152264"/>
            <wp:docPr id="2" name="Picture 2"/>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1262629" cy="115226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160　　(B) 164　　(C) 166　　(D) 170　　(E) 174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一个两位正整数称为</w:t>
      </w:r>
      <w:r>
        <w:rPr>
          <w:rFonts w:ascii="Times New Roman" w:hAnsi="Times New Roman" w:eastAsia="宋体"/>
          <w:b w:val="0"/>
          <w:i/>
          <w:sz w:val="21"/>
        </w:rPr>
        <w:t>可爱数</w:t>
      </w:r>
      <w:r>
        <w:rPr>
          <w:rFonts w:ascii="Times New Roman" w:hAnsi="Times New Roman" w:eastAsia="宋体"/>
          <w:b w:val="0"/>
          <w:i w:val="0"/>
          <w:sz w:val="21"/>
        </w:rPr>
        <w:t>，如果它等于其非零十位数字与个位数字平方之和。共有多少个两位正整数是可爱数？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two-digit positive integer is said to be</w:t>
      </w:r>
      <w:r>
        <w:rPr>
          <w:rFonts w:ascii="Times New Roman" w:hAnsi="Times New Roman" w:eastAsia="宋体"/>
          <w:b w:val="0"/>
          <w:i/>
          <w:color w:val="333333"/>
          <w:sz w:val="19"/>
        </w:rPr>
        <w:t>cuddly</w:t>
      </w:r>
      <w:r>
        <w:rPr>
          <w:rFonts w:ascii="Times New Roman" w:hAnsi="Times New Roman" w:eastAsia="宋体"/>
          <w:b w:val="0"/>
          <w:i w:val="0"/>
          <w:color w:val="333333"/>
          <w:sz w:val="19"/>
        </w:rPr>
        <w:t>if it is equal to the sum of its nonzero tens digit and the square of its units digit. How many two-digit positive integers are cuddly?</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掷一枚不公平骰子时，出现偶数的可能性是出现奇数的 3 倍。掷这枚骰子两次，掷出点数和为偶数的概率是多少？</w:t>
      </w:r>
    </w:p>
    <w:p>
      <w:pPr>
        <w:spacing w:before="0" w:after="120" w:line="300" w:lineRule="auto"/>
      </w:pPr>
      <w:r>
        <w:rPr>
          <w:rFonts w:ascii="Times New Roman" w:hAnsi="Times New Roman" w:eastAsia="宋体"/>
          <w:b w:val="0"/>
          <w:i w:val="0"/>
          <w:sz w:val="21"/>
        </w:rPr>
        <w:t>（A）3/8　　（B）4/9　　（C）5/9　　（D）9/16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certain unfair die is rolled, an even number is 3 times as likely to appear as an odd number. The die is rolled twice. What is the probability that the sum of the numbers rolled is even?</w:t>
      </w:r>
    </w:p>
    <w:p>
      <w:pPr>
        <w:spacing w:before="0" w:after="160" w:line="300" w:lineRule="auto"/>
      </w:pPr>
      <w:r>
        <w:rPr>
          <w:rFonts w:ascii="Times New Roman" w:hAnsi="Times New Roman" w:eastAsia="宋体"/>
          <w:b w:val="0"/>
          <w:i w:val="0"/>
          <w:color w:val="333333"/>
          <w:sz w:val="19"/>
        </w:rPr>
        <w:t>(A) 3/8　　(B) 4/9　　(C) 5/9　　(D) 9/16　　(E) 5/8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一所学校有 100 名学生和 5 名老师。第一节课中，每名学生上一门课，每名老师教一门课。五门课的学生人数分别为 50，20，20，5 和 5。若随机选一名老师并记录其班级人数，所得平均值为 t。若随机选一名学生并记录其所在班级人数，包括该学生本人，所得平均值为 s。求 t-s？</w:t>
      </w:r>
    </w:p>
    <w:p>
      <w:pPr>
        <w:spacing w:before="0" w:after="120" w:line="300" w:lineRule="auto"/>
      </w:pPr>
      <w:r>
        <w:rPr>
          <w:rFonts w:ascii="Times New Roman" w:hAnsi="Times New Roman" w:eastAsia="宋体"/>
          <w:b w:val="0"/>
          <w:i w:val="0"/>
          <w:sz w:val="21"/>
        </w:rPr>
        <w:t>（A）-18.5　　（B）-13.5　　（C）0　　（D）13.5　　（E）18.5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school has 100 students and 5 teachers. In the first period, each student is taking one class, and each teacher is teaching one class. The enrollments in the classes are 50, 20, 20, 5, and 5. Let t be the average value obtained if a teacher is picked at random and the number of students in their class is noted. Let s be the average value obtained if a student was picked at random and the number of students in their class, including the student, is noted. What is t-s?</w:t>
      </w:r>
    </w:p>
    <w:p>
      <w:pPr>
        <w:spacing w:before="0" w:after="160" w:line="300" w:lineRule="auto"/>
      </w:pPr>
      <w:r>
        <w:rPr>
          <w:rFonts w:ascii="Times New Roman" w:hAnsi="Times New Roman" w:eastAsia="宋体"/>
          <w:b w:val="0"/>
          <w:i w:val="0"/>
          <w:color w:val="333333"/>
          <w:sz w:val="19"/>
        </w:rPr>
        <w:t>(A) -18.5　　(B) -13.5　　(C) 0　　(D) 13.5　　(E) 18.5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Emily 看见一艘船以恒定速度沿河的一段直线航行。她以比船更快的匀速平行于河岸行走。从船尾走到船头时，她数了 210 个等长步幅；反方向从船头走到船尾时，她数了 42 个同样大小的步幅。用 Emily 的步幅作单位，这艘船的长度是多少？</w:t>
      </w:r>
    </w:p>
    <w:p>
      <w:pPr>
        <w:spacing w:before="0" w:after="120" w:line="300" w:lineRule="auto"/>
      </w:pPr>
      <w:r>
        <w:rPr>
          <w:rFonts w:ascii="Times New Roman" w:hAnsi="Times New Roman" w:eastAsia="宋体"/>
          <w:b w:val="0"/>
          <w:i w:val="0"/>
          <w:sz w:val="21"/>
        </w:rPr>
        <w:t>（A）70　　（B）84　　（C）98　　（D）105　　（E）126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Emily sees a ship traveling at a constant speed along a straight section of a river. She walks parallel to the riverbank at a uniform rate faster than the ship. She counts 210 equal steps walking from the back of the ship to the front. Walking in the opposite direction, she counts 42 steps of the same size from the front of the ship to the back. In terms of Emily’s equal steps, what is the length of the ship?</w:t>
      </w:r>
    </w:p>
    <w:p>
      <w:pPr>
        <w:spacing w:before="0" w:after="160" w:line="300" w:lineRule="auto"/>
      </w:pPr>
      <w:r>
        <w:rPr>
          <w:rFonts w:ascii="Times New Roman" w:hAnsi="Times New Roman" w:eastAsia="宋体"/>
          <w:b w:val="0"/>
          <w:i w:val="0"/>
          <w:color w:val="333333"/>
          <w:sz w:val="19"/>
        </w:rPr>
        <w:t>(A) 70　　(B) 84　　(C) 98　　(D) 105　　(E) 126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数 N 的九进制表示为 27,006,000,052₉。N 除以 5 的余数是多少？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base-nine representation of the number N is 27,006,000,052₉. What is the remainder when N is divided by 5?</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6 个球各自独立且等可能地被涂成黑色或白色。每个球都与其他 5 个球中超过一半的球颜色不同的概率是多少？</w:t>
      </w:r>
    </w:p>
    <w:p>
      <w:pPr>
        <w:spacing w:before="0" w:after="120" w:line="300" w:lineRule="auto"/>
      </w:pPr>
      <w:r>
        <w:rPr>
          <w:rFonts w:ascii="Times New Roman" w:hAnsi="Times New Roman" w:eastAsia="宋体"/>
          <w:b w:val="0"/>
          <w:i w:val="0"/>
          <w:sz w:val="21"/>
        </w:rPr>
        <w:t>（A）1/64　　（B）1/6　　（C）1/4　　（D）5/16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6 balls is randomly and independently painted either black or white with equal probability. What is the probability that every ball is different in color from more than half of the other 5 balls?</w:t>
      </w:r>
    </w:p>
    <w:p>
      <w:pPr>
        <w:spacing w:before="0" w:after="160" w:line="300" w:lineRule="auto"/>
      </w:pPr>
      <w:r>
        <w:rPr>
          <w:rFonts w:ascii="Times New Roman" w:hAnsi="Times New Roman" w:eastAsia="宋体"/>
          <w:b w:val="0"/>
          <w:i w:val="0"/>
          <w:color w:val="333333"/>
          <w:sz w:val="19"/>
        </w:rPr>
        <w:t>(A) 1/64　　(B) 1/6　　(C) 1/4　　(D) 5/16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有多少个实数有序对 (x,y) 满足方程组</w:t>
      </w:r>
    </w:p>
    <w:p>
      <w:pPr>
        <w:spacing w:before="0" w:after="80" w:line="300" w:lineRule="auto"/>
        <w:jc w:val="left"/>
      </w:pPr>
      <w:r>
        <w:rPr>
          <w:rFonts w:ascii="Times New Roman" w:hAnsi="Times New Roman" w:eastAsia="宋体"/>
          <w:b w:val="0"/>
          <w:i w:val="0"/>
          <w:sz w:val="21"/>
        </w:rPr>
        <w:t>x²+3y=9,</w:t>
      </w:r>
    </w:p>
    <w:p>
      <w:pPr>
        <w:spacing w:before="0" w:after="80" w:line="300" w:lineRule="auto"/>
        <w:jc w:val="left"/>
      </w:pPr>
      <w:r>
        <w:rPr>
          <w:rFonts w:ascii="Times New Roman" w:hAnsi="Times New Roman" w:eastAsia="宋体"/>
          <w:b w:val="0"/>
          <w:i w:val="0"/>
          <w:sz w:val="21"/>
        </w:rPr>
        <w:t>(|x|+|y|-4)²=1</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（A）1　　（B）2　　（C）3　　（D）5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(x,y) of real numbers satisfy the following system of equations?</w:t>
      </w:r>
    </w:p>
    <w:p>
      <w:pPr>
        <w:spacing w:before="0" w:after="80" w:line="300" w:lineRule="auto"/>
        <w:jc w:val="left"/>
      </w:pPr>
      <w:r>
        <w:rPr>
          <w:rFonts w:ascii="Times New Roman" w:hAnsi="Times New Roman" w:eastAsia="宋体"/>
          <w:b w:val="0"/>
          <w:i w:val="0"/>
          <w:color w:val="333333"/>
          <w:sz w:val="19"/>
        </w:rPr>
        <w:t>x²+3y=9,</w:t>
      </w:r>
    </w:p>
    <w:p>
      <w:pPr>
        <w:spacing w:before="0" w:after="80" w:line="300" w:lineRule="auto"/>
        <w:jc w:val="left"/>
      </w:pPr>
      <w:r>
        <w:rPr>
          <w:rFonts w:ascii="Times New Roman" w:hAnsi="Times New Roman" w:eastAsia="宋体"/>
          <w:b w:val="0"/>
          <w:i w:val="0"/>
          <w:color w:val="333333"/>
          <w:sz w:val="19"/>
        </w:rPr>
        <w:t>(|x|+|y|-4)²=1.</w:t>
      </w:r>
    </w:p>
    <w:p>
      <w:pPr>
        <w:spacing w:before="0" w:after="160" w:line="300" w:lineRule="auto"/>
      </w:pPr>
      <w:r>
        <w:rPr>
          <w:rFonts w:ascii="Times New Roman" w:hAnsi="Times New Roman" w:eastAsia="宋体"/>
          <w:b w:val="0"/>
          <w:i w:val="0"/>
          <w:color w:val="333333"/>
          <w:sz w:val="19"/>
        </w:rPr>
        <w:t>(A) 1　　(B) 2　　(C) 3　　(D) 5　　(E) 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等腰三角形 ABC 满足 AB = AC = 3√(6)，一个半径为 5√(2) 的圆分别与直线 AB、AC 相切于点 B、C。经过顶点 A、B、C 的圆的面积是多少？</w:t>
      </w:r>
    </w:p>
    <w:p>
      <w:pPr>
        <w:spacing w:before="0" w:after="120" w:line="300" w:lineRule="auto"/>
      </w:pPr>
      <w:r>
        <w:rPr>
          <w:rFonts w:ascii="Times New Roman" w:hAnsi="Times New Roman" w:eastAsia="宋体"/>
          <w:b w:val="0"/>
          <w:i w:val="0"/>
          <w:sz w:val="21"/>
        </w:rPr>
        <w:t>（A）24π　　（B）25π　　（C）26π　　（D）27π　　（E）28π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triangle ABC has AB = AC = 3√(6), and a circle with radius 5√(2) is tangent to line AB at B and to line AC at C. What is the area of the circle that passes through vertices A, B, and C?</w:t>
      </w:r>
    </w:p>
    <w:p>
      <w:pPr>
        <w:spacing w:before="0" w:after="160" w:line="300" w:lineRule="auto"/>
      </w:pPr>
      <w:r>
        <w:rPr>
          <w:rFonts w:ascii="Times New Roman" w:hAnsi="Times New Roman" w:eastAsia="宋体"/>
          <w:b w:val="0"/>
          <w:i w:val="0"/>
          <w:color w:val="333333"/>
          <w:sz w:val="19"/>
        </w:rPr>
        <w:t>(A) 24π　　(B) 25π　　(C) 26π　　(D) 27π　　(E) 28π</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考虑函数</w:t>
      </w:r>
    </w:p>
    <w:p>
      <w:pPr>
        <w:spacing w:before="0" w:after="80" w:line="300" w:lineRule="auto"/>
        <w:jc w:val="left"/>
      </w:pPr>
      <w:r>
        <w:rPr>
          <w:rFonts w:ascii="Times New Roman" w:hAnsi="Times New Roman" w:eastAsia="宋体"/>
          <w:b w:val="0"/>
          <w:i w:val="0"/>
          <w:sz w:val="21"/>
        </w:rPr>
        <w:t>f(x) = |⌊ x ⌋| - |⌊ 1 - x ⌋|</w:t>
      </w:r>
    </w:p>
    <w:p>
      <w:pPr>
        <w:spacing w:before="0" w:after="80" w:line="300" w:lineRule="auto"/>
        <w:jc w:val="left"/>
      </w:pPr>
      <w:r>
        <w:rPr>
          <w:rFonts w:ascii="Times New Roman" w:hAnsi="Times New Roman" w:eastAsia="宋体"/>
          <w:b w:val="0"/>
          <w:i w:val="0"/>
          <w:sz w:val="21"/>
        </w:rPr>
        <w:t>它的图像关于下列哪一项对称？这里 ⌊ x ⌋ 表示不超过 x 的最大整数。</w:t>
      </w:r>
    </w:p>
    <w:p>
      <w:pPr>
        <w:spacing w:before="0" w:after="120" w:line="300" w:lineRule="auto"/>
      </w:pPr>
      <w:r>
        <w:rPr>
          <w:rFonts w:ascii="Times New Roman" w:hAnsi="Times New Roman" w:eastAsia="宋体"/>
          <w:b w:val="0"/>
          <w:i w:val="0"/>
          <w:sz w:val="21"/>
        </w:rPr>
        <w:t>（A）y 轴　　（B）直线 x=1　　（C）原点　　（D）点 (1/2,0)　　（E）点 (1,0)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function</w:t>
      </w:r>
    </w:p>
    <w:p>
      <w:pPr>
        <w:spacing w:before="0" w:after="80" w:line="300" w:lineRule="auto"/>
        <w:jc w:val="left"/>
      </w:pPr>
      <w:r>
        <w:rPr>
          <w:rFonts w:ascii="Times New Roman" w:hAnsi="Times New Roman" w:eastAsia="宋体"/>
          <w:b w:val="0"/>
          <w:i w:val="0"/>
          <w:color w:val="333333"/>
          <w:sz w:val="19"/>
        </w:rPr>
        <w:t>f(x) = |⌊ x ⌋| - |⌊ 1 - x ⌋|</w:t>
      </w:r>
    </w:p>
    <w:p>
      <w:pPr>
        <w:spacing w:before="0" w:after="80" w:line="300" w:lineRule="auto"/>
        <w:jc w:val="left"/>
      </w:pPr>
      <w:r>
        <w:rPr>
          <w:rFonts w:ascii="Times New Roman" w:hAnsi="Times New Roman" w:eastAsia="宋体"/>
          <w:b w:val="0"/>
          <w:i w:val="0"/>
          <w:color w:val="333333"/>
          <w:sz w:val="19"/>
        </w:rPr>
        <w:t>Its graph is symmetric about which of the following? (Here ⌊ x ⌋ is the greatest integer not exceeding x.)</w:t>
      </w:r>
    </w:p>
    <w:p>
      <w:pPr>
        <w:spacing w:before="0" w:after="160" w:line="300" w:lineRule="auto"/>
      </w:pPr>
      <w:r>
        <w:rPr>
          <w:rFonts w:ascii="Times New Roman" w:hAnsi="Times New Roman" w:eastAsia="宋体"/>
          <w:b w:val="0"/>
          <w:i w:val="0"/>
          <w:color w:val="333333"/>
          <w:sz w:val="19"/>
        </w:rPr>
        <w:t>(A) the y-axis　　(B) the line x=1　　(C) the origin　　(D) the point (1/2,0)　　(E) the point (1,0)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一位建筑师正在建造一个结构，要在水平地面上的正六边形 ABCDEF 的各顶点竖立柱子。六根柱子将支撑一块不与地面平行的平面太阳能板。位于 A、B、C 的柱高分别为 12、9、10 米。位于 E 的柱子高度是多少米？</w:t>
      </w:r>
    </w:p>
    <w:p>
      <w:pPr>
        <w:spacing w:before="0" w:after="120" w:line="300" w:lineRule="auto"/>
      </w:pPr>
      <w:r>
        <w:rPr>
          <w:rFonts w:ascii="Times New Roman" w:hAnsi="Times New Roman" w:eastAsia="宋体"/>
          <w:b w:val="0"/>
          <w:i w:val="0"/>
          <w:sz w:val="21"/>
        </w:rPr>
        <w:t>（A）9　　（B）6√(3)　　（C）8√(3)　　（D）17　　（E）12√(3)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architect is building a structure that will place vertical pillars at the vertices of regular hexagon ABCDEF, which is lying horizontally on the ground. The six pillars will hold up a flat solar panel that will not be parallel to the ground. The heights of pillars at A, B, and C are 12, 9, and 10 meters, respectively. What is the height, in meters, of the pillar at E?</w:t>
      </w:r>
    </w:p>
    <w:p>
      <w:pPr>
        <w:spacing w:before="0" w:after="160" w:line="300" w:lineRule="auto"/>
      </w:pPr>
      <w:r>
        <w:rPr>
          <w:rFonts w:ascii="Times New Roman" w:hAnsi="Times New Roman" w:eastAsia="宋体"/>
          <w:b w:val="0"/>
          <w:i w:val="0"/>
          <w:color w:val="333333"/>
          <w:sz w:val="19"/>
        </w:rPr>
        <w:t>(A) 9　　(B) 6√(3)　　(C) 8√(3)　　(D) 17　　(E) 12√(3)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一位农民的长方形田地被分成如下图所示的 2 乘 2 网格，共 4 个长方形区域。每个区域将种一种作物：玉米、小麦、大豆或土豆。农民不想让玉米和小麦种在任何共边的两个区域，也不想让大豆和土豆种在任何共边的两个区域。在这些限制下，农民有多少种方法为四个区域选择作物？</w:t>
      </w:r>
    </w:p>
    <w:p>
      <w:pPr>
        <w:spacing w:before="80" w:after="80"/>
        <w:jc w:val="center"/>
      </w:pPr>
      <w:r>
        <w:drawing>
          <wp:inline xmlns:a="http://schemas.openxmlformats.org/drawingml/2006/main" xmlns:pic="http://schemas.openxmlformats.org/drawingml/2006/picture">
            <wp:extent cx="1276350" cy="641349"/>
            <wp:docPr id="3" name="Picture 3"/>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1276350" cy="641349"/>
                    </a:xfrm>
                    <a:prstGeom prst="rect"/>
                  </pic:spPr>
                </pic:pic>
              </a:graphicData>
            </a:graphic>
          </wp:inline>
        </w:drawing>
      </w:r>
    </w:p>
    <w:p>
      <w:pPr>
        <w:spacing w:before="0" w:after="120" w:line="300" w:lineRule="auto"/>
      </w:pPr>
      <w:r>
        <w:rPr>
          <w:rFonts w:ascii="Times New Roman" w:hAnsi="Times New Roman" w:eastAsia="宋体"/>
          <w:b w:val="0"/>
          <w:i w:val="0"/>
          <w:sz w:val="21"/>
        </w:rPr>
        <w:t>（A）12　　（B）64　　（C）84　　（D）90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farmer’s rectangular field is partitioned into a 2 by 2 grid of 4 rectangular sections as shown in the figure. In each section the farmer will plant one crop: corn, wheat, soybeans, or potatoes. The farmer does not want to grow corn and wheat in any two sections that share a border, and the farmer does not want to grow soybeans and potatoes in any two sections that share a border. Given these restrictions, in how many ways can the farmer choose crops to plant in each of the four sections of the field?</w:t>
      </w:r>
    </w:p>
    <w:p>
      <w:pPr>
        <w:spacing w:before="80" w:after="80"/>
        <w:jc w:val="center"/>
      </w:pPr>
      <w:r>
        <w:drawing>
          <wp:inline xmlns:a="http://schemas.openxmlformats.org/drawingml/2006/main" xmlns:pic="http://schemas.openxmlformats.org/drawingml/2006/picture">
            <wp:extent cx="1276350" cy="641349"/>
            <wp:docPr id="4" name="Picture 4"/>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1276350" cy="6413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64　　(C) 84　　(D) 90　　(E) 144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一个半径为 1 的圆盘沿边长为 s &gt; 4 的正方形内部滚动一整圈，并扫过面积为 A 的区域。另一个半径为 1 的圆盘沿同一个正方形外部滚动一整圈，并扫过面积为 2A 的区域。s 可写成 a+bπ/c，其中 a，b 和 c 为正整数，且 b 与 c 互质。求 a+b+c？</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disk of radius 1 rolls all the way around the inside of a square of side length s &gt; 4 and sweeps out a region of area A. A second disk of radius 1 rolls all the way around the outside of the same square and sweeps out a region of area 2A. The value of s can be written as a+bπ/c, where a, b, and c are positive integers and b and c are relatively prime. What is a+b+c?</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有多少个正整数有序对 (b,c)，使得 x²+bx+c=0 和 x²+cx+b=0 都没有两个不同的实根？</w:t>
      </w:r>
    </w:p>
    <w:p>
      <w:pPr>
        <w:spacing w:before="0" w:after="120" w:line="300" w:lineRule="auto"/>
      </w:pPr>
      <w:r>
        <w:rPr>
          <w:rFonts w:ascii="Times New Roman" w:hAnsi="Times New Roman" w:eastAsia="宋体"/>
          <w:b w:val="0"/>
          <w:i w:val="0"/>
          <w:sz w:val="21"/>
        </w:rPr>
        <w:t>（A）4　　（B）6　　（C）8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ordered pairs (b,c) of positive integers does neither x²+bx+c=0 nor x²+cx+b=0 have two distinct real solutions?</w:t>
      </w:r>
    </w:p>
    <w:p>
      <w:pPr>
        <w:spacing w:before="0" w:after="160" w:line="300" w:lineRule="auto"/>
      </w:pPr>
      <w:r>
        <w:rPr>
          <w:rFonts w:ascii="Times New Roman" w:hAnsi="Times New Roman" w:eastAsia="宋体"/>
          <w:b w:val="0"/>
          <w:i w:val="0"/>
          <w:color w:val="333333"/>
          <w:sz w:val="19"/>
        </w:rPr>
        <w:t>(A) 4　　(B) 6　　(C) 8　　(D) 12　　(E) 16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20 个球各自独立且随机地投入 5 个箱子之一。设 p 为某个箱子最终有 3 个球、另一个箱子有 5 个球、其余三个箱子各有 4 个球的概率。设 q 为每个箱子最终都有 4 个球的概率。求 p/q？</w:t>
      </w:r>
    </w:p>
    <w:p>
      <w:pPr>
        <w:spacing w:before="0" w:after="120" w:line="300" w:lineRule="auto"/>
      </w:pPr>
      <w:r>
        <w:rPr>
          <w:rFonts w:ascii="Times New Roman" w:hAnsi="Times New Roman" w:eastAsia="宋体"/>
          <w:b w:val="0"/>
          <w:i w:val="0"/>
          <w:sz w:val="21"/>
        </w:rPr>
        <w:t>（A）1　　（B）4　　（C）8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20 balls is tossed independently and at random into one of the 5 bins. Let p be the probability that some bin ends up with 3 balls, another with 5 balls, and the other three with 4 balls each. Let q be the probability that every bin ends up with 4 balls. What is p/q?</w:t>
      </w:r>
    </w:p>
    <w:p>
      <w:pPr>
        <w:spacing w:before="0" w:after="160" w:line="300" w:lineRule="auto"/>
      </w:pPr>
      <w:r>
        <w:rPr>
          <w:rFonts w:ascii="Times New Roman" w:hAnsi="Times New Roman" w:eastAsia="宋体"/>
          <w:b w:val="0"/>
          <w:i w:val="0"/>
          <w:color w:val="333333"/>
          <w:sz w:val="19"/>
        </w:rPr>
        <w:t>(A) 1　　(B) 4　　(C) 8　　(D) 12　　(E) 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一个底面半径为 5、高为 12 的直圆锥内有三个全等球，半径均为 r。每个球都与另外两个球相切，并且也与圆锥的底面和侧面相切。求 r？</w:t>
      </w:r>
    </w:p>
    <w:p>
      <w:pPr>
        <w:spacing w:before="0" w:after="120" w:line="300" w:lineRule="auto"/>
      </w:pPr>
      <w:r>
        <w:rPr>
          <w:rFonts w:ascii="Times New Roman" w:hAnsi="Times New Roman" w:eastAsia="宋体"/>
          <w:b w:val="0"/>
          <w:i w:val="0"/>
          <w:sz w:val="21"/>
        </w:rPr>
        <w:t>（A）3/2　　（B）(90-40√(3))/11　　（C）2　　（D）(144-25√(3))/44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Inside a right circular cone with base radius 5 and height 12 are three congruent spheres each with radius r. Each sphere is tangent to the other two spheres and also tangent to the base and side of the cone. What is r?</w:t>
      </w:r>
    </w:p>
    <w:p>
      <w:pPr>
        <w:spacing w:before="0" w:after="160" w:line="300" w:lineRule="auto"/>
      </w:pPr>
      <w:r>
        <w:rPr>
          <w:rFonts w:ascii="Times New Roman" w:hAnsi="Times New Roman" w:eastAsia="宋体"/>
          <w:b w:val="0"/>
          <w:i w:val="0"/>
          <w:color w:val="333333"/>
          <w:sz w:val="19"/>
        </w:rPr>
        <w:t>(A) 3/2　　(B) (90-40√(3))/11　　(C) 2　　(D) (144-25√(3))/44　　(E) 5/2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对每个正整数 n，令 f₁(n) 为 n 的正因数个数的两倍；对于 j ≥ 2，令 fⱼ(n) = f₁(fⱼ₋₁(n))。有多少个 n ≤ 50 满足 f₅₀(n) = 12？</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let f₁(n) be twice the number of positive integer divisors of n, and for j ≥ 2, let fⱼ(n) = f₁(fⱼ₋₁(n)). For how many values of n ≤ 50 is f₅₀(n) = 12?</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一个立方体的 12 条棱各被标为 0 或 1。即使一个标法可由另一个标法通过一次或多次旋转和/或反射得到，这两个标法仍视为不同。有多少种这样的标法，使得立方体 6 个面中每个面的四条边标签和都等于 2？</w:t>
      </w:r>
    </w:p>
    <w:p>
      <w:pPr>
        <w:spacing w:before="0" w:after="120" w:line="300" w:lineRule="auto"/>
      </w:pPr>
      <w:r>
        <w:rPr>
          <w:rFonts w:ascii="Times New Roman" w:hAnsi="Times New Roman" w:eastAsia="宋体"/>
          <w:b w:val="0"/>
          <w:i w:val="0"/>
          <w:sz w:val="21"/>
        </w:rPr>
        <w:t>（A）8　　（B）10　　（C）12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12 edges of a cube is labeled 0 or 1. Two labelings are considered different even if one can be obtained from the other by a sequence of one or more rotations and/or reflections. For how many such labelings is the sum of the labels on the edges of each of the 6 faces of the cube equal to 2?</w:t>
      </w:r>
    </w:p>
    <w:p>
      <w:pPr>
        <w:spacing w:before="0" w:after="160" w:line="300" w:lineRule="auto"/>
      </w:pPr>
      <w:r>
        <w:rPr>
          <w:rFonts w:ascii="Times New Roman" w:hAnsi="Times New Roman" w:eastAsia="宋体"/>
          <w:b w:val="0"/>
          <w:i w:val="0"/>
          <w:color w:val="333333"/>
          <w:sz w:val="19"/>
        </w:rPr>
        <w:t>(A) 8　　(B) 10　　(C) 12　　(D) 16　　(E) 20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一个首项系数为 1、实系数的二次多项式 p(x) 称为</w:t>
      </w:r>
      <w:r>
        <w:rPr>
          <w:rFonts w:ascii="Times New Roman" w:hAnsi="Times New Roman" w:eastAsia="宋体"/>
          <w:b w:val="0"/>
          <w:i/>
          <w:sz w:val="21"/>
        </w:rPr>
        <w:t>无礼的</w:t>
      </w:r>
      <w:r>
        <w:rPr>
          <w:rFonts w:ascii="Times New Roman" w:hAnsi="Times New Roman" w:eastAsia="宋体"/>
          <w:b w:val="0"/>
          <w:i w:val="0"/>
          <w:sz w:val="21"/>
        </w:rPr>
        <w:t>，如果方程 p(p(x))=0 恰好有三个实数解。在所有无礼的二次多项式中，存在唯一一个多项式 tildep(x)，使其根之和最大。求 tildep(1)？</w:t>
      </w:r>
    </w:p>
    <w:p>
      <w:pPr>
        <w:spacing w:before="0" w:after="120" w:line="300" w:lineRule="auto"/>
      </w:pPr>
      <w:r>
        <w:rPr>
          <w:rFonts w:ascii="Times New Roman" w:hAnsi="Times New Roman" w:eastAsia="宋体"/>
          <w:b w:val="0"/>
          <w:i w:val="0"/>
          <w:sz w:val="21"/>
        </w:rPr>
        <w:t>（A）5/16　　（B）1/2　　（C）5/8　　（D）1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quadratic polynomial p(x) with real coefficients and leading coefficient 1 is called</w:t>
      </w:r>
      <w:r>
        <w:rPr>
          <w:rFonts w:ascii="Times New Roman" w:hAnsi="Times New Roman" w:eastAsia="宋体"/>
          <w:b w:val="0"/>
          <w:i/>
          <w:color w:val="333333"/>
          <w:sz w:val="19"/>
        </w:rPr>
        <w:t>disrespectful</w:t>
      </w:r>
      <w:r>
        <w:rPr>
          <w:rFonts w:ascii="Times New Roman" w:hAnsi="Times New Roman" w:eastAsia="宋体"/>
          <w:b w:val="0"/>
          <w:i w:val="0"/>
          <w:color w:val="333333"/>
          <w:sz w:val="19"/>
        </w:rPr>
        <w:t>if the equation p(p(x))=0 is satisfied by exactly three real numbers. Among all the disrespectful quadratic polynomials, there is a unique such polynomial tildep(x) for which the sum of the roots is maximized. What is tildep(1)?</w:t>
      </w:r>
    </w:p>
    <w:p>
      <w:pPr>
        <w:spacing w:before="0" w:after="160" w:line="300" w:lineRule="auto"/>
      </w:pPr>
      <w:r>
        <w:rPr>
          <w:rFonts w:ascii="Times New Roman" w:hAnsi="Times New Roman" w:eastAsia="宋体"/>
          <w:b w:val="0"/>
          <w:i w:val="0"/>
          <w:color w:val="333333"/>
          <w:sz w:val="19"/>
        </w:rPr>
        <w:t>(A) 5/16　　(B) 1/2　　(C) 5/8　　(D) 1　　(E) 9/8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D　B　E　B　D　B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A　D　D　D　C　D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B　E　B　D　E　A</w:t>
      </w:r>
    </w:p>
    <w:p>
      <w:pPr>
        <w:spacing w:before="0" w:after="200" w:line="300" w:lineRule="auto"/>
      </w:pPr>
      <w:r>
        <w:rPr>
          <w:rFonts w:ascii="Times New Roman" w:hAnsi="Times New Roman" w:eastAsia="宋体"/>
          <w:b w:val="0"/>
          <w:i w:val="0"/>
          <w:color w:val="666666"/>
          <w:sz w:val="18"/>
        </w:rPr>
        <w:t>答案串：CEDBEBDBEBADDDCDDCABEBDEA</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可以如下化简这个表达式：2112-2021=91=7·13，</w:t>
      </w:r>
    </w:p>
    <w:p>
      <w:pPr>
        <w:spacing w:before="0" w:after="80" w:line="300" w:lineRule="auto"/>
        <w:jc w:val="left"/>
      </w:pPr>
      <w:r>
        <w:rPr>
          <w:rFonts w:ascii="Times New Roman" w:hAnsi="Times New Roman" w:eastAsia="宋体"/>
          <w:b w:val="0"/>
          <w:i w:val="0"/>
          <w:sz w:val="21"/>
        </w:rPr>
        <w:t>((2112-2021)²)/169 =((7·13)²)/13²</w:t>
      </w:r>
    </w:p>
    <w:p>
      <w:pPr>
        <w:spacing w:before="0" w:after="80" w:line="300" w:lineRule="auto"/>
        <w:jc w:val="left"/>
      </w:pPr>
      <w:r>
        <w:rPr>
          <w:rFonts w:ascii="Times New Roman" w:hAnsi="Times New Roman" w:eastAsia="宋体"/>
          <w:b w:val="0"/>
          <w:i w:val="0"/>
          <w:sz w:val="21"/>
        </w:rPr>
        <w:t>=7²=49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2112-2021=91=7·13,</w:t>
      </w:r>
    </w:p>
    <w:p>
      <w:pPr>
        <w:spacing w:before="0" w:after="80" w:line="300" w:lineRule="auto"/>
        <w:jc w:val="left"/>
      </w:pPr>
      <w:r>
        <w:rPr>
          <w:rFonts w:ascii="Times New Roman" w:hAnsi="Times New Roman" w:eastAsia="宋体"/>
          <w:b w:val="0"/>
          <w:i w:val="0"/>
          <w:color w:val="333333"/>
          <w:sz w:val="19"/>
        </w:rPr>
        <w:t>((2112-2021)²)/169 =((7·13)²)/13²</w:t>
      </w:r>
    </w:p>
    <w:p>
      <w:pPr>
        <w:spacing w:before="0" w:after="80" w:line="300" w:lineRule="auto"/>
        <w:jc w:val="left"/>
      </w:pPr>
      <w:r>
        <w:rPr>
          <w:rFonts w:ascii="Times New Roman" w:hAnsi="Times New Roman" w:eastAsia="宋体"/>
          <w:b w:val="0"/>
          <w:i w:val="0"/>
          <w:color w:val="333333"/>
          <w:sz w:val="19"/>
        </w:rPr>
        <w:t>=7²=49.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若把 4 英寸的一边缩短 1 英寸，就得到 3× 6 的卡片，面积为 18 平方英寸。</w:t>
      </w:r>
    </w:p>
    <w:p>
      <w:pPr>
        <w:spacing w:before="0" w:after="80" w:line="300" w:lineRule="auto"/>
        <w:jc w:val="left"/>
      </w:pPr>
      <w:r>
        <w:rPr>
          <w:rFonts w:ascii="Times New Roman" w:hAnsi="Times New Roman" w:eastAsia="宋体"/>
          <w:b w:val="0"/>
          <w:i w:val="0"/>
          <w:sz w:val="21"/>
        </w:rPr>
        <w:t>因此题中原先缩短的是 4 英寸的一边。若改为缩短另一边，则得到 4× 5 的卡片，面积为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she shortens the 4-inch side by 1, she has a 3× 6 card, whose area is 18 square inches.</w:t>
      </w:r>
    </w:p>
    <w:p>
      <w:pPr>
        <w:spacing w:before="0" w:after="80" w:line="300" w:lineRule="auto"/>
        <w:jc w:val="left"/>
      </w:pPr>
      <w:r>
        <w:rPr>
          <w:rFonts w:ascii="Times New Roman" w:hAnsi="Times New Roman" w:eastAsia="宋体"/>
          <w:b w:val="0"/>
          <w:i w:val="0"/>
          <w:color w:val="333333"/>
          <w:sz w:val="19"/>
        </w:rPr>
        <w:t>Therefore the given shortening was on the 4-inch side. Shortening the other side instead gives a 4× 5 card, with area 20 square inches.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立方体体积为 6³=216。一个黏土球的体积为 4/3π· 2³=32π/3。</w:t>
      </w:r>
    </w:p>
    <w:p>
      <w:pPr>
        <w:spacing w:before="0" w:after="80" w:line="300" w:lineRule="auto"/>
        <w:jc w:val="left"/>
      </w:pPr>
      <w:r>
        <w:rPr>
          <w:rFonts w:ascii="Times New Roman" w:hAnsi="Times New Roman" w:eastAsia="宋体"/>
          <w:b w:val="0"/>
          <w:i w:val="0"/>
          <w:sz w:val="21"/>
        </w:rPr>
        <w:t>因为黏土可以重新塑形但不能压缩，最多的球数为</w:t>
      </w:r>
    </w:p>
    <w:p>
      <w:pPr>
        <w:spacing w:before="0" w:after="80" w:line="300" w:lineRule="auto"/>
        <w:jc w:val="left"/>
      </w:pPr>
      <w:r>
        <w:rPr>
          <w:rFonts w:ascii="Times New Roman" w:hAnsi="Times New Roman" w:eastAsia="宋体"/>
          <w:b w:val="0"/>
          <w:i w:val="0"/>
          <w:sz w:val="21"/>
        </w:rPr>
        <w:t>⌊ 216/(32π/3)⌋=⌊81/4π⌋。</w:t>
      </w:r>
    </w:p>
    <w:p>
      <w:pPr>
        <w:spacing w:before="0" w:after="80" w:line="300" w:lineRule="auto"/>
        <w:jc w:val="left"/>
      </w:pPr>
      <w:r>
        <w:rPr>
          <w:rFonts w:ascii="Times New Roman" w:hAnsi="Times New Roman" w:eastAsia="宋体"/>
          <w:b w:val="0"/>
          <w:i w:val="0"/>
          <w:sz w:val="21"/>
        </w:rPr>
        <w:t>由于 12&lt; 4π&lt; 13，可知 6&lt; 81/4π&lt; 81/12&lt; 7，因此其整数部分为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cube has volume 6³=216. One ball of clay has volume 4/3π· 2³=32π/3.</w:t>
      </w:r>
    </w:p>
    <w:p>
      <w:pPr>
        <w:spacing w:before="0" w:after="80" w:line="300" w:lineRule="auto"/>
        <w:jc w:val="left"/>
      </w:pPr>
      <w:r>
        <w:rPr>
          <w:rFonts w:ascii="Times New Roman" w:hAnsi="Times New Roman" w:eastAsia="宋体"/>
          <w:b w:val="0"/>
          <w:i w:val="0"/>
          <w:color w:val="333333"/>
          <w:sz w:val="19"/>
        </w:rPr>
        <w:t>Because the clay may be reshaped but not compressed, the maximum number of balls is</w:t>
      </w:r>
    </w:p>
    <w:p>
      <w:pPr>
        <w:spacing w:before="0" w:after="80" w:line="300" w:lineRule="auto"/>
        <w:jc w:val="left"/>
      </w:pPr>
      <w:r>
        <w:rPr>
          <w:rFonts w:ascii="Times New Roman" w:hAnsi="Times New Roman" w:eastAsia="宋体"/>
          <w:b w:val="0"/>
          <w:i w:val="0"/>
          <w:color w:val="333333"/>
          <w:sz w:val="19"/>
        </w:rPr>
        <w:t>⌊ 216/(32π/3)⌋=⌊81/4π⌋.</w:t>
      </w:r>
    </w:p>
    <w:p>
      <w:pPr>
        <w:spacing w:before="0" w:after="80" w:line="300" w:lineRule="auto"/>
        <w:jc w:val="left"/>
      </w:pPr>
      <w:r>
        <w:rPr>
          <w:rFonts w:ascii="Times New Roman" w:hAnsi="Times New Roman" w:eastAsia="宋体"/>
          <w:b w:val="0"/>
          <w:i w:val="0"/>
          <w:color w:val="333333"/>
          <w:sz w:val="19"/>
        </w:rPr>
        <w:t>Since 12&lt; 4π&lt; 13, we have 6&lt; 81/4π&lt; 81/12&lt; 7. Therefore the floor is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路线 A 所需时间为</w:t>
      </w:r>
    </w:p>
    <w:p>
      <w:pPr>
        <w:spacing w:before="0" w:after="80" w:line="300" w:lineRule="auto"/>
        <w:jc w:val="left"/>
      </w:pPr>
      <w:r>
        <w:rPr>
          <w:rFonts w:ascii="Times New Roman" w:hAnsi="Times New Roman" w:eastAsia="宋体"/>
          <w:b w:val="0"/>
          <w:i w:val="0"/>
          <w:sz w:val="21"/>
        </w:rPr>
        <w:t>6/30 · 60 = 12</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路线 B 所需时间为</w:t>
      </w:r>
    </w:p>
    <w:p>
      <w:pPr>
        <w:spacing w:before="0" w:after="80" w:line="300" w:lineRule="auto"/>
        <w:jc w:val="left"/>
      </w:pPr>
      <w:r>
        <w:rPr>
          <w:rFonts w:ascii="Times New Roman" w:hAnsi="Times New Roman" w:eastAsia="宋体"/>
          <w:b w:val="0"/>
          <w:i w:val="0"/>
          <w:sz w:val="21"/>
        </w:rPr>
        <w:t>((5 - 0.5)/40 + 0.5/20) · 60 = 8.25</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因此路线 B 快 12 - 8.25 = 3.75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Lopez would take</w:t>
      </w:r>
    </w:p>
    <w:p>
      <w:pPr>
        <w:spacing w:before="0" w:after="80" w:line="300" w:lineRule="auto"/>
        <w:jc w:val="left"/>
      </w:pPr>
      <w:r>
        <w:rPr>
          <w:rFonts w:ascii="Times New Roman" w:hAnsi="Times New Roman" w:eastAsia="宋体"/>
          <w:b w:val="0"/>
          <w:i w:val="0"/>
          <w:color w:val="333333"/>
          <w:sz w:val="19"/>
        </w:rPr>
        <w:t>6/30 · 60 = 12</w:t>
      </w:r>
    </w:p>
    <w:p>
      <w:pPr>
        <w:spacing w:before="0" w:after="80" w:line="300" w:lineRule="auto"/>
        <w:jc w:val="left"/>
      </w:pPr>
      <w:r>
        <w:rPr>
          <w:rFonts w:ascii="Times New Roman" w:hAnsi="Times New Roman" w:eastAsia="宋体"/>
          <w:b w:val="0"/>
          <w:i w:val="0"/>
          <w:color w:val="333333"/>
          <w:sz w:val="19"/>
        </w:rPr>
        <w:t>minutes to travel on Route A.</w:t>
      </w:r>
    </w:p>
    <w:p>
      <w:pPr>
        <w:spacing w:before="0" w:after="80" w:line="300" w:lineRule="auto"/>
        <w:jc w:val="left"/>
      </w:pPr>
      <w:r>
        <w:rPr>
          <w:rFonts w:ascii="Times New Roman" w:hAnsi="Times New Roman" w:eastAsia="宋体"/>
          <w:b w:val="0"/>
          <w:i w:val="0"/>
          <w:color w:val="333333"/>
          <w:sz w:val="19"/>
        </w:rPr>
        <w:t>On Route B, he would take</w:t>
      </w:r>
    </w:p>
    <w:p>
      <w:pPr>
        <w:spacing w:before="0" w:after="80" w:line="300" w:lineRule="auto"/>
        <w:jc w:val="left"/>
      </w:pPr>
      <w:r>
        <w:rPr>
          <w:rFonts w:ascii="Times New Roman" w:hAnsi="Times New Roman" w:eastAsia="宋体"/>
          <w:b w:val="0"/>
          <w:i w:val="0"/>
          <w:color w:val="333333"/>
          <w:sz w:val="19"/>
        </w:rPr>
        <w:t>((5 - 0.5)/40 + 0.5/20) · 60 = 8.25</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The difference in times along these routes is 12 - 8.25 = 3.75 minutes.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注意 A 不能是偶数，否则这个数能被 2 整除。</w:t>
      </w:r>
    </w:p>
    <w:p>
      <w:pPr>
        <w:spacing w:before="0" w:after="80" w:line="300" w:lineRule="auto"/>
        <w:jc w:val="left"/>
      </w:pPr>
      <w:r>
        <w:rPr>
          <w:rFonts w:ascii="Times New Roman" w:hAnsi="Times New Roman" w:eastAsia="宋体"/>
          <w:b w:val="0"/>
          <w:i w:val="0"/>
          <w:sz w:val="21"/>
        </w:rPr>
        <w:t>A 也不能是 5，否则这个数能被 5 整除。</w:t>
      </w:r>
    </w:p>
    <w:p>
      <w:pPr>
        <w:spacing w:before="0" w:after="80" w:line="300" w:lineRule="auto"/>
        <w:jc w:val="left"/>
      </w:pPr>
      <w:r>
        <w:rPr>
          <w:rFonts w:ascii="Times New Roman" w:hAnsi="Times New Roman" w:eastAsia="宋体"/>
          <w:b w:val="0"/>
          <w:i w:val="0"/>
          <w:sz w:val="21"/>
        </w:rPr>
        <w:t>若 A 等于 1 或 7，则这个数的数位和分别为 6 和 12。</w:t>
      </w:r>
    </w:p>
    <w:p>
      <w:pPr>
        <w:spacing w:before="0" w:after="80" w:line="300" w:lineRule="auto"/>
        <w:jc w:val="left"/>
      </w:pPr>
      <w:r>
        <w:rPr>
          <w:rFonts w:ascii="Times New Roman" w:hAnsi="Times New Roman" w:eastAsia="宋体"/>
          <w:b w:val="0"/>
          <w:i w:val="0"/>
          <w:sz w:val="21"/>
        </w:rPr>
        <w:t>这样这个数能被 3 整除，所以排除了这两个 A 值。</w:t>
      </w:r>
    </w:p>
    <w:p>
      <w:pPr>
        <w:spacing w:before="0" w:after="80" w:line="300" w:lineRule="auto"/>
        <w:jc w:val="left"/>
      </w:pPr>
      <w:r>
        <w:rPr>
          <w:rFonts w:ascii="Times New Roman" w:hAnsi="Times New Roman" w:eastAsia="宋体"/>
          <w:b w:val="0"/>
          <w:i w:val="0"/>
          <w:sz w:val="21"/>
        </w:rPr>
        <w:t>最后，若 A 等于 3，整个数为 202103。交错数位和之差为</w:t>
      </w:r>
    </w:p>
    <w:p>
      <w:pPr>
        <w:spacing w:before="0" w:after="80" w:line="300" w:lineRule="auto"/>
        <w:jc w:val="left"/>
      </w:pPr>
      <w:r>
        <w:rPr>
          <w:rFonts w:ascii="Times New Roman" w:hAnsi="Times New Roman" w:eastAsia="宋体"/>
          <w:b w:val="0"/>
          <w:i w:val="0"/>
          <w:sz w:val="21"/>
        </w:rPr>
        <w:t>2 + 2 - 1 - 3 = 0，</w:t>
      </w:r>
    </w:p>
    <w:p>
      <w:pPr>
        <w:spacing w:before="0" w:after="80" w:line="300" w:lineRule="auto"/>
        <w:jc w:val="left"/>
      </w:pPr>
      <w:r>
        <w:rPr>
          <w:rFonts w:ascii="Times New Roman" w:hAnsi="Times New Roman" w:eastAsia="宋体"/>
          <w:b w:val="0"/>
          <w:i w:val="0"/>
          <w:sz w:val="21"/>
        </w:rPr>
        <w:t>所以这个数能被 11 整除。</w:t>
      </w:r>
    </w:p>
    <w:p>
      <w:pPr>
        <w:spacing w:before="0" w:after="80" w:line="300" w:lineRule="auto"/>
        <w:jc w:val="left"/>
      </w:pPr>
      <w:r>
        <w:rPr>
          <w:rFonts w:ascii="Times New Roman" w:hAnsi="Times New Roman" w:eastAsia="宋体"/>
          <w:b w:val="0"/>
          <w:i w:val="0"/>
          <w:sz w:val="21"/>
        </w:rPr>
        <w:t>除 9 外，每个选择都会使这个数成为合数。题目说明恰有一个数字符合条件，所以这个数字必须是 A=9。（事实上，试除所有不超过 √(202109)&lt;450 的质数，可确认 202109 是质数。）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 cannot be even, as then the number would be divisible by 2.</w:t>
      </w:r>
    </w:p>
    <w:p>
      <w:pPr>
        <w:spacing w:before="0" w:after="80" w:line="300" w:lineRule="auto"/>
        <w:jc w:val="left"/>
      </w:pPr>
      <w:r>
        <w:rPr>
          <w:rFonts w:ascii="Times New Roman" w:hAnsi="Times New Roman" w:eastAsia="宋体"/>
          <w:b w:val="0"/>
          <w:i w:val="0"/>
          <w:color w:val="333333"/>
          <w:sz w:val="19"/>
        </w:rPr>
        <w:t>A also cannot be 5, as that would make the number divisible by 5.</w:t>
      </w:r>
    </w:p>
    <w:p>
      <w:pPr>
        <w:spacing w:before="0" w:after="80" w:line="300" w:lineRule="auto"/>
        <w:jc w:val="left"/>
      </w:pPr>
      <w:r>
        <w:rPr>
          <w:rFonts w:ascii="Times New Roman" w:hAnsi="Times New Roman" w:eastAsia="宋体"/>
          <w:b w:val="0"/>
          <w:i w:val="0"/>
          <w:color w:val="333333"/>
          <w:sz w:val="19"/>
        </w:rPr>
        <w:t>If A equaled 1 or 7, then the sum of the digits of the number would be 6 and 12 respectively.</w:t>
      </w:r>
    </w:p>
    <w:p>
      <w:pPr>
        <w:spacing w:before="0" w:after="80" w:line="300" w:lineRule="auto"/>
        <w:jc w:val="left"/>
      </w:pPr>
      <w:r>
        <w:rPr>
          <w:rFonts w:ascii="Times New Roman" w:hAnsi="Times New Roman" w:eastAsia="宋体"/>
          <w:b w:val="0"/>
          <w:i w:val="0"/>
          <w:color w:val="333333"/>
          <w:sz w:val="19"/>
        </w:rPr>
        <w:t>This would make the number divisible by 3, so that rules out A equaling either of these numbers.</w:t>
      </w:r>
    </w:p>
    <w:p>
      <w:pPr>
        <w:spacing w:before="0" w:after="80" w:line="300" w:lineRule="auto"/>
        <w:jc w:val="left"/>
      </w:pPr>
      <w:r>
        <w:rPr>
          <w:rFonts w:ascii="Times New Roman" w:hAnsi="Times New Roman" w:eastAsia="宋体"/>
          <w:b w:val="0"/>
          <w:i w:val="0"/>
          <w:color w:val="333333"/>
          <w:sz w:val="19"/>
        </w:rPr>
        <w:t>Finally, if A equals 3, then the whole number becomes 202103. If we look at the difference of the sums of alternating digits, we get</w:t>
      </w:r>
    </w:p>
    <w:p>
      <w:pPr>
        <w:spacing w:before="0" w:after="80" w:line="300" w:lineRule="auto"/>
        <w:jc w:val="left"/>
      </w:pPr>
      <w:r>
        <w:rPr>
          <w:rFonts w:ascii="Times New Roman" w:hAnsi="Times New Roman" w:eastAsia="宋体"/>
          <w:b w:val="0"/>
          <w:i w:val="0"/>
          <w:color w:val="333333"/>
          <w:sz w:val="19"/>
        </w:rPr>
        <w:t>2 + 2 - 1 - 3 = 0,</w:t>
      </w:r>
    </w:p>
    <w:p>
      <w:pPr>
        <w:spacing w:before="0" w:after="80" w:line="300" w:lineRule="auto"/>
        <w:jc w:val="left"/>
      </w:pPr>
      <w:r>
        <w:rPr>
          <w:rFonts w:ascii="Times New Roman" w:hAnsi="Times New Roman" w:eastAsia="宋体"/>
          <w:b w:val="0"/>
          <w:i w:val="0"/>
          <w:color w:val="333333"/>
          <w:sz w:val="19"/>
        </w:rPr>
        <w:t>which means the number is divisible by 11.</w:t>
      </w:r>
    </w:p>
    <w:p>
      <w:pPr>
        <w:spacing w:before="0" w:after="80" w:line="300" w:lineRule="auto"/>
        <w:jc w:val="left"/>
      </w:pPr>
      <w:r>
        <w:rPr>
          <w:rFonts w:ascii="Times New Roman" w:hAnsi="Times New Roman" w:eastAsia="宋体"/>
          <w:b w:val="0"/>
          <w:i w:val="0"/>
          <w:color w:val="333333"/>
          <w:sz w:val="19"/>
        </w:rPr>
        <w:t>Every choice except 9 makes the number composite. Because the problem states that exactly one digit works, that digit must be A=9. (Indeed, trial division by the primes at most √(202109)&lt;450 confirms that 202109 is prime.)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第 1 根和第 41 根之间有 40 个间隔，所以相邻电线杆之间的距离为</w:t>
      </w:r>
    </w:p>
    <w:p>
      <w:pPr>
        <w:spacing w:before="0" w:after="80" w:line="300" w:lineRule="auto"/>
        <w:jc w:val="left"/>
      </w:pPr>
      <w:r>
        <w:rPr>
          <w:rFonts w:ascii="Times New Roman" w:hAnsi="Times New Roman" w:eastAsia="宋体"/>
          <w:b w:val="0"/>
          <w:i w:val="0"/>
          <w:sz w:val="21"/>
        </w:rPr>
        <w:t>5280 ÷ 40 = 132</w:t>
      </w:r>
    </w:p>
    <w:p>
      <w:pPr>
        <w:spacing w:before="0" w:after="80" w:line="300" w:lineRule="auto"/>
        <w:jc w:val="left"/>
      </w:pPr>
      <w:r>
        <w:rPr>
          <w:rFonts w:ascii="Times New Roman" w:hAnsi="Times New Roman" w:eastAsia="宋体"/>
          <w:b w:val="0"/>
          <w:i w:val="0"/>
          <w:sz w:val="21"/>
        </w:rPr>
        <w:t>英尺。</w:t>
      </w:r>
    </w:p>
    <w:p>
      <w:pPr>
        <w:spacing w:before="0" w:after="80" w:line="300" w:lineRule="auto"/>
        <w:jc w:val="left"/>
      </w:pPr>
      <w:r>
        <w:rPr>
          <w:rFonts w:ascii="Times New Roman" w:hAnsi="Times New Roman" w:eastAsia="宋体"/>
          <w:b w:val="0"/>
          <w:i w:val="0"/>
          <w:sz w:val="21"/>
        </w:rPr>
        <w:t>这说明 Elmer 的一步长为</w:t>
      </w:r>
    </w:p>
    <w:p>
      <w:pPr>
        <w:spacing w:before="0" w:after="80" w:line="300" w:lineRule="auto"/>
        <w:jc w:val="left"/>
      </w:pPr>
      <w:r>
        <w:rPr>
          <w:rFonts w:ascii="Times New Roman" w:hAnsi="Times New Roman" w:eastAsia="宋体"/>
          <w:b w:val="0"/>
          <w:i w:val="0"/>
          <w:sz w:val="21"/>
        </w:rPr>
        <w:t>132 ÷ 44 = 3</w:t>
      </w:r>
    </w:p>
    <w:p>
      <w:pPr>
        <w:spacing w:before="0" w:after="80" w:line="300" w:lineRule="auto"/>
        <w:jc w:val="left"/>
      </w:pPr>
      <w:r>
        <w:rPr>
          <w:rFonts w:ascii="Times New Roman" w:hAnsi="Times New Roman" w:eastAsia="宋体"/>
          <w:b w:val="0"/>
          <w:i w:val="0"/>
          <w:sz w:val="21"/>
        </w:rPr>
        <w:t>英尺。类似地，Oscar 的一步长为</w:t>
      </w:r>
    </w:p>
    <w:p>
      <w:pPr>
        <w:spacing w:before="0" w:after="80" w:line="300" w:lineRule="auto"/>
        <w:jc w:val="left"/>
      </w:pPr>
      <w:r>
        <w:rPr>
          <w:rFonts w:ascii="Times New Roman" w:hAnsi="Times New Roman" w:eastAsia="宋体"/>
          <w:b w:val="0"/>
          <w:i w:val="0"/>
          <w:sz w:val="21"/>
        </w:rPr>
        <w:t>132 ÷ 12 = 11</w:t>
      </w:r>
    </w:p>
    <w:p>
      <w:pPr>
        <w:spacing w:before="0" w:after="80" w:line="300" w:lineRule="auto"/>
        <w:jc w:val="left"/>
      </w:pPr>
      <w:r>
        <w:rPr>
          <w:rFonts w:ascii="Times New Roman" w:hAnsi="Times New Roman" w:eastAsia="宋体"/>
          <w:b w:val="0"/>
          <w:i w:val="0"/>
          <w:sz w:val="21"/>
        </w:rPr>
        <w:t>英尺。因此 Oscar 的跃步比 Elmer 的步幅长 11 - 3 = 8 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40 gaps between the 1st and 41st pole, which means that the distance between consecutive poles is</w:t>
      </w:r>
    </w:p>
    <w:p>
      <w:pPr>
        <w:spacing w:before="0" w:after="80" w:line="300" w:lineRule="auto"/>
        <w:jc w:val="left"/>
      </w:pPr>
      <w:r>
        <w:rPr>
          <w:rFonts w:ascii="Times New Roman" w:hAnsi="Times New Roman" w:eastAsia="宋体"/>
          <w:b w:val="0"/>
          <w:i w:val="0"/>
          <w:color w:val="333333"/>
          <w:sz w:val="19"/>
        </w:rPr>
        <w:t>5280 ÷ 40 = 132</w:t>
      </w:r>
    </w:p>
    <w:p>
      <w:pPr>
        <w:spacing w:before="0" w:after="80" w:line="300" w:lineRule="auto"/>
        <w:jc w:val="left"/>
      </w:pPr>
      <w:r>
        <w:rPr>
          <w:rFonts w:ascii="Times New Roman" w:hAnsi="Times New Roman" w:eastAsia="宋体"/>
          <w:b w:val="0"/>
          <w:i w:val="0"/>
          <w:color w:val="333333"/>
          <w:sz w:val="19"/>
        </w:rPr>
        <w:t>feet.</w:t>
      </w:r>
    </w:p>
    <w:p>
      <w:pPr>
        <w:spacing w:before="0" w:after="80" w:line="300" w:lineRule="auto"/>
        <w:jc w:val="left"/>
      </w:pPr>
      <w:r>
        <w:rPr>
          <w:rFonts w:ascii="Times New Roman" w:hAnsi="Times New Roman" w:eastAsia="宋体"/>
          <w:b w:val="0"/>
          <w:i w:val="0"/>
          <w:color w:val="333333"/>
          <w:sz w:val="19"/>
        </w:rPr>
        <w:t>This means that each of Elmer’s strides is</w:t>
      </w:r>
    </w:p>
    <w:p>
      <w:pPr>
        <w:spacing w:before="0" w:after="80" w:line="300" w:lineRule="auto"/>
        <w:jc w:val="left"/>
      </w:pPr>
      <w:r>
        <w:rPr>
          <w:rFonts w:ascii="Times New Roman" w:hAnsi="Times New Roman" w:eastAsia="宋体"/>
          <w:b w:val="0"/>
          <w:i w:val="0"/>
          <w:color w:val="333333"/>
          <w:sz w:val="19"/>
        </w:rPr>
        <w:t>132 ÷ 44 = 3</w:t>
      </w:r>
    </w:p>
    <w:p>
      <w:pPr>
        <w:spacing w:before="0" w:after="80" w:line="300" w:lineRule="auto"/>
        <w:jc w:val="left"/>
      </w:pPr>
      <w:r>
        <w:rPr>
          <w:rFonts w:ascii="Times New Roman" w:hAnsi="Times New Roman" w:eastAsia="宋体"/>
          <w:b w:val="0"/>
          <w:i w:val="0"/>
          <w:color w:val="333333"/>
          <w:sz w:val="19"/>
        </w:rPr>
        <w:t>feet. Similarly, each of Oscar’s leaps is</w:t>
      </w:r>
    </w:p>
    <w:p>
      <w:pPr>
        <w:spacing w:before="0" w:after="80" w:line="300" w:lineRule="auto"/>
        <w:jc w:val="left"/>
      </w:pPr>
      <w:r>
        <w:rPr>
          <w:rFonts w:ascii="Times New Roman" w:hAnsi="Times New Roman" w:eastAsia="宋体"/>
          <w:b w:val="0"/>
          <w:i w:val="0"/>
          <w:color w:val="333333"/>
          <w:sz w:val="19"/>
        </w:rPr>
        <w:t>132 ÷ 12 = 11</w:t>
      </w:r>
    </w:p>
    <w:p>
      <w:pPr>
        <w:spacing w:before="0" w:after="80" w:line="300" w:lineRule="auto"/>
        <w:jc w:val="left"/>
      </w:pPr>
      <w:r>
        <w:rPr>
          <w:rFonts w:ascii="Times New Roman" w:hAnsi="Times New Roman" w:eastAsia="宋体"/>
          <w:b w:val="0"/>
          <w:i w:val="0"/>
          <w:color w:val="333333"/>
          <w:sz w:val="19"/>
        </w:rPr>
        <w:t>feet. This makes Oscar’s leap 11 - 3 = 8 feet longer.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因为 ∠ ADC = 90°，所以</w:t>
      </w:r>
    </w:p>
    <w:p>
      <w:pPr>
        <w:spacing w:before="0" w:after="80" w:line="300" w:lineRule="auto"/>
        <w:jc w:val="left"/>
      </w:pPr>
      <w:r>
        <w:rPr>
          <w:rFonts w:ascii="Times New Roman" w:hAnsi="Times New Roman" w:eastAsia="宋体"/>
          <w:b w:val="0"/>
          <w:i w:val="0"/>
          <w:sz w:val="21"/>
        </w:rPr>
        <w:t>∠ FDE = 360° - 90° - 110°</w:t>
      </w:r>
    </w:p>
    <w:p>
      <w:pPr>
        <w:spacing w:before="0" w:after="80" w:line="300" w:lineRule="auto"/>
        <w:jc w:val="left"/>
      </w:pPr>
      <w:r>
        <w:rPr>
          <w:rFonts w:ascii="Times New Roman" w:hAnsi="Times New Roman" w:eastAsia="宋体"/>
          <w:b w:val="0"/>
          <w:i w:val="0"/>
          <w:sz w:val="21"/>
        </w:rPr>
        <w:t>= 160°。</w:t>
      </w:r>
    </w:p>
    <w:p>
      <w:pPr>
        <w:spacing w:before="0" w:after="80" w:line="300" w:lineRule="auto"/>
        <w:jc w:val="left"/>
      </w:pPr>
      <w:r>
        <w:rPr>
          <w:rFonts w:ascii="Times New Roman" w:hAnsi="Times New Roman" w:eastAsia="宋体"/>
          <w:b w:val="0"/>
          <w:i w:val="0"/>
          <w:sz w:val="21"/>
        </w:rPr>
        <w:t>又因为 △ FDE 是等腰三角形，所以</w:t>
      </w:r>
    </w:p>
    <w:p>
      <w:pPr>
        <w:spacing w:before="0" w:after="80" w:line="300" w:lineRule="auto"/>
        <w:jc w:val="left"/>
      </w:pPr>
      <w:r>
        <w:rPr>
          <w:rFonts w:ascii="Times New Roman" w:hAnsi="Times New Roman" w:eastAsia="宋体"/>
          <w:b w:val="0"/>
          <w:i w:val="0"/>
          <w:sz w:val="21"/>
        </w:rPr>
        <w:t>∠ EFD = (180° - 160°)/2 = 10°。</w:t>
      </w:r>
    </w:p>
    <w:p>
      <w:pPr>
        <w:spacing w:before="0" w:after="80" w:line="300" w:lineRule="auto"/>
        <w:jc w:val="left"/>
      </w:pPr>
      <w:r>
        <w:rPr>
          <w:rFonts w:ascii="Times New Roman" w:hAnsi="Times New Roman" w:eastAsia="宋体"/>
          <w:b w:val="0"/>
          <w:i w:val="0"/>
          <w:sz w:val="21"/>
        </w:rPr>
        <w:t>最后</w:t>
      </w:r>
    </w:p>
    <w:p>
      <w:pPr>
        <w:spacing w:before="0" w:after="80" w:line="300" w:lineRule="auto"/>
        <w:jc w:val="left"/>
      </w:pPr>
      <w:r>
        <w:rPr>
          <w:rFonts w:ascii="Times New Roman" w:hAnsi="Times New Roman" w:eastAsia="宋体"/>
          <w:b w:val="0"/>
          <w:i w:val="0"/>
          <w:sz w:val="21"/>
        </w:rPr>
        <w:t>∠ AFE = 180° - 10° = 170°。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ADC = 90°, we get that</w:t>
      </w:r>
    </w:p>
    <w:p>
      <w:pPr>
        <w:spacing w:before="0" w:after="80" w:line="300" w:lineRule="auto"/>
        <w:jc w:val="left"/>
      </w:pPr>
      <w:r>
        <w:rPr>
          <w:rFonts w:ascii="Times New Roman" w:hAnsi="Times New Roman" w:eastAsia="宋体"/>
          <w:b w:val="0"/>
          <w:i w:val="0"/>
          <w:color w:val="333333"/>
          <w:sz w:val="19"/>
        </w:rPr>
        <w:t>∠ FDE = 360° - 90° - 110°</w:t>
      </w:r>
    </w:p>
    <w:p>
      <w:pPr>
        <w:spacing w:before="0" w:after="80" w:line="300" w:lineRule="auto"/>
        <w:jc w:val="left"/>
      </w:pPr>
      <w:r>
        <w:rPr>
          <w:rFonts w:ascii="Times New Roman" w:hAnsi="Times New Roman" w:eastAsia="宋体"/>
          <w:b w:val="0"/>
          <w:i w:val="0"/>
          <w:color w:val="333333"/>
          <w:sz w:val="19"/>
        </w:rPr>
        <w:t>= 160°.</w:t>
      </w:r>
    </w:p>
    <w:p>
      <w:pPr>
        <w:spacing w:before="0" w:after="80" w:line="300" w:lineRule="auto"/>
        <w:jc w:val="left"/>
      </w:pPr>
      <w:r>
        <w:rPr>
          <w:rFonts w:ascii="Times New Roman" w:hAnsi="Times New Roman" w:eastAsia="宋体"/>
          <w:b w:val="0"/>
          <w:i w:val="0"/>
          <w:color w:val="333333"/>
          <w:sz w:val="19"/>
        </w:rPr>
        <w:t>Also since △ FDE is isosceles, we get that</w:t>
      </w:r>
    </w:p>
    <w:p>
      <w:pPr>
        <w:spacing w:before="0" w:after="80" w:line="300" w:lineRule="auto"/>
        <w:jc w:val="left"/>
      </w:pPr>
      <w:r>
        <w:rPr>
          <w:rFonts w:ascii="Times New Roman" w:hAnsi="Times New Roman" w:eastAsia="宋体"/>
          <w:b w:val="0"/>
          <w:i w:val="0"/>
          <w:color w:val="333333"/>
          <w:sz w:val="19"/>
        </w:rPr>
        <w:t>∠ EFD = (180° - 160°)/2 = 10°.</w:t>
      </w:r>
    </w:p>
    <w:p>
      <w:pPr>
        <w:spacing w:before="0" w:after="80" w:line="300" w:lineRule="auto"/>
        <w:jc w:val="left"/>
      </w:pPr>
      <w:r>
        <w:rPr>
          <w:rFonts w:ascii="Times New Roman" w:hAnsi="Times New Roman" w:eastAsia="宋体"/>
          <w:b w:val="0"/>
          <w:i w:val="0"/>
          <w:color w:val="333333"/>
          <w:sz w:val="19"/>
        </w:rPr>
        <w:t>Finally, we get that</w:t>
      </w:r>
    </w:p>
    <w:p>
      <w:pPr>
        <w:spacing w:before="0" w:after="80" w:line="300" w:lineRule="auto"/>
        <w:jc w:val="left"/>
      </w:pPr>
      <w:r>
        <w:rPr>
          <w:rFonts w:ascii="Times New Roman" w:hAnsi="Times New Roman" w:eastAsia="宋体"/>
          <w:b w:val="0"/>
          <w:i w:val="0"/>
          <w:color w:val="333333"/>
          <w:sz w:val="19"/>
        </w:rPr>
        <w:t>∠ AFE = 180° - 10° = 170°.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 a b 是一个 2 位可爱数。</w:t>
      </w:r>
    </w:p>
    <w:p>
      <w:pPr>
        <w:spacing w:before="0" w:after="80" w:line="300" w:lineRule="auto"/>
        <w:jc w:val="left"/>
      </w:pPr>
      <w:r>
        <w:rPr>
          <w:rFonts w:ascii="Times New Roman" w:hAnsi="Times New Roman" w:eastAsia="宋体"/>
          <w:b w:val="0"/>
          <w:i w:val="0"/>
          <w:sz w:val="21"/>
        </w:rPr>
        <w:t>由定义，</w:t>
      </w:r>
    </w:p>
    <w:p>
      <w:pPr>
        <w:spacing w:before="0" w:after="80" w:line="300" w:lineRule="auto"/>
        <w:jc w:val="left"/>
      </w:pPr>
      <w:r>
        <w:rPr>
          <w:rFonts w:ascii="Times New Roman" w:hAnsi="Times New Roman" w:eastAsia="宋体"/>
          <w:b w:val="0"/>
          <w:i w:val="0"/>
          <w:sz w:val="21"/>
        </w:rPr>
        <w:t>10a + b = a + b²。</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9a = b(b - 1)。</w:t>
      </w:r>
    </w:p>
    <w:p>
      <w:pPr>
        <w:spacing w:before="0" w:after="80" w:line="300" w:lineRule="auto"/>
        <w:jc w:val="left"/>
      </w:pPr>
      <w:r>
        <w:rPr>
          <w:rFonts w:ascii="Times New Roman" w:hAnsi="Times New Roman" w:eastAsia="宋体"/>
          <w:b w:val="0"/>
          <w:i w:val="0"/>
          <w:sz w:val="21"/>
        </w:rPr>
        <w:t>因为两个相邻整数不可能都被 3 整除，所以 b 和 b-1 中必有一个含有两个因数 3。</w:t>
      </w:r>
    </w:p>
    <w:p>
      <w:pPr>
        <w:spacing w:before="0" w:after="80" w:line="300" w:lineRule="auto"/>
        <w:jc w:val="left"/>
      </w:pPr>
      <w:r>
        <w:rPr>
          <w:rFonts w:ascii="Times New Roman" w:hAnsi="Times New Roman" w:eastAsia="宋体"/>
          <w:b w:val="0"/>
          <w:i w:val="0"/>
          <w:sz w:val="21"/>
        </w:rPr>
        <w:t>对一位数 b 而言，只有 b=0,1 或 9 可能。前两个选择都给出 a=0，不能组成两位数；若 b=9，则 a=8。检验可知 89 是可爱数，因此只有 1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be a 2-digit cuddly number.</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10a + b = a + b².</w:t>
      </w:r>
    </w:p>
    <w:p>
      <w:pPr>
        <w:spacing w:before="0" w:after="80" w:line="300" w:lineRule="auto"/>
        <w:jc w:val="left"/>
      </w:pPr>
      <w:r>
        <w:rPr>
          <w:rFonts w:ascii="Times New Roman" w:hAnsi="Times New Roman" w:eastAsia="宋体"/>
          <w:b w:val="0"/>
          <w:i w:val="0"/>
          <w:color w:val="333333"/>
          <w:sz w:val="19"/>
        </w:rPr>
        <w:t>Rearranging, we get</w:t>
      </w:r>
    </w:p>
    <w:p>
      <w:pPr>
        <w:spacing w:before="0" w:after="80" w:line="300" w:lineRule="auto"/>
        <w:jc w:val="left"/>
      </w:pPr>
      <w:r>
        <w:rPr>
          <w:rFonts w:ascii="Times New Roman" w:hAnsi="Times New Roman" w:eastAsia="宋体"/>
          <w:b w:val="0"/>
          <w:i w:val="0"/>
          <w:color w:val="333333"/>
          <w:sz w:val="19"/>
        </w:rPr>
        <w:t>9a = b(b - 1).</w:t>
      </w:r>
    </w:p>
    <w:p>
      <w:pPr>
        <w:spacing w:before="0" w:after="80" w:line="300" w:lineRule="auto"/>
        <w:jc w:val="left"/>
      </w:pPr>
      <w:r>
        <w:rPr>
          <w:rFonts w:ascii="Times New Roman" w:hAnsi="Times New Roman" w:eastAsia="宋体"/>
          <w:b w:val="0"/>
          <w:i w:val="0"/>
          <w:color w:val="333333"/>
          <w:sz w:val="19"/>
        </w:rPr>
        <w:t>Because consecutive integers cannot both be divisible by 3, one of b and b-1 must contain both factors of 3.</w:t>
      </w:r>
    </w:p>
    <w:p>
      <w:pPr>
        <w:spacing w:before="0" w:after="80" w:line="300" w:lineRule="auto"/>
        <w:jc w:val="left"/>
      </w:pPr>
      <w:r>
        <w:rPr>
          <w:rFonts w:ascii="Times New Roman" w:hAnsi="Times New Roman" w:eastAsia="宋体"/>
          <w:b w:val="0"/>
          <w:i w:val="0"/>
          <w:color w:val="333333"/>
          <w:sz w:val="19"/>
        </w:rPr>
        <w:t>For a digit b, this leaves b=0,1, or 9. The first two choices give a=0, which does not make a two-digit number. If b=9, then a=8. Checking, we get that 89 is a</w:t>
      </w:r>
      <w:r>
        <w:rPr>
          <w:rFonts w:ascii="Times New Roman" w:hAnsi="Times New Roman" w:eastAsia="宋体"/>
          <w:b w:val="0"/>
          <w:i/>
          <w:color w:val="333333"/>
          <w:sz w:val="19"/>
        </w:rPr>
        <w:t>cuddly</w:t>
      </w:r>
      <w:r>
        <w:rPr>
          <w:rFonts w:ascii="Times New Roman" w:hAnsi="Times New Roman" w:eastAsia="宋体"/>
          <w:b w:val="0"/>
          <w:i w:val="0"/>
          <w:color w:val="333333"/>
          <w:sz w:val="19"/>
        </w:rPr>
        <w:t>number. This shows that there is only 1 two-digit</w:t>
      </w:r>
      <w:r>
        <w:rPr>
          <w:rFonts w:ascii="Times New Roman" w:hAnsi="Times New Roman" w:eastAsia="宋体"/>
          <w:b w:val="0"/>
          <w:i/>
          <w:color w:val="333333"/>
          <w:sz w:val="19"/>
        </w:rPr>
        <w:t>cuddly</w:t>
      </w:r>
      <w:r>
        <w:rPr>
          <w:rFonts w:ascii="Times New Roman" w:hAnsi="Times New Roman" w:eastAsia="宋体"/>
          <w:b w:val="0"/>
          <w:i w:val="0"/>
          <w:color w:val="333333"/>
          <w:sz w:val="19"/>
        </w:rPr>
        <w:t>number.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设掷出奇数的概率为 p，则掷出偶数的概率为 3p。</w:t>
      </w:r>
    </w:p>
    <w:p>
      <w:pPr>
        <w:spacing w:before="0" w:after="80" w:line="300" w:lineRule="auto"/>
        <w:jc w:val="left"/>
      </w:pPr>
      <w:r>
        <w:rPr>
          <w:rFonts w:ascii="Times New Roman" w:hAnsi="Times New Roman" w:eastAsia="宋体"/>
          <w:b w:val="0"/>
          <w:i w:val="0"/>
          <w:sz w:val="21"/>
        </w:rPr>
        <w:t>p + 3p = 1 ⇒ p = 1/4。</w:t>
      </w:r>
    </w:p>
    <w:p>
      <w:pPr>
        <w:spacing w:before="0" w:after="80" w:line="300" w:lineRule="auto"/>
        <w:jc w:val="left"/>
      </w:pPr>
      <w:r>
        <w:rPr>
          <w:rFonts w:ascii="Times New Roman" w:hAnsi="Times New Roman" w:eastAsia="宋体"/>
          <w:b w:val="0"/>
          <w:i w:val="0"/>
          <w:sz w:val="21"/>
        </w:rPr>
        <w:t>和为偶数当且仅当两次结果奇偶性相同，其概率为</w:t>
      </w:r>
    </w:p>
    <w:p>
      <w:pPr>
        <w:spacing w:before="0" w:after="80" w:line="300" w:lineRule="auto"/>
        <w:jc w:val="left"/>
      </w:pPr>
      <w:r>
        <w:rPr>
          <w:rFonts w:ascii="Times New Roman" w:hAnsi="Times New Roman" w:eastAsia="宋体"/>
          <w:b w:val="0"/>
          <w:i w:val="0"/>
          <w:sz w:val="21"/>
        </w:rPr>
        <w:t>1/4² + 3/4² = 10/16 = 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probability that an odd number is rolled. Then 3p is the probability an even number is rolled. We know that</w:t>
      </w:r>
    </w:p>
    <w:p>
      <w:pPr>
        <w:spacing w:before="0" w:after="80" w:line="300" w:lineRule="auto"/>
        <w:jc w:val="left"/>
      </w:pPr>
      <w:r>
        <w:rPr>
          <w:rFonts w:ascii="Times New Roman" w:hAnsi="Times New Roman" w:eastAsia="宋体"/>
          <w:b w:val="0"/>
          <w:i w:val="0"/>
          <w:color w:val="333333"/>
          <w:sz w:val="19"/>
        </w:rPr>
        <w:t>p + 3p = 1 ⇒ p = 1/4.</w:t>
      </w:r>
    </w:p>
    <w:p>
      <w:pPr>
        <w:spacing w:before="0" w:after="80" w:line="300" w:lineRule="auto"/>
        <w:jc w:val="left"/>
      </w:pPr>
      <w:r>
        <w:rPr>
          <w:rFonts w:ascii="Times New Roman" w:hAnsi="Times New Roman" w:eastAsia="宋体"/>
          <w:b w:val="0"/>
          <w:i w:val="0"/>
          <w:color w:val="333333"/>
          <w:sz w:val="19"/>
        </w:rPr>
        <w:t>The only way for the sum to be even is if both rolls have the same parity. This happens with a probability of</w:t>
      </w:r>
    </w:p>
    <w:p>
      <w:pPr>
        <w:spacing w:before="0" w:after="80" w:line="300" w:lineRule="auto"/>
        <w:jc w:val="left"/>
      </w:pPr>
      <w:r>
        <w:rPr>
          <w:rFonts w:ascii="Times New Roman" w:hAnsi="Times New Roman" w:eastAsia="宋体"/>
          <w:b w:val="0"/>
          <w:i w:val="0"/>
          <w:color w:val="333333"/>
          <w:sz w:val="19"/>
        </w:rPr>
        <w:t>1/4² + 3/4² = 10/16 = 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期望值公式为</w:t>
      </w:r>
    </w:p>
    <w:p>
      <w:pPr>
        <w:spacing w:before="0" w:after="80" w:line="300" w:lineRule="auto"/>
        <w:jc w:val="left"/>
      </w:pPr>
      <w:r>
        <w:rPr>
          <w:rFonts w:ascii="Times New Roman" w:hAnsi="Times New Roman" w:eastAsia="宋体"/>
          <w:b w:val="0"/>
          <w:i w:val="0"/>
          <w:sz w:val="21"/>
        </w:rPr>
        <w:t>E[X]=Σₓ x Pr(X=x)。</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t = 1/5 (50 + 20 + 20 + 5 + 5)</w:t>
      </w:r>
    </w:p>
    <w:p>
      <w:pPr>
        <w:spacing w:before="0" w:after="80" w:line="300" w:lineRule="auto"/>
        <w:jc w:val="left"/>
      </w:pPr>
      <w:r>
        <w:rPr>
          <w:rFonts w:ascii="Times New Roman" w:hAnsi="Times New Roman" w:eastAsia="宋体"/>
          <w:b w:val="0"/>
          <w:i w:val="0"/>
          <w:sz w:val="21"/>
        </w:rPr>
        <w:t>= 1/5 · 100 = 20，</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s = 50 · 50/100 + 20 · 20/100</w:t>
      </w:r>
    </w:p>
    <w:p>
      <w:pPr>
        <w:spacing w:before="0" w:after="80" w:line="300" w:lineRule="auto"/>
        <w:jc w:val="left"/>
      </w:pPr>
      <w:r>
        <w:rPr>
          <w:rFonts w:ascii="Times New Roman" w:hAnsi="Times New Roman" w:eastAsia="宋体"/>
          <w:b w:val="0"/>
          <w:i w:val="0"/>
          <w:sz w:val="21"/>
        </w:rPr>
        <w:t>+ 20 · 20/100 + 5 · 5/100 + 5 · 5/100</w:t>
      </w:r>
    </w:p>
    <w:p>
      <w:pPr>
        <w:spacing w:before="0" w:after="80" w:line="300" w:lineRule="auto"/>
        <w:jc w:val="left"/>
      </w:pPr>
      <w:r>
        <w:rPr>
          <w:rFonts w:ascii="Times New Roman" w:hAnsi="Times New Roman" w:eastAsia="宋体"/>
          <w:b w:val="0"/>
          <w:i w:val="0"/>
          <w:sz w:val="21"/>
        </w:rPr>
        <w:t>= 25 + 4 + 4 + 0.25 + 0.25</w:t>
      </w:r>
    </w:p>
    <w:p>
      <w:pPr>
        <w:spacing w:before="0" w:after="80" w:line="300" w:lineRule="auto"/>
        <w:jc w:val="left"/>
      </w:pPr>
      <w:r>
        <w:rPr>
          <w:rFonts w:ascii="Times New Roman" w:hAnsi="Times New Roman" w:eastAsia="宋体"/>
          <w:b w:val="0"/>
          <w:i w:val="0"/>
          <w:sz w:val="21"/>
        </w:rPr>
        <w:t>= 33.5</w:t>
      </w:r>
    </w:p>
    <w:p>
      <w:pPr>
        <w:spacing w:before="0" w:after="80" w:line="300" w:lineRule="auto"/>
        <w:jc w:val="left"/>
      </w:pPr>
      <w:r>
        <w:rPr>
          <w:rFonts w:ascii="Times New Roman" w:hAnsi="Times New Roman" w:eastAsia="宋体"/>
          <w:b w:val="0"/>
          <w:i w:val="0"/>
          <w:sz w:val="21"/>
        </w:rPr>
        <w:t>t - s = -13.5。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the expected-value formula</w:t>
      </w:r>
    </w:p>
    <w:p>
      <w:pPr>
        <w:spacing w:before="0" w:after="80" w:line="300" w:lineRule="auto"/>
        <w:jc w:val="left"/>
      </w:pPr>
      <w:r>
        <w:rPr>
          <w:rFonts w:ascii="Times New Roman" w:hAnsi="Times New Roman" w:eastAsia="宋体"/>
          <w:b w:val="0"/>
          <w:i w:val="0"/>
          <w:color w:val="333333"/>
          <w:sz w:val="19"/>
        </w:rPr>
        <w:t>E[X]=Σₓ x Pr(X=x).</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t = 1/5 (50 + 20 + 20 + 5 + 5)</w:t>
      </w:r>
    </w:p>
    <w:p>
      <w:pPr>
        <w:spacing w:before="0" w:after="80" w:line="300" w:lineRule="auto"/>
        <w:jc w:val="left"/>
      </w:pPr>
      <w:r>
        <w:rPr>
          <w:rFonts w:ascii="Times New Roman" w:hAnsi="Times New Roman" w:eastAsia="宋体"/>
          <w:b w:val="0"/>
          <w:i w:val="0"/>
          <w:color w:val="333333"/>
          <w:sz w:val="19"/>
        </w:rPr>
        <w:t>= 1/5 · 100 = 20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s = 50 · 50/100 + 20 · 20/100</w:t>
      </w:r>
    </w:p>
    <w:p>
      <w:pPr>
        <w:spacing w:before="0" w:after="80" w:line="300" w:lineRule="auto"/>
        <w:jc w:val="left"/>
      </w:pPr>
      <w:r>
        <w:rPr>
          <w:rFonts w:ascii="Times New Roman" w:hAnsi="Times New Roman" w:eastAsia="宋体"/>
          <w:b w:val="0"/>
          <w:i w:val="0"/>
          <w:color w:val="333333"/>
          <w:sz w:val="19"/>
        </w:rPr>
        <w:t>+ 20 · 20/100 + 5 · 5/100 + 5 · 5/100</w:t>
      </w:r>
    </w:p>
    <w:p>
      <w:pPr>
        <w:spacing w:before="0" w:after="80" w:line="300" w:lineRule="auto"/>
        <w:jc w:val="left"/>
      </w:pPr>
      <w:r>
        <w:rPr>
          <w:rFonts w:ascii="Times New Roman" w:hAnsi="Times New Roman" w:eastAsia="宋体"/>
          <w:b w:val="0"/>
          <w:i w:val="0"/>
          <w:color w:val="333333"/>
          <w:sz w:val="19"/>
        </w:rPr>
        <w:t>= 25 + 4 + 4 + 0.25 + 0.25</w:t>
      </w:r>
    </w:p>
    <w:p>
      <w:pPr>
        <w:spacing w:before="0" w:after="80" w:line="300" w:lineRule="auto"/>
        <w:jc w:val="left"/>
      </w:pPr>
      <w:r>
        <w:rPr>
          <w:rFonts w:ascii="Times New Roman" w:hAnsi="Times New Roman" w:eastAsia="宋体"/>
          <w:b w:val="0"/>
          <w:i w:val="0"/>
          <w:color w:val="333333"/>
          <w:sz w:val="19"/>
        </w:rPr>
        <w:t>= 33.5</w:t>
      </w:r>
    </w:p>
    <w:p>
      <w:pPr>
        <w:spacing w:before="0" w:after="80" w:line="300" w:lineRule="auto"/>
        <w:jc w:val="left"/>
      </w:pPr>
      <w:r>
        <w:rPr>
          <w:rFonts w:ascii="Times New Roman" w:hAnsi="Times New Roman" w:eastAsia="宋体"/>
          <w:b w:val="0"/>
          <w:i w:val="0"/>
          <w:color w:val="333333"/>
          <w:sz w:val="19"/>
        </w:rPr>
        <w:t>t - s = -13.5.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设船长为 x 个步幅。Emily 走 210 步从船尾到船头时，船也向前移动了 210 - x 个步幅。</w:t>
      </w:r>
    </w:p>
    <w:p>
      <w:pPr>
        <w:spacing w:before="0" w:after="80" w:line="300" w:lineRule="auto"/>
        <w:jc w:val="left"/>
      </w:pPr>
      <w:r>
        <w:rPr>
          <w:rFonts w:ascii="Times New Roman" w:hAnsi="Times New Roman" w:eastAsia="宋体"/>
          <w:b w:val="0"/>
          <w:i w:val="0"/>
          <w:sz w:val="21"/>
        </w:rPr>
        <w:t>反方向走 42 步时，船移动了 x - 42 个步幅。船速与 Emily 速度恒定，所以</w:t>
      </w:r>
    </w:p>
    <w:p>
      <w:pPr>
        <w:spacing w:before="0" w:after="80" w:line="300" w:lineRule="auto"/>
        <w:jc w:val="left"/>
      </w:pPr>
      <w:r>
        <w:rPr>
          <w:rFonts w:ascii="Times New Roman" w:hAnsi="Times New Roman" w:eastAsia="宋体"/>
          <w:b w:val="0"/>
          <w:i w:val="0"/>
          <w:sz w:val="21"/>
        </w:rPr>
        <w:t>210/(210 - x) = 42/(x - 42)。</w:t>
      </w:r>
    </w:p>
    <w:p>
      <w:pPr>
        <w:spacing w:before="0" w:after="80" w:line="300" w:lineRule="auto"/>
        <w:jc w:val="left"/>
      </w:pPr>
      <w:r>
        <w:rPr>
          <w:rFonts w:ascii="Times New Roman" w:hAnsi="Times New Roman" w:eastAsia="宋体"/>
          <w:b w:val="0"/>
          <w:i w:val="0"/>
          <w:sz w:val="21"/>
        </w:rPr>
        <w:t>交叉相乘得</w:t>
      </w:r>
    </w:p>
    <w:p>
      <w:pPr>
        <w:spacing w:before="0" w:after="80" w:line="300" w:lineRule="auto"/>
        <w:jc w:val="left"/>
      </w:pPr>
      <w:r>
        <w:rPr>
          <w:rFonts w:ascii="Times New Roman" w:hAnsi="Times New Roman" w:eastAsia="宋体"/>
          <w:b w:val="0"/>
          <w:i w:val="0"/>
          <w:sz w:val="21"/>
        </w:rPr>
        <w:t>210x - 210 · 42 = 210 · 42 - 42x</w:t>
      </w:r>
    </w:p>
    <w:p>
      <w:pPr>
        <w:spacing w:before="0" w:after="80" w:line="300" w:lineRule="auto"/>
        <w:jc w:val="left"/>
      </w:pPr>
      <w:r>
        <w:rPr>
          <w:rFonts w:ascii="Times New Roman" w:hAnsi="Times New Roman" w:eastAsia="宋体"/>
          <w:b w:val="0"/>
          <w:i w:val="0"/>
          <w:sz w:val="21"/>
        </w:rPr>
        <w:t>42 · 6 x = 2 · 42 · 210</w:t>
      </w:r>
    </w:p>
    <w:p>
      <w:pPr>
        <w:spacing w:before="0" w:after="80" w:line="300" w:lineRule="auto"/>
        <w:jc w:val="left"/>
      </w:pPr>
      <w:r>
        <w:rPr>
          <w:rFonts w:ascii="Times New Roman" w:hAnsi="Times New Roman" w:eastAsia="宋体"/>
          <w:b w:val="0"/>
          <w:i w:val="0"/>
          <w:sz w:val="21"/>
        </w:rPr>
        <w:t>x = 70。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length of the ship. Then in the time that Emily moves 210 steps, the ship moves 210 - x steps.</w:t>
      </w:r>
    </w:p>
    <w:p>
      <w:pPr>
        <w:spacing w:before="0" w:after="80" w:line="300" w:lineRule="auto"/>
        <w:jc w:val="left"/>
      </w:pPr>
      <w:r>
        <w:rPr>
          <w:rFonts w:ascii="Times New Roman" w:hAnsi="Times New Roman" w:eastAsia="宋体"/>
          <w:b w:val="0"/>
          <w:i w:val="0"/>
          <w:color w:val="333333"/>
          <w:sz w:val="19"/>
        </w:rPr>
        <w:t>In the time that Emily moves 42 steps, the ship moves x - 42 steps. Since the ship and Emily move at a constant rate</w:t>
      </w:r>
    </w:p>
    <w:p>
      <w:pPr>
        <w:spacing w:before="0" w:after="80" w:line="300" w:lineRule="auto"/>
        <w:jc w:val="left"/>
      </w:pPr>
      <w:r>
        <w:rPr>
          <w:rFonts w:ascii="Times New Roman" w:hAnsi="Times New Roman" w:eastAsia="宋体"/>
          <w:b w:val="0"/>
          <w:i w:val="0"/>
          <w:color w:val="333333"/>
          <w:sz w:val="19"/>
        </w:rPr>
        <w:t>210/(210 - x) = 42/(x - 42).</w:t>
      </w:r>
    </w:p>
    <w:p>
      <w:pPr>
        <w:spacing w:before="0" w:after="80" w:line="300" w:lineRule="auto"/>
        <w:jc w:val="left"/>
      </w:pPr>
      <w:r>
        <w:rPr>
          <w:rFonts w:ascii="Times New Roman" w:hAnsi="Times New Roman" w:eastAsia="宋体"/>
          <w:b w:val="0"/>
          <w:i w:val="0"/>
          <w:color w:val="333333"/>
          <w:sz w:val="19"/>
        </w:rPr>
        <w:t>Cross-multiplying yields</w:t>
      </w:r>
    </w:p>
    <w:p>
      <w:pPr>
        <w:spacing w:before="0" w:after="80" w:line="300" w:lineRule="auto"/>
        <w:jc w:val="left"/>
      </w:pPr>
      <w:r>
        <w:rPr>
          <w:rFonts w:ascii="Times New Roman" w:hAnsi="Times New Roman" w:eastAsia="宋体"/>
          <w:b w:val="0"/>
          <w:i w:val="0"/>
          <w:color w:val="333333"/>
          <w:sz w:val="19"/>
        </w:rPr>
        <w:t>210x - 210 · 42 = 210 · 42 - 42x</w:t>
      </w:r>
    </w:p>
    <w:p>
      <w:pPr>
        <w:spacing w:before="0" w:after="80" w:line="300" w:lineRule="auto"/>
        <w:jc w:val="left"/>
      </w:pPr>
      <w:r>
        <w:rPr>
          <w:rFonts w:ascii="Times New Roman" w:hAnsi="Times New Roman" w:eastAsia="宋体"/>
          <w:b w:val="0"/>
          <w:i w:val="0"/>
          <w:color w:val="333333"/>
          <w:sz w:val="19"/>
        </w:rPr>
        <w:t>42 · 6 x = 2 · 42 · 210</w:t>
      </w:r>
    </w:p>
    <w:p>
      <w:pPr>
        <w:spacing w:before="0" w:after="80" w:line="300" w:lineRule="auto"/>
        <w:jc w:val="left"/>
      </w:pPr>
      <w:r>
        <w:rPr>
          <w:rFonts w:ascii="Times New Roman" w:hAnsi="Times New Roman" w:eastAsia="宋体"/>
          <w:b w:val="0"/>
          <w:i w:val="0"/>
          <w:color w:val="333333"/>
          <w:sz w:val="19"/>
        </w:rPr>
        <w:t>x = 70.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注意</w:t>
      </w:r>
    </w:p>
    <w:p>
      <w:pPr>
        <w:spacing w:before="0" w:after="80" w:line="300" w:lineRule="auto"/>
        <w:jc w:val="left"/>
      </w:pPr>
      <w:r>
        <w:rPr>
          <w:rFonts w:ascii="Times New Roman" w:hAnsi="Times New Roman" w:eastAsia="宋体"/>
          <w:b w:val="0"/>
          <w:i w:val="0"/>
          <w:sz w:val="21"/>
        </w:rPr>
        <w:t>9 ≡ -1 pmod5。</w:t>
      </w:r>
    </w:p>
    <w:p>
      <w:pPr>
        <w:spacing w:before="0" w:after="80" w:line="300" w:lineRule="auto"/>
        <w:jc w:val="left"/>
      </w:pPr>
      <w:r>
        <w:rPr>
          <w:rFonts w:ascii="Times New Roman" w:hAnsi="Times New Roman" w:eastAsia="宋体"/>
          <w:b w:val="0"/>
          <w:i w:val="0"/>
          <w:sz w:val="21"/>
        </w:rPr>
        <w:t>按进位制定义展开 N，得到</w:t>
      </w:r>
    </w:p>
    <w:p>
      <w:pPr>
        <w:spacing w:before="0" w:after="80" w:line="300" w:lineRule="auto"/>
        <w:jc w:val="left"/>
      </w:pPr>
      <w:r>
        <w:rPr>
          <w:rFonts w:ascii="Times New Roman" w:hAnsi="Times New Roman" w:eastAsia="宋体"/>
          <w:b w:val="0"/>
          <w:i w:val="0"/>
          <w:sz w:val="21"/>
        </w:rPr>
        <w:t>N = 2 · 9¹⁰ + 7 · 9⁹ + 6 · 9⁶ +</w:t>
      </w:r>
    </w:p>
    <w:p>
      <w:pPr>
        <w:spacing w:before="0" w:after="80" w:line="300" w:lineRule="auto"/>
        <w:jc w:val="left"/>
      </w:pPr>
      <w:r>
        <w:rPr>
          <w:rFonts w:ascii="Times New Roman" w:hAnsi="Times New Roman" w:eastAsia="宋体"/>
          <w:b w:val="0"/>
          <w:i w:val="0"/>
          <w:sz w:val="21"/>
        </w:rPr>
        <w:t>5 · 9 + 2</w:t>
      </w:r>
    </w:p>
    <w:p>
      <w:pPr>
        <w:spacing w:before="0" w:after="80" w:line="300" w:lineRule="auto"/>
        <w:jc w:val="left"/>
      </w:pPr>
      <w:r>
        <w:rPr>
          <w:rFonts w:ascii="Times New Roman" w:hAnsi="Times New Roman" w:eastAsia="宋体"/>
          <w:b w:val="0"/>
          <w:i w:val="0"/>
          <w:sz w:val="21"/>
        </w:rPr>
        <w:t>≡ 2 (-1)¹⁰ + 7 (-1)⁹ + 6 (-1)⁶ +</w:t>
      </w:r>
    </w:p>
    <w:p>
      <w:pPr>
        <w:spacing w:before="0" w:after="80" w:line="300" w:lineRule="auto"/>
        <w:jc w:val="left"/>
      </w:pPr>
      <w:r>
        <w:rPr>
          <w:rFonts w:ascii="Times New Roman" w:hAnsi="Times New Roman" w:eastAsia="宋体"/>
          <w:b w:val="0"/>
          <w:i w:val="0"/>
          <w:sz w:val="21"/>
        </w:rPr>
        <w:t>5 (-1) + 2 pmod5</w:t>
      </w:r>
    </w:p>
    <w:p>
      <w:pPr>
        <w:spacing w:before="0" w:after="80" w:line="300" w:lineRule="auto"/>
        <w:jc w:val="left"/>
      </w:pPr>
      <w:r>
        <w:rPr>
          <w:rFonts w:ascii="Times New Roman" w:hAnsi="Times New Roman" w:eastAsia="宋体"/>
          <w:b w:val="0"/>
          <w:i w:val="0"/>
          <w:sz w:val="21"/>
        </w:rPr>
        <w:t>≡ 2 - 7 + 6 - 5 + 2 pmod5</w:t>
      </w:r>
    </w:p>
    <w:p>
      <w:pPr>
        <w:spacing w:before="0" w:after="80" w:line="300" w:lineRule="auto"/>
        <w:jc w:val="left"/>
      </w:pPr>
      <w:r>
        <w:rPr>
          <w:rFonts w:ascii="Times New Roman" w:hAnsi="Times New Roman" w:eastAsia="宋体"/>
          <w:b w:val="0"/>
          <w:i w:val="0"/>
          <w:sz w:val="21"/>
        </w:rPr>
        <w:t>≡ 3 pmod5。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w:t>
      </w:r>
    </w:p>
    <w:p>
      <w:pPr>
        <w:spacing w:before="0" w:after="80" w:line="300" w:lineRule="auto"/>
        <w:jc w:val="left"/>
      </w:pPr>
      <w:r>
        <w:rPr>
          <w:rFonts w:ascii="Times New Roman" w:hAnsi="Times New Roman" w:eastAsia="宋体"/>
          <w:b w:val="0"/>
          <w:i w:val="0"/>
          <w:color w:val="333333"/>
          <w:sz w:val="19"/>
        </w:rPr>
        <w:t>9 ≡ -1 pmod5.</w:t>
      </w:r>
    </w:p>
    <w:p>
      <w:pPr>
        <w:spacing w:before="0" w:after="80" w:line="300" w:lineRule="auto"/>
        <w:jc w:val="left"/>
      </w:pPr>
      <w:r>
        <w:rPr>
          <w:rFonts w:ascii="Times New Roman" w:hAnsi="Times New Roman" w:eastAsia="宋体"/>
          <w:b w:val="0"/>
          <w:i w:val="0"/>
          <w:color w:val="333333"/>
          <w:sz w:val="19"/>
        </w:rPr>
        <w:t>Then if expand N using the definition of bases, we get</w:t>
      </w:r>
    </w:p>
    <w:p>
      <w:pPr>
        <w:spacing w:before="0" w:after="80" w:line="300" w:lineRule="auto"/>
        <w:jc w:val="left"/>
      </w:pPr>
      <w:r>
        <w:rPr>
          <w:rFonts w:ascii="Times New Roman" w:hAnsi="Times New Roman" w:eastAsia="宋体"/>
          <w:b w:val="0"/>
          <w:i w:val="0"/>
          <w:color w:val="333333"/>
          <w:sz w:val="19"/>
        </w:rPr>
        <w:t>N = 2 · 9¹⁰ + 7 · 9⁹ + 6 · 9⁶ +</w:t>
      </w:r>
    </w:p>
    <w:p>
      <w:pPr>
        <w:spacing w:before="0" w:after="80" w:line="300" w:lineRule="auto"/>
        <w:jc w:val="left"/>
      </w:pPr>
      <w:r>
        <w:rPr>
          <w:rFonts w:ascii="Times New Roman" w:hAnsi="Times New Roman" w:eastAsia="宋体"/>
          <w:b w:val="0"/>
          <w:i w:val="0"/>
          <w:color w:val="333333"/>
          <w:sz w:val="19"/>
        </w:rPr>
        <w:t>5 · 9 + 2</w:t>
      </w:r>
    </w:p>
    <w:p>
      <w:pPr>
        <w:spacing w:before="0" w:after="80" w:line="300" w:lineRule="auto"/>
        <w:jc w:val="left"/>
      </w:pPr>
      <w:r>
        <w:rPr>
          <w:rFonts w:ascii="Times New Roman" w:hAnsi="Times New Roman" w:eastAsia="宋体"/>
          <w:b w:val="0"/>
          <w:i w:val="0"/>
          <w:color w:val="333333"/>
          <w:sz w:val="19"/>
        </w:rPr>
        <w:t>≡ 2 (-1)¹⁰ + 7 (-1)⁹ + 6 (-1)⁶ +</w:t>
      </w:r>
    </w:p>
    <w:p>
      <w:pPr>
        <w:spacing w:before="0" w:after="80" w:line="300" w:lineRule="auto"/>
        <w:jc w:val="left"/>
      </w:pPr>
      <w:r>
        <w:rPr>
          <w:rFonts w:ascii="Times New Roman" w:hAnsi="Times New Roman" w:eastAsia="宋体"/>
          <w:b w:val="0"/>
          <w:i w:val="0"/>
          <w:color w:val="333333"/>
          <w:sz w:val="19"/>
        </w:rPr>
        <w:t>5 (-1) + 2 pmod5</w:t>
      </w:r>
    </w:p>
    <w:p>
      <w:pPr>
        <w:spacing w:before="0" w:after="80" w:line="300" w:lineRule="auto"/>
        <w:jc w:val="left"/>
      </w:pPr>
      <w:r>
        <w:rPr>
          <w:rFonts w:ascii="Times New Roman" w:hAnsi="Times New Roman" w:eastAsia="宋体"/>
          <w:b w:val="0"/>
          <w:i w:val="0"/>
          <w:color w:val="333333"/>
          <w:sz w:val="19"/>
        </w:rPr>
        <w:t>≡ 2 - 7 + 6 - 5 + 2 pmod5</w:t>
      </w:r>
    </w:p>
    <w:p>
      <w:pPr>
        <w:spacing w:before="0" w:after="80" w:line="300" w:lineRule="auto"/>
        <w:jc w:val="left"/>
      </w:pPr>
      <w:r>
        <w:rPr>
          <w:rFonts w:ascii="Times New Roman" w:hAnsi="Times New Roman" w:eastAsia="宋体"/>
          <w:b w:val="0"/>
          <w:i w:val="0"/>
          <w:color w:val="333333"/>
          <w:sz w:val="19"/>
        </w:rPr>
        <w:t>≡ 3 pmod5.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要使每个球都与超过一半的其他球颜色不同，任意一个球必须看到至少 3 个相反颜色的球。</w:t>
      </w:r>
    </w:p>
    <w:p>
      <w:pPr>
        <w:spacing w:before="0" w:after="80" w:line="300" w:lineRule="auto"/>
        <w:jc w:val="left"/>
      </w:pPr>
      <w:r>
        <w:rPr>
          <w:rFonts w:ascii="Times New Roman" w:hAnsi="Times New Roman" w:eastAsia="宋体"/>
          <w:b w:val="0"/>
          <w:i w:val="0"/>
          <w:sz w:val="21"/>
        </w:rPr>
        <w:t>因此必须正好有三颗黑球和三颗白球。所有涂色共有 2⁶ = 64 种，其中选择哪三颗球为白色有 C(6, 3) = 20 种。</w:t>
      </w:r>
    </w:p>
    <w:p>
      <w:pPr>
        <w:spacing w:before="0" w:after="80" w:line="300" w:lineRule="auto"/>
        <w:jc w:val="left"/>
      </w:pPr>
      <w:r>
        <w:rPr>
          <w:rFonts w:ascii="Times New Roman" w:hAnsi="Times New Roman" w:eastAsia="宋体"/>
          <w:b w:val="0"/>
          <w:i w:val="0"/>
          <w:sz w:val="21"/>
        </w:rPr>
        <w:t>所以所求概率为 20/64 = 5/16。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for this restriction to hold, there must be 3 balls of each color.</w:t>
      </w:r>
    </w:p>
    <w:p>
      <w:pPr>
        <w:spacing w:before="0" w:after="80" w:line="300" w:lineRule="auto"/>
        <w:jc w:val="left"/>
      </w:pPr>
      <w:r>
        <w:rPr>
          <w:rFonts w:ascii="Times New Roman" w:hAnsi="Times New Roman" w:eastAsia="宋体"/>
          <w:b w:val="0"/>
          <w:i w:val="0"/>
          <w:color w:val="333333"/>
          <w:sz w:val="19"/>
        </w:rPr>
        <w:t>There are 2⁶ = 64 ways to color the balls and C(6, 3) = 20 to choose which balls are white.</w:t>
      </w:r>
    </w:p>
    <w:p>
      <w:pPr>
        <w:spacing w:before="0" w:after="80" w:line="300" w:lineRule="auto"/>
        <w:jc w:val="left"/>
      </w:pPr>
      <w:r>
        <w:rPr>
          <w:rFonts w:ascii="Times New Roman" w:hAnsi="Times New Roman" w:eastAsia="宋体"/>
          <w:b w:val="0"/>
          <w:i w:val="0"/>
          <w:color w:val="333333"/>
          <w:sz w:val="19"/>
        </w:rPr>
        <w:t>The desired probability is therefore 20/64 = 5/16.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令 t=|x|。第二个方程给出 t+|y|=3 或 5，而第一个方程给出 y=3-t²/3。</w:t>
      </w:r>
    </w:p>
    <w:p>
      <w:pPr>
        <w:spacing w:before="0" w:after="80" w:line="300" w:lineRule="auto"/>
        <w:jc w:val="left"/>
      </w:pPr>
      <w:r>
        <w:rPr>
          <w:rFonts w:ascii="Times New Roman" w:hAnsi="Times New Roman" w:eastAsia="宋体"/>
          <w:b w:val="0"/>
          <w:i w:val="0"/>
          <w:sz w:val="21"/>
        </w:rPr>
        <w:t>若 y≥0，则 0≤ t≤3。对于 t+y=3，代入可得 t-t²/3=0，所以 t=0 或 3。这些值给出 x=0,3,-3，共有三个点。对于 t+y=5，代入可得 t²-3t+6=0，它没有实根。</w:t>
      </w:r>
    </w:p>
    <w:p>
      <w:pPr>
        <w:spacing w:before="0" w:after="80" w:line="300" w:lineRule="auto"/>
        <w:jc w:val="left"/>
      </w:pPr>
      <w:r>
        <w:rPr>
          <w:rFonts w:ascii="Times New Roman" w:hAnsi="Times New Roman" w:eastAsia="宋体"/>
          <w:b w:val="0"/>
          <w:i w:val="0"/>
          <w:sz w:val="21"/>
        </w:rPr>
        <w:t>若 y&lt;0，则 t&gt;3。方程 t-y=3 给出 t²+3t-18=0，其唯一非负根是被排除的边界值 t=3。方程 t-y=5 给出 t²+3t-24=0，它恰有一个正根 t=(-3+√(105))/2&gt;3。这个根按 x 的两种符号给出两个点。</w:t>
      </w:r>
    </w:p>
    <w:p>
      <w:pPr>
        <w:spacing w:before="0" w:after="80" w:line="300" w:lineRule="auto"/>
        <w:jc w:val="left"/>
      </w:pPr>
      <w:r>
        <w:rPr>
          <w:rFonts w:ascii="Times New Roman" w:hAnsi="Times New Roman" w:eastAsia="宋体"/>
          <w:b w:val="0"/>
          <w:i w:val="0"/>
          <w:sz w:val="21"/>
        </w:rPr>
        <w:t>有序对总数为 3+2=5。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t=|x|. The second equation gives t+|y|=3 or 5, while the first gives y=3-t²/3.</w:t>
      </w:r>
    </w:p>
    <w:p>
      <w:pPr>
        <w:spacing w:before="0" w:after="80" w:line="300" w:lineRule="auto"/>
        <w:jc w:val="left"/>
      </w:pPr>
      <w:r>
        <w:rPr>
          <w:rFonts w:ascii="Times New Roman" w:hAnsi="Times New Roman" w:eastAsia="宋体"/>
          <w:b w:val="0"/>
          <w:i w:val="0"/>
          <w:color w:val="333333"/>
          <w:sz w:val="19"/>
        </w:rPr>
        <w:t>If y≥0, then 0≤ t≤3. For t+y=3, substitution gives t-t²/3=0, so t=0 or 3. These yield x=0,3,-3, for three points. For t+y=5, substitution gives t²-3t+6=0, which has no real root.</w:t>
      </w:r>
    </w:p>
    <w:p>
      <w:pPr>
        <w:spacing w:before="0" w:after="80" w:line="300" w:lineRule="auto"/>
        <w:jc w:val="left"/>
      </w:pPr>
      <w:r>
        <w:rPr>
          <w:rFonts w:ascii="Times New Roman" w:hAnsi="Times New Roman" w:eastAsia="宋体"/>
          <w:b w:val="0"/>
          <w:i w:val="0"/>
          <w:color w:val="333333"/>
          <w:sz w:val="19"/>
        </w:rPr>
        <w:t>If y&lt;0, then t&gt;3. The equation t-y=3 gives t²+3t-18=0, whose only nonnegative root is the excluded boundary value t=3. The equation t-y=5 gives t²+3t-24=0, with exactly one positive root t=(-3+√(105))/2&gt;3. It yields two points, one for each sign of x.</w:t>
      </w:r>
    </w:p>
    <w:p>
      <w:pPr>
        <w:spacing w:before="0" w:after="80" w:line="300" w:lineRule="auto"/>
        <w:jc w:val="left"/>
      </w:pPr>
      <w:r>
        <w:rPr>
          <w:rFonts w:ascii="Times New Roman" w:hAnsi="Times New Roman" w:eastAsia="宋体"/>
          <w:b w:val="0"/>
          <w:i w:val="0"/>
          <w:color w:val="333333"/>
          <w:sz w:val="19"/>
        </w:rPr>
        <w:t>The total number of ordered pairs is 3+2=5.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设 O₁ 是与 AB 和 AC 相切的圆的圆心。则 ∠ ABO₁=∠ ACO₁=90°，所以 A,B,O₁,C 四点共圆。</w:t>
      </w:r>
    </w:p>
    <w:p>
      <w:pPr>
        <w:spacing w:before="0" w:after="80" w:line="300" w:lineRule="auto"/>
        <w:jc w:val="left"/>
      </w:pPr>
      <w:r>
        <w:rPr>
          <w:rFonts w:ascii="Times New Roman" w:hAnsi="Times New Roman" w:eastAsia="宋体"/>
          <w:b w:val="0"/>
          <w:i w:val="0"/>
          <w:sz w:val="21"/>
        </w:rPr>
        <w:t>因为 B 和 C 处的直角所对的弦是 AO₁，所以线段 AO₁ 是这个圆的直径。设 O₂ 为其圆心。同一个圆经过 A,B 和 C，所以它就是所求的外接圆。</w:t>
      </w:r>
    </w:p>
    <w:p>
      <w:pPr>
        <w:spacing w:before="80" w:after="80"/>
        <w:jc w:val="center"/>
      </w:pPr>
      <w:r>
        <w:drawing>
          <wp:inline xmlns:a="http://schemas.openxmlformats.org/drawingml/2006/main" xmlns:pic="http://schemas.openxmlformats.org/drawingml/2006/picture">
            <wp:extent cx="2540000" cy="2533977"/>
            <wp:docPr id="5" name="Picture 5"/>
            <wp:cNvGraphicFramePr>
              <a:graphicFrameLocks noChangeAspect="1"/>
            </wp:cNvGraphicFramePr>
            <a:graphic>
              <a:graphicData uri="http://schemas.openxmlformats.org/drawingml/2006/picture">
                <pic:pic>
                  <pic:nvPicPr>
                    <pic:cNvPr id="0" name="q15-sol-1@300dpi.png"/>
                    <pic:cNvPicPr/>
                  </pic:nvPicPr>
                  <pic:blipFill>
                    <a:blip r:embed="rId11"/>
                    <a:stretch>
                      <a:fillRect/>
                    </a:stretch>
                  </pic:blipFill>
                  <pic:spPr>
                    <a:xfrm>
                      <a:off x="0" y="0"/>
                      <a:ext cx="2540000" cy="2533977"/>
                    </a:xfrm>
                    <a:prstGeom prst="rect"/>
                  </pic:spPr>
                </pic:pic>
              </a:graphicData>
            </a:graphic>
          </wp:inline>
        </w:drawing>
      </w:r>
    </w:p>
    <w:p>
      <w:pPr>
        <w:spacing w:before="0" w:after="80" w:line="300" w:lineRule="auto"/>
        <w:jc w:val="left"/>
      </w:pPr>
      <w:r>
        <w:rPr>
          <w:rFonts w:ascii="Times New Roman" w:hAnsi="Times New Roman" w:eastAsia="宋体"/>
          <w:b w:val="0"/>
          <w:i w:val="0"/>
          <w:sz w:val="21"/>
        </w:rPr>
        <w:t>在 △ ABO₁ 中应用勾股定理，得到</w:t>
      </w:r>
    </w:p>
    <w:p>
      <w:pPr>
        <w:spacing w:before="0" w:after="80" w:line="300" w:lineRule="auto"/>
        <w:jc w:val="left"/>
      </w:pPr>
      <w:r>
        <w:rPr>
          <w:rFonts w:ascii="Times New Roman" w:hAnsi="Times New Roman" w:eastAsia="宋体"/>
          <w:b w:val="0"/>
          <w:i w:val="0"/>
          <w:sz w:val="21"/>
        </w:rPr>
        <w:t>AO₁=√(AB²+BO₁²)</w:t>
      </w:r>
    </w:p>
    <w:p>
      <w:pPr>
        <w:spacing w:before="0" w:after="80" w:line="300" w:lineRule="auto"/>
        <w:jc w:val="left"/>
      </w:pPr>
      <w:r>
        <w:rPr>
          <w:rFonts w:ascii="Times New Roman" w:hAnsi="Times New Roman" w:eastAsia="宋体"/>
          <w:b w:val="0"/>
          <w:i w:val="0"/>
          <w:sz w:val="21"/>
        </w:rPr>
        <w:t>=√(54+50)=2√(26)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因此外接圆半径为 √(26)，所求面积为 26π。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O₁ be the center of the circle tangent to AB and AC. Then ∠ ABO₁=∠ ACO₁=90°, so A,B,O₁,C are concyclic.</w:t>
      </w:r>
    </w:p>
    <w:p>
      <w:pPr>
        <w:spacing w:before="0" w:after="80" w:line="300" w:lineRule="auto"/>
        <w:jc w:val="left"/>
      </w:pPr>
      <w:r>
        <w:rPr>
          <w:rFonts w:ascii="Times New Roman" w:hAnsi="Times New Roman" w:eastAsia="宋体"/>
          <w:b w:val="0"/>
          <w:i w:val="0"/>
          <w:color w:val="333333"/>
          <w:sz w:val="19"/>
        </w:rPr>
        <w:t>Because the right angles at B and C subtend AO₁, the segment AO₁ is a diameter of this circle. Let O₂ be its center. The same circle passes through A,B, and C, so it is the desired circumcircle.</w:t>
      </w:r>
    </w:p>
    <w:p>
      <w:pPr>
        <w:spacing w:before="80" w:after="80"/>
        <w:jc w:val="center"/>
      </w:pPr>
      <w:r>
        <w:drawing>
          <wp:inline xmlns:a="http://schemas.openxmlformats.org/drawingml/2006/main" xmlns:pic="http://schemas.openxmlformats.org/drawingml/2006/picture">
            <wp:extent cx="2540000" cy="2533977"/>
            <wp:docPr id="6" name="Picture 6"/>
            <wp:cNvGraphicFramePr>
              <a:graphicFrameLocks noChangeAspect="1"/>
            </wp:cNvGraphicFramePr>
            <a:graphic>
              <a:graphicData uri="http://schemas.openxmlformats.org/drawingml/2006/picture">
                <pic:pic>
                  <pic:nvPicPr>
                    <pic:cNvPr id="0" name="q15-sol-1@300dpi.png"/>
                    <pic:cNvPicPr/>
                  </pic:nvPicPr>
                  <pic:blipFill>
                    <a:blip r:embed="rId11"/>
                    <a:stretch>
                      <a:fillRect/>
                    </a:stretch>
                  </pic:blipFill>
                  <pic:spPr>
                    <a:xfrm>
                      <a:off x="0" y="0"/>
                      <a:ext cx="2540000" cy="253397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By the Pythagorean Theorem in △ ABO₁,</w:t>
      </w:r>
    </w:p>
    <w:p>
      <w:pPr>
        <w:spacing w:before="0" w:after="80" w:line="300" w:lineRule="auto"/>
        <w:jc w:val="left"/>
      </w:pPr>
      <w:r>
        <w:rPr>
          <w:rFonts w:ascii="Times New Roman" w:hAnsi="Times New Roman" w:eastAsia="宋体"/>
          <w:b w:val="0"/>
          <w:i w:val="0"/>
          <w:color w:val="333333"/>
          <w:sz w:val="19"/>
        </w:rPr>
        <w:t>AO₁=√(AB²+BO₁²)</w:t>
      </w:r>
    </w:p>
    <w:p>
      <w:pPr>
        <w:spacing w:before="0" w:after="80" w:line="300" w:lineRule="auto"/>
        <w:jc w:val="left"/>
      </w:pPr>
      <w:r>
        <w:rPr>
          <w:rFonts w:ascii="Times New Roman" w:hAnsi="Times New Roman" w:eastAsia="宋体"/>
          <w:b w:val="0"/>
          <w:i w:val="0"/>
          <w:color w:val="333333"/>
          <w:sz w:val="19"/>
        </w:rPr>
        <w:t>=√(54+50)=2√(26).</w:t>
      </w:r>
    </w:p>
    <w:p>
      <w:pPr>
        <w:spacing w:before="0" w:after="80" w:line="300" w:lineRule="auto"/>
        <w:jc w:val="left"/>
      </w:pPr>
      <w:r>
        <w:rPr>
          <w:rFonts w:ascii="Times New Roman" w:hAnsi="Times New Roman" w:eastAsia="宋体"/>
          <w:b w:val="0"/>
          <w:i w:val="0"/>
          <w:color w:val="333333"/>
          <w:sz w:val="19"/>
        </w:rPr>
        <w:t>Therefore, the circumradius is √(26), and the requested area is 26π.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对任意实数 x，</w:t>
      </w:r>
    </w:p>
    <w:p>
      <w:pPr>
        <w:spacing w:before="0" w:after="80" w:line="300" w:lineRule="auto"/>
        <w:jc w:val="left"/>
      </w:pPr>
      <w:r>
        <w:rPr>
          <w:rFonts w:ascii="Times New Roman" w:hAnsi="Times New Roman" w:eastAsia="宋体"/>
          <w:b w:val="0"/>
          <w:i w:val="0"/>
          <w:sz w:val="21"/>
        </w:rPr>
        <w:t>f(1-x)=|⌊ 1-x⌋|</w:t>
      </w:r>
    </w:p>
    <w:p>
      <w:pPr>
        <w:spacing w:before="0" w:after="80" w:line="300" w:lineRule="auto"/>
        <w:jc w:val="left"/>
      </w:pPr>
      <w:r>
        <w:rPr>
          <w:rFonts w:ascii="Times New Roman" w:hAnsi="Times New Roman" w:eastAsia="宋体"/>
          <w:b w:val="0"/>
          <w:i w:val="0"/>
          <w:sz w:val="21"/>
        </w:rPr>
        <w:t>-|⌊ x⌋|=-f(x)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等价地，令 x 写成 1/2+t，则 f(1/2-t)=-f(1/2+t)。这表示图像关于点 (1/2,0) 中心对称。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real x,</w:t>
      </w:r>
    </w:p>
    <w:p>
      <w:pPr>
        <w:spacing w:before="0" w:after="80" w:line="300" w:lineRule="auto"/>
        <w:jc w:val="left"/>
      </w:pPr>
      <w:r>
        <w:rPr>
          <w:rFonts w:ascii="Times New Roman" w:hAnsi="Times New Roman" w:eastAsia="宋体"/>
          <w:b w:val="0"/>
          <w:i w:val="0"/>
          <w:color w:val="333333"/>
          <w:sz w:val="19"/>
        </w:rPr>
        <w:t>f(1-x)=|⌊ 1-x⌋|</w:t>
      </w:r>
    </w:p>
    <w:p>
      <w:pPr>
        <w:spacing w:before="0" w:after="80" w:line="300" w:lineRule="auto"/>
        <w:jc w:val="left"/>
      </w:pPr>
      <w:r>
        <w:rPr>
          <w:rFonts w:ascii="Times New Roman" w:hAnsi="Times New Roman" w:eastAsia="宋体"/>
          <w:b w:val="0"/>
          <w:i w:val="0"/>
          <w:color w:val="333333"/>
          <w:sz w:val="19"/>
        </w:rPr>
        <w:t>-|⌊ x⌋|=-f(x).</w:t>
      </w:r>
    </w:p>
    <w:p>
      <w:pPr>
        <w:spacing w:before="0" w:after="80" w:line="300" w:lineRule="auto"/>
        <w:jc w:val="left"/>
      </w:pPr>
      <w:r>
        <w:rPr>
          <w:rFonts w:ascii="Times New Roman" w:hAnsi="Times New Roman" w:eastAsia="宋体"/>
          <w:b w:val="0"/>
          <w:i w:val="0"/>
          <w:color w:val="333333"/>
          <w:sz w:val="19"/>
        </w:rPr>
        <w:t>Equivalently, replacing x by 1/2+t gives f(1/2-t)=-f(1/2+t). This is point symmetry about (1/2,0).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取正六边形坐标 A=(-1,0)、B=(-1/2,(√(3))/2)、C=(1/2,(√(3))/2)、E=(1/2,-(√(3))/2)。因为太阳能板是平面，高度可写成 h(x,y)=ux+vy+w。</w:t>
      </w:r>
    </w:p>
    <w:p>
      <w:pPr>
        <w:spacing w:before="0" w:after="80" w:line="300" w:lineRule="auto"/>
        <w:jc w:val="left"/>
      </w:pPr>
      <w:r>
        <w:rPr>
          <w:rFonts w:ascii="Times New Roman" w:hAnsi="Times New Roman" w:eastAsia="宋体"/>
          <w:b w:val="0"/>
          <w:i w:val="0"/>
          <w:sz w:val="21"/>
        </w:rPr>
        <w:t>由 h(A)=12，h(B)=9，h(C)=10。后两式相减得 u=1。再由 -u+w=12 得 w=13。代入 h(B)=9，有 -1/2+(√(3))/2v+13=9，所以 √(3)v=-7。</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h(E) =1/2-(√(3))/2v+13</w:t>
      </w:r>
    </w:p>
    <w:p>
      <w:pPr>
        <w:spacing w:before="0" w:after="80" w:line="300" w:lineRule="auto"/>
        <w:jc w:val="left"/>
      </w:pPr>
      <w:r>
        <w:rPr>
          <w:rFonts w:ascii="Times New Roman" w:hAnsi="Times New Roman" w:eastAsia="宋体"/>
          <w:b w:val="0"/>
          <w:i w:val="0"/>
          <w:sz w:val="21"/>
        </w:rPr>
        <w:t>=1/2+7/2+13</w:t>
      </w:r>
    </w:p>
    <w:p>
      <w:pPr>
        <w:spacing w:before="0" w:after="80" w:line="300" w:lineRule="auto"/>
        <w:jc w:val="left"/>
      </w:pPr>
      <w:r>
        <w:rPr>
          <w:rFonts w:ascii="Times New Roman" w:hAnsi="Times New Roman" w:eastAsia="宋体"/>
          <w:b w:val="0"/>
          <w:i w:val="0"/>
          <w:sz w:val="21"/>
        </w:rPr>
        <w:t>=17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a regular hexagon in coordinates with A=(-1,0), B=(-1/2,(√(3))/2), C=(1/2,(√(3))/2), and E=(1/2,-(√(3))/2). Because the solar panel is flat, the height is an affine function h(x,y)=ux+vy+w.</w:t>
      </w:r>
    </w:p>
    <w:p>
      <w:pPr>
        <w:spacing w:before="0" w:after="80" w:line="300" w:lineRule="auto"/>
        <w:jc w:val="left"/>
      </w:pPr>
      <w:r>
        <w:rPr>
          <w:rFonts w:ascii="Times New Roman" w:hAnsi="Times New Roman" w:eastAsia="宋体"/>
          <w:b w:val="0"/>
          <w:i w:val="0"/>
          <w:color w:val="333333"/>
          <w:sz w:val="19"/>
        </w:rPr>
        <w:t>From h(A)=12, h(B)=9, and h(C)=10, subtracting the last two equations gives u=1. Then -u+w=12, so w=13. Using h(B)=9 gives -1/2+(√(3))/2v+13=9, so √(3)v=-7.</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h(E) =1/2-(√(3))/2v+13</w:t>
      </w:r>
    </w:p>
    <w:p>
      <w:pPr>
        <w:spacing w:before="0" w:after="80" w:line="300" w:lineRule="auto"/>
        <w:jc w:val="left"/>
      </w:pPr>
      <w:r>
        <w:rPr>
          <w:rFonts w:ascii="Times New Roman" w:hAnsi="Times New Roman" w:eastAsia="宋体"/>
          <w:b w:val="0"/>
          <w:i w:val="0"/>
          <w:color w:val="333333"/>
          <w:sz w:val="19"/>
        </w:rPr>
        <w:t>=1/2+7/2+13</w:t>
      </w:r>
    </w:p>
    <w:p>
      <w:pPr>
        <w:spacing w:before="0" w:after="80" w:line="300" w:lineRule="auto"/>
        <w:jc w:val="left"/>
      </w:pPr>
      <w:r>
        <w:rPr>
          <w:rFonts w:ascii="Times New Roman" w:hAnsi="Times New Roman" w:eastAsia="宋体"/>
          <w:b w:val="0"/>
          <w:i w:val="0"/>
          <w:color w:val="333333"/>
          <w:sz w:val="19"/>
        </w:rPr>
        <w:t>=17.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分为 2 种情况讨论右上和左下这两个对角区域。</w:t>
      </w:r>
    </w:p>
    <w:p>
      <w:pPr>
        <w:spacing w:before="0" w:after="80" w:line="300" w:lineRule="auto"/>
        <w:jc w:val="left"/>
      </w:pPr>
      <w:r>
        <w:rPr>
          <w:rFonts w:ascii="Times New Roman" w:hAnsi="Times New Roman" w:eastAsia="宋体"/>
          <w:b w:val="0"/>
          <w:i w:val="0"/>
          <w:sz w:val="21"/>
        </w:rPr>
        <w:t>情况 1：右上和左下区域种同一种作物。</w:t>
      </w:r>
    </w:p>
    <w:p>
      <w:pPr>
        <w:spacing w:before="0" w:after="80" w:line="300" w:lineRule="auto"/>
        <w:jc w:val="left"/>
      </w:pPr>
      <w:r>
        <w:rPr>
          <w:rFonts w:ascii="Times New Roman" w:hAnsi="Times New Roman" w:eastAsia="宋体"/>
          <w:b w:val="0"/>
          <w:i w:val="0"/>
          <w:sz w:val="21"/>
        </w:rPr>
        <w:t>这两个区域所种的作物有 4 种选择。因为每种作物都恰有一种不能与它相邻的作物，所以另外两个区域各有 3 种选择。因此共有</w:t>
      </w:r>
    </w:p>
    <w:p>
      <w:pPr>
        <w:spacing w:before="0" w:after="80" w:line="300" w:lineRule="auto"/>
        <w:jc w:val="left"/>
      </w:pPr>
      <w:r>
        <w:rPr>
          <w:rFonts w:ascii="Times New Roman" w:hAnsi="Times New Roman" w:eastAsia="宋体"/>
          <w:b w:val="0"/>
          <w:i w:val="0"/>
          <w:sz w:val="21"/>
        </w:rPr>
        <w:t>4 · 3 · 3 = 36</w:t>
      </w:r>
    </w:p>
    <w:p>
      <w:pPr>
        <w:spacing w:before="0" w:after="80" w:line="300" w:lineRule="auto"/>
        <w:jc w:val="left"/>
      </w:pPr>
      <w:r>
        <w:rPr>
          <w:rFonts w:ascii="Times New Roman" w:hAnsi="Times New Roman" w:eastAsia="宋体"/>
          <w:b w:val="0"/>
          <w:i w:val="0"/>
          <w:sz w:val="21"/>
        </w:rPr>
        <w:t>种。</w:t>
      </w:r>
    </w:p>
    <w:p>
      <w:pPr>
        <w:spacing w:before="0" w:after="80" w:line="300" w:lineRule="auto"/>
        <w:jc w:val="left"/>
      </w:pPr>
      <w:r>
        <w:rPr>
          <w:rFonts w:ascii="Times New Roman" w:hAnsi="Times New Roman" w:eastAsia="宋体"/>
          <w:b w:val="0"/>
          <w:i w:val="0"/>
          <w:sz w:val="21"/>
        </w:rPr>
        <w:t>情况 2：右上和左下区域种不同作物。</w:t>
      </w:r>
    </w:p>
    <w:p>
      <w:pPr>
        <w:spacing w:before="0" w:after="80" w:line="300" w:lineRule="auto"/>
        <w:jc w:val="left"/>
      </w:pPr>
      <w:r>
        <w:rPr>
          <w:rFonts w:ascii="Times New Roman" w:hAnsi="Times New Roman" w:eastAsia="宋体"/>
          <w:b w:val="0"/>
          <w:i w:val="0"/>
          <w:sz w:val="21"/>
        </w:rPr>
        <w:t>右上区域有 4 种选择，左下区域有 3 种与之不同的选择。另外两个区域都与这两块区域共边，所以各剩 2 种选择。因此这一类共有</w:t>
      </w:r>
    </w:p>
    <w:p>
      <w:pPr>
        <w:spacing w:before="0" w:after="80" w:line="300" w:lineRule="auto"/>
        <w:jc w:val="left"/>
      </w:pPr>
      <w:r>
        <w:rPr>
          <w:rFonts w:ascii="Times New Roman" w:hAnsi="Times New Roman" w:eastAsia="宋体"/>
          <w:b w:val="0"/>
          <w:i w:val="0"/>
          <w:sz w:val="21"/>
        </w:rPr>
        <w:t>4 · 3 · 2 · 2 = 48</w:t>
      </w:r>
    </w:p>
    <w:p>
      <w:pPr>
        <w:spacing w:before="0" w:after="80" w:line="300" w:lineRule="auto"/>
        <w:jc w:val="left"/>
      </w:pPr>
      <w:r>
        <w:rPr>
          <w:rFonts w:ascii="Times New Roman" w:hAnsi="Times New Roman" w:eastAsia="宋体"/>
          <w:b w:val="0"/>
          <w:i w:val="0"/>
          <w:sz w:val="21"/>
        </w:rPr>
        <w:t>种。</w:t>
      </w:r>
    </w:p>
    <w:p>
      <w:pPr>
        <w:spacing w:before="0" w:after="80" w:line="300" w:lineRule="auto"/>
        <w:jc w:val="left"/>
      </w:pPr>
      <w:r>
        <w:rPr>
          <w:rFonts w:ascii="Times New Roman" w:hAnsi="Times New Roman" w:eastAsia="宋体"/>
          <w:b w:val="0"/>
          <w:i w:val="0"/>
          <w:sz w:val="21"/>
        </w:rPr>
        <w:t>两种情况合计 36 + 48 = 84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 cases.</w:t>
      </w:r>
    </w:p>
    <w:p>
      <w:pPr>
        <w:spacing w:before="0" w:after="80" w:line="300" w:lineRule="auto"/>
        <w:jc w:val="left"/>
      </w:pPr>
      <w:r>
        <w:rPr>
          <w:rFonts w:ascii="Times New Roman" w:hAnsi="Times New Roman" w:eastAsia="宋体"/>
          <w:b w:val="0"/>
          <w:i w:val="0"/>
          <w:color w:val="333333"/>
          <w:sz w:val="19"/>
        </w:rPr>
        <w:t>Case 1: the top-right and bottom-left sections have the same crop</w:t>
      </w:r>
    </w:p>
    <w:p>
      <w:pPr>
        <w:spacing w:before="0" w:after="80" w:line="300" w:lineRule="auto"/>
        <w:jc w:val="left"/>
      </w:pPr>
      <w:r>
        <w:rPr>
          <w:rFonts w:ascii="Times New Roman" w:hAnsi="Times New Roman" w:eastAsia="宋体"/>
          <w:b w:val="0"/>
          <w:i w:val="0"/>
          <w:color w:val="333333"/>
          <w:sz w:val="19"/>
        </w:rPr>
        <w:t>There are 4 options for which crop is in those sections. The other two sections have 3 options for the crop since each crop has one restriction for crops next to it. This gives us</w:t>
      </w:r>
    </w:p>
    <w:p>
      <w:pPr>
        <w:spacing w:before="0" w:after="80" w:line="300" w:lineRule="auto"/>
        <w:jc w:val="left"/>
      </w:pPr>
      <w:r>
        <w:rPr>
          <w:rFonts w:ascii="Times New Roman" w:hAnsi="Times New Roman" w:eastAsia="宋体"/>
          <w:b w:val="0"/>
          <w:i w:val="0"/>
          <w:color w:val="333333"/>
          <w:sz w:val="19"/>
        </w:rPr>
        <w:t>4 · 3 · 3 = 36</w:t>
      </w:r>
    </w:p>
    <w:p>
      <w:pPr>
        <w:spacing w:before="0" w:after="80" w:line="300" w:lineRule="auto"/>
        <w:jc w:val="left"/>
      </w:pPr>
      <w:r>
        <w:rPr>
          <w:rFonts w:ascii="Times New Roman" w:hAnsi="Times New Roman" w:eastAsia="宋体"/>
          <w:b w:val="0"/>
          <w:i w:val="0"/>
          <w:color w:val="333333"/>
          <w:sz w:val="19"/>
        </w:rPr>
        <w:t>combinations.</w:t>
      </w:r>
    </w:p>
    <w:p>
      <w:pPr>
        <w:spacing w:before="0" w:after="80" w:line="300" w:lineRule="auto"/>
        <w:jc w:val="left"/>
      </w:pPr>
      <w:r>
        <w:rPr>
          <w:rFonts w:ascii="Times New Roman" w:hAnsi="Times New Roman" w:eastAsia="宋体"/>
          <w:b w:val="0"/>
          <w:i w:val="0"/>
          <w:color w:val="333333"/>
          <w:sz w:val="19"/>
        </w:rPr>
        <w:t>Case 2: the top-right and bottom-left sections have different crops</w:t>
      </w:r>
    </w:p>
    <w:p>
      <w:pPr>
        <w:spacing w:before="0" w:after="80" w:line="300" w:lineRule="auto"/>
        <w:jc w:val="left"/>
      </w:pPr>
      <w:r>
        <w:rPr>
          <w:rFonts w:ascii="Times New Roman" w:hAnsi="Times New Roman" w:eastAsia="宋体"/>
          <w:b w:val="0"/>
          <w:i w:val="0"/>
          <w:color w:val="333333"/>
          <w:sz w:val="19"/>
        </w:rPr>
        <w:t>There are 4 options for the top-right crop and 3 different options for the bottom-left crop. Each of the other two sections borders both of these crops, leaving 2 choices for each. This gives us another</w:t>
      </w:r>
    </w:p>
    <w:p>
      <w:pPr>
        <w:spacing w:before="0" w:after="80" w:line="300" w:lineRule="auto"/>
        <w:jc w:val="left"/>
      </w:pPr>
      <w:r>
        <w:rPr>
          <w:rFonts w:ascii="Times New Roman" w:hAnsi="Times New Roman" w:eastAsia="宋体"/>
          <w:b w:val="0"/>
          <w:i w:val="0"/>
          <w:color w:val="333333"/>
          <w:sz w:val="19"/>
        </w:rPr>
        <w:t>4 · 3 · 2 · 2 = 48</w:t>
      </w:r>
    </w:p>
    <w:p>
      <w:pPr>
        <w:spacing w:before="0" w:after="80" w:line="300" w:lineRule="auto"/>
        <w:jc w:val="left"/>
      </w:pPr>
      <w:r>
        <w:rPr>
          <w:rFonts w:ascii="Times New Roman" w:hAnsi="Times New Roman" w:eastAsia="宋体"/>
          <w:b w:val="0"/>
          <w:i w:val="0"/>
          <w:color w:val="333333"/>
          <w:sz w:val="19"/>
        </w:rPr>
        <w:t>configurations.</w:t>
      </w:r>
    </w:p>
    <w:p>
      <w:pPr>
        <w:spacing w:before="0" w:after="80" w:line="300" w:lineRule="auto"/>
        <w:jc w:val="left"/>
      </w:pPr>
      <w:r>
        <w:rPr>
          <w:rFonts w:ascii="Times New Roman" w:hAnsi="Times New Roman" w:eastAsia="宋体"/>
          <w:b w:val="0"/>
          <w:i w:val="0"/>
          <w:color w:val="333333"/>
          <w:sz w:val="19"/>
        </w:rPr>
        <w:t>In total, there are 36 + 48 = 84 combinations.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A</w:t>
      </w:r>
    </w:p>
    <w:p>
      <w:pPr>
        <w:spacing w:before="80" w:after="80"/>
        <w:jc w:val="center"/>
      </w:pPr>
      <w:r>
        <w:drawing>
          <wp:inline xmlns:a="http://schemas.openxmlformats.org/drawingml/2006/main" xmlns:pic="http://schemas.openxmlformats.org/drawingml/2006/picture">
            <wp:extent cx="1488898" cy="1485723"/>
            <wp:docPr id="7" name="Picture 7"/>
            <wp:cNvGraphicFramePr>
              <a:graphicFrameLocks noChangeAspect="1"/>
            </wp:cNvGraphicFramePr>
            <a:graphic>
              <a:graphicData uri="http://schemas.openxmlformats.org/drawingml/2006/picture">
                <pic:pic>
                  <pic:nvPicPr>
                    <pic:cNvPr id="0" name="q19-sol-1@300dpi.png"/>
                    <pic:cNvPicPr/>
                  </pic:nvPicPr>
                  <pic:blipFill>
                    <a:blip r:embed="rId12"/>
                    <a:stretch>
                      <a:fillRect/>
                    </a:stretch>
                  </pic:blipFill>
                  <pic:spPr>
                    <a:xfrm>
                      <a:off x="0" y="0"/>
                      <a:ext cx="1488898" cy="1485723"/>
                    </a:xfrm>
                    <a:prstGeom prst="rect"/>
                  </pic:spPr>
                </pic:pic>
              </a:graphicData>
            </a:graphic>
          </wp:inline>
        </w:drawing>
      </w:r>
    </w:p>
    <w:p>
      <w:pPr>
        <w:spacing w:before="0" w:after="80" w:line="300" w:lineRule="auto"/>
        <w:jc w:val="left"/>
      </w:pPr>
      <w:r>
        <w:rPr>
          <w:rFonts w:ascii="Times New Roman" w:hAnsi="Times New Roman" w:eastAsia="宋体"/>
          <w:b w:val="0"/>
          <w:i w:val="0"/>
          <w:sz w:val="21"/>
        </w:rPr>
        <w:t>内圆盘圆心扫出的内侧正方形边长为 s - 4。</w:t>
      </w:r>
    </w:p>
    <w:p>
      <w:pPr>
        <w:spacing w:before="0" w:after="80" w:line="300" w:lineRule="auto"/>
        <w:jc w:val="left"/>
      </w:pPr>
      <w:r>
        <w:rPr>
          <w:rFonts w:ascii="Times New Roman" w:hAnsi="Times New Roman" w:eastAsia="宋体"/>
          <w:b w:val="0"/>
          <w:i w:val="0"/>
          <w:sz w:val="21"/>
        </w:rPr>
        <w:t>四个角还有一些小区域，它们的总面积为</w:t>
      </w:r>
    </w:p>
    <w:p>
      <w:pPr>
        <w:spacing w:before="0" w:after="80" w:line="300" w:lineRule="auto"/>
        <w:jc w:val="left"/>
      </w:pPr>
      <w:r>
        <w:rPr>
          <w:rFonts w:ascii="Times New Roman" w:hAnsi="Times New Roman" w:eastAsia="宋体"/>
          <w:b w:val="0"/>
          <w:i w:val="0"/>
          <w:sz w:val="21"/>
        </w:rPr>
        <w:t>(1 + 1)² - π 1² = 4 - π。</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 = s² - (s - 4)² - (4 - π)</w:t>
      </w:r>
    </w:p>
    <w:p>
      <w:pPr>
        <w:spacing w:before="0" w:after="80" w:line="300" w:lineRule="auto"/>
        <w:jc w:val="left"/>
      </w:pPr>
      <w:r>
        <w:rPr>
          <w:rFonts w:ascii="Times New Roman" w:hAnsi="Times New Roman" w:eastAsia="宋体"/>
          <w:b w:val="0"/>
          <w:i w:val="0"/>
          <w:sz w:val="21"/>
        </w:rPr>
        <w:t>= 8s - 20 + π。</w:t>
      </w:r>
    </w:p>
    <w:p>
      <w:pPr>
        <w:spacing w:before="0" w:after="80" w:line="300" w:lineRule="auto"/>
        <w:jc w:val="left"/>
      </w:pPr>
      <w:r>
        <w:rPr>
          <w:rFonts w:ascii="Times New Roman" w:hAnsi="Times New Roman" w:eastAsia="宋体"/>
          <w:b w:val="0"/>
          <w:i w:val="0"/>
          <w:sz w:val="21"/>
        </w:rPr>
        <w:t>外圆盘扫出的区域由 4 个长方形和 4 个四分之一圆组成。每个长方形的面积为 s · 2 = 2s ，四个四分之一圆合成一个半径为 2、面积为 4 π 的圆。</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2A = 8s + 4 π。</w:t>
      </w:r>
    </w:p>
    <w:p>
      <w:pPr>
        <w:spacing w:before="0" w:after="80" w:line="300" w:lineRule="auto"/>
        <w:jc w:val="left"/>
      </w:pPr>
      <w:r>
        <w:rPr>
          <w:rFonts w:ascii="Times New Roman" w:hAnsi="Times New Roman" w:eastAsia="宋体"/>
          <w:b w:val="0"/>
          <w:i w:val="0"/>
          <w:sz w:val="21"/>
        </w:rPr>
        <w:t>令两个表达式相等，得到</w:t>
      </w:r>
    </w:p>
    <w:p>
      <w:pPr>
        <w:spacing w:before="0" w:after="80" w:line="300" w:lineRule="auto"/>
        <w:jc w:val="left"/>
      </w:pPr>
      <w:r>
        <w:rPr>
          <w:rFonts w:ascii="Times New Roman" w:hAnsi="Times New Roman" w:eastAsia="宋体"/>
          <w:b w:val="0"/>
          <w:i w:val="0"/>
          <w:sz w:val="21"/>
        </w:rPr>
        <w:t>8s + 4 π = 2(8s - 20 + π)。</w:t>
      </w:r>
    </w:p>
    <w:p>
      <w:pPr>
        <w:spacing w:before="0" w:after="80" w:line="300" w:lineRule="auto"/>
        <w:jc w:val="left"/>
      </w:pPr>
      <w:r>
        <w:rPr>
          <w:rFonts w:ascii="Times New Roman" w:hAnsi="Times New Roman" w:eastAsia="宋体"/>
          <w:b w:val="0"/>
          <w:i w:val="0"/>
          <w:sz w:val="21"/>
        </w:rPr>
        <w:t>解得</w:t>
      </w:r>
    </w:p>
    <w:p>
      <w:pPr>
        <w:spacing w:before="0" w:after="80" w:line="300" w:lineRule="auto"/>
        <w:jc w:val="left"/>
      </w:pPr>
      <w:r>
        <w:rPr>
          <w:rFonts w:ascii="Times New Roman" w:hAnsi="Times New Roman" w:eastAsia="宋体"/>
          <w:b w:val="0"/>
          <w:i w:val="0"/>
          <w:sz w:val="21"/>
        </w:rPr>
        <w:t>8s = 40 + 2 π</w:t>
      </w:r>
    </w:p>
    <w:p>
      <w:pPr>
        <w:spacing w:before="0" w:after="80" w:line="300" w:lineRule="auto"/>
        <w:jc w:val="left"/>
      </w:pPr>
      <w:r>
        <w:rPr>
          <w:rFonts w:ascii="Times New Roman" w:hAnsi="Times New Roman" w:eastAsia="宋体"/>
          <w:b w:val="0"/>
          <w:i w:val="0"/>
          <w:sz w:val="21"/>
        </w:rPr>
        <w:t>s = 5 + π/4。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488898" cy="1485723"/>
            <wp:docPr id="8" name="Picture 8"/>
            <wp:cNvGraphicFramePr>
              <a:graphicFrameLocks noChangeAspect="1"/>
            </wp:cNvGraphicFramePr>
            <a:graphic>
              <a:graphicData uri="http://schemas.openxmlformats.org/drawingml/2006/picture">
                <pic:pic>
                  <pic:nvPicPr>
                    <pic:cNvPr id="0" name="q19-sol-1@300dpi.png"/>
                    <pic:cNvPicPr/>
                  </pic:nvPicPr>
                  <pic:blipFill>
                    <a:blip r:embed="rId12"/>
                    <a:stretch>
                      <a:fillRect/>
                    </a:stretch>
                  </pic:blipFill>
                  <pic:spPr>
                    <a:xfrm>
                      <a:off x="0" y="0"/>
                      <a:ext cx="1488898" cy="148572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side length of the inner square traced out by the inner circle is s - 4.</w:t>
      </w:r>
    </w:p>
    <w:p>
      <w:pPr>
        <w:spacing w:before="0" w:after="80" w:line="300" w:lineRule="auto"/>
        <w:jc w:val="left"/>
      </w:pPr>
      <w:r>
        <w:rPr>
          <w:rFonts w:ascii="Times New Roman" w:hAnsi="Times New Roman" w:eastAsia="宋体"/>
          <w:b w:val="0"/>
          <w:i w:val="0"/>
          <w:color w:val="333333"/>
          <w:sz w:val="19"/>
        </w:rPr>
        <w:t>There are also the small pieces remaining in the corner. These form a total area of</w:t>
      </w:r>
    </w:p>
    <w:p>
      <w:pPr>
        <w:spacing w:before="0" w:after="80" w:line="300" w:lineRule="auto"/>
        <w:jc w:val="left"/>
      </w:pPr>
      <w:r>
        <w:rPr>
          <w:rFonts w:ascii="Times New Roman" w:hAnsi="Times New Roman" w:eastAsia="宋体"/>
          <w:b w:val="0"/>
          <w:i w:val="0"/>
          <w:color w:val="333333"/>
          <w:sz w:val="19"/>
        </w:rPr>
        <w:t>(1 + 1)² - π 1² = 4 - π.</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 = s² - (s - 4)² - (4 - π)</w:t>
      </w:r>
    </w:p>
    <w:p>
      <w:pPr>
        <w:spacing w:before="0" w:after="80" w:line="300" w:lineRule="auto"/>
        <w:jc w:val="left"/>
      </w:pPr>
      <w:r>
        <w:rPr>
          <w:rFonts w:ascii="Times New Roman" w:hAnsi="Times New Roman" w:eastAsia="宋体"/>
          <w:b w:val="0"/>
          <w:i w:val="0"/>
          <w:color w:val="333333"/>
          <w:sz w:val="19"/>
        </w:rPr>
        <w:t>= 8s - 20 + π.</w:t>
      </w:r>
    </w:p>
    <w:p>
      <w:pPr>
        <w:spacing w:before="0" w:after="80" w:line="300" w:lineRule="auto"/>
        <w:jc w:val="left"/>
      </w:pPr>
      <w:r>
        <w:rPr>
          <w:rFonts w:ascii="Times New Roman" w:hAnsi="Times New Roman" w:eastAsia="宋体"/>
          <w:b w:val="0"/>
          <w:i w:val="0"/>
          <w:color w:val="333333"/>
          <w:sz w:val="19"/>
        </w:rPr>
        <w:t>The outer disk traces out an area that is comprised of 4 rectangles and 4 quarter-circles. The rectangles have area s · 2 = 2s and the quarter-circles form a circle with radius 2 and area 4 π.</w:t>
      </w:r>
    </w:p>
    <w:p>
      <w:pPr>
        <w:spacing w:before="0" w:after="80" w:line="300" w:lineRule="auto"/>
        <w:jc w:val="left"/>
      </w:pPr>
      <w:r>
        <w:rPr>
          <w:rFonts w:ascii="Times New Roman" w:hAnsi="Times New Roman" w:eastAsia="宋体"/>
          <w:b w:val="0"/>
          <w:i w:val="0"/>
          <w:color w:val="333333"/>
          <w:sz w:val="19"/>
        </w:rPr>
        <w:t>This gives us</w:t>
      </w:r>
    </w:p>
    <w:p>
      <w:pPr>
        <w:spacing w:before="0" w:after="80" w:line="300" w:lineRule="auto"/>
        <w:jc w:val="left"/>
      </w:pPr>
      <w:r>
        <w:rPr>
          <w:rFonts w:ascii="Times New Roman" w:hAnsi="Times New Roman" w:eastAsia="宋体"/>
          <w:b w:val="0"/>
          <w:i w:val="0"/>
          <w:color w:val="333333"/>
          <w:sz w:val="19"/>
        </w:rPr>
        <w:t>2A = 8s + 4 π.</w:t>
      </w:r>
    </w:p>
    <w:p>
      <w:pPr>
        <w:spacing w:before="0" w:after="80" w:line="300" w:lineRule="auto"/>
        <w:jc w:val="left"/>
      </w:pPr>
      <w:r>
        <w:rPr>
          <w:rFonts w:ascii="Times New Roman" w:hAnsi="Times New Roman" w:eastAsia="宋体"/>
          <w:b w:val="0"/>
          <w:i w:val="0"/>
          <w:color w:val="333333"/>
          <w:sz w:val="19"/>
        </w:rPr>
        <w:t>Equating the two equations we get</w:t>
      </w:r>
    </w:p>
    <w:p>
      <w:pPr>
        <w:spacing w:before="0" w:after="80" w:line="300" w:lineRule="auto"/>
        <w:jc w:val="left"/>
      </w:pPr>
      <w:r>
        <w:rPr>
          <w:rFonts w:ascii="Times New Roman" w:hAnsi="Times New Roman" w:eastAsia="宋体"/>
          <w:b w:val="0"/>
          <w:i w:val="0"/>
          <w:color w:val="333333"/>
          <w:sz w:val="19"/>
        </w:rPr>
        <w:t>8s + 4 π = 2(8s - 20 + π).</w:t>
      </w:r>
    </w:p>
    <w:p>
      <w:pPr>
        <w:spacing w:before="0" w:after="80" w:line="300" w:lineRule="auto"/>
        <w:jc w:val="left"/>
      </w:pPr>
      <w:r>
        <w:rPr>
          <w:rFonts w:ascii="Times New Roman" w:hAnsi="Times New Roman" w:eastAsia="宋体"/>
          <w:b w:val="0"/>
          <w:i w:val="0"/>
          <w:color w:val="333333"/>
          <w:sz w:val="19"/>
        </w:rPr>
        <w:t>Solving yields</w:t>
      </w:r>
    </w:p>
    <w:p>
      <w:pPr>
        <w:spacing w:before="0" w:after="80" w:line="300" w:lineRule="auto"/>
        <w:jc w:val="left"/>
      </w:pPr>
      <w:r>
        <w:rPr>
          <w:rFonts w:ascii="Times New Roman" w:hAnsi="Times New Roman" w:eastAsia="宋体"/>
          <w:b w:val="0"/>
          <w:i w:val="0"/>
          <w:color w:val="333333"/>
          <w:sz w:val="19"/>
        </w:rPr>
        <w:t>8s = 40 + 2 π</w:t>
      </w:r>
    </w:p>
    <w:p>
      <w:pPr>
        <w:spacing w:before="0" w:after="80" w:line="300" w:lineRule="auto"/>
        <w:jc w:val="left"/>
      </w:pPr>
      <w:r>
        <w:rPr>
          <w:rFonts w:ascii="Times New Roman" w:hAnsi="Times New Roman" w:eastAsia="宋体"/>
          <w:b w:val="0"/>
          <w:i w:val="0"/>
          <w:color w:val="333333"/>
          <w:sz w:val="19"/>
        </w:rPr>
        <w:t>s = 5 + π/4.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二次方程没有两个不同实根，当且仅当判别式非正。因此需要</w:t>
      </w:r>
    </w:p>
    <w:p>
      <w:pPr>
        <w:spacing w:before="0" w:after="80" w:line="300" w:lineRule="auto"/>
        <w:jc w:val="left"/>
      </w:pPr>
      <w:r>
        <w:rPr>
          <w:rFonts w:ascii="Times New Roman" w:hAnsi="Times New Roman" w:eastAsia="宋体"/>
          <w:b w:val="0"/>
          <w:i w:val="0"/>
          <w:sz w:val="21"/>
        </w:rPr>
        <w:t>b²-4c≤0 c²-4b≤0，</w:t>
      </w:r>
    </w:p>
    <w:p>
      <w:pPr>
        <w:spacing w:before="0" w:after="80" w:line="300" w:lineRule="auto"/>
        <w:jc w:val="left"/>
      </w:pPr>
      <w:r>
        <w:rPr>
          <w:rFonts w:ascii="Times New Roman" w:hAnsi="Times New Roman" w:eastAsia="宋体"/>
          <w:b w:val="0"/>
          <w:i w:val="0"/>
          <w:sz w:val="21"/>
        </w:rPr>
        <w:t>也就是 b²≤4c 且 c²≤4b。</w:t>
      </w:r>
    </w:p>
    <w:p>
      <w:pPr>
        <w:spacing w:before="0" w:after="80" w:line="300" w:lineRule="auto"/>
        <w:jc w:val="left"/>
      </w:pPr>
      <w:r>
        <w:rPr>
          <w:rFonts w:ascii="Times New Roman" w:hAnsi="Times New Roman" w:eastAsia="宋体"/>
          <w:b w:val="0"/>
          <w:i w:val="0"/>
          <w:sz w:val="21"/>
        </w:rPr>
        <w:t>由 b²≤4c 得 b⁴≤16c²。结合 c²≤4b，得到 b⁴≤64b，所以 b≤4。</w:t>
      </w:r>
    </w:p>
    <w:p>
      <w:pPr>
        <w:spacing w:before="0" w:after="80" w:line="300" w:lineRule="auto"/>
        <w:jc w:val="left"/>
      </w:pPr>
      <w:r>
        <w:rPr>
          <w:rFonts w:ascii="Times New Roman" w:hAnsi="Times New Roman" w:eastAsia="宋体"/>
          <w:b w:val="0"/>
          <w:i w:val="0"/>
          <w:sz w:val="21"/>
        </w:rPr>
        <w:t>逐一检查 b=1,2,3,4，分别得到</w:t>
      </w:r>
    </w:p>
    <w:p>
      <w:pPr>
        <w:spacing w:before="0" w:after="80" w:line="300" w:lineRule="auto"/>
        <w:jc w:val="left"/>
      </w:pPr>
      <w:r>
        <w:rPr>
          <w:rFonts w:ascii="Times New Roman" w:hAnsi="Times New Roman" w:eastAsia="宋体"/>
          <w:b w:val="0"/>
          <w:i w:val="0"/>
          <w:sz w:val="21"/>
        </w:rPr>
        <w:t>(c=1,2), (c=1,2),</w:t>
      </w:r>
    </w:p>
    <w:p>
      <w:pPr>
        <w:spacing w:before="0" w:after="80" w:line="300" w:lineRule="auto"/>
        <w:jc w:val="left"/>
      </w:pPr>
      <w:r>
        <w:rPr>
          <w:rFonts w:ascii="Times New Roman" w:hAnsi="Times New Roman" w:eastAsia="宋体"/>
          <w:b w:val="0"/>
          <w:i w:val="0"/>
          <w:sz w:val="21"/>
        </w:rPr>
        <w:t>(c=3), (c=4)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因此有序对共有 2+2+1+1=6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quadratic fails to have two distinct real solutions exactly when its discriminant is nonpositive. Thus we need</w:t>
      </w:r>
    </w:p>
    <w:p>
      <w:pPr>
        <w:spacing w:before="0" w:after="80" w:line="300" w:lineRule="auto"/>
        <w:jc w:val="left"/>
      </w:pPr>
      <w:r>
        <w:rPr>
          <w:rFonts w:ascii="Times New Roman" w:hAnsi="Times New Roman" w:eastAsia="宋体"/>
          <w:b w:val="0"/>
          <w:i w:val="0"/>
          <w:color w:val="333333"/>
          <w:sz w:val="19"/>
        </w:rPr>
        <w:t>b²-4c≤0 c²-4b≤0,</w:t>
      </w:r>
    </w:p>
    <w:p>
      <w:pPr>
        <w:spacing w:before="0" w:after="80" w:line="300" w:lineRule="auto"/>
        <w:jc w:val="left"/>
      </w:pPr>
      <w:r>
        <w:rPr>
          <w:rFonts w:ascii="Times New Roman" w:hAnsi="Times New Roman" w:eastAsia="宋体"/>
          <w:b w:val="0"/>
          <w:i w:val="0"/>
          <w:color w:val="333333"/>
          <w:sz w:val="19"/>
        </w:rPr>
        <w:t>or b²≤4c and c²≤4b.</w:t>
      </w:r>
    </w:p>
    <w:p>
      <w:pPr>
        <w:spacing w:before="0" w:after="80" w:line="300" w:lineRule="auto"/>
        <w:jc w:val="left"/>
      </w:pPr>
      <w:r>
        <w:rPr>
          <w:rFonts w:ascii="Times New Roman" w:hAnsi="Times New Roman" w:eastAsia="宋体"/>
          <w:b w:val="0"/>
          <w:i w:val="0"/>
          <w:color w:val="333333"/>
          <w:sz w:val="19"/>
        </w:rPr>
        <w:t>From b²≤4c, we get b⁴≤16c². Combining this with c²≤4b gives b⁴≤64b, so b≤4.</w:t>
      </w:r>
    </w:p>
    <w:p>
      <w:pPr>
        <w:spacing w:before="0" w:after="80" w:line="300" w:lineRule="auto"/>
        <w:jc w:val="left"/>
      </w:pPr>
      <w:r>
        <w:rPr>
          <w:rFonts w:ascii="Times New Roman" w:hAnsi="Times New Roman" w:eastAsia="宋体"/>
          <w:b w:val="0"/>
          <w:i w:val="0"/>
          <w:color w:val="333333"/>
          <w:sz w:val="19"/>
        </w:rPr>
        <w:t>Now check b=1,2,3,4. The inequalities give respectively</w:t>
      </w:r>
    </w:p>
    <w:p>
      <w:pPr>
        <w:spacing w:before="0" w:after="80" w:line="300" w:lineRule="auto"/>
        <w:jc w:val="left"/>
      </w:pPr>
      <w:r>
        <w:rPr>
          <w:rFonts w:ascii="Times New Roman" w:hAnsi="Times New Roman" w:eastAsia="宋体"/>
          <w:b w:val="0"/>
          <w:i w:val="0"/>
          <w:color w:val="333333"/>
          <w:sz w:val="19"/>
        </w:rPr>
        <w:t>(c=1,2), (c=1,2),</w:t>
      </w:r>
    </w:p>
    <w:p>
      <w:pPr>
        <w:spacing w:before="0" w:after="80" w:line="300" w:lineRule="auto"/>
        <w:jc w:val="left"/>
      </w:pPr>
      <w:r>
        <w:rPr>
          <w:rFonts w:ascii="Times New Roman" w:hAnsi="Times New Roman" w:eastAsia="宋体"/>
          <w:b w:val="0"/>
          <w:i w:val="0"/>
          <w:color w:val="333333"/>
          <w:sz w:val="19"/>
        </w:rPr>
        <w:t>(c=3), (c=4).</w:t>
      </w:r>
    </w:p>
    <w:p>
      <w:pPr>
        <w:spacing w:before="0" w:after="80" w:line="300" w:lineRule="auto"/>
        <w:jc w:val="left"/>
      </w:pPr>
      <w:r>
        <w:rPr>
          <w:rFonts w:ascii="Times New Roman" w:hAnsi="Times New Roman" w:eastAsia="宋体"/>
          <w:b w:val="0"/>
          <w:i w:val="0"/>
          <w:color w:val="333333"/>
          <w:sz w:val="19"/>
        </w:rPr>
        <w:t>There are 2+2+1+1=6 ordered pairs.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把球和箱子都看作可区分，则把有标号的球投入有标号的箱子的 5²⁰ 种方法等可能。对于 q，符合条件的投放方法数为</w:t>
      </w:r>
    </w:p>
    <w:p>
      <w:pPr>
        <w:spacing w:before="0" w:after="80" w:line="300" w:lineRule="auto"/>
        <w:jc w:val="left"/>
      </w:pPr>
      <w:r>
        <w:rPr>
          <w:rFonts w:ascii="Times New Roman" w:hAnsi="Times New Roman" w:eastAsia="宋体"/>
          <w:b w:val="0"/>
          <w:i w:val="0"/>
          <w:sz w:val="21"/>
        </w:rPr>
        <w:t>(20!)/((4!)⁵)。</w:t>
      </w:r>
    </w:p>
    <w:p>
      <w:pPr>
        <w:spacing w:before="0" w:after="80" w:line="300" w:lineRule="auto"/>
        <w:jc w:val="left"/>
      </w:pPr>
      <w:r>
        <w:rPr>
          <w:rFonts w:ascii="Times New Roman" w:hAnsi="Times New Roman" w:eastAsia="宋体"/>
          <w:b w:val="0"/>
          <w:i w:val="0"/>
          <w:sz w:val="21"/>
        </w:rPr>
        <w:t>对于 p，先用 5·4 种方法依次选出装 3 个球的箱子和装 5 个球的箱子。符合条件的投放方法数为</w:t>
      </w:r>
    </w:p>
    <w:p>
      <w:pPr>
        <w:spacing w:before="0" w:after="80" w:line="300" w:lineRule="auto"/>
        <w:jc w:val="left"/>
      </w:pPr>
      <w:r>
        <w:rPr>
          <w:rFonts w:ascii="Times New Roman" w:hAnsi="Times New Roman" w:eastAsia="宋体"/>
          <w:b w:val="0"/>
          <w:i w:val="0"/>
          <w:sz w:val="21"/>
        </w:rPr>
        <w:t>5·4·(20!)/(3!5!(4!)³)。</w:t>
      </w:r>
    </w:p>
    <w:p>
      <w:pPr>
        <w:spacing w:before="0" w:after="80" w:line="300" w:lineRule="auto"/>
        <w:jc w:val="left"/>
      </w:pPr>
      <w:r>
        <w:rPr>
          <w:rFonts w:ascii="Times New Roman" w:hAnsi="Times New Roman" w:eastAsia="宋体"/>
          <w:b w:val="0"/>
          <w:i w:val="0"/>
          <w:sz w:val="21"/>
        </w:rPr>
        <w:t>两种概率的共同分母可以约去，所以</w:t>
      </w:r>
    </w:p>
    <w:p>
      <w:pPr>
        <w:spacing w:before="0" w:after="80" w:line="300" w:lineRule="auto"/>
        <w:jc w:val="left"/>
      </w:pPr>
      <w:r>
        <w:rPr>
          <w:rFonts w:ascii="Times New Roman" w:hAnsi="Times New Roman" w:eastAsia="宋体"/>
          <w:b w:val="0"/>
          <w:i w:val="0"/>
          <w:sz w:val="21"/>
        </w:rPr>
        <w:t>p/q=20·((4!)²)/(3!5!)=20·4/5=16。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5²⁰ assignments of the distinguishable balls to the labeled bins are equally likely. For q, the number of assignments is</w:t>
      </w:r>
    </w:p>
    <w:p>
      <w:pPr>
        <w:spacing w:before="0" w:after="80" w:line="300" w:lineRule="auto"/>
        <w:jc w:val="left"/>
      </w:pPr>
      <w:r>
        <w:rPr>
          <w:rFonts w:ascii="Times New Roman" w:hAnsi="Times New Roman" w:eastAsia="宋体"/>
          <w:b w:val="0"/>
          <w:i w:val="0"/>
          <w:color w:val="333333"/>
          <w:sz w:val="19"/>
        </w:rPr>
        <w:t>(20!)/((4!)⁵).</w:t>
      </w:r>
    </w:p>
    <w:p>
      <w:pPr>
        <w:spacing w:before="0" w:after="80" w:line="300" w:lineRule="auto"/>
        <w:jc w:val="left"/>
      </w:pPr>
      <w:r>
        <w:rPr>
          <w:rFonts w:ascii="Times New Roman" w:hAnsi="Times New Roman" w:eastAsia="宋体"/>
          <w:b w:val="0"/>
          <w:i w:val="0"/>
          <w:color w:val="333333"/>
          <w:sz w:val="19"/>
        </w:rPr>
        <w:t>For p, choose the bin with 3 balls and the bin with 5 balls in 5·4 ways. The number of assignments is then</w:t>
      </w:r>
    </w:p>
    <w:p>
      <w:pPr>
        <w:spacing w:before="0" w:after="80" w:line="300" w:lineRule="auto"/>
        <w:jc w:val="left"/>
      </w:pPr>
      <w:r>
        <w:rPr>
          <w:rFonts w:ascii="Times New Roman" w:hAnsi="Times New Roman" w:eastAsia="宋体"/>
          <w:b w:val="0"/>
          <w:i w:val="0"/>
          <w:color w:val="333333"/>
          <w:sz w:val="19"/>
        </w:rPr>
        <w:t>5·4·(20!)/(3!5!(4!)³).</w:t>
      </w:r>
    </w:p>
    <w:p>
      <w:pPr>
        <w:spacing w:before="0" w:after="80" w:line="300" w:lineRule="auto"/>
        <w:jc w:val="left"/>
      </w:pPr>
      <w:r>
        <w:rPr>
          <w:rFonts w:ascii="Times New Roman" w:hAnsi="Times New Roman" w:eastAsia="宋体"/>
          <w:b w:val="0"/>
          <w:i w:val="0"/>
          <w:color w:val="333333"/>
          <w:sz w:val="19"/>
        </w:rPr>
        <w:t>The common probability denominator cancels, so</w:t>
      </w:r>
    </w:p>
    <w:p>
      <w:pPr>
        <w:spacing w:before="0" w:after="80" w:line="300" w:lineRule="auto"/>
        <w:jc w:val="left"/>
      </w:pPr>
      <w:r>
        <w:rPr>
          <w:rFonts w:ascii="Times New Roman" w:hAnsi="Times New Roman" w:eastAsia="宋体"/>
          <w:b w:val="0"/>
          <w:i w:val="0"/>
          <w:color w:val="333333"/>
          <w:sz w:val="19"/>
        </w:rPr>
        <w:t>p/q=20·((4!)²)/(3!5!)=20·4/5=16.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令圆锥底面在平面 z=0，底心在原点，顶点在 z-轴上。三个球心组成边长为 2r 的等边三角形，所以其中一个球心可取为离圆锥轴的水平距离 2r/(√(3))、高度为 r。</w:t>
      </w:r>
    </w:p>
    <w:p>
      <w:pPr>
        <w:spacing w:before="0" w:after="80" w:line="300" w:lineRule="auto"/>
        <w:jc w:val="left"/>
      </w:pPr>
      <w:r>
        <w:rPr>
          <w:rFonts w:ascii="Times New Roman" w:hAnsi="Times New Roman" w:eastAsia="宋体"/>
          <w:b w:val="0"/>
          <w:i w:val="0"/>
          <w:sz w:val="21"/>
        </w:rPr>
        <w:t>在轴截面中，圆锥侧边所在直线为 12ρ+5z=60，其中 ρ 是到轴的水平距离。该球心坐标为 (2r/(√(3)),r)，到这条直线的距离必须为 r，所以</w:t>
      </w:r>
    </w:p>
    <w:p>
      <w:pPr>
        <w:spacing w:before="0" w:after="80" w:line="300" w:lineRule="auto"/>
        <w:jc w:val="left"/>
      </w:pPr>
      <w:r>
        <w:rPr>
          <w:rFonts w:ascii="Times New Roman" w:hAnsi="Times New Roman" w:eastAsia="宋体"/>
          <w:b w:val="0"/>
          <w:i w:val="0"/>
          <w:sz w:val="21"/>
        </w:rPr>
        <w:t>r=(60-12·2r/(√(3))-5r)/13。</w:t>
      </w:r>
    </w:p>
    <w:p>
      <w:pPr>
        <w:spacing w:before="0" w:after="80" w:line="300" w:lineRule="auto"/>
        <w:jc w:val="left"/>
      </w:pPr>
      <w:r>
        <w:rPr>
          <w:rFonts w:ascii="Times New Roman" w:hAnsi="Times New Roman" w:eastAsia="宋体"/>
          <w:b w:val="0"/>
          <w:i w:val="0"/>
          <w:sz w:val="21"/>
        </w:rPr>
        <w:t>因此 (18+8√(3))r=60，所以</w:t>
      </w:r>
    </w:p>
    <w:p>
      <w:pPr>
        <w:spacing w:before="0" w:after="80" w:line="300" w:lineRule="auto"/>
        <w:jc w:val="left"/>
      </w:pPr>
      <w:r>
        <w:rPr>
          <w:rFonts w:ascii="Times New Roman" w:hAnsi="Times New Roman" w:eastAsia="宋体"/>
          <w:b w:val="0"/>
          <w:i w:val="0"/>
          <w:sz w:val="21"/>
        </w:rPr>
        <w:t>r=60/(18+8√(3))=(90-40√(3))/11。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cone have base in the plane z=0, center at the origin, and vertex on the z-axis. The centers of the three spheres form an equilateral triangle of side 2r, so one sphere center may be taken at horizontal distance 2r/(√(3)) from the cone axis and height r above the base.</w:t>
      </w:r>
    </w:p>
    <w:p>
      <w:pPr>
        <w:spacing w:before="0" w:after="80" w:line="300" w:lineRule="auto"/>
        <w:jc w:val="left"/>
      </w:pPr>
      <w:r>
        <w:rPr>
          <w:rFonts w:ascii="Times New Roman" w:hAnsi="Times New Roman" w:eastAsia="宋体"/>
          <w:b w:val="0"/>
          <w:i w:val="0"/>
          <w:color w:val="333333"/>
          <w:sz w:val="19"/>
        </w:rPr>
        <w:t>In the axial cross-section through that center and the cone axis, the side of the cone is the line 12ρ+5z=60, where ρ is horizontal distance from the axis. The distance from (2r/(√(3)),r) to this line must be r:</w:t>
      </w:r>
    </w:p>
    <w:p>
      <w:pPr>
        <w:spacing w:before="0" w:after="80" w:line="300" w:lineRule="auto"/>
        <w:jc w:val="left"/>
      </w:pPr>
      <w:r>
        <w:rPr>
          <w:rFonts w:ascii="Times New Roman" w:hAnsi="Times New Roman" w:eastAsia="宋体"/>
          <w:b w:val="0"/>
          <w:i w:val="0"/>
          <w:color w:val="333333"/>
          <w:sz w:val="19"/>
        </w:rPr>
        <w:t>r=(60-12·2r/(√(3))-5r)/13.</w:t>
      </w:r>
    </w:p>
    <w:p>
      <w:pPr>
        <w:spacing w:before="0" w:after="80" w:line="300" w:lineRule="auto"/>
        <w:jc w:val="left"/>
      </w:pPr>
      <w:r>
        <w:rPr>
          <w:rFonts w:ascii="Times New Roman" w:hAnsi="Times New Roman" w:eastAsia="宋体"/>
          <w:b w:val="0"/>
          <w:i w:val="0"/>
          <w:color w:val="333333"/>
          <w:sz w:val="19"/>
        </w:rPr>
        <w:t>Thus (18+8√(3))r=60, so</w:t>
      </w:r>
    </w:p>
    <w:p>
      <w:pPr>
        <w:spacing w:before="0" w:after="80" w:line="300" w:lineRule="auto"/>
        <w:jc w:val="left"/>
      </w:pPr>
      <w:r>
        <w:rPr>
          <w:rFonts w:ascii="Times New Roman" w:hAnsi="Times New Roman" w:eastAsia="宋体"/>
          <w:b w:val="0"/>
          <w:i w:val="0"/>
          <w:color w:val="333333"/>
          <w:sz w:val="19"/>
        </w:rPr>
        <w:t>r=60/(18+8√(3))=(90-40√(3))/11.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数值 12 是固定点，因为 12 有 6 个正因数，所以 f₁(12)=12。</w:t>
      </w:r>
    </w:p>
    <w:p>
      <w:pPr>
        <w:spacing w:before="0" w:after="80" w:line="300" w:lineRule="auto"/>
        <w:jc w:val="left"/>
      </w:pPr>
      <w:r>
        <w:rPr>
          <w:rFonts w:ascii="Times New Roman" w:hAnsi="Times New Roman" w:eastAsia="宋体"/>
          <w:b w:val="0"/>
          <w:i w:val="0"/>
          <w:sz w:val="21"/>
        </w:rPr>
        <w:t>先找所有满足 n≤50 且 f₁(n)=12 的 n，也就是有 6 个因数的数：</w:t>
      </w:r>
    </w:p>
    <w:p>
      <w:pPr>
        <w:spacing w:before="0" w:after="80" w:line="300" w:lineRule="auto"/>
        <w:jc w:val="left"/>
      </w:pPr>
      <w:r>
        <w:rPr>
          <w:rFonts w:ascii="Times New Roman" w:hAnsi="Times New Roman" w:eastAsia="宋体"/>
          <w:b w:val="0"/>
          <w:i w:val="0"/>
          <w:sz w:val="21"/>
        </w:rPr>
        <w:t>12,18,20,28,32,44,45,50。</w:t>
      </w:r>
    </w:p>
    <w:p>
      <w:pPr>
        <w:spacing w:before="0" w:after="80" w:line="300" w:lineRule="auto"/>
        <w:jc w:val="left"/>
      </w:pPr>
      <w:r>
        <w:rPr>
          <w:rFonts w:ascii="Times New Roman" w:hAnsi="Times New Roman" w:eastAsia="宋体"/>
          <w:b w:val="0"/>
          <w:i w:val="0"/>
          <w:sz w:val="21"/>
        </w:rPr>
        <w:t>再检查 f₁(n) 在到达 12 之前能否取到上述其他值。由于 f₁(n) 是因数个数的两倍，列表中只有 18 和 20 有用，分别表示 n 有 9 或 10 个因数。</w:t>
      </w:r>
    </w:p>
    <w:p>
      <w:pPr>
        <w:spacing w:before="0" w:after="80" w:line="300" w:lineRule="auto"/>
        <w:jc w:val="left"/>
      </w:pPr>
      <w:r>
        <w:rPr>
          <w:rFonts w:ascii="Times New Roman" w:hAnsi="Times New Roman" w:eastAsia="宋体"/>
          <w:b w:val="0"/>
          <w:i w:val="0"/>
          <w:sz w:val="21"/>
        </w:rPr>
        <w:t>对 n≤50，额外的可能为 36（有 9 个因数）和 48（有 10 个因数）。因此共有 8+2=10 个 n。</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12 is fixed by the function, since 12 has 6 positive divisors and therefore f₁(12)=12.</w:t>
      </w:r>
    </w:p>
    <w:p>
      <w:pPr>
        <w:spacing w:before="0" w:after="80" w:line="300" w:lineRule="auto"/>
        <w:jc w:val="left"/>
      </w:pPr>
      <w:r>
        <w:rPr>
          <w:rFonts w:ascii="Times New Roman" w:hAnsi="Times New Roman" w:eastAsia="宋体"/>
          <w:b w:val="0"/>
          <w:i w:val="0"/>
          <w:color w:val="333333"/>
          <w:sz w:val="19"/>
        </w:rPr>
        <w:t>First find all n≤50 with f₁(n)=12, meaning n has 6 divisors. These are</w:t>
      </w:r>
    </w:p>
    <w:p>
      <w:pPr>
        <w:spacing w:before="0" w:after="80" w:line="300" w:lineRule="auto"/>
        <w:jc w:val="left"/>
      </w:pPr>
      <w:r>
        <w:rPr>
          <w:rFonts w:ascii="Times New Roman" w:hAnsi="Times New Roman" w:eastAsia="宋体"/>
          <w:b w:val="0"/>
          <w:i w:val="0"/>
          <w:color w:val="333333"/>
          <w:sz w:val="19"/>
        </w:rPr>
        <w:t>12,18,20,28,32,44,45,50.</w:t>
      </w:r>
    </w:p>
    <w:p>
      <w:pPr>
        <w:spacing w:before="0" w:after="80" w:line="300" w:lineRule="auto"/>
        <w:jc w:val="left"/>
      </w:pPr>
      <w:r>
        <w:rPr>
          <w:rFonts w:ascii="Times New Roman" w:hAnsi="Times New Roman" w:eastAsia="宋体"/>
          <w:b w:val="0"/>
          <w:i w:val="0"/>
          <w:color w:val="333333"/>
          <w:sz w:val="19"/>
        </w:rPr>
        <w:t>Now check whether f₁(n) can be one of these values before reaching 12. Since f₁(n) is twice a divisor count, the only useful possibilities in that list are 18 and 20, meaning n has 9 or 10 divisors.</w:t>
      </w:r>
    </w:p>
    <w:p>
      <w:pPr>
        <w:spacing w:before="0" w:after="80" w:line="300" w:lineRule="auto"/>
        <w:jc w:val="left"/>
      </w:pPr>
      <w:r>
        <w:rPr>
          <w:rFonts w:ascii="Times New Roman" w:hAnsi="Times New Roman" w:eastAsia="宋体"/>
          <w:b w:val="0"/>
          <w:i w:val="0"/>
          <w:color w:val="333333"/>
          <w:sz w:val="19"/>
        </w:rPr>
        <w:t>For n≤50, the additional possibilities are 36, which has 9 divisors, and 48, which has 10 divisors. Therefore there are 8+2=10 values of 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先标记一个面为 ABCD。每个面必须包含两个 0 和两个 1，所以先按 ABCD 四条棱的标签模式分类。</w:t>
      </w:r>
    </w:p>
    <w:p>
      <w:pPr>
        <w:spacing w:before="0" w:after="80" w:line="300" w:lineRule="auto"/>
        <w:jc w:val="left"/>
      </w:pPr>
      <w:r>
        <w:rPr>
          <w:rFonts w:ascii="Times New Roman" w:hAnsi="Times New Roman" w:eastAsia="宋体"/>
          <w:b w:val="0"/>
          <w:i w:val="0"/>
          <w:sz w:val="21"/>
        </w:rPr>
        <w:t>情形 1：ABCD 的相对棱标签相同。ABCD 上有 2 种这样的模式；任选一条竖直棱（如 AE）的标签后，其余标签都被确定。因此共有 2·2=4 种标法。</w:t>
      </w:r>
    </w:p>
    <w:p>
      <w:pPr>
        <w:spacing w:before="0" w:after="80" w:line="300" w:lineRule="auto"/>
        <w:jc w:val="left"/>
      </w:pPr>
      <w:r>
        <w:rPr>
          <w:rFonts w:ascii="Times New Roman" w:hAnsi="Times New Roman" w:eastAsia="宋体"/>
          <w:b w:val="0"/>
          <w:i w:val="0"/>
          <w:sz w:val="21"/>
        </w:rPr>
        <w:t>情形 2：ABCD 的相对棱标签不同。ABCD 上有 4 种这样的模式；对每种模式，相邻两条竖直棱的标签有 4 种选择，其余标签随即确定。因此共有 4·4=16 种标法。</w:t>
      </w:r>
    </w:p>
    <w:p>
      <w:pPr>
        <w:spacing w:before="0" w:after="80" w:line="300" w:lineRule="auto"/>
        <w:jc w:val="left"/>
      </w:pPr>
      <w:r>
        <w:rPr>
          <w:rFonts w:ascii="Times New Roman" w:hAnsi="Times New Roman" w:eastAsia="宋体"/>
          <w:b w:val="0"/>
          <w:i w:val="0"/>
          <w:sz w:val="21"/>
        </w:rPr>
        <w:t>总数为 4+16=20。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one face ABCD. Each face must contain two 0s and two 1s, so first split by the pattern on the four edges of ABCD.</w:t>
      </w:r>
    </w:p>
    <w:p>
      <w:pPr>
        <w:spacing w:before="0" w:after="80" w:line="300" w:lineRule="auto"/>
        <w:jc w:val="left"/>
      </w:pPr>
      <w:r>
        <w:rPr>
          <w:rFonts w:ascii="Times New Roman" w:hAnsi="Times New Roman" w:eastAsia="宋体"/>
          <w:b w:val="0"/>
          <w:i w:val="0"/>
          <w:color w:val="333333"/>
          <w:sz w:val="19"/>
        </w:rPr>
        <w:t>Case 1: opposite edges of ABCD have the same label. There are 2 such patterns on ABCD. For either pattern, once the label of one vertical edge, say AE, is chosen, the face-sum conditions force all remaining labels. This gives 2·2=4 labelings.</w:t>
      </w:r>
    </w:p>
    <w:p>
      <w:pPr>
        <w:spacing w:before="0" w:after="80" w:line="300" w:lineRule="auto"/>
        <w:jc w:val="left"/>
      </w:pPr>
      <w:r>
        <w:rPr>
          <w:rFonts w:ascii="Times New Roman" w:hAnsi="Times New Roman" w:eastAsia="宋体"/>
          <w:b w:val="0"/>
          <w:i w:val="0"/>
          <w:color w:val="333333"/>
          <w:sz w:val="19"/>
        </w:rPr>
        <w:t>Case 2: opposite edges of ABCD have different labels. There are 4 such patterns on ABCD. For each, the labels of two adjacent vertical edges may be chosen in 4 ways, and then the remaining labels are forced by the face-sum conditions. This gives 4·4=16 labelings.</w:t>
      </w:r>
    </w:p>
    <w:p>
      <w:pPr>
        <w:spacing w:before="0" w:after="80" w:line="300" w:lineRule="auto"/>
        <w:jc w:val="left"/>
      </w:pPr>
      <w:r>
        <w:rPr>
          <w:rFonts w:ascii="Times New Roman" w:hAnsi="Times New Roman" w:eastAsia="宋体"/>
          <w:b w:val="0"/>
          <w:i w:val="0"/>
          <w:color w:val="333333"/>
          <w:sz w:val="19"/>
        </w:rPr>
        <w:t>The total is 4+16=20.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这个多项式必须有两个不同的实根：如果只有一个重实根，则 p(p(x))=0 至多有两个实数解；如果没有实根，则没有实数解。设它的两个根为 r 和 s，则</w:t>
      </w:r>
    </w:p>
    <w:p>
      <w:pPr>
        <w:spacing w:before="0" w:after="80" w:line="300" w:lineRule="auto"/>
        <w:jc w:val="left"/>
      </w:pPr>
      <w:r>
        <w:rPr>
          <w:rFonts w:ascii="Times New Roman" w:hAnsi="Times New Roman" w:eastAsia="宋体"/>
          <w:b w:val="0"/>
          <w:i w:val="0"/>
          <w:sz w:val="21"/>
        </w:rPr>
        <w:t>p(x) =(x-r)(x-s)</w:t>
      </w:r>
    </w:p>
    <w:p>
      <w:pPr>
        <w:spacing w:before="0" w:after="80" w:line="300" w:lineRule="auto"/>
        <w:jc w:val="left"/>
      </w:pPr>
      <w:r>
        <w:rPr>
          <w:rFonts w:ascii="Times New Roman" w:hAnsi="Times New Roman" w:eastAsia="宋体"/>
          <w:b w:val="0"/>
          <w:i w:val="0"/>
          <w:sz w:val="21"/>
        </w:rPr>
        <w:t>=x²-(r+s)x+rs</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方程 p(p(x))=0 等价于 p(x)=r 或 p(x)=s。</w:t>
      </w:r>
    </w:p>
    <w:p>
      <w:pPr>
        <w:spacing w:before="0" w:after="80" w:line="300" w:lineRule="auto"/>
        <w:jc w:val="left"/>
      </w:pPr>
      <w:r>
        <w:rPr>
          <w:rFonts w:ascii="Times New Roman" w:hAnsi="Times New Roman" w:eastAsia="宋体"/>
          <w:b w:val="0"/>
          <w:i w:val="0"/>
          <w:sz w:val="21"/>
        </w:rPr>
        <w:t>要恰好有三个实数解，其中一个二次方程必须有重根，另一个必须有两个不同实根。设 p(x)=r 有重根。它的判别式为</w:t>
      </w:r>
    </w:p>
    <w:p>
      <w:pPr>
        <w:spacing w:before="0" w:after="80" w:line="300" w:lineRule="auto"/>
        <w:jc w:val="left"/>
      </w:pPr>
      <w:r>
        <w:rPr>
          <w:rFonts w:ascii="Times New Roman" w:hAnsi="Times New Roman" w:eastAsia="宋体"/>
          <w:b w:val="0"/>
          <w:i w:val="0"/>
          <w:sz w:val="21"/>
        </w:rPr>
        <w:t>(r+s)²-4(rs-r)</w:t>
      </w:r>
    </w:p>
    <w:p>
      <w:pPr>
        <w:spacing w:before="0" w:after="80" w:line="300" w:lineRule="auto"/>
        <w:jc w:val="left"/>
      </w:pPr>
      <w:r>
        <w:rPr>
          <w:rFonts w:ascii="Times New Roman" w:hAnsi="Times New Roman" w:eastAsia="宋体"/>
          <w:b w:val="0"/>
          <w:i w:val="0"/>
          <w:sz w:val="21"/>
        </w:rPr>
        <w:t>=(r-s)²+4r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(r-s)²=-4r，从而 r≤0。</w:t>
      </w:r>
    </w:p>
    <w:p>
      <w:pPr>
        <w:spacing w:before="0" w:after="80" w:line="300" w:lineRule="auto"/>
        <w:jc w:val="left"/>
      </w:pPr>
      <w:r>
        <w:rPr>
          <w:rFonts w:ascii="Times New Roman" w:hAnsi="Times New Roman" w:eastAsia="宋体"/>
          <w:b w:val="0"/>
          <w:i w:val="0"/>
          <w:sz w:val="21"/>
        </w:rPr>
        <w:t>另一个方程 p(x)=s 的判别式为 (r-s)²+4s =-4r+4s =4(s-r)，且必须为正。因此 s&gt; r，所以 r-s=-2√(-r)，即 s=r+2√(-r)。</w:t>
      </w:r>
    </w:p>
    <w:p>
      <w:pPr>
        <w:spacing w:before="0" w:after="80" w:line="300" w:lineRule="auto"/>
        <w:jc w:val="left"/>
      </w:pPr>
      <w:r>
        <w:rPr>
          <w:rFonts w:ascii="Times New Roman" w:hAnsi="Times New Roman" w:eastAsia="宋体"/>
          <w:b w:val="0"/>
          <w:i w:val="0"/>
          <w:sz w:val="21"/>
        </w:rPr>
        <w:t>根之和为 r+s=2r+2√(-r)。令 u=√(-r)，则该和为 -2u²+2u，在 u=1/2 时最大。因此 r=-1/4，s=3/4。</w:t>
      </w:r>
    </w:p>
    <w:p>
      <w:pPr>
        <w:spacing w:before="0" w:after="80" w:line="300" w:lineRule="auto"/>
        <w:jc w:val="left"/>
      </w:pPr>
      <w:r>
        <w:rPr>
          <w:rFonts w:ascii="Times New Roman" w:hAnsi="Times New Roman" w:eastAsia="宋体"/>
          <w:b w:val="0"/>
          <w:i w:val="0"/>
          <w:sz w:val="21"/>
        </w:rPr>
        <w:t>于是得到多项式 p(x)=x²-1/2x-3/16，并且</w:t>
      </w:r>
    </w:p>
    <w:p>
      <w:pPr>
        <w:spacing w:before="0" w:after="80" w:line="300" w:lineRule="auto"/>
        <w:jc w:val="left"/>
      </w:pPr>
      <w:r>
        <w:rPr>
          <w:rFonts w:ascii="Times New Roman" w:hAnsi="Times New Roman" w:eastAsia="宋体"/>
          <w:b w:val="0"/>
          <w:i w:val="0"/>
          <w:sz w:val="21"/>
        </w:rPr>
        <w:t>p(1)=1-1/2-3/16=5/16。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must have two distinct real roots: a repeated real root produces at most two real solutions of p(p(x))=0, while nonreal roots produce none. Let its roots be r and s, so</w:t>
      </w:r>
    </w:p>
    <w:p>
      <w:pPr>
        <w:spacing w:before="0" w:after="80" w:line="300" w:lineRule="auto"/>
        <w:jc w:val="left"/>
      </w:pPr>
      <w:r>
        <w:rPr>
          <w:rFonts w:ascii="Times New Roman" w:hAnsi="Times New Roman" w:eastAsia="宋体"/>
          <w:b w:val="0"/>
          <w:i w:val="0"/>
          <w:color w:val="333333"/>
          <w:sz w:val="19"/>
        </w:rPr>
        <w:t>p(x) =(x-r)(x-s)</w:t>
      </w:r>
    </w:p>
    <w:p>
      <w:pPr>
        <w:spacing w:before="0" w:after="80" w:line="300" w:lineRule="auto"/>
        <w:jc w:val="left"/>
      </w:pPr>
      <w:r>
        <w:rPr>
          <w:rFonts w:ascii="Times New Roman" w:hAnsi="Times New Roman" w:eastAsia="宋体"/>
          <w:b w:val="0"/>
          <w:i w:val="0"/>
          <w:color w:val="333333"/>
          <w:sz w:val="19"/>
        </w:rPr>
        <w:t>=x²-(r+s)x+rs.</w:t>
      </w:r>
    </w:p>
    <w:p>
      <w:pPr>
        <w:spacing w:before="0" w:after="80" w:line="300" w:lineRule="auto"/>
        <w:jc w:val="left"/>
      </w:pPr>
      <w:r>
        <w:rPr>
          <w:rFonts w:ascii="Times New Roman" w:hAnsi="Times New Roman" w:eastAsia="宋体"/>
          <w:b w:val="0"/>
          <w:i w:val="0"/>
          <w:color w:val="333333"/>
          <w:sz w:val="19"/>
        </w:rPr>
        <w:t>The equation p(p(x))=0 is equivalent to p(x)=r or p(x)=s.</w:t>
      </w:r>
    </w:p>
    <w:p>
      <w:pPr>
        <w:spacing w:before="0" w:after="80" w:line="300" w:lineRule="auto"/>
        <w:jc w:val="left"/>
      </w:pPr>
      <w:r>
        <w:rPr>
          <w:rFonts w:ascii="Times New Roman" w:hAnsi="Times New Roman" w:eastAsia="宋体"/>
          <w:b w:val="0"/>
          <w:i w:val="0"/>
          <w:color w:val="333333"/>
          <w:sz w:val="19"/>
        </w:rPr>
        <w:t>For exactly three real solutions, one of these two quadratic equations must have a double root and the other must have two distinct real roots. Suppose p(x)=r has the double root. Its discriminant is</w:t>
      </w:r>
    </w:p>
    <w:p>
      <w:pPr>
        <w:spacing w:before="0" w:after="80" w:line="300" w:lineRule="auto"/>
        <w:jc w:val="left"/>
      </w:pPr>
      <w:r>
        <w:rPr>
          <w:rFonts w:ascii="Times New Roman" w:hAnsi="Times New Roman" w:eastAsia="宋体"/>
          <w:b w:val="0"/>
          <w:i w:val="0"/>
          <w:color w:val="333333"/>
          <w:sz w:val="19"/>
        </w:rPr>
        <w:t>(r+s)²-4(rs-r)</w:t>
      </w:r>
    </w:p>
    <w:p>
      <w:pPr>
        <w:spacing w:before="0" w:after="80" w:line="300" w:lineRule="auto"/>
        <w:jc w:val="left"/>
      </w:pPr>
      <w:r>
        <w:rPr>
          <w:rFonts w:ascii="Times New Roman" w:hAnsi="Times New Roman" w:eastAsia="宋体"/>
          <w:b w:val="0"/>
          <w:i w:val="0"/>
          <w:color w:val="333333"/>
          <w:sz w:val="19"/>
        </w:rPr>
        <w:t>=(r-s)²+4r,</w:t>
      </w:r>
    </w:p>
    <w:p>
      <w:pPr>
        <w:spacing w:before="0" w:after="80" w:line="300" w:lineRule="auto"/>
        <w:jc w:val="left"/>
      </w:pPr>
      <w:r>
        <w:rPr>
          <w:rFonts w:ascii="Times New Roman" w:hAnsi="Times New Roman" w:eastAsia="宋体"/>
          <w:b w:val="0"/>
          <w:i w:val="0"/>
          <w:color w:val="333333"/>
          <w:sz w:val="19"/>
        </w:rPr>
        <w:t>so (r-s)²=-4r, forcing r≤0.</w:t>
      </w:r>
    </w:p>
    <w:p>
      <w:pPr>
        <w:spacing w:before="0" w:after="80" w:line="300" w:lineRule="auto"/>
        <w:jc w:val="left"/>
      </w:pPr>
      <w:r>
        <w:rPr>
          <w:rFonts w:ascii="Times New Roman" w:hAnsi="Times New Roman" w:eastAsia="宋体"/>
          <w:b w:val="0"/>
          <w:i w:val="0"/>
          <w:color w:val="333333"/>
          <w:sz w:val="19"/>
        </w:rPr>
        <w:t>The other equation, p(x)=s, has discriminant (r-s)²+4s =-4r+4s =4(s-r), which must be positive. Hence s&gt; r, so r-s=-2√(-r) and s=r+2√(-r).</w:t>
      </w:r>
    </w:p>
    <w:p>
      <w:pPr>
        <w:spacing w:before="0" w:after="80" w:line="300" w:lineRule="auto"/>
        <w:jc w:val="left"/>
      </w:pPr>
      <w:r>
        <w:rPr>
          <w:rFonts w:ascii="Times New Roman" w:hAnsi="Times New Roman" w:eastAsia="宋体"/>
          <w:b w:val="0"/>
          <w:i w:val="0"/>
          <w:color w:val="333333"/>
          <w:sz w:val="19"/>
        </w:rPr>
        <w:t>The sum of the roots is r+s=2r+2√(-r). Let u=√(-r), so this is -2u²+2u, maximized at u=1/2. Thus r=-1/4 and s=3/4.</w:t>
      </w:r>
    </w:p>
    <w:p>
      <w:pPr>
        <w:spacing w:before="0" w:after="80" w:line="300" w:lineRule="auto"/>
        <w:jc w:val="left"/>
      </w:pPr>
      <w:r>
        <w:rPr>
          <w:rFonts w:ascii="Times New Roman" w:hAnsi="Times New Roman" w:eastAsia="宋体"/>
          <w:b w:val="0"/>
          <w:i w:val="0"/>
          <w:color w:val="333333"/>
          <w:sz w:val="19"/>
        </w:rPr>
        <w:t>Therefore p(x)=x²-1/2x-3/16, and</w:t>
      </w:r>
    </w:p>
    <w:p>
      <w:pPr>
        <w:spacing w:before="0" w:after="80" w:line="300" w:lineRule="auto"/>
        <w:jc w:val="left"/>
      </w:pPr>
      <w:r>
        <w:rPr>
          <w:rFonts w:ascii="Times New Roman" w:hAnsi="Times New Roman" w:eastAsia="宋体"/>
          <w:b w:val="0"/>
          <w:i w:val="0"/>
          <w:color w:val="333333"/>
          <w:sz w:val="19"/>
        </w:rPr>
        <w:t>p(1)=1-1/2-3/16=5/16.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