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2021A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求下式的值：</w:t>
      </w:r>
    </w:p>
    <w:p>
      <w:pPr>
        <w:spacing w:before="0" w:after="80" w:line="300" w:lineRule="auto"/>
        <w:jc w:val="left"/>
      </w:pPr>
      <w:r>
        <w:rPr>
          <w:rFonts w:ascii="Times New Roman" w:hAnsi="Times New Roman" w:eastAsia="宋体"/>
          <w:b w:val="0"/>
          <w:i w:val="0"/>
          <w:sz w:val="21"/>
        </w:rPr>
        <w:t>(2²-2)-(3²-3)+(4²-4)？</w:t>
      </w:r>
    </w:p>
    <w:p>
      <w:pPr>
        <w:spacing w:before="0" w:after="120" w:line="300" w:lineRule="auto"/>
      </w:pPr>
      <w:r>
        <w:rPr>
          <w:rFonts w:ascii="Times New Roman" w:hAnsi="Times New Roman" w:eastAsia="宋体"/>
          <w:b w:val="0"/>
          <w:i w:val="0"/>
          <w:sz w:val="21"/>
        </w:rPr>
        <w:t>（A）1　　（B）2　　（C）5　　（D）8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w:t>
      </w:r>
    </w:p>
    <w:p>
      <w:pPr>
        <w:spacing w:before="0" w:after="80" w:line="300" w:lineRule="auto"/>
        <w:jc w:val="left"/>
      </w:pPr>
      <w:r>
        <w:rPr>
          <w:rFonts w:ascii="Times New Roman" w:hAnsi="Times New Roman" w:eastAsia="宋体"/>
          <w:b w:val="0"/>
          <w:i w:val="0"/>
          <w:color w:val="333333"/>
          <w:sz w:val="19"/>
        </w:rPr>
        <w:t>(2²-2)-(3²-3)+(4²-4)?</w:t>
      </w:r>
    </w:p>
    <w:p>
      <w:pPr>
        <w:spacing w:before="0" w:after="160" w:line="300" w:lineRule="auto"/>
      </w:pPr>
      <w:r>
        <w:rPr>
          <w:rFonts w:ascii="Times New Roman" w:hAnsi="Times New Roman" w:eastAsia="宋体"/>
          <w:b w:val="0"/>
          <w:i w:val="0"/>
          <w:color w:val="333333"/>
          <w:sz w:val="19"/>
        </w:rPr>
        <w:t>(A) 1　　(B) 2　　(C) 5　　(D) 8　　(E) 12</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Portia 的高中学生数是 Lara 的高中的 3 倍。两所高中一共有 2600 名学生。Portia 的高中有多少名学生？</w:t>
      </w:r>
    </w:p>
    <w:p>
      <w:pPr>
        <w:spacing w:before="0" w:after="120" w:line="300" w:lineRule="auto"/>
      </w:pPr>
      <w:r>
        <w:rPr>
          <w:rFonts w:ascii="Times New Roman" w:hAnsi="Times New Roman" w:eastAsia="宋体"/>
          <w:b w:val="0"/>
          <w:i w:val="0"/>
          <w:sz w:val="21"/>
        </w:rPr>
        <w:t>（A）600　　（B）650　　（C）1950　　（D）2000　　（E）2050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Portia’s high school has 3 times as many students as Lara’s high school. The two high schools have a total of 2600 students. How many students does Portia’s high school have?</w:t>
      </w:r>
    </w:p>
    <w:p>
      <w:pPr>
        <w:spacing w:before="0" w:after="160" w:line="300" w:lineRule="auto"/>
      </w:pPr>
      <w:r>
        <w:rPr>
          <w:rFonts w:ascii="Times New Roman" w:hAnsi="Times New Roman" w:eastAsia="宋体"/>
          <w:b w:val="0"/>
          <w:i w:val="0"/>
          <w:color w:val="333333"/>
          <w:sz w:val="19"/>
        </w:rPr>
        <w:t>(A) 600　　(B) 650　　(C) 1950　　(D) 2000　　(E) 2050</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两个自然数的和为 17,402。其中一个数能被 10 整除。如果擦去这个数的个位数字，就得到另一个数。这两个数的差是多少？</w:t>
      </w:r>
    </w:p>
    <w:p>
      <w:pPr>
        <w:spacing w:before="0" w:after="120" w:line="300" w:lineRule="auto"/>
      </w:pPr>
      <w:r>
        <w:rPr>
          <w:rFonts w:ascii="Times New Roman" w:hAnsi="Times New Roman" w:eastAsia="宋体"/>
          <w:b w:val="0"/>
          <w:i w:val="0"/>
          <w:sz w:val="21"/>
        </w:rPr>
        <w:t>（A）10,272　　（B）11,700　　（C）13,362　　（D）14,238　　（E）15,426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two natural numbers is 17,402. One of the two numbers is divisible by 10. If the units digit of that number is erased, the other number is obtained. What is the difference of these two numbers?</w:t>
      </w:r>
    </w:p>
    <w:p>
      <w:pPr>
        <w:spacing w:before="0" w:after="160" w:line="300" w:lineRule="auto"/>
      </w:pPr>
      <w:r>
        <w:rPr>
          <w:rFonts w:ascii="Times New Roman" w:hAnsi="Times New Roman" w:eastAsia="宋体"/>
          <w:b w:val="0"/>
          <w:i w:val="0"/>
          <w:color w:val="333333"/>
          <w:sz w:val="19"/>
        </w:rPr>
        <w:t>(A) 10,272　　(B) 11,700　　(C) 13,362　　(D) 14,238　　(E) 15,426</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一辆小车沿山坡向下滚动，第一秒行驶 5 英寸，并且不断加速，使得之后每个连续的 1 秒时间段内，它都比前一个 1 秒时间段多行驶 7 英寸。小车用 30 秒到达山脚。它一共行驶了多少英寸？</w:t>
      </w:r>
    </w:p>
    <w:p>
      <w:pPr>
        <w:spacing w:before="0" w:after="120" w:line="300" w:lineRule="auto"/>
      </w:pPr>
      <w:r>
        <w:rPr>
          <w:rFonts w:ascii="Times New Roman" w:hAnsi="Times New Roman" w:eastAsia="宋体"/>
          <w:b w:val="0"/>
          <w:i w:val="0"/>
          <w:sz w:val="21"/>
        </w:rPr>
        <w:t>（A）215　　（B）360　　（C）2992　　（D）3195　　（E）3242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cart rolls down a hill, traveling 5 inches the first second and accelerating so that during each successive 1-second time interval, it travels 7 inches more than during the previous 1-second interval. The cart takes 30 seconds to reach the bottom of the hill. How far, in inches, does it travel?</w:t>
      </w:r>
    </w:p>
    <w:p>
      <w:pPr>
        <w:spacing w:before="0" w:after="160" w:line="300" w:lineRule="auto"/>
      </w:pPr>
      <w:r>
        <w:rPr>
          <w:rFonts w:ascii="Times New Roman" w:hAnsi="Times New Roman" w:eastAsia="宋体"/>
          <w:b w:val="0"/>
          <w:i w:val="0"/>
          <w:color w:val="333333"/>
          <w:sz w:val="19"/>
        </w:rPr>
        <w:t>(A) 215　　(B) 360　　(C) 2992　　(D) 3195　　(E) 3242</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一个有 k &gt; 12 名学生的班级，测验分数的平均数为 8。其中 12 个测验分数的平均数为 14。其余测验分数的平均数用 k 表示是多少？</w:t>
      </w:r>
    </w:p>
    <w:p>
      <w:pPr>
        <w:spacing w:before="0" w:after="120" w:line="300" w:lineRule="auto"/>
      </w:pPr>
      <w:r>
        <w:rPr>
          <w:rFonts w:ascii="Times New Roman" w:hAnsi="Times New Roman" w:eastAsia="宋体"/>
          <w:b w:val="0"/>
          <w:i w:val="0"/>
          <w:sz w:val="21"/>
        </w:rPr>
        <w:t>（A）14-8/k-12　　（B）8k-168/k-12　　（C）14/12 - 8/k　　（D）(14(k-12))/k²　　（E）(14(k-12))/8k</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quiz scores of a class with k &gt; 12 students have a mean of 8. The mean of a collection of 12 of these quiz scores is 14. What is the mean of the remaining quiz scores in terms of k?</w:t>
      </w:r>
    </w:p>
    <w:p>
      <w:pPr>
        <w:spacing w:before="0" w:after="160" w:line="300" w:lineRule="auto"/>
      </w:pPr>
      <w:r>
        <w:rPr>
          <w:rFonts w:ascii="Times New Roman" w:hAnsi="Times New Roman" w:eastAsia="宋体"/>
          <w:b w:val="0"/>
          <w:i w:val="0"/>
          <w:color w:val="333333"/>
          <w:sz w:val="19"/>
        </w:rPr>
        <w:t>(A) 14-8/k-12　　(B) 8k-168/k-12　　(C) 14/12 - 8/k　　(D) (14(k-12))/k²　　(E) (14(k-12))/8k</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Chantal 和 Jean 从登山口出发，沿小路走向一座消防塔。Jean 背着很重的背包，走得较慢。Chantal 开始时以每小时 4 英里的速度行走。到消防塔的一半路程处，小路变得很陡，她放慢到每小时 2 英里。到达消防塔后，她立即掉头，并以每小时 3 英里的速度下行陡峭的那一段。她在半程点遇到 Jean。到他们相遇为止，Jean 的平均速度是多少英里每小时？</w:t>
      </w:r>
    </w:p>
    <w:p>
      <w:pPr>
        <w:spacing w:before="0" w:after="120" w:line="300" w:lineRule="auto"/>
      </w:pPr>
      <w:r>
        <w:rPr>
          <w:rFonts w:ascii="Times New Roman" w:hAnsi="Times New Roman" w:eastAsia="宋体"/>
          <w:b w:val="0"/>
          <w:i w:val="0"/>
          <w:sz w:val="21"/>
        </w:rPr>
        <w:t>（A）12/13　　（B）1　　（C）13/12　　（D）24/13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Chantal and Jean start hiking from a trailhead toward a fire tower. Jean is wearing a heavy backpack and walks slower. Chantal starts walking at 4 miles per hour. Halfway to the tower, the trail becomes really steep, and Chantal slows down to 2 miles per hour. After reaching the tower, she immediately turns around and descends the steep part of the trail at 3 miles per hour. She meets Jean at the halfway point. What was Jean’s average speed, in miles per hour, until they meet?</w:t>
      </w:r>
    </w:p>
    <w:p>
      <w:pPr>
        <w:spacing w:before="0" w:after="160" w:line="300" w:lineRule="auto"/>
      </w:pPr>
      <w:r>
        <w:rPr>
          <w:rFonts w:ascii="Times New Roman" w:hAnsi="Times New Roman" w:eastAsia="宋体"/>
          <w:b w:val="0"/>
          <w:i w:val="0"/>
          <w:color w:val="333333"/>
          <w:sz w:val="19"/>
        </w:rPr>
        <w:t>(A) 12/13　　(B) 1　　(C) 13/12　　(D) 24/13　　(E) 2</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Tom 收藏了 13 条蛇，其中 4 条是紫色的，5 条是开心的。他观察到</w:t>
      </w:r>
    </w:p>
    <w:p>
      <w:pPr>
        <w:spacing w:before="0" w:after="80" w:line="300" w:lineRule="auto"/>
        <w:jc w:val="left"/>
      </w:pPr>
      <w:r>
        <w:rPr>
          <w:rFonts w:ascii="Times New Roman" w:hAnsi="Times New Roman" w:eastAsia="宋体"/>
          <w:b w:val="0"/>
          <w:i w:val="0"/>
          <w:sz w:val="21"/>
        </w:rPr>
        <w:t>• 所有开心的蛇都会加法，</w:t>
      </w:r>
    </w:p>
    <w:p>
      <w:pPr>
        <w:spacing w:before="0" w:after="80" w:line="300" w:lineRule="auto"/>
        <w:jc w:val="left"/>
      </w:pPr>
      <w:r>
        <w:rPr>
          <w:rFonts w:ascii="Times New Roman" w:hAnsi="Times New Roman" w:eastAsia="宋体"/>
          <w:b w:val="0"/>
          <w:i w:val="0"/>
          <w:sz w:val="21"/>
        </w:rPr>
        <w:t>• 没有紫色的蛇会减法，并且</w:t>
      </w:r>
    </w:p>
    <w:p>
      <w:pPr>
        <w:spacing w:before="0" w:after="80" w:line="300" w:lineRule="auto"/>
        <w:jc w:val="left"/>
      </w:pPr>
      <w:r>
        <w:rPr>
          <w:rFonts w:ascii="Times New Roman" w:hAnsi="Times New Roman" w:eastAsia="宋体"/>
          <w:b w:val="0"/>
          <w:i w:val="0"/>
          <w:sz w:val="21"/>
        </w:rPr>
        <w:t>• 所有不会减法的蛇也不会加法。</w:t>
      </w:r>
    </w:p>
    <w:p>
      <w:pPr>
        <w:spacing w:before="0" w:after="80" w:line="300" w:lineRule="auto"/>
        <w:jc w:val="left"/>
      </w:pPr>
      <w:r>
        <w:rPr>
          <w:rFonts w:ascii="Times New Roman" w:hAnsi="Times New Roman" w:eastAsia="宋体"/>
          <w:b w:val="0"/>
          <w:i w:val="0"/>
          <w:sz w:val="21"/>
        </w:rPr>
        <w:t>关于 Tom 的蛇，可以推出下列哪个结论？</w:t>
      </w:r>
    </w:p>
    <w:p>
      <w:pPr>
        <w:spacing w:before="0" w:after="120" w:line="300" w:lineRule="auto"/>
      </w:pPr>
      <w:r>
        <w:rPr>
          <w:rFonts w:ascii="Times New Roman" w:hAnsi="Times New Roman" w:eastAsia="宋体"/>
          <w:b w:val="0"/>
          <w:i w:val="0"/>
          <w:sz w:val="21"/>
        </w:rPr>
        <w:t>（A）紫色的蛇会加法。　　（B）紫色的蛇是开心的。　　（C）会加法的蛇是紫色的。　　（D）开心的蛇不是紫色的。　　（E）开心的蛇不会减法。</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Tom has a collection of 13 snakes, 4 of which are purple and 5 of which are happy. He observes that</w:t>
      </w:r>
    </w:p>
    <w:p>
      <w:pPr>
        <w:spacing w:before="0" w:after="80" w:line="300" w:lineRule="auto"/>
        <w:jc w:val="left"/>
      </w:pPr>
      <w:r>
        <w:rPr>
          <w:rFonts w:ascii="Times New Roman" w:hAnsi="Times New Roman" w:eastAsia="宋体"/>
          <w:b w:val="0"/>
          <w:i w:val="0"/>
          <w:color w:val="333333"/>
          <w:sz w:val="19"/>
        </w:rPr>
        <w:t>• all of his happy snakes can add,</w:t>
      </w:r>
    </w:p>
    <w:p>
      <w:pPr>
        <w:spacing w:before="0" w:after="80" w:line="300" w:lineRule="auto"/>
        <w:jc w:val="left"/>
      </w:pPr>
      <w:r>
        <w:rPr>
          <w:rFonts w:ascii="Times New Roman" w:hAnsi="Times New Roman" w:eastAsia="宋体"/>
          <w:b w:val="0"/>
          <w:i w:val="0"/>
          <w:color w:val="333333"/>
          <w:sz w:val="19"/>
        </w:rPr>
        <w:t>• none of his purple snakes can subtract, and</w:t>
      </w:r>
    </w:p>
    <w:p>
      <w:pPr>
        <w:spacing w:before="0" w:after="80" w:line="300" w:lineRule="auto"/>
        <w:jc w:val="left"/>
      </w:pPr>
      <w:r>
        <w:rPr>
          <w:rFonts w:ascii="Times New Roman" w:hAnsi="Times New Roman" w:eastAsia="宋体"/>
          <w:b w:val="0"/>
          <w:i w:val="0"/>
          <w:color w:val="333333"/>
          <w:sz w:val="19"/>
        </w:rPr>
        <w:t>• all of his snakes that can’t subtract also can’t add.</w:t>
      </w:r>
    </w:p>
    <w:p>
      <w:pPr>
        <w:spacing w:before="0" w:after="80" w:line="300" w:lineRule="auto"/>
        <w:jc w:val="left"/>
      </w:pPr>
      <w:r>
        <w:rPr>
          <w:rFonts w:ascii="Times New Roman" w:hAnsi="Times New Roman" w:eastAsia="宋体"/>
          <w:b w:val="0"/>
          <w:i w:val="0"/>
          <w:color w:val="333333"/>
          <w:sz w:val="19"/>
        </w:rPr>
        <w:t>Which of these conclusions can be drawn about Tom’s snakes?</w:t>
      </w:r>
    </w:p>
    <w:p>
      <w:pPr>
        <w:spacing w:before="0" w:after="160" w:line="300" w:lineRule="auto"/>
      </w:pPr>
      <w:r>
        <w:rPr>
          <w:rFonts w:ascii="Times New Roman" w:hAnsi="Times New Roman" w:eastAsia="宋体"/>
          <w:b w:val="0"/>
          <w:i w:val="0"/>
          <w:color w:val="333333"/>
          <w:sz w:val="19"/>
        </w:rPr>
        <w:t>(A) Purple snakes can add.　　(B) Purple snakes are happy.　　(C) Snakes that can add are purple.　　(D) Happy snakes are not purple.　　(E) Happy snakes can’t subtract.</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一名学生把数 66 乘以循环小数</w:t>
      </w:r>
    </w:p>
    <w:p>
      <w:pPr>
        <w:spacing w:before="0" w:after="80" w:line="300" w:lineRule="auto"/>
        <w:jc w:val="left"/>
      </w:pPr>
      <w:r>
        <w:rPr>
          <w:rFonts w:ascii="Times New Roman" w:hAnsi="Times New Roman" w:eastAsia="宋体"/>
          <w:b w:val="0"/>
          <w:i w:val="0"/>
          <w:sz w:val="21"/>
        </w:rPr>
        <w:t>1.a b a b…=1.a b，</w:t>
      </w:r>
    </w:p>
    <w:p>
      <w:pPr>
        <w:spacing w:before="0" w:after="80" w:line="300" w:lineRule="auto"/>
        <w:jc w:val="left"/>
      </w:pPr>
      <w:r>
        <w:rPr>
          <w:rFonts w:ascii="Times New Roman" w:hAnsi="Times New Roman" w:eastAsia="宋体"/>
          <w:b w:val="0"/>
          <w:i w:val="0"/>
          <w:sz w:val="21"/>
        </w:rPr>
        <w:t>其中 a 和 b 是数字。他没有注意到循环记号，只是计算了 66 乘以 1.a b。后来他发现自己的答案比正确答案小 0.5。2 位数 a b 是多少？</w:t>
      </w:r>
    </w:p>
    <w:p>
      <w:pPr>
        <w:spacing w:before="0" w:after="120" w:line="300" w:lineRule="auto"/>
      </w:pPr>
      <w:r>
        <w:rPr>
          <w:rFonts w:ascii="Times New Roman" w:hAnsi="Times New Roman" w:eastAsia="宋体"/>
          <w:b w:val="0"/>
          <w:i w:val="0"/>
          <w:sz w:val="21"/>
        </w:rPr>
        <w:t>（A）15　　（B）30　　（C）45　　（D）60　　（E）75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a student multiplied the number 66 by the repeating decimal,</w:t>
      </w:r>
    </w:p>
    <w:p>
      <w:pPr>
        <w:spacing w:before="0" w:after="80" w:line="300" w:lineRule="auto"/>
        <w:jc w:val="left"/>
      </w:pPr>
      <w:r>
        <w:rPr>
          <w:rFonts w:ascii="Times New Roman" w:hAnsi="Times New Roman" w:eastAsia="宋体"/>
          <w:b w:val="0"/>
          <w:i w:val="0"/>
          <w:color w:val="333333"/>
          <w:sz w:val="19"/>
        </w:rPr>
        <w:t>1.a b a b…=1.a b,</w:t>
      </w:r>
    </w:p>
    <w:p>
      <w:pPr>
        <w:spacing w:before="0" w:after="80" w:line="300" w:lineRule="auto"/>
        <w:jc w:val="left"/>
      </w:pPr>
      <w:r>
        <w:rPr>
          <w:rFonts w:ascii="Times New Roman" w:hAnsi="Times New Roman" w:eastAsia="宋体"/>
          <w:b w:val="0"/>
          <w:i w:val="0"/>
          <w:color w:val="333333"/>
          <w:sz w:val="19"/>
        </w:rPr>
        <w:t>where a and b are digits, he did not notice the notation and just multiplied 66 times 1.a b. Later he found that his answer is 0.5 less than the correct answer. What is the 2-digit integer a b?</w:t>
      </w:r>
    </w:p>
    <w:p>
      <w:pPr>
        <w:spacing w:before="0" w:after="160" w:line="300" w:lineRule="auto"/>
      </w:pPr>
      <w:r>
        <w:rPr>
          <w:rFonts w:ascii="Times New Roman" w:hAnsi="Times New Roman" w:eastAsia="宋体"/>
          <w:b w:val="0"/>
          <w:i w:val="0"/>
          <w:color w:val="333333"/>
          <w:sz w:val="19"/>
        </w:rPr>
        <w:t>(A) 15　　(B) 30　　(C) 45　　(D) 60　　(E) 75</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对实数 x 和 y，(xy-1)²+(x+y)² 的最小可能值是多少？</w:t>
      </w:r>
    </w:p>
    <w:p>
      <w:pPr>
        <w:spacing w:before="0" w:after="120" w:line="300" w:lineRule="auto"/>
      </w:pPr>
      <w:r>
        <w:rPr>
          <w:rFonts w:ascii="Times New Roman" w:hAnsi="Times New Roman" w:eastAsia="宋体"/>
          <w:b w:val="0"/>
          <w:i w:val="0"/>
          <w:sz w:val="21"/>
        </w:rPr>
        <w:t>（A）0　　（B）1/4　　（C）1/2　　（D）1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least possible value of (xy-1)²+(x+y)² for real numbers x and y?</w:t>
      </w:r>
    </w:p>
    <w:p>
      <w:pPr>
        <w:spacing w:before="0" w:after="160" w:line="300" w:lineRule="auto"/>
      </w:pPr>
      <w:r>
        <w:rPr>
          <w:rFonts w:ascii="Times New Roman" w:hAnsi="Times New Roman" w:eastAsia="宋体"/>
          <w:b w:val="0"/>
          <w:i w:val="0"/>
          <w:color w:val="333333"/>
          <w:sz w:val="19"/>
        </w:rPr>
        <w:t>(A) 0　　(B) 1/4　　(C) 1/2　　(D) 1　　(E) 2</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下列表达式等价于哪一个？</w:t>
      </w:r>
    </w:p>
    <w:p>
      <w:pPr>
        <w:spacing w:before="0" w:after="80" w:line="300" w:lineRule="auto"/>
        <w:jc w:val="left"/>
      </w:pPr>
      <w:r>
        <w:rPr>
          <w:rFonts w:ascii="Times New Roman" w:hAnsi="Times New Roman" w:eastAsia="宋体"/>
          <w:b w:val="0"/>
          <w:i w:val="0"/>
          <w:sz w:val="21"/>
        </w:rPr>
        <w:t>(2+3)(2²+3²)</w:t>
      </w:r>
    </w:p>
    <w:p>
      <w:pPr>
        <w:spacing w:before="0" w:after="80" w:line="300" w:lineRule="auto"/>
        <w:jc w:val="left"/>
      </w:pPr>
      <w:r>
        <w:rPr>
          <w:rFonts w:ascii="Times New Roman" w:hAnsi="Times New Roman" w:eastAsia="宋体"/>
          <w:b w:val="0"/>
          <w:i w:val="0"/>
          <w:sz w:val="21"/>
        </w:rPr>
        <w:t>·(2⁴+3⁴)(2⁸+3⁸)</w:t>
      </w:r>
    </w:p>
    <w:p>
      <w:pPr>
        <w:spacing w:before="0" w:after="80" w:line="300" w:lineRule="auto"/>
        <w:jc w:val="left"/>
      </w:pPr>
      <w:r>
        <w:rPr>
          <w:rFonts w:ascii="Times New Roman" w:hAnsi="Times New Roman" w:eastAsia="宋体"/>
          <w:b w:val="0"/>
          <w:i w:val="0"/>
          <w:sz w:val="21"/>
        </w:rPr>
        <w:t>·(2¹⁶+3¹⁶)(2³²+3³²)</w:t>
      </w:r>
    </w:p>
    <w:p>
      <w:pPr>
        <w:spacing w:before="0" w:after="80" w:line="300" w:lineRule="auto"/>
        <w:jc w:val="left"/>
      </w:pPr>
      <w:r>
        <w:rPr>
          <w:rFonts w:ascii="Times New Roman" w:hAnsi="Times New Roman" w:eastAsia="宋体"/>
          <w:b w:val="0"/>
          <w:i w:val="0"/>
          <w:sz w:val="21"/>
        </w:rPr>
        <w:t>·(2⁶⁴+3⁶⁴)</w:t>
      </w:r>
    </w:p>
    <w:p>
      <w:pPr>
        <w:spacing w:before="0" w:after="80" w:line="300" w:lineRule="auto"/>
        <w:jc w:val="left"/>
      </w:pPr>
      <w:r>
        <w:rPr>
          <w:rFonts w:ascii="Times New Roman" w:hAnsi="Times New Roman" w:eastAsia="宋体"/>
          <w:b w:val="0"/>
          <w:i w:val="0"/>
          <w:sz w:val="21"/>
        </w:rPr>
        <w:t>？</w:t>
      </w:r>
    </w:p>
    <w:p>
      <w:pPr>
        <w:spacing w:before="0" w:after="120" w:line="300" w:lineRule="auto"/>
      </w:pPr>
      <w:r>
        <w:rPr>
          <w:rFonts w:ascii="Times New Roman" w:hAnsi="Times New Roman" w:eastAsia="宋体"/>
          <w:b w:val="0"/>
          <w:i w:val="0"/>
          <w:sz w:val="21"/>
        </w:rPr>
        <w:t>（A）3¹²⁷ + 2¹²⁷　　（B）3¹²⁷ + 2¹²⁷ + 2 · 3⁶³ + 3 ·</w:t>
        <w:br/>
        <w:t>2⁶³​　　（C）3¹²⁸ - 2¹²⁸　　（D）3¹²⁸ + 2¹²⁸　　（E）5¹²⁷</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is equivalent to</w:t>
      </w:r>
    </w:p>
    <w:p>
      <w:pPr>
        <w:spacing w:before="0" w:after="80" w:line="300" w:lineRule="auto"/>
        <w:jc w:val="left"/>
      </w:pPr>
      <w:r>
        <w:rPr>
          <w:rFonts w:ascii="Times New Roman" w:hAnsi="Times New Roman" w:eastAsia="宋体"/>
          <w:b w:val="0"/>
          <w:i w:val="0"/>
          <w:color w:val="333333"/>
          <w:sz w:val="19"/>
        </w:rPr>
        <w:t>(2+3)(2²+3²)</w:t>
      </w:r>
    </w:p>
    <w:p>
      <w:pPr>
        <w:spacing w:before="0" w:after="80" w:line="300" w:lineRule="auto"/>
        <w:jc w:val="left"/>
      </w:pPr>
      <w:r>
        <w:rPr>
          <w:rFonts w:ascii="Times New Roman" w:hAnsi="Times New Roman" w:eastAsia="宋体"/>
          <w:b w:val="0"/>
          <w:i w:val="0"/>
          <w:color w:val="333333"/>
          <w:sz w:val="19"/>
        </w:rPr>
        <w:t>·(2⁴+3⁴)(2⁸+3⁸)</w:t>
      </w:r>
    </w:p>
    <w:p>
      <w:pPr>
        <w:spacing w:before="0" w:after="80" w:line="300" w:lineRule="auto"/>
        <w:jc w:val="left"/>
      </w:pPr>
      <w:r>
        <w:rPr>
          <w:rFonts w:ascii="Times New Roman" w:hAnsi="Times New Roman" w:eastAsia="宋体"/>
          <w:b w:val="0"/>
          <w:i w:val="0"/>
          <w:color w:val="333333"/>
          <w:sz w:val="19"/>
        </w:rPr>
        <w:t>·(2¹⁶+3¹⁶)(2³²+3³²)</w:t>
      </w:r>
    </w:p>
    <w:p>
      <w:pPr>
        <w:spacing w:before="0" w:after="80" w:line="300" w:lineRule="auto"/>
        <w:jc w:val="left"/>
      </w:pPr>
      <w:r>
        <w:rPr>
          <w:rFonts w:ascii="Times New Roman" w:hAnsi="Times New Roman" w:eastAsia="宋体"/>
          <w:b w:val="0"/>
          <w:i w:val="0"/>
          <w:color w:val="333333"/>
          <w:sz w:val="19"/>
        </w:rPr>
        <w:t>·(2⁶⁴+3⁶⁴)?</w:t>
      </w:r>
    </w:p>
    <w:p>
      <w:pPr>
        <w:spacing w:before="0" w:after="160" w:line="300" w:lineRule="auto"/>
      </w:pPr>
      <w:r>
        <w:rPr>
          <w:rFonts w:ascii="Times New Roman" w:hAnsi="Times New Roman" w:eastAsia="宋体"/>
          <w:b w:val="0"/>
          <w:i w:val="0"/>
          <w:color w:val="333333"/>
          <w:sz w:val="19"/>
        </w:rPr>
        <w:t>(A) 3¹²⁷ + 2¹²⁷　　(B) 3¹²⁷ + 2¹²⁷ + 2 · 3⁶³ + 3 ·</w:t>
        <w:br/>
        <w:t>2⁶³　　(C) 3¹²⁸ - 2¹²⁸　　(D) 3¹²⁸ + 2¹²⁸　　(E) 5¹²⁷</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对下列哪个整数 b，b 进制数 2021_(b) - 221_(b) 不能被 3 整除？</w:t>
      </w:r>
    </w:p>
    <w:p>
      <w:pPr>
        <w:spacing w:before="0" w:after="120" w:line="300" w:lineRule="auto"/>
      </w:pPr>
      <w:r>
        <w:rPr>
          <w:rFonts w:ascii="Times New Roman" w:hAnsi="Times New Roman" w:eastAsia="宋体"/>
          <w:b w:val="0"/>
          <w:i w:val="0"/>
          <w:sz w:val="21"/>
        </w:rPr>
        <w:t>（A）3　　（B）4　　（C）6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which of the following integers b is the base-b number 2021_(b) - 221_(b) not divisible by 3?</w:t>
      </w:r>
    </w:p>
    <w:p>
      <w:pPr>
        <w:spacing w:before="0" w:after="160" w:line="300" w:lineRule="auto"/>
      </w:pPr>
      <w:r>
        <w:rPr>
          <w:rFonts w:ascii="Times New Roman" w:hAnsi="Times New Roman" w:eastAsia="宋体"/>
          <w:b w:val="0"/>
          <w:i w:val="0"/>
          <w:color w:val="333333"/>
          <w:sz w:val="19"/>
        </w:rPr>
        <w:t>(A) 3　　(B) 4　　(C) 6　　(D) 7　　(E) 8</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如下图所示，两个顶点朝下的直圆锥中装有相同体积的液体。两个液面的顶部半径分别为 3 cm 和 6 cm。向每个圆锥中投入一个半径为 1 cm 的球形弹珠，弹珠沉到底部且完全浸没，并且没有液体溢出。窄圆锥中液面上升高度与宽圆锥中液面上升高度的比是多少？</w:t>
      </w:r>
    </w:p>
    <w:p>
      <w:pPr>
        <w:spacing w:before="80" w:after="80"/>
        <w:jc w:val="center"/>
      </w:pPr>
      <w:r>
        <w:drawing>
          <wp:inline xmlns:a="http://schemas.openxmlformats.org/drawingml/2006/main" xmlns:pic="http://schemas.openxmlformats.org/drawingml/2006/picture">
            <wp:extent cx="1759993" cy="978066"/>
            <wp:docPr id="1" name="Picture 1"/>
            <wp:cNvGraphicFramePr>
              <a:graphicFrameLocks noChangeAspect="1"/>
            </wp:cNvGraphicFramePr>
            <a:graphic>
              <a:graphicData uri="http://schemas.openxmlformats.org/drawingml/2006/picture">
                <pic:pic>
                  <pic:nvPicPr>
                    <pic:cNvPr id="0" name="q12-1@300dpi.png"/>
                    <pic:cNvPicPr/>
                  </pic:nvPicPr>
                  <pic:blipFill>
                    <a:blip r:embed="rId9"/>
                    <a:stretch>
                      <a:fillRect/>
                    </a:stretch>
                  </pic:blipFill>
                  <pic:spPr>
                    <a:xfrm>
                      <a:off x="0" y="0"/>
                      <a:ext cx="1759993" cy="978066"/>
                    </a:xfrm>
                    <a:prstGeom prst="rect"/>
                  </pic:spPr>
                </pic:pic>
              </a:graphicData>
            </a:graphic>
          </wp:inline>
        </w:drawing>
      </w:r>
    </w:p>
    <w:p>
      <w:pPr>
        <w:spacing w:before="0" w:after="120" w:line="300" w:lineRule="auto"/>
      </w:pPr>
      <w:r>
        <w:rPr>
          <w:rFonts w:ascii="Times New Roman" w:hAnsi="Times New Roman" w:eastAsia="宋体"/>
          <w:b w:val="0"/>
          <w:i w:val="0"/>
          <w:sz w:val="21"/>
        </w:rPr>
        <w:t>（A）1:1　　（B）47:43　　（C）2:1　　（D）40:13　　（E）4:1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right circular cones with vertices facing down as shown in the figure below contain the same amount of liquid. The radii of the tops of the liquid surfaces are 3 cm and 6 cm. Into each cone is dropped a spherical marble of radius 1 cm, which sinks to the bottom and is completely submerged without spilling any liquid. What is the ratio of the rise of the liquid level in the narrow cone to the rise of the liquid level in the wide cone?</w:t>
      </w:r>
    </w:p>
    <w:p>
      <w:pPr>
        <w:spacing w:before="80" w:after="80"/>
        <w:jc w:val="center"/>
      </w:pPr>
      <w:r>
        <w:drawing>
          <wp:inline xmlns:a="http://schemas.openxmlformats.org/drawingml/2006/main" xmlns:pic="http://schemas.openxmlformats.org/drawingml/2006/picture">
            <wp:extent cx="1759993" cy="978066"/>
            <wp:docPr id="2" name="Picture 2"/>
            <wp:cNvGraphicFramePr>
              <a:graphicFrameLocks noChangeAspect="1"/>
            </wp:cNvGraphicFramePr>
            <a:graphic>
              <a:graphicData uri="http://schemas.openxmlformats.org/drawingml/2006/picture">
                <pic:pic>
                  <pic:nvPicPr>
                    <pic:cNvPr id="0" name="q12-1@300dpi.png"/>
                    <pic:cNvPicPr/>
                  </pic:nvPicPr>
                  <pic:blipFill>
                    <a:blip r:embed="rId9"/>
                    <a:stretch>
                      <a:fillRect/>
                    </a:stretch>
                  </pic:blipFill>
                  <pic:spPr>
                    <a:xfrm>
                      <a:off x="0" y="0"/>
                      <a:ext cx="1759993" cy="97806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1:1　　(B) 47:43　　(C) 2:1　　(D) 40:13　　(E) 4:1</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四面体 ABCD 的边长为 AB = 2、AC = 3、AD = 4、BC = √(13)、BD = 2√(5)、CD = 5。它的体积是多少？</w:t>
      </w:r>
    </w:p>
    <w:p>
      <w:pPr>
        <w:spacing w:before="0" w:after="120" w:line="300" w:lineRule="auto"/>
      </w:pPr>
      <w:r>
        <w:rPr>
          <w:rFonts w:ascii="Times New Roman" w:hAnsi="Times New Roman" w:eastAsia="宋体"/>
          <w:b w:val="0"/>
          <w:i w:val="0"/>
          <w:sz w:val="21"/>
        </w:rPr>
        <w:t>（A）3　　（B）2√(3)　　（C）4　　（D）3√(3)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volume of tetrahedron ABCD with edge lengths AB = 2, AC = 3, AD = 4, BC = √(13), BD = 2√(5), and CD = 5?</w:t>
      </w:r>
    </w:p>
    <w:p>
      <w:pPr>
        <w:spacing w:before="0" w:after="160" w:line="300" w:lineRule="auto"/>
      </w:pPr>
      <w:r>
        <w:rPr>
          <w:rFonts w:ascii="Times New Roman" w:hAnsi="Times New Roman" w:eastAsia="宋体"/>
          <w:b w:val="0"/>
          <w:i w:val="0"/>
          <w:color w:val="333333"/>
          <w:sz w:val="19"/>
        </w:rPr>
        <w:t>(A) 3　　(B) 2√(3)　　(C) 4　　(D) 3√(3)　　(E) 6</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多项式</w:t>
      </w:r>
    </w:p>
    <w:p>
      <w:pPr>
        <w:spacing w:before="0" w:after="80" w:line="300" w:lineRule="auto"/>
        <w:jc w:val="left"/>
      </w:pPr>
      <w:r>
        <w:rPr>
          <w:rFonts w:ascii="Times New Roman" w:hAnsi="Times New Roman" w:eastAsia="宋体"/>
          <w:b w:val="0"/>
          <w:i w:val="0"/>
          <w:sz w:val="21"/>
        </w:rPr>
        <w:t>z⁶-10z⁵+Az⁴+Bz³</w:t>
      </w:r>
    </w:p>
    <w:p>
      <w:pPr>
        <w:spacing w:before="0" w:after="80" w:line="300" w:lineRule="auto"/>
        <w:jc w:val="left"/>
      </w:pPr>
      <w:r>
        <w:rPr>
          <w:rFonts w:ascii="Times New Roman" w:hAnsi="Times New Roman" w:eastAsia="宋体"/>
          <w:b w:val="0"/>
          <w:i w:val="0"/>
          <w:sz w:val="21"/>
        </w:rPr>
        <w:t>+Cz²+Dz+16</w:t>
      </w:r>
    </w:p>
    <w:p>
      <w:pPr>
        <w:spacing w:before="0" w:after="80" w:line="300" w:lineRule="auto"/>
        <w:jc w:val="left"/>
      </w:pPr>
      <w:r>
        <w:rPr>
          <w:rFonts w:ascii="Times New Roman" w:hAnsi="Times New Roman" w:eastAsia="宋体"/>
          <w:b w:val="0"/>
          <w:i w:val="0"/>
          <w:sz w:val="21"/>
        </w:rPr>
        <w:t>的所有根都是正整数，且可以重复。求 B 的值。</w:t>
      </w:r>
    </w:p>
    <w:p>
      <w:pPr>
        <w:spacing w:before="0" w:after="120" w:line="300" w:lineRule="auto"/>
      </w:pPr>
      <w:r>
        <w:rPr>
          <w:rFonts w:ascii="Times New Roman" w:hAnsi="Times New Roman" w:eastAsia="宋体"/>
          <w:b w:val="0"/>
          <w:i w:val="0"/>
          <w:sz w:val="21"/>
        </w:rPr>
        <w:t>（A）-88　　（B）-80　　（C）-64　　（D）-41　　（E）-40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All the roots of the polynomial</w:t>
      </w:r>
    </w:p>
    <w:p>
      <w:pPr>
        <w:spacing w:before="0" w:after="80" w:line="300" w:lineRule="auto"/>
        <w:jc w:val="left"/>
      </w:pPr>
      <w:r>
        <w:rPr>
          <w:rFonts w:ascii="Times New Roman" w:hAnsi="Times New Roman" w:eastAsia="宋体"/>
          <w:b w:val="0"/>
          <w:i w:val="0"/>
          <w:color w:val="333333"/>
          <w:sz w:val="19"/>
        </w:rPr>
        <w:t>z⁶-10z⁵+Az⁴+Bz³</w:t>
      </w:r>
    </w:p>
    <w:p>
      <w:pPr>
        <w:spacing w:before="0" w:after="80" w:line="300" w:lineRule="auto"/>
        <w:jc w:val="left"/>
      </w:pPr>
      <w:r>
        <w:rPr>
          <w:rFonts w:ascii="Times New Roman" w:hAnsi="Times New Roman" w:eastAsia="宋体"/>
          <w:b w:val="0"/>
          <w:i w:val="0"/>
          <w:color w:val="333333"/>
          <w:sz w:val="19"/>
        </w:rPr>
        <w:t>+Cz²+Dz+16</w:t>
      </w:r>
    </w:p>
    <w:p>
      <w:pPr>
        <w:spacing w:before="0" w:after="80" w:line="300" w:lineRule="auto"/>
        <w:jc w:val="left"/>
      </w:pPr>
      <w:r>
        <w:rPr>
          <w:rFonts w:ascii="Times New Roman" w:hAnsi="Times New Roman" w:eastAsia="宋体"/>
          <w:b w:val="0"/>
          <w:i w:val="0"/>
          <w:color w:val="333333"/>
          <w:sz w:val="19"/>
        </w:rPr>
        <w:t>are positive integers, possibly repeated. What is the value of B?</w:t>
      </w:r>
    </w:p>
    <w:p>
      <w:pPr>
        <w:spacing w:before="0" w:after="160" w:line="300" w:lineRule="auto"/>
      </w:pPr>
      <w:r>
        <w:rPr>
          <w:rFonts w:ascii="Times New Roman" w:hAnsi="Times New Roman" w:eastAsia="宋体"/>
          <w:b w:val="0"/>
          <w:i w:val="0"/>
          <w:color w:val="333333"/>
          <w:sz w:val="19"/>
        </w:rPr>
        <w:t>(A) -88　　(B) -80　　(C) -64　　(D) -41　　(E) -40</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A，B，C 和 D 的值要从 {1, 2, 3, 4, 5, 6} 中不重复地选出。共有多少种选择，使得两条曲线 y=Ax²+B 和 y=Cx²+D 相交？</w:t>
      </w:r>
    </w:p>
    <w:p>
      <w:pPr>
        <w:spacing w:before="0" w:after="80" w:line="300" w:lineRule="auto"/>
        <w:jc w:val="left"/>
      </w:pPr>
      <w:r>
        <w:rPr>
          <w:rFonts w:ascii="Times New Roman" w:hAnsi="Times New Roman" w:eastAsia="宋体"/>
          <w:b w:val="0"/>
          <w:i w:val="0"/>
          <w:sz w:val="21"/>
        </w:rPr>
        <w:t>两条曲线列出的顺序不重要；例如选择 A=3、B=2、C=4、D=1 与选择 A=4、B=1、C=3、D=2 视为相同。</w:t>
      </w:r>
    </w:p>
    <w:p>
      <w:pPr>
        <w:spacing w:before="0" w:after="120" w:line="300" w:lineRule="auto"/>
      </w:pPr>
      <w:r>
        <w:rPr>
          <w:rFonts w:ascii="Times New Roman" w:hAnsi="Times New Roman" w:eastAsia="宋体"/>
          <w:b w:val="0"/>
          <w:i w:val="0"/>
          <w:sz w:val="21"/>
        </w:rPr>
        <w:t>（A）30　　（B）60　　（C）90　　（D）180　　（E）360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Values for A, B, C, and D are to be selected from {1, 2, 3, 4, 5, 6} without replacement (i.e., no two letters have the same value). How many ways are there to make such choices so that the two curves y=Ax²+B and y=Cx²+D intersect?</w:t>
      </w:r>
    </w:p>
    <w:p>
      <w:pPr>
        <w:spacing w:before="0" w:after="80" w:line="300" w:lineRule="auto"/>
        <w:jc w:val="left"/>
      </w:pPr>
      <w:r>
        <w:rPr>
          <w:rFonts w:ascii="Times New Roman" w:hAnsi="Times New Roman" w:eastAsia="宋体"/>
          <w:b w:val="0"/>
          <w:i w:val="0"/>
          <w:color w:val="333333"/>
          <w:sz w:val="19"/>
        </w:rPr>
        <w:t>(The order in which the curves are listed does not matter; for example, the choices A=3,B=2,C=4, D=1 is considered the same as the choices A=4, B=1, C=3, D=2.)</w:t>
      </w:r>
    </w:p>
    <w:p>
      <w:pPr>
        <w:spacing w:before="0" w:after="160" w:line="300" w:lineRule="auto"/>
      </w:pPr>
      <w:r>
        <w:rPr>
          <w:rFonts w:ascii="Times New Roman" w:hAnsi="Times New Roman" w:eastAsia="宋体"/>
          <w:b w:val="0"/>
          <w:i w:val="0"/>
          <w:color w:val="333333"/>
          <w:sz w:val="19"/>
        </w:rPr>
        <w:t>(A) 30　　(B) 60　　(C) 90　　(D) 180　　(E) 360</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在下面的数列中，对每个 1≤ n≤200，整数 n 都出现 n 次：</w:t>
      </w:r>
    </w:p>
    <w:p>
      <w:pPr>
        <w:spacing w:before="0" w:after="80" w:line="300" w:lineRule="auto"/>
        <w:jc w:val="left"/>
      </w:pPr>
      <w:r>
        <w:rPr>
          <w:rFonts w:ascii="Times New Roman" w:hAnsi="Times New Roman" w:eastAsia="宋体"/>
          <w:b w:val="0"/>
          <w:i w:val="0"/>
          <w:sz w:val="21"/>
        </w:rPr>
        <w:t>1,2,2,3,3,3,4,4,4,4,…,</w:t>
      </w:r>
    </w:p>
    <w:p>
      <w:pPr>
        <w:spacing w:before="0" w:after="80" w:line="300" w:lineRule="auto"/>
        <w:jc w:val="left"/>
      </w:pPr>
      <w:r>
        <w:rPr>
          <w:rFonts w:ascii="Times New Roman" w:hAnsi="Times New Roman" w:eastAsia="宋体"/>
          <w:b w:val="0"/>
          <w:i w:val="0"/>
          <w:sz w:val="21"/>
        </w:rPr>
        <w:t>200,200,…,200</w:t>
      </w:r>
    </w:p>
    <w:p>
      <w:pPr>
        <w:spacing w:before="0" w:after="80" w:line="300" w:lineRule="auto"/>
        <w:jc w:val="left"/>
      </w:pPr>
      <w:r>
        <w:rPr>
          <w:rFonts w:ascii="Times New Roman" w:hAnsi="Times New Roman" w:eastAsia="宋体"/>
          <w:b w:val="0"/>
          <w:i w:val="0"/>
          <w:sz w:val="21"/>
        </w:rPr>
        <w:t>这个数列的中位数是多少？</w:t>
      </w:r>
    </w:p>
    <w:p>
      <w:pPr>
        <w:spacing w:before="0" w:after="120" w:line="300" w:lineRule="auto"/>
      </w:pPr>
      <w:r>
        <w:rPr>
          <w:rFonts w:ascii="Times New Roman" w:hAnsi="Times New Roman" w:eastAsia="宋体"/>
          <w:b w:val="0"/>
          <w:i w:val="0"/>
          <w:sz w:val="21"/>
        </w:rPr>
        <w:t>（A）100.5　　（B）134　　（C）142　　（D）150.5　　（E）167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following list of numbers, the integer n appears n times in the list for 1≤ n≤200.</w:t>
      </w:r>
    </w:p>
    <w:p>
      <w:pPr>
        <w:spacing w:before="0" w:after="80" w:line="300" w:lineRule="auto"/>
        <w:jc w:val="left"/>
      </w:pPr>
      <w:r>
        <w:rPr>
          <w:rFonts w:ascii="Times New Roman" w:hAnsi="Times New Roman" w:eastAsia="宋体"/>
          <w:b w:val="0"/>
          <w:i w:val="0"/>
          <w:color w:val="333333"/>
          <w:sz w:val="19"/>
        </w:rPr>
        <w:t>1,2,2,3,3,3,4,4,4,4,…,</w:t>
      </w:r>
    </w:p>
    <w:p>
      <w:pPr>
        <w:spacing w:before="0" w:after="80" w:line="300" w:lineRule="auto"/>
        <w:jc w:val="left"/>
      </w:pPr>
      <w:r>
        <w:rPr>
          <w:rFonts w:ascii="Times New Roman" w:hAnsi="Times New Roman" w:eastAsia="宋体"/>
          <w:b w:val="0"/>
          <w:i w:val="0"/>
          <w:color w:val="333333"/>
          <w:sz w:val="19"/>
        </w:rPr>
        <w:t>200,200,…,200</w:t>
      </w:r>
    </w:p>
    <w:p>
      <w:pPr>
        <w:spacing w:before="0" w:after="80" w:line="300" w:lineRule="auto"/>
        <w:jc w:val="left"/>
      </w:pPr>
      <w:r>
        <w:rPr>
          <w:rFonts w:ascii="Times New Roman" w:hAnsi="Times New Roman" w:eastAsia="宋体"/>
          <w:b w:val="0"/>
          <w:i w:val="0"/>
          <w:color w:val="333333"/>
          <w:sz w:val="19"/>
        </w:rPr>
        <w:t>What is the median of the numbers in this list?</w:t>
      </w:r>
    </w:p>
    <w:p>
      <w:pPr>
        <w:spacing w:before="0" w:after="160" w:line="300" w:lineRule="auto"/>
      </w:pPr>
      <w:r>
        <w:rPr>
          <w:rFonts w:ascii="Times New Roman" w:hAnsi="Times New Roman" w:eastAsia="宋体"/>
          <w:b w:val="0"/>
          <w:i w:val="0"/>
          <w:color w:val="333333"/>
          <w:sz w:val="19"/>
        </w:rPr>
        <w:t>(A) 100.5　　(B) 134　　(C) 142　　(D) 150.5　　(E) 167</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梯形 ABCD 满足 AB∥CD，BC=CD=43，且 AD⊥BD。设 O 为对角线 AC 与 BD 的交点，P 为 BD 的中点。</w:t>
      </w:r>
    </w:p>
    <w:p>
      <w:pPr>
        <w:spacing w:before="0" w:after="80" w:line="300" w:lineRule="auto"/>
        <w:jc w:val="left"/>
      </w:pPr>
      <w:r>
        <w:rPr>
          <w:rFonts w:ascii="Times New Roman" w:hAnsi="Times New Roman" w:eastAsia="宋体"/>
          <w:b w:val="0"/>
          <w:i w:val="0"/>
          <w:sz w:val="21"/>
        </w:rPr>
        <w:t>已知 OP=11，线段 AD 的长度可写成 m√(n)，其中 m 和 n 为正整数，且 n 不被任何质数的平方整除。m+n 是多少？</w:t>
      </w:r>
    </w:p>
    <w:p>
      <w:pPr>
        <w:spacing w:before="0" w:after="120" w:line="300" w:lineRule="auto"/>
      </w:pPr>
      <w:r>
        <w:rPr>
          <w:rFonts w:ascii="Times New Roman" w:hAnsi="Times New Roman" w:eastAsia="宋体"/>
          <w:b w:val="0"/>
          <w:i w:val="0"/>
          <w:sz w:val="21"/>
        </w:rPr>
        <w:t>（A）65　　（B）132　　（C）157　　（D）194　　（E）215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Trapezoid ABCD has AB∥CD, BC=CD=43, and AD⊥BD. Let O be the intersection of the diagonals AC and BD, and let P be the midpoint of BD.</w:t>
      </w:r>
    </w:p>
    <w:p>
      <w:pPr>
        <w:spacing w:before="0" w:after="80" w:line="300" w:lineRule="auto"/>
        <w:jc w:val="left"/>
      </w:pPr>
      <w:r>
        <w:rPr>
          <w:rFonts w:ascii="Times New Roman" w:hAnsi="Times New Roman" w:eastAsia="宋体"/>
          <w:b w:val="0"/>
          <w:i w:val="0"/>
          <w:color w:val="333333"/>
          <w:sz w:val="19"/>
        </w:rPr>
        <w:t>Given that OP=11, the length of AD can be written in the form m√(n), where m and n are positive integers and n is not divisible by the square of any prime. What is m+n?</w:t>
      </w:r>
    </w:p>
    <w:p>
      <w:pPr>
        <w:spacing w:before="0" w:after="160" w:line="300" w:lineRule="auto"/>
      </w:pPr>
      <w:r>
        <w:rPr>
          <w:rFonts w:ascii="Times New Roman" w:hAnsi="Times New Roman" w:eastAsia="宋体"/>
          <w:b w:val="0"/>
          <w:i w:val="0"/>
          <w:color w:val="333333"/>
          <w:sz w:val="19"/>
        </w:rPr>
        <w:t>(A) 65　　(B) 132　　(C) 157　　(D) 194　　(E) 215</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设 f 是定义在正有理数集上的函数，并且 f(a· b)=f(a)+f(b) 对所有正有理数 a 和 b 都成立。又假设 f 还满足：对每个质数都有 f(p)=p，其中 p 为质数。下列哪个数 x 满足 f(x) &lt; 0？</w:t>
      </w:r>
    </w:p>
    <w:p>
      <w:pPr>
        <w:spacing w:before="0" w:after="120" w:line="300" w:lineRule="auto"/>
      </w:pPr>
      <w:r>
        <w:rPr>
          <w:rFonts w:ascii="Times New Roman" w:hAnsi="Times New Roman" w:eastAsia="宋体"/>
          <w:b w:val="0"/>
          <w:i w:val="0"/>
          <w:sz w:val="21"/>
        </w:rPr>
        <w:t>（A）17/32　　（B）11/16　　（C）7/9　　（D）7/6　　（E）25/11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 be a function defined on the set of positive rational numbers with the property that f(a· b)=f(a)+f(b) for all positive rational numbers a and b. Suppose that f also has the property that f(p)=p for every prime number p. For which of the following numbers x is f(x) &lt; 0?</w:t>
      </w:r>
    </w:p>
    <w:p>
      <w:pPr>
        <w:spacing w:before="0" w:after="160" w:line="300" w:lineRule="auto"/>
      </w:pPr>
      <w:r>
        <w:rPr>
          <w:rFonts w:ascii="Times New Roman" w:hAnsi="Times New Roman" w:eastAsia="宋体"/>
          <w:b w:val="0"/>
          <w:i w:val="0"/>
          <w:color w:val="333333"/>
          <w:sz w:val="19"/>
        </w:rPr>
        <w:t>(A) 17/32　　(B) 11/16　　(C) 7/9　　(D) 7/6　　(E) 25/11</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由图像</w:t>
      </w:r>
    </w:p>
    <w:p>
      <w:pPr>
        <w:spacing w:before="0" w:after="80" w:line="300" w:lineRule="auto"/>
        <w:jc w:val="left"/>
      </w:pPr>
      <w:r>
        <w:rPr>
          <w:rFonts w:ascii="Times New Roman" w:hAnsi="Times New Roman" w:eastAsia="宋体"/>
          <w:b w:val="0"/>
          <w:i w:val="0"/>
          <w:sz w:val="21"/>
        </w:rPr>
        <w:t>x²+y² = 3|x-y| + 3|x+y|</w:t>
      </w:r>
    </w:p>
    <w:p>
      <w:pPr>
        <w:spacing w:before="0" w:after="80" w:line="300" w:lineRule="auto"/>
        <w:jc w:val="left"/>
      </w:pPr>
      <w:r>
        <w:rPr>
          <w:rFonts w:ascii="Times New Roman" w:hAnsi="Times New Roman" w:eastAsia="宋体"/>
          <w:b w:val="0"/>
          <w:i w:val="0"/>
          <w:sz w:val="21"/>
        </w:rPr>
        <w:t>围成的区域面积为 m+nπ，其中 m、n 是整数。求 m + n。</w:t>
      </w:r>
    </w:p>
    <w:p>
      <w:pPr>
        <w:spacing w:before="0" w:after="120" w:line="300" w:lineRule="auto"/>
      </w:pPr>
      <w:r>
        <w:rPr>
          <w:rFonts w:ascii="Times New Roman" w:hAnsi="Times New Roman" w:eastAsia="宋体"/>
          <w:b w:val="0"/>
          <w:i w:val="0"/>
          <w:sz w:val="21"/>
        </w:rPr>
        <w:t>（A）18　　（B）27　　（C）36　　（D）45　　（E）54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area of the region bounded by the graph of</w:t>
      </w:r>
    </w:p>
    <w:p>
      <w:pPr>
        <w:spacing w:before="0" w:after="80" w:line="300" w:lineRule="auto"/>
        <w:jc w:val="left"/>
      </w:pPr>
      <w:r>
        <w:rPr>
          <w:rFonts w:ascii="Times New Roman" w:hAnsi="Times New Roman" w:eastAsia="宋体"/>
          <w:b w:val="0"/>
          <w:i w:val="0"/>
          <w:color w:val="333333"/>
          <w:sz w:val="19"/>
        </w:rPr>
        <w:t>x²+y² = 3|x-y| + 3|x+y|</w:t>
      </w:r>
    </w:p>
    <w:p>
      <w:pPr>
        <w:spacing w:before="0" w:after="80" w:line="300" w:lineRule="auto"/>
        <w:jc w:val="left"/>
      </w:pPr>
      <w:r>
        <w:rPr>
          <w:rFonts w:ascii="Times New Roman" w:hAnsi="Times New Roman" w:eastAsia="宋体"/>
          <w:b w:val="0"/>
          <w:i w:val="0"/>
          <w:color w:val="333333"/>
          <w:sz w:val="19"/>
        </w:rPr>
        <w:t>is m+nπ, where m and n are integers. What is m + n?</w:t>
      </w:r>
    </w:p>
    <w:p>
      <w:pPr>
        <w:spacing w:before="0" w:after="160" w:line="300" w:lineRule="auto"/>
      </w:pPr>
      <w:r>
        <w:rPr>
          <w:rFonts w:ascii="Times New Roman" w:hAnsi="Times New Roman" w:eastAsia="宋体"/>
          <w:b w:val="0"/>
          <w:i w:val="0"/>
          <w:color w:val="333333"/>
          <w:sz w:val="19"/>
        </w:rPr>
        <w:t>(A) 18　　(B) 27　　(C) 36　　(D) 45　　(E) 54</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将数列 1，2，3，4，5 重新排列，有多少种排列使得不存在连续三项递增，也不存在连续三项递减？</w:t>
      </w:r>
    </w:p>
    <w:p>
      <w:pPr>
        <w:spacing w:before="0" w:after="120" w:line="300" w:lineRule="auto"/>
      </w:pPr>
      <w:r>
        <w:rPr>
          <w:rFonts w:ascii="Times New Roman" w:hAnsi="Times New Roman" w:eastAsia="宋体"/>
          <w:b w:val="0"/>
          <w:i w:val="0"/>
          <w:sz w:val="21"/>
        </w:rPr>
        <w:t>（A）10　　（B）18　　（C）24　　（D）32　　（E）44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how many ways can the sequence 1, 2, 3, 4, 5 be rearranged so that no three consecutive terms are increasing and no three consecutive terms are decreasing?</w:t>
      </w:r>
    </w:p>
    <w:p>
      <w:pPr>
        <w:spacing w:before="0" w:after="160" w:line="300" w:lineRule="auto"/>
      </w:pPr>
      <w:r>
        <w:rPr>
          <w:rFonts w:ascii="Times New Roman" w:hAnsi="Times New Roman" w:eastAsia="宋体"/>
          <w:b w:val="0"/>
          <w:i w:val="0"/>
          <w:color w:val="333333"/>
          <w:sz w:val="19"/>
        </w:rPr>
        <w:t>(A) 10　　(B) 18　　(C) 24　　(D) 32　　(E) 44</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设 ABCDEF 是一个等角六边形。直线 AB，CD 和 EF 确定一个面积为 192√(3) 的三角形，直线 BC，DE 和 FA 确定一个面积为 324√(3) 的三角形。六边形 ABCDEF 的周长可表示为 m +n√(p)，其中 m，n 和 p 为正整数，且 p 不被任何质数的平方整除。m + n + p 是多少？</w:t>
      </w:r>
    </w:p>
    <w:p>
      <w:pPr>
        <w:spacing w:before="0" w:after="120" w:line="300" w:lineRule="auto"/>
      </w:pPr>
      <w:r>
        <w:rPr>
          <w:rFonts w:ascii="Times New Roman" w:hAnsi="Times New Roman" w:eastAsia="宋体"/>
          <w:b w:val="0"/>
          <w:i w:val="0"/>
          <w:sz w:val="21"/>
        </w:rPr>
        <w:t>（A）47　　（B）52　　（C）55　　（D）58　　（E）63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ABCDEF be an equiangular hexagon. The lines AB, CD, and EF determine a triangle with area 192√(3), and the lines BC, DE, and FA determine a triangle with area 324√(3). The perimeter of hexagon ABCDEF can be expressed as m +n√(p), where m, n, and p are positive integers and p is not divisible by the square of any prime. What is m + n + p?</w:t>
      </w:r>
    </w:p>
    <w:p>
      <w:pPr>
        <w:spacing w:before="0" w:after="160" w:line="300" w:lineRule="auto"/>
      </w:pPr>
      <w:r>
        <w:rPr>
          <w:rFonts w:ascii="Times New Roman" w:hAnsi="Times New Roman" w:eastAsia="宋体"/>
          <w:b w:val="0"/>
          <w:i w:val="0"/>
          <w:color w:val="333333"/>
          <w:sz w:val="19"/>
        </w:rPr>
        <w:t>(A) 47　　(B) 52　　(C) 55　　(D) 58　　(E) 63</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Hiram 的代数笔记共有 50 页，印在 25 张纸上；第一张纸含第 1 页和第 2 页，第二张纸含第 3 页和第 4 页，依此类推。有一天他午饭前把笔记留在桌上，室友决定从笔记中间借走一些页。Hiram 回来时发现，室友拿走的是连续若干张纸，并且所有剩余纸张上的页码平均数恰好为 19。室友借走了多少张纸？</w:t>
      </w:r>
    </w:p>
    <w:p>
      <w:pPr>
        <w:spacing w:before="0" w:after="120" w:line="300" w:lineRule="auto"/>
      </w:pPr>
      <w:r>
        <w:rPr>
          <w:rFonts w:ascii="Times New Roman" w:hAnsi="Times New Roman" w:eastAsia="宋体"/>
          <w:b w:val="0"/>
          <w:i w:val="0"/>
          <w:sz w:val="21"/>
        </w:rPr>
        <w:t>（A）10　　（B）13　　（C）15　　（D）17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Hiram’s algebra notes are 50 pages long and are printed on 25 sheets of paper; the first sheet contains pages 1 and 2, the second sheet contains pages 3 and 4, and so on. One day he leaves his notes on the table before leaving for lunch, and his roommate decides to borrow some pages from the middle of the notes. When Hiram comes back, he discovers that his roommate has taken a consecutive set of sheets from the notes and that the average (mean) of the page numbers on all remaining sheets is exactly 19. How many sheets were borrowed?</w:t>
      </w:r>
    </w:p>
    <w:p>
      <w:pPr>
        <w:spacing w:before="0" w:after="160" w:line="300" w:lineRule="auto"/>
      </w:pPr>
      <w:r>
        <w:rPr>
          <w:rFonts w:ascii="Times New Roman" w:hAnsi="Times New Roman" w:eastAsia="宋体"/>
          <w:b w:val="0"/>
          <w:i w:val="0"/>
          <w:color w:val="333333"/>
          <w:sz w:val="19"/>
        </w:rPr>
        <w:t>(A) 10　　(B) 13　　(C) 15　　(D) 17　　(E) 20</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青蛙 Frieda 在一个 3 × 3 方格网中开始一串跳跃，每次跳一格，并随机选择跳跃方向：上、下、左、右。她不斜着跳。如果某次跳跃方向会让 Frieda 跳出方格网，她会“绕回”并跳到相对的边。例如，如果 Frieda 从中心格开始并连续向上跳两次，第一次会到达上排中间格，第二次会让她跳到相对边，落在下排中间格。</w:t>
      </w:r>
    </w:p>
    <w:p>
      <w:pPr>
        <w:spacing w:before="0" w:after="80" w:line="300" w:lineRule="auto"/>
        <w:jc w:val="left"/>
      </w:pPr>
      <w:r>
        <w:rPr>
          <w:rFonts w:ascii="Times New Roman" w:hAnsi="Times New Roman" w:eastAsia="宋体"/>
          <w:b w:val="0"/>
          <w:i w:val="0"/>
          <w:sz w:val="21"/>
        </w:rPr>
        <w:t>假设 Frieda 从中心格开始，最多随机跳四次，并且一旦落在角格就停止。她在四次跳跃中的某一次到达角格的概率是多少？</w:t>
      </w:r>
    </w:p>
    <w:p>
      <w:pPr>
        <w:spacing w:before="0" w:after="120" w:line="300" w:lineRule="auto"/>
      </w:pPr>
      <w:r>
        <w:rPr>
          <w:rFonts w:ascii="Times New Roman" w:hAnsi="Times New Roman" w:eastAsia="宋体"/>
          <w:b w:val="0"/>
          <w:i w:val="0"/>
          <w:sz w:val="21"/>
        </w:rPr>
        <w:t>（A）9/16　　（B）5/8　　（C）3/4　　（D）25/32　　（E）13/16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Frieda the frog begins a sequence of hops on a 3 × 3 grid of squares, moving one square on each hop and choosing at random the direction of each hop—up, down, left, or right. She does not hop diagonally. When the direction of a hop would take Frieda off the grid, she “wraps around” and jumps to the opposite edge. For example if Frieda begins in the center square and makes two hops “up”, the first hop would place her in the top row middle square, and the second hop would cause Frieda to jump to the opposite edge, landing in the bottom row middle square.</w:t>
      </w:r>
    </w:p>
    <w:p>
      <w:pPr>
        <w:spacing w:before="0" w:after="80" w:line="300" w:lineRule="auto"/>
        <w:jc w:val="left"/>
      </w:pPr>
      <w:r>
        <w:rPr>
          <w:rFonts w:ascii="Times New Roman" w:hAnsi="Times New Roman" w:eastAsia="宋体"/>
          <w:b w:val="0"/>
          <w:i w:val="0"/>
          <w:color w:val="333333"/>
          <w:sz w:val="19"/>
        </w:rPr>
        <w:t>Suppose Frieda starts from the center square, makes at most four hops at random, and stops hopping if she lands on a corner square. What is the probability that she reaches a corner square on one of the four hops?</w:t>
      </w:r>
    </w:p>
    <w:p>
      <w:pPr>
        <w:spacing w:before="0" w:after="160" w:line="300" w:lineRule="auto"/>
      </w:pPr>
      <w:r>
        <w:rPr>
          <w:rFonts w:ascii="Times New Roman" w:hAnsi="Times New Roman" w:eastAsia="宋体"/>
          <w:b w:val="0"/>
          <w:i w:val="0"/>
          <w:color w:val="333333"/>
          <w:sz w:val="19"/>
        </w:rPr>
        <w:t>(A) 9/16　　(B) 5/8　　(C) 3/4　　(D) 25/32　　(E) 13/16</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一个四边形的内部由图像 (x+ay)²=4a² 和 (ax-y)²=a² 围成，其中 a 是正实数。对所有 a &gt; 0，这个区域的面积用 a 表示是多少？</w:t>
      </w:r>
    </w:p>
    <w:p>
      <w:pPr>
        <w:spacing w:before="0" w:after="120" w:line="300" w:lineRule="auto"/>
      </w:pPr>
      <w:r>
        <w:rPr>
          <w:rFonts w:ascii="Times New Roman" w:hAnsi="Times New Roman" w:eastAsia="宋体"/>
          <w:b w:val="0"/>
          <w:i w:val="0"/>
          <w:sz w:val="21"/>
        </w:rPr>
        <w:t>（A）8a²/((a+1)²)　　（B）4a/a+1　　（C）8a/a+1　　（D）8a²/a²+1　　（E）8a/a²+1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interior of a quadrilateral is bounded by the graphs of (x+ay)²=4a² and (ax-y)²=a², where a is a positive real number. What is the area of this region in terms of a, valid for all a &gt; 0?</w:t>
      </w:r>
    </w:p>
    <w:p>
      <w:pPr>
        <w:spacing w:before="0" w:after="160" w:line="300" w:lineRule="auto"/>
      </w:pPr>
      <w:r>
        <w:rPr>
          <w:rFonts w:ascii="Times New Roman" w:hAnsi="Times New Roman" w:eastAsia="宋体"/>
          <w:b w:val="0"/>
          <w:i w:val="0"/>
          <w:color w:val="333333"/>
          <w:sz w:val="19"/>
        </w:rPr>
        <w:t>(A) 8a²/((a+1)²)　　(B) 4a/a+1　　(C) 8a/a+1　　(D) 8a²/a²+1　　(E) 8a/a²+1</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有多少种方法把 3 枚不可区分的红色筹码、3 枚不可区分的蓝色筹码和 3 枚不可区分的绿色筹码放入一个 3 × 3 方格的格子中，使得任意两个同色筹码都不在上下或左右方向相邻？</w:t>
      </w:r>
    </w:p>
    <w:p>
      <w:pPr>
        <w:spacing w:before="0" w:after="120" w:line="300" w:lineRule="auto"/>
      </w:pPr>
      <w:r>
        <w:rPr>
          <w:rFonts w:ascii="Times New Roman" w:hAnsi="Times New Roman" w:eastAsia="宋体"/>
          <w:b w:val="0"/>
          <w:i w:val="0"/>
          <w:sz w:val="21"/>
        </w:rPr>
        <w:t>（A）12　　（B）18　　（C）24　　（D）30　　（E）36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ways are there to place 3 indistinguishable red chips, 3 indistinguishable blue chips, and 3 indistinguishable green chips in the squares of a 3 × 3 grid so that no two chips of the same color are directly adjacent to each other, either vertically or horizontally?</w:t>
      </w:r>
    </w:p>
    <w:p>
      <w:pPr>
        <w:spacing w:before="0" w:after="160" w:line="300" w:lineRule="auto"/>
      </w:pPr>
      <w:r>
        <w:rPr>
          <w:rFonts w:ascii="Times New Roman" w:hAnsi="Times New Roman" w:eastAsia="宋体"/>
          <w:b w:val="0"/>
          <w:i w:val="0"/>
          <w:color w:val="333333"/>
          <w:sz w:val="19"/>
        </w:rPr>
        <w:t>(A) 12　　(B) 18　　(C) 24　　(D) 30　　(E) 36</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D　C　D　D　B　A　D　E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C　E　E　C　A　C　C　D　E</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E　D　C　B　D　D　E</w:t>
      </w:r>
    </w:p>
    <w:p>
      <w:pPr>
        <w:spacing w:before="0" w:after="200" w:line="300" w:lineRule="auto"/>
      </w:pPr>
      <w:r>
        <w:rPr>
          <w:rFonts w:ascii="Times New Roman" w:hAnsi="Times New Roman" w:eastAsia="宋体"/>
          <w:b w:val="0"/>
          <w:i w:val="0"/>
          <w:color w:val="666666"/>
          <w:sz w:val="18"/>
        </w:rPr>
        <w:t>答案串：DCDDBADEDCEECACCDEEDCBDDE</w:t>
      </w:r>
    </w:p>
    <w:p>
      <w:pPr>
        <w:spacing w:before="200" w:after="80" w:line="300" w:lineRule="auto"/>
      </w:pPr>
      <w:r>
        <w:rPr>
          <w:rFonts w:ascii="Times New Roman" w:hAnsi="Times New Roman" w:eastAsia="宋体"/>
          <w:b/>
          <w:i w:val="0"/>
          <w:sz w:val="23"/>
        </w:rPr>
        <w:t>第 1 题　答案 D</w:t>
      </w:r>
    </w:p>
    <w:p>
      <w:pPr>
        <w:spacing w:before="0" w:after="80" w:line="300" w:lineRule="auto"/>
        <w:jc w:val="left"/>
      </w:pPr>
      <w:r>
        <w:rPr>
          <w:rFonts w:ascii="Times New Roman" w:hAnsi="Times New Roman" w:eastAsia="宋体"/>
          <w:b w:val="0"/>
          <w:i w:val="0"/>
          <w:sz w:val="21"/>
        </w:rPr>
        <w:t>(2² - 2) - (3² - 3) + (4² - 4)</w:t>
      </w:r>
    </w:p>
    <w:p>
      <w:pPr>
        <w:spacing w:before="0" w:after="80" w:line="300" w:lineRule="auto"/>
        <w:jc w:val="left"/>
      </w:pPr>
      <w:r>
        <w:rPr>
          <w:rFonts w:ascii="Times New Roman" w:hAnsi="Times New Roman" w:eastAsia="宋体"/>
          <w:b w:val="0"/>
          <w:i w:val="0"/>
          <w:sz w:val="21"/>
        </w:rPr>
        <w:t>= 2 - 6 + 12</w:t>
      </w:r>
    </w:p>
    <w:p>
      <w:pPr>
        <w:spacing w:before="0" w:after="80" w:line="300" w:lineRule="auto"/>
        <w:jc w:val="left"/>
      </w:pPr>
      <w:r>
        <w:rPr>
          <w:rFonts w:ascii="Times New Roman" w:hAnsi="Times New Roman" w:eastAsia="宋体"/>
          <w:b w:val="0"/>
          <w:i w:val="0"/>
          <w:sz w:val="21"/>
        </w:rPr>
        <w:t>= 8</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(2² - 2) - (3² - 3) + (4² - 4)</w:t>
      </w:r>
    </w:p>
    <w:p>
      <w:pPr>
        <w:spacing w:before="0" w:after="80" w:line="300" w:lineRule="auto"/>
        <w:jc w:val="left"/>
      </w:pPr>
      <w:r>
        <w:rPr>
          <w:rFonts w:ascii="Times New Roman" w:hAnsi="Times New Roman" w:eastAsia="宋体"/>
          <w:b w:val="0"/>
          <w:i w:val="0"/>
          <w:color w:val="333333"/>
          <w:sz w:val="19"/>
        </w:rPr>
        <w:t>= 2 - 6 + 12</w:t>
      </w:r>
    </w:p>
    <w:p>
      <w:pPr>
        <w:spacing w:before="0" w:after="80" w:line="300" w:lineRule="auto"/>
        <w:jc w:val="left"/>
      </w:pPr>
      <w:r>
        <w:rPr>
          <w:rFonts w:ascii="Times New Roman" w:hAnsi="Times New Roman" w:eastAsia="宋体"/>
          <w:b w:val="0"/>
          <w:i w:val="0"/>
          <w:color w:val="333333"/>
          <w:sz w:val="19"/>
        </w:rPr>
        <w:t>= 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C</w:t>
      </w:r>
    </w:p>
    <w:p>
      <w:pPr>
        <w:spacing w:before="0" w:after="80" w:line="300" w:lineRule="auto"/>
        <w:jc w:val="left"/>
      </w:pPr>
      <w:r>
        <w:rPr>
          <w:rFonts w:ascii="Times New Roman" w:hAnsi="Times New Roman" w:eastAsia="宋体"/>
          <w:b w:val="0"/>
          <w:i w:val="0"/>
          <w:sz w:val="21"/>
        </w:rPr>
        <w:t>设 Lara 的学校有 x 名学生，则 Portia 的学校有 3x 名学生。</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3x + x = 2600</w:t>
      </w:r>
    </w:p>
    <w:p>
      <w:pPr>
        <w:spacing w:before="0" w:after="80" w:line="300" w:lineRule="auto"/>
        <w:jc w:val="left"/>
      </w:pPr>
      <w:r>
        <w:rPr>
          <w:rFonts w:ascii="Times New Roman" w:hAnsi="Times New Roman" w:eastAsia="宋体"/>
          <w:b w:val="0"/>
          <w:i w:val="0"/>
          <w:sz w:val="21"/>
        </w:rPr>
        <w:t>x = 650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3x = 1950。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the number of students in Lara’s high school. Then Portia’s high school has 3x students.</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3x + x = 2600</w:t>
      </w:r>
    </w:p>
    <w:p>
      <w:pPr>
        <w:spacing w:before="0" w:after="80" w:line="300" w:lineRule="auto"/>
        <w:jc w:val="left"/>
      </w:pPr>
      <w:r>
        <w:rPr>
          <w:rFonts w:ascii="Times New Roman" w:hAnsi="Times New Roman" w:eastAsia="宋体"/>
          <w:b w:val="0"/>
          <w:i w:val="0"/>
          <w:color w:val="333333"/>
          <w:sz w:val="19"/>
        </w:rPr>
        <w:t>x = 650.</w:t>
      </w:r>
    </w:p>
    <w:p>
      <w:pPr>
        <w:spacing w:before="0" w:after="80" w:line="300" w:lineRule="auto"/>
        <w:jc w:val="left"/>
      </w:pPr>
      <w:r>
        <w:rPr>
          <w:rFonts w:ascii="Times New Roman" w:hAnsi="Times New Roman" w:eastAsia="宋体"/>
          <w:b w:val="0"/>
          <w:i w:val="0"/>
          <w:color w:val="333333"/>
          <w:sz w:val="19"/>
        </w:rPr>
        <w:t>Then 3x = 1950.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设两个数为 x 和 y。不妨设 x 能被 10 整除，那么 x 的个位数字是 0。</w:t>
      </w:r>
    </w:p>
    <w:p>
      <w:pPr>
        <w:spacing w:before="0" w:after="80" w:line="300" w:lineRule="auto"/>
        <w:jc w:val="left"/>
      </w:pPr>
      <w:r>
        <w:rPr>
          <w:rFonts w:ascii="Times New Roman" w:hAnsi="Times New Roman" w:eastAsia="宋体"/>
          <w:b w:val="0"/>
          <w:i w:val="0"/>
          <w:sz w:val="21"/>
        </w:rPr>
        <w:t>擦去 x 的个位数字，相当于把它除以 10。题意还给出 x/10 = y。</w:t>
      </w:r>
    </w:p>
    <w:p>
      <w:pPr>
        <w:spacing w:before="0" w:after="80" w:line="300" w:lineRule="auto"/>
        <w:jc w:val="left"/>
      </w:pPr>
      <w:r>
        <w:rPr>
          <w:rFonts w:ascii="Times New Roman" w:hAnsi="Times New Roman" w:eastAsia="宋体"/>
          <w:b w:val="0"/>
          <w:i w:val="0"/>
          <w:sz w:val="21"/>
        </w:rPr>
        <w:t>由两数之和可得</w:t>
      </w:r>
    </w:p>
    <w:p>
      <w:pPr>
        <w:spacing w:before="0" w:after="80" w:line="300" w:lineRule="auto"/>
        <w:jc w:val="left"/>
      </w:pPr>
      <w:r>
        <w:rPr>
          <w:rFonts w:ascii="Times New Roman" w:hAnsi="Times New Roman" w:eastAsia="宋体"/>
          <w:b w:val="0"/>
          <w:i w:val="0"/>
          <w:sz w:val="21"/>
        </w:rPr>
        <w:t>x/10 + x = 17,402</w:t>
      </w:r>
    </w:p>
    <w:p>
      <w:pPr>
        <w:spacing w:before="0" w:after="80" w:line="300" w:lineRule="auto"/>
        <w:jc w:val="left"/>
      </w:pPr>
      <w:r>
        <w:rPr>
          <w:rFonts w:ascii="Times New Roman" w:hAnsi="Times New Roman" w:eastAsia="宋体"/>
          <w:b w:val="0"/>
          <w:i w:val="0"/>
          <w:sz w:val="21"/>
        </w:rPr>
        <w:t>11x/10 = 17,402</w:t>
      </w:r>
    </w:p>
    <w:p>
      <w:pPr>
        <w:spacing w:before="0" w:after="80" w:line="300" w:lineRule="auto"/>
        <w:jc w:val="left"/>
      </w:pPr>
      <w:r>
        <w:rPr>
          <w:rFonts w:ascii="Times New Roman" w:hAnsi="Times New Roman" w:eastAsia="宋体"/>
          <w:b w:val="0"/>
          <w:i w:val="0"/>
          <w:sz w:val="21"/>
        </w:rPr>
        <w:t>x = 15,820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因此两数之差为</w:t>
      </w:r>
    </w:p>
    <w:p>
      <w:pPr>
        <w:spacing w:before="0" w:after="80" w:line="300" w:lineRule="auto"/>
        <w:jc w:val="left"/>
      </w:pPr>
      <w:r>
        <w:rPr>
          <w:rFonts w:ascii="Times New Roman" w:hAnsi="Times New Roman" w:eastAsia="宋体"/>
          <w:b w:val="0"/>
          <w:i w:val="0"/>
          <w:sz w:val="21"/>
        </w:rPr>
        <w:t>x - x/10 = 14,238。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and y be the two numbers. WLOG, let x be divisible by 10. Then the units digit of x is 0.</w:t>
      </w:r>
    </w:p>
    <w:p>
      <w:pPr>
        <w:spacing w:before="0" w:after="80" w:line="300" w:lineRule="auto"/>
        <w:jc w:val="left"/>
      </w:pPr>
      <w:r>
        <w:rPr>
          <w:rFonts w:ascii="Times New Roman" w:hAnsi="Times New Roman" w:eastAsia="宋体"/>
          <w:b w:val="0"/>
          <w:i w:val="0"/>
          <w:color w:val="333333"/>
          <w:sz w:val="19"/>
        </w:rPr>
        <w:t>If we erase the units digit, then we are essentially dividing x by 10. The problem statement also gives us that x/10 = y.</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x/10 + x = 17,402</w:t>
      </w:r>
    </w:p>
    <w:p>
      <w:pPr>
        <w:spacing w:before="0" w:after="80" w:line="300" w:lineRule="auto"/>
        <w:jc w:val="left"/>
      </w:pPr>
      <w:r>
        <w:rPr>
          <w:rFonts w:ascii="Times New Roman" w:hAnsi="Times New Roman" w:eastAsia="宋体"/>
          <w:b w:val="0"/>
          <w:i w:val="0"/>
          <w:color w:val="333333"/>
          <w:sz w:val="19"/>
        </w:rPr>
        <w:t>11x/10 = 17,402</w:t>
      </w:r>
    </w:p>
    <w:p>
      <w:pPr>
        <w:spacing w:before="0" w:after="80" w:line="300" w:lineRule="auto"/>
        <w:jc w:val="left"/>
      </w:pPr>
      <w:r>
        <w:rPr>
          <w:rFonts w:ascii="Times New Roman" w:hAnsi="Times New Roman" w:eastAsia="宋体"/>
          <w:b w:val="0"/>
          <w:i w:val="0"/>
          <w:color w:val="333333"/>
          <w:sz w:val="19"/>
        </w:rPr>
        <w:t>x = 15,820.</w:t>
      </w:r>
    </w:p>
    <w:p>
      <w:pPr>
        <w:spacing w:before="0" w:after="80" w:line="300" w:lineRule="auto"/>
        <w:jc w:val="left"/>
      </w:pPr>
      <w:r>
        <w:rPr>
          <w:rFonts w:ascii="Times New Roman" w:hAnsi="Times New Roman" w:eastAsia="宋体"/>
          <w:b w:val="0"/>
          <w:i w:val="0"/>
          <w:color w:val="333333"/>
          <w:sz w:val="19"/>
        </w:rPr>
        <w:t>Then</w:t>
      </w:r>
    </w:p>
    <w:p>
      <w:pPr>
        <w:spacing w:before="0" w:after="80" w:line="300" w:lineRule="auto"/>
        <w:jc w:val="left"/>
      </w:pPr>
      <w:r>
        <w:rPr>
          <w:rFonts w:ascii="Times New Roman" w:hAnsi="Times New Roman" w:eastAsia="宋体"/>
          <w:b w:val="0"/>
          <w:i w:val="0"/>
          <w:color w:val="333333"/>
          <w:sz w:val="19"/>
        </w:rPr>
        <w:t>x - x/10 = 14,238.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4 题　答案 D</w:t>
      </w:r>
    </w:p>
    <w:p>
      <w:pPr>
        <w:spacing w:before="0" w:after="80" w:line="300" w:lineRule="auto"/>
        <w:jc w:val="left"/>
      </w:pPr>
      <w:r>
        <w:rPr>
          <w:rFonts w:ascii="Times New Roman" w:hAnsi="Times New Roman" w:eastAsia="宋体"/>
          <w:b w:val="0"/>
          <w:i w:val="0"/>
          <w:sz w:val="21"/>
        </w:rPr>
        <w:t>每秒行驶的距离构成等差数列：</w:t>
      </w:r>
    </w:p>
    <w:p>
      <w:pPr>
        <w:spacing w:before="0" w:after="80" w:line="300" w:lineRule="auto"/>
        <w:jc w:val="left"/>
      </w:pPr>
      <w:r>
        <w:rPr>
          <w:rFonts w:ascii="Times New Roman" w:hAnsi="Times New Roman" w:eastAsia="宋体"/>
          <w:b w:val="0"/>
          <w:i w:val="0"/>
          <w:sz w:val="21"/>
        </w:rPr>
        <w:t>5, 5 + 7, 5 + 2 · 7, …</w:t>
      </w:r>
    </w:p>
    <w:p>
      <w:pPr>
        <w:spacing w:before="0" w:after="80" w:line="300" w:lineRule="auto"/>
        <w:jc w:val="left"/>
      </w:pPr>
      <w:r>
        <w:rPr>
          <w:rFonts w:ascii="Times New Roman" w:hAnsi="Times New Roman" w:eastAsia="宋体"/>
          <w:b w:val="0"/>
          <w:i w:val="0"/>
          <w:sz w:val="21"/>
        </w:rPr>
        <w:t>等差数列求和的标准公式为</w:t>
      </w:r>
    </w:p>
    <w:p>
      <w:pPr>
        <w:spacing w:before="0" w:after="80" w:line="300" w:lineRule="auto"/>
        <w:jc w:val="left"/>
      </w:pPr>
      <w:r>
        <w:rPr>
          <w:rFonts w:ascii="Times New Roman" w:hAnsi="Times New Roman" w:eastAsia="宋体"/>
          <w:b w:val="0"/>
          <w:i w:val="0"/>
          <w:sz w:val="21"/>
        </w:rPr>
        <w:t>n·a₁+aₙ/2。</w:t>
      </w:r>
    </w:p>
    <w:p>
      <w:pPr>
        <w:spacing w:before="0" w:after="80" w:line="300" w:lineRule="auto"/>
        <w:jc w:val="left"/>
      </w:pPr>
      <w:r>
        <w:rPr>
          <w:rFonts w:ascii="Times New Roman" w:hAnsi="Times New Roman" w:eastAsia="宋体"/>
          <w:b w:val="0"/>
          <w:i w:val="0"/>
          <w:sz w:val="21"/>
        </w:rPr>
        <w:t>已知项数为 30，首项为 5。末项为</w:t>
      </w:r>
    </w:p>
    <w:p>
      <w:pPr>
        <w:spacing w:before="0" w:after="80" w:line="300" w:lineRule="auto"/>
        <w:jc w:val="left"/>
      </w:pPr>
      <w:r>
        <w:rPr>
          <w:rFonts w:ascii="Times New Roman" w:hAnsi="Times New Roman" w:eastAsia="宋体"/>
          <w:b w:val="0"/>
          <w:i w:val="0"/>
          <w:sz w:val="21"/>
        </w:rPr>
        <w:t>5 + 29 · 7 = 208。</w:t>
      </w:r>
    </w:p>
    <w:p>
      <w:pPr>
        <w:spacing w:before="0" w:after="80" w:line="300" w:lineRule="auto"/>
        <w:jc w:val="left"/>
      </w:pPr>
      <w:r>
        <w:rPr>
          <w:rFonts w:ascii="Times New Roman" w:hAnsi="Times New Roman" w:eastAsia="宋体"/>
          <w:b w:val="0"/>
          <w:i w:val="0"/>
          <w:sz w:val="21"/>
        </w:rPr>
        <w:t>把这些值代入公式，得到</w:t>
      </w:r>
    </w:p>
    <w:p>
      <w:pPr>
        <w:spacing w:before="0" w:after="80" w:line="300" w:lineRule="auto"/>
        <w:jc w:val="left"/>
      </w:pPr>
      <w:r>
        <w:rPr>
          <w:rFonts w:ascii="Times New Roman" w:hAnsi="Times New Roman" w:eastAsia="宋体"/>
          <w:b w:val="0"/>
          <w:i w:val="0"/>
          <w:sz w:val="21"/>
        </w:rPr>
        <w:t>30 · (5 + 208)/2 = 15 · 213 = 3195。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distance travelled every second forms an arithmetic sequence:</w:t>
      </w:r>
    </w:p>
    <w:p>
      <w:pPr>
        <w:spacing w:before="0" w:after="80" w:line="300" w:lineRule="auto"/>
        <w:jc w:val="left"/>
      </w:pPr>
      <w:r>
        <w:rPr>
          <w:rFonts w:ascii="Times New Roman" w:hAnsi="Times New Roman" w:eastAsia="宋体"/>
          <w:b w:val="0"/>
          <w:i w:val="0"/>
          <w:color w:val="333333"/>
          <w:sz w:val="19"/>
        </w:rPr>
        <w:t>5, 5 + 7, 5 + 2 · 7, …</w:t>
      </w:r>
    </w:p>
    <w:p>
      <w:pPr>
        <w:spacing w:before="0" w:after="80" w:line="300" w:lineRule="auto"/>
        <w:jc w:val="left"/>
      </w:pPr>
      <w:r>
        <w:rPr>
          <w:rFonts w:ascii="Times New Roman" w:hAnsi="Times New Roman" w:eastAsia="宋体"/>
          <w:b w:val="0"/>
          <w:i w:val="0"/>
          <w:color w:val="333333"/>
          <w:sz w:val="19"/>
        </w:rPr>
        <w:t>The standard arithmetic-sequence sum formula is</w:t>
      </w:r>
    </w:p>
    <w:p>
      <w:pPr>
        <w:spacing w:before="0" w:after="80" w:line="300" w:lineRule="auto"/>
        <w:jc w:val="left"/>
      </w:pPr>
      <w:r>
        <w:rPr>
          <w:rFonts w:ascii="Times New Roman" w:hAnsi="Times New Roman" w:eastAsia="宋体"/>
          <w:b w:val="0"/>
          <w:i w:val="0"/>
          <w:color w:val="333333"/>
          <w:sz w:val="19"/>
        </w:rPr>
        <w:t>n·a₁+aₙ/2.</w:t>
      </w:r>
    </w:p>
    <w:p>
      <w:pPr>
        <w:spacing w:before="0" w:after="80" w:line="300" w:lineRule="auto"/>
        <w:jc w:val="left"/>
      </w:pPr>
      <w:r>
        <w:rPr>
          <w:rFonts w:ascii="Times New Roman" w:hAnsi="Times New Roman" w:eastAsia="宋体"/>
          <w:b w:val="0"/>
          <w:i w:val="0"/>
          <w:color w:val="333333"/>
          <w:sz w:val="19"/>
        </w:rPr>
        <w:t>We know the number of terms is 30 and the first term is 5. The last term is</w:t>
      </w:r>
    </w:p>
    <w:p>
      <w:pPr>
        <w:spacing w:before="0" w:after="80" w:line="300" w:lineRule="auto"/>
        <w:jc w:val="left"/>
      </w:pPr>
      <w:r>
        <w:rPr>
          <w:rFonts w:ascii="Times New Roman" w:hAnsi="Times New Roman" w:eastAsia="宋体"/>
          <w:b w:val="0"/>
          <w:i w:val="0"/>
          <w:color w:val="333333"/>
          <w:sz w:val="19"/>
        </w:rPr>
        <w:t>5 + 29 · 7 = 208.</w:t>
      </w:r>
    </w:p>
    <w:p>
      <w:pPr>
        <w:spacing w:before="0" w:after="80" w:line="300" w:lineRule="auto"/>
        <w:jc w:val="left"/>
      </w:pPr>
      <w:r>
        <w:rPr>
          <w:rFonts w:ascii="Times New Roman" w:hAnsi="Times New Roman" w:eastAsia="宋体"/>
          <w:b w:val="0"/>
          <w:i w:val="0"/>
          <w:color w:val="333333"/>
          <w:sz w:val="19"/>
        </w:rPr>
        <w:t>Plugging these values into the expression yields</w:t>
      </w:r>
    </w:p>
    <w:p>
      <w:pPr>
        <w:spacing w:before="0" w:after="80" w:line="300" w:lineRule="auto"/>
        <w:jc w:val="left"/>
      </w:pPr>
      <w:r>
        <w:rPr>
          <w:rFonts w:ascii="Times New Roman" w:hAnsi="Times New Roman" w:eastAsia="宋体"/>
          <w:b w:val="0"/>
          <w:i w:val="0"/>
          <w:color w:val="333333"/>
          <w:sz w:val="19"/>
        </w:rPr>
        <w:t>30 · (5 + 208)/2 = 15 · 213 = 3195.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全班所有人的总分为 8k。这 12 个分数的总分为 12 · 14 = 168。</w:t>
      </w:r>
    </w:p>
    <w:p>
      <w:pPr>
        <w:spacing w:before="0" w:after="80" w:line="300" w:lineRule="auto"/>
        <w:jc w:val="left"/>
      </w:pPr>
      <w:r>
        <w:rPr>
          <w:rFonts w:ascii="Times New Roman" w:hAnsi="Times New Roman" w:eastAsia="宋体"/>
          <w:b w:val="0"/>
          <w:i w:val="0"/>
          <w:sz w:val="21"/>
        </w:rPr>
        <w:t>其余学生的总分为 8k - 168，人数为 k - 12。因此平均数为</w:t>
      </w:r>
    </w:p>
    <w:p>
      <w:pPr>
        <w:spacing w:before="0" w:after="80" w:line="300" w:lineRule="auto"/>
        <w:jc w:val="left"/>
      </w:pPr>
      <w:r>
        <w:rPr>
          <w:rFonts w:ascii="Times New Roman" w:hAnsi="Times New Roman" w:eastAsia="宋体"/>
          <w:b w:val="0"/>
          <w:i w:val="0"/>
          <w:sz w:val="21"/>
        </w:rPr>
        <w:t>(8k - 168)/(k - 12)。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the scores of everyone in the class is 8k. The sum of the scores in the collection of 12 is 12 · 14 = 168.</w:t>
      </w:r>
    </w:p>
    <w:p>
      <w:pPr>
        <w:spacing w:before="0" w:after="80" w:line="300" w:lineRule="auto"/>
        <w:jc w:val="left"/>
      </w:pPr>
      <w:r>
        <w:rPr>
          <w:rFonts w:ascii="Times New Roman" w:hAnsi="Times New Roman" w:eastAsia="宋体"/>
          <w:b w:val="0"/>
          <w:i w:val="0"/>
          <w:color w:val="333333"/>
          <w:sz w:val="19"/>
        </w:rPr>
        <w:t>This means that the sum of the scores of everyone not in the collection is 8k - 168. There are also k - 12 people not in the collection. Therefore, the average is</w:t>
      </w:r>
    </w:p>
    <w:p>
      <w:pPr>
        <w:spacing w:before="0" w:after="80" w:line="300" w:lineRule="auto"/>
        <w:jc w:val="left"/>
      </w:pPr>
      <w:r>
        <w:rPr>
          <w:rFonts w:ascii="Times New Roman" w:hAnsi="Times New Roman" w:eastAsia="宋体"/>
          <w:b w:val="0"/>
          <w:i w:val="0"/>
          <w:color w:val="333333"/>
          <w:sz w:val="19"/>
        </w:rPr>
        <w:t>(8k - 168)/(k - 12).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A</w:t>
      </w:r>
    </w:p>
    <w:p>
      <w:pPr>
        <w:spacing w:before="0" w:after="80" w:line="300" w:lineRule="auto"/>
        <w:jc w:val="left"/>
      </w:pPr>
      <w:r>
        <w:rPr>
          <w:rFonts w:ascii="Times New Roman" w:hAnsi="Times New Roman" w:eastAsia="宋体"/>
          <w:b w:val="0"/>
          <w:i w:val="0"/>
          <w:sz w:val="21"/>
        </w:rPr>
        <w:t>设到消防塔的全程距离为 2d，其中 d &gt; 0。</w:t>
      </w:r>
    </w:p>
    <w:p>
      <w:pPr>
        <w:spacing w:before="0" w:after="80" w:line="300" w:lineRule="auto"/>
        <w:jc w:val="left"/>
      </w:pPr>
      <w:r>
        <w:rPr>
          <w:rFonts w:ascii="Times New Roman" w:hAnsi="Times New Roman" w:eastAsia="宋体"/>
          <w:b w:val="0"/>
          <w:i w:val="0"/>
          <w:sz w:val="21"/>
        </w:rPr>
        <w:t>于是 Chantal 徒步用了</w:t>
      </w:r>
    </w:p>
    <w:p>
      <w:pPr>
        <w:spacing w:before="0" w:after="80" w:line="300" w:lineRule="auto"/>
        <w:jc w:val="left"/>
      </w:pPr>
      <w:r>
        <w:rPr>
          <w:rFonts w:ascii="Times New Roman" w:hAnsi="Times New Roman" w:eastAsia="宋体"/>
          <w:b w:val="0"/>
          <w:i w:val="0"/>
          <w:sz w:val="21"/>
        </w:rPr>
        <w:t>d/4 + d/2 + d/3 = 13d/12</w:t>
      </w:r>
    </w:p>
    <w:p>
      <w:pPr>
        <w:spacing w:before="0" w:after="80" w:line="300" w:lineRule="auto"/>
        <w:jc w:val="left"/>
      </w:pPr>
      <w:r>
        <w:rPr>
          <w:rFonts w:ascii="Times New Roman" w:hAnsi="Times New Roman" w:eastAsia="宋体"/>
          <w:b w:val="0"/>
          <w:i w:val="0"/>
          <w:sz w:val="21"/>
        </w:rPr>
        <w:t>小时。</w:t>
      </w:r>
    </w:p>
    <w:p>
      <w:pPr>
        <w:spacing w:before="0" w:after="80" w:line="300" w:lineRule="auto"/>
        <w:jc w:val="left"/>
      </w:pPr>
      <w:r>
        <w:rPr>
          <w:rFonts w:ascii="Times New Roman" w:hAnsi="Times New Roman" w:eastAsia="宋体"/>
          <w:b w:val="0"/>
          <w:i w:val="0"/>
          <w:sz w:val="21"/>
        </w:rPr>
        <w:t>Jean 在 13d/12 小时内走了 d 英里，所以他的速度为</w:t>
      </w:r>
    </w:p>
    <w:p>
      <w:pPr>
        <w:spacing w:before="0" w:after="80" w:line="300" w:lineRule="auto"/>
        <w:jc w:val="left"/>
      </w:pPr>
      <w:r>
        <w:rPr>
          <w:rFonts w:ascii="Times New Roman" w:hAnsi="Times New Roman" w:eastAsia="宋体"/>
          <w:b w:val="0"/>
          <w:i w:val="0"/>
          <w:sz w:val="21"/>
        </w:rPr>
        <w:t>d ÷ 13d/12 = 12/13</w:t>
      </w:r>
    </w:p>
    <w:p>
      <w:pPr>
        <w:spacing w:before="0" w:after="80" w:line="300" w:lineRule="auto"/>
        <w:jc w:val="left"/>
      </w:pPr>
      <w:r>
        <w:rPr>
          <w:rFonts w:ascii="Times New Roman" w:hAnsi="Times New Roman" w:eastAsia="宋体"/>
          <w:b w:val="0"/>
          <w:i w:val="0"/>
          <w:sz w:val="21"/>
        </w:rPr>
        <w:t>英里每小时。</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2d be the distance from the trailhead to the fire tower, where d &gt; 0.</w:t>
      </w:r>
    </w:p>
    <w:p>
      <w:pPr>
        <w:spacing w:before="0" w:after="80" w:line="300" w:lineRule="auto"/>
        <w:jc w:val="left"/>
      </w:pPr>
      <w:r>
        <w:rPr>
          <w:rFonts w:ascii="Times New Roman" w:hAnsi="Times New Roman" w:eastAsia="宋体"/>
          <w:b w:val="0"/>
          <w:i w:val="0"/>
          <w:color w:val="333333"/>
          <w:sz w:val="19"/>
        </w:rPr>
        <w:t>Then Chantal hiked for</w:t>
      </w:r>
    </w:p>
    <w:p>
      <w:pPr>
        <w:spacing w:before="0" w:after="80" w:line="300" w:lineRule="auto"/>
        <w:jc w:val="left"/>
      </w:pPr>
      <w:r>
        <w:rPr>
          <w:rFonts w:ascii="Times New Roman" w:hAnsi="Times New Roman" w:eastAsia="宋体"/>
          <w:b w:val="0"/>
          <w:i w:val="0"/>
          <w:color w:val="333333"/>
          <w:sz w:val="19"/>
        </w:rPr>
        <w:t>d/4 + d/2 + d/3 = 13d/12</w:t>
      </w:r>
    </w:p>
    <w:p>
      <w:pPr>
        <w:spacing w:before="0" w:after="80" w:line="300" w:lineRule="auto"/>
        <w:jc w:val="left"/>
      </w:pPr>
      <w:r>
        <w:rPr>
          <w:rFonts w:ascii="Times New Roman" w:hAnsi="Times New Roman" w:eastAsia="宋体"/>
          <w:b w:val="0"/>
          <w:i w:val="0"/>
          <w:color w:val="333333"/>
          <w:sz w:val="19"/>
        </w:rPr>
        <w:t>hours.</w:t>
      </w:r>
    </w:p>
    <w:p>
      <w:pPr>
        <w:spacing w:before="0" w:after="80" w:line="300" w:lineRule="auto"/>
        <w:jc w:val="left"/>
      </w:pPr>
      <w:r>
        <w:rPr>
          <w:rFonts w:ascii="Times New Roman" w:hAnsi="Times New Roman" w:eastAsia="宋体"/>
          <w:b w:val="0"/>
          <w:i w:val="0"/>
          <w:color w:val="333333"/>
          <w:sz w:val="19"/>
        </w:rPr>
        <w:t>If Jean travelled d miles in 13d/12 hours, then his speed was</w:t>
      </w:r>
    </w:p>
    <w:p>
      <w:pPr>
        <w:spacing w:before="0" w:after="80" w:line="300" w:lineRule="auto"/>
        <w:jc w:val="left"/>
      </w:pPr>
      <w:r>
        <w:rPr>
          <w:rFonts w:ascii="Times New Roman" w:hAnsi="Times New Roman" w:eastAsia="宋体"/>
          <w:b w:val="0"/>
          <w:i w:val="0"/>
          <w:color w:val="333333"/>
          <w:sz w:val="19"/>
        </w:rPr>
        <w:t>d ÷ 13d/12 = 12/13</w:t>
      </w:r>
    </w:p>
    <w:p>
      <w:pPr>
        <w:spacing w:before="0" w:after="80" w:line="300" w:lineRule="auto"/>
        <w:jc w:val="left"/>
      </w:pPr>
      <w:r>
        <w:rPr>
          <w:rFonts w:ascii="Times New Roman" w:hAnsi="Times New Roman" w:eastAsia="宋体"/>
          <w:b w:val="0"/>
          <w:i w:val="0"/>
          <w:color w:val="333333"/>
          <w:sz w:val="19"/>
        </w:rPr>
        <w:t>miles per hour.</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7 题　答案 D</w:t>
      </w:r>
    </w:p>
    <w:p>
      <w:pPr>
        <w:spacing w:before="0" w:after="80" w:line="300" w:lineRule="auto"/>
        <w:jc w:val="left"/>
      </w:pPr>
      <w:r>
        <w:rPr>
          <w:rFonts w:ascii="Times New Roman" w:hAnsi="Times New Roman" w:eastAsia="宋体"/>
          <w:b w:val="0"/>
          <w:i w:val="0"/>
          <w:sz w:val="21"/>
        </w:rPr>
        <w:t>紫色的蛇不会减法，而不会减法的蛇也不会加法，所以紫色的蛇不会加法。</w:t>
      </w:r>
    </w:p>
    <w:p>
      <w:pPr>
        <w:spacing w:before="0" w:after="80" w:line="300" w:lineRule="auto"/>
        <w:jc w:val="left"/>
      </w:pPr>
      <w:r>
        <w:rPr>
          <w:rFonts w:ascii="Times New Roman" w:hAnsi="Times New Roman" w:eastAsia="宋体"/>
          <w:b w:val="0"/>
          <w:i w:val="0"/>
          <w:sz w:val="21"/>
        </w:rPr>
        <w:t>另一方面，开心的蛇都会加法，所以开心的蛇不可能是紫色的。</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the third condition ensures that purple snakes can’t add.</w:t>
      </w:r>
    </w:p>
    <w:p>
      <w:pPr>
        <w:spacing w:before="0" w:after="80" w:line="300" w:lineRule="auto"/>
        <w:jc w:val="left"/>
      </w:pPr>
      <w:r>
        <w:rPr>
          <w:rFonts w:ascii="Times New Roman" w:hAnsi="Times New Roman" w:eastAsia="宋体"/>
          <w:b w:val="0"/>
          <w:i w:val="0"/>
          <w:color w:val="333333"/>
          <w:sz w:val="19"/>
        </w:rPr>
        <w:t>We also know that all happy snakes can add, which means that happy snakes can’t be purple as well.</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E</w:t>
      </w:r>
    </w:p>
    <w:p>
      <w:pPr>
        <w:spacing w:before="0" w:after="80" w:line="300" w:lineRule="auto"/>
        <w:jc w:val="left"/>
      </w:pPr>
      <w:r>
        <w:rPr>
          <w:rFonts w:ascii="Times New Roman" w:hAnsi="Times New Roman" w:eastAsia="宋体"/>
          <w:b w:val="0"/>
          <w:i w:val="0"/>
          <w:sz w:val="21"/>
        </w:rPr>
        <w:t>设 N=10a+b，即由数字 a 和 b 组成的两位数。于是</w:t>
      </w:r>
    </w:p>
    <w:p>
      <w:pPr>
        <w:spacing w:before="0" w:after="80" w:line="300" w:lineRule="auto"/>
        <w:jc w:val="left"/>
      </w:pPr>
      <w:r>
        <w:rPr>
          <w:rFonts w:ascii="Times New Roman" w:hAnsi="Times New Roman" w:eastAsia="宋体"/>
          <w:b w:val="0"/>
          <w:i w:val="0"/>
          <w:sz w:val="21"/>
        </w:rPr>
        <w:t>1.ab=1+N/99</w:t>
      </w:r>
    </w:p>
    <w:p>
      <w:pPr>
        <w:spacing w:before="0" w:after="80" w:line="300" w:lineRule="auto"/>
        <w:jc w:val="left"/>
      </w:pPr>
      <w:r>
        <w:rPr>
          <w:rFonts w:ascii="Times New Roman" w:hAnsi="Times New Roman" w:eastAsia="宋体"/>
          <w:b w:val="0"/>
          <w:i w:val="0"/>
          <w:sz w:val="21"/>
        </w:rPr>
        <w:t>而学生所用的有限小数是</w:t>
      </w:r>
    </w:p>
    <w:p>
      <w:pPr>
        <w:spacing w:before="0" w:after="80" w:line="300" w:lineRule="auto"/>
        <w:jc w:val="left"/>
      </w:pPr>
      <w:r>
        <w:rPr>
          <w:rFonts w:ascii="Times New Roman" w:hAnsi="Times New Roman" w:eastAsia="宋体"/>
          <w:b w:val="0"/>
          <w:i w:val="0"/>
          <w:sz w:val="21"/>
        </w:rPr>
        <w:t>1.ab=1+N/100。</w:t>
      </w:r>
    </w:p>
    <w:p>
      <w:pPr>
        <w:spacing w:before="0" w:after="80" w:line="300" w:lineRule="auto"/>
        <w:jc w:val="left"/>
      </w:pPr>
      <w:r>
        <w:rPr>
          <w:rFonts w:ascii="Times New Roman" w:hAnsi="Times New Roman" w:eastAsia="宋体"/>
          <w:b w:val="0"/>
          <w:i w:val="0"/>
          <w:sz w:val="21"/>
        </w:rPr>
        <w:t>正确的乘积比学生算出的乘积大 0.5，所以</w:t>
      </w:r>
    </w:p>
    <w:p>
      <w:pPr>
        <w:spacing w:before="0" w:after="80" w:line="300" w:lineRule="auto"/>
        <w:jc w:val="left"/>
      </w:pPr>
      <w:r>
        <w:rPr>
          <w:rFonts w:ascii="Times New Roman" w:hAnsi="Times New Roman" w:eastAsia="宋体"/>
          <w:b w:val="0"/>
          <w:i w:val="0"/>
          <w:sz w:val="21"/>
        </w:rPr>
        <w:t>66(N/99-N/100) =N/150=0.5。</w:t>
      </w:r>
    </w:p>
    <w:p>
      <w:pPr>
        <w:spacing w:before="0" w:after="80" w:line="300" w:lineRule="auto"/>
        <w:jc w:val="left"/>
      </w:pPr>
      <w:r>
        <w:rPr>
          <w:rFonts w:ascii="Times New Roman" w:hAnsi="Times New Roman" w:eastAsia="宋体"/>
          <w:b w:val="0"/>
          <w:i w:val="0"/>
          <w:sz w:val="21"/>
        </w:rPr>
        <w:t>因此 N=75。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N=10a+b, the two-digit integer formed by the digits a and b. Then</w:t>
      </w:r>
    </w:p>
    <w:p>
      <w:pPr>
        <w:spacing w:before="0" w:after="80" w:line="300" w:lineRule="auto"/>
        <w:jc w:val="left"/>
      </w:pPr>
      <w:r>
        <w:rPr>
          <w:rFonts w:ascii="Times New Roman" w:hAnsi="Times New Roman" w:eastAsia="宋体"/>
          <w:b w:val="0"/>
          <w:i w:val="0"/>
          <w:color w:val="333333"/>
          <w:sz w:val="19"/>
        </w:rPr>
        <w:t>1.ab=1+N/99</w:t>
      </w:r>
    </w:p>
    <w:p>
      <w:pPr>
        <w:spacing w:before="0" w:after="80" w:line="300" w:lineRule="auto"/>
        <w:jc w:val="left"/>
      </w:pPr>
      <w:r>
        <w:rPr>
          <w:rFonts w:ascii="Times New Roman" w:hAnsi="Times New Roman" w:eastAsia="宋体"/>
          <w:b w:val="0"/>
          <w:i w:val="0"/>
          <w:color w:val="333333"/>
          <w:sz w:val="19"/>
        </w:rPr>
        <w:t>while the terminating decimal the student used is</w:t>
      </w:r>
    </w:p>
    <w:p>
      <w:pPr>
        <w:spacing w:before="0" w:after="80" w:line="300" w:lineRule="auto"/>
        <w:jc w:val="left"/>
      </w:pPr>
      <w:r>
        <w:rPr>
          <w:rFonts w:ascii="Times New Roman" w:hAnsi="Times New Roman" w:eastAsia="宋体"/>
          <w:b w:val="0"/>
          <w:i w:val="0"/>
          <w:color w:val="333333"/>
          <w:sz w:val="19"/>
        </w:rPr>
        <w:t>1.ab=1+N/100.</w:t>
      </w:r>
    </w:p>
    <w:p>
      <w:pPr>
        <w:spacing w:before="0" w:after="80" w:line="300" w:lineRule="auto"/>
        <w:jc w:val="left"/>
      </w:pPr>
      <w:r>
        <w:rPr>
          <w:rFonts w:ascii="Times New Roman" w:hAnsi="Times New Roman" w:eastAsia="宋体"/>
          <w:b w:val="0"/>
          <w:i w:val="0"/>
          <w:color w:val="333333"/>
          <w:sz w:val="19"/>
        </w:rPr>
        <w:t>The correct product exceeds the student’s product by 0.5, so</w:t>
      </w:r>
    </w:p>
    <w:p>
      <w:pPr>
        <w:spacing w:before="0" w:after="80" w:line="300" w:lineRule="auto"/>
        <w:jc w:val="left"/>
      </w:pPr>
      <w:r>
        <w:rPr>
          <w:rFonts w:ascii="Times New Roman" w:hAnsi="Times New Roman" w:eastAsia="宋体"/>
          <w:b w:val="0"/>
          <w:i w:val="0"/>
          <w:color w:val="333333"/>
          <w:sz w:val="19"/>
        </w:rPr>
        <w:t>66(N/99-N/100) =N/150=0.5.</w:t>
      </w:r>
    </w:p>
    <w:p>
      <w:pPr>
        <w:spacing w:before="0" w:after="80" w:line="300" w:lineRule="auto"/>
        <w:jc w:val="left"/>
      </w:pPr>
      <w:r>
        <w:rPr>
          <w:rFonts w:ascii="Times New Roman" w:hAnsi="Times New Roman" w:eastAsia="宋体"/>
          <w:b w:val="0"/>
          <w:i w:val="0"/>
          <w:color w:val="333333"/>
          <w:sz w:val="19"/>
        </w:rPr>
        <w:t>Hence N=75.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展开得</w:t>
      </w:r>
    </w:p>
    <w:p>
      <w:pPr>
        <w:spacing w:before="0" w:after="80" w:line="300" w:lineRule="auto"/>
        <w:jc w:val="left"/>
      </w:pPr>
      <w:r>
        <w:rPr>
          <w:rFonts w:ascii="Times New Roman" w:hAnsi="Times New Roman" w:eastAsia="宋体"/>
          <w:b w:val="0"/>
          <w:i w:val="0"/>
          <w:sz w:val="21"/>
        </w:rPr>
        <w:t>x²y² - 2xy + 1 + x² + 2xy + y²</w:t>
      </w:r>
    </w:p>
    <w:p>
      <w:pPr>
        <w:spacing w:before="0" w:after="80" w:line="300" w:lineRule="auto"/>
        <w:jc w:val="left"/>
      </w:pPr>
      <w:r>
        <w:rPr>
          <w:rFonts w:ascii="Times New Roman" w:hAnsi="Times New Roman" w:eastAsia="宋体"/>
          <w:b w:val="0"/>
          <w:i w:val="0"/>
          <w:sz w:val="21"/>
        </w:rPr>
        <w:t>= x²y² + x² + y² + 1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每个平方项都非负，因此除 1 外的各项都取 0 时，总和取得最小值 1。</w:t>
      </w:r>
    </w:p>
    <w:p>
      <w:pPr>
        <w:spacing w:before="0" w:after="80" w:line="300" w:lineRule="auto"/>
        <w:jc w:val="left"/>
      </w:pPr>
      <w:r>
        <w:rPr>
          <w:rFonts w:ascii="Times New Roman" w:hAnsi="Times New Roman" w:eastAsia="宋体"/>
          <w:b w:val="0"/>
          <w:i w:val="0"/>
          <w:sz w:val="21"/>
        </w:rPr>
        <w:t>当 x = y = 0 时可以取到这个值。</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Expanding, we get</w:t>
      </w:r>
    </w:p>
    <w:p>
      <w:pPr>
        <w:spacing w:before="0" w:after="80" w:line="300" w:lineRule="auto"/>
        <w:jc w:val="left"/>
      </w:pPr>
      <w:r>
        <w:rPr>
          <w:rFonts w:ascii="Times New Roman" w:hAnsi="Times New Roman" w:eastAsia="宋体"/>
          <w:b w:val="0"/>
          <w:i w:val="0"/>
          <w:color w:val="333333"/>
          <w:sz w:val="19"/>
        </w:rPr>
        <w:t>x²y² - 2xy + 1 + x² + 2xy + y²</w:t>
      </w:r>
    </w:p>
    <w:p>
      <w:pPr>
        <w:spacing w:before="0" w:after="80" w:line="300" w:lineRule="auto"/>
        <w:jc w:val="left"/>
      </w:pPr>
      <w:r>
        <w:rPr>
          <w:rFonts w:ascii="Times New Roman" w:hAnsi="Times New Roman" w:eastAsia="宋体"/>
          <w:b w:val="0"/>
          <w:i w:val="0"/>
          <w:color w:val="333333"/>
          <w:sz w:val="19"/>
        </w:rPr>
        <w:t>= x²y² + x² + y² + 1.</w:t>
      </w:r>
    </w:p>
    <w:p>
      <w:pPr>
        <w:spacing w:before="0" w:after="80" w:line="300" w:lineRule="auto"/>
        <w:jc w:val="left"/>
      </w:pPr>
      <w:r>
        <w:rPr>
          <w:rFonts w:ascii="Times New Roman" w:hAnsi="Times New Roman" w:eastAsia="宋体"/>
          <w:b w:val="0"/>
          <w:i w:val="0"/>
          <w:color w:val="333333"/>
          <w:sz w:val="19"/>
        </w:rPr>
        <w:t>Note that every square must be non-negative. Therefore, the minimum value is when all the terms except 1 are 0, making the sum 1.</w:t>
      </w:r>
    </w:p>
    <w:p>
      <w:pPr>
        <w:spacing w:before="0" w:after="80" w:line="300" w:lineRule="auto"/>
        <w:jc w:val="left"/>
      </w:pPr>
      <w:r>
        <w:rPr>
          <w:rFonts w:ascii="Times New Roman" w:hAnsi="Times New Roman" w:eastAsia="宋体"/>
          <w:b w:val="0"/>
          <w:i w:val="0"/>
          <w:color w:val="333333"/>
          <w:sz w:val="19"/>
        </w:rPr>
        <w:t>This is attainable when x = y = 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C</w:t>
      </w:r>
    </w:p>
    <w:p>
      <w:pPr>
        <w:spacing w:before="0" w:after="80" w:line="300" w:lineRule="auto"/>
        <w:jc w:val="left"/>
      </w:pPr>
      <w:r>
        <w:rPr>
          <w:rFonts w:ascii="Times New Roman" w:hAnsi="Times New Roman" w:eastAsia="宋体"/>
          <w:b w:val="0"/>
          <w:i w:val="0"/>
          <w:sz w:val="21"/>
        </w:rPr>
        <w:t>把这个乘积乘以 3-2=1。反复应用平方差公式，得到</w:t>
      </w:r>
    </w:p>
    <w:p>
      <w:pPr>
        <w:spacing w:before="0" w:after="80" w:line="300" w:lineRule="auto"/>
        <w:jc w:val="left"/>
      </w:pPr>
      <w:r>
        <w:rPr>
          <w:rFonts w:ascii="Times New Roman" w:hAnsi="Times New Roman" w:eastAsia="宋体"/>
          <w:b w:val="0"/>
          <w:i w:val="0"/>
          <w:sz w:val="21"/>
        </w:rPr>
        <w:t>(3-2)(3+2)=3²-2²,</w:t>
      </w:r>
    </w:p>
    <w:p>
      <w:pPr>
        <w:spacing w:before="0" w:after="80" w:line="300" w:lineRule="auto"/>
        <w:jc w:val="left"/>
      </w:pPr>
      <w:r>
        <w:rPr>
          <w:rFonts w:ascii="Times New Roman" w:hAnsi="Times New Roman" w:eastAsia="宋体"/>
          <w:b w:val="0"/>
          <w:i w:val="0"/>
          <w:sz w:val="21"/>
        </w:rPr>
        <w:t>(3²-2²)(3²+2²)=3⁴-2⁴</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同样的相消一直进行到最后一个因子。因此这个乘积等于 3¹²⁸-2¹²⁸。</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Multiply the product by 3-2=1. Repeatedly applying the difference-of-squares identity gives</w:t>
      </w:r>
    </w:p>
    <w:p>
      <w:pPr>
        <w:spacing w:before="0" w:after="80" w:line="300" w:lineRule="auto"/>
        <w:jc w:val="left"/>
      </w:pPr>
      <w:r>
        <w:rPr>
          <w:rFonts w:ascii="Times New Roman" w:hAnsi="Times New Roman" w:eastAsia="宋体"/>
          <w:b w:val="0"/>
          <w:i w:val="0"/>
          <w:color w:val="333333"/>
          <w:sz w:val="19"/>
        </w:rPr>
        <w:t>(3-2)(3+2)=3²-2²,</w:t>
      </w:r>
    </w:p>
    <w:p>
      <w:pPr>
        <w:spacing w:before="0" w:after="80" w:line="300" w:lineRule="auto"/>
        <w:jc w:val="left"/>
      </w:pPr>
      <w:r>
        <w:rPr>
          <w:rFonts w:ascii="Times New Roman" w:hAnsi="Times New Roman" w:eastAsia="宋体"/>
          <w:b w:val="0"/>
          <w:i w:val="0"/>
          <w:color w:val="333333"/>
          <w:sz w:val="19"/>
        </w:rPr>
        <w:t>(3²-2²)(3²+2²)=3⁴-2⁴,</w:t>
      </w:r>
    </w:p>
    <w:p>
      <w:pPr>
        <w:spacing w:before="0" w:after="80" w:line="300" w:lineRule="auto"/>
        <w:jc w:val="left"/>
      </w:pPr>
      <w:r>
        <w:rPr>
          <w:rFonts w:ascii="Times New Roman" w:hAnsi="Times New Roman" w:eastAsia="宋体"/>
          <w:b w:val="0"/>
          <w:i w:val="0"/>
          <w:color w:val="333333"/>
          <w:sz w:val="19"/>
        </w:rPr>
        <w:t>and the same cancellation continues through the final factor. Therefore the product is 3¹²⁸-2¹²⁸.</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11 题　答案 E</w:t>
      </w:r>
    </w:p>
    <w:p>
      <w:pPr>
        <w:spacing w:before="0" w:after="80" w:line="300" w:lineRule="auto"/>
        <w:jc w:val="left"/>
      </w:pPr>
      <w:r>
        <w:rPr>
          <w:rFonts w:ascii="Times New Roman" w:hAnsi="Times New Roman" w:eastAsia="宋体"/>
          <w:b w:val="0"/>
          <w:i w:val="0"/>
          <w:sz w:val="21"/>
        </w:rPr>
        <w:t>按进制定义，把这个差写成 10 进制表达式：</w:t>
      </w:r>
    </w:p>
    <w:p>
      <w:pPr>
        <w:spacing w:before="0" w:after="80" w:line="300" w:lineRule="auto"/>
        <w:jc w:val="left"/>
      </w:pPr>
      <w:r>
        <w:rPr>
          <w:rFonts w:ascii="Times New Roman" w:hAnsi="Times New Roman" w:eastAsia="宋体"/>
          <w:b w:val="0"/>
          <w:i w:val="0"/>
          <w:sz w:val="21"/>
        </w:rPr>
        <w:t>2b³ + 2b + 1 - 2b² - 2b - 1</w:t>
      </w:r>
    </w:p>
    <w:p>
      <w:pPr>
        <w:spacing w:before="0" w:after="80" w:line="300" w:lineRule="auto"/>
        <w:jc w:val="left"/>
      </w:pPr>
      <w:r>
        <w:rPr>
          <w:rFonts w:ascii="Times New Roman" w:hAnsi="Times New Roman" w:eastAsia="宋体"/>
          <w:b w:val="0"/>
          <w:i w:val="0"/>
          <w:sz w:val="21"/>
        </w:rPr>
        <w:t>= 2b³ - 2b² = 2b²(b - 1)。</w:t>
      </w:r>
    </w:p>
    <w:p>
      <w:pPr>
        <w:spacing w:before="0" w:after="80" w:line="300" w:lineRule="auto"/>
        <w:jc w:val="left"/>
      </w:pPr>
      <w:r>
        <w:rPr>
          <w:rFonts w:ascii="Times New Roman" w:hAnsi="Times New Roman" w:eastAsia="宋体"/>
          <w:b w:val="0"/>
          <w:i w:val="0"/>
          <w:sz w:val="21"/>
        </w:rPr>
        <w:t>要使它能被 3 整除，b 或 b - 1 必须能被 3 整除。</w:t>
      </w:r>
    </w:p>
    <w:p>
      <w:pPr>
        <w:spacing w:before="0" w:after="80" w:line="300" w:lineRule="auto"/>
        <w:jc w:val="left"/>
      </w:pPr>
      <w:r>
        <w:rPr>
          <w:rFonts w:ascii="Times New Roman" w:hAnsi="Times New Roman" w:eastAsia="宋体"/>
          <w:b w:val="0"/>
          <w:i w:val="0"/>
          <w:sz w:val="21"/>
        </w:rPr>
        <w:t>唯一两个条件都不满足的选项是 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express this expression in base 10 using the definition of bases:</w:t>
      </w:r>
    </w:p>
    <w:p>
      <w:pPr>
        <w:spacing w:before="0" w:after="80" w:line="300" w:lineRule="auto"/>
        <w:jc w:val="left"/>
      </w:pPr>
      <w:r>
        <w:rPr>
          <w:rFonts w:ascii="Times New Roman" w:hAnsi="Times New Roman" w:eastAsia="宋体"/>
          <w:b w:val="0"/>
          <w:i w:val="0"/>
          <w:color w:val="333333"/>
          <w:sz w:val="19"/>
        </w:rPr>
        <w:t>2b³ + 2b + 1 - 2b² - 2b - 1</w:t>
      </w:r>
    </w:p>
    <w:p>
      <w:pPr>
        <w:spacing w:before="0" w:after="80" w:line="300" w:lineRule="auto"/>
        <w:jc w:val="left"/>
      </w:pPr>
      <w:r>
        <w:rPr>
          <w:rFonts w:ascii="Times New Roman" w:hAnsi="Times New Roman" w:eastAsia="宋体"/>
          <w:b w:val="0"/>
          <w:i w:val="0"/>
          <w:color w:val="333333"/>
          <w:sz w:val="19"/>
        </w:rPr>
        <w:t>= 2b³ - 2b² = 2b²(b - 1).</w:t>
      </w:r>
    </w:p>
    <w:p>
      <w:pPr>
        <w:spacing w:before="0" w:after="80" w:line="300" w:lineRule="auto"/>
        <w:jc w:val="left"/>
      </w:pPr>
      <w:r>
        <w:rPr>
          <w:rFonts w:ascii="Times New Roman" w:hAnsi="Times New Roman" w:eastAsia="宋体"/>
          <w:b w:val="0"/>
          <w:i w:val="0"/>
          <w:color w:val="333333"/>
          <w:sz w:val="19"/>
        </w:rPr>
        <w:t>For this to be divisible by 3, either b or b - 1 must be divisible by 3.</w:t>
      </w:r>
    </w:p>
    <w:p>
      <w:pPr>
        <w:spacing w:before="0" w:after="80" w:line="300" w:lineRule="auto"/>
        <w:jc w:val="left"/>
      </w:pPr>
      <w:r>
        <w:rPr>
          <w:rFonts w:ascii="Times New Roman" w:hAnsi="Times New Roman" w:eastAsia="宋体"/>
          <w:b w:val="0"/>
          <w:i w:val="0"/>
          <w:color w:val="333333"/>
          <w:sz w:val="19"/>
        </w:rPr>
        <w:t>The only answer choice that satisfies neither of these conditions is 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E</w:t>
      </w:r>
    </w:p>
    <w:p>
      <w:pPr>
        <w:spacing w:before="0" w:after="80" w:line="300" w:lineRule="auto"/>
        <w:jc w:val="left"/>
      </w:pPr>
      <w:r>
        <w:rPr>
          <w:rFonts w:ascii="Times New Roman" w:hAnsi="Times New Roman" w:eastAsia="宋体"/>
          <w:b w:val="0"/>
          <w:i w:val="0"/>
          <w:sz w:val="21"/>
        </w:rPr>
        <w:t>设窄圆锥和宽圆锥的初始液面高度分别为 h₁、h₂。因为两者的液体体积相等，所以</w:t>
      </w:r>
    </w:p>
    <w:p>
      <w:pPr>
        <w:spacing w:before="0" w:after="80" w:line="300" w:lineRule="auto"/>
        <w:jc w:val="left"/>
      </w:pPr>
      <w:r>
        <w:rPr>
          <w:rFonts w:ascii="Times New Roman" w:hAnsi="Times New Roman" w:eastAsia="宋体"/>
          <w:b w:val="0"/>
          <w:i w:val="0"/>
          <w:sz w:val="21"/>
        </w:rPr>
        <w:t>1/3π(3)²h₁=1/3π(6)²h₂，</w:t>
      </w:r>
    </w:p>
    <w:p>
      <w:pPr>
        <w:spacing w:before="0" w:after="80" w:line="300" w:lineRule="auto"/>
        <w:jc w:val="left"/>
      </w:pPr>
      <w:r>
        <w:rPr>
          <w:rFonts w:ascii="Times New Roman" w:hAnsi="Times New Roman" w:eastAsia="宋体"/>
          <w:b w:val="0"/>
          <w:i w:val="0"/>
          <w:sz w:val="21"/>
        </w:rPr>
        <w:t>于是 h₁=4h₂。</w:t>
      </w:r>
    </w:p>
    <w:p>
      <w:pPr>
        <w:spacing w:before="0" w:after="80" w:line="300" w:lineRule="auto"/>
        <w:jc w:val="left"/>
      </w:pPr>
      <w:r>
        <w:rPr>
          <w:rFonts w:ascii="Times New Roman" w:hAnsi="Times New Roman" w:eastAsia="宋体"/>
          <w:b w:val="0"/>
          <w:i w:val="0"/>
          <w:sz w:val="21"/>
        </w:rPr>
        <w:t>投入相同的弹珠后，两个圆锥中液面以下的最终体积仍然相等，都等于原有液体体积加上一颗弹珠的体积。若新的液面半径分别为 3x 和 6y，由相似可得新的高度为 h₁x 和 h₂y。于是</w:t>
      </w:r>
    </w:p>
    <w:p>
      <w:pPr>
        <w:spacing w:before="0" w:after="80" w:line="300" w:lineRule="auto"/>
        <w:jc w:val="left"/>
      </w:pPr>
      <w:r>
        <w:rPr>
          <w:rFonts w:ascii="Times New Roman" w:hAnsi="Times New Roman" w:eastAsia="宋体"/>
          <w:b w:val="0"/>
          <w:i w:val="0"/>
          <w:sz w:val="21"/>
        </w:rPr>
        <w:t>1/3π(3x)²h₁x=1/3π(6y)²h₂y。</w:t>
      </w:r>
    </w:p>
    <w:p>
      <w:pPr>
        <w:spacing w:before="0" w:after="80" w:line="300" w:lineRule="auto"/>
        <w:jc w:val="left"/>
      </w:pPr>
      <w:r>
        <w:rPr>
          <w:rFonts w:ascii="Times New Roman" w:hAnsi="Times New Roman" w:eastAsia="宋体"/>
          <w:b w:val="0"/>
          <w:i w:val="0"/>
          <w:sz w:val="21"/>
        </w:rPr>
        <w:t>利用 h₁=4h₂，可化简为 x³=y³，所以 x=y。因此液面上升高度之比为</w:t>
      </w:r>
    </w:p>
    <w:p>
      <w:pPr>
        <w:spacing w:before="0" w:after="80" w:line="300" w:lineRule="auto"/>
        <w:jc w:val="left"/>
      </w:pPr>
      <w:r>
        <w:rPr>
          <w:rFonts w:ascii="Times New Roman" w:hAnsi="Times New Roman" w:eastAsia="宋体"/>
          <w:b w:val="0"/>
          <w:i w:val="0"/>
          <w:sz w:val="21"/>
        </w:rPr>
        <w:t>h₁(x-1):h₂(y-1) = h₁:h₂</w:t>
      </w:r>
    </w:p>
    <w:p>
      <w:pPr>
        <w:spacing w:before="0" w:after="80" w:line="300" w:lineRule="auto"/>
        <w:jc w:val="left"/>
      </w:pPr>
      <w:r>
        <w:rPr>
          <w:rFonts w:ascii="Times New Roman" w:hAnsi="Times New Roman" w:eastAsia="宋体"/>
          <w:b w:val="0"/>
          <w:i w:val="0"/>
          <w:sz w:val="21"/>
        </w:rPr>
        <w:t>= 4:1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initial liquid heights in the narrow and wide cones be h₁ and h₂. Since the liquid volumes are equal,</w:t>
      </w:r>
    </w:p>
    <w:p>
      <w:pPr>
        <w:spacing w:before="0" w:after="80" w:line="300" w:lineRule="auto"/>
        <w:jc w:val="left"/>
      </w:pPr>
      <w:r>
        <w:rPr>
          <w:rFonts w:ascii="Times New Roman" w:hAnsi="Times New Roman" w:eastAsia="宋体"/>
          <w:b w:val="0"/>
          <w:i w:val="0"/>
          <w:color w:val="333333"/>
          <w:sz w:val="19"/>
        </w:rPr>
        <w:t>1/3π(3)²h₁=1/3π(6)²h₂,</w:t>
      </w:r>
    </w:p>
    <w:p>
      <w:pPr>
        <w:spacing w:before="0" w:after="80" w:line="300" w:lineRule="auto"/>
        <w:jc w:val="left"/>
      </w:pPr>
      <w:r>
        <w:rPr>
          <w:rFonts w:ascii="Times New Roman" w:hAnsi="Times New Roman" w:eastAsia="宋体"/>
          <w:b w:val="0"/>
          <w:i w:val="0"/>
          <w:color w:val="333333"/>
          <w:sz w:val="19"/>
        </w:rPr>
        <w:t>so h₁=4h₂.</w:t>
      </w:r>
    </w:p>
    <w:p>
      <w:pPr>
        <w:spacing w:before="0" w:after="80" w:line="300" w:lineRule="auto"/>
        <w:jc w:val="left"/>
      </w:pPr>
      <w:r>
        <w:rPr>
          <w:rFonts w:ascii="Times New Roman" w:hAnsi="Times New Roman" w:eastAsia="宋体"/>
          <w:b w:val="0"/>
          <w:i w:val="0"/>
          <w:color w:val="333333"/>
          <w:sz w:val="19"/>
        </w:rPr>
        <w:t>After the identical marbles are dropped in, each cone must contain the same final volume below the liquid surface: the original liquid volume plus the volume of one marble. If the new liquid-surface radii are 3x and 6y, similarity gives new heights h₁x and h₂y. Thus</w:t>
      </w:r>
    </w:p>
    <w:p>
      <w:pPr>
        <w:spacing w:before="0" w:after="80" w:line="300" w:lineRule="auto"/>
        <w:jc w:val="left"/>
      </w:pPr>
      <w:r>
        <w:rPr>
          <w:rFonts w:ascii="Times New Roman" w:hAnsi="Times New Roman" w:eastAsia="宋体"/>
          <w:b w:val="0"/>
          <w:i w:val="0"/>
          <w:color w:val="333333"/>
          <w:sz w:val="19"/>
        </w:rPr>
        <w:t>1/3π(3x)²h₁x=1/3π(6y)²h₂y.</w:t>
      </w:r>
    </w:p>
    <w:p>
      <w:pPr>
        <w:spacing w:before="0" w:after="80" w:line="300" w:lineRule="auto"/>
        <w:jc w:val="left"/>
      </w:pPr>
      <w:r>
        <w:rPr>
          <w:rFonts w:ascii="Times New Roman" w:hAnsi="Times New Roman" w:eastAsia="宋体"/>
          <w:b w:val="0"/>
          <w:i w:val="0"/>
          <w:color w:val="333333"/>
          <w:sz w:val="19"/>
        </w:rPr>
        <w:t>Using h₁=4h₂, this simplifies to x³=y³, so x=y. The rise ratio is therefore</w:t>
      </w:r>
    </w:p>
    <w:p>
      <w:pPr>
        <w:spacing w:before="0" w:after="80" w:line="300" w:lineRule="auto"/>
        <w:jc w:val="left"/>
      </w:pPr>
      <w:r>
        <w:rPr>
          <w:rFonts w:ascii="Times New Roman" w:hAnsi="Times New Roman" w:eastAsia="宋体"/>
          <w:b w:val="0"/>
          <w:i w:val="0"/>
          <w:color w:val="333333"/>
          <w:sz w:val="19"/>
        </w:rPr>
        <w:t>h₁(x-1):h₂(y-1) = h₁:h₂</w:t>
      </w:r>
    </w:p>
    <w:p>
      <w:pPr>
        <w:spacing w:before="0" w:after="80" w:line="300" w:lineRule="auto"/>
        <w:jc w:val="left"/>
      </w:pPr>
      <w:r>
        <w:rPr>
          <w:rFonts w:ascii="Times New Roman" w:hAnsi="Times New Roman" w:eastAsia="宋体"/>
          <w:b w:val="0"/>
          <w:i w:val="0"/>
          <w:color w:val="333333"/>
          <w:sz w:val="19"/>
        </w:rPr>
        <w:t>= 4:1.</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13 题　答案 C</w:t>
      </w:r>
    </w:p>
    <w:p>
      <w:pPr>
        <w:spacing w:before="0" w:after="80" w:line="300" w:lineRule="auto"/>
        <w:jc w:val="left"/>
      </w:pPr>
      <w:r>
        <w:rPr>
          <w:rFonts w:ascii="Times New Roman" w:hAnsi="Times New Roman" w:eastAsia="宋体"/>
          <w:b w:val="0"/>
          <w:i w:val="0"/>
          <w:sz w:val="21"/>
        </w:rPr>
        <w:t>取 A=(0,0,0)、B=(2,0,0)、C=(0,3,0) 和 D=(0,0,4)。则</w:t>
      </w:r>
    </w:p>
    <w:p>
      <w:pPr>
        <w:spacing w:before="0" w:after="80" w:line="300" w:lineRule="auto"/>
        <w:jc w:val="left"/>
      </w:pPr>
      <w:r>
        <w:rPr>
          <w:rFonts w:ascii="Times New Roman" w:hAnsi="Times New Roman" w:eastAsia="宋体"/>
          <w:b w:val="0"/>
          <w:i w:val="0"/>
          <w:sz w:val="21"/>
        </w:rPr>
        <w:t>BC = √(2²+3²)=√(13),</w:t>
      </w:r>
    </w:p>
    <w:p>
      <w:pPr>
        <w:spacing w:before="0" w:after="80" w:line="300" w:lineRule="auto"/>
        <w:jc w:val="left"/>
      </w:pPr>
      <w:r>
        <w:rPr>
          <w:rFonts w:ascii="Times New Roman" w:hAnsi="Times New Roman" w:eastAsia="宋体"/>
          <w:b w:val="0"/>
          <w:i w:val="0"/>
          <w:sz w:val="21"/>
        </w:rPr>
        <w:t>BD = √(2²+4²)=2√(5),</w:t>
      </w:r>
    </w:p>
    <w:p>
      <w:pPr>
        <w:spacing w:before="0" w:after="80" w:line="300" w:lineRule="auto"/>
        <w:jc w:val="left"/>
      </w:pPr>
      <w:r>
        <w:rPr>
          <w:rFonts w:ascii="Times New Roman" w:hAnsi="Times New Roman" w:eastAsia="宋体"/>
          <w:b w:val="0"/>
          <w:i w:val="0"/>
          <w:sz w:val="21"/>
        </w:rPr>
        <w:t>CD = √(3²+4²)=5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所以这个坐标模型与题目给出的所有棱长相符。三条从 A 出发的棱互相垂直，长度分别为 2,3,4，因此体积为</w:t>
      </w:r>
    </w:p>
    <w:p>
      <w:pPr>
        <w:spacing w:before="0" w:after="80" w:line="300" w:lineRule="auto"/>
        <w:jc w:val="left"/>
      </w:pPr>
      <w:r>
        <w:rPr>
          <w:rFonts w:ascii="Times New Roman" w:hAnsi="Times New Roman" w:eastAsia="宋体"/>
          <w:b w:val="0"/>
          <w:i w:val="0"/>
          <w:sz w:val="21"/>
        </w:rPr>
        <w:t>1/6(2)(3)(4)=4。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A=(0,0,0), B=(2,0,0), C=(0,3,0), and D=(0,0,4). Then</w:t>
      </w:r>
    </w:p>
    <w:p>
      <w:pPr>
        <w:spacing w:before="0" w:after="80" w:line="300" w:lineRule="auto"/>
        <w:jc w:val="left"/>
      </w:pPr>
      <w:r>
        <w:rPr>
          <w:rFonts w:ascii="Times New Roman" w:hAnsi="Times New Roman" w:eastAsia="宋体"/>
          <w:b w:val="0"/>
          <w:i w:val="0"/>
          <w:color w:val="333333"/>
          <w:sz w:val="19"/>
        </w:rPr>
        <w:t>BC = √(2²+3²)=√(13),</w:t>
      </w:r>
    </w:p>
    <w:p>
      <w:pPr>
        <w:spacing w:before="0" w:after="80" w:line="300" w:lineRule="auto"/>
        <w:jc w:val="left"/>
      </w:pPr>
      <w:r>
        <w:rPr>
          <w:rFonts w:ascii="Times New Roman" w:hAnsi="Times New Roman" w:eastAsia="宋体"/>
          <w:b w:val="0"/>
          <w:i w:val="0"/>
          <w:color w:val="333333"/>
          <w:sz w:val="19"/>
        </w:rPr>
        <w:t>BD = √(2²+4²)=2√(5),</w:t>
      </w:r>
    </w:p>
    <w:p>
      <w:pPr>
        <w:spacing w:before="0" w:after="80" w:line="300" w:lineRule="auto"/>
        <w:jc w:val="left"/>
      </w:pPr>
      <w:r>
        <w:rPr>
          <w:rFonts w:ascii="Times New Roman" w:hAnsi="Times New Roman" w:eastAsia="宋体"/>
          <w:b w:val="0"/>
          <w:i w:val="0"/>
          <w:color w:val="333333"/>
          <w:sz w:val="19"/>
        </w:rPr>
        <w:t>CD = √(3²+4²)=5,</w:t>
      </w:r>
    </w:p>
    <w:p>
      <w:pPr>
        <w:spacing w:before="0" w:after="80" w:line="300" w:lineRule="auto"/>
        <w:jc w:val="left"/>
      </w:pPr>
      <w:r>
        <w:rPr>
          <w:rFonts w:ascii="Times New Roman" w:hAnsi="Times New Roman" w:eastAsia="宋体"/>
          <w:b w:val="0"/>
          <w:i w:val="0"/>
          <w:color w:val="333333"/>
          <w:sz w:val="19"/>
        </w:rPr>
        <w:t>so this coordinate model matches all the given edge lengths. The tetrahedron is a rectangular-corner tetrahedron with perpendicular edge lengths 2,3,4 from A, so its volume is</w:t>
      </w:r>
    </w:p>
    <w:p>
      <w:pPr>
        <w:spacing w:before="0" w:after="80" w:line="300" w:lineRule="auto"/>
        <w:jc w:val="left"/>
      </w:pPr>
      <w:r>
        <w:rPr>
          <w:rFonts w:ascii="Times New Roman" w:hAnsi="Times New Roman" w:eastAsia="宋体"/>
          <w:b w:val="0"/>
          <w:i w:val="0"/>
          <w:color w:val="333333"/>
          <w:sz w:val="19"/>
        </w:rPr>
        <w:t>1/6(2)(3)(4)=4.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A</w:t>
      </w:r>
    </w:p>
    <w:p>
      <w:pPr>
        <w:spacing w:before="0" w:after="80" w:line="300" w:lineRule="auto"/>
        <w:jc w:val="left"/>
      </w:pPr>
      <w:r>
        <w:rPr>
          <w:rFonts w:ascii="Times New Roman" w:hAnsi="Times New Roman" w:eastAsia="宋体"/>
          <w:b w:val="0"/>
          <w:i w:val="0"/>
          <w:sz w:val="21"/>
        </w:rPr>
        <w:t>由 Vieta 公式，六个根的和为 10，积为 16。因为积是 2 的幂，所以每个正整数根都是 2 的幂。把四个因子 2 分配给六个根，当其中四个根为 2、两个根为 1 时和最小，而这个和恰好已经等于 10。因此这些根是</w:t>
      </w:r>
    </w:p>
    <w:p>
      <w:pPr>
        <w:spacing w:before="0" w:after="80" w:line="300" w:lineRule="auto"/>
        <w:jc w:val="left"/>
      </w:pPr>
      <w:r>
        <w:rPr>
          <w:rFonts w:ascii="Times New Roman" w:hAnsi="Times New Roman" w:eastAsia="宋体"/>
          <w:b w:val="0"/>
          <w:i w:val="0"/>
          <w:sz w:val="21"/>
        </w:rPr>
        <w:t>1,1,2,2,2,2。</w:t>
      </w:r>
    </w:p>
    <w:p>
      <w:pPr>
        <w:spacing w:before="0" w:after="80" w:line="300" w:lineRule="auto"/>
        <w:jc w:val="left"/>
      </w:pPr>
      <w:r>
        <w:rPr>
          <w:rFonts w:ascii="Times New Roman" w:hAnsi="Times New Roman" w:eastAsia="宋体"/>
          <w:b w:val="0"/>
          <w:i w:val="0"/>
          <w:sz w:val="21"/>
        </w:rPr>
        <w:t>系数 B 是所有三个根乘积之和的相反数。按取零个、一个还是两个等于 1 的根来分类，得</w:t>
      </w:r>
    </w:p>
    <w:p>
      <w:pPr>
        <w:spacing w:before="0" w:after="80" w:line="300" w:lineRule="auto"/>
        <w:jc w:val="left"/>
      </w:pPr>
      <w:r>
        <w:rPr>
          <w:rFonts w:ascii="Times New Roman" w:hAnsi="Times New Roman" w:eastAsia="宋体"/>
          <w:b w:val="0"/>
          <w:i w:val="0"/>
          <w:sz w:val="21"/>
        </w:rPr>
        <w:t>B=-(C(4, 3) 2³+2C(4, 2) 2².</w:t>
      </w:r>
    </w:p>
    <w:p>
      <w:pPr>
        <w:spacing w:before="0" w:after="80" w:line="300" w:lineRule="auto"/>
        <w:jc w:val="left"/>
      </w:pPr>
      <w:r>
        <w:rPr>
          <w:rFonts w:ascii="Times New Roman" w:hAnsi="Times New Roman" w:eastAsia="宋体"/>
          <w:b w:val="0"/>
          <w:i w:val="0"/>
          <w:sz w:val="21"/>
        </w:rPr>
        <w:t>.+C(4, 1) 2)</w:t>
      </w:r>
    </w:p>
    <w:p>
      <w:pPr>
        <w:spacing w:before="0" w:after="80" w:line="300" w:lineRule="auto"/>
        <w:jc w:val="left"/>
      </w:pPr>
      <w:r>
        <w:rPr>
          <w:rFonts w:ascii="Times New Roman" w:hAnsi="Times New Roman" w:eastAsia="宋体"/>
          <w:b w:val="0"/>
          <w:i w:val="0"/>
          <w:sz w:val="21"/>
        </w:rPr>
        <w:t>=-88</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Vieta’s formulas, the six roots have sum 10 and product 16. Because the product is a power of 2, every positive integer root is a power of 2. Distributing the four factors of 2 among six roots gives the least possible sum when four roots are 2 and two roots are 1; that sum is already 10. Hence the roots are</w:t>
      </w:r>
    </w:p>
    <w:p>
      <w:pPr>
        <w:spacing w:before="0" w:after="80" w:line="300" w:lineRule="auto"/>
        <w:jc w:val="left"/>
      </w:pPr>
      <w:r>
        <w:rPr>
          <w:rFonts w:ascii="Times New Roman" w:hAnsi="Times New Roman" w:eastAsia="宋体"/>
          <w:b w:val="0"/>
          <w:i w:val="0"/>
          <w:color w:val="333333"/>
          <w:sz w:val="19"/>
        </w:rPr>
        <w:t>1,1,2,2,2,2.</w:t>
      </w:r>
    </w:p>
    <w:p>
      <w:pPr>
        <w:spacing w:before="0" w:after="80" w:line="300" w:lineRule="auto"/>
        <w:jc w:val="left"/>
      </w:pPr>
      <w:r>
        <w:rPr>
          <w:rFonts w:ascii="Times New Roman" w:hAnsi="Times New Roman" w:eastAsia="宋体"/>
          <w:b w:val="0"/>
          <w:i w:val="0"/>
          <w:color w:val="333333"/>
          <w:sz w:val="19"/>
        </w:rPr>
        <w:t>The coefficient B is the negative of the sum of all products of three roots. Choosing zero, one, or two of the two roots equal to 1 gives</w:t>
      </w:r>
    </w:p>
    <w:p>
      <w:pPr>
        <w:spacing w:before="0" w:after="80" w:line="300" w:lineRule="auto"/>
        <w:jc w:val="left"/>
      </w:pPr>
      <w:r>
        <w:rPr>
          <w:rFonts w:ascii="Times New Roman" w:hAnsi="Times New Roman" w:eastAsia="宋体"/>
          <w:b w:val="0"/>
          <w:i w:val="0"/>
          <w:color w:val="333333"/>
          <w:sz w:val="19"/>
        </w:rPr>
        <w:t>B=-(C(4, 3) 2³+2C(4, 2) 2².</w:t>
      </w:r>
    </w:p>
    <w:p>
      <w:pPr>
        <w:spacing w:before="0" w:after="80" w:line="300" w:lineRule="auto"/>
        <w:jc w:val="left"/>
      </w:pPr>
      <w:r>
        <w:rPr>
          <w:rFonts w:ascii="Times New Roman" w:hAnsi="Times New Roman" w:eastAsia="宋体"/>
          <w:b w:val="0"/>
          <w:i w:val="0"/>
          <w:color w:val="333333"/>
          <w:sz w:val="19"/>
        </w:rPr>
        <w:t>.+C(4, 1) 2)</w:t>
      </w:r>
    </w:p>
    <w:p>
      <w:pPr>
        <w:spacing w:before="0" w:after="80" w:line="300" w:lineRule="auto"/>
        <w:jc w:val="left"/>
      </w:pPr>
      <w:r>
        <w:rPr>
          <w:rFonts w:ascii="Times New Roman" w:hAnsi="Times New Roman" w:eastAsia="宋体"/>
          <w:b w:val="0"/>
          <w:i w:val="0"/>
          <w:color w:val="333333"/>
          <w:sz w:val="19"/>
        </w:rPr>
        <w:t>=-88.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15 题　答案 C</w:t>
      </w:r>
    </w:p>
    <w:p>
      <w:pPr>
        <w:spacing w:before="0" w:after="80" w:line="300" w:lineRule="auto"/>
        <w:jc w:val="left"/>
      </w:pPr>
      <w:r>
        <w:rPr>
          <w:rFonts w:ascii="Times New Roman" w:hAnsi="Times New Roman" w:eastAsia="宋体"/>
          <w:b w:val="0"/>
          <w:i w:val="0"/>
          <w:sz w:val="21"/>
        </w:rPr>
        <w:t>令两式相等，得到</w:t>
      </w:r>
    </w:p>
    <w:p>
      <w:pPr>
        <w:spacing w:before="0" w:after="80" w:line="300" w:lineRule="auto"/>
        <w:jc w:val="left"/>
      </w:pPr>
      <w:r>
        <w:rPr>
          <w:rFonts w:ascii="Times New Roman" w:hAnsi="Times New Roman" w:eastAsia="宋体"/>
          <w:b w:val="0"/>
          <w:i w:val="0"/>
          <w:sz w:val="21"/>
        </w:rPr>
        <w:t>Ax² + B = Cx² + D</w:t>
      </w:r>
    </w:p>
    <w:p>
      <w:pPr>
        <w:spacing w:before="0" w:after="80" w:line="300" w:lineRule="auto"/>
        <w:jc w:val="left"/>
      </w:pPr>
      <w:r>
        <w:rPr>
          <w:rFonts w:ascii="Times New Roman" w:hAnsi="Times New Roman" w:eastAsia="宋体"/>
          <w:b w:val="0"/>
          <w:i w:val="0"/>
          <w:sz w:val="21"/>
        </w:rPr>
        <w:t>x²(A - C) = D - B</w:t>
      </w:r>
    </w:p>
    <w:p>
      <w:pPr>
        <w:spacing w:before="0" w:after="80" w:line="300" w:lineRule="auto"/>
        <w:jc w:val="left"/>
      </w:pPr>
      <w:r>
        <w:rPr>
          <w:rFonts w:ascii="Times New Roman" w:hAnsi="Times New Roman" w:eastAsia="宋体"/>
          <w:b w:val="0"/>
          <w:i w:val="0"/>
          <w:sz w:val="21"/>
        </w:rPr>
        <w:t>x² = (D - B)/(A - C) ≥ 0，</w:t>
      </w:r>
    </w:p>
    <w:p>
      <w:pPr>
        <w:spacing w:before="0" w:after="80" w:line="300" w:lineRule="auto"/>
        <w:jc w:val="left"/>
      </w:pPr>
      <w:r>
        <w:rPr>
          <w:rFonts w:ascii="Times New Roman" w:hAnsi="Times New Roman" w:eastAsia="宋体"/>
          <w:b w:val="0"/>
          <w:i w:val="0"/>
          <w:sz w:val="21"/>
        </w:rPr>
        <w:t>因为平方数非负。</w:t>
      </w:r>
    </w:p>
    <w:p>
      <w:pPr>
        <w:spacing w:before="0" w:after="80" w:line="300" w:lineRule="auto"/>
        <w:jc w:val="left"/>
      </w:pPr>
      <w:r>
        <w:rPr>
          <w:rFonts w:ascii="Times New Roman" w:hAnsi="Times New Roman" w:eastAsia="宋体"/>
          <w:b w:val="0"/>
          <w:i w:val="0"/>
          <w:sz w:val="21"/>
        </w:rPr>
        <w:t>因此 D - B 与 A - C 必须同号。</w:t>
      </w:r>
    </w:p>
    <w:p>
      <w:pPr>
        <w:spacing w:before="0" w:after="80" w:line="300" w:lineRule="auto"/>
        <w:jc w:val="left"/>
      </w:pPr>
      <w:r>
        <w:rPr>
          <w:rFonts w:ascii="Times New Roman" w:hAnsi="Times New Roman" w:eastAsia="宋体"/>
          <w:b w:val="0"/>
          <w:i w:val="0"/>
          <w:sz w:val="21"/>
        </w:rPr>
        <w:t>若先为 (A, C) 和 (B, D) 各选两个不同值，则有 2 种安排使两个差同号。</w:t>
      </w:r>
    </w:p>
    <w:p>
      <w:pPr>
        <w:spacing w:before="0" w:after="80" w:line="300" w:lineRule="auto"/>
        <w:jc w:val="left"/>
      </w:pPr>
      <w:r>
        <w:rPr>
          <w:rFonts w:ascii="Times New Roman" w:hAnsi="Times New Roman" w:eastAsia="宋体"/>
          <w:b w:val="0"/>
          <w:i w:val="0"/>
          <w:sz w:val="21"/>
        </w:rPr>
        <w:t>不过还要除以 2，因为两条曲线列出的顺序不区分。</w:t>
      </w:r>
    </w:p>
    <w:p>
      <w:pPr>
        <w:spacing w:before="0" w:after="80" w:line="300" w:lineRule="auto"/>
        <w:jc w:val="left"/>
      </w:pPr>
      <w:r>
        <w:rPr>
          <w:rFonts w:ascii="Times New Roman" w:hAnsi="Times New Roman" w:eastAsia="宋体"/>
          <w:b w:val="0"/>
          <w:i w:val="0"/>
          <w:sz w:val="21"/>
        </w:rPr>
        <w:t>所以所求选择数为</w:t>
      </w:r>
    </w:p>
    <w:p>
      <w:pPr>
        <w:spacing w:before="0" w:after="80" w:line="300" w:lineRule="auto"/>
        <w:jc w:val="left"/>
      </w:pPr>
      <w:r>
        <w:rPr>
          <w:rFonts w:ascii="Times New Roman" w:hAnsi="Times New Roman" w:eastAsia="宋体"/>
          <w:b w:val="0"/>
          <w:i w:val="0"/>
          <w:sz w:val="21"/>
        </w:rPr>
        <w:t>1/2 C(6, 2) C(4, 2) · 2 = 90。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Setting the equations equal to each other, we get</w:t>
      </w:r>
    </w:p>
    <w:p>
      <w:pPr>
        <w:spacing w:before="0" w:after="80" w:line="300" w:lineRule="auto"/>
        <w:jc w:val="left"/>
      </w:pPr>
      <w:r>
        <w:rPr>
          <w:rFonts w:ascii="Times New Roman" w:hAnsi="Times New Roman" w:eastAsia="宋体"/>
          <w:b w:val="0"/>
          <w:i w:val="0"/>
          <w:color w:val="333333"/>
          <w:sz w:val="19"/>
        </w:rPr>
        <w:t>Ax² + B = Cx² + D</w:t>
      </w:r>
    </w:p>
    <w:p>
      <w:pPr>
        <w:spacing w:before="0" w:after="80" w:line="300" w:lineRule="auto"/>
        <w:jc w:val="left"/>
      </w:pPr>
      <w:r>
        <w:rPr>
          <w:rFonts w:ascii="Times New Roman" w:hAnsi="Times New Roman" w:eastAsia="宋体"/>
          <w:b w:val="0"/>
          <w:i w:val="0"/>
          <w:color w:val="333333"/>
          <w:sz w:val="19"/>
        </w:rPr>
        <w:t>x²(A - C) = D - B</w:t>
      </w:r>
    </w:p>
    <w:p>
      <w:pPr>
        <w:spacing w:before="0" w:after="80" w:line="300" w:lineRule="auto"/>
        <w:jc w:val="left"/>
      </w:pPr>
      <w:r>
        <w:rPr>
          <w:rFonts w:ascii="Times New Roman" w:hAnsi="Times New Roman" w:eastAsia="宋体"/>
          <w:b w:val="0"/>
          <w:i w:val="0"/>
          <w:color w:val="333333"/>
          <w:sz w:val="19"/>
        </w:rPr>
        <w:t>x² = (D - B)/(A - C) ≥ 0</w:t>
      </w:r>
    </w:p>
    <w:p>
      <w:pPr>
        <w:spacing w:before="0" w:after="80" w:line="300" w:lineRule="auto"/>
        <w:jc w:val="left"/>
      </w:pPr>
      <w:r>
        <w:rPr>
          <w:rFonts w:ascii="Times New Roman" w:hAnsi="Times New Roman" w:eastAsia="宋体"/>
          <w:b w:val="0"/>
          <w:i w:val="0"/>
          <w:color w:val="333333"/>
          <w:sz w:val="19"/>
        </w:rPr>
        <w:t>since squares are non-negative.</w:t>
      </w:r>
    </w:p>
    <w:p>
      <w:pPr>
        <w:spacing w:before="0" w:after="80" w:line="300" w:lineRule="auto"/>
        <w:jc w:val="left"/>
      </w:pPr>
      <w:r>
        <w:rPr>
          <w:rFonts w:ascii="Times New Roman" w:hAnsi="Times New Roman" w:eastAsia="宋体"/>
          <w:b w:val="0"/>
          <w:i w:val="0"/>
          <w:color w:val="333333"/>
          <w:sz w:val="19"/>
        </w:rPr>
        <w:t>This means D - B and A - C must both have the same sign.</w:t>
      </w:r>
    </w:p>
    <w:p>
      <w:pPr>
        <w:spacing w:before="0" w:after="80" w:line="300" w:lineRule="auto"/>
        <w:jc w:val="left"/>
      </w:pPr>
      <w:r>
        <w:rPr>
          <w:rFonts w:ascii="Times New Roman" w:hAnsi="Times New Roman" w:eastAsia="宋体"/>
          <w:b w:val="0"/>
          <w:i w:val="0"/>
          <w:color w:val="333333"/>
          <w:sz w:val="19"/>
        </w:rPr>
        <w:t>If we choose two distinct values for (A, C) and (B, D), there are 2 ways to arrange them such that the numerator and denominator both have the same sign.</w:t>
      </w:r>
    </w:p>
    <w:p>
      <w:pPr>
        <w:spacing w:before="0" w:after="80" w:line="300" w:lineRule="auto"/>
        <w:jc w:val="left"/>
      </w:pPr>
      <w:r>
        <w:rPr>
          <w:rFonts w:ascii="Times New Roman" w:hAnsi="Times New Roman" w:eastAsia="宋体"/>
          <w:b w:val="0"/>
          <w:i w:val="0"/>
          <w:color w:val="333333"/>
          <w:sz w:val="19"/>
        </w:rPr>
        <w:t>We have to divide by 2, however, since the two curves are not considered distinct.</w:t>
      </w:r>
    </w:p>
    <w:p>
      <w:pPr>
        <w:spacing w:before="0" w:after="80" w:line="300" w:lineRule="auto"/>
        <w:jc w:val="left"/>
      </w:pPr>
      <w:r>
        <w:rPr>
          <w:rFonts w:ascii="Times New Roman" w:hAnsi="Times New Roman" w:eastAsia="宋体"/>
          <w:b w:val="0"/>
          <w:i w:val="0"/>
          <w:color w:val="333333"/>
          <w:sz w:val="19"/>
        </w:rPr>
        <w:t>Therefore, the total number of tuples is</w:t>
      </w:r>
    </w:p>
    <w:p>
      <w:pPr>
        <w:spacing w:before="0" w:after="80" w:line="300" w:lineRule="auto"/>
        <w:jc w:val="left"/>
      </w:pPr>
      <w:r>
        <w:rPr>
          <w:rFonts w:ascii="Times New Roman" w:hAnsi="Times New Roman" w:eastAsia="宋体"/>
          <w:b w:val="0"/>
          <w:i w:val="0"/>
          <w:color w:val="333333"/>
          <w:sz w:val="19"/>
        </w:rPr>
        <w:t>1/2 C(6, 2) C(4, 2) · 2 = 90.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C</w:t>
      </w:r>
    </w:p>
    <w:p>
      <w:pPr>
        <w:spacing w:before="0" w:after="80" w:line="300" w:lineRule="auto"/>
        <w:jc w:val="left"/>
      </w:pPr>
      <w:r>
        <w:rPr>
          <w:rFonts w:ascii="Times New Roman" w:hAnsi="Times New Roman" w:eastAsia="宋体"/>
          <w:b w:val="0"/>
          <w:i w:val="0"/>
          <w:sz w:val="21"/>
        </w:rPr>
        <w:t>这个数列共有</w:t>
      </w:r>
    </w:p>
    <w:p>
      <w:pPr>
        <w:spacing w:before="0" w:after="80" w:line="300" w:lineRule="auto"/>
        <w:jc w:val="left"/>
      </w:pPr>
      <w:r>
        <w:rPr>
          <w:rFonts w:ascii="Times New Roman" w:hAnsi="Times New Roman" w:eastAsia="宋体"/>
          <w:b w:val="0"/>
          <w:i w:val="0"/>
          <w:sz w:val="21"/>
        </w:rPr>
        <w:t>1+2+⋯+200=(200·201)/2</w:t>
      </w:r>
    </w:p>
    <w:p>
      <w:pPr>
        <w:spacing w:before="0" w:after="80" w:line="300" w:lineRule="auto"/>
        <w:jc w:val="left"/>
      </w:pPr>
      <w:r>
        <w:rPr>
          <w:rFonts w:ascii="Times New Roman" w:hAnsi="Times New Roman" w:eastAsia="宋体"/>
          <w:b w:val="0"/>
          <w:i w:val="0"/>
          <w:sz w:val="21"/>
        </w:rPr>
        <w:t>=20100</w:t>
      </w:r>
    </w:p>
    <w:p>
      <w:pPr>
        <w:spacing w:before="0" w:after="80" w:line="300" w:lineRule="auto"/>
        <w:jc w:val="left"/>
      </w:pPr>
      <w:r>
        <w:rPr>
          <w:rFonts w:ascii="Times New Roman" w:hAnsi="Times New Roman" w:eastAsia="宋体"/>
          <w:b w:val="0"/>
          <w:i w:val="0"/>
          <w:sz w:val="21"/>
        </w:rPr>
        <w:t>项，所以处于中间的两个位置是第 10050 项和第 10051 项。</w:t>
      </w:r>
    </w:p>
    <w:p>
      <w:pPr>
        <w:spacing w:before="0" w:after="80" w:line="300" w:lineRule="auto"/>
        <w:jc w:val="left"/>
      </w:pPr>
      <w:r>
        <w:rPr>
          <w:rFonts w:ascii="Times New Roman" w:hAnsi="Times New Roman" w:eastAsia="宋体"/>
          <w:b w:val="0"/>
          <w:i w:val="0"/>
          <w:sz w:val="21"/>
        </w:rPr>
        <w:t>到最后一个 141 为止共有</w:t>
      </w:r>
    </w:p>
    <w:p>
      <w:pPr>
        <w:spacing w:before="0" w:after="80" w:line="300" w:lineRule="auto"/>
        <w:jc w:val="left"/>
      </w:pPr>
      <w:r>
        <w:rPr>
          <w:rFonts w:ascii="Times New Roman" w:hAnsi="Times New Roman" w:eastAsia="宋体"/>
          <w:b w:val="0"/>
          <w:i w:val="0"/>
          <w:sz w:val="21"/>
        </w:rPr>
        <w:t>(141·142)/2=10011</w:t>
      </w:r>
    </w:p>
    <w:p>
      <w:pPr>
        <w:spacing w:before="0" w:after="80" w:line="300" w:lineRule="auto"/>
        <w:jc w:val="left"/>
      </w:pPr>
      <w:r>
        <w:rPr>
          <w:rFonts w:ascii="Times New Roman" w:hAnsi="Times New Roman" w:eastAsia="宋体"/>
          <w:b w:val="0"/>
          <w:i w:val="0"/>
          <w:sz w:val="21"/>
        </w:rPr>
        <w:t>项，到最后一个 142 为止共有</w:t>
      </w:r>
    </w:p>
    <w:p>
      <w:pPr>
        <w:spacing w:before="0" w:after="80" w:line="300" w:lineRule="auto"/>
        <w:jc w:val="left"/>
      </w:pPr>
      <w:r>
        <w:rPr>
          <w:rFonts w:ascii="Times New Roman" w:hAnsi="Times New Roman" w:eastAsia="宋体"/>
          <w:b w:val="0"/>
          <w:i w:val="0"/>
          <w:sz w:val="21"/>
        </w:rPr>
        <w:t>(142·143)/2=10153</w:t>
      </w:r>
    </w:p>
    <w:p>
      <w:pPr>
        <w:spacing w:before="0" w:after="80" w:line="300" w:lineRule="auto"/>
        <w:jc w:val="left"/>
      </w:pPr>
      <w:r>
        <w:rPr>
          <w:rFonts w:ascii="Times New Roman" w:hAnsi="Times New Roman" w:eastAsia="宋体"/>
          <w:b w:val="0"/>
          <w:i w:val="0"/>
          <w:sz w:val="21"/>
        </w:rPr>
        <w:t>项。因此中间的两项都等于 142，所以中位数是 142。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list contains</w:t>
      </w:r>
    </w:p>
    <w:p>
      <w:pPr>
        <w:spacing w:before="0" w:after="80" w:line="300" w:lineRule="auto"/>
        <w:jc w:val="left"/>
      </w:pPr>
      <w:r>
        <w:rPr>
          <w:rFonts w:ascii="Times New Roman" w:hAnsi="Times New Roman" w:eastAsia="宋体"/>
          <w:b w:val="0"/>
          <w:i w:val="0"/>
          <w:color w:val="333333"/>
          <w:sz w:val="19"/>
        </w:rPr>
        <w:t>1+2+⋯+200=(200·201)/2</w:t>
      </w:r>
    </w:p>
    <w:p>
      <w:pPr>
        <w:spacing w:before="0" w:after="80" w:line="300" w:lineRule="auto"/>
        <w:jc w:val="left"/>
      </w:pPr>
      <w:r>
        <w:rPr>
          <w:rFonts w:ascii="Times New Roman" w:hAnsi="Times New Roman" w:eastAsia="宋体"/>
          <w:b w:val="0"/>
          <w:i w:val="0"/>
          <w:color w:val="333333"/>
          <w:sz w:val="19"/>
        </w:rPr>
        <w:t>=20100</w:t>
      </w:r>
    </w:p>
    <w:p>
      <w:pPr>
        <w:spacing w:before="0" w:after="80" w:line="300" w:lineRule="auto"/>
        <w:jc w:val="left"/>
      </w:pPr>
      <w:r>
        <w:rPr>
          <w:rFonts w:ascii="Times New Roman" w:hAnsi="Times New Roman" w:eastAsia="宋体"/>
          <w:b w:val="0"/>
          <w:i w:val="0"/>
          <w:color w:val="333333"/>
          <w:sz w:val="19"/>
        </w:rPr>
        <w:t>entries, so its two middle positions are 10050 and 10051.</w:t>
      </w:r>
    </w:p>
    <w:p>
      <w:pPr>
        <w:spacing w:before="0" w:after="80" w:line="300" w:lineRule="auto"/>
        <w:jc w:val="left"/>
      </w:pPr>
      <w:r>
        <w:rPr>
          <w:rFonts w:ascii="Times New Roman" w:hAnsi="Times New Roman" w:eastAsia="宋体"/>
          <w:b w:val="0"/>
          <w:i w:val="0"/>
          <w:color w:val="333333"/>
          <w:sz w:val="19"/>
        </w:rPr>
        <w:t>There are</w:t>
      </w:r>
    </w:p>
    <w:p>
      <w:pPr>
        <w:spacing w:before="0" w:after="80" w:line="300" w:lineRule="auto"/>
        <w:jc w:val="left"/>
      </w:pPr>
      <w:r>
        <w:rPr>
          <w:rFonts w:ascii="Times New Roman" w:hAnsi="Times New Roman" w:eastAsia="宋体"/>
          <w:b w:val="0"/>
          <w:i w:val="0"/>
          <w:color w:val="333333"/>
          <w:sz w:val="19"/>
        </w:rPr>
        <w:t>(141·142)/2=10011</w:t>
      </w:r>
    </w:p>
    <w:p>
      <w:pPr>
        <w:spacing w:before="0" w:after="80" w:line="300" w:lineRule="auto"/>
        <w:jc w:val="left"/>
      </w:pPr>
      <w:r>
        <w:rPr>
          <w:rFonts w:ascii="Times New Roman" w:hAnsi="Times New Roman" w:eastAsia="宋体"/>
          <w:b w:val="0"/>
          <w:i w:val="0"/>
          <w:color w:val="333333"/>
          <w:sz w:val="19"/>
        </w:rPr>
        <w:t>entries through the last 141, and</w:t>
      </w:r>
    </w:p>
    <w:p>
      <w:pPr>
        <w:spacing w:before="0" w:after="80" w:line="300" w:lineRule="auto"/>
        <w:jc w:val="left"/>
      </w:pPr>
      <w:r>
        <w:rPr>
          <w:rFonts w:ascii="Times New Roman" w:hAnsi="Times New Roman" w:eastAsia="宋体"/>
          <w:b w:val="0"/>
          <w:i w:val="0"/>
          <w:color w:val="333333"/>
          <w:sz w:val="19"/>
        </w:rPr>
        <w:t>(142·143)/2=10153</w:t>
      </w:r>
    </w:p>
    <w:p>
      <w:pPr>
        <w:spacing w:before="0" w:after="80" w:line="300" w:lineRule="auto"/>
        <w:jc w:val="left"/>
      </w:pPr>
      <w:r>
        <w:rPr>
          <w:rFonts w:ascii="Times New Roman" w:hAnsi="Times New Roman" w:eastAsia="宋体"/>
          <w:b w:val="0"/>
          <w:i w:val="0"/>
          <w:color w:val="333333"/>
          <w:sz w:val="19"/>
        </w:rPr>
        <w:t>entries through the last 142. Thus both middle entries are 142, so the median is 142.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因为 BC=CD，从 C 到 BD 的中线垂直于 BD，所以 △ BPC 是直角三角形。设 ∠ DBC=α。又因 AB∥ CD，有 ∠ ABD=α，因此 △ BPC∼△ BDA。</w:t>
      </w:r>
    </w:p>
    <w:p>
      <w:pPr>
        <w:spacing w:before="0" w:after="80" w:line="300" w:lineRule="auto"/>
        <w:jc w:val="left"/>
      </w:pPr>
      <w:r>
        <w:rPr>
          <w:rFonts w:ascii="Times New Roman" w:hAnsi="Times New Roman" w:eastAsia="宋体"/>
          <w:b w:val="0"/>
          <w:i w:val="0"/>
          <w:sz w:val="21"/>
        </w:rPr>
        <w:t>由于 P 是 BD 的中点，BD/BP=2。在相似关系中，BC 对应 AB，所以</w:t>
      </w:r>
    </w:p>
    <w:p>
      <w:pPr>
        <w:spacing w:before="0" w:after="80" w:line="300" w:lineRule="auto"/>
        <w:jc w:val="left"/>
      </w:pPr>
      <w:r>
        <w:rPr>
          <w:rFonts w:ascii="Times New Roman" w:hAnsi="Times New Roman" w:eastAsia="宋体"/>
          <w:b w:val="0"/>
          <w:i w:val="0"/>
          <w:sz w:val="21"/>
        </w:rPr>
        <w:t>AB/BC =2,</w:t>
      </w:r>
    </w:p>
    <w:p>
      <w:pPr>
        <w:spacing w:before="0" w:after="80" w:line="300" w:lineRule="auto"/>
        <w:jc w:val="left"/>
      </w:pPr>
      <w:r>
        <w:rPr>
          <w:rFonts w:ascii="Times New Roman" w:hAnsi="Times New Roman" w:eastAsia="宋体"/>
          <w:b w:val="0"/>
          <w:i w:val="0"/>
          <w:sz w:val="21"/>
        </w:rPr>
        <w:t>AB =2·43=86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另外，△ ABO∼△ CDO，所以</w:t>
      </w:r>
    </w:p>
    <w:p>
      <w:pPr>
        <w:spacing w:before="0" w:after="80" w:line="300" w:lineRule="auto"/>
        <w:jc w:val="left"/>
      </w:pPr>
      <w:r>
        <w:rPr>
          <w:rFonts w:ascii="Times New Roman" w:hAnsi="Times New Roman" w:eastAsia="宋体"/>
          <w:b w:val="0"/>
          <w:i w:val="0"/>
          <w:sz w:val="21"/>
        </w:rPr>
        <w:t>BO/OD=AB/CD=2。</w:t>
      </w:r>
    </w:p>
    <w:p>
      <w:pPr>
        <w:spacing w:before="0" w:after="80" w:line="300" w:lineRule="auto"/>
        <w:jc w:val="left"/>
      </w:pPr>
      <w:r>
        <w:rPr>
          <w:rFonts w:ascii="Times New Roman" w:hAnsi="Times New Roman" w:eastAsia="宋体"/>
          <w:b w:val="0"/>
          <w:i w:val="0"/>
          <w:sz w:val="21"/>
        </w:rPr>
        <w:t>设 BP=PD=t。由于 OP=11，且 P 是 BD 的中点，得到 BO=t+11、OD=t-11，所以</w:t>
      </w:r>
    </w:p>
    <w:p>
      <w:pPr>
        <w:spacing w:before="0" w:after="80" w:line="300" w:lineRule="auto"/>
        <w:jc w:val="left"/>
      </w:pPr>
      <w:r>
        <w:rPr>
          <w:rFonts w:ascii="Times New Roman" w:hAnsi="Times New Roman" w:eastAsia="宋体"/>
          <w:b w:val="0"/>
          <w:i w:val="0"/>
          <w:sz w:val="21"/>
        </w:rPr>
        <w:t>t+11/t-11=2。</w:t>
      </w:r>
    </w:p>
    <w:p>
      <w:pPr>
        <w:spacing w:before="0" w:after="80" w:line="300" w:lineRule="auto"/>
        <w:jc w:val="left"/>
      </w:pPr>
      <w:r>
        <w:rPr>
          <w:rFonts w:ascii="Times New Roman" w:hAnsi="Times New Roman" w:eastAsia="宋体"/>
          <w:b w:val="0"/>
          <w:i w:val="0"/>
          <w:sz w:val="21"/>
        </w:rPr>
        <w:t>解得 t=33，故 BD=66。最后，△ ABD 是直角三角形，所以</w:t>
      </w:r>
    </w:p>
    <w:p>
      <w:pPr>
        <w:spacing w:before="0" w:after="80" w:line="300" w:lineRule="auto"/>
        <w:jc w:val="left"/>
      </w:pPr>
      <w:r>
        <w:rPr>
          <w:rFonts w:ascii="Times New Roman" w:hAnsi="Times New Roman" w:eastAsia="宋体"/>
          <w:b w:val="0"/>
          <w:i w:val="0"/>
          <w:sz w:val="21"/>
        </w:rPr>
        <w:t>AD = √(AB²-BD²)</w:t>
      </w:r>
    </w:p>
    <w:p>
      <w:pPr>
        <w:spacing w:before="0" w:after="80" w:line="300" w:lineRule="auto"/>
        <w:jc w:val="left"/>
      </w:pPr>
      <w:r>
        <w:rPr>
          <w:rFonts w:ascii="Times New Roman" w:hAnsi="Times New Roman" w:eastAsia="宋体"/>
          <w:b w:val="0"/>
          <w:i w:val="0"/>
          <w:sz w:val="21"/>
        </w:rPr>
        <w:t>= √(86²-66²)</w:t>
      </w:r>
    </w:p>
    <w:p>
      <w:pPr>
        <w:spacing w:before="0" w:after="80" w:line="300" w:lineRule="auto"/>
        <w:jc w:val="left"/>
      </w:pPr>
      <w:r>
        <w:rPr>
          <w:rFonts w:ascii="Times New Roman" w:hAnsi="Times New Roman" w:eastAsia="宋体"/>
          <w:b w:val="0"/>
          <w:i w:val="0"/>
          <w:sz w:val="21"/>
        </w:rPr>
        <w:t>= 4√(190)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m+n=4+190=194。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BC=CD, the median from C to BD is perpendicular to BD. Thus △ BPC is a right triangle. Let ∠ DBC=α. Since AB∥ CD, we also have ∠ ABD=α, so △ BPC∼△ BDA.</w:t>
      </w:r>
    </w:p>
    <w:p>
      <w:pPr>
        <w:spacing w:before="0" w:after="80" w:line="300" w:lineRule="auto"/>
        <w:jc w:val="left"/>
      </w:pPr>
      <w:r>
        <w:rPr>
          <w:rFonts w:ascii="Times New Roman" w:hAnsi="Times New Roman" w:eastAsia="宋体"/>
          <w:b w:val="0"/>
          <w:i w:val="0"/>
          <w:color w:val="333333"/>
          <w:sz w:val="19"/>
        </w:rPr>
        <w:t>Since P is the midpoint of BD, we have BD/BP=2. In the similarity, BC corresponds to AB, so</w:t>
      </w:r>
    </w:p>
    <w:p>
      <w:pPr>
        <w:spacing w:before="0" w:after="80" w:line="300" w:lineRule="auto"/>
        <w:jc w:val="left"/>
      </w:pPr>
      <w:r>
        <w:rPr>
          <w:rFonts w:ascii="Times New Roman" w:hAnsi="Times New Roman" w:eastAsia="宋体"/>
          <w:b w:val="0"/>
          <w:i w:val="0"/>
          <w:color w:val="333333"/>
          <w:sz w:val="19"/>
        </w:rPr>
        <w:t>AB/BC =2,</w:t>
      </w:r>
    </w:p>
    <w:p>
      <w:pPr>
        <w:spacing w:before="0" w:after="80" w:line="300" w:lineRule="auto"/>
        <w:jc w:val="left"/>
      </w:pPr>
      <w:r>
        <w:rPr>
          <w:rFonts w:ascii="Times New Roman" w:hAnsi="Times New Roman" w:eastAsia="宋体"/>
          <w:b w:val="0"/>
          <w:i w:val="0"/>
          <w:color w:val="333333"/>
          <w:sz w:val="19"/>
        </w:rPr>
        <w:t>AB =2·43=86.</w:t>
      </w:r>
    </w:p>
    <w:p>
      <w:pPr>
        <w:spacing w:before="0" w:after="80" w:line="300" w:lineRule="auto"/>
        <w:jc w:val="left"/>
      </w:pPr>
      <w:r>
        <w:rPr>
          <w:rFonts w:ascii="Times New Roman" w:hAnsi="Times New Roman" w:eastAsia="宋体"/>
          <w:b w:val="0"/>
          <w:i w:val="0"/>
          <w:color w:val="333333"/>
          <w:sz w:val="19"/>
        </w:rPr>
        <w:t>Also, △ ABO∼△ CDO, so</w:t>
      </w:r>
    </w:p>
    <w:p>
      <w:pPr>
        <w:spacing w:before="0" w:after="80" w:line="300" w:lineRule="auto"/>
        <w:jc w:val="left"/>
      </w:pPr>
      <w:r>
        <w:rPr>
          <w:rFonts w:ascii="Times New Roman" w:hAnsi="Times New Roman" w:eastAsia="宋体"/>
          <w:b w:val="0"/>
          <w:i w:val="0"/>
          <w:color w:val="333333"/>
          <w:sz w:val="19"/>
        </w:rPr>
        <w:t>BO/OD=AB/CD=2.</w:t>
      </w:r>
    </w:p>
    <w:p>
      <w:pPr>
        <w:spacing w:before="0" w:after="80" w:line="300" w:lineRule="auto"/>
        <w:jc w:val="left"/>
      </w:pPr>
      <w:r>
        <w:rPr>
          <w:rFonts w:ascii="Times New Roman" w:hAnsi="Times New Roman" w:eastAsia="宋体"/>
          <w:b w:val="0"/>
          <w:i w:val="0"/>
          <w:color w:val="333333"/>
          <w:sz w:val="19"/>
        </w:rPr>
        <w:t>Since OP=11 and P is the midpoint of BD, write BP=PD=t. Then BO=t+11 and OD=t-11, so</w:t>
      </w:r>
    </w:p>
    <w:p>
      <w:pPr>
        <w:spacing w:before="0" w:after="80" w:line="300" w:lineRule="auto"/>
        <w:jc w:val="left"/>
      </w:pPr>
      <w:r>
        <w:rPr>
          <w:rFonts w:ascii="Times New Roman" w:hAnsi="Times New Roman" w:eastAsia="宋体"/>
          <w:b w:val="0"/>
          <w:i w:val="0"/>
          <w:color w:val="333333"/>
          <w:sz w:val="19"/>
        </w:rPr>
        <w:t>t+11/t-11=2.</w:t>
      </w:r>
    </w:p>
    <w:p>
      <w:pPr>
        <w:spacing w:before="0" w:after="80" w:line="300" w:lineRule="auto"/>
        <w:jc w:val="left"/>
      </w:pPr>
      <w:r>
        <w:rPr>
          <w:rFonts w:ascii="Times New Roman" w:hAnsi="Times New Roman" w:eastAsia="宋体"/>
          <w:b w:val="0"/>
          <w:i w:val="0"/>
          <w:color w:val="333333"/>
          <w:sz w:val="19"/>
        </w:rPr>
        <w:t>This gives t=33, hence BD=66. Finally, △ ABD is right, so</w:t>
      </w:r>
    </w:p>
    <w:p>
      <w:pPr>
        <w:spacing w:before="0" w:after="80" w:line="300" w:lineRule="auto"/>
        <w:jc w:val="left"/>
      </w:pPr>
      <w:r>
        <w:rPr>
          <w:rFonts w:ascii="Times New Roman" w:hAnsi="Times New Roman" w:eastAsia="宋体"/>
          <w:b w:val="0"/>
          <w:i w:val="0"/>
          <w:color w:val="333333"/>
          <w:sz w:val="19"/>
        </w:rPr>
        <w:t>AD = √(AB²-BD²)</w:t>
      </w:r>
    </w:p>
    <w:p>
      <w:pPr>
        <w:spacing w:before="0" w:after="80" w:line="300" w:lineRule="auto"/>
        <w:jc w:val="left"/>
      </w:pPr>
      <w:r>
        <w:rPr>
          <w:rFonts w:ascii="Times New Roman" w:hAnsi="Times New Roman" w:eastAsia="宋体"/>
          <w:b w:val="0"/>
          <w:i w:val="0"/>
          <w:color w:val="333333"/>
          <w:sz w:val="19"/>
        </w:rPr>
        <w:t>= √(86²-66²)</w:t>
      </w:r>
    </w:p>
    <w:p>
      <w:pPr>
        <w:spacing w:before="0" w:after="80" w:line="300" w:lineRule="auto"/>
        <w:jc w:val="left"/>
      </w:pPr>
      <w:r>
        <w:rPr>
          <w:rFonts w:ascii="Times New Roman" w:hAnsi="Times New Roman" w:eastAsia="宋体"/>
          <w:b w:val="0"/>
          <w:i w:val="0"/>
          <w:color w:val="333333"/>
          <w:sz w:val="19"/>
        </w:rPr>
        <w:t>= 4√(190).</w:t>
      </w:r>
    </w:p>
    <w:p>
      <w:pPr>
        <w:spacing w:before="0" w:after="80" w:line="300" w:lineRule="auto"/>
        <w:jc w:val="left"/>
      </w:pPr>
      <w:r>
        <w:rPr>
          <w:rFonts w:ascii="Times New Roman" w:hAnsi="Times New Roman" w:eastAsia="宋体"/>
          <w:b w:val="0"/>
          <w:i w:val="0"/>
          <w:color w:val="333333"/>
          <w:sz w:val="19"/>
        </w:rPr>
        <w:t>Thus m+n=4+190=194.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E</w:t>
      </w:r>
    </w:p>
    <w:p>
      <w:pPr>
        <w:spacing w:before="0" w:after="80" w:line="300" w:lineRule="auto"/>
        <w:jc w:val="left"/>
      </w:pPr>
      <w:r>
        <w:rPr>
          <w:rFonts w:ascii="Times New Roman" w:hAnsi="Times New Roman" w:eastAsia="宋体"/>
          <w:b w:val="0"/>
          <w:i w:val="0"/>
          <w:sz w:val="21"/>
        </w:rPr>
        <w:t>反复应用该函数方程可得：对每个质数 p 和正整数 e，都有 f(pᵉ)=ef(p)=ep。另外</w:t>
      </w:r>
    </w:p>
    <w:p>
      <w:pPr>
        <w:spacing w:before="0" w:after="80" w:line="300" w:lineRule="auto"/>
        <w:jc w:val="left"/>
      </w:pPr>
      <w:r>
        <w:rPr>
          <w:rFonts w:ascii="Times New Roman" w:hAnsi="Times New Roman" w:eastAsia="宋体"/>
          <w:b w:val="0"/>
          <w:i w:val="0"/>
          <w:sz w:val="21"/>
        </w:rPr>
        <w:t>f(a)=f(a/b)+f(b)，</w:t>
      </w:r>
    </w:p>
    <w:p>
      <w:pPr>
        <w:spacing w:before="0" w:after="80" w:line="300" w:lineRule="auto"/>
        <w:jc w:val="left"/>
      </w:pPr>
      <w:r>
        <w:rPr>
          <w:rFonts w:ascii="Times New Roman" w:hAnsi="Times New Roman" w:eastAsia="宋体"/>
          <w:b w:val="0"/>
          <w:i w:val="0"/>
          <w:sz w:val="21"/>
        </w:rPr>
        <w:t>所以 f(a/b)=f(a)-f(b)。</w:t>
      </w:r>
    </w:p>
    <w:p>
      <w:pPr>
        <w:spacing w:before="0" w:after="80" w:line="300" w:lineRule="auto"/>
        <w:jc w:val="left"/>
      </w:pPr>
      <w:r>
        <w:rPr>
          <w:rFonts w:ascii="Times New Roman" w:hAnsi="Times New Roman" w:eastAsia="宋体"/>
          <w:b w:val="0"/>
          <w:i w:val="0"/>
          <w:sz w:val="21"/>
        </w:rPr>
        <w:t>用质因数分解逐项计算各个选项，得</w:t>
      </w:r>
    </w:p>
    <w:p>
      <w:pPr>
        <w:spacing w:before="0" w:after="80" w:line="300" w:lineRule="auto"/>
        <w:jc w:val="left"/>
      </w:pPr>
      <w:r>
        <w:rPr>
          <w:rFonts w:ascii="Times New Roman" w:hAnsi="Times New Roman" w:eastAsia="宋体"/>
          <w:b w:val="0"/>
          <w:i w:val="0"/>
          <w:sz w:val="21"/>
        </w:rPr>
        <w:t>f(17/32)=17-5·2=7,</w:t>
      </w:r>
    </w:p>
    <w:p>
      <w:pPr>
        <w:spacing w:before="0" w:after="80" w:line="300" w:lineRule="auto"/>
        <w:jc w:val="left"/>
      </w:pPr>
      <w:r>
        <w:rPr>
          <w:rFonts w:ascii="Times New Roman" w:hAnsi="Times New Roman" w:eastAsia="宋体"/>
          <w:b w:val="0"/>
          <w:i w:val="0"/>
          <w:sz w:val="21"/>
        </w:rPr>
        <w:t>f(11/16)=11-4·2=3,</w:t>
      </w:r>
    </w:p>
    <w:p>
      <w:pPr>
        <w:spacing w:before="0" w:after="80" w:line="300" w:lineRule="auto"/>
        <w:jc w:val="left"/>
      </w:pPr>
      <w:r>
        <w:rPr>
          <w:rFonts w:ascii="Times New Roman" w:hAnsi="Times New Roman" w:eastAsia="宋体"/>
          <w:b w:val="0"/>
          <w:i w:val="0"/>
          <w:sz w:val="21"/>
        </w:rPr>
        <w:t>f(7/9)=7-2·3=1,</w:t>
      </w:r>
    </w:p>
    <w:p>
      <w:pPr>
        <w:spacing w:before="0" w:after="80" w:line="300" w:lineRule="auto"/>
        <w:jc w:val="left"/>
      </w:pPr>
      <w:r>
        <w:rPr>
          <w:rFonts w:ascii="Times New Roman" w:hAnsi="Times New Roman" w:eastAsia="宋体"/>
          <w:b w:val="0"/>
          <w:i w:val="0"/>
          <w:sz w:val="21"/>
        </w:rPr>
        <w:t>f(7/6)=7-2-3=2,</w:t>
      </w:r>
    </w:p>
    <w:p>
      <w:pPr>
        <w:spacing w:before="0" w:after="80" w:line="300" w:lineRule="auto"/>
        <w:jc w:val="left"/>
      </w:pPr>
      <w:r>
        <w:rPr>
          <w:rFonts w:ascii="Times New Roman" w:hAnsi="Times New Roman" w:eastAsia="宋体"/>
          <w:b w:val="0"/>
          <w:i w:val="0"/>
          <w:sz w:val="21"/>
        </w:rPr>
        <w:t>f(25/11)=2·5-11=-1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只有最后一个值是负数。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Repeated use of the functional equation gives f(pᵉ)=ef(p)=ep for every prime p and positive integer e. Also,</w:t>
      </w:r>
    </w:p>
    <w:p>
      <w:pPr>
        <w:spacing w:before="0" w:after="80" w:line="300" w:lineRule="auto"/>
        <w:jc w:val="left"/>
      </w:pPr>
      <w:r>
        <w:rPr>
          <w:rFonts w:ascii="Times New Roman" w:hAnsi="Times New Roman" w:eastAsia="宋体"/>
          <w:b w:val="0"/>
          <w:i w:val="0"/>
          <w:color w:val="333333"/>
          <w:sz w:val="19"/>
        </w:rPr>
        <w:t>f(a)=f(a/b)+f(b),</w:t>
      </w:r>
    </w:p>
    <w:p>
      <w:pPr>
        <w:spacing w:before="0" w:after="80" w:line="300" w:lineRule="auto"/>
        <w:jc w:val="left"/>
      </w:pPr>
      <w:r>
        <w:rPr>
          <w:rFonts w:ascii="Times New Roman" w:hAnsi="Times New Roman" w:eastAsia="宋体"/>
          <w:b w:val="0"/>
          <w:i w:val="0"/>
          <w:color w:val="333333"/>
          <w:sz w:val="19"/>
        </w:rPr>
        <w:t>so f(a/b)=f(a)-f(b).</w:t>
      </w:r>
    </w:p>
    <w:p>
      <w:pPr>
        <w:spacing w:before="0" w:after="80" w:line="300" w:lineRule="auto"/>
        <w:jc w:val="left"/>
      </w:pPr>
      <w:r>
        <w:rPr>
          <w:rFonts w:ascii="Times New Roman" w:hAnsi="Times New Roman" w:eastAsia="宋体"/>
          <w:b w:val="0"/>
          <w:i w:val="0"/>
          <w:color w:val="333333"/>
          <w:sz w:val="19"/>
        </w:rPr>
        <w:t>Evaluating the choices by prime factorization,</w:t>
      </w:r>
    </w:p>
    <w:p>
      <w:pPr>
        <w:spacing w:before="0" w:after="80" w:line="300" w:lineRule="auto"/>
        <w:jc w:val="left"/>
      </w:pPr>
      <w:r>
        <w:rPr>
          <w:rFonts w:ascii="Times New Roman" w:hAnsi="Times New Roman" w:eastAsia="宋体"/>
          <w:b w:val="0"/>
          <w:i w:val="0"/>
          <w:color w:val="333333"/>
          <w:sz w:val="19"/>
        </w:rPr>
        <w:t>f(17/32)=17-5·2=7,</w:t>
      </w:r>
    </w:p>
    <w:p>
      <w:pPr>
        <w:spacing w:before="0" w:after="80" w:line="300" w:lineRule="auto"/>
        <w:jc w:val="left"/>
      </w:pPr>
      <w:r>
        <w:rPr>
          <w:rFonts w:ascii="Times New Roman" w:hAnsi="Times New Roman" w:eastAsia="宋体"/>
          <w:b w:val="0"/>
          <w:i w:val="0"/>
          <w:color w:val="333333"/>
          <w:sz w:val="19"/>
        </w:rPr>
        <w:t>f(11/16)=11-4·2=3,</w:t>
      </w:r>
    </w:p>
    <w:p>
      <w:pPr>
        <w:spacing w:before="0" w:after="80" w:line="300" w:lineRule="auto"/>
        <w:jc w:val="left"/>
      </w:pPr>
      <w:r>
        <w:rPr>
          <w:rFonts w:ascii="Times New Roman" w:hAnsi="Times New Roman" w:eastAsia="宋体"/>
          <w:b w:val="0"/>
          <w:i w:val="0"/>
          <w:color w:val="333333"/>
          <w:sz w:val="19"/>
        </w:rPr>
        <w:t>f(7/9)=7-2·3=1,</w:t>
      </w:r>
    </w:p>
    <w:p>
      <w:pPr>
        <w:spacing w:before="0" w:after="80" w:line="300" w:lineRule="auto"/>
        <w:jc w:val="left"/>
      </w:pPr>
      <w:r>
        <w:rPr>
          <w:rFonts w:ascii="Times New Roman" w:hAnsi="Times New Roman" w:eastAsia="宋体"/>
          <w:b w:val="0"/>
          <w:i w:val="0"/>
          <w:color w:val="333333"/>
          <w:sz w:val="19"/>
        </w:rPr>
        <w:t>f(7/6)=7-2-3=2,</w:t>
      </w:r>
    </w:p>
    <w:p>
      <w:pPr>
        <w:spacing w:before="0" w:after="80" w:line="300" w:lineRule="auto"/>
        <w:jc w:val="left"/>
      </w:pPr>
      <w:r>
        <w:rPr>
          <w:rFonts w:ascii="Times New Roman" w:hAnsi="Times New Roman" w:eastAsia="宋体"/>
          <w:b w:val="0"/>
          <w:i w:val="0"/>
          <w:color w:val="333333"/>
          <w:sz w:val="19"/>
        </w:rPr>
        <w:t>f(25/11)=2·5-11=-1.</w:t>
      </w:r>
    </w:p>
    <w:p>
      <w:pPr>
        <w:spacing w:before="0" w:after="80" w:line="300" w:lineRule="auto"/>
        <w:jc w:val="left"/>
      </w:pPr>
      <w:r>
        <w:rPr>
          <w:rFonts w:ascii="Times New Roman" w:hAnsi="Times New Roman" w:eastAsia="宋体"/>
          <w:b w:val="0"/>
          <w:i w:val="0"/>
          <w:color w:val="333333"/>
          <w:sz w:val="19"/>
        </w:rPr>
        <w:t>Only the final value is negative.</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19 题　答案 E</w:t>
      </w:r>
    </w:p>
    <w:p>
      <w:pPr>
        <w:spacing w:before="0" w:after="80" w:line="300" w:lineRule="auto"/>
        <w:jc w:val="left"/>
      </w:pPr>
      <w:r>
        <w:rPr>
          <w:rFonts w:ascii="Times New Roman" w:hAnsi="Times New Roman" w:eastAsia="宋体"/>
          <w:b w:val="0"/>
          <w:i w:val="0"/>
          <w:sz w:val="21"/>
        </w:rPr>
        <w:t>按 x-y 和 x+y 的符号分类。例如在一种情况中，|x-y|=x-y 且 |x+y|=x+y，所以</w:t>
      </w:r>
    </w:p>
    <w:p>
      <w:pPr>
        <w:spacing w:before="0" w:after="80" w:line="300" w:lineRule="auto"/>
        <w:jc w:val="left"/>
      </w:pPr>
      <w:r>
        <w:rPr>
          <w:rFonts w:ascii="Times New Roman" w:hAnsi="Times New Roman" w:eastAsia="宋体"/>
          <w:b w:val="0"/>
          <w:i w:val="0"/>
          <w:sz w:val="21"/>
        </w:rPr>
        <w:t>x²+y²=6x</w:t>
      </w:r>
    </w:p>
    <w:p>
      <w:pPr>
        <w:spacing w:before="0" w:after="80" w:line="300" w:lineRule="auto"/>
        <w:jc w:val="left"/>
      </w:pPr>
      <w:r>
        <w:rPr>
          <w:rFonts w:ascii="Times New Roman" w:hAnsi="Times New Roman" w:eastAsia="宋体"/>
          <w:b w:val="0"/>
          <w:i w:val="0"/>
          <w:sz w:val="21"/>
        </w:rPr>
        <w:t>Longrightarrow (x-3)²+y²=9</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其余三种情况类似，得到半径为 3、圆心分别在 (0,3)、(-3,0) 和 (0,-3) 的圆。相应的四段全等圆弧就构成了图像的边界。</w:t>
      </w:r>
    </w:p>
    <w:p>
      <w:pPr>
        <w:spacing w:before="0" w:after="80" w:line="300" w:lineRule="auto"/>
        <w:jc w:val="left"/>
      </w:pPr>
      <w:r>
        <w:rPr>
          <w:rFonts w:ascii="Times New Roman" w:hAnsi="Times New Roman" w:eastAsia="宋体"/>
          <w:b w:val="0"/>
          <w:i w:val="0"/>
          <w:sz w:val="21"/>
        </w:rPr>
        <w:t>围成区域由边长 6 的中心正方形和四个半径为 3 的半圆组成。正方形面积为 36，四个半圆的总面积等于两个半径为 3 的圆，即 18π。</w:t>
      </w:r>
    </w:p>
    <w:p>
      <w:pPr>
        <w:spacing w:before="0" w:after="80" w:line="300" w:lineRule="auto"/>
        <w:jc w:val="left"/>
      </w:pPr>
      <w:r>
        <w:rPr>
          <w:rFonts w:ascii="Times New Roman" w:hAnsi="Times New Roman" w:eastAsia="宋体"/>
          <w:b w:val="0"/>
          <w:i w:val="0"/>
          <w:sz w:val="21"/>
        </w:rPr>
        <w:t>因此面积为 36+18π，所以 m+n=36+18=54。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the four sign cases for x-y and x+y. In one case, for example, |x-y|=x-y and |x+y|=x+y, so</w:t>
      </w:r>
    </w:p>
    <w:p>
      <w:pPr>
        <w:spacing w:before="0" w:after="80" w:line="300" w:lineRule="auto"/>
        <w:jc w:val="left"/>
      </w:pPr>
      <w:r>
        <w:rPr>
          <w:rFonts w:ascii="Times New Roman" w:hAnsi="Times New Roman" w:eastAsia="宋体"/>
          <w:b w:val="0"/>
          <w:i w:val="0"/>
          <w:color w:val="333333"/>
          <w:sz w:val="19"/>
        </w:rPr>
        <w:t>x²+y²=6x</w:t>
      </w:r>
    </w:p>
    <w:p>
      <w:pPr>
        <w:spacing w:before="0" w:after="80" w:line="300" w:lineRule="auto"/>
        <w:jc w:val="left"/>
      </w:pPr>
      <w:r>
        <w:rPr>
          <w:rFonts w:ascii="Times New Roman" w:hAnsi="Times New Roman" w:eastAsia="宋体"/>
          <w:b w:val="0"/>
          <w:i w:val="0"/>
          <w:color w:val="333333"/>
          <w:sz w:val="19"/>
        </w:rPr>
        <w:t>Longrightarrow (x-3)²+y²=9.</w:t>
      </w:r>
    </w:p>
    <w:p>
      <w:pPr>
        <w:spacing w:before="0" w:after="80" w:line="300" w:lineRule="auto"/>
        <w:jc w:val="left"/>
      </w:pPr>
      <w:r>
        <w:rPr>
          <w:rFonts w:ascii="Times New Roman" w:hAnsi="Times New Roman" w:eastAsia="宋体"/>
          <w:b w:val="0"/>
          <w:i w:val="0"/>
          <w:color w:val="333333"/>
          <w:sz w:val="19"/>
        </w:rPr>
        <w:t>The other three cases similarly give circles of radius 3 centered at (0,3), (-3,0), and (0,-3). The relevant arcs form the boundary shown by these four congruent circle pieces.</w:t>
      </w:r>
    </w:p>
    <w:p>
      <w:pPr>
        <w:spacing w:before="0" w:after="80" w:line="300" w:lineRule="auto"/>
        <w:jc w:val="left"/>
      </w:pPr>
      <w:r>
        <w:rPr>
          <w:rFonts w:ascii="Times New Roman" w:hAnsi="Times New Roman" w:eastAsia="宋体"/>
          <w:b w:val="0"/>
          <w:i w:val="0"/>
          <w:color w:val="333333"/>
          <w:sz w:val="19"/>
        </w:rPr>
        <w:t>The region consists of a central square of side length 6, together with four semicircles of radius 3. The square contributes area 36, and the four semicircles have the area of two full radius-3 circles, namely 18π.</w:t>
      </w:r>
    </w:p>
    <w:p>
      <w:pPr>
        <w:spacing w:before="0" w:after="80" w:line="300" w:lineRule="auto"/>
        <w:jc w:val="left"/>
      </w:pPr>
      <w:r>
        <w:rPr>
          <w:rFonts w:ascii="Times New Roman" w:hAnsi="Times New Roman" w:eastAsia="宋体"/>
          <w:b w:val="0"/>
          <w:i w:val="0"/>
          <w:color w:val="333333"/>
          <w:sz w:val="19"/>
        </w:rPr>
        <w:t>Therefore the area is 36+18π, so m+n=36+18=54.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一个排列有效，当且仅当相邻两项之间的四个比较符号交替出现。因此这些符号只能是升降升降或降升降升。</w:t>
      </w:r>
    </w:p>
    <w:p>
      <w:pPr>
        <w:spacing w:before="0" w:after="80" w:line="300" w:lineRule="auto"/>
        <w:jc w:val="left"/>
      </w:pPr>
      <w:r>
        <w:rPr>
          <w:rFonts w:ascii="Times New Roman" w:hAnsi="Times New Roman" w:eastAsia="宋体"/>
          <w:b w:val="0"/>
          <w:i w:val="0"/>
          <w:sz w:val="21"/>
        </w:rPr>
        <w:t>对升降升降型，最大的数 5 必须位于第 2 位或第 4 位。若它在第 2 位，设第 4 位上的数为 r。它的两个相邻数必须是小于 r 的两个不同的数，共有 (r-1)(r-2) 种排法。对 r=1,2,3,4 求和，得到</w:t>
      </w:r>
    </w:p>
    <w:p>
      <w:pPr>
        <w:spacing w:before="0" w:after="80" w:line="300" w:lineRule="auto"/>
        <w:jc w:val="left"/>
      </w:pPr>
      <w:r>
        <w:rPr>
          <w:rFonts w:ascii="Times New Roman" w:hAnsi="Times New Roman" w:eastAsia="宋体"/>
          <w:b w:val="0"/>
          <w:i w:val="0"/>
          <w:sz w:val="21"/>
        </w:rPr>
        <w:t>0+0+2+6=8</w:t>
      </w:r>
    </w:p>
    <w:p>
      <w:pPr>
        <w:spacing w:before="0" w:after="80" w:line="300" w:lineRule="auto"/>
        <w:jc w:val="left"/>
      </w:pPr>
      <w:r>
        <w:rPr>
          <w:rFonts w:ascii="Times New Roman" w:hAnsi="Times New Roman" w:eastAsia="宋体"/>
          <w:b w:val="0"/>
          <w:i w:val="0"/>
          <w:sz w:val="21"/>
        </w:rPr>
        <w:t>个排列。由对称性，当 5 在第 4 位时另有 8 个，所以这种比较模式共有 16 个排列。</w:t>
      </w:r>
    </w:p>
    <w:p>
      <w:pPr>
        <w:spacing w:before="0" w:after="80" w:line="300" w:lineRule="auto"/>
        <w:jc w:val="left"/>
      </w:pPr>
      <w:r>
        <w:rPr>
          <w:rFonts w:ascii="Times New Roman" w:hAnsi="Times New Roman" w:eastAsia="宋体"/>
          <w:b w:val="0"/>
          <w:i w:val="0"/>
          <w:sz w:val="21"/>
        </w:rPr>
        <w:t>把每个数 x 替换为 6-x，可与降升降升型一一对应，所以另有 16 个。</w:t>
      </w:r>
    </w:p>
    <w:p>
      <w:pPr>
        <w:spacing w:before="0" w:after="80" w:line="300" w:lineRule="auto"/>
        <w:jc w:val="left"/>
      </w:pPr>
      <w:r>
        <w:rPr>
          <w:rFonts w:ascii="Times New Roman" w:hAnsi="Times New Roman" w:eastAsia="宋体"/>
          <w:b w:val="0"/>
          <w:i w:val="0"/>
          <w:sz w:val="21"/>
        </w:rPr>
        <w:t>总共有 16+16=32 个有效排列。</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permutation is valid exactly when the four comparison signs between consecutive terms alternate. Thus the signs must be either up-down-up-down or down-up-down-up.</w:t>
      </w:r>
    </w:p>
    <w:p>
      <w:pPr>
        <w:spacing w:before="0" w:after="80" w:line="300" w:lineRule="auto"/>
        <w:jc w:val="left"/>
      </w:pPr>
      <w:r>
        <w:rPr>
          <w:rFonts w:ascii="Times New Roman" w:hAnsi="Times New Roman" w:eastAsia="宋体"/>
          <w:b w:val="0"/>
          <w:i w:val="0"/>
          <w:color w:val="333333"/>
          <w:sz w:val="19"/>
        </w:rPr>
        <w:t>For the up-down-up-down pattern, the largest entry 5 must be in position 2 or position 4. If it is in position 2, let the entry in position 4 be r. Its two neighbors must be distinct numbers less than r, which can be ordered in (r-1)(r-2) ways. Summing over r=1,2,3,4 gives</w:t>
      </w:r>
    </w:p>
    <w:p>
      <w:pPr>
        <w:spacing w:before="0" w:after="80" w:line="300" w:lineRule="auto"/>
        <w:jc w:val="left"/>
      </w:pPr>
      <w:r>
        <w:rPr>
          <w:rFonts w:ascii="Times New Roman" w:hAnsi="Times New Roman" w:eastAsia="宋体"/>
          <w:b w:val="0"/>
          <w:i w:val="0"/>
          <w:color w:val="333333"/>
          <w:sz w:val="19"/>
        </w:rPr>
        <w:t>0+0+2+6=8</w:t>
      </w:r>
    </w:p>
    <w:p>
      <w:pPr>
        <w:spacing w:before="0" w:after="80" w:line="300" w:lineRule="auto"/>
        <w:jc w:val="left"/>
      </w:pPr>
      <w:r>
        <w:rPr>
          <w:rFonts w:ascii="Times New Roman" w:hAnsi="Times New Roman" w:eastAsia="宋体"/>
          <w:b w:val="0"/>
          <w:i w:val="0"/>
          <w:color w:val="333333"/>
          <w:sz w:val="19"/>
        </w:rPr>
        <w:t>permutations. By symmetry there are another 8 when 5 is in position 4, for a total of 16 with this comparison pattern.</w:t>
      </w:r>
    </w:p>
    <w:p>
      <w:pPr>
        <w:spacing w:before="0" w:after="80" w:line="300" w:lineRule="auto"/>
        <w:jc w:val="left"/>
      </w:pPr>
      <w:r>
        <w:rPr>
          <w:rFonts w:ascii="Times New Roman" w:hAnsi="Times New Roman" w:eastAsia="宋体"/>
          <w:b w:val="0"/>
          <w:i w:val="0"/>
          <w:color w:val="333333"/>
          <w:sz w:val="19"/>
        </w:rPr>
        <w:t>Replacing every entry x by 6-x gives a bijection to the down-up-down-up permutations, so there are another 16.</w:t>
      </w:r>
    </w:p>
    <w:p>
      <w:pPr>
        <w:spacing w:before="0" w:after="80" w:line="300" w:lineRule="auto"/>
        <w:jc w:val="left"/>
      </w:pPr>
      <w:r>
        <w:rPr>
          <w:rFonts w:ascii="Times New Roman" w:hAnsi="Times New Roman" w:eastAsia="宋体"/>
          <w:b w:val="0"/>
          <w:i w:val="0"/>
          <w:color w:val="333333"/>
          <w:sz w:val="19"/>
        </w:rPr>
        <w:t>The total number of valid rearrangements is 16+16=32.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设直线 AB,CD,EF 的交点形成三角形 PQR，直线 BC,DE,FA 的交点形成三角形 XYZ。因为六边形等角，这些外侧三角形都是等边三角形。</w:t>
      </w:r>
    </w:p>
    <w:p>
      <w:pPr>
        <w:spacing w:before="0" w:after="80" w:line="300" w:lineRule="auto"/>
        <w:jc w:val="left"/>
      </w:pPr>
      <w:r>
        <w:rPr>
          <w:rFonts w:ascii="Times New Roman" w:hAnsi="Times New Roman" w:eastAsia="宋体"/>
          <w:b w:val="0"/>
          <w:i w:val="0"/>
          <w:sz w:val="21"/>
        </w:rPr>
        <w:t>若等边三角形边长为 s，面积为 (√(3))/4s²。两个面积条件可写成：</w:t>
      </w:r>
    </w:p>
    <w:p>
      <w:pPr>
        <w:spacing w:before="0" w:after="80" w:line="300" w:lineRule="auto"/>
        <w:jc w:val="left"/>
      </w:pPr>
      <w:r>
        <w:rPr>
          <w:rFonts w:ascii="Times New Roman" w:hAnsi="Times New Roman" w:eastAsia="宋体"/>
          <w:b w:val="0"/>
          <w:i w:val="0"/>
          <w:sz w:val="21"/>
        </w:rPr>
        <w:t>(√(3))/4PQ² =192√(3),</w:t>
      </w:r>
    </w:p>
    <w:p>
      <w:pPr>
        <w:spacing w:before="0" w:after="80" w:line="300" w:lineRule="auto"/>
        <w:jc w:val="left"/>
      </w:pPr>
      <w:r>
        <w:rPr>
          <w:rFonts w:ascii="Times New Roman" w:hAnsi="Times New Roman" w:eastAsia="宋体"/>
          <w:b w:val="0"/>
          <w:i w:val="0"/>
          <w:sz w:val="21"/>
        </w:rPr>
        <w:t>(√(3))/4YZ² =324√(3)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PQ=16√(3)，YZ=36。为了说明这个周长关系，把六边形依次的边长记为 a,b,c,d,e,f。两条交替延长线截出的三角形的边长分别为 b+c+d 和 c+d+e，而六边形封闭又给出 a+f=c+d。因此它们的边长之和为</w:t>
      </w:r>
    </w:p>
    <w:p>
      <w:pPr>
        <w:spacing w:before="0" w:after="80" w:line="300" w:lineRule="auto"/>
        <w:jc w:val="left"/>
      </w:pPr>
      <w:r>
        <w:rPr>
          <w:rFonts w:ascii="Times New Roman" w:hAnsi="Times New Roman" w:eastAsia="宋体"/>
          <w:b w:val="0"/>
          <w:i w:val="0"/>
          <w:sz w:val="21"/>
        </w:rPr>
        <w:t>(b+c+d)</w:t>
      </w:r>
    </w:p>
    <w:p>
      <w:pPr>
        <w:spacing w:before="0" w:after="80" w:line="300" w:lineRule="auto"/>
        <w:jc w:val="left"/>
      </w:pPr>
      <w:r>
        <w:rPr>
          <w:rFonts w:ascii="Times New Roman" w:hAnsi="Times New Roman" w:eastAsia="宋体"/>
          <w:b w:val="0"/>
          <w:i w:val="0"/>
          <w:sz w:val="21"/>
        </w:rPr>
        <w:t>+(c+d+e)</w:t>
      </w:r>
    </w:p>
    <w:p>
      <w:pPr>
        <w:spacing w:before="0" w:after="80" w:line="300" w:lineRule="auto"/>
        <w:jc w:val="left"/>
      </w:pPr>
      <w:r>
        <w:rPr>
          <w:rFonts w:ascii="Times New Roman" w:hAnsi="Times New Roman" w:eastAsia="宋体"/>
          <w:b w:val="0"/>
          <w:i w:val="0"/>
          <w:sz w:val="21"/>
        </w:rPr>
        <w:t>=b+e+2(c+d)</w:t>
      </w:r>
    </w:p>
    <w:p>
      <w:pPr>
        <w:spacing w:before="0" w:after="80" w:line="300" w:lineRule="auto"/>
        <w:jc w:val="left"/>
      </w:pPr>
      <w:r>
        <w:rPr>
          <w:rFonts w:ascii="Times New Roman" w:hAnsi="Times New Roman" w:eastAsia="宋体"/>
          <w:b w:val="0"/>
          <w:i w:val="0"/>
          <w:sz w:val="21"/>
        </w:rPr>
        <w:t>=(a+b+c)+(d+e+f)</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这正是六边形的周长。所以周长为</w:t>
      </w:r>
    </w:p>
    <w:p>
      <w:pPr>
        <w:spacing w:before="0" w:after="80" w:line="300" w:lineRule="auto"/>
        <w:jc w:val="left"/>
      </w:pPr>
      <w:r>
        <w:rPr>
          <w:rFonts w:ascii="Times New Roman" w:hAnsi="Times New Roman" w:eastAsia="宋体"/>
          <w:b w:val="0"/>
          <w:i w:val="0"/>
          <w:sz w:val="21"/>
        </w:rPr>
        <w:t>PQ+YZ=16√(3)+36。</w:t>
      </w:r>
    </w:p>
    <w:p>
      <w:pPr>
        <w:spacing w:before="0" w:after="80" w:line="300" w:lineRule="auto"/>
        <w:jc w:val="left"/>
      </w:pPr>
      <w:r>
        <w:rPr>
          <w:rFonts w:ascii="Times New Roman" w:hAnsi="Times New Roman" w:eastAsia="宋体"/>
          <w:b w:val="0"/>
          <w:i w:val="0"/>
          <w:sz w:val="21"/>
        </w:rPr>
        <w:t>因此 m+n+p=36+16+3=55。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intersections of lines AB,CD,EF form triangle PQR, and let the intersections of lines BC,DE,FA form triangle XYZ. Because the hexagon is equiangular, all these outer triangles are equilateral.</w:t>
      </w:r>
    </w:p>
    <w:p>
      <w:pPr>
        <w:spacing w:before="0" w:after="80" w:line="300" w:lineRule="auto"/>
        <w:jc w:val="left"/>
      </w:pPr>
      <w:r>
        <w:rPr>
          <w:rFonts w:ascii="Times New Roman" w:hAnsi="Times New Roman" w:eastAsia="宋体"/>
          <w:b w:val="0"/>
          <w:i w:val="0"/>
          <w:color w:val="333333"/>
          <w:sz w:val="19"/>
        </w:rPr>
        <w:t>For an equilateral triangle with side length s, the area is (√(3))/4s². Hence</w:t>
      </w:r>
    </w:p>
    <w:p>
      <w:pPr>
        <w:spacing w:before="0" w:after="80" w:line="300" w:lineRule="auto"/>
        <w:jc w:val="left"/>
      </w:pPr>
      <w:r>
        <w:rPr>
          <w:rFonts w:ascii="Times New Roman" w:hAnsi="Times New Roman" w:eastAsia="宋体"/>
          <w:b w:val="0"/>
          <w:i w:val="0"/>
          <w:color w:val="333333"/>
          <w:sz w:val="19"/>
        </w:rPr>
        <w:t>(√(3))/4PQ² =192√(3),</w:t>
      </w:r>
    </w:p>
    <w:p>
      <w:pPr>
        <w:spacing w:before="0" w:after="80" w:line="300" w:lineRule="auto"/>
        <w:jc w:val="left"/>
      </w:pPr>
      <w:r>
        <w:rPr>
          <w:rFonts w:ascii="Times New Roman" w:hAnsi="Times New Roman" w:eastAsia="宋体"/>
          <w:b w:val="0"/>
          <w:i w:val="0"/>
          <w:color w:val="333333"/>
          <w:sz w:val="19"/>
        </w:rPr>
        <w:t>(√(3))/4YZ² =324√(3).</w:t>
      </w:r>
    </w:p>
    <w:p>
      <w:pPr>
        <w:spacing w:before="0" w:after="80" w:line="300" w:lineRule="auto"/>
        <w:jc w:val="left"/>
      </w:pPr>
      <w:r>
        <w:rPr>
          <w:rFonts w:ascii="Times New Roman" w:hAnsi="Times New Roman" w:eastAsia="宋体"/>
          <w:b w:val="0"/>
          <w:i w:val="0"/>
          <w:color w:val="333333"/>
          <w:sz w:val="19"/>
        </w:rPr>
        <w:t>So PQ=16√(3) and YZ=36. To justify the perimeter relation, write the consecutive hexagon side lengths as a,b,c,d,e,f. The two alternating-line triangles have side lengths b+c+d and c+d+e, while closure of the hexagon gives a+f=c+d. Hence their side-length sum is</w:t>
      </w:r>
    </w:p>
    <w:p>
      <w:pPr>
        <w:spacing w:before="0" w:after="80" w:line="300" w:lineRule="auto"/>
        <w:jc w:val="left"/>
      </w:pPr>
      <w:r>
        <w:rPr>
          <w:rFonts w:ascii="Times New Roman" w:hAnsi="Times New Roman" w:eastAsia="宋体"/>
          <w:b w:val="0"/>
          <w:i w:val="0"/>
          <w:color w:val="333333"/>
          <w:sz w:val="19"/>
        </w:rPr>
        <w:t>(b+c+d)</w:t>
      </w:r>
    </w:p>
    <w:p>
      <w:pPr>
        <w:spacing w:before="0" w:after="80" w:line="300" w:lineRule="auto"/>
        <w:jc w:val="left"/>
      </w:pPr>
      <w:r>
        <w:rPr>
          <w:rFonts w:ascii="Times New Roman" w:hAnsi="Times New Roman" w:eastAsia="宋体"/>
          <w:b w:val="0"/>
          <w:i w:val="0"/>
          <w:color w:val="333333"/>
          <w:sz w:val="19"/>
        </w:rPr>
        <w:t>+(c+d+e)</w:t>
      </w:r>
    </w:p>
    <w:p>
      <w:pPr>
        <w:spacing w:before="0" w:after="80" w:line="300" w:lineRule="auto"/>
        <w:jc w:val="left"/>
      </w:pPr>
      <w:r>
        <w:rPr>
          <w:rFonts w:ascii="Times New Roman" w:hAnsi="Times New Roman" w:eastAsia="宋体"/>
          <w:b w:val="0"/>
          <w:i w:val="0"/>
          <w:color w:val="333333"/>
          <w:sz w:val="19"/>
        </w:rPr>
        <w:t>=b+e+2(c+d)</w:t>
      </w:r>
    </w:p>
    <w:p>
      <w:pPr>
        <w:spacing w:before="0" w:after="80" w:line="300" w:lineRule="auto"/>
        <w:jc w:val="left"/>
      </w:pPr>
      <w:r>
        <w:rPr>
          <w:rFonts w:ascii="Times New Roman" w:hAnsi="Times New Roman" w:eastAsia="宋体"/>
          <w:b w:val="0"/>
          <w:i w:val="0"/>
          <w:color w:val="333333"/>
          <w:sz w:val="19"/>
        </w:rPr>
        <w:t>=(a+b+c)+(d+e+f),</w:t>
      </w:r>
    </w:p>
    <w:p>
      <w:pPr>
        <w:spacing w:before="0" w:after="80" w:line="300" w:lineRule="auto"/>
        <w:jc w:val="left"/>
      </w:pPr>
      <w:r>
        <w:rPr>
          <w:rFonts w:ascii="Times New Roman" w:hAnsi="Times New Roman" w:eastAsia="宋体"/>
          <w:b w:val="0"/>
          <w:i w:val="0"/>
          <w:color w:val="333333"/>
          <w:sz w:val="19"/>
        </w:rPr>
        <w:t>the hexagon’s perimeter. Therefore the perimeter is</w:t>
      </w:r>
    </w:p>
    <w:p>
      <w:pPr>
        <w:spacing w:before="0" w:after="80" w:line="300" w:lineRule="auto"/>
        <w:jc w:val="left"/>
      </w:pPr>
      <w:r>
        <w:rPr>
          <w:rFonts w:ascii="Times New Roman" w:hAnsi="Times New Roman" w:eastAsia="宋体"/>
          <w:b w:val="0"/>
          <w:i w:val="0"/>
          <w:color w:val="333333"/>
          <w:sz w:val="19"/>
        </w:rPr>
        <w:t>PQ+YZ=16√(3)+36.</w:t>
      </w:r>
    </w:p>
    <w:p>
      <w:pPr>
        <w:spacing w:before="0" w:after="80" w:line="300" w:lineRule="auto"/>
        <w:jc w:val="left"/>
      </w:pPr>
      <w:r>
        <w:rPr>
          <w:rFonts w:ascii="Times New Roman" w:hAnsi="Times New Roman" w:eastAsia="宋体"/>
          <w:b w:val="0"/>
          <w:i w:val="0"/>
          <w:color w:val="333333"/>
          <w:sz w:val="19"/>
        </w:rPr>
        <w:t>Thus m+n+p=36+16+3=55.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B</w:t>
      </w:r>
    </w:p>
    <w:p>
      <w:pPr>
        <w:spacing w:before="0" w:after="80" w:line="300" w:lineRule="auto"/>
        <w:jc w:val="left"/>
      </w:pPr>
      <w:r>
        <w:rPr>
          <w:rFonts w:ascii="Times New Roman" w:hAnsi="Times New Roman" w:eastAsia="宋体"/>
          <w:b w:val="0"/>
          <w:i w:val="0"/>
          <w:sz w:val="21"/>
        </w:rPr>
        <w:t>设借走的是第 a 张到第 b 张纸，并设 s=b-a+1。被借走的页码从 2a-1 到 2b，所以共有 2s 页，页码之和为 s(2a+2b-1)。</w:t>
      </w:r>
    </w:p>
    <w:p>
      <w:pPr>
        <w:spacing w:before="0" w:after="80" w:line="300" w:lineRule="auto"/>
        <w:jc w:val="left"/>
      </w:pPr>
      <w:r>
        <w:rPr>
          <w:rFonts w:ascii="Times New Roman" w:hAnsi="Times New Roman" w:eastAsia="宋体"/>
          <w:b w:val="0"/>
          <w:i w:val="0"/>
          <w:sz w:val="21"/>
        </w:rPr>
        <w:t>所有页码之和为 (50·51)/2=1275。若剩余页码的平均数为 19，则</w:t>
      </w:r>
    </w:p>
    <w:p>
      <w:pPr>
        <w:spacing w:before="0" w:after="80" w:line="300" w:lineRule="auto"/>
        <w:jc w:val="left"/>
      </w:pPr>
      <w:r>
        <w:rPr>
          <w:rFonts w:ascii="Times New Roman" w:hAnsi="Times New Roman" w:eastAsia="宋体"/>
          <w:b w:val="0"/>
          <w:i w:val="0"/>
          <w:sz w:val="21"/>
        </w:rPr>
        <w:t>1275-s(2a+2b-1)</w:t>
      </w:r>
    </w:p>
    <w:p>
      <w:pPr>
        <w:spacing w:before="0" w:after="80" w:line="300" w:lineRule="auto"/>
        <w:jc w:val="left"/>
      </w:pPr>
      <w:r>
        <w:rPr>
          <w:rFonts w:ascii="Times New Roman" w:hAnsi="Times New Roman" w:eastAsia="宋体"/>
          <w:b w:val="0"/>
          <w:i w:val="0"/>
          <w:sz w:val="21"/>
        </w:rPr>
        <w:t>=19(50-2s),</w:t>
      </w:r>
    </w:p>
    <w:p>
      <w:pPr>
        <w:spacing w:before="0" w:after="80" w:line="300" w:lineRule="auto"/>
        <w:jc w:val="left"/>
      </w:pPr>
      <w:r>
        <w:rPr>
          <w:rFonts w:ascii="Times New Roman" w:hAnsi="Times New Roman" w:eastAsia="宋体"/>
          <w:b w:val="0"/>
          <w:i w:val="0"/>
          <w:sz w:val="21"/>
        </w:rPr>
        <w:t>s(2a+2b-39)=325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因为 b-a+1 是 325 的正因数，且不超过 25，所以它只能是 1,5,13,25 这四种可能。前两种会迫使 b&gt;25，而 25 会借走所有纸张。因此唯一有效的可能是</w:t>
      </w:r>
    </w:p>
    <w:p>
      <w:pPr>
        <w:spacing w:before="0" w:after="80" w:line="300" w:lineRule="auto"/>
        <w:jc w:val="left"/>
      </w:pPr>
      <w:r>
        <w:rPr>
          <w:rFonts w:ascii="Times New Roman" w:hAnsi="Times New Roman" w:eastAsia="宋体"/>
          <w:b w:val="0"/>
          <w:i w:val="0"/>
          <w:sz w:val="21"/>
        </w:rPr>
        <w:t>2a+2b-39 =25,</w:t>
      </w:r>
    </w:p>
    <w:p>
      <w:pPr>
        <w:spacing w:before="0" w:after="80" w:line="300" w:lineRule="auto"/>
        <w:jc w:val="left"/>
      </w:pPr>
      <w:r>
        <w:rPr>
          <w:rFonts w:ascii="Times New Roman" w:hAnsi="Times New Roman" w:eastAsia="宋体"/>
          <w:b w:val="0"/>
          <w:i w:val="0"/>
          <w:sz w:val="21"/>
        </w:rPr>
        <w:t>b-a+1 =13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a+b=32，且 b-a=12，得到 a=10、b=22。因此借走了 13 张纸。</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the borrowed sheets are sheets a through b, and let s=b-a+1. The borrowed pages run from 2a-1 through 2b, so there are 2s borrowed pages and their sum is s(2a+2b-1).</w:t>
      </w:r>
    </w:p>
    <w:p>
      <w:pPr>
        <w:spacing w:before="0" w:after="80" w:line="300" w:lineRule="auto"/>
        <w:jc w:val="left"/>
      </w:pPr>
      <w:r>
        <w:rPr>
          <w:rFonts w:ascii="Times New Roman" w:hAnsi="Times New Roman" w:eastAsia="宋体"/>
          <w:b w:val="0"/>
          <w:i w:val="0"/>
          <w:color w:val="333333"/>
          <w:sz w:val="19"/>
        </w:rPr>
        <w:t>The total sum of all page numbers is (50·51)/2=1275. If the remaining pages have mean 19, then</w:t>
      </w:r>
    </w:p>
    <w:p>
      <w:pPr>
        <w:spacing w:before="0" w:after="80" w:line="300" w:lineRule="auto"/>
        <w:jc w:val="left"/>
      </w:pPr>
      <w:r>
        <w:rPr>
          <w:rFonts w:ascii="Times New Roman" w:hAnsi="Times New Roman" w:eastAsia="宋体"/>
          <w:b w:val="0"/>
          <w:i w:val="0"/>
          <w:color w:val="333333"/>
          <w:sz w:val="19"/>
        </w:rPr>
        <w:t>1275-s(2a+2b-1)</w:t>
      </w:r>
    </w:p>
    <w:p>
      <w:pPr>
        <w:spacing w:before="0" w:after="80" w:line="300" w:lineRule="auto"/>
        <w:jc w:val="left"/>
      </w:pPr>
      <w:r>
        <w:rPr>
          <w:rFonts w:ascii="Times New Roman" w:hAnsi="Times New Roman" w:eastAsia="宋体"/>
          <w:b w:val="0"/>
          <w:i w:val="0"/>
          <w:color w:val="333333"/>
          <w:sz w:val="19"/>
        </w:rPr>
        <w:t>=19(50-2s),</w:t>
      </w:r>
    </w:p>
    <w:p>
      <w:pPr>
        <w:spacing w:before="0" w:after="80" w:line="300" w:lineRule="auto"/>
        <w:jc w:val="left"/>
      </w:pPr>
      <w:r>
        <w:rPr>
          <w:rFonts w:ascii="Times New Roman" w:hAnsi="Times New Roman" w:eastAsia="宋体"/>
          <w:b w:val="0"/>
          <w:i w:val="0"/>
          <w:color w:val="333333"/>
          <w:sz w:val="19"/>
        </w:rPr>
        <w:t>s(2a+2b-39)=325.</w:t>
      </w:r>
    </w:p>
    <w:p>
      <w:pPr>
        <w:spacing w:before="0" w:after="80" w:line="300" w:lineRule="auto"/>
        <w:jc w:val="left"/>
      </w:pPr>
      <w:r>
        <w:rPr>
          <w:rFonts w:ascii="Times New Roman" w:hAnsi="Times New Roman" w:eastAsia="宋体"/>
          <w:b w:val="0"/>
          <w:i w:val="0"/>
          <w:color w:val="333333"/>
          <w:sz w:val="19"/>
        </w:rPr>
        <w:t>Because b-a+1 is a positive divisor of 325 and is at most 25, its only possibilities are 1,5,13,25. The first two would force b&gt;25, and 25 would remove every sheet. Thus the only valid possibility is</w:t>
      </w:r>
    </w:p>
    <w:p>
      <w:pPr>
        <w:spacing w:before="0" w:after="80" w:line="300" w:lineRule="auto"/>
        <w:jc w:val="left"/>
      </w:pPr>
      <w:r>
        <w:rPr>
          <w:rFonts w:ascii="Times New Roman" w:hAnsi="Times New Roman" w:eastAsia="宋体"/>
          <w:b w:val="0"/>
          <w:i w:val="0"/>
          <w:color w:val="333333"/>
          <w:sz w:val="19"/>
        </w:rPr>
        <w:t>2a+2b-39 =25,</w:t>
      </w:r>
    </w:p>
    <w:p>
      <w:pPr>
        <w:spacing w:before="0" w:after="80" w:line="300" w:lineRule="auto"/>
        <w:jc w:val="left"/>
      </w:pPr>
      <w:r>
        <w:rPr>
          <w:rFonts w:ascii="Times New Roman" w:hAnsi="Times New Roman" w:eastAsia="宋体"/>
          <w:b w:val="0"/>
          <w:i w:val="0"/>
          <w:color w:val="333333"/>
          <w:sz w:val="19"/>
        </w:rPr>
        <w:t>b-a+1 =13.</w:t>
      </w:r>
    </w:p>
    <w:p>
      <w:pPr>
        <w:spacing w:before="0" w:after="80" w:line="300" w:lineRule="auto"/>
        <w:jc w:val="left"/>
      </w:pPr>
      <w:r>
        <w:rPr>
          <w:rFonts w:ascii="Times New Roman" w:hAnsi="Times New Roman" w:eastAsia="宋体"/>
          <w:b w:val="0"/>
          <w:i w:val="0"/>
          <w:color w:val="333333"/>
          <w:sz w:val="19"/>
        </w:rPr>
        <w:t>Thus a+b=32 and b-a=12, so a=10 and b=22. Therefore 13 sheets were borrowed.</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23 题　答案 D</w:t>
      </w:r>
    </w:p>
    <w:p>
      <w:pPr>
        <w:spacing w:before="0" w:after="80" w:line="300" w:lineRule="auto"/>
        <w:jc w:val="left"/>
      </w:pPr>
      <w:r>
        <w:rPr>
          <w:rFonts w:ascii="Times New Roman" w:hAnsi="Times New Roman" w:eastAsia="宋体"/>
          <w:b w:val="0"/>
          <w:i w:val="0"/>
          <w:sz w:val="21"/>
        </w:rPr>
        <w:t>用 M 表示中心格，E 表示非角的边格，C 表示角格。Frieda 从 M 出发，第一次跳一定到 E。</w:t>
      </w:r>
    </w:p>
    <w:p>
      <w:pPr>
        <w:spacing w:before="0" w:after="80" w:line="300" w:lineRule="auto"/>
        <w:jc w:val="left"/>
      </w:pPr>
      <w:r>
        <w:rPr>
          <w:rFonts w:ascii="Times New Roman" w:hAnsi="Times New Roman" w:eastAsia="宋体"/>
          <w:b w:val="0"/>
          <w:i w:val="0"/>
          <w:sz w:val="21"/>
        </w:rPr>
        <w:t>从一个边格出发，到 C,E,M 的概率分别为 1/2,1/4,1/4。从 M 出发下一步一定到 E。</w:t>
      </w:r>
    </w:p>
    <w:p>
      <w:pPr>
        <w:spacing w:before="0" w:after="80" w:line="300" w:lineRule="auto"/>
        <w:jc w:val="left"/>
      </w:pPr>
      <w:r>
        <w:rPr>
          <w:rFonts w:ascii="Times New Roman" w:hAnsi="Times New Roman" w:eastAsia="宋体"/>
          <w:b w:val="0"/>
          <w:i w:val="0"/>
          <w:sz w:val="21"/>
        </w:rPr>
        <w:t>现在列出四次以内首次到达角格的状态模式及其概率。</w:t>
      </w:r>
    </w:p>
    <w:p>
      <w:pPr>
        <w:spacing w:before="0" w:after="80" w:line="300" w:lineRule="auto"/>
        <w:jc w:val="left"/>
      </w:pPr>
      <w:r>
        <w:rPr>
          <w:rFonts w:ascii="Times New Roman" w:hAnsi="Times New Roman" w:eastAsia="宋体"/>
          <w:b w:val="0"/>
          <w:i w:val="0"/>
          <w:sz w:val="21"/>
        </w:rPr>
        <w:t>EC: 1·1/2=1/2，</w:t>
      </w:r>
    </w:p>
    <w:p>
      <w:pPr>
        <w:spacing w:before="0" w:after="80" w:line="300" w:lineRule="auto"/>
        <w:jc w:val="left"/>
      </w:pPr>
      <w:r>
        <w:rPr>
          <w:rFonts w:ascii="Times New Roman" w:hAnsi="Times New Roman" w:eastAsia="宋体"/>
          <w:b w:val="0"/>
          <w:i w:val="0"/>
          <w:sz w:val="21"/>
        </w:rPr>
        <w:t>EEC: 1·1/4·1/2=1/8，</w:t>
      </w:r>
    </w:p>
    <w:p>
      <w:pPr>
        <w:spacing w:before="0" w:after="80" w:line="300" w:lineRule="auto"/>
        <w:jc w:val="left"/>
      </w:pPr>
      <w:r>
        <w:rPr>
          <w:rFonts w:ascii="Times New Roman" w:hAnsi="Times New Roman" w:eastAsia="宋体"/>
          <w:b w:val="0"/>
          <w:i w:val="0"/>
          <w:sz w:val="21"/>
        </w:rPr>
        <w:t>EEEC: 1·1/4·1/4·1/2=1/32，</w:t>
      </w:r>
    </w:p>
    <w:p>
      <w:pPr>
        <w:spacing w:before="0" w:after="80" w:line="300" w:lineRule="auto"/>
        <w:jc w:val="left"/>
      </w:pPr>
      <w:r>
        <w:rPr>
          <w:rFonts w:ascii="Times New Roman" w:hAnsi="Times New Roman" w:eastAsia="宋体"/>
          <w:b w:val="0"/>
          <w:i w:val="0"/>
          <w:sz w:val="21"/>
        </w:rPr>
        <w:t>EMEC: 1·1/4·1·1/2=1/8。</w:t>
      </w:r>
    </w:p>
    <w:p>
      <w:pPr>
        <w:spacing w:before="0" w:after="80" w:line="300" w:lineRule="auto"/>
        <w:jc w:val="left"/>
      </w:pPr>
      <w:r>
        <w:rPr>
          <w:rFonts w:ascii="Times New Roman" w:hAnsi="Times New Roman" w:eastAsia="宋体"/>
          <w:b w:val="0"/>
          <w:i w:val="0"/>
          <w:sz w:val="21"/>
        </w:rPr>
        <w:t>把这些概率相加：</w:t>
      </w:r>
    </w:p>
    <w:p>
      <w:pPr>
        <w:spacing w:before="0" w:after="80" w:line="300" w:lineRule="auto"/>
        <w:jc w:val="left"/>
      </w:pPr>
      <w:r>
        <w:rPr>
          <w:rFonts w:ascii="Times New Roman" w:hAnsi="Times New Roman" w:eastAsia="宋体"/>
          <w:b w:val="0"/>
          <w:i w:val="0"/>
          <w:sz w:val="21"/>
        </w:rPr>
        <w:t>1/2+1/8+1/32+1/8=25/32。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Classify a square as M for the center, E for a non-corner edge square, and C for a corner. Frieda starts at M, and the first hop always takes her to an E.</w:t>
      </w:r>
    </w:p>
    <w:p>
      <w:pPr>
        <w:spacing w:before="0" w:after="80" w:line="300" w:lineRule="auto"/>
        <w:jc w:val="left"/>
      </w:pPr>
      <w:r>
        <w:rPr>
          <w:rFonts w:ascii="Times New Roman" w:hAnsi="Times New Roman" w:eastAsia="宋体"/>
          <w:b w:val="0"/>
          <w:i w:val="0"/>
          <w:color w:val="333333"/>
          <w:sz w:val="19"/>
        </w:rPr>
        <w:t>From an edge square, the probabilities of moving to C,E,M are 1/2,1/4,1/4, respectively. From M, the next hop always goes to an E.</w:t>
      </w:r>
    </w:p>
    <w:p>
      <w:pPr>
        <w:spacing w:before="0" w:after="80" w:line="300" w:lineRule="auto"/>
        <w:jc w:val="left"/>
      </w:pPr>
      <w:r>
        <w:rPr>
          <w:rFonts w:ascii="Times New Roman" w:hAnsi="Times New Roman" w:eastAsia="宋体"/>
          <w:b w:val="0"/>
          <w:i w:val="0"/>
          <w:color w:val="333333"/>
          <w:sz w:val="19"/>
        </w:rPr>
        <w:t>Now count the possible first-hit patterns within four hops:</w:t>
      </w:r>
    </w:p>
    <w:p>
      <w:pPr>
        <w:spacing w:before="0" w:after="80" w:line="300" w:lineRule="auto"/>
        <w:jc w:val="left"/>
      </w:pPr>
      <w:r>
        <w:rPr>
          <w:rFonts w:ascii="Times New Roman" w:hAnsi="Times New Roman" w:eastAsia="宋体"/>
          <w:b w:val="0"/>
          <w:i w:val="0"/>
          <w:color w:val="333333"/>
          <w:sz w:val="19"/>
        </w:rPr>
        <w:t>EC: 1·1/2=1/2,</w:t>
      </w:r>
    </w:p>
    <w:p>
      <w:pPr>
        <w:spacing w:before="0" w:after="80" w:line="300" w:lineRule="auto"/>
        <w:jc w:val="left"/>
      </w:pPr>
      <w:r>
        <w:rPr>
          <w:rFonts w:ascii="Times New Roman" w:hAnsi="Times New Roman" w:eastAsia="宋体"/>
          <w:b w:val="0"/>
          <w:i w:val="0"/>
          <w:color w:val="333333"/>
          <w:sz w:val="19"/>
        </w:rPr>
        <w:t>EEC: 1·1/4·1/2=1/8,</w:t>
      </w:r>
    </w:p>
    <w:p>
      <w:pPr>
        <w:spacing w:before="0" w:after="80" w:line="300" w:lineRule="auto"/>
        <w:jc w:val="left"/>
      </w:pPr>
      <w:r>
        <w:rPr>
          <w:rFonts w:ascii="Times New Roman" w:hAnsi="Times New Roman" w:eastAsia="宋体"/>
          <w:b w:val="0"/>
          <w:i w:val="0"/>
          <w:color w:val="333333"/>
          <w:sz w:val="19"/>
        </w:rPr>
        <w:t>EEEC: 1·1/4·1/4·1/2=1/32,</w:t>
      </w:r>
    </w:p>
    <w:p>
      <w:pPr>
        <w:spacing w:before="0" w:after="80" w:line="300" w:lineRule="auto"/>
        <w:jc w:val="left"/>
      </w:pPr>
      <w:r>
        <w:rPr>
          <w:rFonts w:ascii="Times New Roman" w:hAnsi="Times New Roman" w:eastAsia="宋体"/>
          <w:b w:val="0"/>
          <w:i w:val="0"/>
          <w:color w:val="333333"/>
          <w:sz w:val="19"/>
        </w:rPr>
        <w:t>EMEC: 1·1/4·1·1/2=1/8.</w:t>
      </w:r>
    </w:p>
    <w:p>
      <w:pPr>
        <w:spacing w:before="0" w:after="80" w:line="300" w:lineRule="auto"/>
        <w:jc w:val="left"/>
      </w:pPr>
      <w:r>
        <w:rPr>
          <w:rFonts w:ascii="Times New Roman" w:hAnsi="Times New Roman" w:eastAsia="宋体"/>
          <w:b w:val="0"/>
          <w:i w:val="0"/>
          <w:color w:val="333333"/>
          <w:sz w:val="19"/>
        </w:rPr>
        <w:t>Adding gives</w:t>
      </w:r>
    </w:p>
    <w:p>
      <w:pPr>
        <w:spacing w:before="0" w:after="80" w:line="300" w:lineRule="auto"/>
        <w:jc w:val="left"/>
      </w:pPr>
      <w:r>
        <w:rPr>
          <w:rFonts w:ascii="Times New Roman" w:hAnsi="Times New Roman" w:eastAsia="宋体"/>
          <w:b w:val="0"/>
          <w:i w:val="0"/>
          <w:color w:val="333333"/>
          <w:sz w:val="19"/>
        </w:rPr>
        <w:t>1/2+1/8+1/32+1/8=25/32.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D</w:t>
      </w:r>
    </w:p>
    <w:p>
      <w:pPr>
        <w:spacing w:before="0" w:after="80" w:line="300" w:lineRule="auto"/>
        <w:jc w:val="left"/>
      </w:pPr>
      <w:r>
        <w:rPr>
          <w:rFonts w:ascii="Times New Roman" w:hAnsi="Times New Roman" w:eastAsia="宋体"/>
          <w:b w:val="0"/>
          <w:i w:val="0"/>
          <w:sz w:val="21"/>
        </w:rPr>
        <w:t>注意，每个方程都会给出两条平行直线。</w:t>
      </w:r>
    </w:p>
    <w:p>
      <w:pPr>
        <w:spacing w:before="0" w:after="80" w:line="300" w:lineRule="auto"/>
        <w:jc w:val="left"/>
      </w:pPr>
      <w:r>
        <w:rPr>
          <w:rFonts w:ascii="Times New Roman" w:hAnsi="Times New Roman" w:eastAsia="宋体"/>
          <w:b w:val="0"/>
          <w:i w:val="0"/>
          <w:sz w:val="21"/>
        </w:rPr>
        <w:t>(x + ay)² = 4a²</w:t>
      </w:r>
    </w:p>
    <w:p>
      <w:pPr>
        <w:spacing w:before="0" w:after="80" w:line="300" w:lineRule="auto"/>
        <w:jc w:val="left"/>
      </w:pPr>
      <w:r>
        <w:rPr>
          <w:rFonts w:ascii="Times New Roman" w:hAnsi="Times New Roman" w:eastAsia="宋体"/>
          <w:b w:val="0"/>
          <w:i w:val="0"/>
          <w:sz w:val="21"/>
        </w:rPr>
        <w:t>给出两条直线</w:t>
      </w:r>
    </w:p>
    <w:p>
      <w:pPr>
        <w:spacing w:before="0" w:after="80" w:line="300" w:lineRule="auto"/>
        <w:jc w:val="left"/>
      </w:pPr>
      <w:r>
        <w:rPr>
          <w:rFonts w:ascii="Times New Roman" w:hAnsi="Times New Roman" w:eastAsia="宋体"/>
          <w:b w:val="0"/>
          <w:i w:val="0"/>
          <w:sz w:val="21"/>
        </w:rPr>
        <w:t>x + ay - 2a = 0</w:t>
      </w:r>
    </w:p>
    <w:p>
      <w:pPr>
        <w:spacing w:before="0" w:after="80" w:line="300" w:lineRule="auto"/>
        <w:jc w:val="left"/>
      </w:pPr>
      <w:r>
        <w:rPr>
          <w:rFonts w:ascii="Times New Roman" w:hAnsi="Times New Roman" w:eastAsia="宋体"/>
          <w:b w:val="0"/>
          <w:i w:val="0"/>
          <w:sz w:val="21"/>
        </w:rPr>
        <w:t>和</w:t>
      </w:r>
    </w:p>
    <w:p>
      <w:pPr>
        <w:spacing w:before="0" w:after="80" w:line="300" w:lineRule="auto"/>
        <w:jc w:val="left"/>
      </w:pPr>
      <w:r>
        <w:rPr>
          <w:rFonts w:ascii="Times New Roman" w:hAnsi="Times New Roman" w:eastAsia="宋体"/>
          <w:b w:val="0"/>
          <w:i w:val="0"/>
          <w:sz w:val="21"/>
        </w:rPr>
        <w:t>x + ay + 2a = 0。</w:t>
      </w:r>
    </w:p>
    <w:p>
      <w:pPr>
        <w:spacing w:before="0" w:after="80" w:line="300" w:lineRule="auto"/>
        <w:jc w:val="left"/>
      </w:pPr>
      <w:r>
        <w:rPr>
          <w:rFonts w:ascii="Times New Roman" w:hAnsi="Times New Roman" w:eastAsia="宋体"/>
          <w:b w:val="0"/>
          <w:i w:val="0"/>
          <w:sz w:val="21"/>
        </w:rPr>
        <w:t>这两条直线的斜率都是 -1/a。</w:t>
      </w:r>
    </w:p>
    <w:p>
      <w:pPr>
        <w:spacing w:before="0" w:after="80" w:line="300" w:lineRule="auto"/>
        <w:jc w:val="left"/>
      </w:pPr>
      <w:r>
        <w:rPr>
          <w:rFonts w:ascii="Times New Roman" w:hAnsi="Times New Roman" w:eastAsia="宋体"/>
          <w:b w:val="0"/>
          <w:i w:val="0"/>
          <w:sz w:val="21"/>
        </w:rPr>
        <w:t>类似地，</w:t>
      </w:r>
    </w:p>
    <w:p>
      <w:pPr>
        <w:spacing w:before="0" w:after="80" w:line="300" w:lineRule="auto"/>
        <w:jc w:val="left"/>
      </w:pPr>
      <w:r>
        <w:rPr>
          <w:rFonts w:ascii="Times New Roman" w:hAnsi="Times New Roman" w:eastAsia="宋体"/>
          <w:b w:val="0"/>
          <w:i w:val="0"/>
          <w:sz w:val="21"/>
        </w:rPr>
        <w:t>(ax-y)² = a²</w:t>
      </w:r>
    </w:p>
    <w:p>
      <w:pPr>
        <w:spacing w:before="0" w:after="80" w:line="300" w:lineRule="auto"/>
        <w:jc w:val="left"/>
      </w:pPr>
      <w:r>
        <w:rPr>
          <w:rFonts w:ascii="Times New Roman" w:hAnsi="Times New Roman" w:eastAsia="宋体"/>
          <w:b w:val="0"/>
          <w:i w:val="0"/>
          <w:sz w:val="21"/>
        </w:rPr>
        <w:t>给出直线</w:t>
      </w:r>
    </w:p>
    <w:p>
      <w:pPr>
        <w:spacing w:before="0" w:after="80" w:line="300" w:lineRule="auto"/>
        <w:jc w:val="left"/>
      </w:pPr>
      <w:r>
        <w:rPr>
          <w:rFonts w:ascii="Times New Roman" w:hAnsi="Times New Roman" w:eastAsia="宋体"/>
          <w:b w:val="0"/>
          <w:i w:val="0"/>
          <w:sz w:val="21"/>
        </w:rPr>
        <w:t>ax - y - a = 0</w:t>
      </w:r>
    </w:p>
    <w:p>
      <w:pPr>
        <w:spacing w:before="0" w:after="80" w:line="300" w:lineRule="auto"/>
        <w:jc w:val="left"/>
      </w:pPr>
      <w:r>
        <w:rPr>
          <w:rFonts w:ascii="Times New Roman" w:hAnsi="Times New Roman" w:eastAsia="宋体"/>
          <w:b w:val="0"/>
          <w:i w:val="0"/>
          <w:sz w:val="21"/>
        </w:rPr>
        <w:t>和</w:t>
      </w:r>
    </w:p>
    <w:p>
      <w:pPr>
        <w:spacing w:before="0" w:after="80" w:line="300" w:lineRule="auto"/>
        <w:jc w:val="left"/>
      </w:pPr>
      <w:r>
        <w:rPr>
          <w:rFonts w:ascii="Times New Roman" w:hAnsi="Times New Roman" w:eastAsia="宋体"/>
          <w:b w:val="0"/>
          <w:i w:val="0"/>
          <w:sz w:val="21"/>
        </w:rPr>
        <w:t>ax - y + a = 0。</w:t>
      </w:r>
    </w:p>
    <w:p>
      <w:pPr>
        <w:spacing w:before="0" w:after="80" w:line="300" w:lineRule="auto"/>
        <w:jc w:val="left"/>
      </w:pPr>
      <w:r>
        <w:rPr>
          <w:rFonts w:ascii="Times New Roman" w:hAnsi="Times New Roman" w:eastAsia="宋体"/>
          <w:b w:val="0"/>
          <w:i w:val="0"/>
          <w:sz w:val="21"/>
        </w:rPr>
        <w:t>这些直线的斜率为 a。</w:t>
      </w:r>
    </w:p>
    <w:p>
      <w:pPr>
        <w:spacing w:before="0" w:after="80" w:line="300" w:lineRule="auto"/>
        <w:jc w:val="left"/>
      </w:pPr>
      <w:r>
        <w:rPr>
          <w:rFonts w:ascii="Times New Roman" w:hAnsi="Times New Roman" w:eastAsia="宋体"/>
          <w:b w:val="0"/>
          <w:i w:val="0"/>
          <w:sz w:val="21"/>
        </w:rPr>
        <w:t>两组直线互相垂直，因此围成一个矩形。</w:t>
      </w:r>
    </w:p>
    <w:p>
      <w:pPr>
        <w:spacing w:before="0" w:after="80" w:line="300" w:lineRule="auto"/>
        <w:jc w:val="left"/>
      </w:pPr>
      <w:r>
        <w:rPr>
          <w:rFonts w:ascii="Times New Roman" w:hAnsi="Times New Roman" w:eastAsia="宋体"/>
          <w:b w:val="0"/>
          <w:i w:val="0"/>
          <w:sz w:val="21"/>
        </w:rPr>
        <w:t>回忆两条平行线</w:t>
      </w:r>
    </w:p>
    <w:tbl>
      <w:tblPr>
        <w:tblW w:type="auto" w:w="0"/>
        <w:jc w:val="center"/>
        <w:tblLayout w:type="autofit"/>
        <w:tblLook w:firstColumn="1" w:firstRow="1" w:lastColumn="0" w:lastRow="0" w:noHBand="0" w:noVBand="1" w:val="04A0"/>
      </w:tblPr>
      <w:tblGrid>
        <w:gridCol w:w="9412"/>
      </w:tblGrid>
      <w:tr>
        <w:tc>
          <w:tcPr>
            <w:tcW w:type="dxa" w:w="9412"/>
          </w:tcPr>
          <w:p>
            <w:pPr>
              <w:spacing w:before="20" w:after="20" w:line="240" w:lineRule="auto"/>
              <w:jc w:val="center"/>
            </w:pPr>
            <w:r/>
            <w:r>
              <w:rPr>
                <w:rFonts w:ascii="Times New Roman" w:hAnsi="Times New Roman" w:eastAsia="宋体"/>
                <w:b w:val="0"/>
                <w:i w:val="0"/>
                <w:sz w:val="20"/>
              </w:rPr>
              <w:t>Ax+By+C₁=0</w:t>
            </w:r>
          </w:p>
        </w:tc>
      </w:tr>
      <w:tr>
        <w:tc>
          <w:tcPr>
            <w:tcW w:type="dxa" w:w="9412"/>
          </w:tcPr>
          <w:p>
            <w:pPr>
              <w:spacing w:before="20" w:after="20" w:line="240" w:lineRule="auto"/>
              <w:jc w:val="center"/>
            </w:pPr>
            <w:r/>
            <w:r>
              <w:rPr>
                <w:rFonts w:ascii="Times New Roman" w:hAnsi="Times New Roman" w:eastAsia="宋体"/>
                <w:b w:val="0"/>
                <w:i w:val="0"/>
                <w:sz w:val="20"/>
              </w:rPr>
              <w:t>Ax+By+C₂=0</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sz w:val="21"/>
        </w:rPr>
        <w:t>之间的距离 d 为</w:t>
      </w:r>
    </w:p>
    <w:p>
      <w:pPr>
        <w:spacing w:before="0" w:after="80" w:line="300" w:lineRule="auto"/>
        <w:jc w:val="left"/>
      </w:pPr>
      <w:r>
        <w:rPr>
          <w:rFonts w:ascii="Times New Roman" w:hAnsi="Times New Roman" w:eastAsia="宋体"/>
          <w:b w:val="0"/>
          <w:i w:val="0"/>
          <w:sz w:val="21"/>
        </w:rPr>
        <w:t>d = (| C₂ - C₁ |)/(√(A² + B²))。</w:t>
      </w:r>
    </w:p>
    <w:p>
      <w:pPr>
        <w:spacing w:before="0" w:after="80" w:line="300" w:lineRule="auto"/>
        <w:jc w:val="left"/>
      </w:pPr>
      <w:r>
        <w:rPr>
          <w:rFonts w:ascii="Times New Roman" w:hAnsi="Times New Roman" w:eastAsia="宋体"/>
          <w:b w:val="0"/>
          <w:i w:val="0"/>
          <w:sz w:val="21"/>
        </w:rPr>
        <w:t>用这个公式，第一组平行线之间的距离为</w:t>
      </w:r>
    </w:p>
    <w:p>
      <w:pPr>
        <w:spacing w:before="0" w:after="80" w:line="300" w:lineRule="auto"/>
        <w:jc w:val="left"/>
      </w:pPr>
      <w:r>
        <w:rPr>
          <w:rFonts w:ascii="Times New Roman" w:hAnsi="Times New Roman" w:eastAsia="宋体"/>
          <w:b w:val="0"/>
          <w:i w:val="0"/>
          <w:sz w:val="21"/>
        </w:rPr>
        <w:t>4a/(√(a² + 1))。</w:t>
      </w:r>
    </w:p>
    <w:p>
      <w:pPr>
        <w:spacing w:before="0" w:after="80" w:line="300" w:lineRule="auto"/>
        <w:jc w:val="left"/>
      </w:pPr>
      <w:r>
        <w:rPr>
          <w:rFonts w:ascii="Times New Roman" w:hAnsi="Times New Roman" w:eastAsia="宋体"/>
          <w:b w:val="0"/>
          <w:i w:val="0"/>
          <w:sz w:val="21"/>
        </w:rPr>
        <w:t>类似地，第二组平行线之间的距离为</w:t>
      </w:r>
    </w:p>
    <w:p>
      <w:pPr>
        <w:spacing w:before="0" w:after="80" w:line="300" w:lineRule="auto"/>
        <w:jc w:val="left"/>
      </w:pPr>
      <w:r>
        <w:rPr>
          <w:rFonts w:ascii="Times New Roman" w:hAnsi="Times New Roman" w:eastAsia="宋体"/>
          <w:b w:val="0"/>
          <w:i w:val="0"/>
          <w:sz w:val="21"/>
        </w:rPr>
        <w:t>2a/(√(a² + 1))。</w:t>
      </w:r>
    </w:p>
    <w:p>
      <w:pPr>
        <w:spacing w:before="0" w:after="80" w:line="300" w:lineRule="auto"/>
        <w:jc w:val="left"/>
      </w:pPr>
      <w:r>
        <w:rPr>
          <w:rFonts w:ascii="Times New Roman" w:hAnsi="Times New Roman" w:eastAsia="宋体"/>
          <w:b w:val="0"/>
          <w:i w:val="0"/>
          <w:sz w:val="21"/>
        </w:rPr>
        <w:t>这两个距离就是矩形的边长，相乘得面积</w:t>
      </w:r>
    </w:p>
    <w:p>
      <w:pPr>
        <w:spacing w:before="0" w:after="80" w:line="300" w:lineRule="auto"/>
        <w:jc w:val="left"/>
      </w:pPr>
      <w:r>
        <w:rPr>
          <w:rFonts w:ascii="Times New Roman" w:hAnsi="Times New Roman" w:eastAsia="宋体"/>
          <w:b w:val="0"/>
          <w:i w:val="0"/>
          <w:sz w:val="21"/>
        </w:rPr>
        <w:t>8a²/(a² + 1)。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each of the equations yields two parallel lines.</w:t>
      </w:r>
    </w:p>
    <w:p>
      <w:pPr>
        <w:spacing w:before="0" w:after="80" w:line="300" w:lineRule="auto"/>
        <w:jc w:val="left"/>
      </w:pPr>
      <w:r>
        <w:rPr>
          <w:rFonts w:ascii="Times New Roman" w:hAnsi="Times New Roman" w:eastAsia="宋体"/>
          <w:b w:val="0"/>
          <w:i w:val="0"/>
          <w:color w:val="333333"/>
          <w:sz w:val="19"/>
        </w:rPr>
        <w:t>(x + ay)² = 4a²</w:t>
      </w:r>
    </w:p>
    <w:p>
      <w:pPr>
        <w:spacing w:before="0" w:after="80" w:line="300" w:lineRule="auto"/>
        <w:jc w:val="left"/>
      </w:pPr>
      <w:r>
        <w:rPr>
          <w:rFonts w:ascii="Times New Roman" w:hAnsi="Times New Roman" w:eastAsia="宋体"/>
          <w:b w:val="0"/>
          <w:i w:val="0"/>
          <w:color w:val="333333"/>
          <w:sz w:val="19"/>
        </w:rPr>
        <w:t>results in the two lines</w:t>
      </w:r>
    </w:p>
    <w:p>
      <w:pPr>
        <w:spacing w:before="0" w:after="80" w:line="300" w:lineRule="auto"/>
        <w:jc w:val="left"/>
      </w:pPr>
      <w:r>
        <w:rPr>
          <w:rFonts w:ascii="Times New Roman" w:hAnsi="Times New Roman" w:eastAsia="宋体"/>
          <w:b w:val="0"/>
          <w:i w:val="0"/>
          <w:color w:val="333333"/>
          <w:sz w:val="19"/>
        </w:rPr>
        <w:t>x + ay - 2a = 0</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x + ay + 2a = 0.</w:t>
      </w:r>
    </w:p>
    <w:p>
      <w:pPr>
        <w:spacing w:before="0" w:after="80" w:line="300" w:lineRule="auto"/>
        <w:jc w:val="left"/>
      </w:pPr>
      <w:r>
        <w:rPr>
          <w:rFonts w:ascii="Times New Roman" w:hAnsi="Times New Roman" w:eastAsia="宋体"/>
          <w:b w:val="0"/>
          <w:i w:val="0"/>
          <w:color w:val="333333"/>
          <w:sz w:val="19"/>
        </w:rPr>
        <w:t>Both of these lines have a slope of -1/a.</w:t>
      </w:r>
    </w:p>
    <w:p>
      <w:pPr>
        <w:spacing w:before="0" w:after="80" w:line="300" w:lineRule="auto"/>
        <w:jc w:val="left"/>
      </w:pPr>
      <w:r>
        <w:rPr>
          <w:rFonts w:ascii="Times New Roman" w:hAnsi="Times New Roman" w:eastAsia="宋体"/>
          <w:b w:val="0"/>
          <w:i w:val="0"/>
          <w:color w:val="333333"/>
          <w:sz w:val="19"/>
        </w:rPr>
        <w:t>Similarly,</w:t>
      </w:r>
    </w:p>
    <w:p>
      <w:pPr>
        <w:spacing w:before="0" w:after="80" w:line="300" w:lineRule="auto"/>
        <w:jc w:val="left"/>
      </w:pPr>
      <w:r>
        <w:rPr>
          <w:rFonts w:ascii="Times New Roman" w:hAnsi="Times New Roman" w:eastAsia="宋体"/>
          <w:b w:val="0"/>
          <w:i w:val="0"/>
          <w:color w:val="333333"/>
          <w:sz w:val="19"/>
        </w:rPr>
        <w:t>(ax-y)² = a²</w:t>
      </w:r>
    </w:p>
    <w:p>
      <w:pPr>
        <w:spacing w:before="0" w:after="80" w:line="300" w:lineRule="auto"/>
        <w:jc w:val="left"/>
      </w:pPr>
      <w:r>
        <w:rPr>
          <w:rFonts w:ascii="Times New Roman" w:hAnsi="Times New Roman" w:eastAsia="宋体"/>
          <w:b w:val="0"/>
          <w:i w:val="0"/>
          <w:color w:val="333333"/>
          <w:sz w:val="19"/>
        </w:rPr>
        <w:t>results in the lines</w:t>
      </w:r>
    </w:p>
    <w:p>
      <w:pPr>
        <w:spacing w:before="0" w:after="80" w:line="300" w:lineRule="auto"/>
        <w:jc w:val="left"/>
      </w:pPr>
      <w:r>
        <w:rPr>
          <w:rFonts w:ascii="Times New Roman" w:hAnsi="Times New Roman" w:eastAsia="宋体"/>
          <w:b w:val="0"/>
          <w:i w:val="0"/>
          <w:color w:val="333333"/>
          <w:sz w:val="19"/>
        </w:rPr>
        <w:t>ax - y - a = 0</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ax - y + a = 0.</w:t>
      </w:r>
    </w:p>
    <w:p>
      <w:pPr>
        <w:spacing w:before="0" w:after="80" w:line="300" w:lineRule="auto"/>
        <w:jc w:val="left"/>
      </w:pPr>
      <w:r>
        <w:rPr>
          <w:rFonts w:ascii="Times New Roman" w:hAnsi="Times New Roman" w:eastAsia="宋体"/>
          <w:b w:val="0"/>
          <w:i w:val="0"/>
          <w:color w:val="333333"/>
          <w:sz w:val="19"/>
        </w:rPr>
        <w:t>These lines have slope a.</w:t>
      </w:r>
    </w:p>
    <w:p>
      <w:pPr>
        <w:spacing w:before="0" w:after="80" w:line="300" w:lineRule="auto"/>
        <w:jc w:val="left"/>
      </w:pPr>
      <w:r>
        <w:rPr>
          <w:rFonts w:ascii="Times New Roman" w:hAnsi="Times New Roman" w:eastAsia="宋体"/>
          <w:b w:val="0"/>
          <w:i w:val="0"/>
          <w:color w:val="333333"/>
          <w:sz w:val="19"/>
        </w:rPr>
        <w:t>Note that each pair of lines is perpendicular to the other pair of lines. This shows that the equations form a rectangle.</w:t>
      </w:r>
    </w:p>
    <w:p>
      <w:pPr>
        <w:spacing w:before="0" w:after="80" w:line="300" w:lineRule="auto"/>
        <w:jc w:val="left"/>
      </w:pPr>
      <w:r>
        <w:rPr>
          <w:rFonts w:ascii="Times New Roman" w:hAnsi="Times New Roman" w:eastAsia="宋体"/>
          <w:b w:val="0"/>
          <w:i w:val="0"/>
          <w:color w:val="333333"/>
          <w:sz w:val="19"/>
        </w:rPr>
        <w:t>Recall that the formula for the distance d between two parallel lines</w:t>
      </w:r>
    </w:p>
    <w:tbl>
      <w:tblPr>
        <w:tblW w:type="auto" w:w="0"/>
        <w:jc w:val="center"/>
        <w:tblLayout w:type="autofit"/>
        <w:tblLook w:firstColumn="1" w:firstRow="1" w:lastColumn="0" w:lastRow="0" w:noHBand="0" w:noVBand="1" w:val="04A0"/>
      </w:tblPr>
      <w:tblGrid>
        <w:gridCol w:w="9412"/>
      </w:tblGrid>
      <w:tr>
        <w:tc>
          <w:tcPr>
            <w:tcW w:type="dxa" w:w="9412"/>
          </w:tcPr>
          <w:p>
            <w:pPr>
              <w:spacing w:before="20" w:after="20" w:line="240" w:lineRule="auto"/>
              <w:jc w:val="center"/>
            </w:pPr>
            <w:r/>
            <w:r>
              <w:rPr>
                <w:rFonts w:ascii="Times New Roman" w:hAnsi="Times New Roman" w:eastAsia="宋体"/>
                <w:b w:val="0"/>
                <w:i w:val="0"/>
                <w:color w:val="333333"/>
                <w:sz w:val="19"/>
              </w:rPr>
              <w:t>Ax+By+C₁=0</w:t>
            </w:r>
          </w:p>
        </w:tc>
      </w:tr>
      <w:tr>
        <w:tc>
          <w:tcPr>
            <w:tcW w:type="dxa" w:w="9412"/>
          </w:tcPr>
          <w:p>
            <w:pPr>
              <w:spacing w:before="20" w:after="20" w:line="240" w:lineRule="auto"/>
              <w:jc w:val="center"/>
            </w:pPr>
            <w:r/>
            <w:r>
              <w:rPr>
                <w:rFonts w:ascii="Times New Roman" w:hAnsi="Times New Roman" w:eastAsia="宋体"/>
                <w:b w:val="0"/>
                <w:i w:val="0"/>
                <w:color w:val="333333"/>
                <w:sz w:val="19"/>
              </w:rPr>
              <w:t>Ax+By+C₂=0</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color w:val="333333"/>
          <w:sz w:val="19"/>
        </w:rPr>
        <w:t>is</w:t>
      </w:r>
    </w:p>
    <w:p>
      <w:pPr>
        <w:spacing w:before="0" w:after="80" w:line="300" w:lineRule="auto"/>
        <w:jc w:val="left"/>
      </w:pPr>
      <w:r>
        <w:rPr>
          <w:rFonts w:ascii="Times New Roman" w:hAnsi="Times New Roman" w:eastAsia="宋体"/>
          <w:b w:val="0"/>
          <w:i w:val="0"/>
          <w:color w:val="333333"/>
          <w:sz w:val="19"/>
        </w:rPr>
        <w:t>d = (| C₂ - C₁ |)/(√(A² + B²)).</w:t>
      </w:r>
    </w:p>
    <w:p>
      <w:pPr>
        <w:spacing w:before="0" w:after="80" w:line="300" w:lineRule="auto"/>
        <w:jc w:val="left"/>
      </w:pPr>
      <w:r>
        <w:rPr>
          <w:rFonts w:ascii="Times New Roman" w:hAnsi="Times New Roman" w:eastAsia="宋体"/>
          <w:b w:val="0"/>
          <w:i w:val="0"/>
          <w:color w:val="333333"/>
          <w:sz w:val="19"/>
        </w:rPr>
        <w:t>Using this formula, we get that the distance between the first pair of lines is</w:t>
      </w:r>
    </w:p>
    <w:p>
      <w:pPr>
        <w:spacing w:before="0" w:after="80" w:line="300" w:lineRule="auto"/>
        <w:jc w:val="left"/>
      </w:pPr>
      <w:r>
        <w:rPr>
          <w:rFonts w:ascii="Times New Roman" w:hAnsi="Times New Roman" w:eastAsia="宋体"/>
          <w:b w:val="0"/>
          <w:i w:val="0"/>
          <w:color w:val="333333"/>
          <w:sz w:val="19"/>
        </w:rPr>
        <w:t>4a/(√(a² + 1)).</w:t>
      </w:r>
    </w:p>
    <w:p>
      <w:pPr>
        <w:spacing w:before="0" w:after="80" w:line="300" w:lineRule="auto"/>
        <w:jc w:val="left"/>
      </w:pPr>
      <w:r>
        <w:rPr>
          <w:rFonts w:ascii="Times New Roman" w:hAnsi="Times New Roman" w:eastAsia="宋体"/>
          <w:b w:val="0"/>
          <w:i w:val="0"/>
          <w:color w:val="333333"/>
          <w:sz w:val="19"/>
        </w:rPr>
        <w:t>Similarly, the distance between the second pair of lines is</w:t>
      </w:r>
    </w:p>
    <w:p>
      <w:pPr>
        <w:spacing w:before="0" w:after="80" w:line="300" w:lineRule="auto"/>
        <w:jc w:val="left"/>
      </w:pPr>
      <w:r>
        <w:rPr>
          <w:rFonts w:ascii="Times New Roman" w:hAnsi="Times New Roman" w:eastAsia="宋体"/>
          <w:b w:val="0"/>
          <w:i w:val="0"/>
          <w:color w:val="333333"/>
          <w:sz w:val="19"/>
        </w:rPr>
        <w:t>2a/(√(a² + 1)).</w:t>
      </w:r>
    </w:p>
    <w:p>
      <w:pPr>
        <w:spacing w:before="0" w:after="80" w:line="300" w:lineRule="auto"/>
        <w:jc w:val="left"/>
      </w:pPr>
      <w:r>
        <w:rPr>
          <w:rFonts w:ascii="Times New Roman" w:hAnsi="Times New Roman" w:eastAsia="宋体"/>
          <w:b w:val="0"/>
          <w:i w:val="0"/>
          <w:color w:val="333333"/>
          <w:sz w:val="19"/>
        </w:rPr>
        <w:t>These are the side lengths of the rectangle. Multiplying yields the area</w:t>
      </w:r>
    </w:p>
    <w:p>
      <w:pPr>
        <w:spacing w:before="0" w:after="80" w:line="300" w:lineRule="auto"/>
        <w:jc w:val="left"/>
      </w:pPr>
      <w:r>
        <w:rPr>
          <w:rFonts w:ascii="Times New Roman" w:hAnsi="Times New Roman" w:eastAsia="宋体"/>
          <w:b w:val="0"/>
          <w:i w:val="0"/>
          <w:color w:val="333333"/>
          <w:sz w:val="19"/>
        </w:rPr>
        <w:t>8a²/(a² + 1).</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25 题　答案 E</w:t>
      </w:r>
    </w:p>
    <w:p>
      <w:pPr>
        <w:spacing w:before="0" w:after="80" w:line="300" w:lineRule="auto"/>
        <w:jc w:val="left"/>
      </w:pPr>
      <w:r>
        <w:rPr>
          <w:rFonts w:ascii="Times New Roman" w:hAnsi="Times New Roman" w:eastAsia="宋体"/>
          <w:b w:val="0"/>
          <w:i w:val="0"/>
          <w:sz w:val="21"/>
        </w:rPr>
        <w:t>中心格的颜色有 3 种选法。这种颜色的另外两枚筹码都不能放在边中格，因为这些格子与中心格相邻。因此它们只能占据四个角格中的两个，共有 C(4, 2)=6 种选法。</w:t>
      </w:r>
    </w:p>
    <w:p>
      <w:pPr>
        <w:spacing w:before="0" w:after="80" w:line="300" w:lineRule="auto"/>
        <w:jc w:val="left"/>
      </w:pPr>
      <w:r>
        <w:rPr>
          <w:rFonts w:ascii="Times New Roman" w:hAnsi="Times New Roman" w:eastAsia="宋体"/>
          <w:b w:val="0"/>
          <w:i w:val="0"/>
          <w:sz w:val="21"/>
        </w:rPr>
        <w:t>无论这两个角格是哪一种情形——处于对角，还是处于同一边的两端——相邻条件都会把剩下两种颜色的位置唯一确定，至多相差二者的互换。因此对中心颜色及其两个角格的每一种选择，都恰有 2 种补全方式。总数为</w:t>
      </w:r>
    </w:p>
    <w:p>
      <w:pPr>
        <w:spacing w:before="0" w:after="80" w:line="300" w:lineRule="auto"/>
        <w:jc w:val="left"/>
      </w:pPr>
      <w:r>
        <w:rPr>
          <w:rFonts w:ascii="Times New Roman" w:hAnsi="Times New Roman" w:eastAsia="宋体"/>
          <w:b w:val="0"/>
          <w:i w:val="0"/>
          <w:sz w:val="21"/>
        </w:rPr>
        <w:t>3C(4, 2)·2=36。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Choose the center color in 3 ways. Its other two chips cannot occupy any edge-middle square, because those squares are adjacent to the center. Thus they must occupy two of the four corners, which can be chosen in C(4, 2)=6 ways.</w:t>
      </w:r>
    </w:p>
    <w:p>
      <w:pPr>
        <w:spacing w:before="0" w:after="80" w:line="300" w:lineRule="auto"/>
        <w:jc w:val="left"/>
      </w:pPr>
      <w:r>
        <w:rPr>
          <w:rFonts w:ascii="Times New Roman" w:hAnsi="Times New Roman" w:eastAsia="宋体"/>
          <w:b w:val="0"/>
          <w:i w:val="0"/>
          <w:color w:val="333333"/>
          <w:sz w:val="19"/>
        </w:rPr>
        <w:t>For either possible corner pattern—two opposite corners or two corners on the same side—the adjacency conditions force the remaining two colors up to interchanging them. Hence there are 2 completions for each choice of the center color and its two corners. The total is</w:t>
      </w:r>
    </w:p>
    <w:p>
      <w:pPr>
        <w:spacing w:before="0" w:after="80" w:line="300" w:lineRule="auto"/>
        <w:jc w:val="left"/>
      </w:pPr>
      <w:r>
        <w:rPr>
          <w:rFonts w:ascii="Times New Roman" w:hAnsi="Times New Roman" w:eastAsia="宋体"/>
          <w:b w:val="0"/>
          <w:i w:val="0"/>
          <w:color w:val="333333"/>
          <w:sz w:val="19"/>
        </w:rPr>
        <w:t>3C(4, 2)·2=36.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