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2020B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下式的值是多少</w:t>
      </w:r>
    </w:p>
    <w:p>
      <w:pPr>
        <w:spacing w:before="0" w:after="80" w:line="300" w:lineRule="auto"/>
        <w:jc w:val="left"/>
      </w:pPr>
      <w:r>
        <w:rPr>
          <w:rFonts w:ascii="Times New Roman" w:hAnsi="Times New Roman" w:eastAsia="宋体"/>
          <w:b w:val="0"/>
          <w:i w:val="0"/>
          <w:sz w:val="21"/>
        </w:rPr>
        <w:t>1 - (-2) - 3 - (-4)</w:t>
      </w:r>
    </w:p>
    <w:p>
      <w:pPr>
        <w:spacing w:before="0" w:after="80" w:line="300" w:lineRule="auto"/>
        <w:jc w:val="left"/>
      </w:pPr>
      <w:r>
        <w:rPr>
          <w:rFonts w:ascii="Times New Roman" w:hAnsi="Times New Roman" w:eastAsia="宋体"/>
          <w:b w:val="0"/>
          <w:i w:val="0"/>
          <w:sz w:val="21"/>
        </w:rPr>
        <w:t>- 5 - (-6)</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（A）-20　　（B）-3　　（C）3　　（D）5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1 - (-2) - 3 - (-4)</w:t>
      </w:r>
    </w:p>
    <w:p>
      <w:pPr>
        <w:spacing w:before="0" w:after="80" w:line="300" w:lineRule="auto"/>
        <w:jc w:val="left"/>
      </w:pPr>
      <w:r>
        <w:rPr>
          <w:rFonts w:ascii="Times New Roman" w:hAnsi="Times New Roman" w:eastAsia="宋体"/>
          <w:b w:val="0"/>
          <w:i w:val="0"/>
          <w:color w:val="333333"/>
          <w:sz w:val="19"/>
        </w:rPr>
        <w:t>- 5 - (-6)?</w:t>
      </w:r>
    </w:p>
    <w:p>
      <w:pPr>
        <w:spacing w:before="0" w:after="160" w:line="300" w:lineRule="auto"/>
      </w:pPr>
      <w:r>
        <w:rPr>
          <w:rFonts w:ascii="Times New Roman" w:hAnsi="Times New Roman" w:eastAsia="宋体"/>
          <w:b w:val="0"/>
          <w:i w:val="0"/>
          <w:color w:val="333333"/>
          <w:sz w:val="19"/>
        </w:rPr>
        <w:t>(A) -20　　(B) -3　　(C) 3　　(D) 5　　(E) 21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Carl 有 5 个边长为 1 的立方体，Kate 有 5 个边长为 2 的立方体。这 10 个立方体的总体积是多少？</w:t>
      </w:r>
    </w:p>
    <w:p>
      <w:pPr>
        <w:spacing w:before="0" w:after="120" w:line="300" w:lineRule="auto"/>
      </w:pPr>
      <w:r>
        <w:rPr>
          <w:rFonts w:ascii="Times New Roman" w:hAnsi="Times New Roman" w:eastAsia="宋体"/>
          <w:b w:val="0"/>
          <w:i w:val="0"/>
          <w:sz w:val="21"/>
        </w:rPr>
        <w:t>（A）24　　（B）25　　（C）28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 has 5 cubes each having side length 1, and Kate has 5 cubes each having side length 2. What is the total volume of these 10 cubes?</w:t>
      </w:r>
    </w:p>
    <w:p>
      <w:pPr>
        <w:spacing w:before="0" w:after="160" w:line="300" w:lineRule="auto"/>
      </w:pPr>
      <w:r>
        <w:rPr>
          <w:rFonts w:ascii="Times New Roman" w:hAnsi="Times New Roman" w:eastAsia="宋体"/>
          <w:b w:val="0"/>
          <w:i w:val="0"/>
          <w:color w:val="333333"/>
          <w:sz w:val="19"/>
        </w:rPr>
        <w:t>(A) 24　　(B) 25　　(C) 28　　(D) 40　　(E) 45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w 与 x 的比为 4:3，y 与 z 的比为 3:2，z 与 x 的比为 1:6。w 与 y 的比是多少？</w:t>
      </w:r>
    </w:p>
    <w:p>
      <w:pPr>
        <w:spacing w:before="0" w:after="120" w:line="300" w:lineRule="auto"/>
      </w:pPr>
      <w:r>
        <w:rPr>
          <w:rFonts w:ascii="Times New Roman" w:hAnsi="Times New Roman" w:eastAsia="宋体"/>
          <w:b w:val="0"/>
          <w:i w:val="0"/>
          <w:sz w:val="21"/>
        </w:rPr>
        <w:t>（A）4:3　　（B）3:2　　（C）8:3　　（D）4:1　　（E）16:3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w to x is 4:3, the ratio of y to z is 3:2, and the ratio of z to x is 1:6. What is the ratio of w to y?</w:t>
      </w:r>
    </w:p>
    <w:p>
      <w:pPr>
        <w:spacing w:before="0" w:after="160" w:line="300" w:lineRule="auto"/>
      </w:pPr>
      <w:r>
        <w:rPr>
          <w:rFonts w:ascii="Times New Roman" w:hAnsi="Times New Roman" w:eastAsia="宋体"/>
          <w:b w:val="0"/>
          <w:i w:val="0"/>
          <w:color w:val="333333"/>
          <w:sz w:val="19"/>
        </w:rPr>
        <w:t>(A) 4:3　　(B) 3:2　　(C) 8:3　　(D) 4:1　　(E) 16:3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一个直角三角形的两个锐角分别为 a° 和 b°，其中 a&gt;b，且 a 和 b 都是质数。b 的最小可能值是多少？</w:t>
      </w:r>
    </w:p>
    <w:p>
      <w:pPr>
        <w:spacing w:before="0" w:after="120" w:line="300" w:lineRule="auto"/>
      </w:pPr>
      <w:r>
        <w:rPr>
          <w:rFonts w:ascii="Times New Roman" w:hAnsi="Times New Roman" w:eastAsia="宋体"/>
          <w:b w:val="0"/>
          <w:i w:val="0"/>
          <w:sz w:val="21"/>
        </w:rPr>
        <w:t>（A）2　　（B）3　　（C）5　　（D）7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acute angles of a right triangle are a° and b°, where a&gt;b and both a and b are prime numbers. What is the least possible value of b?</w:t>
      </w:r>
    </w:p>
    <w:p>
      <w:pPr>
        <w:spacing w:before="0" w:after="160" w:line="300" w:lineRule="auto"/>
      </w:pPr>
      <w:r>
        <w:rPr>
          <w:rFonts w:ascii="Times New Roman" w:hAnsi="Times New Roman" w:eastAsia="宋体"/>
          <w:b w:val="0"/>
          <w:i w:val="0"/>
          <w:color w:val="333333"/>
          <w:sz w:val="19"/>
        </w:rPr>
        <w:t>(A) 2　　(B) 3　　(C) 5　　(D) 7　　(E) 11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将 1 块棕色砖、1 块紫色砖、2 块绿色砖和 3 块黄色砖从左到右排成一行，有多少种可区分的排列？同色砖不可区分。</w:t>
      </w:r>
    </w:p>
    <w:p>
      <w:pPr>
        <w:spacing w:before="0" w:after="120" w:line="300" w:lineRule="auto"/>
      </w:pPr>
      <w:r>
        <w:rPr>
          <w:rFonts w:ascii="Times New Roman" w:hAnsi="Times New Roman" w:eastAsia="宋体"/>
          <w:b w:val="0"/>
          <w:i w:val="0"/>
          <w:sz w:val="21"/>
        </w:rPr>
        <w:t>（A）210　　（B）420　　（C）630　　（D）840　　（E）1050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distinguishable arrangements are there of 1 brown tile, 1 purple tile, 2 green tiles, and 3 yellow tiles in a row from left to right? (Tiles of the same color are indistinguishable.)</w:t>
      </w:r>
    </w:p>
    <w:p>
      <w:pPr>
        <w:spacing w:before="0" w:after="160" w:line="300" w:lineRule="auto"/>
      </w:pPr>
      <w:r>
        <w:rPr>
          <w:rFonts w:ascii="Times New Roman" w:hAnsi="Times New Roman" w:eastAsia="宋体"/>
          <w:b w:val="0"/>
          <w:i w:val="0"/>
          <w:color w:val="333333"/>
          <w:sz w:val="19"/>
        </w:rPr>
        <w:t>(A) 210　　(B) 420　　(C) 630　　(D) 840　　(E) 1050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Megan 在高速公路上开车时，注意到里程表显示 15951 英里。这个数是回文数，也就是正读倒读相同。2 小时后，里程表显示下一个更大的回文数。在这 2 小时内，她的平均速度是多少英里每小时？</w:t>
      </w:r>
    </w:p>
    <w:p>
      <w:pPr>
        <w:spacing w:before="0" w:after="120" w:line="300" w:lineRule="auto"/>
      </w:pPr>
      <w:r>
        <w:rPr>
          <w:rFonts w:ascii="Times New Roman" w:hAnsi="Times New Roman" w:eastAsia="宋体"/>
          <w:b w:val="0"/>
          <w:i w:val="0"/>
          <w:sz w:val="21"/>
        </w:rPr>
        <w:t>（A）50　　（B）55　　（C）60　　（D）65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Driving along a highway, Megan noticed that her odometer showed 15951 (miles). This number is a palindrome—it reads the same forward and backward. Then 2 hours later, the odometer displayed the next higher palindrome. What was her average speed, in miles per hour, during this 2-hour period?</w:t>
      </w:r>
    </w:p>
    <w:p>
      <w:pPr>
        <w:spacing w:before="0" w:after="160" w:line="300" w:lineRule="auto"/>
      </w:pPr>
      <w:r>
        <w:rPr>
          <w:rFonts w:ascii="Times New Roman" w:hAnsi="Times New Roman" w:eastAsia="宋体"/>
          <w:b w:val="0"/>
          <w:i w:val="0"/>
          <w:color w:val="333333"/>
          <w:sz w:val="19"/>
        </w:rPr>
        <w:t>(A) 50　　(B) 55　　(C) 60　　(D) 65　　(E) 70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小于 2020 的正偶数且为 3 的倍数的数中，有多少个是完全平方数？</w:t>
      </w:r>
    </w:p>
    <w:p>
      <w:pPr>
        <w:spacing w:before="0" w:after="120" w:line="300" w:lineRule="auto"/>
      </w:pPr>
      <w:r>
        <w:rPr>
          <w:rFonts w:ascii="Times New Roman" w:hAnsi="Times New Roman" w:eastAsia="宋体"/>
          <w:b w:val="0"/>
          <w:i w:val="0"/>
          <w:sz w:val="21"/>
        </w:rPr>
        <w:t>（A）7　　（B）8　　（C）9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even multiples of 3 less than 2020 are perfect squares?</w:t>
      </w:r>
    </w:p>
    <w:p>
      <w:pPr>
        <w:spacing w:before="0" w:after="160" w:line="300" w:lineRule="auto"/>
      </w:pPr>
      <w:r>
        <w:rPr>
          <w:rFonts w:ascii="Times New Roman" w:hAnsi="Times New Roman" w:eastAsia="宋体"/>
          <w:b w:val="0"/>
          <w:i w:val="0"/>
          <w:color w:val="333333"/>
          <w:sz w:val="19"/>
        </w:rPr>
        <w:t>(A) 7　　(B) 8　　(C) 9　　(D) 10　　(E) 12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平面内点 P 和 Q 满足 PQ=8。平面内有多少个点 R，使得以 P、Q、R 为顶点的三角形是直角三角形，且面积为 12 平方单位？</w:t>
      </w:r>
    </w:p>
    <w:p>
      <w:pPr>
        <w:spacing w:before="0" w:after="120" w:line="300" w:lineRule="auto"/>
      </w:pPr>
      <w:r>
        <w:rPr>
          <w:rFonts w:ascii="Times New Roman" w:hAnsi="Times New Roman" w:eastAsia="宋体"/>
          <w:b w:val="0"/>
          <w:i w:val="0"/>
          <w:sz w:val="21"/>
        </w:rPr>
        <w:t>（A）2　　（B）4　　（C）6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P and Q lie in a plane with PQ=8. How many locations for point R in this plane are there such that the triangle with vertices P, Q, and R is a right triangle with area 12 square units?</w:t>
      </w:r>
    </w:p>
    <w:p>
      <w:pPr>
        <w:spacing w:before="0" w:after="160" w:line="300" w:lineRule="auto"/>
      </w:pPr>
      <w:r>
        <w:rPr>
          <w:rFonts w:ascii="Times New Roman" w:hAnsi="Times New Roman" w:eastAsia="宋体"/>
          <w:b w:val="0"/>
          <w:i w:val="0"/>
          <w:color w:val="333333"/>
          <w:sz w:val="19"/>
        </w:rPr>
        <w:t>(A) 2　　(B) 4　　(C) 6　　(D) 8　　(E) 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有多少个整数有序对 (x, y) 满足下面的方程</w:t>
      </w:r>
    </w:p>
    <w:p>
      <w:pPr>
        <w:spacing w:before="0" w:after="80" w:line="300" w:lineRule="auto"/>
        <w:jc w:val="left"/>
      </w:pPr>
      <w:r>
        <w:rPr>
          <w:rFonts w:ascii="Times New Roman" w:hAnsi="Times New Roman" w:eastAsia="宋体"/>
          <w:b w:val="0"/>
          <w:i w:val="0"/>
          <w:sz w:val="21"/>
        </w:rPr>
        <w:t>x²⁰²⁰+y²=2y？</w:t>
      </w:r>
    </w:p>
    <w:p>
      <w:pPr>
        <w:spacing w:before="0" w:after="120" w:line="300" w:lineRule="auto"/>
      </w:pPr>
      <w:r>
        <w:rPr>
          <w:rFonts w:ascii="Times New Roman" w:hAnsi="Times New Roman" w:eastAsia="宋体"/>
          <w:b w:val="0"/>
          <w:i w:val="0"/>
          <w:sz w:val="21"/>
        </w:rPr>
        <w:t>（A）1　　（B）2　　（C）3　　（D）4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integers (x, y) satisfy the equation</w:t>
      </w:r>
    </w:p>
    <w:p>
      <w:pPr>
        <w:spacing w:before="0" w:after="80" w:line="300" w:lineRule="auto"/>
        <w:jc w:val="left"/>
      </w:pPr>
      <w:r>
        <w:rPr>
          <w:rFonts w:ascii="Times New Roman" w:hAnsi="Times New Roman" w:eastAsia="宋体"/>
          <w:b w:val="0"/>
          <w:i w:val="0"/>
          <w:color w:val="333333"/>
          <w:sz w:val="19"/>
        </w:rPr>
        <w:t>x²⁰²⁰+y²=2y?</w:t>
      </w:r>
    </w:p>
    <w:p>
      <w:pPr>
        <w:spacing w:before="0" w:after="160" w:line="300" w:lineRule="auto"/>
      </w:pPr>
      <w:r>
        <w:rPr>
          <w:rFonts w:ascii="Times New Roman" w:hAnsi="Times New Roman" w:eastAsia="宋体"/>
          <w:b w:val="0"/>
          <w:i w:val="0"/>
          <w:color w:val="333333"/>
          <w:sz w:val="19"/>
        </w:rPr>
        <w:t>(A) 1　　(B) 2　　(C) 3　　(D) 4　　(E) infinitely many</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一个半径为 4 英寸的圆的四分之三扇形连同内部，可以沿图中所示的两条半径粘合卷成一个直圆锥的侧面。这个圆锥的体积是多少立方英寸？</w:t>
      </w:r>
    </w:p>
    <w:p>
      <w:pPr>
        <w:spacing w:before="80" w:after="80"/>
        <w:jc w:val="center"/>
      </w:pPr>
      <w:r>
        <w:drawing>
          <wp:inline xmlns:a="http://schemas.openxmlformats.org/drawingml/2006/main" xmlns:pic="http://schemas.openxmlformats.org/drawingml/2006/picture">
            <wp:extent cx="1220995" cy="1220995"/>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1220995" cy="1220995"/>
                    </a:xfrm>
                    <a:prstGeom prst="rect"/>
                  </pic:spPr>
                </pic:pic>
              </a:graphicData>
            </a:graphic>
          </wp:inline>
        </w:drawing>
      </w:r>
    </w:p>
    <w:p>
      <w:pPr>
        <w:spacing w:before="0" w:after="120" w:line="300" w:lineRule="auto"/>
      </w:pPr>
      <w:r>
        <w:rPr>
          <w:rFonts w:ascii="Times New Roman" w:hAnsi="Times New Roman" w:eastAsia="宋体"/>
          <w:b w:val="0"/>
          <w:i w:val="0"/>
          <w:sz w:val="21"/>
        </w:rPr>
        <w:t>（A）3π√(5)　　（B）4π√(3)　　（C）3π√(7)　　（D）6π√(3)　　（E）6π√(7)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three-quarter sector of a circle of radius 4 inches together with its interior can be rolled up to form the lateral surface of a right circular cone by taping together along the two radii shown. What is the volume of the cone in cubic inches?</w:t>
      </w:r>
    </w:p>
    <w:p>
      <w:pPr>
        <w:spacing w:before="80" w:after="80"/>
        <w:jc w:val="center"/>
      </w:pPr>
      <w:r>
        <w:drawing>
          <wp:inline xmlns:a="http://schemas.openxmlformats.org/drawingml/2006/main" xmlns:pic="http://schemas.openxmlformats.org/drawingml/2006/picture">
            <wp:extent cx="1220995" cy="1220995"/>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1220995"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3π√(5)　　(B) 4π√(3)　　(C) 3π√(7)　　(D) 6π√(3)　　(E) 6π√(7)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Carr 老师要求学生阅读书单上 10 本书中的任意 5 本。Harold 从书单中随机选 5 本，Betty 也随机选五本。他们恰好有 2 本书都选中的概率是多少？</w:t>
      </w:r>
    </w:p>
    <w:p>
      <w:pPr>
        <w:spacing w:before="0" w:after="120" w:line="300" w:lineRule="auto"/>
      </w:pPr>
      <w:r>
        <w:rPr>
          <w:rFonts w:ascii="Times New Roman" w:hAnsi="Times New Roman" w:eastAsia="宋体"/>
          <w:b w:val="0"/>
          <w:i w:val="0"/>
          <w:sz w:val="21"/>
        </w:rPr>
        <w:t>（A）1/8　　（B）5/36　　（C）14/45　　（D）25/63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Carr asks her students to read any 5 of the 10 books on a reading list. Harold randomly selects 5 books from this list, and Betty does the same. What is the probability that there are exactly 2 books that they both select?</w:t>
      </w:r>
    </w:p>
    <w:p>
      <w:pPr>
        <w:spacing w:before="0" w:after="160" w:line="300" w:lineRule="auto"/>
      </w:pPr>
      <w:r>
        <w:rPr>
          <w:rFonts w:ascii="Times New Roman" w:hAnsi="Times New Roman" w:eastAsia="宋体"/>
          <w:b w:val="0"/>
          <w:i w:val="0"/>
          <w:color w:val="333333"/>
          <w:sz w:val="19"/>
        </w:rPr>
        <w:t>(A) 1/8　　(B) 5/36　　(C) 14/45　　(D) 25/63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数</w:t>
      </w:r>
    </w:p>
    <w:p>
      <w:pPr>
        <w:spacing w:before="0" w:after="80" w:line="300" w:lineRule="auto"/>
        <w:jc w:val="left"/>
      </w:pPr>
      <w:r>
        <w:rPr>
          <w:rFonts w:ascii="Times New Roman" w:hAnsi="Times New Roman" w:eastAsia="宋体"/>
          <w:b w:val="0"/>
          <w:i w:val="0"/>
          <w:sz w:val="21"/>
        </w:rPr>
        <w:t>1/20²⁰</w:t>
      </w:r>
    </w:p>
    <w:p>
      <w:pPr>
        <w:spacing w:before="0" w:after="80" w:line="300" w:lineRule="auto"/>
        <w:jc w:val="left"/>
      </w:pPr>
      <w:r>
        <w:rPr>
          <w:rFonts w:ascii="Times New Roman" w:hAnsi="Times New Roman" w:eastAsia="宋体"/>
          <w:b w:val="0"/>
          <w:i w:val="0"/>
          <w:sz w:val="21"/>
        </w:rPr>
        <w:t>的小数表示在小数点后先出现一串零，然后是一个 9，后面还有若干数字。小数点后最初的一串零有多少个？</w:t>
      </w:r>
    </w:p>
    <w:p>
      <w:pPr>
        <w:spacing w:before="0" w:after="120" w:line="300" w:lineRule="auto"/>
      </w:pPr>
      <w:r>
        <w:rPr>
          <w:rFonts w:ascii="Times New Roman" w:hAnsi="Times New Roman" w:eastAsia="宋体"/>
          <w:b w:val="0"/>
          <w:i w:val="0"/>
          <w:sz w:val="21"/>
        </w:rPr>
        <w:t>（A）23　　（B）24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decimal representation of</w:t>
      </w:r>
    </w:p>
    <w:p>
      <w:pPr>
        <w:spacing w:before="0" w:after="80" w:line="300" w:lineRule="auto"/>
        <w:jc w:val="left"/>
      </w:pPr>
      <w:r>
        <w:rPr>
          <w:rFonts w:ascii="Times New Roman" w:hAnsi="Times New Roman" w:eastAsia="宋体"/>
          <w:b w:val="0"/>
          <w:i w:val="0"/>
          <w:color w:val="333333"/>
          <w:sz w:val="19"/>
        </w:rPr>
        <w:t>1/20²⁰</w:t>
      </w:r>
    </w:p>
    <w:p>
      <w:pPr>
        <w:spacing w:before="0" w:after="80" w:line="300" w:lineRule="auto"/>
        <w:jc w:val="left"/>
      </w:pPr>
      <w:r>
        <w:rPr>
          <w:rFonts w:ascii="Times New Roman" w:hAnsi="Times New Roman" w:eastAsia="宋体"/>
          <w:b w:val="0"/>
          <w:i w:val="0"/>
          <w:color w:val="333333"/>
          <w:sz w:val="19"/>
        </w:rPr>
        <w:t>consists of a string of zeros after the decimal point, followed by a 9 and then several more digits. How many zeros are in that initial string of zeros after the decimal point?</w:t>
      </w:r>
    </w:p>
    <w:p>
      <w:pPr>
        <w:spacing w:before="0" w:after="160" w:line="300" w:lineRule="auto"/>
      </w:pPr>
      <w:r>
        <w:rPr>
          <w:rFonts w:ascii="Times New Roman" w:hAnsi="Times New Roman" w:eastAsia="宋体"/>
          <w:b w:val="0"/>
          <w:i w:val="0"/>
          <w:color w:val="333333"/>
          <w:sz w:val="19"/>
        </w:rPr>
        <w:t>(A) 23　　(B) 24　　(C) 25　　(D) 26　　(E) 27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蚂蚁 Andy 生活在坐标平面上，目前位于 (-20, 20)，面朝东方，也就是 x 轴正方向。Andy 先移动 1 个单位，然后向左转 90°。接着他向北移动 2 个单位，再向左转 90°。然后他向西移动 3 个单位，再向左转 90°。Andy 继续这样移动，每次移动距离增加 1 个单位，并且总是左转。他第 2020次 左转所在点的坐标是什么？</w:t>
      </w:r>
    </w:p>
    <w:p>
      <w:pPr>
        <w:spacing w:before="0" w:after="120" w:line="300" w:lineRule="auto"/>
      </w:pPr>
      <w:r>
        <w:rPr>
          <w:rFonts w:ascii="Times New Roman" w:hAnsi="Times New Roman" w:eastAsia="宋体"/>
          <w:b w:val="0"/>
          <w:i w:val="0"/>
          <w:sz w:val="21"/>
        </w:rPr>
        <w:t>（A）(-1030,-994)　　（B）(-1030,-990)　　（C）(-1026,-994)　　（D）(-1026,-990)　　（E）(-1022,-994)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Andy the Ant lives on a coordinate plane and is currently at (-20, 20) facing east (that is, in the positive x-direction). Andy moves 1 unit and then turns 90° left. From there, Andy moves 2 units (north) and then turns 90° left. He then moves 3 units (west) and again turns 90° left. Andy continues this process, increasing his distance each time by 1 unit and always turning left. What is the location of the point at which Andy makes the 2020th left turn?</w:t>
      </w:r>
    </w:p>
    <w:p>
      <w:pPr>
        <w:spacing w:before="0" w:after="160" w:line="300" w:lineRule="auto"/>
      </w:pPr>
      <w:r>
        <w:rPr>
          <w:rFonts w:ascii="Times New Roman" w:hAnsi="Times New Roman" w:eastAsia="宋体"/>
          <w:b w:val="0"/>
          <w:i w:val="0"/>
          <w:color w:val="333333"/>
          <w:sz w:val="19"/>
        </w:rPr>
        <w:t>(A) (-1030,-994)　　(B) (-1030,-990)　　(C) (-1026,-994)　　(D) (-1026,-990)　　(E) (-1022,-994)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如下图所示，六个半圆位于边长为 2 的正六边形内部，并且这些半圆的直径分别与正六边形的边重合。阴影区域，也就是六边形内但所有半圆外的区域，面积是多少？</w:t>
      </w:r>
    </w:p>
    <w:p>
      <w:pPr>
        <w:spacing w:before="80" w:after="80"/>
        <w:jc w:val="center"/>
      </w:pPr>
      <w:r>
        <w:drawing>
          <wp:inline xmlns:a="http://schemas.openxmlformats.org/drawingml/2006/main" xmlns:pic="http://schemas.openxmlformats.org/drawingml/2006/picture">
            <wp:extent cx="1221045" cy="1058351"/>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221045" cy="1058351"/>
                    </a:xfrm>
                    <a:prstGeom prst="rect"/>
                  </pic:spPr>
                </pic:pic>
              </a:graphicData>
            </a:graphic>
          </wp:inline>
        </w:drawing>
      </w:r>
    </w:p>
    <w:p>
      <w:pPr>
        <w:spacing w:before="0" w:after="120" w:line="300" w:lineRule="auto"/>
      </w:pPr>
      <w:r>
        <w:rPr>
          <w:rFonts w:ascii="Times New Roman" w:hAnsi="Times New Roman" w:eastAsia="宋体"/>
          <w:b w:val="0"/>
          <w:i w:val="0"/>
          <w:sz w:val="21"/>
        </w:rPr>
        <w:t>（A）6√(3)-3π　　（B）(9√(3))/2-2π　　（C）(3√(3))/2-π/3　　（D）3√(3)-π　　（E）(9√(3))/2-π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below, six semicircles lie in the interior of a regular hexagon with side length 2 so that the diameters of the semicircles coincide with the sides of the hexagon. What is the area of the shaded region—inside the hexagon but outside all of the semicircles?</w:t>
      </w:r>
    </w:p>
    <w:p>
      <w:pPr>
        <w:spacing w:before="80" w:after="80"/>
        <w:jc w:val="center"/>
      </w:pPr>
      <w:r>
        <w:drawing>
          <wp:inline xmlns:a="http://schemas.openxmlformats.org/drawingml/2006/main" xmlns:pic="http://schemas.openxmlformats.org/drawingml/2006/picture">
            <wp:extent cx="1221045" cy="1058351"/>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221045" cy="10583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6√(3)-3π　　(B) (9√(3))/2-2π　　(C) (3√(3))/2-π/3　　(D) 3√(3)-π　　(E) (9√(3))/2-π</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Steve 从左到右反复写数字 1、2、3、4 和 5，形成一个有 10,000 位数字的列表，开头为 123451234512…。然后他擦掉列表中每第三个数字，也就是从左数第 3、6、9、… 个数字；接着在剩下的列表中擦掉每第四个数字，也就是剩余列表中第 4、8、12、… 个数字；然后在此时剩下的列表中擦掉每第五个数字。此后位于第 2019、2020、2021 位的三个数字之和是多少？</w:t>
      </w:r>
    </w:p>
    <w:p>
      <w:pPr>
        <w:spacing w:before="0" w:after="120" w:line="300" w:lineRule="auto"/>
      </w:pPr>
      <w:r>
        <w:rPr>
          <w:rFonts w:ascii="Times New Roman" w:hAnsi="Times New Roman" w:eastAsia="宋体"/>
          <w:b w:val="0"/>
          <w:i w:val="0"/>
          <w:sz w:val="21"/>
        </w:rPr>
        <w:t>（A）7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Steve wrote the digits 1, 2, 3, 4, and 5 in order repeatedly from left to right, forming a list of 10,000 digits, beginning 123451234512… He then erased every third digit from his list (that is, the 3rd, 6th, 9th, … digits from the left), then erased every fourth digit from the resulting list (that is, the 4th, 8th, 12th, … digits from the left in what remained), and then erased every fifth digit from what remained at that point. What is the sum of the three digits that were then in positions 2019, 2020, and 2021?</w:t>
      </w:r>
    </w:p>
    <w:p>
      <w:pPr>
        <w:spacing w:before="0" w:after="160" w:line="300" w:lineRule="auto"/>
      </w:pPr>
      <w:r>
        <w:rPr>
          <w:rFonts w:ascii="Times New Roman" w:hAnsi="Times New Roman" w:eastAsia="宋体"/>
          <w:b w:val="0"/>
          <w:i w:val="0"/>
          <w:color w:val="333333"/>
          <w:sz w:val="19"/>
        </w:rPr>
        <w:t>(A) 7　　(B) 9　　(C) 10　　(D) 11　　(E) 12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Bela 和 Jenn 在实数轴的闭区间 [0, n] 上玩如下游戏，其中 n 是一个大于 4 的固定整数。他们轮流操作，Bela 先手。Bela 第一次可以在区间 [0, n] 中选择任意实数。此后，轮到的玩家必须选择一个实数，且它与此前任一玩家选择过的所有数的距离都大于一。无法选择这样一个数的玩家输。若双方都采取最优策略，谁会赢？</w:t>
      </w:r>
    </w:p>
    <w:p>
      <w:pPr>
        <w:spacing w:before="0" w:after="120" w:line="300" w:lineRule="auto"/>
      </w:pPr>
      <w:r>
        <w:rPr>
          <w:rFonts w:ascii="Times New Roman" w:hAnsi="Times New Roman" w:eastAsia="宋体"/>
          <w:b w:val="0"/>
          <w:i w:val="0"/>
          <w:sz w:val="21"/>
        </w:rPr>
        <w:t>（A）Bela 总会赢。　　（B）Jenn 总会赢。　　（C）当且仅当 n 为奇数时 Bela 会赢。　　（D）当且仅当 n 为奇数时 Jenn 会赢。　　（E）当且仅当 n&gt;8 时 Jenn 会赢。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Bela and Jenn play the following game on the closed interval [0, n] of the real number line, where n is a fixed integer greater than 4. They take turns playing, with Bela going first. At his first turn, Bela chooses any real number in the interval [0, n]. Thereafter, the player whose turn it is chooses a real number that is more than one unit away from all numbers previously chosen by either player. A player unable to choose such a number loses. Using optimal strategy, which player will win the game?</w:t>
      </w:r>
    </w:p>
    <w:p>
      <w:pPr>
        <w:spacing w:before="0" w:after="160" w:line="300" w:lineRule="auto"/>
      </w:pPr>
      <w:r>
        <w:rPr>
          <w:rFonts w:ascii="Times New Roman" w:hAnsi="Times New Roman" w:eastAsia="宋体"/>
          <w:b w:val="0"/>
          <w:i w:val="0"/>
          <w:color w:val="333333"/>
          <w:sz w:val="19"/>
        </w:rPr>
        <w:t>(A) Bela will always win.　　(B) Jenn will always win.　　(C) Bela will win if and only if n is odd.　　(D) Jenn will win if and only if n is odd.　　(E) Jenn will win if and only if n&gt;8.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10 个人等间距站在一个圆周上。每个人恰好认识另外 9 人中的 3 人：站在自己两旁的 2 人，以及圆周正对面的那个人。有多少种方法把这 10 人分成 5 对，使每一对中的两人互相认识？</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 people standing equally spaced around a circle. Each person knows exactly 3 of the other 9 people: the 2 people standing next to her or him, as well as the person directly across the circle. How many ways are there for the 10 people to split up into 5 pairs so that the members of each pair know each other?</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一个瓮中有一个红球和一个蓝球。旁边有一盒额外的红球和蓝球。George 进行下面的操作四次：从瓮中随机抽一个球，然后从盒中取一个相同颜色的球，把这两个同色球一起放回瓮中。四次操作后，瓮中有六个球。瓮中红球和蓝球各三个的概率是多少？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urn contains one red ball and one blue ball. A box of extra red and blue balls lies nearby. George performs the following operation four times: he draws a ball from the urn at random and then takes a ball of the same color from the box and returns those two matching balls to the urn. After the four iterations the urn contains six balls. What is the probability that the urn contains three balls of each color?</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在某种纸牌游戏中，一名玩家从 52 张互不相同的牌组成的牌堆中拿到 10 张牌。可以发给该玩家的不同无序手牌数可写成 158A00A4AA0。数字 A 是多少？</w:t>
      </w:r>
    </w:p>
    <w:p>
      <w:pPr>
        <w:spacing w:before="0" w:after="120" w:line="300" w:lineRule="auto"/>
      </w:pPr>
      <w:r>
        <w:rPr>
          <w:rFonts w:ascii="Times New Roman" w:hAnsi="Times New Roman" w:eastAsia="宋体"/>
          <w:b w:val="0"/>
          <w:i w:val="0"/>
          <w:sz w:val="21"/>
        </w:rPr>
        <w:t>（A）2　　（B）3　　（C）4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card game, a player is dealt a hand of 10 cards from a deck of 52 distinct cards. The number of distinct (unordered) hands that can be dealt to the player can be written as 158A00A4AA0. What is the digit A?</w:t>
      </w:r>
    </w:p>
    <w:p>
      <w:pPr>
        <w:spacing w:before="0" w:after="160" w:line="300" w:lineRule="auto"/>
      </w:pPr>
      <w:r>
        <w:rPr>
          <w:rFonts w:ascii="Times New Roman" w:hAnsi="Times New Roman" w:eastAsia="宋体"/>
          <w:b w:val="0"/>
          <w:i w:val="0"/>
          <w:color w:val="333333"/>
          <w:sz w:val="19"/>
        </w:rPr>
        <w:t>(A) 2　　(B) 3　　(C) 4　　(D) 6　　(E) 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B 为一个边长分别为 1、3 和 4 的长方体盒子，连同其内部一起考虑。对实数 r≥0，令 S(r) 为 3 维空间中距离 B 中某点不超过 r 的所有点组成的集合。S(r) 的体积可表示为</w:t>
      </w:r>
    </w:p>
    <w:p>
      <w:pPr>
        <w:spacing w:before="0" w:after="80" w:line="300" w:lineRule="auto"/>
        <w:jc w:val="left"/>
      </w:pPr>
      <w:r>
        <w:rPr>
          <w:rFonts w:ascii="Times New Roman" w:hAnsi="Times New Roman" w:eastAsia="宋体"/>
          <w:b w:val="0"/>
          <w:i w:val="0"/>
          <w:sz w:val="21"/>
        </w:rPr>
        <w:t>ar³ + br² + cr +d，</w:t>
      </w:r>
    </w:p>
    <w:p>
      <w:pPr>
        <w:spacing w:before="0" w:after="80" w:line="300" w:lineRule="auto"/>
        <w:jc w:val="left"/>
      </w:pPr>
      <w:r>
        <w:rPr>
          <w:rFonts w:ascii="Times New Roman" w:hAnsi="Times New Roman" w:eastAsia="宋体"/>
          <w:b w:val="0"/>
          <w:i w:val="0"/>
          <w:sz w:val="21"/>
        </w:rPr>
        <w:t>其中 a、b、c 和 d 为正实数。bc/ad 是多少？</w:t>
      </w:r>
    </w:p>
    <w:p>
      <w:pPr>
        <w:spacing w:before="0" w:after="120" w:line="300" w:lineRule="auto"/>
      </w:pPr>
      <w:r>
        <w:rPr>
          <w:rFonts w:ascii="Times New Roman" w:hAnsi="Times New Roman" w:eastAsia="宋体"/>
          <w:b w:val="0"/>
          <w:i w:val="0"/>
          <w:sz w:val="21"/>
        </w:rPr>
        <w:t>（A）6　　（B）19　　（C）24　　（D）26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be a right rectangular prism (box) with edge lengths 1, 3, and 4, together with its interior. For real r≥0, let S(r) be the set of points in 3-dimensional space that lie within a distance r of some point in B. The volume of S(r) can be expressed as</w:t>
      </w:r>
    </w:p>
    <w:p>
      <w:pPr>
        <w:spacing w:before="0" w:after="80" w:line="300" w:lineRule="auto"/>
        <w:jc w:val="left"/>
      </w:pPr>
      <w:r>
        <w:rPr>
          <w:rFonts w:ascii="Times New Roman" w:hAnsi="Times New Roman" w:eastAsia="宋体"/>
          <w:b w:val="0"/>
          <w:i w:val="0"/>
          <w:color w:val="333333"/>
          <w:sz w:val="19"/>
        </w:rPr>
        <w:t>ar³ + br² + cr +d,</w:t>
      </w:r>
    </w:p>
    <w:p>
      <w:pPr>
        <w:spacing w:before="0" w:after="80" w:line="300" w:lineRule="auto"/>
        <w:jc w:val="left"/>
      </w:pPr>
      <w:r>
        <w:rPr>
          <w:rFonts w:ascii="Times New Roman" w:hAnsi="Times New Roman" w:eastAsia="宋体"/>
          <w:b w:val="0"/>
          <w:i w:val="0"/>
          <w:color w:val="333333"/>
          <w:sz w:val="19"/>
        </w:rPr>
        <w:t>where a, b, c, and d are positive real numbers. What is bc/ad?</w:t>
      </w:r>
    </w:p>
    <w:p>
      <w:pPr>
        <w:spacing w:before="0" w:after="160" w:line="300" w:lineRule="auto"/>
      </w:pPr>
      <w:r>
        <w:rPr>
          <w:rFonts w:ascii="Times New Roman" w:hAnsi="Times New Roman" w:eastAsia="宋体"/>
          <w:b w:val="0"/>
          <w:i w:val="0"/>
          <w:color w:val="333333"/>
          <w:sz w:val="19"/>
        </w:rPr>
        <w:t>(A) 6　　(B) 19　　(C) 24　　(D) 26　　(E) 38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在正方形 ABCD 中，点 E 和 H 分别在线段 AB 和 DA 上，且 AE=AH。点 F 和 G 分别在线段 BC 和 CD 上，点 I 和 J 在线段 EH 上，使得 FI ⊥ EH，且 GJ ⊥ EH。如下图所示。三角形 AEH、四边形 BFIE、四边形 DHJG 和五边形 FCGJI 的面积都为 1。FI² 是多少？</w:t>
      </w:r>
    </w:p>
    <w:p>
      <w:pPr>
        <w:spacing w:before="80" w:after="80"/>
        <w:jc w:val="center"/>
      </w:pPr>
      <w:r>
        <w:drawing>
          <wp:inline xmlns:a="http://schemas.openxmlformats.org/drawingml/2006/main" xmlns:pic="http://schemas.openxmlformats.org/drawingml/2006/picture">
            <wp:extent cx="1523077" cy="1489859"/>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523077" cy="1489859"/>
                    </a:xfrm>
                    <a:prstGeom prst="rect"/>
                  </pic:spPr>
                </pic:pic>
              </a:graphicData>
            </a:graphic>
          </wp:inline>
        </w:drawing>
      </w:r>
    </w:p>
    <w:p>
      <w:pPr>
        <w:spacing w:before="0" w:after="120" w:line="300" w:lineRule="auto"/>
      </w:pPr>
      <w:r>
        <w:rPr>
          <w:rFonts w:ascii="Times New Roman" w:hAnsi="Times New Roman" w:eastAsia="宋体"/>
          <w:b w:val="0"/>
          <w:i w:val="0"/>
          <w:sz w:val="21"/>
        </w:rPr>
        <w:t>（A）7/3　　（B）8-4√(2)　　（C）1+√(2)　　（D）7/4√(2)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square ABCD, points E and H lie on AB and DA, respectively, so that AE=AH. Points F and G lie on BC and CD, respectively, and points I and J lie on EH so that FI ⊥ EH and GJ ⊥ EH. See the figure below. Triangle AEH, quadrilateral BFIE, quadrilateral DHJG, and pentagon FCGJI each has area 1. What is FI²?</w:t>
      </w:r>
    </w:p>
    <w:p>
      <w:pPr>
        <w:spacing w:before="80" w:after="80"/>
        <w:jc w:val="center"/>
      </w:pPr>
      <w:r>
        <w:drawing>
          <wp:inline xmlns:a="http://schemas.openxmlformats.org/drawingml/2006/main" xmlns:pic="http://schemas.openxmlformats.org/drawingml/2006/picture">
            <wp:extent cx="1523077" cy="1489859"/>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523077" cy="14898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7/3　　(B) 8-4√(2)　　(C) 1+√(2)　　(D) 7/4√(2)　　(E) 2√(2)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2²⁰² +202 除以 2¹⁰¹+2⁵¹+1 的余数是多少？</w:t>
      </w:r>
    </w:p>
    <w:p>
      <w:pPr>
        <w:spacing w:before="0" w:after="120" w:line="300" w:lineRule="auto"/>
      </w:pPr>
      <w:r>
        <w:rPr>
          <w:rFonts w:ascii="Times New Roman" w:hAnsi="Times New Roman" w:eastAsia="宋体"/>
          <w:b w:val="0"/>
          <w:i w:val="0"/>
          <w:sz w:val="21"/>
        </w:rPr>
        <w:t>（A）100　　（B）101　　（C）200　　（D）201　　（E）202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remainder when 2²⁰² +202 is divided by 2¹⁰¹+2⁵¹+1?</w:t>
      </w:r>
    </w:p>
    <w:p>
      <w:pPr>
        <w:spacing w:before="0" w:after="160" w:line="300" w:lineRule="auto"/>
      </w:pPr>
      <w:r>
        <w:rPr>
          <w:rFonts w:ascii="Times New Roman" w:hAnsi="Times New Roman" w:eastAsia="宋体"/>
          <w:b w:val="0"/>
          <w:i w:val="0"/>
          <w:color w:val="333333"/>
          <w:sz w:val="19"/>
        </w:rPr>
        <w:t>(A) 100　　(B) 101　　(C) 200　　(D) 201　　(E) 202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坐标平面中的正方形 ABCD 的顶点为 A(1,1)，B(-1,1)，C(-1,-1) 以及 D(1,-1)。考虑下面四个变换：</w:t>
      </w:r>
    </w:p>
    <w:p>
      <w:pPr>
        <w:spacing w:before="0" w:after="80" w:line="300" w:lineRule="auto"/>
        <w:jc w:val="left"/>
      </w:pPr>
      <w:r>
        <w:rPr>
          <w:rFonts w:ascii="Times New Roman" w:hAnsi="Times New Roman" w:eastAsia="宋体"/>
          <w:b w:val="0"/>
          <w:i w:val="0"/>
          <w:sz w:val="21"/>
        </w:rPr>
        <w:t>• L：绕原点逆时针旋转 90°；</w:t>
      </w:r>
    </w:p>
    <w:p>
      <w:pPr>
        <w:spacing w:before="0" w:after="80" w:line="300" w:lineRule="auto"/>
        <w:jc w:val="left"/>
      </w:pPr>
      <w:r>
        <w:rPr>
          <w:rFonts w:ascii="Times New Roman" w:hAnsi="Times New Roman" w:eastAsia="宋体"/>
          <w:b w:val="0"/>
          <w:i w:val="0"/>
          <w:sz w:val="21"/>
        </w:rPr>
        <w:t>• R：绕原点顺时针旋转 90°；</w:t>
      </w:r>
    </w:p>
    <w:p>
      <w:pPr>
        <w:spacing w:before="0" w:after="80" w:line="300" w:lineRule="auto"/>
        <w:jc w:val="left"/>
      </w:pPr>
      <w:r>
        <w:rPr>
          <w:rFonts w:ascii="Times New Roman" w:hAnsi="Times New Roman" w:eastAsia="宋体"/>
          <w:b w:val="0"/>
          <w:i w:val="0"/>
          <w:sz w:val="21"/>
        </w:rPr>
        <w:t>• H：关于 x 轴反射；</w:t>
      </w:r>
    </w:p>
    <w:p>
      <w:pPr>
        <w:spacing w:before="0" w:after="80" w:line="300" w:lineRule="auto"/>
        <w:jc w:val="left"/>
      </w:pPr>
      <w:r>
        <w:rPr>
          <w:rFonts w:ascii="Times New Roman" w:hAnsi="Times New Roman" w:eastAsia="宋体"/>
          <w:b w:val="0"/>
          <w:i w:val="0"/>
          <w:sz w:val="21"/>
        </w:rPr>
        <w:t>• V：关于 y 轴反射。</w:t>
      </w:r>
    </w:p>
    <w:p>
      <w:pPr>
        <w:spacing w:before="0" w:after="80" w:line="300" w:lineRule="auto"/>
        <w:jc w:val="left"/>
      </w:pPr>
      <w:r>
        <w:rPr>
          <w:rFonts w:ascii="Times New Roman" w:hAnsi="Times New Roman" w:eastAsia="宋体"/>
          <w:b w:val="0"/>
          <w:i w:val="0"/>
          <w:sz w:val="21"/>
        </w:rPr>
        <w:t>每个变换都把正方形映到自身，但标记顶点的位置会改变。例如，先应用 R 再应用 V，会把顶点 A 从 (1,1) 送到 (-1,-1)，并把 (-1,1) 处的顶点 B 送回自身。从 {L, R, H, V} 中选择 20 个变换组成序列，有多少个序列会把所有标记顶点送回原来的位置？例如，R，R，V，H 是一个长度为 4 的序列，会把顶点送回原位。</w:t>
      </w:r>
    </w:p>
    <w:p>
      <w:pPr>
        <w:spacing w:before="0" w:after="120" w:line="300" w:lineRule="auto"/>
      </w:pPr>
      <w:r>
        <w:rPr>
          <w:rFonts w:ascii="Times New Roman" w:hAnsi="Times New Roman" w:eastAsia="宋体"/>
          <w:b w:val="0"/>
          <w:i w:val="0"/>
          <w:sz w:val="21"/>
        </w:rPr>
        <w:t>（A）2³⁷　　（B）3· 2³⁶　　（C）2³⁸　　（D）3·2³⁷　　（E）2³⁹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in the coordinate plane has vertices at the points A(1,1), B(-1,1), C(-1,-1), and D(1,-1). Consider the following four transformations:</w:t>
      </w:r>
    </w:p>
    <w:p>
      <w:pPr>
        <w:spacing w:before="0" w:after="80" w:line="300" w:lineRule="auto"/>
        <w:jc w:val="left"/>
      </w:pPr>
      <w:r>
        <w:rPr>
          <w:rFonts w:ascii="Times New Roman" w:hAnsi="Times New Roman" w:eastAsia="宋体"/>
          <w:b w:val="0"/>
          <w:i w:val="0"/>
          <w:color w:val="333333"/>
          <w:sz w:val="19"/>
        </w:rPr>
        <w:t>• L, a rotation of 90° counterclockwise around the origin;</w:t>
      </w:r>
    </w:p>
    <w:p>
      <w:pPr>
        <w:spacing w:before="0" w:after="80" w:line="300" w:lineRule="auto"/>
        <w:jc w:val="left"/>
      </w:pPr>
      <w:r>
        <w:rPr>
          <w:rFonts w:ascii="Times New Roman" w:hAnsi="Times New Roman" w:eastAsia="宋体"/>
          <w:b w:val="0"/>
          <w:i w:val="0"/>
          <w:color w:val="333333"/>
          <w:sz w:val="19"/>
        </w:rPr>
        <w:t>• R, a rotation of 90° clockwise around the origin;</w:t>
      </w:r>
    </w:p>
    <w:p>
      <w:pPr>
        <w:spacing w:before="0" w:after="80" w:line="300" w:lineRule="auto"/>
        <w:jc w:val="left"/>
      </w:pPr>
      <w:r>
        <w:rPr>
          <w:rFonts w:ascii="Times New Roman" w:hAnsi="Times New Roman" w:eastAsia="宋体"/>
          <w:b w:val="0"/>
          <w:i w:val="0"/>
          <w:color w:val="333333"/>
          <w:sz w:val="19"/>
        </w:rPr>
        <w:t>• H, a reflection across the x-axis; and</w:t>
      </w:r>
    </w:p>
    <w:p>
      <w:pPr>
        <w:spacing w:before="0" w:after="80" w:line="300" w:lineRule="auto"/>
        <w:jc w:val="left"/>
      </w:pPr>
      <w:r>
        <w:rPr>
          <w:rFonts w:ascii="Times New Roman" w:hAnsi="Times New Roman" w:eastAsia="宋体"/>
          <w:b w:val="0"/>
          <w:i w:val="0"/>
          <w:color w:val="333333"/>
          <w:sz w:val="19"/>
        </w:rPr>
        <w:t>• V, a reflection across the y-axis.</w:t>
      </w:r>
    </w:p>
    <w:p>
      <w:pPr>
        <w:spacing w:before="0" w:after="80" w:line="300" w:lineRule="auto"/>
        <w:jc w:val="left"/>
      </w:pPr>
      <w:r>
        <w:rPr>
          <w:rFonts w:ascii="Times New Roman" w:hAnsi="Times New Roman" w:eastAsia="宋体"/>
          <w:b w:val="0"/>
          <w:i w:val="0"/>
          <w:color w:val="333333"/>
          <w:sz w:val="19"/>
        </w:rPr>
        <w:t>Each of these transformations maps the square onto itself, but the positions of the labeled vertices will change. For example, applying R and then V would send the vertex A at (1,1) to (-1,-1) and would send the vertex B at (-1,1) to itself. How many sequences of 20 transformations chosen from {L, R, H, V} will send all of the labeled vertices back to their original positions? (For example, R, R, V, H is one sequence of 4 transformations that will send the vertices back to their original positions.)</w:t>
      </w:r>
    </w:p>
    <w:p>
      <w:pPr>
        <w:spacing w:before="0" w:after="160" w:line="300" w:lineRule="auto"/>
      </w:pPr>
      <w:r>
        <w:rPr>
          <w:rFonts w:ascii="Times New Roman" w:hAnsi="Times New Roman" w:eastAsia="宋体"/>
          <w:b w:val="0"/>
          <w:i w:val="0"/>
          <w:color w:val="333333"/>
          <w:sz w:val="19"/>
        </w:rPr>
        <w:t>(A) 2³⁷　　(B) 3· 2³⁶　　(C) 2³⁸　　(D) 3·2³⁷　　(E) 2³⁹</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有多少个正整数 n 满足下面的等式</w:t>
      </w:r>
    </w:p>
    <w:p>
      <w:pPr>
        <w:spacing w:before="0" w:after="80" w:line="300" w:lineRule="auto"/>
        <w:jc w:val="left"/>
      </w:pPr>
      <w:r>
        <w:rPr>
          <w:rFonts w:ascii="Times New Roman" w:hAnsi="Times New Roman" w:eastAsia="宋体"/>
          <w:b w:val="0"/>
          <w:i w:val="0"/>
          <w:sz w:val="21"/>
        </w:rPr>
        <w:t>n+1000/70 = ⌊ √(n) ⌋？</w:t>
      </w:r>
    </w:p>
    <w:p>
      <w:pPr>
        <w:spacing w:before="0" w:after="80" w:line="300" w:lineRule="auto"/>
        <w:jc w:val="left"/>
      </w:pPr>
      <w:r>
        <w:rPr>
          <w:rFonts w:ascii="Times New Roman" w:hAnsi="Times New Roman" w:eastAsia="宋体"/>
          <w:b w:val="0"/>
          <w:i w:val="0"/>
          <w:sz w:val="21"/>
        </w:rPr>
        <w:t>（这里 ⌊ x⌋ 表示不超过 x 的最大整数。）</w:t>
      </w:r>
    </w:p>
    <w:p>
      <w:pPr>
        <w:spacing w:before="0" w:after="120" w:line="300" w:lineRule="auto"/>
      </w:pPr>
      <w:r>
        <w:rPr>
          <w:rFonts w:ascii="Times New Roman" w:hAnsi="Times New Roman" w:eastAsia="宋体"/>
          <w:b w:val="0"/>
          <w:i w:val="0"/>
          <w:sz w:val="21"/>
        </w:rPr>
        <w:t>（A）2　　（B）4　　（C）6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n satisfy</w:t>
      </w:r>
    </w:p>
    <w:p>
      <w:pPr>
        <w:spacing w:before="0" w:after="80" w:line="300" w:lineRule="auto"/>
        <w:jc w:val="left"/>
      </w:pPr>
      <w:r>
        <w:rPr>
          <w:rFonts w:ascii="Times New Roman" w:hAnsi="Times New Roman" w:eastAsia="宋体"/>
          <w:b w:val="0"/>
          <w:i w:val="0"/>
          <w:color w:val="333333"/>
          <w:sz w:val="19"/>
        </w:rPr>
        <w:t>n+1000/70 = ⌊ √(n) ⌋?</w:t>
      </w:r>
    </w:p>
    <w:p>
      <w:pPr>
        <w:spacing w:before="0" w:after="80" w:line="300" w:lineRule="auto"/>
        <w:jc w:val="left"/>
      </w:pPr>
      <w:r>
        <w:rPr>
          <w:rFonts w:ascii="Times New Roman" w:hAnsi="Times New Roman" w:eastAsia="宋体"/>
          <w:b w:val="0"/>
          <w:i w:val="0"/>
          <w:color w:val="333333"/>
          <w:sz w:val="19"/>
        </w:rPr>
        <w:t>(Recall that ⌊ x⌋ is the greatest integer not exceeding x.)</w:t>
      </w:r>
    </w:p>
    <w:p>
      <w:pPr>
        <w:spacing w:before="0" w:after="160" w:line="300" w:lineRule="auto"/>
      </w:pPr>
      <w:r>
        <w:rPr>
          <w:rFonts w:ascii="Times New Roman" w:hAnsi="Times New Roman" w:eastAsia="宋体"/>
          <w:b w:val="0"/>
          <w:i w:val="0"/>
          <w:color w:val="333333"/>
          <w:sz w:val="19"/>
        </w:rPr>
        <w:t>(A) 2　　(B) 4　　(C) 6　　(D) 30　　(E) 32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令 D(n) 表示把正整数 n 写成乘积</w:t>
      </w:r>
    </w:p>
    <w:p>
      <w:pPr>
        <w:spacing w:before="0" w:after="80" w:line="300" w:lineRule="auto"/>
        <w:jc w:val="left"/>
      </w:pPr>
      <w:r>
        <w:rPr>
          <w:rFonts w:ascii="Times New Roman" w:hAnsi="Times New Roman" w:eastAsia="宋体"/>
          <w:b w:val="0"/>
          <w:i w:val="0"/>
          <w:sz w:val="21"/>
        </w:rPr>
        <w:t>n = f₁· f₂⋯ fₖ</w:t>
      </w:r>
    </w:p>
    <w:p>
      <w:pPr>
        <w:spacing w:before="0" w:after="80" w:line="300" w:lineRule="auto"/>
        <w:jc w:val="left"/>
      </w:pPr>
      <w:r>
        <w:rPr>
          <w:rFonts w:ascii="Times New Roman" w:hAnsi="Times New Roman" w:eastAsia="宋体"/>
          <w:b w:val="0"/>
          <w:i w:val="0"/>
          <w:sz w:val="21"/>
        </w:rPr>
        <w:t>的方式数，其中 k≥1，每个 fᵢ 都是严格大于 1 的整数，并且因子的排列顺序有区别，也就是说仅因因子顺序不同的表示也算不同。例如，6 可写为 6、2· 3 和 3·2，所以 D(6) = 3。D(96) 是多少？</w:t>
      </w:r>
    </w:p>
    <w:p>
      <w:pPr>
        <w:spacing w:before="0" w:after="120" w:line="300" w:lineRule="auto"/>
      </w:pPr>
      <w:r>
        <w:rPr>
          <w:rFonts w:ascii="Times New Roman" w:hAnsi="Times New Roman" w:eastAsia="宋体"/>
          <w:b w:val="0"/>
          <w:i w:val="0"/>
          <w:sz w:val="21"/>
        </w:rPr>
        <w:t>（A）112　　（B）128　　（C）144　　（D）172　　（E）184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D(n) denote the number of ways of writing the positive integer n as a product</w:t>
      </w:r>
    </w:p>
    <w:p>
      <w:pPr>
        <w:spacing w:before="0" w:after="80" w:line="300" w:lineRule="auto"/>
        <w:jc w:val="left"/>
      </w:pPr>
      <w:r>
        <w:rPr>
          <w:rFonts w:ascii="Times New Roman" w:hAnsi="Times New Roman" w:eastAsia="宋体"/>
          <w:b w:val="0"/>
          <w:i w:val="0"/>
          <w:color w:val="333333"/>
          <w:sz w:val="19"/>
        </w:rPr>
        <w:t>n = f₁· f₂⋯ fₖ,</w:t>
      </w:r>
    </w:p>
    <w:p>
      <w:pPr>
        <w:spacing w:before="0" w:after="80" w:line="300" w:lineRule="auto"/>
        <w:jc w:val="left"/>
      </w:pPr>
      <w:r>
        <w:rPr>
          <w:rFonts w:ascii="Times New Roman" w:hAnsi="Times New Roman" w:eastAsia="宋体"/>
          <w:b w:val="0"/>
          <w:i w:val="0"/>
          <w:color w:val="333333"/>
          <w:sz w:val="19"/>
        </w:rPr>
        <w:t>where k≥1, the fᵢ are integers strictly greater than 1, and the order in which the factors are listed matters (that is, two representations that differ only in the order of the factors are counted as distinct). For example, the number 6 can be written as 6, 2· 3, and 3·2, so D(6) = 3. What is D(96)?</w:t>
      </w:r>
    </w:p>
    <w:p>
      <w:pPr>
        <w:spacing w:before="0" w:after="160" w:line="300" w:lineRule="auto"/>
      </w:pPr>
      <w:r>
        <w:rPr>
          <w:rFonts w:ascii="Times New Roman" w:hAnsi="Times New Roman" w:eastAsia="宋体"/>
          <w:b w:val="0"/>
          <w:i w:val="0"/>
          <w:color w:val="333333"/>
          <w:sz w:val="19"/>
        </w:rPr>
        <w:t>(A) 112　　(B) 128　　(C) 144　　(D) 172　　(E) 184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E　D　B　B　A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D　B　D　D　A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B　B　D　C　C　A</w:t>
      </w:r>
    </w:p>
    <w:p>
      <w:pPr>
        <w:spacing w:before="0" w:after="200" w:line="300" w:lineRule="auto"/>
      </w:pPr>
      <w:r>
        <w:rPr>
          <w:rFonts w:ascii="Times New Roman" w:hAnsi="Times New Roman" w:eastAsia="宋体"/>
          <w:b w:val="0"/>
          <w:i w:val="0"/>
          <w:color w:val="666666"/>
          <w:sz w:val="18"/>
        </w:rPr>
        <w:t>答案串：DEEDBBADDCDDBDDACBABBDCCA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减去负数等于加上对应的正数，所以</w:t>
      </w:r>
    </w:p>
    <w:p>
      <w:pPr>
        <w:spacing w:before="0" w:after="80" w:line="300" w:lineRule="auto"/>
        <w:jc w:val="left"/>
      </w:pPr>
      <w:r>
        <w:rPr>
          <w:rFonts w:ascii="Times New Roman" w:hAnsi="Times New Roman" w:eastAsia="宋体"/>
          <w:b w:val="0"/>
          <w:i w:val="0"/>
          <w:sz w:val="21"/>
        </w:rPr>
        <w:t>1-(-2)-3-(-4)</w:t>
      </w:r>
    </w:p>
    <w:p>
      <w:pPr>
        <w:spacing w:before="0" w:after="80" w:line="300" w:lineRule="auto"/>
        <w:jc w:val="left"/>
      </w:pPr>
      <w:r>
        <w:rPr>
          <w:rFonts w:ascii="Times New Roman" w:hAnsi="Times New Roman" w:eastAsia="宋体"/>
          <w:b w:val="0"/>
          <w:i w:val="0"/>
          <w:sz w:val="21"/>
        </w:rPr>
        <w:t>-5-(-6)</w:t>
      </w:r>
    </w:p>
    <w:p>
      <w:pPr>
        <w:spacing w:before="0" w:after="80" w:line="300" w:lineRule="auto"/>
        <w:jc w:val="left"/>
      </w:pPr>
      <w:r>
        <w:rPr>
          <w:rFonts w:ascii="Times New Roman" w:hAnsi="Times New Roman" w:eastAsia="宋体"/>
          <w:b w:val="0"/>
          <w:i w:val="0"/>
          <w:sz w:val="21"/>
        </w:rPr>
        <w:t>= 1+2-3+4-5+6。</w:t>
      </w:r>
    </w:p>
    <w:p>
      <w:pPr>
        <w:spacing w:before="0" w:after="80" w:line="300" w:lineRule="auto"/>
        <w:jc w:val="left"/>
      </w:pPr>
      <w:r>
        <w:rPr>
          <w:rFonts w:ascii="Times New Roman" w:hAnsi="Times New Roman" w:eastAsia="宋体"/>
          <w:b w:val="0"/>
          <w:i w:val="0"/>
          <w:sz w:val="21"/>
        </w:rPr>
        <w:t>合并各项可得</w:t>
      </w:r>
    </w:p>
    <w:p>
      <w:pPr>
        <w:spacing w:before="0" w:after="80" w:line="300" w:lineRule="auto"/>
        <w:jc w:val="left"/>
      </w:pPr>
      <w:r>
        <w:rPr>
          <w:rFonts w:ascii="Times New Roman" w:hAnsi="Times New Roman" w:eastAsia="宋体"/>
          <w:b w:val="0"/>
          <w:i w:val="0"/>
          <w:sz w:val="21"/>
        </w:rPr>
        <w:t>(1+2+4+6)-(3+5)</w:t>
      </w:r>
    </w:p>
    <w:p>
      <w:pPr>
        <w:spacing w:before="0" w:after="80" w:line="300" w:lineRule="auto"/>
        <w:jc w:val="left"/>
      </w:pPr>
      <w:r>
        <w:rPr>
          <w:rFonts w:ascii="Times New Roman" w:hAnsi="Times New Roman" w:eastAsia="宋体"/>
          <w:b w:val="0"/>
          <w:i w:val="0"/>
          <w:sz w:val="21"/>
        </w:rPr>
        <w:t>= 13-8=5。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Subtracting a negative is the same as adding the corresponding positive number, so</w:t>
      </w:r>
    </w:p>
    <w:p>
      <w:pPr>
        <w:spacing w:before="0" w:after="80" w:line="300" w:lineRule="auto"/>
        <w:jc w:val="left"/>
      </w:pPr>
      <w:r>
        <w:rPr>
          <w:rFonts w:ascii="Times New Roman" w:hAnsi="Times New Roman" w:eastAsia="宋体"/>
          <w:b w:val="0"/>
          <w:i w:val="0"/>
          <w:color w:val="333333"/>
          <w:sz w:val="19"/>
        </w:rPr>
        <w:t>1-(-2)-3-(-4)</w:t>
      </w:r>
    </w:p>
    <w:p>
      <w:pPr>
        <w:spacing w:before="0" w:after="80" w:line="300" w:lineRule="auto"/>
        <w:jc w:val="left"/>
      </w:pPr>
      <w:r>
        <w:rPr>
          <w:rFonts w:ascii="Times New Roman" w:hAnsi="Times New Roman" w:eastAsia="宋体"/>
          <w:b w:val="0"/>
          <w:i w:val="0"/>
          <w:color w:val="333333"/>
          <w:sz w:val="19"/>
        </w:rPr>
        <w:t>-5-(-6)</w:t>
      </w:r>
    </w:p>
    <w:p>
      <w:pPr>
        <w:spacing w:before="0" w:after="80" w:line="300" w:lineRule="auto"/>
        <w:jc w:val="left"/>
      </w:pPr>
      <w:r>
        <w:rPr>
          <w:rFonts w:ascii="Times New Roman" w:hAnsi="Times New Roman" w:eastAsia="宋体"/>
          <w:b w:val="0"/>
          <w:i w:val="0"/>
          <w:color w:val="333333"/>
          <w:sz w:val="19"/>
        </w:rPr>
        <w:t>= 1+2-3+4-5+6.</w:t>
      </w:r>
    </w:p>
    <w:p>
      <w:pPr>
        <w:spacing w:before="0" w:after="80" w:line="300" w:lineRule="auto"/>
        <w:jc w:val="left"/>
      </w:pPr>
      <w:r>
        <w:rPr>
          <w:rFonts w:ascii="Times New Roman" w:hAnsi="Times New Roman" w:eastAsia="宋体"/>
          <w:b w:val="0"/>
          <w:i w:val="0"/>
          <w:color w:val="333333"/>
          <w:sz w:val="19"/>
        </w:rPr>
        <w:t>Now combine the terms:</w:t>
      </w:r>
    </w:p>
    <w:p>
      <w:pPr>
        <w:spacing w:before="0" w:after="80" w:line="300" w:lineRule="auto"/>
        <w:jc w:val="left"/>
      </w:pPr>
      <w:r>
        <w:rPr>
          <w:rFonts w:ascii="Times New Roman" w:hAnsi="Times New Roman" w:eastAsia="宋体"/>
          <w:b w:val="0"/>
          <w:i w:val="0"/>
          <w:color w:val="333333"/>
          <w:sz w:val="19"/>
        </w:rPr>
        <w:t>(1+2+4+6)-(3+5)</w:t>
      </w:r>
    </w:p>
    <w:p>
      <w:pPr>
        <w:spacing w:before="0" w:after="80" w:line="300" w:lineRule="auto"/>
        <w:jc w:val="left"/>
      </w:pPr>
      <w:r>
        <w:rPr>
          <w:rFonts w:ascii="Times New Roman" w:hAnsi="Times New Roman" w:eastAsia="宋体"/>
          <w:b w:val="0"/>
          <w:i w:val="0"/>
          <w:color w:val="333333"/>
          <w:sz w:val="19"/>
        </w:rPr>
        <w:t>= 13-8=5.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边长为 s 的立方体体积为 s³。Carl 的五个立方体总体积为 5· 1³=5，Kate 的五个立方体总体积为 5· 2³=40。</w:t>
      </w:r>
    </w:p>
    <w:p>
      <w:pPr>
        <w:spacing w:before="0" w:after="80" w:line="300" w:lineRule="auto"/>
        <w:jc w:val="left"/>
      </w:pPr>
      <w:r>
        <w:rPr>
          <w:rFonts w:ascii="Times New Roman" w:hAnsi="Times New Roman" w:eastAsia="宋体"/>
          <w:b w:val="0"/>
          <w:i w:val="0"/>
          <w:sz w:val="21"/>
        </w:rPr>
        <w:t>总体积为 5+40=45。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with side length s has volume s³. Carl’s five cubes have total volume 5· 1³=5, and Kate’s five cubes have total volume 5· 2³=40.</w:t>
      </w:r>
    </w:p>
    <w:p>
      <w:pPr>
        <w:spacing w:before="0" w:after="80" w:line="300" w:lineRule="auto"/>
        <w:jc w:val="left"/>
      </w:pPr>
      <w:r>
        <w:rPr>
          <w:rFonts w:ascii="Times New Roman" w:hAnsi="Times New Roman" w:eastAsia="宋体"/>
          <w:b w:val="0"/>
          <w:i w:val="0"/>
          <w:color w:val="333333"/>
          <w:sz w:val="19"/>
        </w:rPr>
        <w:t>The total volume is 5+40=45.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题中比例给出</w:t>
      </w:r>
    </w:p>
    <w:p>
      <w:pPr>
        <w:spacing w:before="0" w:after="80" w:line="300" w:lineRule="auto"/>
        <w:jc w:val="left"/>
      </w:pPr>
      <w:r>
        <w:rPr>
          <w:rFonts w:ascii="Times New Roman" w:hAnsi="Times New Roman" w:eastAsia="宋体"/>
          <w:b w:val="0"/>
          <w:i w:val="0"/>
          <w:sz w:val="21"/>
        </w:rPr>
        <w:t>w/x=4/3, y/z=3/2,</w:t>
      </w:r>
    </w:p>
    <w:p>
      <w:pPr>
        <w:spacing w:before="0" w:after="80" w:line="300" w:lineRule="auto"/>
        <w:jc w:val="left"/>
      </w:pPr>
      <w:r>
        <w:rPr>
          <w:rFonts w:ascii="Times New Roman" w:hAnsi="Times New Roman" w:eastAsia="宋体"/>
          <w:b w:val="0"/>
          <w:i w:val="0"/>
          <w:sz w:val="21"/>
        </w:rPr>
        <w:t>z/x=1/6。</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w/y=w/x·x/z·z/y</w:t>
      </w:r>
    </w:p>
    <w:p>
      <w:pPr>
        <w:spacing w:before="0" w:after="80" w:line="300" w:lineRule="auto"/>
        <w:jc w:val="left"/>
      </w:pPr>
      <w:r>
        <w:rPr>
          <w:rFonts w:ascii="Times New Roman" w:hAnsi="Times New Roman" w:eastAsia="宋体"/>
          <w:b w:val="0"/>
          <w:i w:val="0"/>
          <w:sz w:val="21"/>
        </w:rPr>
        <w:t>=4/3· 6·2/3=16/3。</w:t>
      </w:r>
    </w:p>
    <w:p>
      <w:pPr>
        <w:spacing w:before="0" w:after="80" w:line="300" w:lineRule="auto"/>
        <w:jc w:val="left"/>
      </w:pPr>
      <w:r>
        <w:rPr>
          <w:rFonts w:ascii="Times New Roman" w:hAnsi="Times New Roman" w:eastAsia="宋体"/>
          <w:b w:val="0"/>
          <w:i w:val="0"/>
          <w:sz w:val="21"/>
        </w:rPr>
        <w:t>所以 w:y=16:3。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ratios give</w:t>
      </w:r>
    </w:p>
    <w:p>
      <w:pPr>
        <w:spacing w:before="0" w:after="80" w:line="300" w:lineRule="auto"/>
        <w:jc w:val="left"/>
      </w:pPr>
      <w:r>
        <w:rPr>
          <w:rFonts w:ascii="Times New Roman" w:hAnsi="Times New Roman" w:eastAsia="宋体"/>
          <w:b w:val="0"/>
          <w:i w:val="0"/>
          <w:color w:val="333333"/>
          <w:sz w:val="19"/>
        </w:rPr>
        <w:t>w/x=4/3, y/z=3/2,</w:t>
      </w:r>
    </w:p>
    <w:p>
      <w:pPr>
        <w:spacing w:before="0" w:after="80" w:line="300" w:lineRule="auto"/>
        <w:jc w:val="left"/>
      </w:pPr>
      <w:r>
        <w:rPr>
          <w:rFonts w:ascii="Times New Roman" w:hAnsi="Times New Roman" w:eastAsia="宋体"/>
          <w:b w:val="0"/>
          <w:i w:val="0"/>
          <w:color w:val="333333"/>
          <w:sz w:val="19"/>
        </w:rPr>
        <w:t>z/x=1/6.</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w/y=w/x·x/z·z/y</w:t>
      </w:r>
    </w:p>
    <w:p>
      <w:pPr>
        <w:spacing w:before="0" w:after="80" w:line="300" w:lineRule="auto"/>
        <w:jc w:val="left"/>
      </w:pPr>
      <w:r>
        <w:rPr>
          <w:rFonts w:ascii="Times New Roman" w:hAnsi="Times New Roman" w:eastAsia="宋体"/>
          <w:b w:val="0"/>
          <w:i w:val="0"/>
          <w:color w:val="333333"/>
          <w:sz w:val="19"/>
        </w:rPr>
        <w:t>=4/3· 6·2/3=16/3.</w:t>
      </w:r>
    </w:p>
    <w:p>
      <w:pPr>
        <w:spacing w:before="0" w:after="80" w:line="300" w:lineRule="auto"/>
        <w:jc w:val="left"/>
      </w:pPr>
      <w:r>
        <w:rPr>
          <w:rFonts w:ascii="Times New Roman" w:hAnsi="Times New Roman" w:eastAsia="宋体"/>
          <w:b w:val="0"/>
          <w:i w:val="0"/>
          <w:color w:val="333333"/>
          <w:sz w:val="19"/>
        </w:rPr>
        <w:t>Therefore w:y=16:3.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两个锐角满足 a+b=90。从小到大尝试质数 b，若 b=2,3,5，则 a=88,87,85，都不是质数。但当 b=7 时，a=83 是质数，且大于 b。</w:t>
      </w:r>
    </w:p>
    <w:p>
      <w:pPr>
        <w:spacing w:before="0" w:after="80" w:line="300" w:lineRule="auto"/>
        <w:jc w:val="left"/>
      </w:pPr>
      <w:r>
        <w:rPr>
          <w:rFonts w:ascii="Times New Roman" w:hAnsi="Times New Roman" w:eastAsia="宋体"/>
          <w:b w:val="0"/>
          <w:i w:val="0"/>
          <w:sz w:val="21"/>
        </w:rPr>
        <w:t>因此 b 的最小可能值为 7。所以正确答案是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acute angles satisfy a+b=90. Testing primes b from least to greatest, b=2,3,5 would give a=88,87,85, none of which is prime. For b=7, however, a=83 is prime and is greater than b.</w:t>
      </w:r>
    </w:p>
    <w:p>
      <w:pPr>
        <w:spacing w:before="0" w:after="80" w:line="300" w:lineRule="auto"/>
        <w:jc w:val="left"/>
      </w:pPr>
      <w:r>
        <w:rPr>
          <w:rFonts w:ascii="Times New Roman" w:hAnsi="Times New Roman" w:eastAsia="宋体"/>
          <w:b w:val="0"/>
          <w:i w:val="0"/>
          <w:color w:val="333333"/>
          <w:sz w:val="19"/>
        </w:rPr>
        <w:t>Therefore the least possible value of b is 7.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砖块总数为 1+1+2+3=7。若七块都不同有 7! 种排列。两块绿色砖不可区分，三块黄色砖不可区分，所以要除以 2! 和 3!。</w:t>
      </w:r>
    </w:p>
    <w:p>
      <w:pPr>
        <w:spacing w:before="0" w:after="80" w:line="300" w:lineRule="auto"/>
        <w:jc w:val="left"/>
      </w:pPr>
      <w:r>
        <w:rPr>
          <w:rFonts w:ascii="Times New Roman" w:hAnsi="Times New Roman" w:eastAsia="宋体"/>
          <w:b w:val="0"/>
          <w:i w:val="0"/>
          <w:sz w:val="21"/>
        </w:rPr>
        <w:t>因此可区分的排列数为</w:t>
      </w:r>
    </w:p>
    <w:p>
      <w:pPr>
        <w:spacing w:before="0" w:after="80" w:line="300" w:lineRule="auto"/>
        <w:jc w:val="left"/>
      </w:pPr>
      <w:r>
        <w:rPr>
          <w:rFonts w:ascii="Times New Roman" w:hAnsi="Times New Roman" w:eastAsia="宋体"/>
          <w:b w:val="0"/>
          <w:i w:val="0"/>
          <w:sz w:val="21"/>
        </w:rPr>
        <w:t>(7!)/(2!3!)=420。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1+1+2+3=7 total tiles. If all seven tiles were distinct, there would be 7! arrangements. The two green tiles are indistinguishable, and the three yellow tiles are indistinguishable, so we divide by 2! and 3!.</w:t>
      </w:r>
    </w:p>
    <w:p>
      <w:pPr>
        <w:spacing w:before="0" w:after="80" w:line="300" w:lineRule="auto"/>
        <w:jc w:val="left"/>
      </w:pPr>
      <w:r>
        <w:rPr>
          <w:rFonts w:ascii="Times New Roman" w:hAnsi="Times New Roman" w:eastAsia="宋体"/>
          <w:b w:val="0"/>
          <w:i w:val="0"/>
          <w:color w:val="333333"/>
          <w:sz w:val="19"/>
        </w:rPr>
        <w:t>Thus the number of arrangements is</w:t>
      </w:r>
    </w:p>
    <w:p>
      <w:pPr>
        <w:spacing w:before="0" w:after="80" w:line="300" w:lineRule="auto"/>
        <w:jc w:val="left"/>
      </w:pPr>
      <w:r>
        <w:rPr>
          <w:rFonts w:ascii="Times New Roman" w:hAnsi="Times New Roman" w:eastAsia="宋体"/>
          <w:b w:val="0"/>
          <w:i w:val="0"/>
          <w:color w:val="333333"/>
          <w:sz w:val="19"/>
        </w:rPr>
        <w:t>(7!)/(2!3!)=420.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五位回文数由它的前三位数字唯一确定。15951 的前半部分是 159；把它增加到 160，再把前两位数字对称地反射到后两位，就得到下一个回文数 16061。</w:t>
      </w:r>
    </w:p>
    <w:p>
      <w:pPr>
        <w:spacing w:before="0" w:after="80" w:line="300" w:lineRule="auto"/>
        <w:jc w:val="left"/>
      </w:pPr>
      <w:r>
        <w:rPr>
          <w:rFonts w:ascii="Times New Roman" w:hAnsi="Times New Roman" w:eastAsia="宋体"/>
          <w:b w:val="0"/>
          <w:i w:val="0"/>
          <w:sz w:val="21"/>
        </w:rPr>
        <w:t>Megan 行驶了 16061-15951=110 英里，用时 2 小时，所以平均速度为每小时 110/2=55 英里。所以正确答案是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five-digit palindrome is determined by its first three digits. The first half of 15951 is 159; increasing this to 160 and reflecting the first two digits gives the next palindrome, 16061.</w:t>
      </w:r>
    </w:p>
    <w:p>
      <w:pPr>
        <w:spacing w:before="0" w:after="80" w:line="300" w:lineRule="auto"/>
        <w:jc w:val="left"/>
      </w:pPr>
      <w:r>
        <w:rPr>
          <w:rFonts w:ascii="Times New Roman" w:hAnsi="Times New Roman" w:eastAsia="宋体"/>
          <w:b w:val="0"/>
          <w:i w:val="0"/>
          <w:color w:val="333333"/>
          <w:sz w:val="19"/>
        </w:rPr>
        <w:t>Megan traveled 16061-15951=110 miles in 2 hours, so her average speed was 110/2=55 miles per hour.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一个数既是偶数又是 3 的倍数时，它是 6 的倍数。若它还是完全平方数，则其平方根必须同时被 2 和 3 整除，因而被 6 整除。因此所求平方数恰好为</w:t>
      </w:r>
    </w:p>
    <w:p>
      <w:pPr>
        <w:spacing w:before="0" w:after="80" w:line="300" w:lineRule="auto"/>
        <w:jc w:val="left"/>
      </w:pPr>
      <w:r>
        <w:rPr>
          <w:rFonts w:ascii="Times New Roman" w:hAnsi="Times New Roman" w:eastAsia="宋体"/>
          <w:b w:val="0"/>
          <w:i w:val="0"/>
          <w:sz w:val="21"/>
        </w:rPr>
        <w:t>(6k)²&lt;2020，</w:t>
      </w:r>
    </w:p>
    <w:p>
      <w:pPr>
        <w:spacing w:before="0" w:after="80" w:line="300" w:lineRule="auto"/>
        <w:jc w:val="left"/>
      </w:pPr>
      <w:r>
        <w:rPr>
          <w:rFonts w:ascii="Times New Roman" w:hAnsi="Times New Roman" w:eastAsia="宋体"/>
          <w:b w:val="0"/>
          <w:i w:val="0"/>
          <w:sz w:val="21"/>
        </w:rPr>
        <w:t>其中 k 为正整数。</w:t>
      </w:r>
    </w:p>
    <w:p>
      <w:pPr>
        <w:spacing w:before="0" w:after="80" w:line="300" w:lineRule="auto"/>
        <w:jc w:val="left"/>
      </w:pPr>
      <w:r>
        <w:rPr>
          <w:rFonts w:ascii="Times New Roman" w:hAnsi="Times New Roman" w:eastAsia="宋体"/>
          <w:b w:val="0"/>
          <w:i w:val="0"/>
          <w:sz w:val="21"/>
        </w:rPr>
        <w:t>因为 42²=1764&lt;2020 且 48²=2304&gt;2020，所以 k=1,2,…,7，共有 7 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that is both even and a multiple of 3 is a multiple of 6. If such a number is also a perfect square, its square root must be divisible by both 2 and 3, hence by 6. Therefore the numbers counted are exactly</w:t>
      </w:r>
    </w:p>
    <w:p>
      <w:pPr>
        <w:spacing w:before="0" w:after="80" w:line="300" w:lineRule="auto"/>
        <w:jc w:val="left"/>
      </w:pPr>
      <w:r>
        <w:rPr>
          <w:rFonts w:ascii="Times New Roman" w:hAnsi="Times New Roman" w:eastAsia="宋体"/>
          <w:b w:val="0"/>
          <w:i w:val="0"/>
          <w:color w:val="333333"/>
          <w:sz w:val="19"/>
        </w:rPr>
        <w:t>(6k)²&lt;2020</w:t>
      </w:r>
    </w:p>
    <w:p>
      <w:pPr>
        <w:spacing w:before="0" w:after="80" w:line="300" w:lineRule="auto"/>
        <w:jc w:val="left"/>
      </w:pPr>
      <w:r>
        <w:rPr>
          <w:rFonts w:ascii="Times New Roman" w:hAnsi="Times New Roman" w:eastAsia="宋体"/>
          <w:b w:val="0"/>
          <w:i w:val="0"/>
          <w:color w:val="333333"/>
          <w:sz w:val="19"/>
        </w:rPr>
        <w:t>for positive integers k.</w:t>
      </w:r>
    </w:p>
    <w:p>
      <w:pPr>
        <w:spacing w:before="0" w:after="80" w:line="300" w:lineRule="auto"/>
        <w:jc w:val="left"/>
      </w:pPr>
      <w:r>
        <w:rPr>
          <w:rFonts w:ascii="Times New Roman" w:hAnsi="Times New Roman" w:eastAsia="宋体"/>
          <w:b w:val="0"/>
          <w:i w:val="0"/>
          <w:color w:val="333333"/>
          <w:sz w:val="19"/>
        </w:rPr>
        <w:t>Since 42²=1764&lt;2020 and 48²=2304&gt;2020, we have k=1,2,…,7, for a total of 7 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取 P=(-4,0)、Q=(4,0)。因为面积为 12 且 PQ=8，点 R 到直线 PQ 的距离为 3，所以 R=(x,± 3)。</w:t>
      </w:r>
    </w:p>
    <w:p>
      <w:pPr>
        <w:spacing w:before="0" w:after="80" w:line="300" w:lineRule="auto"/>
        <w:jc w:val="left"/>
      </w:pPr>
      <w:r>
        <w:rPr>
          <w:rFonts w:ascii="Times New Roman" w:hAnsi="Times New Roman" w:eastAsia="宋体"/>
          <w:b w:val="0"/>
          <w:i w:val="0"/>
          <w:sz w:val="21"/>
        </w:rPr>
        <w:t>若直角在 P，则 R=(-4,± 3)，给出 2 点。若直角在 Q，则 R=(4,± 3)，再给出 2 点。</w:t>
      </w:r>
    </w:p>
    <w:p>
      <w:pPr>
        <w:spacing w:before="0" w:after="80" w:line="300" w:lineRule="auto"/>
        <w:jc w:val="left"/>
      </w:pPr>
      <w:r>
        <w:rPr>
          <w:rFonts w:ascii="Times New Roman" w:hAnsi="Times New Roman" w:eastAsia="宋体"/>
          <w:b w:val="0"/>
          <w:i w:val="0"/>
          <w:sz w:val="21"/>
        </w:rPr>
        <w:t>若直角在 R，则 PQ 是斜边，所以</w:t>
      </w:r>
    </w:p>
    <w:p>
      <w:pPr>
        <w:spacing w:before="0" w:after="80" w:line="300" w:lineRule="auto"/>
        <w:jc w:val="left"/>
      </w:pPr>
      <w:r>
        <w:rPr>
          <w:rFonts w:ascii="Times New Roman" w:hAnsi="Times New Roman" w:eastAsia="宋体"/>
          <w:b w:val="0"/>
          <w:i w:val="0"/>
          <w:sz w:val="21"/>
        </w:rPr>
        <w:t>64=PR²+QR²</w:t>
      </w:r>
    </w:p>
    <w:p>
      <w:pPr>
        <w:spacing w:before="0" w:after="80" w:line="300" w:lineRule="auto"/>
        <w:jc w:val="left"/>
      </w:pPr>
      <w:r>
        <w:rPr>
          <w:rFonts w:ascii="Times New Roman" w:hAnsi="Times New Roman" w:eastAsia="宋体"/>
          <w:b w:val="0"/>
          <w:i w:val="0"/>
          <w:sz w:val="21"/>
        </w:rPr>
        <w:t>=(x+4)²+9</w:t>
      </w:r>
    </w:p>
    <w:p>
      <w:pPr>
        <w:spacing w:before="0" w:after="80" w:line="300" w:lineRule="auto"/>
        <w:jc w:val="left"/>
      </w:pPr>
      <w:r>
        <w:rPr>
          <w:rFonts w:ascii="Times New Roman" w:hAnsi="Times New Roman" w:eastAsia="宋体"/>
          <w:b w:val="0"/>
          <w:i w:val="0"/>
          <w:sz w:val="21"/>
        </w:rPr>
        <w:t>+(x-4)²+9</w:t>
      </w:r>
    </w:p>
    <w:p>
      <w:pPr>
        <w:spacing w:before="0" w:after="80" w:line="300" w:lineRule="auto"/>
        <w:jc w:val="left"/>
      </w:pPr>
      <w:r>
        <w:rPr>
          <w:rFonts w:ascii="Times New Roman" w:hAnsi="Times New Roman" w:eastAsia="宋体"/>
          <w:b w:val="0"/>
          <w:i w:val="0"/>
          <w:sz w:val="21"/>
        </w:rPr>
        <w:t>=2x²+50。</w:t>
      </w:r>
    </w:p>
    <w:p>
      <w:pPr>
        <w:spacing w:before="0" w:after="80" w:line="300" w:lineRule="auto"/>
        <w:jc w:val="left"/>
      </w:pPr>
      <w:r>
        <w:rPr>
          <w:rFonts w:ascii="Times New Roman" w:hAnsi="Times New Roman" w:eastAsia="宋体"/>
          <w:b w:val="0"/>
          <w:i w:val="0"/>
          <w:sz w:val="21"/>
        </w:rPr>
        <w:t>因此 x²=7，给出 R=(±√(7),± 3)，另有 4 点。</w:t>
      </w:r>
    </w:p>
    <w:p>
      <w:pPr>
        <w:spacing w:before="0" w:after="80" w:line="300" w:lineRule="auto"/>
        <w:jc w:val="left"/>
      </w:pPr>
      <w:r>
        <w:rPr>
          <w:rFonts w:ascii="Times New Roman" w:hAnsi="Times New Roman" w:eastAsia="宋体"/>
          <w:b w:val="0"/>
          <w:i w:val="0"/>
          <w:sz w:val="21"/>
        </w:rPr>
        <w:t>总数为 2+2+4=8。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P=(-4,0) and Q=(4,0). Since the area is 12 and PQ=8, the distance from R to line PQ is 3, so R=(x,± 3).</w:t>
      </w:r>
    </w:p>
    <w:p>
      <w:pPr>
        <w:spacing w:before="0" w:after="80" w:line="300" w:lineRule="auto"/>
        <w:jc w:val="left"/>
      </w:pPr>
      <w:r>
        <w:rPr>
          <w:rFonts w:ascii="Times New Roman" w:hAnsi="Times New Roman" w:eastAsia="宋体"/>
          <w:b w:val="0"/>
          <w:i w:val="0"/>
          <w:color w:val="333333"/>
          <w:sz w:val="19"/>
        </w:rPr>
        <w:t>If the right angle is at P, then R=(-4,± 3), giving 2 points. If it is at Q, then R=(4,± 3), giving 2 more points.</w:t>
      </w:r>
    </w:p>
    <w:p>
      <w:pPr>
        <w:spacing w:before="0" w:after="80" w:line="300" w:lineRule="auto"/>
        <w:jc w:val="left"/>
      </w:pPr>
      <w:r>
        <w:rPr>
          <w:rFonts w:ascii="Times New Roman" w:hAnsi="Times New Roman" w:eastAsia="宋体"/>
          <w:b w:val="0"/>
          <w:i w:val="0"/>
          <w:color w:val="333333"/>
          <w:sz w:val="19"/>
        </w:rPr>
        <w:t>If the right angle is at R, then PQ is the hypotenuse, so</w:t>
      </w:r>
    </w:p>
    <w:p>
      <w:pPr>
        <w:spacing w:before="0" w:after="80" w:line="300" w:lineRule="auto"/>
        <w:jc w:val="left"/>
      </w:pPr>
      <w:r>
        <w:rPr>
          <w:rFonts w:ascii="Times New Roman" w:hAnsi="Times New Roman" w:eastAsia="宋体"/>
          <w:b w:val="0"/>
          <w:i w:val="0"/>
          <w:color w:val="333333"/>
          <w:sz w:val="19"/>
        </w:rPr>
        <w:t>64=PR²+QR²</w:t>
      </w:r>
    </w:p>
    <w:p>
      <w:pPr>
        <w:spacing w:before="0" w:after="80" w:line="300" w:lineRule="auto"/>
        <w:jc w:val="left"/>
      </w:pPr>
      <w:r>
        <w:rPr>
          <w:rFonts w:ascii="Times New Roman" w:hAnsi="Times New Roman" w:eastAsia="宋体"/>
          <w:b w:val="0"/>
          <w:i w:val="0"/>
          <w:color w:val="333333"/>
          <w:sz w:val="19"/>
        </w:rPr>
        <w:t>=(x+4)²+9</w:t>
      </w:r>
    </w:p>
    <w:p>
      <w:pPr>
        <w:spacing w:before="0" w:after="80" w:line="300" w:lineRule="auto"/>
        <w:jc w:val="left"/>
      </w:pPr>
      <w:r>
        <w:rPr>
          <w:rFonts w:ascii="Times New Roman" w:hAnsi="Times New Roman" w:eastAsia="宋体"/>
          <w:b w:val="0"/>
          <w:i w:val="0"/>
          <w:color w:val="333333"/>
          <w:sz w:val="19"/>
        </w:rPr>
        <w:t>+(x-4)²+9</w:t>
      </w:r>
    </w:p>
    <w:p>
      <w:pPr>
        <w:spacing w:before="0" w:after="80" w:line="300" w:lineRule="auto"/>
        <w:jc w:val="left"/>
      </w:pPr>
      <w:r>
        <w:rPr>
          <w:rFonts w:ascii="Times New Roman" w:hAnsi="Times New Roman" w:eastAsia="宋体"/>
          <w:b w:val="0"/>
          <w:i w:val="0"/>
          <w:color w:val="333333"/>
          <w:sz w:val="19"/>
        </w:rPr>
        <w:t>=2x²+50.</w:t>
      </w:r>
    </w:p>
    <w:p>
      <w:pPr>
        <w:spacing w:before="0" w:after="80" w:line="300" w:lineRule="auto"/>
        <w:jc w:val="left"/>
      </w:pPr>
      <w:r>
        <w:rPr>
          <w:rFonts w:ascii="Times New Roman" w:hAnsi="Times New Roman" w:eastAsia="宋体"/>
          <w:b w:val="0"/>
          <w:i w:val="0"/>
          <w:color w:val="333333"/>
          <w:sz w:val="19"/>
        </w:rPr>
        <w:t>Thus x²=7, giving R=(±√(7),± 3), another 4 points.</w:t>
      </w:r>
    </w:p>
    <w:p>
      <w:pPr>
        <w:spacing w:before="0" w:after="80" w:line="300" w:lineRule="auto"/>
        <w:jc w:val="left"/>
      </w:pPr>
      <w:r>
        <w:rPr>
          <w:rFonts w:ascii="Times New Roman" w:hAnsi="Times New Roman" w:eastAsia="宋体"/>
          <w:b w:val="0"/>
          <w:i w:val="0"/>
          <w:color w:val="333333"/>
          <w:sz w:val="19"/>
        </w:rPr>
        <w:t>The total is 2+2+4=8.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移项并配方：</w:t>
      </w:r>
    </w:p>
    <w:p>
      <w:pPr>
        <w:spacing w:before="0" w:after="80" w:line="300" w:lineRule="auto"/>
        <w:jc w:val="left"/>
      </w:pPr>
      <w:r>
        <w:rPr>
          <w:rFonts w:ascii="Times New Roman" w:hAnsi="Times New Roman" w:eastAsia="宋体"/>
          <w:b w:val="0"/>
          <w:i w:val="0"/>
          <w:sz w:val="21"/>
        </w:rPr>
        <w:t>x²⁰²⁰+y²=2y</w:t>
      </w:r>
    </w:p>
    <w:p>
      <w:pPr>
        <w:spacing w:before="0" w:after="80" w:line="300" w:lineRule="auto"/>
        <w:jc w:val="left"/>
      </w:pPr>
      <w:r>
        <w:rPr>
          <w:rFonts w:ascii="Times New Roman" w:hAnsi="Times New Roman" w:eastAsia="宋体"/>
          <w:b w:val="0"/>
          <w:i w:val="0"/>
          <w:sz w:val="21"/>
        </w:rPr>
        <w:t>Longrightarrow x²⁰²⁰+(y-1)²=1。</w:t>
      </w:r>
    </w:p>
    <w:p>
      <w:pPr>
        <w:spacing w:before="0" w:after="80" w:line="300" w:lineRule="auto"/>
        <w:jc w:val="left"/>
      </w:pPr>
      <w:r>
        <w:rPr>
          <w:rFonts w:ascii="Times New Roman" w:hAnsi="Times New Roman" w:eastAsia="宋体"/>
          <w:b w:val="0"/>
          <w:i w:val="0"/>
          <w:sz w:val="21"/>
        </w:rPr>
        <w:t>因为 (y-1)²≥ 0，所以 x²⁰²⁰≤ 1。由于 x 是整数，只可能有 x=-1,0,1。</w:t>
      </w:r>
    </w:p>
    <w:p>
      <w:pPr>
        <w:spacing w:before="0" w:after="80" w:line="300" w:lineRule="auto"/>
        <w:jc w:val="left"/>
      </w:pPr>
      <w:r>
        <w:rPr>
          <w:rFonts w:ascii="Times New Roman" w:hAnsi="Times New Roman" w:eastAsia="宋体"/>
          <w:b w:val="0"/>
          <w:i w:val="0"/>
          <w:sz w:val="21"/>
        </w:rPr>
        <w:t>若 x=±1，则 (y-1)²=0，所以 y=1。若 x=0，则 (y-1)²=1，所以 y=0 或 2。共有 4 个有序对。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Move all terms to one side and complete the square:</w:t>
      </w:r>
    </w:p>
    <w:p>
      <w:pPr>
        <w:spacing w:before="0" w:after="80" w:line="300" w:lineRule="auto"/>
        <w:jc w:val="left"/>
      </w:pPr>
      <w:r>
        <w:rPr>
          <w:rFonts w:ascii="Times New Roman" w:hAnsi="Times New Roman" w:eastAsia="宋体"/>
          <w:b w:val="0"/>
          <w:i w:val="0"/>
          <w:color w:val="333333"/>
          <w:sz w:val="19"/>
        </w:rPr>
        <w:t>x²⁰²⁰+y²=2y</w:t>
      </w:r>
    </w:p>
    <w:p>
      <w:pPr>
        <w:spacing w:before="0" w:after="80" w:line="300" w:lineRule="auto"/>
        <w:jc w:val="left"/>
      </w:pPr>
      <w:r>
        <w:rPr>
          <w:rFonts w:ascii="Times New Roman" w:hAnsi="Times New Roman" w:eastAsia="宋体"/>
          <w:b w:val="0"/>
          <w:i w:val="0"/>
          <w:color w:val="333333"/>
          <w:sz w:val="19"/>
        </w:rPr>
        <w:t>Longrightarrow x²⁰²⁰+(y-1)²=1.</w:t>
      </w:r>
    </w:p>
    <w:p>
      <w:pPr>
        <w:spacing w:before="0" w:after="80" w:line="300" w:lineRule="auto"/>
        <w:jc w:val="left"/>
      </w:pPr>
      <w:r>
        <w:rPr>
          <w:rFonts w:ascii="Times New Roman" w:hAnsi="Times New Roman" w:eastAsia="宋体"/>
          <w:b w:val="0"/>
          <w:i w:val="0"/>
          <w:color w:val="333333"/>
          <w:sz w:val="19"/>
        </w:rPr>
        <w:t>Because (y-1)²≥ 0, we must have x²⁰²⁰≤ 1. Since x is an integer, x=-1,0,1.</w:t>
      </w:r>
    </w:p>
    <w:p>
      <w:pPr>
        <w:spacing w:before="0" w:after="80" w:line="300" w:lineRule="auto"/>
        <w:jc w:val="left"/>
      </w:pPr>
      <w:r>
        <w:rPr>
          <w:rFonts w:ascii="Times New Roman" w:hAnsi="Times New Roman" w:eastAsia="宋体"/>
          <w:b w:val="0"/>
          <w:i w:val="0"/>
          <w:color w:val="333333"/>
          <w:sz w:val="19"/>
        </w:rPr>
        <w:t>If x=±1, then (y-1)²=0, so y=1. If x=0, then (y-1)²=1, so y=0 or 2. This gives 4 ordered pairs.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扇形的弧成为圆锥底面的周长，所以若底面半径为 r，则</w:t>
      </w:r>
    </w:p>
    <w:p>
      <w:pPr>
        <w:spacing w:before="0" w:after="80" w:line="300" w:lineRule="auto"/>
        <w:jc w:val="left"/>
      </w:pPr>
      <w:r>
        <w:rPr>
          <w:rFonts w:ascii="Times New Roman" w:hAnsi="Times New Roman" w:eastAsia="宋体"/>
          <w:b w:val="0"/>
          <w:i w:val="0"/>
          <w:sz w:val="21"/>
        </w:rPr>
        <w:t>2π r=3/4(2π·4)=6π，</w:t>
      </w:r>
    </w:p>
    <w:p>
      <w:pPr>
        <w:spacing w:before="0" w:after="80" w:line="300" w:lineRule="auto"/>
        <w:jc w:val="left"/>
      </w:pPr>
      <w:r>
        <w:rPr>
          <w:rFonts w:ascii="Times New Roman" w:hAnsi="Times New Roman" w:eastAsia="宋体"/>
          <w:b w:val="0"/>
          <w:i w:val="0"/>
          <w:sz w:val="21"/>
        </w:rPr>
        <w:t>即 r=3。扇形的半径成为圆锥的母线长，所以圆锥的高为</w:t>
      </w:r>
    </w:p>
    <w:p>
      <w:pPr>
        <w:spacing w:before="0" w:after="80" w:line="300" w:lineRule="auto"/>
        <w:jc w:val="left"/>
      </w:pPr>
      <w:r>
        <w:rPr>
          <w:rFonts w:ascii="Times New Roman" w:hAnsi="Times New Roman" w:eastAsia="宋体"/>
          <w:b w:val="0"/>
          <w:i w:val="0"/>
          <w:sz w:val="21"/>
        </w:rPr>
        <w:t>h=√(4²-3²)=√(7)。</w:t>
      </w:r>
    </w:p>
    <w:p>
      <w:pPr>
        <w:spacing w:before="0" w:after="80" w:line="300" w:lineRule="auto"/>
        <w:jc w:val="left"/>
      </w:pPr>
      <w:r>
        <w:rPr>
          <w:rFonts w:ascii="Times New Roman" w:hAnsi="Times New Roman" w:eastAsia="宋体"/>
          <w:b w:val="0"/>
          <w:i w:val="0"/>
          <w:sz w:val="21"/>
        </w:rPr>
        <w:t>因此圆锥的体积为</w:t>
      </w:r>
    </w:p>
    <w:p>
      <w:pPr>
        <w:spacing w:before="0" w:after="80" w:line="300" w:lineRule="auto"/>
        <w:jc w:val="left"/>
      </w:pPr>
      <w:r>
        <w:rPr>
          <w:rFonts w:ascii="Times New Roman" w:hAnsi="Times New Roman" w:eastAsia="宋体"/>
          <w:b w:val="0"/>
          <w:i w:val="0"/>
          <w:sz w:val="21"/>
        </w:rPr>
        <w:t>1/3π r²h=1/3π(3)²√(7)=3π√(7)。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sector’s arc becomes the base circumference, so if the base radius is r, then</w:t>
      </w:r>
    </w:p>
    <w:p>
      <w:pPr>
        <w:spacing w:before="0" w:after="80" w:line="300" w:lineRule="auto"/>
        <w:jc w:val="left"/>
      </w:pPr>
      <w:r>
        <w:rPr>
          <w:rFonts w:ascii="Times New Roman" w:hAnsi="Times New Roman" w:eastAsia="宋体"/>
          <w:b w:val="0"/>
          <w:i w:val="0"/>
          <w:color w:val="333333"/>
          <w:sz w:val="19"/>
        </w:rPr>
        <w:t>2π r=3/4(2π·4)=6π,</w:t>
      </w:r>
    </w:p>
    <w:p>
      <w:pPr>
        <w:spacing w:before="0" w:after="80" w:line="300" w:lineRule="auto"/>
        <w:jc w:val="left"/>
      </w:pPr>
      <w:r>
        <w:rPr>
          <w:rFonts w:ascii="Times New Roman" w:hAnsi="Times New Roman" w:eastAsia="宋体"/>
          <w:b w:val="0"/>
          <w:i w:val="0"/>
          <w:color w:val="333333"/>
          <w:sz w:val="19"/>
        </w:rPr>
        <w:t>giving r=3. The sector radius becomes the cone’s slant height, so the cone’s height is</w:t>
      </w:r>
    </w:p>
    <w:p>
      <w:pPr>
        <w:spacing w:before="0" w:after="80" w:line="300" w:lineRule="auto"/>
        <w:jc w:val="left"/>
      </w:pPr>
      <w:r>
        <w:rPr>
          <w:rFonts w:ascii="Times New Roman" w:hAnsi="Times New Roman" w:eastAsia="宋体"/>
          <w:b w:val="0"/>
          <w:i w:val="0"/>
          <w:color w:val="333333"/>
          <w:sz w:val="19"/>
        </w:rPr>
        <w:t>h=√(4²-3²)=√(7).</w:t>
      </w:r>
    </w:p>
    <w:p>
      <w:pPr>
        <w:spacing w:before="0" w:after="80" w:line="300" w:lineRule="auto"/>
        <w:jc w:val="left"/>
      </w:pPr>
      <w:r>
        <w:rPr>
          <w:rFonts w:ascii="Times New Roman" w:hAnsi="Times New Roman" w:eastAsia="宋体"/>
          <w:b w:val="0"/>
          <w:i w:val="0"/>
          <w:color w:val="333333"/>
          <w:sz w:val="19"/>
        </w:rPr>
        <w:t>Hence the volume is</w:t>
      </w:r>
    </w:p>
    <w:p>
      <w:pPr>
        <w:spacing w:before="0" w:after="80" w:line="300" w:lineRule="auto"/>
        <w:jc w:val="left"/>
      </w:pPr>
      <w:r>
        <w:rPr>
          <w:rFonts w:ascii="Times New Roman" w:hAnsi="Times New Roman" w:eastAsia="宋体"/>
          <w:b w:val="0"/>
          <w:i w:val="0"/>
          <w:color w:val="333333"/>
          <w:sz w:val="19"/>
        </w:rPr>
        <w:t>1/3π r²h=1/3π(3)²√(7)=3π√(7).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固定 Harold 选的 5 本书。Betty 从这五本中恰好选两本有 C(5, 2) 种方式，另外三本从 Harold 没选的 5 本中选，有 C(5, 3) 种方式。</w:t>
      </w:r>
    </w:p>
    <w:p>
      <w:pPr>
        <w:spacing w:before="0" w:after="80" w:line="300" w:lineRule="auto"/>
        <w:jc w:val="left"/>
      </w:pPr>
      <w:r>
        <w:rPr>
          <w:rFonts w:ascii="Times New Roman" w:hAnsi="Times New Roman" w:eastAsia="宋体"/>
          <w:b w:val="0"/>
          <w:i w:val="0"/>
          <w:sz w:val="21"/>
        </w:rPr>
        <w:t>因此在 C(10, 5)=252 种等可能的选法中，Betty 有 C(5, 2)C(5, 3)=100 种有利的选法。所求概率为</w:t>
      </w:r>
    </w:p>
    <w:p>
      <w:pPr>
        <w:spacing w:before="0" w:after="80" w:line="300" w:lineRule="auto"/>
        <w:jc w:val="left"/>
      </w:pPr>
      <w:r>
        <w:rPr>
          <w:rFonts w:ascii="Times New Roman" w:hAnsi="Times New Roman" w:eastAsia="宋体"/>
          <w:b w:val="0"/>
          <w:i w:val="0"/>
          <w:sz w:val="21"/>
        </w:rPr>
        <w:t>100/252=25/63。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that Harold has already picked his 5 books. Of these five books, there are C(5, 2) ways that Betty can have picked exactly two of the same books as Harold, and C(5, 3) ways that Betty can choose her other three books from the 5 books not on Harold’s list.</w:t>
      </w:r>
    </w:p>
    <w:p>
      <w:pPr>
        <w:spacing w:before="0" w:after="80" w:line="300" w:lineRule="auto"/>
        <w:jc w:val="left"/>
      </w:pPr>
      <w:r>
        <w:rPr>
          <w:rFonts w:ascii="Times New Roman" w:hAnsi="Times New Roman" w:eastAsia="宋体"/>
          <w:b w:val="0"/>
          <w:i w:val="0"/>
          <w:color w:val="333333"/>
          <w:sz w:val="19"/>
        </w:rPr>
        <w:t>Thus there are C(5, 2)C(5, 3)=100 favorable choices for Betty out of C(10, 5)=252 equally likely choices. The probability is</w:t>
      </w:r>
    </w:p>
    <w:p>
      <w:pPr>
        <w:spacing w:before="0" w:after="80" w:line="300" w:lineRule="auto"/>
        <w:jc w:val="left"/>
      </w:pPr>
      <w:r>
        <w:rPr>
          <w:rFonts w:ascii="Times New Roman" w:hAnsi="Times New Roman" w:eastAsia="宋体"/>
          <w:b w:val="0"/>
          <w:i w:val="0"/>
          <w:color w:val="333333"/>
          <w:sz w:val="19"/>
        </w:rPr>
        <w:t>100/252=25/63.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可以写成</w:t>
      </w:r>
    </w:p>
    <w:p>
      <w:pPr>
        <w:spacing w:before="0" w:after="80" w:line="300" w:lineRule="auto"/>
        <w:jc w:val="left"/>
      </w:pPr>
      <w:r>
        <w:rPr>
          <w:rFonts w:ascii="Times New Roman" w:hAnsi="Times New Roman" w:eastAsia="宋体"/>
          <w:b w:val="0"/>
          <w:i w:val="0"/>
          <w:sz w:val="21"/>
        </w:rPr>
        <w:t>1/20²⁰=1/((4·5)²⁰)=5²⁰/10⁴⁰。</w:t>
      </w:r>
    </w:p>
    <w:p>
      <w:pPr>
        <w:spacing w:before="0" w:after="80" w:line="300" w:lineRule="auto"/>
        <w:jc w:val="left"/>
      </w:pPr>
      <w:r>
        <w:rPr>
          <w:rFonts w:ascii="Times New Roman" w:hAnsi="Times New Roman" w:eastAsia="宋体"/>
          <w:b w:val="0"/>
          <w:i w:val="0"/>
          <w:sz w:val="21"/>
        </w:rPr>
        <w:t>又因为 5²⁰=95,367,431,640,625，这是一个 14 位数，且首位为 9。除以 10⁴⁰ 后，将这个 14 位数放在小数点后，并在首位数字前放置 40-14=26 个零。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write</w:t>
      </w:r>
    </w:p>
    <w:p>
      <w:pPr>
        <w:spacing w:before="0" w:after="80" w:line="300" w:lineRule="auto"/>
        <w:jc w:val="left"/>
      </w:pPr>
      <w:r>
        <w:rPr>
          <w:rFonts w:ascii="Times New Roman" w:hAnsi="Times New Roman" w:eastAsia="宋体"/>
          <w:b w:val="0"/>
          <w:i w:val="0"/>
          <w:color w:val="333333"/>
          <w:sz w:val="19"/>
        </w:rPr>
        <w:t>1/20²⁰=1/((4·5)²⁰)=5²⁰/10⁴⁰.</w:t>
      </w:r>
    </w:p>
    <w:p>
      <w:pPr>
        <w:spacing w:before="0" w:after="80" w:line="300" w:lineRule="auto"/>
        <w:jc w:val="left"/>
      </w:pPr>
      <w:r>
        <w:rPr>
          <w:rFonts w:ascii="Times New Roman" w:hAnsi="Times New Roman" w:eastAsia="宋体"/>
          <w:b w:val="0"/>
          <w:i w:val="0"/>
          <w:color w:val="333333"/>
          <w:sz w:val="19"/>
        </w:rPr>
        <w:t>Now 5²⁰=95,367,431,640,625, which has 14 digits and begins with 9. Dividing by 10⁴⁰ places this 14-digit number after the decimal point with 40-14=26 zeros before the first digit.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前四步依次为向东 1、向北 2、向西 3、向南 4。净位移为</w:t>
      </w:r>
    </w:p>
    <w:p>
      <w:pPr>
        <w:spacing w:before="0" w:after="80" w:line="300" w:lineRule="auto"/>
        <w:jc w:val="left"/>
      </w:pPr>
      <w:r>
        <w:rPr>
          <w:rFonts w:ascii="Times New Roman" w:hAnsi="Times New Roman" w:eastAsia="宋体"/>
          <w:b w:val="0"/>
          <w:i w:val="0"/>
          <w:sz w:val="21"/>
        </w:rPr>
        <w:t>(1-3,2-4)=(-2,-2)，</w:t>
      </w:r>
    </w:p>
    <w:p>
      <w:pPr>
        <w:spacing w:before="0" w:after="80" w:line="300" w:lineRule="auto"/>
        <w:jc w:val="left"/>
      </w:pPr>
      <w:r>
        <w:rPr>
          <w:rFonts w:ascii="Times New Roman" w:hAnsi="Times New Roman" w:eastAsia="宋体"/>
          <w:b w:val="0"/>
          <w:i w:val="0"/>
          <w:sz w:val="21"/>
        </w:rPr>
        <w:t>而且他重新面向东方。</w:t>
      </w:r>
    </w:p>
    <w:p>
      <w:pPr>
        <w:spacing w:before="0" w:after="80" w:line="300" w:lineRule="auto"/>
        <w:jc w:val="left"/>
      </w:pPr>
      <w:r>
        <w:rPr>
          <w:rFonts w:ascii="Times New Roman" w:hAnsi="Times New Roman" w:eastAsia="宋体"/>
          <w:b w:val="0"/>
          <w:i w:val="0"/>
          <w:sz w:val="21"/>
        </w:rPr>
        <w:t>因为 2020=4· 505，Andy 共完成 505 个这样的循环。从 (-20,20) 出发，最终位置为</w:t>
      </w:r>
    </w:p>
    <w:p>
      <w:pPr>
        <w:spacing w:before="0" w:after="80" w:line="300" w:lineRule="auto"/>
        <w:jc w:val="left"/>
      </w:pPr>
      <w:r>
        <w:rPr>
          <w:rFonts w:ascii="Times New Roman" w:hAnsi="Times New Roman" w:eastAsia="宋体"/>
          <w:b w:val="0"/>
          <w:i w:val="0"/>
          <w:sz w:val="21"/>
        </w:rPr>
        <w:t>(-20,20)+505(-2,-2)</w:t>
      </w:r>
    </w:p>
    <w:p>
      <w:pPr>
        <w:spacing w:before="0" w:after="80" w:line="300" w:lineRule="auto"/>
        <w:jc w:val="left"/>
      </w:pPr>
      <w:r>
        <w:rPr>
          <w:rFonts w:ascii="Times New Roman" w:hAnsi="Times New Roman" w:eastAsia="宋体"/>
          <w:b w:val="0"/>
          <w:i w:val="0"/>
          <w:sz w:val="21"/>
        </w:rPr>
        <w:t>=(-1030,-990)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first four moves, Andy goes 1 east, 2 north, 3 west, and 4 south. The net change is</w:t>
      </w:r>
    </w:p>
    <w:p>
      <w:pPr>
        <w:spacing w:before="0" w:after="80" w:line="300" w:lineRule="auto"/>
        <w:jc w:val="left"/>
      </w:pPr>
      <w:r>
        <w:rPr>
          <w:rFonts w:ascii="Times New Roman" w:hAnsi="Times New Roman" w:eastAsia="宋体"/>
          <w:b w:val="0"/>
          <w:i w:val="0"/>
          <w:color w:val="333333"/>
          <w:sz w:val="19"/>
        </w:rPr>
        <w:t>(1-3,2-4)=(-2,-2),</w:t>
      </w:r>
    </w:p>
    <w:p>
      <w:pPr>
        <w:spacing w:before="0" w:after="80" w:line="300" w:lineRule="auto"/>
        <w:jc w:val="left"/>
      </w:pPr>
      <w:r>
        <w:rPr>
          <w:rFonts w:ascii="Times New Roman" w:hAnsi="Times New Roman" w:eastAsia="宋体"/>
          <w:b w:val="0"/>
          <w:i w:val="0"/>
          <w:color w:val="333333"/>
          <w:sz w:val="19"/>
        </w:rPr>
        <w:t>and he is again facing east.</w:t>
      </w:r>
    </w:p>
    <w:p>
      <w:pPr>
        <w:spacing w:before="0" w:after="80" w:line="300" w:lineRule="auto"/>
        <w:jc w:val="left"/>
      </w:pPr>
      <w:r>
        <w:rPr>
          <w:rFonts w:ascii="Times New Roman" w:hAnsi="Times New Roman" w:eastAsia="宋体"/>
          <w:b w:val="0"/>
          <w:i w:val="0"/>
          <w:color w:val="333333"/>
          <w:sz w:val="19"/>
        </w:rPr>
        <w:t>Since 2020=4· 505, Andy completes 505 such cycles. Starting from (-20,20), his final position is</w:t>
      </w:r>
    </w:p>
    <w:p>
      <w:pPr>
        <w:spacing w:before="0" w:after="80" w:line="300" w:lineRule="auto"/>
        <w:jc w:val="left"/>
      </w:pPr>
      <w:r>
        <w:rPr>
          <w:rFonts w:ascii="Times New Roman" w:hAnsi="Times New Roman" w:eastAsia="宋体"/>
          <w:b w:val="0"/>
          <w:i w:val="0"/>
          <w:color w:val="333333"/>
          <w:sz w:val="19"/>
        </w:rPr>
        <w:t>(-20,20)+505(-2,-2)</w:t>
      </w:r>
    </w:p>
    <w:p>
      <w:pPr>
        <w:spacing w:before="0" w:after="80" w:line="300" w:lineRule="auto"/>
        <w:jc w:val="left"/>
      </w:pPr>
      <w:r>
        <w:rPr>
          <w:rFonts w:ascii="Times New Roman" w:hAnsi="Times New Roman" w:eastAsia="宋体"/>
          <w:b w:val="0"/>
          <w:i w:val="0"/>
          <w:color w:val="333333"/>
          <w:sz w:val="19"/>
        </w:rPr>
        <w:t>=(-1030,-990).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由对称性，阴影区域由六个全等部分组成。每一部分是两个边长为 1 的等边三角形的并，减去一个半径为 1、圆心角为 60° 的扇形。</w:t>
      </w:r>
    </w:p>
    <w:p>
      <w:pPr>
        <w:spacing w:before="0" w:after="80" w:line="300" w:lineRule="auto"/>
        <w:jc w:val="left"/>
      </w:pPr>
      <w:r>
        <w:rPr>
          <w:rFonts w:ascii="Times New Roman" w:hAnsi="Times New Roman" w:eastAsia="宋体"/>
          <w:b w:val="0"/>
          <w:i w:val="0"/>
          <w:sz w:val="21"/>
        </w:rPr>
        <w:t>两个等边三角形的总面积为</w:t>
      </w:r>
    </w:p>
    <w:p>
      <w:pPr>
        <w:spacing w:before="0" w:after="80" w:line="300" w:lineRule="auto"/>
        <w:jc w:val="left"/>
      </w:pPr>
      <w:r>
        <w:rPr>
          <w:rFonts w:ascii="Times New Roman" w:hAnsi="Times New Roman" w:eastAsia="宋体"/>
          <w:b w:val="0"/>
          <w:i w:val="0"/>
          <w:sz w:val="21"/>
        </w:rPr>
        <w:t>2·(√(3))/4=(√(3))/2。</w:t>
      </w:r>
    </w:p>
    <w:p>
      <w:pPr>
        <w:spacing w:before="0" w:after="80" w:line="300" w:lineRule="auto"/>
        <w:jc w:val="left"/>
      </w:pPr>
      <w:r>
        <w:rPr>
          <w:rFonts w:ascii="Times New Roman" w:hAnsi="Times New Roman" w:eastAsia="宋体"/>
          <w:b w:val="0"/>
          <w:i w:val="0"/>
          <w:sz w:val="21"/>
        </w:rPr>
        <w:t>扇形面积为</w:t>
      </w:r>
    </w:p>
    <w:p>
      <w:pPr>
        <w:spacing w:before="0" w:after="80" w:line="300" w:lineRule="auto"/>
        <w:jc w:val="left"/>
      </w:pPr>
      <w:r>
        <w:rPr>
          <w:rFonts w:ascii="Times New Roman" w:hAnsi="Times New Roman" w:eastAsia="宋体"/>
          <w:b w:val="0"/>
          <w:i w:val="0"/>
          <w:sz w:val="21"/>
        </w:rPr>
        <w:t>(60°)/(360°)·π(1)²=π/6。</w:t>
      </w:r>
    </w:p>
    <w:p>
      <w:pPr>
        <w:spacing w:before="0" w:after="80" w:line="300" w:lineRule="auto"/>
        <w:jc w:val="left"/>
      </w:pPr>
      <w:r>
        <w:rPr>
          <w:rFonts w:ascii="Times New Roman" w:hAnsi="Times New Roman" w:eastAsia="宋体"/>
          <w:b w:val="0"/>
          <w:i w:val="0"/>
          <w:sz w:val="21"/>
        </w:rPr>
        <w:t>因此每一块阴影的面积为 (√(3))/2-π/6，阴影总面积为</w:t>
      </w:r>
    </w:p>
    <w:p>
      <w:pPr>
        <w:spacing w:before="0" w:after="80" w:line="300" w:lineRule="auto"/>
        <w:jc w:val="left"/>
      </w:pPr>
      <w:r>
        <w:rPr>
          <w:rFonts w:ascii="Times New Roman" w:hAnsi="Times New Roman" w:eastAsia="宋体"/>
          <w:b w:val="0"/>
          <w:i w:val="0"/>
          <w:sz w:val="21"/>
        </w:rPr>
        <w:t>6((√(3))/2-π/6)=3√(3)-π。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the shaded region is made of six congruent pieces. One such piece is the union of two equilateral triangles with side length 1, minus a 60° sector of a circle of radius 1.</w:t>
      </w:r>
    </w:p>
    <w:p>
      <w:pPr>
        <w:spacing w:before="0" w:after="80" w:line="300" w:lineRule="auto"/>
        <w:jc w:val="left"/>
      </w:pPr>
      <w:r>
        <w:rPr>
          <w:rFonts w:ascii="Times New Roman" w:hAnsi="Times New Roman" w:eastAsia="宋体"/>
          <w:b w:val="0"/>
          <w:i w:val="0"/>
          <w:color w:val="333333"/>
          <w:sz w:val="19"/>
        </w:rPr>
        <w:t>The two equilateral triangles have total area</w:t>
      </w:r>
    </w:p>
    <w:p>
      <w:pPr>
        <w:spacing w:before="0" w:after="80" w:line="300" w:lineRule="auto"/>
        <w:jc w:val="left"/>
      </w:pPr>
      <w:r>
        <w:rPr>
          <w:rFonts w:ascii="Times New Roman" w:hAnsi="Times New Roman" w:eastAsia="宋体"/>
          <w:b w:val="0"/>
          <w:i w:val="0"/>
          <w:color w:val="333333"/>
          <w:sz w:val="19"/>
        </w:rPr>
        <w:t>2·(√(3))/4=(√(3))/2.</w:t>
      </w:r>
    </w:p>
    <w:p>
      <w:pPr>
        <w:spacing w:before="0" w:after="80" w:line="300" w:lineRule="auto"/>
        <w:jc w:val="left"/>
      </w:pPr>
      <w:r>
        <w:rPr>
          <w:rFonts w:ascii="Times New Roman" w:hAnsi="Times New Roman" w:eastAsia="宋体"/>
          <w:b w:val="0"/>
          <w:i w:val="0"/>
          <w:color w:val="333333"/>
          <w:sz w:val="19"/>
        </w:rPr>
        <w:t>The sector has area</w:t>
      </w:r>
    </w:p>
    <w:p>
      <w:pPr>
        <w:spacing w:before="0" w:after="80" w:line="300" w:lineRule="auto"/>
        <w:jc w:val="left"/>
      </w:pPr>
      <w:r>
        <w:rPr>
          <w:rFonts w:ascii="Times New Roman" w:hAnsi="Times New Roman" w:eastAsia="宋体"/>
          <w:b w:val="0"/>
          <w:i w:val="0"/>
          <w:color w:val="333333"/>
          <w:sz w:val="19"/>
        </w:rPr>
        <w:t>(60°)/(360°)·π(1)²=π/6.</w:t>
      </w:r>
    </w:p>
    <w:p>
      <w:pPr>
        <w:spacing w:before="0" w:after="80" w:line="300" w:lineRule="auto"/>
        <w:jc w:val="left"/>
      </w:pPr>
      <w:r>
        <w:rPr>
          <w:rFonts w:ascii="Times New Roman" w:hAnsi="Times New Roman" w:eastAsia="宋体"/>
          <w:b w:val="0"/>
          <w:i w:val="0"/>
          <w:color w:val="333333"/>
          <w:sz w:val="19"/>
        </w:rPr>
        <w:t>Thus one shaded piece has area (√(3))/2-π/6, and the total shaded area is</w:t>
      </w:r>
    </w:p>
    <w:p>
      <w:pPr>
        <w:spacing w:before="0" w:after="80" w:line="300" w:lineRule="auto"/>
        <w:jc w:val="left"/>
      </w:pPr>
      <w:r>
        <w:rPr>
          <w:rFonts w:ascii="Times New Roman" w:hAnsi="Times New Roman" w:eastAsia="宋体"/>
          <w:b w:val="0"/>
          <w:i w:val="0"/>
          <w:color w:val="333333"/>
          <w:sz w:val="19"/>
        </w:rPr>
        <w:t>6((√(3))/2-π/6)=3√(3)-π.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初始循环块为 12345。删除每第三个数字时，每 lcm(3,5)=15 个原位置重复一次：</w:t>
      </w:r>
    </w:p>
    <w:p>
      <w:pPr>
        <w:spacing w:before="0" w:after="80" w:line="300" w:lineRule="auto"/>
        <w:jc w:val="left"/>
      </w:pPr>
      <w:r>
        <w:rPr>
          <w:rFonts w:ascii="Times New Roman" w:hAnsi="Times New Roman" w:eastAsia="宋体"/>
          <w:b w:val="0"/>
          <w:i w:val="0"/>
          <w:sz w:val="21"/>
        </w:rPr>
        <w:t>123451234512345</w:t>
      </w:r>
    </w:p>
    <w:p>
      <w:pPr>
        <w:spacing w:before="0" w:after="80" w:line="300" w:lineRule="auto"/>
        <w:jc w:val="left"/>
      </w:pPr>
      <w:r>
        <w:rPr>
          <w:rFonts w:ascii="Times New Roman" w:hAnsi="Times New Roman" w:eastAsia="宋体"/>
          <w:b w:val="0"/>
          <w:i w:val="0"/>
          <w:sz w:val="21"/>
        </w:rPr>
        <w:t>longrightarrow 1245235134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所以新周期的长度为 10。</w:t>
      </w:r>
    </w:p>
    <w:p>
      <w:pPr>
        <w:spacing w:before="0" w:after="80" w:line="300" w:lineRule="auto"/>
        <w:jc w:val="left"/>
      </w:pPr>
      <w:r>
        <w:rPr>
          <w:rFonts w:ascii="Times New Roman" w:hAnsi="Times New Roman" w:eastAsia="宋体"/>
          <w:b w:val="0"/>
          <w:i w:val="0"/>
          <w:sz w:val="21"/>
        </w:rPr>
        <w:t>从这个周期中删除每第四个数字时，每 lcm(4,10)=20 个位置重复一次：</w:t>
      </w:r>
    </w:p>
    <w:p>
      <w:pPr>
        <w:spacing w:before="0" w:after="80" w:line="300" w:lineRule="auto"/>
        <w:jc w:val="left"/>
      </w:pPr>
      <w:r>
        <w:rPr>
          <w:rFonts w:ascii="Times New Roman" w:hAnsi="Times New Roman" w:eastAsia="宋体"/>
          <w:b w:val="0"/>
          <w:i w:val="0"/>
          <w:sz w:val="21"/>
        </w:rPr>
        <w:t>12452351341245235134</w:t>
      </w:r>
    </w:p>
    <w:p>
      <w:pPr>
        <w:spacing w:before="0" w:after="80" w:line="300" w:lineRule="auto"/>
        <w:jc w:val="left"/>
      </w:pPr>
      <w:r>
        <w:rPr>
          <w:rFonts w:ascii="Times New Roman" w:hAnsi="Times New Roman" w:eastAsia="宋体"/>
          <w:b w:val="0"/>
          <w:i w:val="0"/>
          <w:sz w:val="21"/>
        </w:rPr>
        <w:t>longrightarrow 124235341452513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所以新周期的长度为 15。</w:t>
      </w:r>
    </w:p>
    <w:p>
      <w:pPr>
        <w:spacing w:before="0" w:after="80" w:line="300" w:lineRule="auto"/>
        <w:jc w:val="left"/>
      </w:pPr>
      <w:r>
        <w:rPr>
          <w:rFonts w:ascii="Times New Roman" w:hAnsi="Times New Roman" w:eastAsia="宋体"/>
          <w:b w:val="0"/>
          <w:i w:val="0"/>
          <w:sz w:val="21"/>
        </w:rPr>
        <w:t>再删除这个周期中的每第五个数字，得到</w:t>
      </w:r>
    </w:p>
    <w:p>
      <w:pPr>
        <w:spacing w:before="0" w:after="80" w:line="300" w:lineRule="auto"/>
        <w:jc w:val="left"/>
      </w:pPr>
      <w:r>
        <w:rPr>
          <w:rFonts w:ascii="Times New Roman" w:hAnsi="Times New Roman" w:eastAsia="宋体"/>
          <w:b w:val="0"/>
          <w:i w:val="0"/>
          <w:sz w:val="21"/>
        </w:rPr>
        <w:t>124235341452513</w:t>
      </w:r>
    </w:p>
    <w:p>
      <w:pPr>
        <w:spacing w:before="0" w:after="80" w:line="300" w:lineRule="auto"/>
        <w:jc w:val="left"/>
      </w:pPr>
      <w:r>
        <w:rPr>
          <w:rFonts w:ascii="Times New Roman" w:hAnsi="Times New Roman" w:eastAsia="宋体"/>
          <w:b w:val="0"/>
          <w:i w:val="0"/>
          <w:sz w:val="21"/>
        </w:rPr>
        <w:t>longrightarrow 124253415251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新周期长度为 12。由于 2019≡ 3pmod12，第 2019、2020、2021 位分别是这个周期中的第 3、第 4、第 5 位，即 4,2,5，和为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 with the repeating block 12345. Deleting every third digit repeats over lcm(3,5)=15 original positions:</w:t>
      </w:r>
    </w:p>
    <w:p>
      <w:pPr>
        <w:spacing w:before="0" w:after="80" w:line="300" w:lineRule="auto"/>
        <w:jc w:val="left"/>
      </w:pPr>
      <w:r>
        <w:rPr>
          <w:rFonts w:ascii="Times New Roman" w:hAnsi="Times New Roman" w:eastAsia="宋体"/>
          <w:b w:val="0"/>
          <w:i w:val="0"/>
          <w:color w:val="333333"/>
          <w:sz w:val="19"/>
        </w:rPr>
        <w:t>123451234512345</w:t>
      </w:r>
    </w:p>
    <w:p>
      <w:pPr>
        <w:spacing w:before="0" w:after="80" w:line="300" w:lineRule="auto"/>
        <w:jc w:val="left"/>
      </w:pPr>
      <w:r>
        <w:rPr>
          <w:rFonts w:ascii="Times New Roman" w:hAnsi="Times New Roman" w:eastAsia="宋体"/>
          <w:b w:val="0"/>
          <w:i w:val="0"/>
          <w:color w:val="333333"/>
          <w:sz w:val="19"/>
        </w:rPr>
        <w:t>longrightarrow 1245235134,</w:t>
      </w:r>
    </w:p>
    <w:p>
      <w:pPr>
        <w:spacing w:before="0" w:after="80" w:line="300" w:lineRule="auto"/>
        <w:jc w:val="left"/>
      </w:pPr>
      <w:r>
        <w:rPr>
          <w:rFonts w:ascii="Times New Roman" w:hAnsi="Times New Roman" w:eastAsia="宋体"/>
          <w:b w:val="0"/>
          <w:i w:val="0"/>
          <w:color w:val="333333"/>
          <w:sz w:val="19"/>
        </w:rPr>
        <w:t>so the new period has length 10.</w:t>
      </w:r>
    </w:p>
    <w:p>
      <w:pPr>
        <w:spacing w:before="0" w:after="80" w:line="300" w:lineRule="auto"/>
        <w:jc w:val="left"/>
      </w:pPr>
      <w:r>
        <w:rPr>
          <w:rFonts w:ascii="Times New Roman" w:hAnsi="Times New Roman" w:eastAsia="宋体"/>
          <w:b w:val="0"/>
          <w:i w:val="0"/>
          <w:color w:val="333333"/>
          <w:sz w:val="19"/>
        </w:rPr>
        <w:t>Deleting every fourth digit from this period repeats over lcm(4,10)=20 positions:</w:t>
      </w:r>
    </w:p>
    <w:p>
      <w:pPr>
        <w:spacing w:before="0" w:after="80" w:line="300" w:lineRule="auto"/>
        <w:jc w:val="left"/>
      </w:pPr>
      <w:r>
        <w:rPr>
          <w:rFonts w:ascii="Times New Roman" w:hAnsi="Times New Roman" w:eastAsia="宋体"/>
          <w:b w:val="0"/>
          <w:i w:val="0"/>
          <w:color w:val="333333"/>
          <w:sz w:val="19"/>
        </w:rPr>
        <w:t>12452351341245235134</w:t>
      </w:r>
    </w:p>
    <w:p>
      <w:pPr>
        <w:spacing w:before="0" w:after="80" w:line="300" w:lineRule="auto"/>
        <w:jc w:val="left"/>
      </w:pPr>
      <w:r>
        <w:rPr>
          <w:rFonts w:ascii="Times New Roman" w:hAnsi="Times New Roman" w:eastAsia="宋体"/>
          <w:b w:val="0"/>
          <w:i w:val="0"/>
          <w:color w:val="333333"/>
          <w:sz w:val="19"/>
        </w:rPr>
        <w:t>longrightarrow 124235341452513,</w:t>
      </w:r>
    </w:p>
    <w:p>
      <w:pPr>
        <w:spacing w:before="0" w:after="80" w:line="300" w:lineRule="auto"/>
        <w:jc w:val="left"/>
      </w:pPr>
      <w:r>
        <w:rPr>
          <w:rFonts w:ascii="Times New Roman" w:hAnsi="Times New Roman" w:eastAsia="宋体"/>
          <w:b w:val="0"/>
          <w:i w:val="0"/>
          <w:color w:val="333333"/>
          <w:sz w:val="19"/>
        </w:rPr>
        <w:t>so the new period has length 15.</w:t>
      </w:r>
    </w:p>
    <w:p>
      <w:pPr>
        <w:spacing w:before="0" w:after="80" w:line="300" w:lineRule="auto"/>
        <w:jc w:val="left"/>
      </w:pPr>
      <w:r>
        <w:rPr>
          <w:rFonts w:ascii="Times New Roman" w:hAnsi="Times New Roman" w:eastAsia="宋体"/>
          <w:b w:val="0"/>
          <w:i w:val="0"/>
          <w:color w:val="333333"/>
          <w:sz w:val="19"/>
        </w:rPr>
        <w:t>Deleting every fifth digit from this period gives</w:t>
      </w:r>
    </w:p>
    <w:p>
      <w:pPr>
        <w:spacing w:before="0" w:after="80" w:line="300" w:lineRule="auto"/>
        <w:jc w:val="left"/>
      </w:pPr>
      <w:r>
        <w:rPr>
          <w:rFonts w:ascii="Times New Roman" w:hAnsi="Times New Roman" w:eastAsia="宋体"/>
          <w:b w:val="0"/>
          <w:i w:val="0"/>
          <w:color w:val="333333"/>
          <w:sz w:val="19"/>
        </w:rPr>
        <w:t>124235341452513</w:t>
      </w:r>
    </w:p>
    <w:p>
      <w:pPr>
        <w:spacing w:before="0" w:after="80" w:line="300" w:lineRule="auto"/>
        <w:jc w:val="left"/>
      </w:pPr>
      <w:r>
        <w:rPr>
          <w:rFonts w:ascii="Times New Roman" w:hAnsi="Times New Roman" w:eastAsia="宋体"/>
          <w:b w:val="0"/>
          <w:i w:val="0"/>
          <w:color w:val="333333"/>
          <w:sz w:val="19"/>
        </w:rPr>
        <w:t>longrightarrow 124253415251,</w:t>
      </w:r>
    </w:p>
    <w:p>
      <w:pPr>
        <w:spacing w:before="0" w:after="80" w:line="300" w:lineRule="auto"/>
        <w:jc w:val="left"/>
      </w:pPr>
      <w:r>
        <w:rPr>
          <w:rFonts w:ascii="Times New Roman" w:hAnsi="Times New Roman" w:eastAsia="宋体"/>
          <w:b w:val="0"/>
          <w:i w:val="0"/>
          <w:color w:val="333333"/>
          <w:sz w:val="19"/>
        </w:rPr>
        <w:t>which has period 12. Since 2019≡ 3pmod12, the digits in positions 2019, 2020, and 2021 are the 3rd, 4th, and 5th digits of this period: 4,2,5. Their sum is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Bela 首先选择中点 n/2。之后每当 Jenn 选择一个数 x，Bela 就选择关于中点的对称点 n-x。</w:t>
      </w:r>
    </w:p>
    <w:p>
      <w:pPr>
        <w:spacing w:before="0" w:after="80" w:line="300" w:lineRule="auto"/>
        <w:jc w:val="left"/>
      </w:pPr>
      <w:r>
        <w:rPr>
          <w:rFonts w:ascii="Times New Roman" w:hAnsi="Times New Roman" w:eastAsia="宋体"/>
          <w:b w:val="0"/>
          <w:i w:val="0"/>
          <w:sz w:val="21"/>
        </w:rPr>
        <w:t>只要 Jenn 的选择合法，这个对称点也合法：关于 n/2 的反射会保持到此前所选点的距离，而且 Jenn 不能选择 n/2，因为它已经是 Bela 的第一步。因此 Jenn 的每一步都有对应的 Bela 回应，所以 Jenn 会先无合法步可走。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Bela can first choose the midpoint n/2. After that, whenever Jenn chooses a number x, Bela chooses the reflected number n-x.</w:t>
      </w:r>
    </w:p>
    <w:p>
      <w:pPr>
        <w:spacing w:before="0" w:after="80" w:line="300" w:lineRule="auto"/>
        <w:jc w:val="left"/>
      </w:pPr>
      <w:r>
        <w:rPr>
          <w:rFonts w:ascii="Times New Roman" w:hAnsi="Times New Roman" w:eastAsia="宋体"/>
          <w:b w:val="0"/>
          <w:i w:val="0"/>
          <w:color w:val="333333"/>
          <w:sz w:val="19"/>
        </w:rPr>
        <w:t>This reflected number is legal whenever Jenn’s move is legal: distances from previously chosen numbers are preserved by the reflection about n/2, and Jenn cannot choose n/2 because it was Bela’s first move. Therefore every Jenn move has a matching Bela response, so Jenn is the first player who can run out of legal moves.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将圆周上的人编号，并按正对面配对的数量分类计数。</w:t>
      </w:r>
    </w:p>
    <w:p>
      <w:pPr>
        <w:spacing w:before="0" w:after="80" w:line="300" w:lineRule="auto"/>
        <w:jc w:val="left"/>
      </w:pPr>
      <w:r>
        <w:rPr>
          <w:rFonts w:ascii="Times New Roman" w:hAnsi="Times New Roman" w:eastAsia="宋体"/>
          <w:b w:val="0"/>
          <w:i w:val="0"/>
          <w:sz w:val="21"/>
        </w:rPr>
        <w:t>若没有正对面配对，则所有人都必须与 10 边形周围的相邻者配对，恰有 2 种交替相邻配对。</w:t>
      </w:r>
    </w:p>
    <w:p>
      <w:pPr>
        <w:spacing w:before="0" w:after="80" w:line="300" w:lineRule="auto"/>
        <w:jc w:val="left"/>
      </w:pPr>
      <w:r>
        <w:rPr>
          <w:rFonts w:ascii="Times New Roman" w:hAnsi="Times New Roman" w:eastAsia="宋体"/>
          <w:b w:val="0"/>
          <w:i w:val="0"/>
          <w:sz w:val="21"/>
        </w:rPr>
        <w:t>若有一对正对面配对，可用 5 种方式选择这对。剩下的人形成两条各含四个顶点的路径，每条路径只有一种相邻完美匹配，所以给出 5 种。</w:t>
      </w:r>
    </w:p>
    <w:p>
      <w:pPr>
        <w:spacing w:before="0" w:after="80" w:line="300" w:lineRule="auto"/>
        <w:jc w:val="left"/>
      </w:pPr>
      <w:r>
        <w:rPr>
          <w:rFonts w:ascii="Times New Roman" w:hAnsi="Times New Roman" w:eastAsia="宋体"/>
          <w:b w:val="0"/>
          <w:i w:val="0"/>
          <w:sz w:val="21"/>
        </w:rPr>
        <w:t>若有两对或四对正对面配对，剩余相邻配对路径中会出现奇数长度部分，因此不可能完美匹配。</w:t>
      </w:r>
    </w:p>
    <w:p>
      <w:pPr>
        <w:spacing w:before="0" w:after="80" w:line="300" w:lineRule="auto"/>
        <w:jc w:val="left"/>
      </w:pPr>
      <w:r>
        <w:rPr>
          <w:rFonts w:ascii="Times New Roman" w:hAnsi="Times New Roman" w:eastAsia="宋体"/>
          <w:b w:val="0"/>
          <w:i w:val="0"/>
          <w:sz w:val="21"/>
        </w:rPr>
        <w:t>若有三对正对面配对，没选的两对正对面位置必须在五个正对面位置中相邻；否则剩下的人不能用相邻配对匹配。有 5 种相邻选择，所以有 5 种匹配。</w:t>
      </w:r>
    </w:p>
    <w:p>
      <w:pPr>
        <w:spacing w:before="0" w:after="80" w:line="300" w:lineRule="auto"/>
        <w:jc w:val="left"/>
      </w:pPr>
      <w:r>
        <w:rPr>
          <w:rFonts w:ascii="Times New Roman" w:hAnsi="Times New Roman" w:eastAsia="宋体"/>
          <w:b w:val="0"/>
          <w:i w:val="0"/>
          <w:sz w:val="21"/>
        </w:rPr>
        <w:t>若五对全是正对面配对，则有 1 种匹配。总数为</w:t>
      </w:r>
    </w:p>
    <w:p>
      <w:pPr>
        <w:spacing w:before="0" w:after="80" w:line="300" w:lineRule="auto"/>
        <w:jc w:val="left"/>
      </w:pPr>
      <w:r>
        <w:rPr>
          <w:rFonts w:ascii="Times New Roman" w:hAnsi="Times New Roman" w:eastAsia="宋体"/>
          <w:b w:val="0"/>
          <w:i w:val="0"/>
          <w:sz w:val="21"/>
        </w:rPr>
        <w:t>2+5+5+1=13。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people around the circle. Count by the number of pairs of opposite people.</w:t>
      </w:r>
    </w:p>
    <w:p>
      <w:pPr>
        <w:spacing w:before="0" w:after="80" w:line="300" w:lineRule="auto"/>
        <w:jc w:val="left"/>
      </w:pPr>
      <w:r>
        <w:rPr>
          <w:rFonts w:ascii="Times New Roman" w:hAnsi="Times New Roman" w:eastAsia="宋体"/>
          <w:b w:val="0"/>
          <w:i w:val="0"/>
          <w:color w:val="333333"/>
          <w:sz w:val="19"/>
        </w:rPr>
        <w:t>With no opposite pairs, everyone must be paired with a neighbor around the 10-cycle. There are exactly 2 alternating neighbor matchings.</w:t>
      </w:r>
    </w:p>
    <w:p>
      <w:pPr>
        <w:spacing w:before="0" w:after="80" w:line="300" w:lineRule="auto"/>
        <w:jc w:val="left"/>
      </w:pPr>
      <w:r>
        <w:rPr>
          <w:rFonts w:ascii="Times New Roman" w:hAnsi="Times New Roman" w:eastAsia="宋体"/>
          <w:b w:val="0"/>
          <w:i w:val="0"/>
          <w:color w:val="333333"/>
          <w:sz w:val="19"/>
        </w:rPr>
        <w:t>With one opposite pair, choose that pair in 5 ways. The remaining people form two paths of four vertices, and each path has only one perfect matching by neighbor pairs, so this gives 5 matchings.</w:t>
      </w:r>
    </w:p>
    <w:p>
      <w:pPr>
        <w:spacing w:before="0" w:after="80" w:line="300" w:lineRule="auto"/>
        <w:jc w:val="left"/>
      </w:pPr>
      <w:r>
        <w:rPr>
          <w:rFonts w:ascii="Times New Roman" w:hAnsi="Times New Roman" w:eastAsia="宋体"/>
          <w:b w:val="0"/>
          <w:i w:val="0"/>
          <w:color w:val="333333"/>
          <w:sz w:val="19"/>
        </w:rPr>
        <w:t>With two or four opposite pairs, the remaining neighbor-pairing paths have odd length somewhere, so no perfect matching is possible.</w:t>
      </w:r>
    </w:p>
    <w:p>
      <w:pPr>
        <w:spacing w:before="0" w:after="80" w:line="300" w:lineRule="auto"/>
        <w:jc w:val="left"/>
      </w:pPr>
      <w:r>
        <w:rPr>
          <w:rFonts w:ascii="Times New Roman" w:hAnsi="Times New Roman" w:eastAsia="宋体"/>
          <w:b w:val="0"/>
          <w:i w:val="0"/>
          <w:color w:val="333333"/>
          <w:sz w:val="19"/>
        </w:rPr>
        <w:t>With three opposite pairs, the two opposite pairs not chosen must be adjacent around the five opposite-pair positions; otherwise the remaining people cannot be matched by neighbor pairs. There are 5 adjacent choices for the two unchosen opposite pairs, so there are 5 matchings.</w:t>
      </w:r>
    </w:p>
    <w:p>
      <w:pPr>
        <w:spacing w:before="0" w:after="80" w:line="300" w:lineRule="auto"/>
        <w:jc w:val="left"/>
      </w:pPr>
      <w:r>
        <w:rPr>
          <w:rFonts w:ascii="Times New Roman" w:hAnsi="Times New Roman" w:eastAsia="宋体"/>
          <w:b w:val="0"/>
          <w:i w:val="0"/>
          <w:color w:val="333333"/>
          <w:sz w:val="19"/>
        </w:rPr>
        <w:t>With all five opposite pairs, there is 1 matching. The total is</w:t>
      </w:r>
    </w:p>
    <w:p>
      <w:pPr>
        <w:spacing w:before="0" w:after="80" w:line="300" w:lineRule="auto"/>
        <w:jc w:val="left"/>
      </w:pPr>
      <w:r>
        <w:rPr>
          <w:rFonts w:ascii="Times New Roman" w:hAnsi="Times New Roman" w:eastAsia="宋体"/>
          <w:b w:val="0"/>
          <w:i w:val="0"/>
          <w:color w:val="333333"/>
          <w:sz w:val="19"/>
        </w:rPr>
        <w:t>2+5+5+1=13.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最终有三个红球和三个蓝球，当且仅当四次抽球颜色中恰好有两次红色和两次蓝色。这样的颜色顺序有 C(4, 2)=6 种。</w:t>
      </w:r>
    </w:p>
    <w:p>
      <w:pPr>
        <w:spacing w:before="0" w:after="80" w:line="300" w:lineRule="auto"/>
        <w:jc w:val="left"/>
      </w:pPr>
      <w:r>
        <w:rPr>
          <w:rFonts w:ascii="Times New Roman" w:hAnsi="Times New Roman" w:eastAsia="宋体"/>
          <w:b w:val="0"/>
          <w:i w:val="0"/>
          <w:sz w:val="21"/>
        </w:rPr>
        <w:t>对任意固定的两红两蓝抽取顺序，其概率为</w:t>
      </w:r>
    </w:p>
    <w:p>
      <w:pPr>
        <w:spacing w:before="0" w:after="80" w:line="300" w:lineRule="auto"/>
        <w:jc w:val="left"/>
      </w:pPr>
      <w:r>
        <w:rPr>
          <w:rFonts w:ascii="Times New Roman" w:hAnsi="Times New Roman" w:eastAsia="宋体"/>
          <w:b w:val="0"/>
          <w:i w:val="0"/>
          <w:sz w:val="21"/>
        </w:rPr>
        <w:t>(1· 2· 1· 2)/(2· 3· 4· 5)=4/120=1/30，</w:t>
      </w:r>
    </w:p>
    <w:p>
      <w:pPr>
        <w:spacing w:before="0" w:after="80" w:line="300" w:lineRule="auto"/>
        <w:jc w:val="left"/>
      </w:pPr>
      <w:r>
        <w:rPr>
          <w:rFonts w:ascii="Times New Roman" w:hAnsi="Times New Roman" w:eastAsia="宋体"/>
          <w:b w:val="0"/>
          <w:i w:val="0"/>
          <w:sz w:val="21"/>
        </w:rPr>
        <w:t>因为每种颜色第一、二次被抽到时，分子分别为 1 和 2，而四次抽取前瓮中球的总数依次为 2,3,4,5。</w:t>
      </w:r>
    </w:p>
    <w:p>
      <w:pPr>
        <w:spacing w:before="0" w:after="80" w:line="300" w:lineRule="auto"/>
        <w:jc w:val="left"/>
      </w:pPr>
      <w:r>
        <w:rPr>
          <w:rFonts w:ascii="Times New Roman" w:hAnsi="Times New Roman" w:eastAsia="宋体"/>
          <w:b w:val="0"/>
          <w:i w:val="0"/>
          <w:sz w:val="21"/>
        </w:rPr>
        <w:t>因此所求概率为 6·1/30=1/5。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urn ends with three red and three blue balls exactly when the four draws contain two red draws and two blue draws. There are C(4, 2)=6 possible color orders of this type.</w:t>
      </w:r>
    </w:p>
    <w:p>
      <w:pPr>
        <w:spacing w:before="0" w:after="80" w:line="300" w:lineRule="auto"/>
        <w:jc w:val="left"/>
      </w:pPr>
      <w:r>
        <w:rPr>
          <w:rFonts w:ascii="Times New Roman" w:hAnsi="Times New Roman" w:eastAsia="宋体"/>
          <w:b w:val="0"/>
          <w:i w:val="0"/>
          <w:color w:val="333333"/>
          <w:sz w:val="19"/>
        </w:rPr>
        <w:t>For any fixed order with two red draws and two blue draws, the probability is</w:t>
      </w:r>
    </w:p>
    <w:p>
      <w:pPr>
        <w:spacing w:before="0" w:after="80" w:line="300" w:lineRule="auto"/>
        <w:jc w:val="left"/>
      </w:pPr>
      <w:r>
        <w:rPr>
          <w:rFonts w:ascii="Times New Roman" w:hAnsi="Times New Roman" w:eastAsia="宋体"/>
          <w:b w:val="0"/>
          <w:i w:val="0"/>
          <w:color w:val="333333"/>
          <w:sz w:val="19"/>
        </w:rPr>
        <w:t>(1· 2· 1· 2)/(2· 3· 4· 5)=4/120=1/30,</w:t>
      </w:r>
    </w:p>
    <w:p>
      <w:pPr>
        <w:spacing w:before="0" w:after="80" w:line="300" w:lineRule="auto"/>
        <w:jc w:val="left"/>
      </w:pPr>
      <w:r>
        <w:rPr>
          <w:rFonts w:ascii="Times New Roman" w:hAnsi="Times New Roman" w:eastAsia="宋体"/>
          <w:b w:val="0"/>
          <w:i w:val="0"/>
          <w:color w:val="333333"/>
          <w:sz w:val="19"/>
        </w:rPr>
        <w:t>because the first and second draws of each color have numerators 1 and 2, while the total number of balls before the four draws is 2,3,4,5.</w:t>
      </w:r>
    </w:p>
    <w:p>
      <w:pPr>
        <w:spacing w:before="0" w:after="80" w:line="300" w:lineRule="auto"/>
        <w:jc w:val="left"/>
      </w:pPr>
      <w:r>
        <w:rPr>
          <w:rFonts w:ascii="Times New Roman" w:hAnsi="Times New Roman" w:eastAsia="宋体"/>
          <w:b w:val="0"/>
          <w:i w:val="0"/>
          <w:color w:val="333333"/>
          <w:sz w:val="19"/>
        </w:rPr>
        <w:t>Thus the desired probability is 6·1/30=1/5.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把二项式系数中的因子约分后，得到</w:t>
      </w:r>
    </w:p>
    <w:p>
      <w:pPr>
        <w:spacing w:before="0" w:after="80" w:line="300" w:lineRule="auto"/>
        <w:jc w:val="left"/>
      </w:pPr>
      <w:r>
        <w:rPr>
          <w:rFonts w:ascii="Times New Roman" w:hAnsi="Times New Roman" w:eastAsia="宋体"/>
          <w:b w:val="0"/>
          <w:i w:val="0"/>
          <w:sz w:val="21"/>
        </w:rPr>
        <w:t>C(52, 10) =10·17·13·7</w:t>
      </w:r>
    </w:p>
    <w:p>
      <w:pPr>
        <w:spacing w:before="0" w:after="80" w:line="300" w:lineRule="auto"/>
        <w:jc w:val="left"/>
      </w:pPr>
      <w:r>
        <w:rPr>
          <w:rFonts w:ascii="Times New Roman" w:hAnsi="Times New Roman" w:eastAsia="宋体"/>
          <w:b w:val="0"/>
          <w:i w:val="0"/>
          <w:sz w:val="21"/>
        </w:rPr>
        <w:t>·47·46·11·43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 158A00A4AA0 除以最后一个因子 10，剩下乘积的个位数字就是 A。</w:t>
      </w:r>
    </w:p>
    <w:p>
      <w:pPr>
        <w:spacing w:before="0" w:after="80" w:line="300" w:lineRule="auto"/>
        <w:jc w:val="left"/>
      </w:pPr>
      <w:r>
        <w:rPr>
          <w:rFonts w:ascii="Times New Roman" w:hAnsi="Times New Roman" w:eastAsia="宋体"/>
          <w:b w:val="0"/>
          <w:i w:val="0"/>
          <w:sz w:val="21"/>
        </w:rPr>
        <w:t>对 10 取模计算，得</w:t>
      </w:r>
    </w:p>
    <w:p>
      <w:pPr>
        <w:spacing w:before="0" w:after="80" w:line="300" w:lineRule="auto"/>
        <w:jc w:val="left"/>
      </w:pPr>
      <w:r>
        <w:rPr>
          <w:rFonts w:ascii="Times New Roman" w:hAnsi="Times New Roman" w:eastAsia="宋体"/>
          <w:b w:val="0"/>
          <w:i w:val="0"/>
          <w:sz w:val="21"/>
        </w:rPr>
        <w:t>A≡7·3·7·7·6·1·3</w:t>
      </w:r>
    </w:p>
    <w:p>
      <w:pPr>
        <w:spacing w:before="0" w:after="80" w:line="300" w:lineRule="auto"/>
        <w:jc w:val="left"/>
      </w:pPr>
      <w:r>
        <w:rPr>
          <w:rFonts w:ascii="Times New Roman" w:hAnsi="Times New Roman" w:eastAsia="宋体"/>
          <w:b w:val="0"/>
          <w:i w:val="0"/>
          <w:sz w:val="21"/>
        </w:rPr>
        <w:t>≡2pmod10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A=2。所以正确答案是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canceling factors in the binomial coefficient,</w:t>
      </w:r>
    </w:p>
    <w:p>
      <w:pPr>
        <w:spacing w:before="0" w:after="80" w:line="300" w:lineRule="auto"/>
        <w:jc w:val="left"/>
      </w:pPr>
      <w:r>
        <w:rPr>
          <w:rFonts w:ascii="Times New Roman" w:hAnsi="Times New Roman" w:eastAsia="宋体"/>
          <w:b w:val="0"/>
          <w:i w:val="0"/>
          <w:color w:val="333333"/>
          <w:sz w:val="19"/>
        </w:rPr>
        <w:t>C(52, 10) =10·17·13·7</w:t>
      </w:r>
    </w:p>
    <w:p>
      <w:pPr>
        <w:spacing w:before="0" w:after="80" w:line="300" w:lineRule="auto"/>
        <w:jc w:val="left"/>
      </w:pPr>
      <w:r>
        <w:rPr>
          <w:rFonts w:ascii="Times New Roman" w:hAnsi="Times New Roman" w:eastAsia="宋体"/>
          <w:b w:val="0"/>
          <w:i w:val="0"/>
          <w:color w:val="333333"/>
          <w:sz w:val="19"/>
        </w:rPr>
        <w:t>·47·46·11·43.</w:t>
      </w:r>
    </w:p>
    <w:p>
      <w:pPr>
        <w:spacing w:before="0" w:after="80" w:line="300" w:lineRule="auto"/>
        <w:jc w:val="left"/>
      </w:pPr>
      <w:r>
        <w:rPr>
          <w:rFonts w:ascii="Times New Roman" w:hAnsi="Times New Roman" w:eastAsia="宋体"/>
          <w:b w:val="0"/>
          <w:i w:val="0"/>
          <w:color w:val="333333"/>
          <w:sz w:val="19"/>
        </w:rPr>
        <w:t>Dividing 158A00A4AA0 by the final factor 10, the units digit of the remaining product is A.</w:t>
      </w:r>
    </w:p>
    <w:p>
      <w:pPr>
        <w:spacing w:before="0" w:after="80" w:line="300" w:lineRule="auto"/>
        <w:jc w:val="left"/>
      </w:pPr>
      <w:r>
        <w:rPr>
          <w:rFonts w:ascii="Times New Roman" w:hAnsi="Times New Roman" w:eastAsia="宋体"/>
          <w:b w:val="0"/>
          <w:i w:val="0"/>
          <w:color w:val="333333"/>
          <w:sz w:val="19"/>
        </w:rPr>
        <w:t>Working modulo 10,</w:t>
      </w:r>
    </w:p>
    <w:p>
      <w:pPr>
        <w:spacing w:before="0" w:after="80" w:line="300" w:lineRule="auto"/>
        <w:jc w:val="left"/>
      </w:pPr>
      <w:r>
        <w:rPr>
          <w:rFonts w:ascii="Times New Roman" w:hAnsi="Times New Roman" w:eastAsia="宋体"/>
          <w:b w:val="0"/>
          <w:i w:val="0"/>
          <w:color w:val="333333"/>
          <w:sz w:val="19"/>
        </w:rPr>
        <w:t>A≡7·3·7·7·6·1·3</w:t>
      </w:r>
    </w:p>
    <w:p>
      <w:pPr>
        <w:spacing w:before="0" w:after="80" w:line="300" w:lineRule="auto"/>
        <w:jc w:val="left"/>
      </w:pPr>
      <w:r>
        <w:rPr>
          <w:rFonts w:ascii="Times New Roman" w:hAnsi="Times New Roman" w:eastAsia="宋体"/>
          <w:b w:val="0"/>
          <w:i w:val="0"/>
          <w:color w:val="333333"/>
          <w:sz w:val="19"/>
        </w:rPr>
        <w:t>≡2pmod10.</w:t>
      </w:r>
    </w:p>
    <w:p>
      <w:pPr>
        <w:spacing w:before="0" w:after="80" w:line="300" w:lineRule="auto"/>
        <w:jc w:val="left"/>
      </w:pPr>
      <w:r>
        <w:rPr>
          <w:rFonts w:ascii="Times New Roman" w:hAnsi="Times New Roman" w:eastAsia="宋体"/>
          <w:b w:val="0"/>
          <w:i w:val="0"/>
          <w:color w:val="333333"/>
          <w:sz w:val="19"/>
        </w:rPr>
        <w:t>Hence A=2.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按附加体积相对于长方体的位置分解 S(r)。</w:t>
      </w:r>
    </w:p>
    <w:p>
      <w:pPr>
        <w:spacing w:before="0" w:after="80" w:line="300" w:lineRule="auto"/>
        <w:jc w:val="left"/>
      </w:pPr>
      <w:r>
        <w:rPr>
          <w:rFonts w:ascii="Times New Roman" w:hAnsi="Times New Roman" w:eastAsia="宋体"/>
          <w:b w:val="0"/>
          <w:i w:val="0"/>
          <w:sz w:val="21"/>
        </w:rPr>
        <w:t>原长方体体积为 d=1·3·4=12。六个面外的棱柱层贡献表面积乘 r，所以</w:t>
      </w:r>
    </w:p>
    <w:p>
      <w:pPr>
        <w:spacing w:before="0" w:after="80" w:line="300" w:lineRule="auto"/>
        <w:jc w:val="left"/>
      </w:pPr>
      <w:r>
        <w:rPr>
          <w:rFonts w:ascii="Times New Roman" w:hAnsi="Times New Roman" w:eastAsia="宋体"/>
          <w:b w:val="0"/>
          <w:i w:val="0"/>
          <w:sz w:val="21"/>
        </w:rPr>
        <w:t>c=2(1·3+1·4+3·4)=38。</w:t>
      </w:r>
    </w:p>
    <w:p>
      <w:pPr>
        <w:spacing w:before="0" w:after="80" w:line="300" w:lineRule="auto"/>
        <w:jc w:val="left"/>
      </w:pPr>
      <w:r>
        <w:rPr>
          <w:rFonts w:ascii="Times New Roman" w:hAnsi="Times New Roman" w:eastAsia="宋体"/>
          <w:b w:val="0"/>
          <w:i w:val="0"/>
          <w:sz w:val="21"/>
        </w:rPr>
        <w:t>每条边外有一个半径为 r 的四分之一圆柱。所有棱长之和为 4(1+3+4)=32，所以</w:t>
      </w:r>
    </w:p>
    <w:p>
      <w:pPr>
        <w:spacing w:before="0" w:after="80" w:line="300" w:lineRule="auto"/>
        <w:jc w:val="left"/>
      </w:pPr>
      <w:r>
        <w:rPr>
          <w:rFonts w:ascii="Times New Roman" w:hAnsi="Times New Roman" w:eastAsia="宋体"/>
          <w:b w:val="0"/>
          <w:i w:val="0"/>
          <w:sz w:val="21"/>
        </w:rPr>
        <w:t>b=1/4π· 32=8π。</w:t>
      </w:r>
    </w:p>
    <w:p>
      <w:pPr>
        <w:spacing w:before="0" w:after="80" w:line="300" w:lineRule="auto"/>
        <w:jc w:val="left"/>
      </w:pPr>
      <w:r>
        <w:rPr>
          <w:rFonts w:ascii="Times New Roman" w:hAnsi="Times New Roman" w:eastAsia="宋体"/>
          <w:b w:val="0"/>
          <w:i w:val="0"/>
          <w:sz w:val="21"/>
        </w:rPr>
        <w:t>八个角上的八分之一球合成一个完整球，所以</w:t>
      </w:r>
    </w:p>
    <w:p>
      <w:pPr>
        <w:spacing w:before="0" w:after="80" w:line="300" w:lineRule="auto"/>
        <w:jc w:val="left"/>
      </w:pPr>
      <w:r>
        <w:rPr>
          <w:rFonts w:ascii="Times New Roman" w:hAnsi="Times New Roman" w:eastAsia="宋体"/>
          <w:b w:val="0"/>
          <w:i w:val="0"/>
          <w:sz w:val="21"/>
        </w:rPr>
        <w:t>a=4/3π。</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bc/ad=((8π)(38))/((4/3π)(12))=19。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Decompose S(r) by where the added volume lies relative to the box.</w:t>
      </w:r>
    </w:p>
    <w:p>
      <w:pPr>
        <w:spacing w:before="0" w:after="80" w:line="300" w:lineRule="auto"/>
        <w:jc w:val="left"/>
      </w:pPr>
      <w:r>
        <w:rPr>
          <w:rFonts w:ascii="Times New Roman" w:hAnsi="Times New Roman" w:eastAsia="宋体"/>
          <w:b w:val="0"/>
          <w:i w:val="0"/>
          <w:color w:val="333333"/>
          <w:sz w:val="19"/>
        </w:rPr>
        <w:t>The original box has volume d=1·3·4=12. The face slabs contribute surface area times r, so</w:t>
      </w:r>
    </w:p>
    <w:p>
      <w:pPr>
        <w:spacing w:before="0" w:after="80" w:line="300" w:lineRule="auto"/>
        <w:jc w:val="left"/>
      </w:pPr>
      <w:r>
        <w:rPr>
          <w:rFonts w:ascii="Times New Roman" w:hAnsi="Times New Roman" w:eastAsia="宋体"/>
          <w:b w:val="0"/>
          <w:i w:val="0"/>
          <w:color w:val="333333"/>
          <w:sz w:val="19"/>
        </w:rPr>
        <w:t>c=2(1·3+1·4+3·4)=38.</w:t>
      </w:r>
    </w:p>
    <w:p>
      <w:pPr>
        <w:spacing w:before="0" w:after="80" w:line="300" w:lineRule="auto"/>
        <w:jc w:val="left"/>
      </w:pPr>
      <w:r>
        <w:rPr>
          <w:rFonts w:ascii="Times New Roman" w:hAnsi="Times New Roman" w:eastAsia="宋体"/>
          <w:b w:val="0"/>
          <w:i w:val="0"/>
          <w:color w:val="333333"/>
          <w:sz w:val="19"/>
        </w:rPr>
        <w:t>Along each edge is a quarter-cylinder of radius r. The sum of all edge lengths is 4(1+3+4)=32, so</w:t>
      </w:r>
    </w:p>
    <w:p>
      <w:pPr>
        <w:spacing w:before="0" w:after="80" w:line="300" w:lineRule="auto"/>
        <w:jc w:val="left"/>
      </w:pPr>
      <w:r>
        <w:rPr>
          <w:rFonts w:ascii="Times New Roman" w:hAnsi="Times New Roman" w:eastAsia="宋体"/>
          <w:b w:val="0"/>
          <w:i w:val="0"/>
          <w:color w:val="333333"/>
          <w:sz w:val="19"/>
        </w:rPr>
        <w:t>b=1/4π· 32=8π.</w:t>
      </w:r>
    </w:p>
    <w:p>
      <w:pPr>
        <w:spacing w:before="0" w:after="80" w:line="300" w:lineRule="auto"/>
        <w:jc w:val="left"/>
      </w:pPr>
      <w:r>
        <w:rPr>
          <w:rFonts w:ascii="Times New Roman" w:hAnsi="Times New Roman" w:eastAsia="宋体"/>
          <w:b w:val="0"/>
          <w:i w:val="0"/>
          <w:color w:val="333333"/>
          <w:sz w:val="19"/>
        </w:rPr>
        <w:t>At the eight corners, the eighth-spheres combine to one full sphere, so</w:t>
      </w:r>
    </w:p>
    <w:p>
      <w:pPr>
        <w:spacing w:before="0" w:after="80" w:line="300" w:lineRule="auto"/>
        <w:jc w:val="left"/>
      </w:pPr>
      <w:r>
        <w:rPr>
          <w:rFonts w:ascii="Times New Roman" w:hAnsi="Times New Roman" w:eastAsia="宋体"/>
          <w:b w:val="0"/>
          <w:i w:val="0"/>
          <w:color w:val="333333"/>
          <w:sz w:val="19"/>
        </w:rPr>
        <w:t>a=4/3π.</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bc/ad=((8π)(38))/((4/3π)(12))=19.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四个标出的区域填满正方形，且每个面积为 1，所以正方形面积为 4，边长为 2。因为三角形 AEH 是面积为 1 的直角等腰三角形，所以 AE=AH=√(2)。</w:t>
      </w:r>
    </w:p>
    <w:p>
      <w:pPr>
        <w:spacing w:before="0" w:after="80" w:line="300" w:lineRule="auto"/>
        <w:jc w:val="left"/>
      </w:pPr>
      <w:r>
        <w:rPr>
          <w:rFonts w:ascii="Times New Roman" w:hAnsi="Times New Roman" w:eastAsia="宋体"/>
          <w:b w:val="0"/>
          <w:i w:val="0"/>
          <w:sz w:val="21"/>
        </w:rPr>
        <w:t>延长 FI 与 AB 相交于 K，并设 x=BF、t=BE=2-√(2)。因为 EH 的斜率为 -1，直线 FK 的斜率为 1，所以 BF=BK=x。若 K 位于线段 EB 上，区域 BFIE 就会位于三角形 BFK 内，而后者面积至多为 t²/2&lt;1，产生矛盾。因此 K 位于 E 的左侧，且 EK=x-t。</w:t>
      </w:r>
    </w:p>
    <w:p>
      <w:pPr>
        <w:spacing w:before="0" w:after="80" w:line="300" w:lineRule="auto"/>
        <w:jc w:val="left"/>
      </w:pPr>
      <w:r>
        <w:rPr>
          <w:rFonts w:ascii="Times New Roman" w:hAnsi="Times New Roman" w:eastAsia="宋体"/>
          <w:b w:val="0"/>
          <w:i w:val="0"/>
          <w:sz w:val="21"/>
        </w:rPr>
        <w:t>三角形 BFK 是直角等腰三角形，面积为 x²/2。三角形 EIK 也是直角等腰三角形，斜边为 EK=x-t，所以面积为 ((x-t)²)/4。两者之差就是区域 BFIE，因此</w:t>
      </w:r>
    </w:p>
    <w:p>
      <w:pPr>
        <w:spacing w:before="0" w:after="80" w:line="300" w:lineRule="auto"/>
        <w:jc w:val="left"/>
      </w:pPr>
      <w:r>
        <w:rPr>
          <w:rFonts w:ascii="Times New Roman" w:hAnsi="Times New Roman" w:eastAsia="宋体"/>
          <w:b w:val="0"/>
          <w:i w:val="0"/>
          <w:sz w:val="21"/>
        </w:rPr>
        <w:t>1=x²/2-((x-t)²)/4。</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4=2x²-(x-t)²</w:t>
      </w:r>
    </w:p>
    <w:p>
      <w:pPr>
        <w:spacing w:before="0" w:after="80" w:line="300" w:lineRule="auto"/>
        <w:jc w:val="left"/>
      </w:pPr>
      <w:r>
        <w:rPr>
          <w:rFonts w:ascii="Times New Roman" w:hAnsi="Times New Roman" w:eastAsia="宋体"/>
          <w:b w:val="0"/>
          <w:i w:val="0"/>
          <w:sz w:val="21"/>
        </w:rPr>
        <w:t>=(x+t)²-2t²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另外，FK=x√(2)，且 KI=x-t/(√(2))，所以</w:t>
      </w:r>
    </w:p>
    <w:p>
      <w:pPr>
        <w:spacing w:before="0" w:after="80" w:line="300" w:lineRule="auto"/>
        <w:jc w:val="left"/>
      </w:pPr>
      <w:r>
        <w:rPr>
          <w:rFonts w:ascii="Times New Roman" w:hAnsi="Times New Roman" w:eastAsia="宋体"/>
          <w:b w:val="0"/>
          <w:i w:val="0"/>
          <w:sz w:val="21"/>
        </w:rPr>
        <w:t>FI=FK-KI=x+t/(√(2))。</w:t>
      </w:r>
    </w:p>
    <w:p>
      <w:pPr>
        <w:spacing w:before="0" w:after="80" w:line="300" w:lineRule="auto"/>
        <w:jc w:val="left"/>
      </w:pPr>
      <w:r>
        <w:rPr>
          <w:rFonts w:ascii="Times New Roman" w:hAnsi="Times New Roman" w:eastAsia="宋体"/>
          <w:b w:val="0"/>
          <w:i w:val="0"/>
          <w:sz w:val="21"/>
        </w:rPr>
        <w:t>从而</w:t>
      </w:r>
    </w:p>
    <w:p>
      <w:pPr>
        <w:spacing w:before="0" w:after="80" w:line="300" w:lineRule="auto"/>
        <w:jc w:val="left"/>
      </w:pPr>
      <w:r>
        <w:rPr>
          <w:rFonts w:ascii="Times New Roman" w:hAnsi="Times New Roman" w:eastAsia="宋体"/>
          <w:b w:val="0"/>
          <w:i w:val="0"/>
          <w:sz w:val="21"/>
        </w:rPr>
        <w:t>FI²=((x+t)²)/2</w:t>
      </w:r>
    </w:p>
    <w:p>
      <w:pPr>
        <w:spacing w:before="0" w:after="80" w:line="300" w:lineRule="auto"/>
        <w:jc w:val="left"/>
      </w:pPr>
      <w:r>
        <w:rPr>
          <w:rFonts w:ascii="Times New Roman" w:hAnsi="Times New Roman" w:eastAsia="宋体"/>
          <w:b w:val="0"/>
          <w:i w:val="0"/>
          <w:sz w:val="21"/>
        </w:rPr>
        <w:t>=2+t²</w:t>
      </w:r>
    </w:p>
    <w:p>
      <w:pPr>
        <w:spacing w:before="0" w:after="80" w:line="300" w:lineRule="auto"/>
        <w:jc w:val="left"/>
      </w:pPr>
      <w:r>
        <w:rPr>
          <w:rFonts w:ascii="Times New Roman" w:hAnsi="Times New Roman" w:eastAsia="宋体"/>
          <w:b w:val="0"/>
          <w:i w:val="0"/>
          <w:sz w:val="21"/>
        </w:rPr>
        <w:t>=2+(2-√(2))²</w:t>
      </w:r>
    </w:p>
    <w:p>
      <w:pPr>
        <w:spacing w:before="0" w:after="80" w:line="300" w:lineRule="auto"/>
        <w:jc w:val="left"/>
      </w:pPr>
      <w:r>
        <w:rPr>
          <w:rFonts w:ascii="Times New Roman" w:hAnsi="Times New Roman" w:eastAsia="宋体"/>
          <w:b w:val="0"/>
          <w:i w:val="0"/>
          <w:sz w:val="21"/>
        </w:rPr>
        <w:t>=8-4√(2)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named regions fill the square and each has area 1, so the square has area 4 and side length 2. Since triangle AEH is right isosceles with area 1, we have AE=AH=√(2).</w:t>
      </w:r>
    </w:p>
    <w:p>
      <w:pPr>
        <w:spacing w:before="0" w:after="80" w:line="300" w:lineRule="auto"/>
        <w:jc w:val="left"/>
      </w:pPr>
      <w:r>
        <w:rPr>
          <w:rFonts w:ascii="Times New Roman" w:hAnsi="Times New Roman" w:eastAsia="宋体"/>
          <w:b w:val="0"/>
          <w:i w:val="0"/>
          <w:color w:val="333333"/>
          <w:sz w:val="19"/>
        </w:rPr>
        <w:t>Extend FI to meet AB at K, and set x=BF and t=BE=2-√(2). Because EH has slope -1, line FK has slope 1, so BF=BK=x. If K were on segment EB, then region BFIE would lie inside triangle BFK, whose area would be at most t²/2&lt;1, a contradiction. Thus K lies to the left of E, and EK=x-t.</w:t>
      </w:r>
    </w:p>
    <w:p>
      <w:pPr>
        <w:spacing w:before="0" w:after="80" w:line="300" w:lineRule="auto"/>
        <w:jc w:val="left"/>
      </w:pPr>
      <w:r>
        <w:rPr>
          <w:rFonts w:ascii="Times New Roman" w:hAnsi="Times New Roman" w:eastAsia="宋体"/>
          <w:b w:val="0"/>
          <w:i w:val="0"/>
          <w:color w:val="333333"/>
          <w:sz w:val="19"/>
        </w:rPr>
        <w:t>Triangle BFK is right isosceles with area x²/2. Triangle EIK is right isosceles with hypotenuse EK=x-t, so its area is ((x-t)²)/4. Since their difference is region BFIE,</w:t>
      </w:r>
    </w:p>
    <w:p>
      <w:pPr>
        <w:spacing w:before="0" w:after="80" w:line="300" w:lineRule="auto"/>
        <w:jc w:val="left"/>
      </w:pPr>
      <w:r>
        <w:rPr>
          <w:rFonts w:ascii="Times New Roman" w:hAnsi="Times New Roman" w:eastAsia="宋体"/>
          <w:b w:val="0"/>
          <w:i w:val="0"/>
          <w:color w:val="333333"/>
          <w:sz w:val="19"/>
        </w:rPr>
        <w:t>1=x²/2-((x-t)²)/4.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4=2x²-(x-t)²</w:t>
      </w:r>
    </w:p>
    <w:p>
      <w:pPr>
        <w:spacing w:before="0" w:after="80" w:line="300" w:lineRule="auto"/>
        <w:jc w:val="left"/>
      </w:pPr>
      <w:r>
        <w:rPr>
          <w:rFonts w:ascii="Times New Roman" w:hAnsi="Times New Roman" w:eastAsia="宋体"/>
          <w:b w:val="0"/>
          <w:i w:val="0"/>
          <w:color w:val="333333"/>
          <w:sz w:val="19"/>
        </w:rPr>
        <w:t>=(x+t)²-2t².</w:t>
      </w:r>
    </w:p>
    <w:p>
      <w:pPr>
        <w:spacing w:before="0" w:after="80" w:line="300" w:lineRule="auto"/>
        <w:jc w:val="left"/>
      </w:pPr>
      <w:r>
        <w:rPr>
          <w:rFonts w:ascii="Times New Roman" w:hAnsi="Times New Roman" w:eastAsia="宋体"/>
          <w:b w:val="0"/>
          <w:i w:val="0"/>
          <w:color w:val="333333"/>
          <w:sz w:val="19"/>
        </w:rPr>
        <w:t>Also, FK=x√(2) and KI=x-t/(√(2)), so</w:t>
      </w:r>
    </w:p>
    <w:p>
      <w:pPr>
        <w:spacing w:before="0" w:after="80" w:line="300" w:lineRule="auto"/>
        <w:jc w:val="left"/>
      </w:pPr>
      <w:r>
        <w:rPr>
          <w:rFonts w:ascii="Times New Roman" w:hAnsi="Times New Roman" w:eastAsia="宋体"/>
          <w:b w:val="0"/>
          <w:i w:val="0"/>
          <w:color w:val="333333"/>
          <w:sz w:val="19"/>
        </w:rPr>
        <w:t>FI=FK-KI=x+t/(√(2)).</w:t>
      </w:r>
    </w:p>
    <w:p>
      <w:pPr>
        <w:spacing w:before="0" w:after="80" w:line="300" w:lineRule="auto"/>
        <w:jc w:val="left"/>
      </w:pPr>
      <w:r>
        <w:rPr>
          <w:rFonts w:ascii="Times New Roman" w:hAnsi="Times New Roman" w:eastAsia="宋体"/>
          <w:b w:val="0"/>
          <w:i w:val="0"/>
          <w:color w:val="333333"/>
          <w:sz w:val="19"/>
        </w:rPr>
        <w:t>It follows that</w:t>
      </w:r>
    </w:p>
    <w:p>
      <w:pPr>
        <w:spacing w:before="0" w:after="80" w:line="300" w:lineRule="auto"/>
        <w:jc w:val="left"/>
      </w:pPr>
      <w:r>
        <w:rPr>
          <w:rFonts w:ascii="Times New Roman" w:hAnsi="Times New Roman" w:eastAsia="宋体"/>
          <w:b w:val="0"/>
          <w:i w:val="0"/>
          <w:color w:val="333333"/>
          <w:sz w:val="19"/>
        </w:rPr>
        <w:t>FI²=((x+t)²)/2</w:t>
      </w:r>
    </w:p>
    <w:p>
      <w:pPr>
        <w:spacing w:before="0" w:after="80" w:line="300" w:lineRule="auto"/>
        <w:jc w:val="left"/>
      </w:pPr>
      <w:r>
        <w:rPr>
          <w:rFonts w:ascii="Times New Roman" w:hAnsi="Times New Roman" w:eastAsia="宋体"/>
          <w:b w:val="0"/>
          <w:i w:val="0"/>
          <w:color w:val="333333"/>
          <w:sz w:val="19"/>
        </w:rPr>
        <w:t>=2+t²</w:t>
      </w:r>
    </w:p>
    <w:p>
      <w:pPr>
        <w:spacing w:before="0" w:after="80" w:line="300" w:lineRule="auto"/>
        <w:jc w:val="left"/>
      </w:pPr>
      <w:r>
        <w:rPr>
          <w:rFonts w:ascii="Times New Roman" w:hAnsi="Times New Roman" w:eastAsia="宋体"/>
          <w:b w:val="0"/>
          <w:i w:val="0"/>
          <w:color w:val="333333"/>
          <w:sz w:val="19"/>
        </w:rPr>
        <w:t>=2+(2-√(2))²</w:t>
      </w:r>
    </w:p>
    <w:p>
      <w:pPr>
        <w:spacing w:before="0" w:after="80" w:line="300" w:lineRule="auto"/>
        <w:jc w:val="left"/>
      </w:pPr>
      <w:r>
        <w:rPr>
          <w:rFonts w:ascii="Times New Roman" w:hAnsi="Times New Roman" w:eastAsia="宋体"/>
          <w:b w:val="0"/>
          <w:i w:val="0"/>
          <w:color w:val="333333"/>
          <w:sz w:val="19"/>
        </w:rPr>
        <w:t>=8-4√(2).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令 m=2¹⁰¹+2⁵¹+1。围绕除数分解：</w:t>
      </w:r>
    </w:p>
    <w:p>
      <w:pPr>
        <w:spacing w:before="0" w:after="80" w:line="300" w:lineRule="auto"/>
        <w:jc w:val="left"/>
      </w:pPr>
      <w:r>
        <w:rPr>
          <w:rFonts w:ascii="Times New Roman" w:hAnsi="Times New Roman" w:eastAsia="宋体"/>
          <w:b w:val="0"/>
          <w:i w:val="0"/>
          <w:sz w:val="21"/>
        </w:rPr>
        <w:t>2²⁰²+202</w:t>
      </w:r>
    </w:p>
    <w:p>
      <w:pPr>
        <w:spacing w:before="0" w:after="80" w:line="300" w:lineRule="auto"/>
        <w:jc w:val="left"/>
      </w:pPr>
      <w:r>
        <w:rPr>
          <w:rFonts w:ascii="Times New Roman" w:hAnsi="Times New Roman" w:eastAsia="宋体"/>
          <w:b w:val="0"/>
          <w:i w:val="0"/>
          <w:sz w:val="21"/>
        </w:rPr>
        <w:t>=(2¹⁰¹+1)²-(2⁵¹)²+201。</w:t>
      </w:r>
    </w:p>
    <w:p>
      <w:pPr>
        <w:spacing w:before="0" w:after="80" w:line="300" w:lineRule="auto"/>
        <w:jc w:val="left"/>
      </w:pPr>
      <w:r>
        <w:rPr>
          <w:rFonts w:ascii="Times New Roman" w:hAnsi="Times New Roman" w:eastAsia="宋体"/>
          <w:b w:val="0"/>
          <w:i w:val="0"/>
          <w:sz w:val="21"/>
        </w:rPr>
        <w:t>利用平方差，</w:t>
      </w:r>
    </w:p>
    <w:p>
      <w:pPr>
        <w:spacing w:before="0" w:after="80" w:line="300" w:lineRule="auto"/>
        <w:jc w:val="left"/>
      </w:pPr>
      <w:r>
        <w:rPr>
          <w:rFonts w:ascii="Times New Roman" w:hAnsi="Times New Roman" w:eastAsia="宋体"/>
          <w:b w:val="0"/>
          <w:i w:val="0"/>
          <w:sz w:val="21"/>
        </w:rPr>
        <w:t>(2¹⁰¹+1)²-(2⁵¹)²</w:t>
      </w:r>
    </w:p>
    <w:p>
      <w:pPr>
        <w:spacing w:before="0" w:after="80" w:line="300" w:lineRule="auto"/>
        <w:jc w:val="left"/>
      </w:pPr>
      <w:r>
        <w:rPr>
          <w:rFonts w:ascii="Times New Roman" w:hAnsi="Times New Roman" w:eastAsia="宋体"/>
          <w:b w:val="0"/>
          <w:i w:val="0"/>
          <w:sz w:val="21"/>
        </w:rPr>
        <w:t>=(2¹⁰¹+2⁵¹+1)</w:t>
      </w:r>
    </w:p>
    <w:p>
      <w:pPr>
        <w:spacing w:before="0" w:after="80" w:line="300" w:lineRule="auto"/>
        <w:jc w:val="left"/>
      </w:pPr>
      <w:r>
        <w:rPr>
          <w:rFonts w:ascii="Times New Roman" w:hAnsi="Times New Roman" w:eastAsia="宋体"/>
          <w:b w:val="0"/>
          <w:i w:val="0"/>
          <w:sz w:val="21"/>
        </w:rPr>
        <w:t>·(2¹⁰¹-2⁵¹+1)，</w:t>
      </w:r>
    </w:p>
    <w:p>
      <w:pPr>
        <w:spacing w:before="0" w:after="80" w:line="300" w:lineRule="auto"/>
        <w:jc w:val="left"/>
      </w:pPr>
      <w:r>
        <w:rPr>
          <w:rFonts w:ascii="Times New Roman" w:hAnsi="Times New Roman" w:eastAsia="宋体"/>
          <w:b w:val="0"/>
          <w:i w:val="0"/>
          <w:sz w:val="21"/>
        </w:rPr>
        <w:t>这是 m 的倍数。因此</w:t>
      </w:r>
    </w:p>
    <w:p>
      <w:pPr>
        <w:spacing w:before="0" w:after="80" w:line="300" w:lineRule="auto"/>
        <w:jc w:val="left"/>
      </w:pPr>
      <w:r>
        <w:rPr>
          <w:rFonts w:ascii="Times New Roman" w:hAnsi="Times New Roman" w:eastAsia="宋体"/>
          <w:b w:val="0"/>
          <w:i w:val="0"/>
          <w:sz w:val="21"/>
        </w:rPr>
        <w:t>2²⁰²+202≡ 201pmod 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m=2¹⁰¹+2⁵¹+1. We factor the numerator around this divisor:</w:t>
      </w:r>
    </w:p>
    <w:p>
      <w:pPr>
        <w:spacing w:before="0" w:after="80" w:line="300" w:lineRule="auto"/>
        <w:jc w:val="left"/>
      </w:pPr>
      <w:r>
        <w:rPr>
          <w:rFonts w:ascii="Times New Roman" w:hAnsi="Times New Roman" w:eastAsia="宋体"/>
          <w:b w:val="0"/>
          <w:i w:val="0"/>
          <w:color w:val="333333"/>
          <w:sz w:val="19"/>
        </w:rPr>
        <w:t>2²⁰²+202</w:t>
      </w:r>
    </w:p>
    <w:p>
      <w:pPr>
        <w:spacing w:before="0" w:after="80" w:line="300" w:lineRule="auto"/>
        <w:jc w:val="left"/>
      </w:pPr>
      <w:r>
        <w:rPr>
          <w:rFonts w:ascii="Times New Roman" w:hAnsi="Times New Roman" w:eastAsia="宋体"/>
          <w:b w:val="0"/>
          <w:i w:val="0"/>
          <w:color w:val="333333"/>
          <w:sz w:val="19"/>
        </w:rPr>
        <w:t>=(2¹⁰¹+1)²-(2⁵¹)²+201.</w:t>
      </w:r>
    </w:p>
    <w:p>
      <w:pPr>
        <w:spacing w:before="0" w:after="80" w:line="300" w:lineRule="auto"/>
        <w:jc w:val="left"/>
      </w:pPr>
      <w:r>
        <w:rPr>
          <w:rFonts w:ascii="Times New Roman" w:hAnsi="Times New Roman" w:eastAsia="宋体"/>
          <w:b w:val="0"/>
          <w:i w:val="0"/>
          <w:color w:val="333333"/>
          <w:sz w:val="19"/>
        </w:rPr>
        <w:t>By the difference of squares,</w:t>
      </w:r>
    </w:p>
    <w:p>
      <w:pPr>
        <w:spacing w:before="0" w:after="80" w:line="300" w:lineRule="auto"/>
        <w:jc w:val="left"/>
      </w:pPr>
      <w:r>
        <w:rPr>
          <w:rFonts w:ascii="Times New Roman" w:hAnsi="Times New Roman" w:eastAsia="宋体"/>
          <w:b w:val="0"/>
          <w:i w:val="0"/>
          <w:color w:val="333333"/>
          <w:sz w:val="19"/>
        </w:rPr>
        <w:t>(2¹⁰¹+1)²-(2⁵¹)²</w:t>
      </w:r>
    </w:p>
    <w:p>
      <w:pPr>
        <w:spacing w:before="0" w:after="80" w:line="300" w:lineRule="auto"/>
        <w:jc w:val="left"/>
      </w:pPr>
      <w:r>
        <w:rPr>
          <w:rFonts w:ascii="Times New Roman" w:hAnsi="Times New Roman" w:eastAsia="宋体"/>
          <w:b w:val="0"/>
          <w:i w:val="0"/>
          <w:color w:val="333333"/>
          <w:sz w:val="19"/>
        </w:rPr>
        <w:t>=(2¹⁰¹+2⁵¹+1)</w:t>
      </w:r>
    </w:p>
    <w:p>
      <w:pPr>
        <w:spacing w:before="0" w:after="80" w:line="300" w:lineRule="auto"/>
        <w:jc w:val="left"/>
      </w:pPr>
      <w:r>
        <w:rPr>
          <w:rFonts w:ascii="Times New Roman" w:hAnsi="Times New Roman" w:eastAsia="宋体"/>
          <w:b w:val="0"/>
          <w:i w:val="0"/>
          <w:color w:val="333333"/>
          <w:sz w:val="19"/>
        </w:rPr>
        <w:t>·(2¹⁰¹-2⁵¹+1),</w:t>
      </w:r>
    </w:p>
    <w:p>
      <w:pPr>
        <w:spacing w:before="0" w:after="80" w:line="300" w:lineRule="auto"/>
        <w:jc w:val="left"/>
      </w:pPr>
      <w:r>
        <w:rPr>
          <w:rFonts w:ascii="Times New Roman" w:hAnsi="Times New Roman" w:eastAsia="宋体"/>
          <w:b w:val="0"/>
          <w:i w:val="0"/>
          <w:color w:val="333333"/>
          <w:sz w:val="19"/>
        </w:rPr>
        <w:t>which is a multiple of m. Therefore</w:t>
      </w:r>
    </w:p>
    <w:p>
      <w:pPr>
        <w:spacing w:before="0" w:after="80" w:line="300" w:lineRule="auto"/>
        <w:jc w:val="left"/>
      </w:pPr>
      <w:r>
        <w:rPr>
          <w:rFonts w:ascii="Times New Roman" w:hAnsi="Times New Roman" w:eastAsia="宋体"/>
          <w:b w:val="0"/>
          <w:i w:val="0"/>
          <w:color w:val="333333"/>
          <w:sz w:val="19"/>
        </w:rPr>
        <w:t>2²⁰²+202≡ 201pmod 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L,R,H,V 中的每个变换都会把每个顶点移动到正方形的相邻角点。因此经过奇数次变换后，标记处于四个奇状态之一；经过偶数次变换后，则处于四个偶状态之一。</w:t>
      </w:r>
    </w:p>
    <w:p>
      <w:pPr>
        <w:spacing w:before="0" w:after="80" w:line="300" w:lineRule="auto"/>
        <w:jc w:val="left"/>
      </w:pPr>
      <w:r>
        <w:rPr>
          <w:rFonts w:ascii="Times New Roman" w:hAnsi="Times New Roman" w:eastAsia="宋体"/>
          <w:b w:val="0"/>
          <w:i w:val="0"/>
          <w:sz w:val="21"/>
        </w:rPr>
        <w:t>任取前 19 个变换后，正方形处于奇状态。从每个奇状态出发，L,R,H,V 中恰有一个变换会把标记顶点送回原位。因此前 19 个变换的每个序列都恰有一个有效的最后变换。</w:t>
      </w:r>
    </w:p>
    <w:p>
      <w:pPr>
        <w:spacing w:before="0" w:after="80" w:line="300" w:lineRule="auto"/>
        <w:jc w:val="left"/>
      </w:pPr>
      <w:r>
        <w:rPr>
          <w:rFonts w:ascii="Times New Roman" w:hAnsi="Times New Roman" w:eastAsia="宋体"/>
          <w:b w:val="0"/>
          <w:i w:val="0"/>
          <w:sz w:val="21"/>
        </w:rPr>
        <w:t>前 19 个变换有 4¹⁹=2³⁸ 种选择，所以有效序列共有 2³⁸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L,R,H,V moves every vertex to an adjacent corner of the square. Therefore after an odd number of transformations the labeling is in one of the four odd-parity states, and after an even number it is in one of the four even-parity states.</w:t>
      </w:r>
    </w:p>
    <w:p>
      <w:pPr>
        <w:spacing w:before="0" w:after="80" w:line="300" w:lineRule="auto"/>
        <w:jc w:val="left"/>
      </w:pPr>
      <w:r>
        <w:rPr>
          <w:rFonts w:ascii="Times New Roman" w:hAnsi="Times New Roman" w:eastAsia="宋体"/>
          <w:b w:val="0"/>
          <w:i w:val="0"/>
          <w:color w:val="333333"/>
          <w:sz w:val="19"/>
        </w:rPr>
        <w:t>After any first 19 transformations, the square is in an odd-parity state. From each odd-parity state, exactly one of L,R,H,V sends the labeled vertices back to their original positions. Thus every sequence of the first 19 transformations has exactly one valid final transformation.</w:t>
      </w:r>
    </w:p>
    <w:p>
      <w:pPr>
        <w:spacing w:before="0" w:after="80" w:line="300" w:lineRule="auto"/>
        <w:jc w:val="left"/>
      </w:pPr>
      <w:r>
        <w:rPr>
          <w:rFonts w:ascii="Times New Roman" w:hAnsi="Times New Roman" w:eastAsia="宋体"/>
          <w:b w:val="0"/>
          <w:i w:val="0"/>
          <w:color w:val="333333"/>
          <w:sz w:val="19"/>
        </w:rPr>
        <w:t>There are 4¹⁹=2³⁸ choices for the first 19 transformations, so there are 2³⁸ valid sequences.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k=⌊√(n)⌋。</w:t>
      </w:r>
    </w:p>
    <w:p>
      <w:pPr>
        <w:spacing w:before="0" w:after="80" w:line="300" w:lineRule="auto"/>
        <w:jc w:val="left"/>
      </w:pPr>
      <w:r>
        <w:rPr>
          <w:rFonts w:ascii="Times New Roman" w:hAnsi="Times New Roman" w:eastAsia="宋体"/>
          <w:b w:val="0"/>
          <w:i w:val="0"/>
          <w:sz w:val="21"/>
        </w:rPr>
        <w:t>原方程给出 n=70k-1000。根据取整函数的定义，</w:t>
      </w:r>
    </w:p>
    <w:p>
      <w:pPr>
        <w:spacing w:before="0" w:after="80" w:line="300" w:lineRule="auto"/>
        <w:jc w:val="left"/>
      </w:pPr>
      <w:r>
        <w:rPr>
          <w:rFonts w:ascii="Times New Roman" w:hAnsi="Times New Roman" w:eastAsia="宋体"/>
          <w:b w:val="0"/>
          <w:i w:val="0"/>
          <w:sz w:val="21"/>
        </w:rPr>
        <w:t>k²≤ n&lt;(k+1)²。</w:t>
      </w:r>
    </w:p>
    <w:p>
      <w:pPr>
        <w:spacing w:before="0" w:after="80" w:line="300" w:lineRule="auto"/>
        <w:jc w:val="left"/>
      </w:pPr>
      <w:r>
        <w:rPr>
          <w:rFonts w:ascii="Times New Roman" w:hAnsi="Times New Roman" w:eastAsia="宋体"/>
          <w:b w:val="0"/>
          <w:i w:val="0"/>
          <w:sz w:val="21"/>
        </w:rPr>
        <w:t>代入 n=70k-1000，得到</w:t>
      </w:r>
    </w:p>
    <w:p>
      <w:pPr>
        <w:spacing w:before="0" w:after="80" w:line="300" w:lineRule="auto"/>
        <w:jc w:val="left"/>
      </w:pPr>
      <w:r>
        <w:rPr>
          <w:rFonts w:ascii="Times New Roman" w:hAnsi="Times New Roman" w:eastAsia="宋体"/>
          <w:b w:val="0"/>
          <w:i w:val="0"/>
          <w:sz w:val="21"/>
        </w:rPr>
        <w:t>k²≤ 70k-1000&lt;(k+1)²。</w:t>
      </w:r>
    </w:p>
    <w:p>
      <w:pPr>
        <w:spacing w:before="0" w:after="80" w:line="300" w:lineRule="auto"/>
        <w:jc w:val="left"/>
      </w:pPr>
      <w:r>
        <w:rPr>
          <w:rFonts w:ascii="Times New Roman" w:hAnsi="Times New Roman" w:eastAsia="宋体"/>
          <w:b w:val="0"/>
          <w:i w:val="0"/>
          <w:sz w:val="21"/>
        </w:rPr>
        <w:t>左侧不等式为</w:t>
      </w:r>
    </w:p>
    <w:p>
      <w:pPr>
        <w:spacing w:before="0" w:after="80" w:line="300" w:lineRule="auto"/>
        <w:jc w:val="left"/>
      </w:pPr>
      <w:r>
        <w:rPr>
          <w:rFonts w:ascii="Times New Roman" w:hAnsi="Times New Roman" w:eastAsia="宋体"/>
          <w:b w:val="0"/>
          <w:i w:val="0"/>
          <w:sz w:val="21"/>
        </w:rPr>
        <w:t>k²-70k+1000≤0</w:t>
      </w:r>
    </w:p>
    <w:p>
      <w:pPr>
        <w:spacing w:before="0" w:after="80" w:line="300" w:lineRule="auto"/>
        <w:jc w:val="left"/>
      </w:pPr>
      <w:r>
        <w:rPr>
          <w:rFonts w:ascii="Times New Roman" w:hAnsi="Times New Roman" w:eastAsia="宋体"/>
          <w:b w:val="0"/>
          <w:i w:val="0"/>
          <w:sz w:val="21"/>
        </w:rPr>
        <w:t>Longrightarrow (k-20)(k-50)≤0，</w:t>
      </w:r>
    </w:p>
    <w:p>
      <w:pPr>
        <w:spacing w:before="0" w:after="80" w:line="300" w:lineRule="auto"/>
        <w:jc w:val="left"/>
      </w:pPr>
      <w:r>
        <w:rPr>
          <w:rFonts w:ascii="Times New Roman" w:hAnsi="Times New Roman" w:eastAsia="宋体"/>
          <w:b w:val="0"/>
          <w:i w:val="0"/>
          <w:sz w:val="21"/>
        </w:rPr>
        <w:t>所以 20≤ k≤50。右侧不等式为</w:t>
      </w:r>
    </w:p>
    <w:p>
      <w:pPr>
        <w:spacing w:before="0" w:after="80" w:line="300" w:lineRule="auto"/>
        <w:jc w:val="left"/>
      </w:pPr>
      <w:r>
        <w:rPr>
          <w:rFonts w:ascii="Times New Roman" w:hAnsi="Times New Roman" w:eastAsia="宋体"/>
          <w:b w:val="0"/>
          <w:i w:val="0"/>
          <w:sz w:val="21"/>
        </w:rPr>
        <w:t>70k-10000。</w:t>
      </w:r>
    </w:p>
    <w:p>
      <w:pPr>
        <w:spacing w:before="0" w:after="80" w:line="300" w:lineRule="auto"/>
        <w:jc w:val="left"/>
      </w:pPr>
      <w:r>
        <w:rPr>
          <w:rFonts w:ascii="Times New Roman" w:hAnsi="Times New Roman" w:eastAsia="宋体"/>
          <w:b w:val="0"/>
          <w:i w:val="0"/>
          <w:sz w:val="21"/>
        </w:rPr>
        <w:t>二次式 k²-68k+1001 的根为 34±√(155)，约为 21.55 和 46.45。结合 20≤ k≤50，可能的整数为</w:t>
      </w:r>
    </w:p>
    <w:p>
      <w:pPr>
        <w:spacing w:before="0" w:after="80" w:line="300" w:lineRule="auto"/>
        <w:jc w:val="left"/>
      </w:pPr>
      <w:r>
        <w:rPr>
          <w:rFonts w:ascii="Times New Roman" w:hAnsi="Times New Roman" w:eastAsia="宋体"/>
          <w:b w:val="0"/>
          <w:i w:val="0"/>
          <w:sz w:val="21"/>
        </w:rPr>
        <w:t>k=20,21,47,48,49,50。</w:t>
      </w:r>
    </w:p>
    <w:p>
      <w:pPr>
        <w:spacing w:before="0" w:after="80" w:line="300" w:lineRule="auto"/>
        <w:jc w:val="left"/>
      </w:pPr>
      <w:r>
        <w:rPr>
          <w:rFonts w:ascii="Times New Roman" w:hAnsi="Times New Roman" w:eastAsia="宋体"/>
          <w:b w:val="0"/>
          <w:i w:val="0"/>
          <w:sz w:val="21"/>
        </w:rPr>
        <w:t>共 6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k=⌊√(n)⌋.</w:t>
      </w:r>
    </w:p>
    <w:p>
      <w:pPr>
        <w:spacing w:before="0" w:after="80" w:line="300" w:lineRule="auto"/>
        <w:jc w:val="left"/>
      </w:pPr>
      <w:r>
        <w:rPr>
          <w:rFonts w:ascii="Times New Roman" w:hAnsi="Times New Roman" w:eastAsia="宋体"/>
          <w:b w:val="0"/>
          <w:i w:val="0"/>
          <w:color w:val="333333"/>
          <w:sz w:val="19"/>
        </w:rPr>
        <w:t>The equation gives n=70k-1000. Also, by the definition of the floor function,</w:t>
      </w:r>
    </w:p>
    <w:p>
      <w:pPr>
        <w:spacing w:before="0" w:after="80" w:line="300" w:lineRule="auto"/>
        <w:jc w:val="left"/>
      </w:pPr>
      <w:r>
        <w:rPr>
          <w:rFonts w:ascii="Times New Roman" w:hAnsi="Times New Roman" w:eastAsia="宋体"/>
          <w:b w:val="0"/>
          <w:i w:val="0"/>
          <w:color w:val="333333"/>
          <w:sz w:val="19"/>
        </w:rPr>
        <w:t>k²≤ n&lt;(k+1)².</w:t>
      </w:r>
    </w:p>
    <w:p>
      <w:pPr>
        <w:spacing w:before="0" w:after="80" w:line="300" w:lineRule="auto"/>
        <w:jc w:val="left"/>
      </w:pPr>
      <w:r>
        <w:rPr>
          <w:rFonts w:ascii="Times New Roman" w:hAnsi="Times New Roman" w:eastAsia="宋体"/>
          <w:b w:val="0"/>
          <w:i w:val="0"/>
          <w:color w:val="333333"/>
          <w:sz w:val="19"/>
        </w:rPr>
        <w:t>Substituting n=70k-1000, we get</w:t>
      </w:r>
    </w:p>
    <w:p>
      <w:pPr>
        <w:spacing w:before="0" w:after="80" w:line="300" w:lineRule="auto"/>
        <w:jc w:val="left"/>
      </w:pPr>
      <w:r>
        <w:rPr>
          <w:rFonts w:ascii="Times New Roman" w:hAnsi="Times New Roman" w:eastAsia="宋体"/>
          <w:b w:val="0"/>
          <w:i w:val="0"/>
          <w:color w:val="333333"/>
          <w:sz w:val="19"/>
        </w:rPr>
        <w:t>k²≤ 70k-1000&lt;(k+1)².</w:t>
      </w:r>
    </w:p>
    <w:p>
      <w:pPr>
        <w:spacing w:before="0" w:after="80" w:line="300" w:lineRule="auto"/>
        <w:jc w:val="left"/>
      </w:pPr>
      <w:r>
        <w:rPr>
          <w:rFonts w:ascii="Times New Roman" w:hAnsi="Times New Roman" w:eastAsia="宋体"/>
          <w:b w:val="0"/>
          <w:i w:val="0"/>
          <w:color w:val="333333"/>
          <w:sz w:val="19"/>
        </w:rPr>
        <w:t>The left inequality is</w:t>
      </w:r>
    </w:p>
    <w:p>
      <w:pPr>
        <w:spacing w:before="0" w:after="80" w:line="300" w:lineRule="auto"/>
        <w:jc w:val="left"/>
      </w:pPr>
      <w:r>
        <w:rPr>
          <w:rFonts w:ascii="Times New Roman" w:hAnsi="Times New Roman" w:eastAsia="宋体"/>
          <w:b w:val="0"/>
          <w:i w:val="0"/>
          <w:color w:val="333333"/>
          <w:sz w:val="19"/>
        </w:rPr>
        <w:t>k²-70k+1000≤0</w:t>
      </w:r>
    </w:p>
    <w:p>
      <w:pPr>
        <w:spacing w:before="0" w:after="80" w:line="300" w:lineRule="auto"/>
        <w:jc w:val="left"/>
      </w:pPr>
      <w:r>
        <w:rPr>
          <w:rFonts w:ascii="Times New Roman" w:hAnsi="Times New Roman" w:eastAsia="宋体"/>
          <w:b w:val="0"/>
          <w:i w:val="0"/>
          <w:color w:val="333333"/>
          <w:sz w:val="19"/>
        </w:rPr>
        <w:t>Longrightarrow (k-20)(k-50)≤0,</w:t>
      </w:r>
    </w:p>
    <w:p>
      <w:pPr>
        <w:spacing w:before="0" w:after="80" w:line="300" w:lineRule="auto"/>
        <w:jc w:val="left"/>
      </w:pPr>
      <w:r>
        <w:rPr>
          <w:rFonts w:ascii="Times New Roman" w:hAnsi="Times New Roman" w:eastAsia="宋体"/>
          <w:b w:val="0"/>
          <w:i w:val="0"/>
          <w:color w:val="333333"/>
          <w:sz w:val="19"/>
        </w:rPr>
        <w:t>so 20≤ k≤50. The right inequality is</w:t>
      </w:r>
    </w:p>
    <w:p>
      <w:pPr>
        <w:spacing w:before="0" w:after="80" w:line="300" w:lineRule="auto"/>
        <w:jc w:val="left"/>
      </w:pPr>
      <w:r>
        <w:rPr>
          <w:rFonts w:ascii="Times New Roman" w:hAnsi="Times New Roman" w:eastAsia="宋体"/>
          <w:b w:val="0"/>
          <w:i w:val="0"/>
          <w:color w:val="333333"/>
          <w:sz w:val="19"/>
        </w:rPr>
        <w:t>70k-10000.</w:t>
      </w:r>
    </w:p>
    <w:p>
      <w:pPr>
        <w:spacing w:before="0" w:after="80" w:line="300" w:lineRule="auto"/>
        <w:jc w:val="left"/>
      </w:pPr>
      <w:r>
        <w:rPr>
          <w:rFonts w:ascii="Times New Roman" w:hAnsi="Times New Roman" w:eastAsia="宋体"/>
          <w:b w:val="0"/>
          <w:i w:val="0"/>
          <w:color w:val="333333"/>
          <w:sz w:val="19"/>
        </w:rPr>
        <w:t>The roots of k²-68k+1001 are 34±√(155), which are approximately 21.55 and 46.45. Thus, together with 20≤ k≤50, the possible integer values are</w:t>
      </w:r>
    </w:p>
    <w:p>
      <w:pPr>
        <w:spacing w:before="0" w:after="80" w:line="300" w:lineRule="auto"/>
        <w:jc w:val="left"/>
      </w:pPr>
      <w:r>
        <w:rPr>
          <w:rFonts w:ascii="Times New Roman" w:hAnsi="Times New Roman" w:eastAsia="宋体"/>
          <w:b w:val="0"/>
          <w:i w:val="0"/>
          <w:color w:val="333333"/>
          <w:sz w:val="19"/>
        </w:rPr>
        <w:t>k=20,21,47,48,49,50.</w:t>
      </w:r>
    </w:p>
    <w:p>
      <w:pPr>
        <w:spacing w:before="0" w:after="80" w:line="300" w:lineRule="auto"/>
        <w:jc w:val="left"/>
      </w:pPr>
      <w:r>
        <w:rPr>
          <w:rFonts w:ascii="Times New Roman" w:hAnsi="Times New Roman" w:eastAsia="宋体"/>
          <w:b w:val="0"/>
          <w:i w:val="0"/>
          <w:color w:val="333333"/>
          <w:sz w:val="19"/>
        </w:rPr>
        <w:t>There are 6 such values.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写作 96=2⁵·3。假设一个有序分解有 k 个因子。唯一的质因子 3 必须出现在恰好一个因子中，可用 k 种方式选择这个位置。</w:t>
      </w:r>
    </w:p>
    <w:p>
      <w:pPr>
        <w:spacing w:before="0" w:after="80" w:line="300" w:lineRule="auto"/>
        <w:jc w:val="left"/>
      </w:pPr>
      <w:r>
        <w:rPr>
          <w:rFonts w:ascii="Times New Roman" w:hAnsi="Times New Roman" w:eastAsia="宋体"/>
          <w:b w:val="0"/>
          <w:i w:val="0"/>
          <w:sz w:val="21"/>
        </w:rPr>
        <w:t>其余 k-1 个因子都必须至少含有一个因子 2，而含 3 的那个因子可以含有任意个因子 2。按这些条件分配五个因子 2，有</w:t>
      </w:r>
    </w:p>
    <w:p>
      <w:pPr>
        <w:spacing w:before="0" w:after="80" w:line="300" w:lineRule="auto"/>
        <w:jc w:val="left"/>
      </w:pPr>
      <w:r>
        <w:rPr>
          <w:rFonts w:ascii="Times New Roman" w:hAnsi="Times New Roman" w:eastAsia="宋体"/>
          <w:b w:val="0"/>
          <w:i w:val="0"/>
          <w:sz w:val="21"/>
        </w:rPr>
        <w:t>C(5, k-1)</w:t>
      </w:r>
    </w:p>
    <w:p>
      <w:pPr>
        <w:spacing w:before="0" w:after="80" w:line="300" w:lineRule="auto"/>
        <w:jc w:val="left"/>
      </w:pPr>
      <w:r>
        <w:rPr>
          <w:rFonts w:ascii="Times New Roman" w:hAnsi="Times New Roman" w:eastAsia="宋体"/>
          <w:b w:val="0"/>
          <w:i w:val="0"/>
          <w:sz w:val="21"/>
        </w:rPr>
        <w:t>种方式。因此含有 k 个因子的有序分解数为 kC(5, k-1)，其中 1≤ k≤6。</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D(96)=Σₖ₌₁⁶ kC(5, k-1)。</w:t>
      </w:r>
    </w:p>
    <w:p>
      <w:pPr>
        <w:spacing w:before="0" w:after="80" w:line="300" w:lineRule="auto"/>
        <w:jc w:val="left"/>
      </w:pPr>
      <w:r>
        <w:rPr>
          <w:rFonts w:ascii="Times New Roman" w:hAnsi="Times New Roman" w:eastAsia="宋体"/>
          <w:b w:val="0"/>
          <w:i w:val="0"/>
          <w:sz w:val="21"/>
        </w:rPr>
        <w:t>令 j=k-1，得到</w:t>
      </w:r>
    </w:p>
    <w:p>
      <w:pPr>
        <w:spacing w:before="0" w:after="80" w:line="300" w:lineRule="auto"/>
        <w:jc w:val="left"/>
      </w:pPr>
      <w:r>
        <w:rPr>
          <w:rFonts w:ascii="Times New Roman" w:hAnsi="Times New Roman" w:eastAsia="宋体"/>
          <w:b w:val="0"/>
          <w:i w:val="0"/>
          <w:sz w:val="21"/>
        </w:rPr>
        <w:t>Σⱼ₌₀⁵ (j+1)C(5, j)</w:t>
      </w:r>
    </w:p>
    <w:p>
      <w:pPr>
        <w:spacing w:before="0" w:after="80" w:line="300" w:lineRule="auto"/>
        <w:jc w:val="left"/>
      </w:pPr>
      <w:r>
        <w:rPr>
          <w:rFonts w:ascii="Times New Roman" w:hAnsi="Times New Roman" w:eastAsia="宋体"/>
          <w:b w:val="0"/>
          <w:i w:val="0"/>
          <w:sz w:val="21"/>
        </w:rPr>
        <w:t>=Σⱼ₌₀⁵ jC(5, j)+Σⱼ₌₀⁵C(5, j)</w:t>
      </w:r>
    </w:p>
    <w:p>
      <w:pPr>
        <w:spacing w:before="0" w:after="80" w:line="300" w:lineRule="auto"/>
        <w:jc w:val="left"/>
      </w:pPr>
      <w:r>
        <w:rPr>
          <w:rFonts w:ascii="Times New Roman" w:hAnsi="Times New Roman" w:eastAsia="宋体"/>
          <w:b w:val="0"/>
          <w:i w:val="0"/>
          <w:sz w:val="21"/>
        </w:rPr>
        <w:t>=5·2⁴+2⁵</w:t>
      </w:r>
    </w:p>
    <w:p>
      <w:pPr>
        <w:spacing w:before="0" w:after="80" w:line="300" w:lineRule="auto"/>
        <w:jc w:val="left"/>
      </w:pPr>
      <w:r>
        <w:rPr>
          <w:rFonts w:ascii="Times New Roman" w:hAnsi="Times New Roman" w:eastAsia="宋体"/>
          <w:b w:val="0"/>
          <w:i w:val="0"/>
          <w:sz w:val="21"/>
        </w:rPr>
        <w:t>=80+32=112。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96=2⁵·3. Suppose an ordered factorization has k factors. Exactly one factor contains the single prime factor 3; choose its position in k ways.</w:t>
      </w:r>
    </w:p>
    <w:p>
      <w:pPr>
        <w:spacing w:before="0" w:after="80" w:line="300" w:lineRule="auto"/>
        <w:jc w:val="left"/>
      </w:pPr>
      <w:r>
        <w:rPr>
          <w:rFonts w:ascii="Times New Roman" w:hAnsi="Times New Roman" w:eastAsia="宋体"/>
          <w:b w:val="0"/>
          <w:i w:val="0"/>
          <w:color w:val="333333"/>
          <w:sz w:val="19"/>
        </w:rPr>
        <w:t>The other k-1 factors must each contain at least one factor of 2, while the factor containing 3 may contain any number of factors of 2. Distributing the five factors of 2 under these conditions can be done in</w:t>
      </w:r>
    </w:p>
    <w:p>
      <w:pPr>
        <w:spacing w:before="0" w:after="80" w:line="300" w:lineRule="auto"/>
        <w:jc w:val="left"/>
      </w:pPr>
      <w:r>
        <w:rPr>
          <w:rFonts w:ascii="Times New Roman" w:hAnsi="Times New Roman" w:eastAsia="宋体"/>
          <w:b w:val="0"/>
          <w:i w:val="0"/>
          <w:color w:val="333333"/>
          <w:sz w:val="19"/>
        </w:rPr>
        <w:t>C(5, k-1)</w:t>
      </w:r>
    </w:p>
    <w:p>
      <w:pPr>
        <w:spacing w:before="0" w:after="80" w:line="300" w:lineRule="auto"/>
        <w:jc w:val="left"/>
      </w:pPr>
      <w:r>
        <w:rPr>
          <w:rFonts w:ascii="Times New Roman" w:hAnsi="Times New Roman" w:eastAsia="宋体"/>
          <w:b w:val="0"/>
          <w:i w:val="0"/>
          <w:color w:val="333333"/>
          <w:sz w:val="19"/>
        </w:rPr>
        <w:t>ways. Therefore the number of ordered factorizations with k factors is kC(5, k-1), where 1≤ k≤6.</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D(96)=Σₖ₌₁⁶ kC(5, k-1).</w:t>
      </w:r>
    </w:p>
    <w:p>
      <w:pPr>
        <w:spacing w:before="0" w:after="80" w:line="300" w:lineRule="auto"/>
        <w:jc w:val="left"/>
      </w:pPr>
      <w:r>
        <w:rPr>
          <w:rFonts w:ascii="Times New Roman" w:hAnsi="Times New Roman" w:eastAsia="宋体"/>
          <w:b w:val="0"/>
          <w:i w:val="0"/>
          <w:color w:val="333333"/>
          <w:sz w:val="19"/>
        </w:rPr>
        <w:t>Letting j=k-1, this becomes</w:t>
      </w:r>
    </w:p>
    <w:p>
      <w:pPr>
        <w:spacing w:before="0" w:after="80" w:line="300" w:lineRule="auto"/>
        <w:jc w:val="left"/>
      </w:pPr>
      <w:r>
        <w:rPr>
          <w:rFonts w:ascii="Times New Roman" w:hAnsi="Times New Roman" w:eastAsia="宋体"/>
          <w:b w:val="0"/>
          <w:i w:val="0"/>
          <w:color w:val="333333"/>
          <w:sz w:val="19"/>
        </w:rPr>
        <w:t>Σⱼ₌₀⁵ (j+1)C(5, j)</w:t>
      </w:r>
    </w:p>
    <w:p>
      <w:pPr>
        <w:spacing w:before="0" w:after="80" w:line="300" w:lineRule="auto"/>
        <w:jc w:val="left"/>
      </w:pPr>
      <w:r>
        <w:rPr>
          <w:rFonts w:ascii="Times New Roman" w:hAnsi="Times New Roman" w:eastAsia="宋体"/>
          <w:b w:val="0"/>
          <w:i w:val="0"/>
          <w:color w:val="333333"/>
          <w:sz w:val="19"/>
        </w:rPr>
        <w:t>=Σⱼ₌₀⁵ jC(5, j)+Σⱼ₌₀⁵C(5, j)</w:t>
      </w:r>
    </w:p>
    <w:p>
      <w:pPr>
        <w:spacing w:before="0" w:after="80" w:line="300" w:lineRule="auto"/>
        <w:jc w:val="left"/>
      </w:pPr>
      <w:r>
        <w:rPr>
          <w:rFonts w:ascii="Times New Roman" w:hAnsi="Times New Roman" w:eastAsia="宋体"/>
          <w:b w:val="0"/>
          <w:i w:val="0"/>
          <w:color w:val="333333"/>
          <w:sz w:val="19"/>
        </w:rPr>
        <w:t>=5·2⁴+2⁵</w:t>
      </w:r>
    </w:p>
    <w:p>
      <w:pPr>
        <w:spacing w:before="0" w:after="80" w:line="300" w:lineRule="auto"/>
        <w:jc w:val="left"/>
      </w:pPr>
      <w:r>
        <w:rPr>
          <w:rFonts w:ascii="Times New Roman" w:hAnsi="Times New Roman" w:eastAsia="宋体"/>
          <w:b w:val="0"/>
          <w:i w:val="0"/>
          <w:color w:val="333333"/>
          <w:sz w:val="19"/>
        </w:rPr>
        <w:t>=80+32=112.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