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2020A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哪个 x 的值满足下式？</w:t>
      </w:r>
    </w:p>
    <w:p>
      <w:pPr>
        <w:spacing w:before="0" w:after="80" w:line="300" w:lineRule="auto"/>
        <w:jc w:val="left"/>
      </w:pPr>
      <w:r>
        <w:rPr>
          <w:rFonts w:ascii="Times New Roman" w:hAnsi="Times New Roman" w:eastAsia="宋体"/>
          <w:b w:val="0"/>
          <w:i w:val="0"/>
          <w:sz w:val="21"/>
        </w:rPr>
        <w:t>x- 3/4 = 5/12 - 1/3？</w:t>
      </w:r>
    </w:p>
    <w:p>
      <w:pPr>
        <w:spacing w:before="0" w:after="120" w:line="300" w:lineRule="auto"/>
      </w:pPr>
      <w:r>
        <w:rPr>
          <w:rFonts w:ascii="Times New Roman" w:hAnsi="Times New Roman" w:eastAsia="宋体"/>
          <w:b w:val="0"/>
          <w:i w:val="0"/>
          <w:sz w:val="21"/>
        </w:rPr>
        <w:t>（A）-2/3　　（B）/736　　（C）/712　　（D）/23　　（E）/56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value of x satisfies</w:t>
      </w:r>
    </w:p>
    <w:p>
      <w:pPr>
        <w:spacing w:before="0" w:after="80" w:line="300" w:lineRule="auto"/>
        <w:jc w:val="left"/>
      </w:pPr>
      <w:r>
        <w:rPr>
          <w:rFonts w:ascii="Times New Roman" w:hAnsi="Times New Roman" w:eastAsia="宋体"/>
          <w:b w:val="0"/>
          <w:i w:val="0"/>
          <w:color w:val="333333"/>
          <w:sz w:val="19"/>
        </w:rPr>
        <w:t>x- 3/4 = 5/12 - 1/3?</w:t>
      </w:r>
    </w:p>
    <w:p>
      <w:pPr>
        <w:spacing w:before="0" w:after="160" w:line="300" w:lineRule="auto"/>
      </w:pPr>
      <w:r>
        <w:rPr>
          <w:rFonts w:ascii="Times New Roman" w:hAnsi="Times New Roman" w:eastAsia="宋体"/>
          <w:b w:val="0"/>
          <w:i w:val="0"/>
          <w:color w:val="333333"/>
          <w:sz w:val="19"/>
        </w:rPr>
        <w:t>(A) -2/3　　(B) /736　　(C) /712　　(D) /23　　(E) /56</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数 3，5，7，a 和 b 的平均数为 15。a 和 b 的平均数是多少？</w:t>
      </w:r>
    </w:p>
    <w:p>
      <w:pPr>
        <w:spacing w:before="0" w:after="120" w:line="300" w:lineRule="auto"/>
      </w:pPr>
      <w:r>
        <w:rPr>
          <w:rFonts w:ascii="Times New Roman" w:hAnsi="Times New Roman" w:eastAsia="宋体"/>
          <w:b w:val="0"/>
          <w:i w:val="0"/>
          <w:sz w:val="21"/>
        </w:rPr>
        <w:t>（A）0　　（B）15　　（C）30　　（D）45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3, 5, 7, a, and b have an average (arithmetic mean) of 15. What is the average of a and b?</w:t>
      </w:r>
    </w:p>
    <w:p>
      <w:pPr>
        <w:spacing w:before="0" w:after="160" w:line="300" w:lineRule="auto"/>
      </w:pPr>
      <w:r>
        <w:rPr>
          <w:rFonts w:ascii="Times New Roman" w:hAnsi="Times New Roman" w:eastAsia="宋体"/>
          <w:b w:val="0"/>
          <w:i w:val="0"/>
          <w:color w:val="333333"/>
          <w:sz w:val="19"/>
        </w:rPr>
        <w:t>(A) 0　　(B) 15　　(C) 30　　(D) 45　　(E) 60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假设 a≠3、b≠4、c≠5，下列表达式的最简值是多少？</w:t>
      </w:r>
    </w:p>
    <w:p>
      <w:pPr>
        <w:spacing w:before="0" w:after="80" w:line="300" w:lineRule="auto"/>
        <w:jc w:val="left"/>
      </w:pPr>
      <w:r>
        <w:rPr>
          <w:rFonts w:ascii="Times New Roman" w:hAnsi="Times New Roman" w:eastAsia="宋体"/>
          <w:b w:val="0"/>
          <w:i w:val="0"/>
          <w:sz w:val="21"/>
        </w:rPr>
        <w:t>a-3/5-c · b-4/3-a · c-5/4-b</w:t>
      </w:r>
    </w:p>
    <w:p>
      <w:pPr>
        <w:spacing w:before="0" w:after="120" w:line="300" w:lineRule="auto"/>
      </w:pPr>
      <w:r>
        <w:rPr>
          <w:rFonts w:ascii="Times New Roman" w:hAnsi="Times New Roman" w:eastAsia="宋体"/>
          <w:b w:val="0"/>
          <w:i w:val="0"/>
          <w:sz w:val="21"/>
        </w:rPr>
        <w:t>（A）-1　　（B）1　　（C）/abc60　　（D）/1abc - 1/60　　（E）/160 - 1/abc</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Assuming a≠3, b≠4, and c≠5, what is the value in simplest form of the following expression?</w:t>
      </w:r>
    </w:p>
    <w:p>
      <w:pPr>
        <w:spacing w:before="0" w:after="80" w:line="300" w:lineRule="auto"/>
        <w:jc w:val="left"/>
      </w:pPr>
      <w:r>
        <w:rPr>
          <w:rFonts w:ascii="Times New Roman" w:hAnsi="Times New Roman" w:eastAsia="宋体"/>
          <w:b w:val="0"/>
          <w:i w:val="0"/>
          <w:color w:val="333333"/>
          <w:sz w:val="19"/>
        </w:rPr>
        <w:t>a-3/5-c · b-4/3-a · c-5/4-b</w:t>
      </w:r>
    </w:p>
    <w:p>
      <w:pPr>
        <w:spacing w:before="0" w:after="160" w:line="300" w:lineRule="auto"/>
      </w:pPr>
      <w:r>
        <w:rPr>
          <w:rFonts w:ascii="Times New Roman" w:hAnsi="Times New Roman" w:eastAsia="宋体"/>
          <w:b w:val="0"/>
          <w:i w:val="0"/>
          <w:color w:val="333333"/>
          <w:sz w:val="19"/>
        </w:rPr>
        <w:t>(A) -1　　(B) 1　　(C) /abc60　　(D) /1abc - 1/60　　(E) /160 - 1/abc</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一名司机开车 2 小时，速度为每小时 60 英里，在此期间汽车每加仑汽油可行驶 30 英里。她每行驶一英里获得 $0.50 报酬，唯一开销是每加仑价格为 $2.00 的汽油。扣除汽油费用后，她每小时的净报酬是多少美元？</w:t>
      </w:r>
    </w:p>
    <w:p>
      <w:pPr>
        <w:spacing w:before="0" w:after="120" w:line="300" w:lineRule="auto"/>
      </w:pPr>
      <w:r>
        <w:rPr>
          <w:rFonts w:ascii="Times New Roman" w:hAnsi="Times New Roman" w:eastAsia="宋体"/>
          <w:b w:val="0"/>
          <w:i w:val="0"/>
          <w:sz w:val="21"/>
        </w:rPr>
        <w:t>（A）20　　（B）22　　（C）24　　（D）25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driver travels for 2 hours at 60 miles per hour, during which her car gets 30 miles per gallon of gasoline. She is paid $0.50 per mile, and her only expense is gasoline at $2.00 per gallon. What is her net rate of pay, in dollars per hour, after this expense?</w:t>
      </w:r>
    </w:p>
    <w:p>
      <w:pPr>
        <w:spacing w:before="0" w:after="160" w:line="300" w:lineRule="auto"/>
      </w:pPr>
      <w:r>
        <w:rPr>
          <w:rFonts w:ascii="Times New Roman" w:hAnsi="Times New Roman" w:eastAsia="宋体"/>
          <w:b w:val="0"/>
          <w:i w:val="0"/>
          <w:color w:val="333333"/>
          <w:sz w:val="19"/>
        </w:rPr>
        <w:t>(A) 20　　(B) 22　　(C) 24　　(D) 25　　(E) 26</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所有满足下式的实数 x 之和是多少？</w:t>
      </w:r>
    </w:p>
    <w:p>
      <w:pPr>
        <w:spacing w:before="0" w:after="80" w:line="300" w:lineRule="auto"/>
        <w:jc w:val="left"/>
      </w:pPr>
      <w:r>
        <w:rPr>
          <w:rFonts w:ascii="Times New Roman" w:hAnsi="Times New Roman" w:eastAsia="宋体"/>
          <w:b w:val="0"/>
          <w:i w:val="0"/>
          <w:sz w:val="21"/>
        </w:rPr>
        <w:t>|x²-12x+34|=2？</w:t>
      </w:r>
    </w:p>
    <w:p>
      <w:pPr>
        <w:spacing w:before="0" w:after="120" w:line="300" w:lineRule="auto"/>
      </w:pPr>
      <w:r>
        <w:rPr>
          <w:rFonts w:ascii="Times New Roman" w:hAnsi="Times New Roman" w:eastAsia="宋体"/>
          <w:b w:val="0"/>
          <w:i w:val="0"/>
          <w:sz w:val="21"/>
        </w:rPr>
        <w:t>（A）12　　（B）15　　（C）18　　（D）21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sum of all real numbers x for which</w:t>
      </w:r>
    </w:p>
    <w:p>
      <w:pPr>
        <w:spacing w:before="0" w:after="80" w:line="300" w:lineRule="auto"/>
        <w:jc w:val="left"/>
      </w:pPr>
      <w:r>
        <w:rPr>
          <w:rFonts w:ascii="Times New Roman" w:hAnsi="Times New Roman" w:eastAsia="宋体"/>
          <w:b w:val="0"/>
          <w:i w:val="0"/>
          <w:color w:val="333333"/>
          <w:sz w:val="19"/>
        </w:rPr>
        <w:t>|x²-12x+34|=2?</w:t>
      </w:r>
    </w:p>
    <w:p>
      <w:pPr>
        <w:spacing w:before="0" w:after="160" w:line="300" w:lineRule="auto"/>
      </w:pPr>
      <w:r>
        <w:rPr>
          <w:rFonts w:ascii="Times New Roman" w:hAnsi="Times New Roman" w:eastAsia="宋体"/>
          <w:b w:val="0"/>
          <w:i w:val="0"/>
          <w:color w:val="333333"/>
          <w:sz w:val="19"/>
        </w:rPr>
        <w:t>(A) 12　　(B) 15　　(C) 18　　(D) 21　　(E) 25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有多少个 4 位正整数，也就是 1000 到 9999 之间的整数，只含偶数数字且能被 5 整除？</w:t>
      </w:r>
    </w:p>
    <w:p>
      <w:pPr>
        <w:spacing w:before="0" w:after="120" w:line="300" w:lineRule="auto"/>
      </w:pPr>
      <w:r>
        <w:rPr>
          <w:rFonts w:ascii="Times New Roman" w:hAnsi="Times New Roman" w:eastAsia="宋体"/>
          <w:b w:val="0"/>
          <w:i w:val="0"/>
          <w:sz w:val="21"/>
        </w:rPr>
        <w:t>（A）80　　（B）100　　（C）125　　（D）200　　（E）500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4-digit positive integers (that is, integers between 1000 and 9999, inclusive) having only even digits are divisible by 5?</w:t>
      </w:r>
    </w:p>
    <w:p>
      <w:pPr>
        <w:spacing w:before="0" w:after="160" w:line="300" w:lineRule="auto"/>
      </w:pPr>
      <w:r>
        <w:rPr>
          <w:rFonts w:ascii="Times New Roman" w:hAnsi="Times New Roman" w:eastAsia="宋体"/>
          <w:b w:val="0"/>
          <w:i w:val="0"/>
          <w:color w:val="333333"/>
          <w:sz w:val="19"/>
        </w:rPr>
        <w:t>(A) 80　　(B) 100　　(C) 125　　(D) 200　　(E) 500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25 个从 -10 到 14 的整数可以排列成一个 5 乘 5 的方阵，使每一行、每一列以及两条主对角线上的数之和都相同。这个公共和是多少？</w:t>
      </w:r>
    </w:p>
    <w:p>
      <w:pPr>
        <w:spacing w:before="0" w:after="120" w:line="300" w:lineRule="auto"/>
      </w:pPr>
      <w:r>
        <w:rPr>
          <w:rFonts w:ascii="Times New Roman" w:hAnsi="Times New Roman" w:eastAsia="宋体"/>
          <w:b w:val="0"/>
          <w:i w:val="0"/>
          <w:sz w:val="21"/>
        </w:rPr>
        <w:t>（A）2　　（B）5　　（C）10　　（D）25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25 integers from -10 to 14, inclusive, can be arranged to form a 5-by-5 square in which the sum of the numbers in each row, the sum of the numbers in each column, and the sum of the numbers along each of the main diagonals are all the same. What is the value of this common sum?</w:t>
      </w:r>
    </w:p>
    <w:p>
      <w:pPr>
        <w:spacing w:before="0" w:after="160" w:line="300" w:lineRule="auto"/>
      </w:pPr>
      <w:r>
        <w:rPr>
          <w:rFonts w:ascii="Times New Roman" w:hAnsi="Times New Roman" w:eastAsia="宋体"/>
          <w:b w:val="0"/>
          <w:i w:val="0"/>
          <w:color w:val="333333"/>
          <w:sz w:val="19"/>
        </w:rPr>
        <w:t>(A) 2　　(B) 5　　(C) 10　　(D) 25　　(E) 50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求下列表达式的值：</w:t>
      </w:r>
    </w:p>
    <w:p>
      <w:pPr>
        <w:spacing w:before="0" w:after="80" w:line="300" w:lineRule="auto"/>
        <w:jc w:val="left"/>
      </w:pPr>
      <w:r>
        <w:rPr>
          <w:rFonts w:ascii="Times New Roman" w:hAnsi="Times New Roman" w:eastAsia="宋体"/>
          <w:b w:val="0"/>
          <w:i w:val="0"/>
          <w:sz w:val="21"/>
        </w:rPr>
        <w:t>1+2+3-4+5+6+7-8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+197+198+199-200</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（A）9,800　　（B）9,900　　（C）10,000　　（D）10,100　　（E）10,200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1+2+3-4+5+6+7-8</w:t>
      </w:r>
    </w:p>
    <w:p>
      <w:pPr>
        <w:spacing w:before="0" w:after="80" w:line="300" w:lineRule="auto"/>
        <w:jc w:val="left"/>
      </w:pPr>
      <w:r>
        <w:rPr>
          <w:rFonts w:ascii="Times New Roman" w:hAnsi="Times New Roman" w:eastAsia="宋体"/>
          <w:b w:val="0"/>
          <w:i w:val="0"/>
          <w:color w:val="333333"/>
          <w:sz w:val="19"/>
        </w:rPr>
        <w:t>+⋯</w:t>
      </w:r>
    </w:p>
    <w:p>
      <w:pPr>
        <w:spacing w:before="0" w:after="80" w:line="300" w:lineRule="auto"/>
        <w:jc w:val="left"/>
      </w:pPr>
      <w:r>
        <w:rPr>
          <w:rFonts w:ascii="Times New Roman" w:hAnsi="Times New Roman" w:eastAsia="宋体"/>
          <w:b w:val="0"/>
          <w:i w:val="0"/>
          <w:color w:val="333333"/>
          <w:sz w:val="19"/>
        </w:rPr>
        <w:t>+197+198+199-200?</w:t>
      </w:r>
    </w:p>
    <w:p>
      <w:pPr>
        <w:spacing w:before="0" w:after="160" w:line="300" w:lineRule="auto"/>
      </w:pPr>
      <w:r>
        <w:rPr>
          <w:rFonts w:ascii="Times New Roman" w:hAnsi="Times New Roman" w:eastAsia="宋体"/>
          <w:b w:val="0"/>
          <w:i w:val="0"/>
          <w:color w:val="333333"/>
          <w:sz w:val="19"/>
        </w:rPr>
        <w:t>(A) 9,800　　(B) 9,900　　(C) 10,000　　(D) 10,100　　(E) 10,200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学校活动中，一个长凳单元可以坐 7 名成人或 11 名儿童。当 N 个长凳单元首尾相连时，相同人数的成人和儿童一起就坐，刚好占满所有长凳空间。N 的最小正整数值是多少？</w:t>
      </w:r>
    </w:p>
    <w:p>
      <w:pPr>
        <w:spacing w:before="0" w:after="120" w:line="300" w:lineRule="auto"/>
      </w:pPr>
      <w:r>
        <w:rPr>
          <w:rFonts w:ascii="Times New Roman" w:hAnsi="Times New Roman" w:eastAsia="宋体"/>
          <w:b w:val="0"/>
          <w:i w:val="0"/>
          <w:sz w:val="21"/>
        </w:rPr>
        <w:t>（A）9　　（B）18　　（C）27　　（D）36　　（E）77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single bench section at a school event can hold either 7 adults or 11 children. When N bench sections are connected end to end, an equal number of adults and children seated together will occupy all the bench space. What is the least possible positive integer value of N?</w:t>
      </w:r>
    </w:p>
    <w:p>
      <w:pPr>
        <w:spacing w:before="0" w:after="160" w:line="300" w:lineRule="auto"/>
      </w:pPr>
      <w:r>
        <w:rPr>
          <w:rFonts w:ascii="Times New Roman" w:hAnsi="Times New Roman" w:eastAsia="宋体"/>
          <w:b w:val="0"/>
          <w:i w:val="0"/>
          <w:color w:val="333333"/>
          <w:sz w:val="19"/>
        </w:rPr>
        <w:t>(A) 9　　(B) 18　　(C) 27　　(D) 36　　(E) 77</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七个立方体的体积分别为 1、8、27、64、125、216 和 343 立方单位。它们竖直堆成一座塔，体积从底部到顶部递减。除最底部的立方体外，每个立方体的底面都完全位于其下方立方体的顶面上。求这座塔的总表面积，包括底面。</w:t>
      </w:r>
    </w:p>
    <w:p>
      <w:pPr>
        <w:spacing w:before="0" w:after="120" w:line="300" w:lineRule="auto"/>
      </w:pPr>
      <w:r>
        <w:rPr>
          <w:rFonts w:ascii="Times New Roman" w:hAnsi="Times New Roman" w:eastAsia="宋体"/>
          <w:b w:val="0"/>
          <w:i w:val="0"/>
          <w:sz w:val="21"/>
        </w:rPr>
        <w:t>（A）644　　（B）658　　（C）664　　（D）720　　（E）749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Seven cubes, whose volumes are 1, 8, 27, 64, 125, 216, and 343 cubic units, are stacked vertically to form a tower in which the volumes of the cubes decrease from bottom to top. Except for the bottom cube, the bottom face of each cube lies completely on top of the cube below it. What is the total surface area of the tower (including the bottom) in square units?</w:t>
      </w:r>
    </w:p>
    <w:p>
      <w:pPr>
        <w:spacing w:before="0" w:after="160" w:line="300" w:lineRule="auto"/>
      </w:pPr>
      <w:r>
        <w:rPr>
          <w:rFonts w:ascii="Times New Roman" w:hAnsi="Times New Roman" w:eastAsia="宋体"/>
          <w:b w:val="0"/>
          <w:i w:val="0"/>
          <w:color w:val="333333"/>
          <w:sz w:val="19"/>
        </w:rPr>
        <w:t>(A) 644　　(B) 658　　(C) 664　　(D) 720　　(E) 749</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下列 4040 个数的列表的中位数是多少？</w:t>
      </w:r>
    </w:p>
    <w:p>
      <w:pPr>
        <w:spacing w:before="0" w:after="80" w:line="300" w:lineRule="auto"/>
        <w:jc w:val="left"/>
      </w:pPr>
      <w:r>
        <w:rPr>
          <w:rFonts w:ascii="Times New Roman" w:hAnsi="Times New Roman" w:eastAsia="宋体"/>
          <w:b w:val="0"/>
          <w:i w:val="0"/>
          <w:sz w:val="21"/>
        </w:rPr>
        <w:t>1,2,3,…,2020,</w:t>
      </w:r>
    </w:p>
    <w:p>
      <w:pPr>
        <w:spacing w:before="0" w:after="80" w:line="300" w:lineRule="auto"/>
        <w:jc w:val="left"/>
      </w:pPr>
      <w:r>
        <w:rPr>
          <w:rFonts w:ascii="Times New Roman" w:hAnsi="Times New Roman" w:eastAsia="宋体"/>
          <w:b w:val="0"/>
          <w:i w:val="0"/>
          <w:sz w:val="21"/>
        </w:rPr>
        <w:t>1²,2²,3²,…,2020²</w:t>
      </w:r>
    </w:p>
    <w:p>
      <w:pPr>
        <w:spacing w:before="0" w:after="120" w:line="300" w:lineRule="auto"/>
      </w:pPr>
      <w:r>
        <w:rPr>
          <w:rFonts w:ascii="Times New Roman" w:hAnsi="Times New Roman" w:eastAsia="宋体"/>
          <w:b w:val="0"/>
          <w:i w:val="0"/>
          <w:sz w:val="21"/>
        </w:rPr>
        <w:t>（A）1974.5　　（B）1975.5　　（C）1976.5　　（D）1977.5　　（E）1978.5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median of the following list of 4040 numbers?</w:t>
      </w:r>
    </w:p>
    <w:p>
      <w:pPr>
        <w:spacing w:before="0" w:after="80" w:line="300" w:lineRule="auto"/>
        <w:jc w:val="left"/>
      </w:pPr>
      <w:r>
        <w:rPr>
          <w:rFonts w:ascii="Times New Roman" w:hAnsi="Times New Roman" w:eastAsia="宋体"/>
          <w:b w:val="0"/>
          <w:i w:val="0"/>
          <w:color w:val="333333"/>
          <w:sz w:val="19"/>
        </w:rPr>
        <w:t>1,2,3,…,2020,</w:t>
      </w:r>
    </w:p>
    <w:p>
      <w:pPr>
        <w:spacing w:before="0" w:after="80" w:line="300" w:lineRule="auto"/>
        <w:jc w:val="left"/>
      </w:pPr>
      <w:r>
        <w:rPr>
          <w:rFonts w:ascii="Times New Roman" w:hAnsi="Times New Roman" w:eastAsia="宋体"/>
          <w:b w:val="0"/>
          <w:i w:val="0"/>
          <w:color w:val="333333"/>
          <w:sz w:val="19"/>
        </w:rPr>
        <w:t>1²,2²,3²,…,2020²</w:t>
      </w:r>
    </w:p>
    <w:p>
      <w:pPr>
        <w:spacing w:before="0" w:after="160" w:line="300" w:lineRule="auto"/>
      </w:pPr>
      <w:r>
        <w:rPr>
          <w:rFonts w:ascii="Times New Roman" w:hAnsi="Times New Roman" w:eastAsia="宋体"/>
          <w:b w:val="0"/>
          <w:i w:val="0"/>
          <w:color w:val="333333"/>
          <w:sz w:val="19"/>
        </w:rPr>
        <w:t>(A) 1974.5　　(B) 1975.5　　(C) 1976.5　　(D) 1977.5　　(E) 1978.5</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三角形 AMC 是等腰三角形，且 AM = AC。中线 MV 和 CU 互相垂直，并且 MV=CU=12。求 △ AMC 的面积。</w:t>
      </w:r>
    </w:p>
    <w:p>
      <w:pPr>
        <w:spacing w:before="80" w:after="80"/>
        <w:jc w:val="center"/>
      </w:pPr>
      <w:r>
        <w:drawing>
          <wp:inline xmlns:a="http://schemas.openxmlformats.org/drawingml/2006/main" xmlns:pic="http://schemas.openxmlformats.org/drawingml/2006/picture">
            <wp:extent cx="1621390" cy="2061541"/>
            <wp:docPr id="1" name="Picture 1"/>
            <wp:cNvGraphicFramePr>
              <a:graphicFrameLocks noChangeAspect="1"/>
            </wp:cNvGraphicFramePr>
            <a:graphic>
              <a:graphicData uri="http://schemas.openxmlformats.org/drawingml/2006/picture">
                <pic:pic>
                  <pic:nvPicPr>
                    <pic:cNvPr id="0" name="q12-1@300dpi.png"/>
                    <pic:cNvPicPr/>
                  </pic:nvPicPr>
                  <pic:blipFill>
                    <a:blip r:embed="rId9"/>
                    <a:stretch>
                      <a:fillRect/>
                    </a:stretch>
                  </pic:blipFill>
                  <pic:spPr>
                    <a:xfrm>
                      <a:off x="0" y="0"/>
                      <a:ext cx="1621390" cy="2061541"/>
                    </a:xfrm>
                    <a:prstGeom prst="rect"/>
                  </pic:spPr>
                </pic:pic>
              </a:graphicData>
            </a:graphic>
          </wp:inline>
        </w:drawing>
      </w:r>
    </w:p>
    <w:p>
      <w:pPr>
        <w:spacing w:before="0" w:after="120" w:line="300" w:lineRule="auto"/>
      </w:pPr>
      <w:r>
        <w:rPr>
          <w:rFonts w:ascii="Times New Roman" w:hAnsi="Times New Roman" w:eastAsia="宋体"/>
          <w:b w:val="0"/>
          <w:i w:val="0"/>
          <w:sz w:val="21"/>
        </w:rPr>
        <w:t>（A）48　　（B）72　　（C）96　　（D）144　　（E）192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AMC is isosceles with AM = AC. Medians MV and CU are perpendicular to each other, and MV=CU=12. What is the area of △ AMC?</w:t>
      </w:r>
    </w:p>
    <w:p>
      <w:pPr>
        <w:spacing w:before="80" w:after="80"/>
        <w:jc w:val="center"/>
      </w:pPr>
      <w:r>
        <w:drawing>
          <wp:inline xmlns:a="http://schemas.openxmlformats.org/drawingml/2006/main" xmlns:pic="http://schemas.openxmlformats.org/drawingml/2006/picture">
            <wp:extent cx="1621390" cy="2061541"/>
            <wp:docPr id="2" name="Picture 2"/>
            <wp:cNvGraphicFramePr>
              <a:graphicFrameLocks noChangeAspect="1"/>
            </wp:cNvGraphicFramePr>
            <a:graphic>
              <a:graphicData uri="http://schemas.openxmlformats.org/drawingml/2006/picture">
                <pic:pic>
                  <pic:nvPicPr>
                    <pic:cNvPr id="0" name="q12-1@300dpi.png"/>
                    <pic:cNvPicPr/>
                  </pic:nvPicPr>
                  <pic:blipFill>
                    <a:blip r:embed="rId9"/>
                    <a:stretch>
                      <a:fillRect/>
                    </a:stretch>
                  </pic:blipFill>
                  <pic:spPr>
                    <a:xfrm>
                      <a:off x="0" y="0"/>
                      <a:ext cx="1621390" cy="206154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48　　(B) 72　　(C) 96　　(D) 144　　(E) 192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一只青蛙坐在点 (1, 2)，开始连续跳跃。每次跳跃都平行于某条坐标轴，长度为 1，方向为上、下、右、左之一，且每次独立随机选择。当青蛙到达以 (0, 0)、(0, 4)、(4, 4) 和 (4, 0) 为顶点的正方形的一条边时，跳跃序列结束。跳跃序列在正方形的竖直边上结束的概率是多少？</w:t>
      </w:r>
    </w:p>
    <w:p>
      <w:pPr>
        <w:spacing w:before="0" w:after="120" w:line="300" w:lineRule="auto"/>
      </w:pPr>
      <w:r>
        <w:rPr>
          <w:rFonts w:ascii="Times New Roman" w:hAnsi="Times New Roman" w:eastAsia="宋体"/>
          <w:b w:val="0"/>
          <w:i w:val="0"/>
          <w:sz w:val="21"/>
        </w:rPr>
        <w:t>（A）/12　　（B）/58　　（C）/23　　（D）/34　　（E）/78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frog sitting at the point (1, 2) begins a sequence of jumps, where each jump is parallel to one of the coordinate axes and has length 1, and the direction of each jump (up, down, right, or left) is chosen independently at random. The sequence ends when the frog reaches a side of the square with vertices (0, 0), (0, 4), (4, 4), and (4, 0). What is the probability that the sequence of jumps ends on a vertical side of the square?</w:t>
      </w:r>
    </w:p>
    <w:p>
      <w:pPr>
        <w:spacing w:before="0" w:after="160" w:line="300" w:lineRule="auto"/>
      </w:pPr>
      <w:r>
        <w:rPr>
          <w:rFonts w:ascii="Times New Roman" w:hAnsi="Times New Roman" w:eastAsia="宋体"/>
          <w:b w:val="0"/>
          <w:i w:val="0"/>
          <w:color w:val="333333"/>
          <w:sz w:val="19"/>
        </w:rPr>
        <w:t>(A) /12　　(B) /58　　(C) /23　　(D) /34　　(E) /78</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实数 x 和 y 满足 x + y = 4 且 x · y = -2。求下列表达式的值：</w:t>
      </w:r>
    </w:p>
    <w:p>
      <w:pPr>
        <w:spacing w:before="0" w:after="80" w:line="300" w:lineRule="auto"/>
        <w:jc w:val="left"/>
      </w:pPr>
      <w:r>
        <w:rPr>
          <w:rFonts w:ascii="Times New Roman" w:hAnsi="Times New Roman" w:eastAsia="宋体"/>
          <w:b w:val="0"/>
          <w:i w:val="0"/>
          <w:sz w:val="21"/>
        </w:rPr>
        <w:t>x + x³/y² + y³/x² + y？</w:t>
      </w:r>
    </w:p>
    <w:p>
      <w:pPr>
        <w:spacing w:before="0" w:after="120" w:line="300" w:lineRule="auto"/>
      </w:pPr>
      <w:r>
        <w:rPr>
          <w:rFonts w:ascii="Times New Roman" w:hAnsi="Times New Roman" w:eastAsia="宋体"/>
          <w:b w:val="0"/>
          <w:i w:val="0"/>
          <w:sz w:val="21"/>
        </w:rPr>
        <w:t>（A）360　　（B）400　　（C）420　　（D）440　　（E）480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Real numbers x and y satisfy x + y = 4 and x · y = -2. What is the value of</w:t>
      </w:r>
    </w:p>
    <w:p>
      <w:pPr>
        <w:spacing w:before="0" w:after="80" w:line="300" w:lineRule="auto"/>
        <w:jc w:val="left"/>
      </w:pPr>
      <w:r>
        <w:rPr>
          <w:rFonts w:ascii="Times New Roman" w:hAnsi="Times New Roman" w:eastAsia="宋体"/>
          <w:b w:val="0"/>
          <w:i w:val="0"/>
          <w:color w:val="333333"/>
          <w:sz w:val="19"/>
        </w:rPr>
        <w:t>x + x³/y² + y³/x² + y?</w:t>
      </w:r>
    </w:p>
    <w:p>
      <w:pPr>
        <w:spacing w:before="0" w:after="160" w:line="300" w:lineRule="auto"/>
      </w:pPr>
      <w:r>
        <w:rPr>
          <w:rFonts w:ascii="Times New Roman" w:hAnsi="Times New Roman" w:eastAsia="宋体"/>
          <w:b w:val="0"/>
          <w:i w:val="0"/>
          <w:color w:val="333333"/>
          <w:sz w:val="19"/>
        </w:rPr>
        <w:t>(A) 360　　(B) 400　　(C) 420　　(D) 440　　(E) 480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从 12! 的正整数因数中随机选一个。所选因数为完全平方数的概率可写为 m/n，其中 m、n 为互质正整数。求 m+n。</w:t>
      </w:r>
    </w:p>
    <w:p>
      <w:pPr>
        <w:spacing w:before="0" w:after="120" w:line="300" w:lineRule="auto"/>
      </w:pPr>
      <w:r>
        <w:rPr>
          <w:rFonts w:ascii="Times New Roman" w:hAnsi="Times New Roman" w:eastAsia="宋体"/>
          <w:b w:val="0"/>
          <w:i w:val="0"/>
          <w:sz w:val="21"/>
        </w:rPr>
        <w:t>（A）3　　（B）5　　（C）12　　（D）18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positive integer divisor of 12! is chosen at random. The probability that the divisor chosen is a perfect square can be expressed as m/n, where m and n are relatively prime positive integers. What is m+n?</w:t>
      </w:r>
    </w:p>
    <w:p>
      <w:pPr>
        <w:spacing w:before="0" w:after="160" w:line="300" w:lineRule="auto"/>
      </w:pPr>
      <w:r>
        <w:rPr>
          <w:rFonts w:ascii="Times New Roman" w:hAnsi="Times New Roman" w:eastAsia="宋体"/>
          <w:b w:val="0"/>
          <w:i w:val="0"/>
          <w:color w:val="333333"/>
          <w:sz w:val="19"/>
        </w:rPr>
        <w:t>(A) 3　　(B) 5　　(C) 12　　(D) 18　　(E) 23</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在坐标平面中，从顶点为 (0, 0)、(2020, 0)、(2020, 2020) 和 (0, 2020) 的正方形内部随机选一点。该点距离某个格点不超过 d 个单位的概率为 1/2。其中格点指坐标 (x, y) 中 x 和 y 均为整数的点。求 d 四舍五入到最接近的十分位是多少？</w:t>
      </w:r>
    </w:p>
    <w:p>
      <w:pPr>
        <w:spacing w:before="0" w:after="120" w:line="300" w:lineRule="auto"/>
      </w:pPr>
      <w:r>
        <w:rPr>
          <w:rFonts w:ascii="Times New Roman" w:hAnsi="Times New Roman" w:eastAsia="宋体"/>
          <w:b w:val="0"/>
          <w:i w:val="0"/>
          <w:sz w:val="21"/>
        </w:rPr>
        <w:t>（A）0.3　　（B）0.4　　（C）0.5　　（D）0.6　　（E）0.7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point is chosen at random within the square in the coordinate plane whose vertices are (0, 0), (2020, 0), (2020, 2020), and (0, 2020). The probability that the point is within d units of a lattice point is 1/2. (A point (x, y) is a lattice point if x and y are both integers.) What is d to the nearest tenth?</w:t>
      </w:r>
    </w:p>
    <w:p>
      <w:pPr>
        <w:spacing w:before="0" w:after="160" w:line="300" w:lineRule="auto"/>
      </w:pPr>
      <w:r>
        <w:rPr>
          <w:rFonts w:ascii="Times New Roman" w:hAnsi="Times New Roman" w:eastAsia="宋体"/>
          <w:b w:val="0"/>
          <w:i w:val="0"/>
          <w:color w:val="333333"/>
          <w:sz w:val="19"/>
        </w:rPr>
        <w:t>(A) 0.3　　(B) 0.4　　(C) 0.5　　(D) 0.6　　(E) 0.7</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定义</w:t>
      </w:r>
    </w:p>
    <w:p>
      <w:pPr>
        <w:spacing w:before="0" w:after="80" w:line="300" w:lineRule="auto"/>
        <w:jc w:val="left"/>
      </w:pPr>
      <w:r>
        <w:rPr>
          <w:rFonts w:ascii="Times New Roman" w:hAnsi="Times New Roman" w:eastAsia="宋体"/>
          <w:b w:val="0"/>
          <w:i w:val="0"/>
          <w:sz w:val="21"/>
        </w:rPr>
        <w:t>P(x)=(x-1²)(x-2²)</w:t>
      </w:r>
    </w:p>
    <w:p>
      <w:pPr>
        <w:spacing w:before="0" w:after="80" w:line="300" w:lineRule="auto"/>
        <w:jc w:val="left"/>
      </w:pPr>
      <w:r>
        <w:rPr>
          <w:rFonts w:ascii="Times New Roman" w:hAnsi="Times New Roman" w:eastAsia="宋体"/>
          <w:b w:val="0"/>
          <w:i w:val="0"/>
          <w:sz w:val="21"/>
        </w:rPr>
        <w:t>⋯(x-100²)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有多少个整数 n 满足 P(n)≤ 0？</w:t>
      </w:r>
    </w:p>
    <w:p>
      <w:pPr>
        <w:spacing w:before="0" w:after="120" w:line="300" w:lineRule="auto"/>
      </w:pPr>
      <w:r>
        <w:rPr>
          <w:rFonts w:ascii="Times New Roman" w:hAnsi="Times New Roman" w:eastAsia="宋体"/>
          <w:b w:val="0"/>
          <w:i w:val="0"/>
          <w:sz w:val="21"/>
        </w:rPr>
        <w:t>（A）4900　　（B）4950　　（C）5000　　（D）5050　　（E）5100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w:t>
      </w:r>
    </w:p>
    <w:p>
      <w:pPr>
        <w:spacing w:before="0" w:after="80" w:line="300" w:lineRule="auto"/>
        <w:jc w:val="left"/>
      </w:pPr>
      <w:r>
        <w:rPr>
          <w:rFonts w:ascii="Times New Roman" w:hAnsi="Times New Roman" w:eastAsia="宋体"/>
          <w:b w:val="0"/>
          <w:i w:val="0"/>
          <w:color w:val="333333"/>
          <w:sz w:val="19"/>
        </w:rPr>
        <w:t>P(x)=(x-1²)(x-2²)</w:t>
      </w:r>
    </w:p>
    <w:p>
      <w:pPr>
        <w:spacing w:before="0" w:after="80" w:line="300" w:lineRule="auto"/>
        <w:jc w:val="left"/>
      </w:pPr>
      <w:r>
        <w:rPr>
          <w:rFonts w:ascii="Times New Roman" w:hAnsi="Times New Roman" w:eastAsia="宋体"/>
          <w:b w:val="0"/>
          <w:i w:val="0"/>
          <w:color w:val="333333"/>
          <w:sz w:val="19"/>
        </w:rPr>
        <w:t>⋯(x-100²).</w:t>
      </w:r>
    </w:p>
    <w:p>
      <w:pPr>
        <w:spacing w:before="0" w:after="80" w:line="300" w:lineRule="auto"/>
        <w:jc w:val="left"/>
      </w:pPr>
      <w:r>
        <w:rPr>
          <w:rFonts w:ascii="Times New Roman" w:hAnsi="Times New Roman" w:eastAsia="宋体"/>
          <w:b w:val="0"/>
          <w:i w:val="0"/>
          <w:color w:val="333333"/>
          <w:sz w:val="19"/>
        </w:rPr>
        <w:t>How many integers n are there such that P(n)≤ 0?</w:t>
      </w:r>
    </w:p>
    <w:p>
      <w:pPr>
        <w:spacing w:before="0" w:after="160" w:line="300" w:lineRule="auto"/>
      </w:pPr>
      <w:r>
        <w:rPr>
          <w:rFonts w:ascii="Times New Roman" w:hAnsi="Times New Roman" w:eastAsia="宋体"/>
          <w:b w:val="0"/>
          <w:i w:val="0"/>
          <w:color w:val="333333"/>
          <w:sz w:val="19"/>
        </w:rPr>
        <w:t>(A) 4900　　(B) 4950　　(C) 5000　　(D) 5050　　(E) 5100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设 (a,b,c,d) 为一个有序四元组，其中每个数都是集合 {0,1,2,3} 中的整数，且不要求互不相同。有多少个这样的四元组满足 a· d-b· c 为奇数？例如，(0,3,1,1) 是一个这样的四元组，因为 0· 1-3· 1 = -3 为奇数。</w:t>
      </w:r>
    </w:p>
    <w:p>
      <w:pPr>
        <w:spacing w:before="0" w:after="120" w:line="300" w:lineRule="auto"/>
      </w:pPr>
      <w:r>
        <w:rPr>
          <w:rFonts w:ascii="Times New Roman" w:hAnsi="Times New Roman" w:eastAsia="宋体"/>
          <w:b w:val="0"/>
          <w:i w:val="0"/>
          <w:sz w:val="21"/>
        </w:rPr>
        <w:t>（A）48　　（B）64　　（C）96　　（D）128　　（E）192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 be an ordered quadruple of not necessarily distinct integers, each one of them in the set {0,1,2,3}. For how many such quadruples is it true that a· d-b· c is odd? (For example, (0,3,1,1) is one such quadruple, because 0· 1-3· 1 = -3 is odd.)</w:t>
      </w:r>
    </w:p>
    <w:p>
      <w:pPr>
        <w:spacing w:before="0" w:after="160" w:line="300" w:lineRule="auto"/>
      </w:pPr>
      <w:r>
        <w:rPr>
          <w:rFonts w:ascii="Times New Roman" w:hAnsi="Times New Roman" w:eastAsia="宋体"/>
          <w:b w:val="0"/>
          <w:i w:val="0"/>
          <w:color w:val="333333"/>
          <w:sz w:val="19"/>
        </w:rPr>
        <w:t>(A) 48　　(B) 64　　(C) 96　　(D) 128　　(E) 192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如下图所示，一个正十二面体，也就是由 12 个全等正五边形面组成的多面体，漂浮在空间中，并有两个水平面。注意，顶面相邻有一圈五个倾斜面，底面相邻也有一圈五个倾斜面。从顶面出发，经由一系列相邻面移动到底面，且每个面至多访问一次，并且不允许从底部环移动到顶部环。这样的走法有多少种？</w:t>
      </w:r>
    </w:p>
    <w:p>
      <w:pPr>
        <w:spacing w:before="80" w:after="80"/>
        <w:jc w:val="center"/>
      </w:pPr>
      <w:r>
        <w:drawing>
          <wp:inline xmlns:a="http://schemas.openxmlformats.org/drawingml/2006/main" xmlns:pic="http://schemas.openxmlformats.org/drawingml/2006/picture">
            <wp:extent cx="1521949" cy="1561550"/>
            <wp:docPr id="3" name="Picture 3"/>
            <wp:cNvGraphicFramePr>
              <a:graphicFrameLocks noChangeAspect="1"/>
            </wp:cNvGraphicFramePr>
            <a:graphic>
              <a:graphicData uri="http://schemas.openxmlformats.org/drawingml/2006/picture">
                <pic:pic>
                  <pic:nvPicPr>
                    <pic:cNvPr id="0" name="q19-1@300dpi.png"/>
                    <pic:cNvPicPr/>
                  </pic:nvPicPr>
                  <pic:blipFill>
                    <a:blip r:embed="rId10"/>
                    <a:stretch>
                      <a:fillRect/>
                    </a:stretch>
                  </pic:blipFill>
                  <pic:spPr>
                    <a:xfrm>
                      <a:off x="0" y="0"/>
                      <a:ext cx="1521949" cy="1561550"/>
                    </a:xfrm>
                    <a:prstGeom prst="rect"/>
                  </pic:spPr>
                </pic:pic>
              </a:graphicData>
            </a:graphic>
          </wp:inline>
        </w:drawing>
      </w:r>
    </w:p>
    <w:p>
      <w:pPr>
        <w:spacing w:before="0" w:after="120" w:line="300" w:lineRule="auto"/>
      </w:pPr>
      <w:r>
        <w:rPr>
          <w:rFonts w:ascii="Times New Roman" w:hAnsi="Times New Roman" w:eastAsia="宋体"/>
          <w:b w:val="0"/>
          <w:i w:val="0"/>
          <w:sz w:val="21"/>
        </w:rPr>
        <w:t>（A）125　　（B）250　　（C）405　　（D）640　　（E）810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shown in the figure below, a regular dodecahedron (the polyhedron consisting of 12 congruent regular pentagonal faces) floats in space with two horizontal faces. Note that there is a ring of five slanted faces adjacent to the top face, and a ring of five slanted faces adjacent to the bottom face. How many ways are there to move from the top face to the bottom face via a sequence of adjacent faces so that each face is visited at most once and moves are not permitted from the bottom ring to the top ring?</w:t>
      </w:r>
    </w:p>
    <w:p>
      <w:pPr>
        <w:spacing w:before="80" w:after="80"/>
        <w:jc w:val="center"/>
      </w:pPr>
      <w:r>
        <w:drawing>
          <wp:inline xmlns:a="http://schemas.openxmlformats.org/drawingml/2006/main" xmlns:pic="http://schemas.openxmlformats.org/drawingml/2006/picture">
            <wp:extent cx="1521949" cy="1561550"/>
            <wp:docPr id="4" name="Picture 4"/>
            <wp:cNvGraphicFramePr>
              <a:graphicFrameLocks noChangeAspect="1"/>
            </wp:cNvGraphicFramePr>
            <a:graphic>
              <a:graphicData uri="http://schemas.openxmlformats.org/drawingml/2006/picture">
                <pic:pic>
                  <pic:nvPicPr>
                    <pic:cNvPr id="0" name="q19-1@300dpi.png"/>
                    <pic:cNvPicPr/>
                  </pic:nvPicPr>
                  <pic:blipFill>
                    <a:blip r:embed="rId10"/>
                    <a:stretch>
                      <a:fillRect/>
                    </a:stretch>
                  </pic:blipFill>
                  <pic:spPr>
                    <a:xfrm>
                      <a:off x="0" y="0"/>
                      <a:ext cx="1521949" cy="156155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125　　(B) 250　　(C) 405　　(D) 640　　(E) 810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四边形 ABCD 满足 ∠ ABC = ∠ ACD = 90°、AC=20、CD=30。对角线 AC 和 BD 交于点 E，且 AE=5。求四边形 ABCD 的面积。</w:t>
      </w:r>
    </w:p>
    <w:p>
      <w:pPr>
        <w:spacing w:before="0" w:after="120" w:line="300" w:lineRule="auto"/>
      </w:pPr>
      <w:r>
        <w:rPr>
          <w:rFonts w:ascii="Times New Roman" w:hAnsi="Times New Roman" w:eastAsia="宋体"/>
          <w:b w:val="0"/>
          <w:i w:val="0"/>
          <w:sz w:val="21"/>
        </w:rPr>
        <w:t>（A）330　　（B）340　　（C）350　　（D）360　　（E）370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Quadrilateral ABCD satisfies ∠ ABC = ∠ ACD = 90°, AC=20, and CD=30. Diagonals AC and BD intersect at point E, and AE=5. What is the area of quadrilateral ABCD?</w:t>
      </w:r>
    </w:p>
    <w:p>
      <w:pPr>
        <w:spacing w:before="0" w:after="160" w:line="300" w:lineRule="auto"/>
      </w:pPr>
      <w:r>
        <w:rPr>
          <w:rFonts w:ascii="Times New Roman" w:hAnsi="Times New Roman" w:eastAsia="宋体"/>
          <w:b w:val="0"/>
          <w:i w:val="0"/>
          <w:color w:val="333333"/>
          <w:sz w:val="19"/>
        </w:rPr>
        <w:t>(A) 330　　(B) 340　　(C) 350　　(D) 360　　(E) 370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存在唯一严格递增的非负整数序列 a₁</w:t>
      </w:r>
    </w:p>
    <w:p>
      <w:pPr>
        <w:spacing w:before="0" w:after="120" w:line="300" w:lineRule="auto"/>
      </w:pPr>
      <w:r>
        <w:rPr>
          <w:rFonts w:ascii="Times New Roman" w:hAnsi="Times New Roman" w:eastAsia="宋体"/>
          <w:b w:val="0"/>
          <w:i w:val="0"/>
          <w:sz w:val="21"/>
        </w:rPr>
        <w:t>（A）117　　（B）136　　（C）137　　（D）273　　（E）306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exists a unique strictly increasing sequence of nonnegative integers a₁</w:t>
      </w:r>
    </w:p>
    <w:p>
      <w:pPr>
        <w:spacing w:before="0" w:after="160" w:line="300" w:lineRule="auto"/>
      </w:pPr>
      <w:r>
        <w:rPr>
          <w:rFonts w:ascii="Times New Roman" w:hAnsi="Times New Roman" w:eastAsia="宋体"/>
          <w:b w:val="0"/>
          <w:i w:val="0"/>
          <w:color w:val="333333"/>
          <w:sz w:val="19"/>
        </w:rPr>
        <w:t>(A) 117　　(B) 136　　(C) 137　　(D) 273　　(E) 306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有多少个正整数 n ≤ 1000，使得</w:t>
      </w:r>
    </w:p>
    <w:p>
      <w:pPr>
        <w:spacing w:before="0" w:after="80" w:line="300" w:lineRule="auto"/>
        <w:jc w:val="left"/>
      </w:pPr>
      <w:r>
        <w:rPr>
          <w:rFonts w:ascii="Times New Roman" w:hAnsi="Times New Roman" w:eastAsia="宋体"/>
          <w:b w:val="0"/>
          <w:i w:val="0"/>
          <w:sz w:val="21"/>
        </w:rPr>
        <w:t>⌊ 998/n ⌋+⌊ 999/n ⌋+⌊ 1000/n ⌋</w:t>
      </w:r>
    </w:p>
    <w:p>
      <w:pPr>
        <w:spacing w:before="0" w:after="80" w:line="300" w:lineRule="auto"/>
        <w:jc w:val="left"/>
      </w:pPr>
      <w:r>
        <w:rPr>
          <w:rFonts w:ascii="Times New Roman" w:hAnsi="Times New Roman" w:eastAsia="宋体"/>
          <w:b w:val="0"/>
          <w:i w:val="0"/>
          <w:sz w:val="21"/>
        </w:rPr>
        <w:t>不能被 3 整除？这里 ⌊ x ⌋ 表示不超过 x 的最大整数。</w:t>
      </w:r>
    </w:p>
    <w:p>
      <w:pPr>
        <w:spacing w:before="0" w:after="120" w:line="300" w:lineRule="auto"/>
      </w:pPr>
      <w:r>
        <w:rPr>
          <w:rFonts w:ascii="Times New Roman" w:hAnsi="Times New Roman" w:eastAsia="宋体"/>
          <w:b w:val="0"/>
          <w:i w:val="0"/>
          <w:sz w:val="21"/>
        </w:rPr>
        <w:t>（A）22　　（B）23　　（C）24　　（D）25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positive integers n ≤ 1000 is</w:t>
      </w:r>
    </w:p>
    <w:p>
      <w:pPr>
        <w:spacing w:before="0" w:after="80" w:line="300" w:lineRule="auto"/>
        <w:jc w:val="left"/>
      </w:pPr>
      <w:r>
        <w:rPr>
          <w:rFonts w:ascii="Times New Roman" w:hAnsi="Times New Roman" w:eastAsia="宋体"/>
          <w:b w:val="0"/>
          <w:i w:val="0"/>
          <w:color w:val="333333"/>
          <w:sz w:val="19"/>
        </w:rPr>
        <w:t>⌊ 998/n ⌋+⌊ 999/n ⌋+⌊ 1000/n ⌋</w:t>
      </w:r>
    </w:p>
    <w:p>
      <w:pPr>
        <w:spacing w:before="0" w:after="80" w:line="300" w:lineRule="auto"/>
        <w:jc w:val="left"/>
      </w:pPr>
      <w:r>
        <w:rPr>
          <w:rFonts w:ascii="Times New Roman" w:hAnsi="Times New Roman" w:eastAsia="宋体"/>
          <w:b w:val="0"/>
          <w:i w:val="0"/>
          <w:color w:val="333333"/>
          <w:sz w:val="19"/>
        </w:rPr>
        <w:t>not divisible by 3? (Recall that ⌊ x ⌋ is the greatest integer less than or equal to x.)</w:t>
      </w:r>
    </w:p>
    <w:p>
      <w:pPr>
        <w:spacing w:before="0" w:after="160" w:line="300" w:lineRule="auto"/>
      </w:pPr>
      <w:r>
        <w:rPr>
          <w:rFonts w:ascii="Times New Roman" w:hAnsi="Times New Roman" w:eastAsia="宋体"/>
          <w:b w:val="0"/>
          <w:i w:val="0"/>
          <w:color w:val="333333"/>
          <w:sz w:val="19"/>
        </w:rPr>
        <w:t>(A) 22　　(B) 23　　(C) 24　　(D) 25　　(E) 26</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设 T 为坐标平面中顶点为 (0,0)，(4,0) 和 (0,3) 的三角形。考虑平面上的下列五个等距变换：绕原点逆时针旋转 90°，180° 和 270°，关于 x 轴反射，关于 y 轴反射。在这五个变换中选取三个组成序列，允许重复，共 125 个序列，其中有多少个会把 T 变回原来的位置？例如，先旋转 180°，再关于 x 轴反射，再关于 y 轴反射，会把 T 变回原位；但先旋转 90°，再关于 x 轴反射，再关于 x 轴反射，则不会把 T 变回原位。</w:t>
      </w:r>
    </w:p>
    <w:p>
      <w:pPr>
        <w:spacing w:before="0" w:after="120" w:line="300" w:lineRule="auto"/>
      </w:pPr>
      <w:r>
        <w:rPr>
          <w:rFonts w:ascii="Times New Roman" w:hAnsi="Times New Roman" w:eastAsia="宋体"/>
          <w:b w:val="0"/>
          <w:i w:val="0"/>
          <w:sz w:val="21"/>
        </w:rPr>
        <w:t>（A）12　　（B）15　　（C）17　　（D）20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 be the triangle in the coordinate plane with vertices (0,0), (4,0), and (0,3). Consider the following five isometries (rigid transformations) of the plane: rotations of 90°, 180°, and 270° counterclockwise around the origin, reflection across the x-axis, and reflection across the y-axis. How many of the 125 sequences of three of these transformations (not necessarily distinct) will return T to its original position? (For example, a 180° rotation, followed by a reflection across the x-axis, followed by a reflection across the y-axis will return T to its original position, but a 90° rotation, followed by a reflection across the x-axis, followed by another reflection across the x-axis will not return T to its original position.)</w:t>
      </w:r>
    </w:p>
    <w:p>
      <w:pPr>
        <w:spacing w:before="0" w:after="160" w:line="300" w:lineRule="auto"/>
      </w:pPr>
      <w:r>
        <w:rPr>
          <w:rFonts w:ascii="Times New Roman" w:hAnsi="Times New Roman" w:eastAsia="宋体"/>
          <w:b w:val="0"/>
          <w:i w:val="0"/>
          <w:color w:val="333333"/>
          <w:sz w:val="19"/>
        </w:rPr>
        <w:t>(A) 12　　(B) 15　　(C) 17　　(D) 20　　(E) 25</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设 n 为大于 1000 的最小正整数，满足</w:t>
      </w:r>
    </w:p>
    <w:p>
      <w:pPr>
        <w:spacing w:before="0" w:after="80" w:line="300" w:lineRule="auto"/>
        <w:jc w:val="left"/>
      </w:pPr>
      <w:r>
        <w:rPr>
          <w:rFonts w:ascii="Times New Roman" w:hAnsi="Times New Roman" w:eastAsia="宋体"/>
          <w:b w:val="0"/>
          <w:i w:val="0"/>
          <w:sz w:val="21"/>
        </w:rPr>
        <w:t>gcd(63,n+120)=21</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gcd(n+63,120)=60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n 的各位数字之和是多少？</w:t>
      </w:r>
    </w:p>
    <w:p>
      <w:pPr>
        <w:spacing w:before="0" w:after="120" w:line="300" w:lineRule="auto"/>
      </w:pPr>
      <w:r>
        <w:rPr>
          <w:rFonts w:ascii="Times New Roman" w:hAnsi="Times New Roman" w:eastAsia="宋体"/>
          <w:b w:val="0"/>
          <w:i w:val="0"/>
          <w:sz w:val="21"/>
        </w:rPr>
        <w:t>（A）12　　（B）15　　（C）18　　（D）21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least positive integer greater than 1000 for which</w:t>
      </w:r>
    </w:p>
    <w:p>
      <w:pPr>
        <w:spacing w:before="0" w:after="80" w:line="300" w:lineRule="auto"/>
        <w:jc w:val="left"/>
      </w:pPr>
      <w:r>
        <w:rPr>
          <w:rFonts w:ascii="Times New Roman" w:hAnsi="Times New Roman" w:eastAsia="宋体"/>
          <w:b w:val="0"/>
          <w:i w:val="0"/>
          <w:color w:val="333333"/>
          <w:sz w:val="19"/>
        </w:rPr>
        <w:t>gcd(63,n+120)=21</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gcd(n+63,120)=60.</w:t>
      </w:r>
    </w:p>
    <w:p>
      <w:pPr>
        <w:spacing w:before="0" w:after="80" w:line="300" w:lineRule="auto"/>
        <w:jc w:val="left"/>
      </w:pPr>
      <w:r>
        <w:rPr>
          <w:rFonts w:ascii="Times New Roman" w:hAnsi="Times New Roman" w:eastAsia="宋体"/>
          <w:b w:val="0"/>
          <w:i w:val="0"/>
          <w:color w:val="333333"/>
          <w:sz w:val="19"/>
        </w:rPr>
        <w:t>What is the sum of the digits of n?</w:t>
      </w:r>
    </w:p>
    <w:p>
      <w:pPr>
        <w:spacing w:before="0" w:after="160" w:line="300" w:lineRule="auto"/>
      </w:pPr>
      <w:r>
        <w:rPr>
          <w:rFonts w:ascii="Times New Roman" w:hAnsi="Times New Roman" w:eastAsia="宋体"/>
          <w:b w:val="0"/>
          <w:i w:val="0"/>
          <w:color w:val="333333"/>
          <w:sz w:val="19"/>
        </w:rPr>
        <w:t>(A) 12　　(B) 15　　(C) 18　　(D) 21　　(E) 24</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Jason 掷三枚公平的标准六面骰。然后他查看结果，并选择其中一个骰子子集重新掷，子集可以为空，也可以是全部三枚。重新掷后，他获胜的条件是三枚骰子朝上的点数之和恰好为 7。Jason 总是采用使获胜概率最大的策略。他选择恰好重新掷两枚骰子的概率是多少？</w:t>
      </w:r>
    </w:p>
    <w:p>
      <w:pPr>
        <w:spacing w:before="0" w:after="120" w:line="300" w:lineRule="auto"/>
      </w:pPr>
      <w:r>
        <w:rPr>
          <w:rFonts w:ascii="Times New Roman" w:hAnsi="Times New Roman" w:eastAsia="宋体"/>
          <w:b w:val="0"/>
          <w:i w:val="0"/>
          <w:sz w:val="21"/>
        </w:rPr>
        <w:t>（A）/736　　（B）/524　　（C）/29　　（D）/1772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Jason rolls three fair standard six-sided dice. Then he looks at the rolls and chooses a subset of the dice (possibly empty, possibly all three dice) to reroll. After rerolling, he wins if and only if the sum of the numbers face up on the three dice is exactly 7. Jason always plays to optimize his chances of winning. What is the probability that he chooses to reroll exactly two of the dice?</w:t>
      </w:r>
    </w:p>
    <w:p>
      <w:pPr>
        <w:spacing w:before="0" w:after="160" w:line="300" w:lineRule="auto"/>
      </w:pPr>
      <w:r>
        <w:rPr>
          <w:rFonts w:ascii="Times New Roman" w:hAnsi="Times New Roman" w:eastAsia="宋体"/>
          <w:b w:val="0"/>
          <w:i w:val="0"/>
          <w:color w:val="333333"/>
          <w:sz w:val="19"/>
        </w:rPr>
        <w:t>(A) /736　　(B) /524　　(C) /29　　(D) /1772　　(E) /14</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C　A　E　C　B　C　B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C　C　B　D　E　B　E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D　C　A　A　C　A</w:t>
      </w:r>
    </w:p>
    <w:p>
      <w:pPr>
        <w:spacing w:before="0" w:after="200" w:line="300" w:lineRule="auto"/>
      </w:pPr>
      <w:r>
        <w:rPr>
          <w:rFonts w:ascii="Times New Roman" w:hAnsi="Times New Roman" w:eastAsia="宋体"/>
          <w:b w:val="0"/>
          <w:i w:val="0"/>
          <w:color w:val="666666"/>
          <w:sz w:val="18"/>
        </w:rPr>
        <w:t>答案串：ECAECBCBBBCCBDEBECEDCAACA</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右边为 5/12-1/3=5/12-4/12=1/12。所以 x=3/4+1/12=9/12+1/12=5/6。正确答案是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right side is 5/12-1/3=5/12-4/12=1/12. Thus x=3/4+1/12=9/12+1/12=5/6.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五个数的总和为 5·15=75。又 3+5+7=15，所以 a+b=75-15=60。因此 a 和 b 的平均数为 30。正确答案是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five numbers have total sum 5·15=75. Since 3+5+7=15, we have a+b=75-15=60, so the average of a and b is 30.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将分母各因式改写为 5-c=-(c-5)、3-a=-(a-3) 和 4-b=-(b-4)。原式化为 ((a-3)(b-4)(c-5))/(-(a-3)(b-4)(c-5))=-1。正确答案是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Rewrite the denominator factors as 5-c=-(c-5), 3-a=-(a-3), and 4-b=-(b-4). The expression becomes ((a-3)(b-4)(c-5))/(-(a-3)(b-4)(c-5))=-1.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她行驶 2·60=120 英里，所以收入为 120· $0.50=$60。这次行程用汽油 120/30=4 加仑，花费 4·$2=$8。净收入为 60-8=52 美元，用时 2 小时，所以每小时净报酬为 26 美元。正确答案是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driver travels 2·60=120 miles, so she is paid 120· $0.50=$60. The trip uses 120/30=4 gallons of gasoline, costing 4·$2=$8. Her net pay is 60-8=52 dollars over 2 hours, or 26 dollars per hour.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方程等价于 x²-12x+34=2 或 x²-12x+34=-2。第一式化为 x²-12x+32=0，根为 4、8；第二式化为 (x-6)²=0，根为 6。所有实数解的和为 4+8+6=18。正确答案是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means x²-12x+34=2 or x²-12x+34=-2. The first gives x²-12x+32=0, with roots 4 and 8. The second gives (x-6)²=0, with root 6. The sum of all real solutions is 4+8+6=18.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末位只能是 0，因为这个数能被 5 整除，而且所有数字都是偶数。千位可为 2,4,6 或 8，共有四种；百位和十位各有 5 种选择。因此共有 4·5·5=100 个这样的整数。正确答案是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last digit must be 0, because the number is divisible by 5 and all digits are even. The thousands digit can be 2,4,6, or 8, and each of the hundreds and tens digits has 5 choices. Thus there are 4·5·5=100 such integers.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从 -10 到 14 的整数总和为 25·-10+14/2=50。若每行公共和为 S，则五行总和为 50，所以 5S=50，从而 S=10。正确答案是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integers from -10 to 14 is 25·-10+14/2=50. If every row has common sum S, then the five row sums add to 50, so 5S=50 and S=10.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按四项一组：(1+2+3-4) +(5+6+7-8) +⋯ +(197+198+199-200)。第 j 组的和为 (4j-3)+(4j-2) +(4j-1)-4j=8j-6。</w:t>
      </w:r>
    </w:p>
    <w:p>
      <w:pPr>
        <w:spacing w:before="0" w:after="80" w:line="300" w:lineRule="auto"/>
        <w:jc w:val="left"/>
      </w:pPr>
      <w:r>
        <w:rPr>
          <w:rFonts w:ascii="Times New Roman" w:hAnsi="Times New Roman" w:eastAsia="宋体"/>
          <w:b w:val="0"/>
          <w:i w:val="0"/>
          <w:sz w:val="21"/>
        </w:rPr>
        <w:t>共有 50 组，所以和为 Σⱼ₌₁⁵⁰(8j-6)=8·(50·51)/2 -6·50=9900。正确答案是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Group the terms in blocks of four: (1+2+3-4) +(5+6+7-8) +⋯ +(197+198+199-200). The jth block is (4j-3)+(4j-2) +(4j-1)-4j=8j-6.</w:t>
      </w:r>
    </w:p>
    <w:p>
      <w:pPr>
        <w:spacing w:before="0" w:after="80" w:line="300" w:lineRule="auto"/>
        <w:jc w:val="left"/>
      </w:pPr>
      <w:r>
        <w:rPr>
          <w:rFonts w:ascii="Times New Roman" w:hAnsi="Times New Roman" w:eastAsia="宋体"/>
          <w:b w:val="0"/>
          <w:i w:val="0"/>
          <w:color w:val="333333"/>
          <w:sz w:val="19"/>
        </w:rPr>
        <w:t>There are 50 blocks, so the sum is Σⱼ₌₁⁵⁰(8j-6)=8·(50·51)/2 -6·50=9900.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设成人和儿童各有 P 人。成人需要 P/7 个长凳单元，儿童需要 P/11 个长凳单元，因此 N=P(1/7+1/11)=18P/77。</w:t>
      </w:r>
    </w:p>
    <w:p>
      <w:pPr>
        <w:spacing w:before="0" w:after="80" w:line="300" w:lineRule="auto"/>
        <w:jc w:val="left"/>
      </w:pPr>
      <w:r>
        <w:rPr>
          <w:rFonts w:ascii="Times New Roman" w:hAnsi="Times New Roman" w:eastAsia="宋体"/>
          <w:b w:val="0"/>
          <w:i w:val="0"/>
          <w:sz w:val="21"/>
        </w:rPr>
        <w:t>使其为整数的最小值是 P=77，此时 N=18。正确答案是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equal number of adults and children is P, then the adults use P/7 bench sections and the children use P/11 bench sections. Thus N=P(1/7+1/11)=18P/77.</w:t>
      </w:r>
    </w:p>
    <w:p>
      <w:pPr>
        <w:spacing w:before="0" w:after="80" w:line="300" w:lineRule="auto"/>
        <w:jc w:val="left"/>
      </w:pPr>
      <w:r>
        <w:rPr>
          <w:rFonts w:ascii="Times New Roman" w:hAnsi="Times New Roman" w:eastAsia="宋体"/>
          <w:b w:val="0"/>
          <w:i w:val="0"/>
          <w:color w:val="333333"/>
          <w:sz w:val="19"/>
        </w:rPr>
        <w:t>The least positive integer occurs when P=77, giving N=18.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这些立方体边长为 1,2,3,4,5,6,7，从大到小堆叠。单独表面积之和为 6(1²+2²+⋯+7²) =6·140=840。</w:t>
      </w:r>
    </w:p>
    <w:p>
      <w:pPr>
        <w:spacing w:before="0" w:after="80" w:line="300" w:lineRule="auto"/>
        <w:jc w:val="left"/>
      </w:pPr>
      <w:r>
        <w:rPr>
          <w:rFonts w:ascii="Times New Roman" w:hAnsi="Times New Roman" w:eastAsia="宋体"/>
          <w:b w:val="0"/>
          <w:i w:val="0"/>
          <w:sz w:val="21"/>
        </w:rPr>
        <w:t>每个接触处隐藏两个正方形面，面积分别为 1²,2²,…,6²。所以总表面积为 840 -2(1²+2²+⋯+6²) =840-182=658。正确答案是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cube side lengths are 1,2,3,4,5,6,7, stacked from largest on bottom to smallest on top. The sum of the surface areas of the separate cubes is 6(1²+2²+⋯+7²) =6·140=840.</w:t>
      </w:r>
    </w:p>
    <w:p>
      <w:pPr>
        <w:spacing w:before="0" w:after="80" w:line="300" w:lineRule="auto"/>
        <w:jc w:val="left"/>
      </w:pPr>
      <w:r>
        <w:rPr>
          <w:rFonts w:ascii="Times New Roman" w:hAnsi="Times New Roman" w:eastAsia="宋体"/>
          <w:b w:val="0"/>
          <w:i w:val="0"/>
          <w:color w:val="333333"/>
          <w:sz w:val="19"/>
        </w:rPr>
        <w:t>Each contact hides two square faces, with areas 1²,2²,…,6². Subtracting these hidden faces gives 840 -2(1²+2²+⋯+6²) =840-182=658.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对中位数附近的一个数，排好序的列表中不超过它的项包括所有不超过它的普通整数和所有不超过它的平方数。因为 44²=1936 且 45²=2025，所以从 1936 到 2020 之间的任一数，都恰有 44 个平方数不超过它。</w:t>
      </w:r>
    </w:p>
    <w:p>
      <w:pPr>
        <w:spacing w:before="0" w:after="80" w:line="300" w:lineRule="auto"/>
        <w:jc w:val="left"/>
      </w:pPr>
      <w:r>
        <w:rPr>
          <w:rFonts w:ascii="Times New Roman" w:hAnsi="Times New Roman" w:eastAsia="宋体"/>
          <w:b w:val="0"/>
          <w:i w:val="0"/>
          <w:sz w:val="21"/>
        </w:rPr>
        <w:t>在 1975 处，不超过它的项有 1975+44=2019 个，其中普通整数截至 1975。在 1976 处，不超过该数的项有 2020 个，其中普通整数截至 1976，所以第 2020 项为 1976，下一项为 1977。中位数为 1976.5。正确答案是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number near the median, the sorted list includes all ordinary integers up to that number and all squares up to that number. Since 44²=1936 and 45²=2025, there are 44 squares not exceeding any number from 1936 through 2020.</w:t>
      </w:r>
    </w:p>
    <w:p>
      <w:pPr>
        <w:spacing w:before="0" w:after="80" w:line="300" w:lineRule="auto"/>
        <w:jc w:val="left"/>
      </w:pPr>
      <w:r>
        <w:rPr>
          <w:rFonts w:ascii="Times New Roman" w:hAnsi="Times New Roman" w:eastAsia="宋体"/>
          <w:b w:val="0"/>
          <w:i w:val="0"/>
          <w:color w:val="333333"/>
          <w:sz w:val="19"/>
        </w:rPr>
        <w:t>At 1975, there are 1975+44=2019 list entries at most 1975. At 1976, there are 2020 entries at most 1976, so the 2020th entry is 1976, and the next is 1977. The median is 1976.5.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设重心为原点。重心把中线按 2:1 分割，所以可令中线 MV 水平，取 M=(8,0)、V=(-4,0)；中线 CU 竖直，取 C=(0,8)、U=(0,-4)。</w:t>
      </w:r>
    </w:p>
    <w:p>
      <w:pPr>
        <w:spacing w:before="0" w:after="80" w:line="300" w:lineRule="auto"/>
        <w:jc w:val="left"/>
      </w:pPr>
      <w:r>
        <w:rPr>
          <w:rFonts w:ascii="Times New Roman" w:hAnsi="Times New Roman" w:eastAsia="宋体"/>
          <w:b w:val="0"/>
          <w:i w:val="0"/>
          <w:sz w:val="21"/>
        </w:rPr>
        <w:t>因为 U 是 AM 的中点，所以 A=2U-M=(-8,-8)。△ AMC 的面积为 1/2 |(16,8)×(8,16)| =1/2(256-64)=96。正确答案是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centroid be the origin. Since a centroid divides each median in a 2:1 ratio, we may place median MV horizontally with M=(8,0) and V=(-4,0), and median CU vertically with C=(0,8) and U=(0,-4).</w:t>
      </w:r>
    </w:p>
    <w:p>
      <w:pPr>
        <w:spacing w:before="0" w:after="80" w:line="300" w:lineRule="auto"/>
        <w:jc w:val="left"/>
      </w:pPr>
      <w:r>
        <w:rPr>
          <w:rFonts w:ascii="Times New Roman" w:hAnsi="Times New Roman" w:eastAsia="宋体"/>
          <w:b w:val="0"/>
          <w:i w:val="0"/>
          <w:color w:val="333333"/>
          <w:sz w:val="19"/>
        </w:rPr>
        <w:t>Because U is the midpoint of AM, we get A=2U-M=(-8,-8). The area of △ AMC is 1/2 |(16,8)×(8,16)| =1/2(256-64)=96.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设 p(x,y) 为从 (x,y) 出发最终先碰到竖直边的概率。由对称性，令 a=p(1,1)=p(1,3)、b=p(2,1)=p(2,3)、c=p(1,2)，并令 d=p(2,2)。</w:t>
      </w:r>
    </w:p>
    <w:p>
      <w:pPr>
        <w:spacing w:before="0" w:after="80" w:line="300" w:lineRule="auto"/>
        <w:jc w:val="left"/>
      </w:pPr>
      <w:r>
        <w:rPr>
          <w:rFonts w:ascii="Times New Roman" w:hAnsi="Times New Roman" w:eastAsia="宋体"/>
          <w:b w:val="0"/>
          <w:i w:val="0"/>
          <w:sz w:val="21"/>
        </w:rPr>
        <w:t>每一步取四个相邻点概率的平均，得到 a=1+b+c/4、b=2a+d/4、c=1+2a+d/4，以及 d=b+c/2。解得 c=5/8。起点为 (1,2)，所以这就是所求概率。正确答案是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p(x,y) be the probability of eventually hitting a vertical side first from point (x,y). By symmetry, set a=p(1,1)=p(1,3), b=p(2,1)=p(2,3), c=p(1,2), and d=p(2,2).</w:t>
      </w:r>
    </w:p>
    <w:p>
      <w:pPr>
        <w:spacing w:before="0" w:after="80" w:line="300" w:lineRule="auto"/>
        <w:jc w:val="left"/>
      </w:pPr>
      <w:r>
        <w:rPr>
          <w:rFonts w:ascii="Times New Roman" w:hAnsi="Times New Roman" w:eastAsia="宋体"/>
          <w:b w:val="0"/>
          <w:i w:val="0"/>
          <w:color w:val="333333"/>
          <w:sz w:val="19"/>
        </w:rPr>
        <w:t>The averaging equations are a=1+b+c/4, b=2a+d/4, c=1+2a+d/4, and d=b+c/2. Solving gives c=5/8, which is the desired probability from (1,2).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设 Sₖ=xᵏ+yᵏ。因为 x+y=4 且 xy=-2，数 x 和 y 是方程 t²-4t-2=0 的两根，所以 Sₖ=4Sₖ₋₁+2Sₖ₋₂。</w:t>
      </w:r>
    </w:p>
    <w:p>
      <w:pPr>
        <w:spacing w:before="0" w:after="80" w:line="300" w:lineRule="auto"/>
        <w:jc w:val="left"/>
      </w:pPr>
      <w:r>
        <w:rPr>
          <w:rFonts w:ascii="Times New Roman" w:hAnsi="Times New Roman" w:eastAsia="宋体"/>
          <w:b w:val="0"/>
          <w:i w:val="0"/>
          <w:sz w:val="21"/>
        </w:rPr>
        <w:t>由 S₀=2 与 S₁=4 出发，得到 S₂=20、S₃=88、S₄=392，以及 S₅=1744。原式为 x+y+x⁵+y⁵/x²y² =4+1744/4=440。正确答案是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Sₖ=xᵏ+yᵏ. Since x+y=4 and xy=-2, the numbers x and y satisfy t²-4t-2=0, so Sₖ=4Sₖ₋₁+2Sₖ₋₂.</w:t>
      </w:r>
    </w:p>
    <w:p>
      <w:pPr>
        <w:spacing w:before="0" w:after="80" w:line="300" w:lineRule="auto"/>
        <w:jc w:val="left"/>
      </w:pPr>
      <w:r>
        <w:rPr>
          <w:rFonts w:ascii="Times New Roman" w:hAnsi="Times New Roman" w:eastAsia="宋体"/>
          <w:b w:val="0"/>
          <w:i w:val="0"/>
          <w:color w:val="333333"/>
          <w:sz w:val="19"/>
        </w:rPr>
        <w:t>Using S₀=2 and S₁=4, we get S₂=20, S₃=88, S₄=392, and S₅=1744. The expression is x+y+x⁵+y⁵/x²y² =4+1744/4=440.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12! 的质因数分解为 2¹⁰3⁵ 5² 7¹ 11¹。因此 12! 的正因数总数为 (10+1)(5+1) ·(2+1)(1+1)(1+1)=792。</w:t>
      </w:r>
    </w:p>
    <w:p>
      <w:pPr>
        <w:spacing w:before="0" w:after="80" w:line="300" w:lineRule="auto"/>
        <w:jc w:val="left"/>
      </w:pPr>
      <w:r>
        <w:rPr>
          <w:rFonts w:ascii="Times New Roman" w:hAnsi="Times New Roman" w:eastAsia="宋体"/>
          <w:b w:val="0"/>
          <w:i w:val="0"/>
          <w:sz w:val="21"/>
        </w:rPr>
        <w:t>平方因数的所有质数指数必须为偶数，因此共有 6·3·2·1·1=36 个。所求概率为 36/792=1/22，所以 m+n=1+22=23。正确答案是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prime factorization of 12! is 2¹⁰3⁵ 5² 7¹ 11¹. Therefore 12! has (10+1)(5+1) ·(2+1)(1+1)(1+1)=792 positive divisors.</w:t>
      </w:r>
    </w:p>
    <w:p>
      <w:pPr>
        <w:spacing w:before="0" w:after="80" w:line="300" w:lineRule="auto"/>
        <w:jc w:val="left"/>
      </w:pPr>
      <w:r>
        <w:rPr>
          <w:rFonts w:ascii="Times New Roman" w:hAnsi="Times New Roman" w:eastAsia="宋体"/>
          <w:b w:val="0"/>
          <w:i w:val="0"/>
          <w:color w:val="333333"/>
          <w:sz w:val="19"/>
        </w:rPr>
        <w:t>A square divisor must use only even exponents, giving 6·3·2·1·1=36 square divisors. The probability is 36/792=1/22, so m+n=1+22=23.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对于 d&lt;1/2，每个单位正方形中，距离某个格点不超过 d 的部分由四个四分之一圆组成，总面积为 π d²。大正方形由单位正方形铺成，所以所求概率为 π d²。</w:t>
      </w:r>
    </w:p>
    <w:p>
      <w:pPr>
        <w:spacing w:before="0" w:after="80" w:line="300" w:lineRule="auto"/>
        <w:jc w:val="left"/>
      </w:pPr>
      <w:r>
        <w:rPr>
          <w:rFonts w:ascii="Times New Roman" w:hAnsi="Times New Roman" w:eastAsia="宋体"/>
          <w:b w:val="0"/>
          <w:i w:val="0"/>
          <w:sz w:val="21"/>
        </w:rPr>
        <w:t>令 π d²=1/2，得 d=√(1/2π)≈0.399，四舍五入到十分位为 0.4。正确答案是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d&lt;1/2, the points within d of lattice points occupy, in each unit square, four quarter-circles whose total area is π d². The enormous square is tiled by unit squares, so the desired probability is π d².</w:t>
      </w:r>
    </w:p>
    <w:p>
      <w:pPr>
        <w:spacing w:before="0" w:after="80" w:line="300" w:lineRule="auto"/>
        <w:jc w:val="left"/>
      </w:pPr>
      <w:r>
        <w:rPr>
          <w:rFonts w:ascii="Times New Roman" w:hAnsi="Times New Roman" w:eastAsia="宋体"/>
          <w:b w:val="0"/>
          <w:i w:val="0"/>
          <w:color w:val="333333"/>
          <w:sz w:val="19"/>
        </w:rPr>
        <w:t>Setting π d²=1/2 gives d=√(1/2π)≈0.399, which rounds to 0.4.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多项式在每个平方数 1²,2²,…,100² 处变号，且首项系数为正。因此满足 P(n)≤0 的整数落在区间 [1²,2²]、[3²,4²]、…、[99²,100²] 中。</w:t>
      </w:r>
    </w:p>
    <w:p>
      <w:pPr>
        <w:spacing w:before="0" w:after="80" w:line="300" w:lineRule="auto"/>
        <w:jc w:val="left"/>
      </w:pPr>
      <w:r>
        <w:rPr>
          <w:rFonts w:ascii="Times New Roman" w:hAnsi="Times New Roman" w:eastAsia="宋体"/>
          <w:b w:val="0"/>
          <w:i w:val="0"/>
          <w:sz w:val="21"/>
        </w:rPr>
        <w:t>对奇数 k，区间 [k²,(k+1)²] 中的整数个数为 (k+1)²-k²+1=2k+2。对 k=1,3,…,99 求和，得到 2(1+3+⋯+99) +2·50=5000+100 =5100。正确答案是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polynomial changes sign at each square 1²,2²,…,100², and its leading coefficient is positive. Thus P(n)≤0 for integers in the intervals [1²,2²], [3²,4²], …, [99²,100²].</w:t>
      </w:r>
    </w:p>
    <w:p>
      <w:pPr>
        <w:spacing w:before="0" w:after="80" w:line="300" w:lineRule="auto"/>
        <w:jc w:val="left"/>
      </w:pPr>
      <w:r>
        <w:rPr>
          <w:rFonts w:ascii="Times New Roman" w:hAnsi="Times New Roman" w:eastAsia="宋体"/>
          <w:b w:val="0"/>
          <w:i w:val="0"/>
          <w:color w:val="333333"/>
          <w:sz w:val="19"/>
        </w:rPr>
        <w:t>For odd k, the interval [k²,(k+1)²] contains (k+1)²-k²+1=2k+2 integers. Summing over odd k=1,3,…,99 gives 2(1+3+⋯+99) +2·50=5000+100 =5100.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只需考虑模 2 的奇偶性。条件是 ad-bc 为 1，也就是说矩阵 a b；c d 在 F₂ 上可逆。</w:t>
      </w:r>
    </w:p>
    <w:p>
      <w:pPr>
        <w:spacing w:before="0" w:after="80" w:line="300" w:lineRule="auto"/>
        <w:jc w:val="left"/>
      </w:pPr>
      <w:r>
        <w:rPr>
          <w:rFonts w:ascii="Times New Roman" w:hAnsi="Times New Roman" w:eastAsia="宋体"/>
          <w:b w:val="0"/>
          <w:i w:val="0"/>
          <w:sz w:val="21"/>
        </w:rPr>
        <w:t>可逆矩阵共有 (4-1)(4-2)=6 个 2×2 矩阵，它们都定义在 F₂ 上。每一种奇偶模式可提升为 2⁴=16 个取自 {0,1,2,3} 的四元组。因此共有 6·16=96 个四元组。正确答案是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Only parity matters. Modulo 2, the condition is that ad-bc is 1, meaning the matrix a b；c d is invertible over F₂.</w:t>
      </w:r>
    </w:p>
    <w:p>
      <w:pPr>
        <w:spacing w:before="0" w:after="80" w:line="300" w:lineRule="auto"/>
        <w:jc w:val="left"/>
      </w:pPr>
      <w:r>
        <w:rPr>
          <w:rFonts w:ascii="Times New Roman" w:hAnsi="Times New Roman" w:eastAsia="宋体"/>
          <w:b w:val="0"/>
          <w:i w:val="0"/>
          <w:color w:val="333333"/>
          <w:sz w:val="19"/>
        </w:rPr>
        <w:t>There are (4-1)(4-2)=6 invertible 2×2 matrices over F₂. Each parity pattern lifts to 2⁴=16 choices from {0,1,2,3}, so there are 6·16=96 quadruples.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离开顶面后，先选择 5 个顶部环面之一。由于不允许从底部环回到顶部环，每条有效路径都由顶部环阶段、一次向下移动、底部环阶段组成。</w:t>
      </w:r>
    </w:p>
    <w:p>
      <w:pPr>
        <w:spacing w:before="0" w:after="80" w:line="300" w:lineRule="auto"/>
        <w:jc w:val="left"/>
      </w:pPr>
      <w:r>
        <w:rPr>
          <w:rFonts w:ascii="Times New Roman" w:hAnsi="Times New Roman" w:eastAsia="宋体"/>
          <w:b w:val="0"/>
          <w:i w:val="0"/>
          <w:sz w:val="21"/>
        </w:rPr>
        <w:t>固定第一个顶部环面。在顶部 5 环上，可以不重复地沿环走若干步后停止；选择不动有一种，选择一个方向后可走一到四步，所以共有 1+2·4=9 种顶部环路径。停止处有 2 种向下移动选择，因此顶部部分有 18 种。</w:t>
      </w:r>
    </w:p>
    <w:p>
      <w:pPr>
        <w:spacing w:before="0" w:after="80" w:line="300" w:lineRule="auto"/>
        <w:jc w:val="left"/>
      </w:pPr>
      <w:r>
        <w:rPr>
          <w:rFonts w:ascii="Times New Roman" w:hAnsi="Times New Roman" w:eastAsia="宋体"/>
          <w:b w:val="0"/>
          <w:i w:val="0"/>
          <w:sz w:val="21"/>
        </w:rPr>
        <w:t>到达底部环后，同理有 1+2·4=9 种方式在底部 5 环上不重复移动并进入底面。总数为 5·18·9=810。正确答案是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leaving the top face, choose one of the 5 top-ring faces. Because moves from the bottom ring to the top ring are forbidden, every valid path has a top-ring phase, then one move down to the bottom ring, then a bottom-ring phase.</w:t>
      </w:r>
    </w:p>
    <w:p>
      <w:pPr>
        <w:spacing w:before="0" w:after="80" w:line="300" w:lineRule="auto"/>
        <w:jc w:val="left"/>
      </w:pPr>
      <w:r>
        <w:rPr>
          <w:rFonts w:ascii="Times New Roman" w:hAnsi="Times New Roman" w:eastAsia="宋体"/>
          <w:b w:val="0"/>
          <w:i w:val="0"/>
          <w:color w:val="333333"/>
          <w:sz w:val="19"/>
        </w:rPr>
        <w:t>Fix the first top-ring face. On the top ring, the path can move around the 5-cycle without revisiting a face and then stop at any point: there are 1+2·4=9 possible top-ring paths. From the stopping face, there are 2 possible downward moves to the bottom ring, so the top part has 18 choices.</w:t>
      </w:r>
    </w:p>
    <w:p>
      <w:pPr>
        <w:spacing w:before="0" w:after="80" w:line="300" w:lineRule="auto"/>
        <w:jc w:val="left"/>
      </w:pPr>
      <w:r>
        <w:rPr>
          <w:rFonts w:ascii="Times New Roman" w:hAnsi="Times New Roman" w:eastAsia="宋体"/>
          <w:b w:val="0"/>
          <w:i w:val="0"/>
          <w:color w:val="333333"/>
          <w:sz w:val="19"/>
        </w:rPr>
        <w:t>Once in the bottom ring, the path can move around the bottom 5-cycle without revisiting a face and then enter the bottom face; this gives 1+2·4=9 choices. The total is 5·18·9=810.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取 A=(0,0)，C=(20,0)。因为 ∠ ACD=90° 且 CD=30，可取 D=(20,30)。点 E 的坐标是 (5,0)，所以直线 BD 的方程为 y=2(x-5)。</w:t>
      </w:r>
    </w:p>
    <w:p>
      <w:pPr>
        <w:spacing w:before="0" w:after="80" w:line="300" w:lineRule="auto"/>
        <w:jc w:val="left"/>
      </w:pPr>
      <w:r>
        <w:rPr>
          <w:rFonts w:ascii="Times New Roman" w:hAnsi="Times New Roman" w:eastAsia="宋体"/>
          <w:b w:val="0"/>
          <w:i w:val="0"/>
          <w:sz w:val="21"/>
        </w:rPr>
        <w:t>因为 ∠ ABC=90°，点 B 在以 AC 为直径的圆上：(x-10)²+y²=100。与 y=2(x-5) 联立，得 x=2 或 10。凸四边形对应 B=(2,-6)。</w:t>
      </w:r>
    </w:p>
    <w:p>
      <w:pPr>
        <w:spacing w:before="0" w:after="80" w:line="300" w:lineRule="auto"/>
        <w:jc w:val="left"/>
      </w:pPr>
      <w:r>
        <w:rPr>
          <w:rFonts w:ascii="Times New Roman" w:hAnsi="Times New Roman" w:eastAsia="宋体"/>
          <w:b w:val="0"/>
          <w:i w:val="0"/>
          <w:sz w:val="21"/>
        </w:rPr>
        <w:t>于是 [ACD]=1/2·20·30=300，且 [ABC]=1/2·20·6=60。总面积为 360。正确答案是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A=(0,0) and C=(20,0). Since ∠ ACD=90° and CD=30, take D=(20,30). The point E is (5,0), so line BD has equation y=2(x-5).</w:t>
      </w:r>
    </w:p>
    <w:p>
      <w:pPr>
        <w:spacing w:before="0" w:after="80" w:line="300" w:lineRule="auto"/>
        <w:jc w:val="left"/>
      </w:pPr>
      <w:r>
        <w:rPr>
          <w:rFonts w:ascii="Times New Roman" w:hAnsi="Times New Roman" w:eastAsia="宋体"/>
          <w:b w:val="0"/>
          <w:i w:val="0"/>
          <w:color w:val="333333"/>
          <w:sz w:val="19"/>
        </w:rPr>
        <w:t>Because ∠ ABC=90°, point B lies on the circle with diameter AC: (x-10)²+y²=100. Intersecting with y=2(x-5) gives x=2 or 10. The convex quadrilateral uses B=(2,-6).</w:t>
      </w:r>
    </w:p>
    <w:p>
      <w:pPr>
        <w:spacing w:before="0" w:after="80" w:line="300" w:lineRule="auto"/>
        <w:jc w:val="left"/>
      </w:pPr>
      <w:r>
        <w:rPr>
          <w:rFonts w:ascii="Times New Roman" w:hAnsi="Times New Roman" w:eastAsia="宋体"/>
          <w:b w:val="0"/>
          <w:i w:val="0"/>
          <w:color w:val="333333"/>
          <w:sz w:val="19"/>
        </w:rPr>
        <w:t>Then [ACD]=1/2·20·30=300, and [ABC]=1/2·20·6=60. The total area is 360.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令 X=2¹⁷。则</w:t>
      </w:r>
    </w:p>
    <w:p>
      <w:pPr>
        <w:spacing w:before="0" w:after="80" w:line="300" w:lineRule="auto"/>
        <w:jc w:val="left"/>
      </w:pPr>
      <w:r>
        <w:rPr>
          <w:rFonts w:ascii="Times New Roman" w:hAnsi="Times New Roman" w:eastAsia="宋体"/>
          <w:b w:val="0"/>
          <w:i w:val="0"/>
          <w:sz w:val="21"/>
        </w:rPr>
        <w:t>2²⁸⁹+1/2¹⁷+1 = X¹⁷+1/X+1</w:t>
      </w:r>
    </w:p>
    <w:p>
      <w:pPr>
        <w:spacing w:before="0" w:after="80" w:line="300" w:lineRule="auto"/>
        <w:jc w:val="left"/>
      </w:pPr>
      <w:r>
        <w:rPr>
          <w:rFonts w:ascii="Times New Roman" w:hAnsi="Times New Roman" w:eastAsia="宋体"/>
          <w:b w:val="0"/>
          <w:i w:val="0"/>
          <w:sz w:val="21"/>
        </w:rPr>
        <w:t>= X¹⁶-X¹⁵+X¹⁴</w:t>
      </w:r>
    </w:p>
    <w:p>
      <w:pPr>
        <w:spacing w:before="0" w:after="80" w:line="300" w:lineRule="auto"/>
        <w:jc w:val="left"/>
      </w:pPr>
      <w:r>
        <w:rPr>
          <w:rFonts w:ascii="Times New Roman" w:hAnsi="Times New Roman" w:eastAsia="宋体"/>
          <w:b w:val="0"/>
          <w:i w:val="0"/>
          <w:sz w:val="21"/>
        </w:rPr>
        <w:t>-⋯-X+1</w:t>
      </w:r>
    </w:p>
    <w:p>
      <w:pPr>
        <w:spacing w:before="0" w:after="80" w:line="300" w:lineRule="auto"/>
        <w:jc w:val="left"/>
      </w:pPr>
      <w:r>
        <w:rPr>
          <w:rFonts w:ascii="Times New Roman" w:hAnsi="Times New Roman" w:eastAsia="宋体"/>
          <w:b w:val="0"/>
          <w:i w:val="0"/>
          <w:sz w:val="21"/>
        </w:rPr>
        <w:t>把相邻项配成 X¹⁶-X¹⁵、X¹⁴-X¹³、…、X²-X，最后剩下 +1。每一对都形如 2¹⁷ᵐ(2¹⁷-1)，在二进制表示中贡献 17 个一。共有 8 对，再加最后的 1，所以 k=8·17+1=137。正确答案是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X=2¹⁷. Then</w:t>
      </w:r>
    </w:p>
    <w:p>
      <w:pPr>
        <w:spacing w:before="0" w:after="80" w:line="300" w:lineRule="auto"/>
        <w:jc w:val="left"/>
      </w:pPr>
      <w:r>
        <w:rPr>
          <w:rFonts w:ascii="Times New Roman" w:hAnsi="Times New Roman" w:eastAsia="宋体"/>
          <w:b w:val="0"/>
          <w:i w:val="0"/>
          <w:color w:val="333333"/>
          <w:sz w:val="19"/>
        </w:rPr>
        <w:t>2²⁸⁹+1/2¹⁷+1 = X¹⁷+1/X+1</w:t>
      </w:r>
    </w:p>
    <w:p>
      <w:pPr>
        <w:spacing w:before="0" w:after="80" w:line="300" w:lineRule="auto"/>
        <w:jc w:val="left"/>
      </w:pPr>
      <w:r>
        <w:rPr>
          <w:rFonts w:ascii="Times New Roman" w:hAnsi="Times New Roman" w:eastAsia="宋体"/>
          <w:b w:val="0"/>
          <w:i w:val="0"/>
          <w:color w:val="333333"/>
          <w:sz w:val="19"/>
        </w:rPr>
        <w:t>= X¹⁶-X¹⁵+X¹⁴</w:t>
      </w:r>
    </w:p>
    <w:p>
      <w:pPr>
        <w:spacing w:before="0" w:after="80" w:line="300" w:lineRule="auto"/>
        <w:jc w:val="left"/>
      </w:pPr>
      <w:r>
        <w:rPr>
          <w:rFonts w:ascii="Times New Roman" w:hAnsi="Times New Roman" w:eastAsia="宋体"/>
          <w:b w:val="0"/>
          <w:i w:val="0"/>
          <w:color w:val="333333"/>
          <w:sz w:val="19"/>
        </w:rPr>
        <w:t>-⋯-X+1</w:t>
      </w:r>
    </w:p>
    <w:p>
      <w:pPr>
        <w:spacing w:before="0" w:after="80" w:line="300" w:lineRule="auto"/>
        <w:jc w:val="left"/>
      </w:pPr>
      <w:r>
        <w:rPr>
          <w:rFonts w:ascii="Times New Roman" w:hAnsi="Times New Roman" w:eastAsia="宋体"/>
          <w:b w:val="0"/>
          <w:i w:val="0"/>
          <w:color w:val="333333"/>
          <w:sz w:val="19"/>
        </w:rPr>
        <w:t>.</w:t>
      </w:r>
    </w:p>
    <w:p>
      <w:pPr>
        <w:spacing w:before="0" w:after="80" w:line="300" w:lineRule="auto"/>
        <w:jc w:val="left"/>
      </w:pPr>
      <w:r>
        <w:rPr>
          <w:rFonts w:ascii="Times New Roman" w:hAnsi="Times New Roman" w:eastAsia="宋体"/>
          <w:b w:val="0"/>
          <w:i w:val="0"/>
          <w:color w:val="333333"/>
          <w:sz w:val="19"/>
        </w:rPr>
        <w:t>Pair consecutive terms: X¹⁶-X¹⁵, X¹⁴-X¹³, …, X²-X, and then the final +1. Each pair is 2¹⁷ᵐ(2¹⁷-1), contributing 17 ones in binary. There are 8 such pairs plus the final 1, so k=8·17+1=137.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写作 1000=qn+r，其中 0≤ r1，三个取整值之和不能被 3 整除当且仅当 r=0 或 r=1。r=0 对应 1000 的因数，除去 1 后有 15 个。r=1 对应 999 的因数且不为 1，这样的因数有 (3+1)(1+1)-1=7 个。总数为 22。正确答案是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1000=qn+r, where 0≤ r1, the sum is not divisible by 3 exactly when r=0 or r=1. The case r=0 gives divisors of 1000, excluding 1, for 15 values. The case r=1 gives divisors of 999, excluding 1, for (3+1)(1+1)-1=7 values. The total is 22.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令 R 表示 90° 旋转，允许的旋转为 R,R²,R³。令 X 和 Y 分别表示关于两个坐标轴的反射。前两个变换确定后，第三个变换必须是它们乘积的逆，才能使总效果为恒等变换。</w:t>
      </w:r>
    </w:p>
    <w:p>
      <w:pPr>
        <w:spacing w:before="0" w:after="80" w:line="300" w:lineRule="auto"/>
        <w:jc w:val="left"/>
      </w:pPr>
      <w:r>
        <w:rPr>
          <w:rFonts w:ascii="Times New Roman" w:hAnsi="Times New Roman" w:eastAsia="宋体"/>
          <w:b w:val="0"/>
          <w:i w:val="0"/>
          <w:sz w:val="21"/>
        </w:rPr>
        <w:t>在两个旋转的组合中，有 6 个有序对的乘积是非恒等旋转。一个旋转与一个反射的乘积是允许的坐标轴反射，当且仅当该旋转为 R²，这给出 4 个有序对。最后，两个不同的坐标轴反射可以按任一顺序出现，又给出 2 个有序对。总共有 6+4+2=12 个有效序列。正确答案是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be a 90° rotation, so the allowed rotations are R,R²,R³. Let X and Y be the reflections across the coordinate axes. Once the first two transformations are chosen, the third is forced to be the inverse of their product.</w:t>
      </w:r>
    </w:p>
    <w:p>
      <w:pPr>
        <w:spacing w:before="0" w:after="80" w:line="300" w:lineRule="auto"/>
        <w:jc w:val="left"/>
      </w:pPr>
      <w:r>
        <w:rPr>
          <w:rFonts w:ascii="Times New Roman" w:hAnsi="Times New Roman" w:eastAsia="宋体"/>
          <w:b w:val="0"/>
          <w:i w:val="0"/>
          <w:color w:val="333333"/>
          <w:sz w:val="19"/>
        </w:rPr>
        <w:t>Among two rotations, 6 ordered pairs have a nonidentity rotation as their product. A rotation and a reflection have an allowed axis-reflection as their product exactly when the rotation is R², giving 4 ordered pairs. Finally, the two different axis-reflections can occur in either order, giving 2 more pairs. Altogether there are 6+4+2=12 valid sequences.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第一条给出 n+120≡0pmod21，即 n≡6pmod21，但 n+120 不能被 63 整除。第二条给出 n+63≡0pmod60，即 n≡57pmod60，但 n+63 不能被 120 整除。</w:t>
      </w:r>
    </w:p>
    <w:p>
      <w:pPr>
        <w:spacing w:before="0" w:after="80" w:line="300" w:lineRule="auto"/>
        <w:jc w:val="left"/>
      </w:pPr>
      <w:r>
        <w:rPr>
          <w:rFonts w:ascii="Times New Roman" w:hAnsi="Times New Roman" w:eastAsia="宋体"/>
          <w:b w:val="0"/>
          <w:i w:val="0"/>
          <w:sz w:val="21"/>
        </w:rPr>
        <w:t>联立 n≡6pmod21 和 n≡57pmod60，得 n≡237pmod420。大于 1000 的候选为 1077,1497,1917,…。第一个不满足第一条最大公因数条件，第二个不满足第二条，1917 满足。数字和为 18。正确答案是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gcd condition gives n+120≡0pmod21, so n≡6pmod21, but n+120 must not be divisible by 63. The second gives n+63≡0pmod60, so n≡57pmod60, but n+63 must not be divisible by 120.</w:t>
      </w:r>
    </w:p>
    <w:p>
      <w:pPr>
        <w:spacing w:before="0" w:after="80" w:line="300" w:lineRule="auto"/>
        <w:jc w:val="left"/>
      </w:pPr>
      <w:r>
        <w:rPr>
          <w:rFonts w:ascii="Times New Roman" w:hAnsi="Times New Roman" w:eastAsia="宋体"/>
          <w:b w:val="0"/>
          <w:i w:val="0"/>
          <w:color w:val="333333"/>
          <w:sz w:val="19"/>
        </w:rPr>
        <w:t>Solving n≡6pmod21 and n≡57pmod60 gives n≡237pmod420. The candidates above 1000 are 1077,1497,1917,…. The first fails the first gcd condition, the second fails the second gcd condition, and 1917 works. The digit sum is 18.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对任意初始结果，Jason 比较重新掷 0,1,2 或 3 枚骰子的最佳概率。重新掷三枚的概率为 15/216=5/72。若保留两枚、重新掷一枚，获胜概率可达 1/6，条件是某对保留骰子点数之和不超过 6。</w:t>
      </w:r>
    </w:p>
    <w:p>
      <w:pPr>
        <w:spacing w:before="0" w:after="80" w:line="300" w:lineRule="auto"/>
        <w:jc w:val="left"/>
      </w:pPr>
      <w:r>
        <w:rPr>
          <w:rFonts w:ascii="Times New Roman" w:hAnsi="Times New Roman" w:eastAsia="宋体"/>
          <w:b w:val="0"/>
          <w:i w:val="0"/>
          <w:sz w:val="21"/>
        </w:rPr>
        <w:t>若恰好重新掷两枚，则只保留一枚。保留点数 1,2,3,4,5,6 时，获胜结果数分别为 5,4,3,2,1,0，总结果数为 36。这种选择只有在两个最小点数之和至少为 7，且最小点数为 1,2 或 3 时才可能最优。</w:t>
      </w:r>
    </w:p>
    <w:p>
      <w:pPr>
        <w:spacing w:before="0" w:after="80" w:line="300" w:lineRule="auto"/>
        <w:jc w:val="left"/>
      </w:pPr>
      <w:r>
        <w:rPr>
          <w:rFonts w:ascii="Times New Roman" w:hAnsi="Times New Roman" w:eastAsia="宋体"/>
          <w:b w:val="0"/>
          <w:i w:val="0"/>
          <w:sz w:val="21"/>
        </w:rPr>
        <w:t>满足条件的有序结果排序后为 (1,6,6)、(2,5,5),(2,5,6),(2,6,6)，以及 (3,4,4)、(3,4,5)、(3,4,6)、(3,5,5)、(3,5,6)、(3,6,6)。按排列数计数，共有 3+12+27=42 个结果，总结果数为 216，所以概率为 42/216=7/36。正确答案是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any initial roll, Jason compares the best probabilities from rerolling 0,1,2, or 3 dice. Rerolling all three dice has probability 15/216=5/72. Rerolling one die has probability 1/6 whenever some pair of kept dice has sum at most 6.</w:t>
      </w:r>
    </w:p>
    <w:p>
      <w:pPr>
        <w:spacing w:before="0" w:after="80" w:line="300" w:lineRule="auto"/>
        <w:jc w:val="left"/>
      </w:pPr>
      <w:r>
        <w:rPr>
          <w:rFonts w:ascii="Times New Roman" w:hAnsi="Times New Roman" w:eastAsia="宋体"/>
          <w:b w:val="0"/>
          <w:i w:val="0"/>
          <w:color w:val="333333"/>
          <w:sz w:val="19"/>
        </w:rPr>
        <w:t>If he rerolls exactly two dice, he keeps one die. Keeping a die showing 1,2,3,4,5,6 gives probabilities 5,4,3,2,1,0 out of 36, respectively. This can be optimal only when the two smallest dice sum at least 7 and the smallest die is 1,2, or 3.</w:t>
      </w:r>
    </w:p>
    <w:p>
      <w:pPr>
        <w:spacing w:before="0" w:after="80" w:line="300" w:lineRule="auto"/>
        <w:jc w:val="left"/>
      </w:pPr>
      <w:r>
        <w:rPr>
          <w:rFonts w:ascii="Times New Roman" w:hAnsi="Times New Roman" w:eastAsia="宋体"/>
          <w:b w:val="0"/>
          <w:i w:val="0"/>
          <w:color w:val="333333"/>
          <w:sz w:val="19"/>
        </w:rPr>
        <w:t>The sorted rolls satisfying this are (1,6,6), (2,5,5),(2,5,6),(2,6,6), and (3,4,4), (3,4,5), (3,4,6), (3,5,5), (3,5,6), (3,6,6). Counting permutations gives 3+12+27=42 rolls out of 216, so the probability is 42/216=7/36.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