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2019B AMC 10 真题与解答</w:t>
      </w:r>
    </w:p>
    <w:p>
      <w:pPr>
        <w:spacing w:before="0" w:after="40" w:line="300" w:lineRule="auto"/>
        <w:jc w:val="center"/>
      </w:pPr>
      <w:r>
        <w:rPr>
          <w:rFonts w:ascii="Times New Roman" w:hAnsi="Times New Roman" w:eastAsia="宋体"/>
          <w:b w:val="0"/>
          <w:i w:val="0"/>
          <w:color w:val="555555"/>
          <w:sz w:val="21"/>
        </w:rPr>
        <w:t>American Mathematics Competitions 10 · 中英双语</w:t>
      </w:r>
    </w:p>
    <w:p>
      <w:pPr>
        <w:spacing w:before="0" w:after="280" w:line="300" w:lineRule="auto"/>
        <w:jc w:val="center"/>
      </w:pPr>
      <w:r>
        <w:rPr>
          <w:rFonts w:ascii="Times New Roman" w:hAnsi="Times New Roman" w:eastAsia="宋体"/>
          <w:b w:val="0"/>
          <w:i w:val="0"/>
          <w:color w:val="555555"/>
          <w:sz w:val="19"/>
        </w:rPr>
        <w:t>共 25 题，限时 75 分钟；答对得 6 分，未答得 1.5 分，答错 0 分，满分 150 分。</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Alicia 有两个容器。第一个容器的水占其容量的 5/6，第二个是空的。她把第一个容器中的水全部倒入第二个容器，此时水占第二个容器容量的 3/4。较小容器体积与较大容器体积的比是多少？</w:t>
      </w:r>
    </w:p>
    <w:p>
      <w:pPr>
        <w:spacing w:before="0" w:after="120" w:line="300" w:lineRule="auto"/>
      </w:pPr>
      <w:r>
        <w:rPr>
          <w:rFonts w:ascii="Times New Roman" w:hAnsi="Times New Roman" w:eastAsia="宋体"/>
          <w:b w:val="0"/>
          <w:i w:val="0"/>
          <w:sz w:val="21"/>
        </w:rPr>
        <w:t>（A）5/8　　（B）4/5　　（C）7/8　　（D）9/10　　（E）11/12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Alicia had two containers. The first was 5/6 full of water and the second was empty. She poured all the water from the first container into the second container, at which point the second container was 3/4 full of water. What is the ratio of the volume of the smaller container to the volume of the larger container?</w:t>
      </w:r>
    </w:p>
    <w:p>
      <w:pPr>
        <w:spacing w:before="0" w:after="160" w:line="300" w:lineRule="auto"/>
      </w:pPr>
      <w:r>
        <w:rPr>
          <w:rFonts w:ascii="Times New Roman" w:hAnsi="Times New Roman" w:eastAsia="宋体"/>
          <w:b w:val="0"/>
          <w:i w:val="0"/>
          <w:color w:val="333333"/>
          <w:sz w:val="19"/>
        </w:rPr>
        <w:t>(A) 5/8　　(B) 4/5　　(C) 7/8　　(D) 9/10　　(E) 11/12</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考虑命题：“如果 n 不是质数，那么 n-2 是质数。”下列哪个 n 的值是这个命题的反例？</w:t>
      </w:r>
    </w:p>
    <w:p>
      <w:pPr>
        <w:spacing w:before="0" w:after="120" w:line="300" w:lineRule="auto"/>
      </w:pPr>
      <w:r>
        <w:rPr>
          <w:rFonts w:ascii="Times New Roman" w:hAnsi="Times New Roman" w:eastAsia="宋体"/>
          <w:b w:val="0"/>
          <w:i w:val="0"/>
          <w:sz w:val="21"/>
        </w:rPr>
        <w:t>（A）11　　（B）15　　（C）19　　（D）21　　（E）27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the statement, “If n is not prime, then n-2 is prime.” Which of the following values of n is a counterexample to this statement?</w:t>
      </w:r>
    </w:p>
    <w:p>
      <w:pPr>
        <w:spacing w:before="0" w:after="160" w:line="300" w:lineRule="auto"/>
      </w:pPr>
      <w:r>
        <w:rPr>
          <w:rFonts w:ascii="Times New Roman" w:hAnsi="Times New Roman" w:eastAsia="宋体"/>
          <w:b w:val="0"/>
          <w:i w:val="0"/>
          <w:color w:val="333333"/>
          <w:sz w:val="19"/>
        </w:rPr>
        <w:t>(A) 11　　(B) 15　　(C) 19　　(D) 21　　(E) 27</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一所高中有 500 名学生。40% 的高年级学生会演奏乐器，而 30% 的非高年级学生不会演奏乐器。全校共有 46.8% 的学生不会演奏乐器。有多少非高年级学生会演奏乐器？</w:t>
      </w:r>
    </w:p>
    <w:p>
      <w:pPr>
        <w:spacing w:before="0" w:after="120" w:line="300" w:lineRule="auto"/>
      </w:pPr>
      <w:r>
        <w:rPr>
          <w:rFonts w:ascii="Times New Roman" w:hAnsi="Times New Roman" w:eastAsia="宋体"/>
          <w:b w:val="0"/>
          <w:i w:val="0"/>
          <w:sz w:val="21"/>
        </w:rPr>
        <w:t>（A）66　　（B）154　　（C）186　　（D）220　　（E）266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high school with 500 students, 40% of the seniors play a musical instrument, while 30% of the non-seniors do not play a musical instrument. In all, 46.8% of the students do not play a musical instrument. How many non-seniors play a musical instrument?</w:t>
      </w:r>
    </w:p>
    <w:p>
      <w:pPr>
        <w:spacing w:before="0" w:after="160" w:line="300" w:lineRule="auto"/>
      </w:pPr>
      <w:r>
        <w:rPr>
          <w:rFonts w:ascii="Times New Roman" w:hAnsi="Times New Roman" w:eastAsia="宋体"/>
          <w:b w:val="0"/>
          <w:i w:val="0"/>
          <w:color w:val="333333"/>
          <w:sz w:val="19"/>
        </w:rPr>
        <w:t>(A) 66　　(B) 154　　(C) 186　　(D) 220　　(E) 266</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所有方程为 ax+by=c 且 a，b，c 构成等差数列的直线都经过同一个点。这个点的坐标是什么？</w:t>
      </w:r>
    </w:p>
    <w:p>
      <w:pPr>
        <w:spacing w:before="0" w:after="120" w:line="300" w:lineRule="auto"/>
      </w:pPr>
      <w:r>
        <w:rPr>
          <w:rFonts w:ascii="Times New Roman" w:hAnsi="Times New Roman" w:eastAsia="宋体"/>
          <w:b w:val="0"/>
          <w:i w:val="0"/>
          <w:sz w:val="21"/>
        </w:rPr>
        <w:t>（A）(-1,2)　　（B）(0,1)　　（C）(1,-2)　　（D）(1,0)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All lines with equation ax+by=c such that a, b, c form an arithmetic progression pass through a common point. What are the coordinates of that point?</w:t>
      </w:r>
    </w:p>
    <w:p>
      <w:pPr>
        <w:spacing w:before="0" w:after="160" w:line="300" w:lineRule="auto"/>
      </w:pPr>
      <w:r>
        <w:rPr>
          <w:rFonts w:ascii="Times New Roman" w:hAnsi="Times New Roman" w:eastAsia="宋体"/>
          <w:b w:val="0"/>
          <w:i w:val="0"/>
          <w:color w:val="333333"/>
          <w:sz w:val="19"/>
        </w:rPr>
        <w:t>(A) (-1,2)　　(B) (0,1)　　(C) (1,-2)　　(D) (1,0)　　(E) (1,2)</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三角形 ABC 位于第一象限。点 A、B 和 C 关于直线 y=x 的对称点分别为 A'、B' 和 C'。假设三角形的顶点都不在直线 y=x 上。下列哪一项不一定总为真？</w:t>
      </w:r>
    </w:p>
    <w:p>
      <w:pPr>
        <w:spacing w:before="0" w:after="120" w:line="300" w:lineRule="auto"/>
      </w:pPr>
      <w:r>
        <w:rPr>
          <w:rFonts w:ascii="Times New Roman" w:hAnsi="Times New Roman" w:eastAsia="宋体"/>
          <w:b w:val="0"/>
          <w:i w:val="0"/>
          <w:sz w:val="21"/>
        </w:rPr>
        <w:t>（A）三角形 A'B'C' 位于第一象限。　　（B）三角形 ABC 与 A'B'C' 面积相同。　　（C）直线 AA' 的斜率为 -1。　　（D）直线 AA' 与 CC' 的斜率相同。　　（E）直线 AB 与 A'B' 互相垂直。</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 ABC lies in the first quadrant. Points A, B, and C are reflected across the line y=x to points A', B', and C', respectively. Assume that none of the vertices of the triangle lie on the line y=x. Which of the following statements is</w:t>
      </w:r>
      <w:r>
        <w:rPr>
          <w:rFonts w:ascii="Times New Roman" w:hAnsi="Times New Roman" w:eastAsia="宋体"/>
          <w:b w:val="0"/>
          <w:i/>
          <w:color w:val="333333"/>
          <w:sz w:val="19"/>
        </w:rPr>
        <w:t>not</w:t>
      </w:r>
      <w:r>
        <w:rPr>
          <w:rFonts w:ascii="Times New Roman" w:hAnsi="Times New Roman" w:eastAsia="宋体"/>
          <w:b w:val="0"/>
          <w:i w:val="0"/>
          <w:color w:val="333333"/>
          <w:sz w:val="19"/>
        </w:rPr>
        <w:t>always true?</w:t>
      </w:r>
    </w:p>
    <w:p>
      <w:pPr>
        <w:spacing w:before="0" w:after="160" w:line="300" w:lineRule="auto"/>
      </w:pPr>
      <w:r>
        <w:rPr>
          <w:rFonts w:ascii="Times New Roman" w:hAnsi="Times New Roman" w:eastAsia="宋体"/>
          <w:b w:val="0"/>
          <w:i w:val="0"/>
          <w:color w:val="333333"/>
          <w:sz w:val="19"/>
        </w:rPr>
        <w:t>(A) Triangle A'B'C' lies in the first quadrant.　　(B) Triangles ABC and A'B'C' have the same area.　　(C) The slope of line AA' is -1.　　(D) The slopes of lines AA' and CC' are the same.　　(E) Lines AB and A'B' are perpendicular to</w:t>
        <w:br/>
        <w:t>each other.</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正整数 n 满足方程</w:t>
      </w:r>
    </w:p>
    <w:p>
      <w:pPr>
        <w:spacing w:before="0" w:after="80" w:line="300" w:lineRule="auto"/>
        <w:jc w:val="left"/>
      </w:pPr>
      <w:r>
        <w:rPr>
          <w:rFonts w:ascii="Times New Roman" w:hAnsi="Times New Roman" w:eastAsia="宋体"/>
          <w:b w:val="0"/>
          <w:i w:val="0"/>
          <w:sz w:val="21"/>
        </w:rPr>
        <w:t>(n+1)! + (n+2)! = n! · 440。</w:t>
      </w:r>
    </w:p>
    <w:p>
      <w:pPr>
        <w:spacing w:before="0" w:after="80" w:line="300" w:lineRule="auto"/>
        <w:jc w:val="left"/>
      </w:pPr>
      <w:r>
        <w:rPr>
          <w:rFonts w:ascii="Times New Roman" w:hAnsi="Times New Roman" w:eastAsia="宋体"/>
          <w:b w:val="0"/>
          <w:i w:val="0"/>
          <w:sz w:val="21"/>
        </w:rPr>
        <w:t>求 n 的各位数字之和。</w:t>
      </w:r>
    </w:p>
    <w:p>
      <w:pPr>
        <w:spacing w:before="0" w:after="120" w:line="300" w:lineRule="auto"/>
      </w:pPr>
      <w:r>
        <w:rPr>
          <w:rFonts w:ascii="Times New Roman" w:hAnsi="Times New Roman" w:eastAsia="宋体"/>
          <w:b w:val="0"/>
          <w:i w:val="0"/>
          <w:sz w:val="21"/>
        </w:rPr>
        <w:t>（A）2　　（B）5　　（C）10　　（D）12　　（E）15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positive integer n satisfies the equation</w:t>
      </w:r>
    </w:p>
    <w:p>
      <w:pPr>
        <w:spacing w:before="0" w:after="80" w:line="300" w:lineRule="auto"/>
        <w:jc w:val="left"/>
      </w:pPr>
      <w:r>
        <w:rPr>
          <w:rFonts w:ascii="Times New Roman" w:hAnsi="Times New Roman" w:eastAsia="宋体"/>
          <w:b w:val="0"/>
          <w:i w:val="0"/>
          <w:color w:val="333333"/>
          <w:sz w:val="19"/>
        </w:rPr>
        <w:t>(n+1)! + (n+2)! = n! · 440.</w:t>
      </w:r>
    </w:p>
    <w:p>
      <w:pPr>
        <w:spacing w:before="0" w:after="80" w:line="300" w:lineRule="auto"/>
        <w:jc w:val="left"/>
      </w:pPr>
      <w:r>
        <w:rPr>
          <w:rFonts w:ascii="Times New Roman" w:hAnsi="Times New Roman" w:eastAsia="宋体"/>
          <w:b w:val="0"/>
          <w:i w:val="0"/>
          <w:color w:val="333333"/>
          <w:sz w:val="19"/>
        </w:rPr>
        <w:t>What is the sum of the digits of n?</w:t>
      </w:r>
    </w:p>
    <w:p>
      <w:pPr>
        <w:spacing w:before="0" w:after="160" w:line="300" w:lineRule="auto"/>
      </w:pPr>
      <w:r>
        <w:rPr>
          <w:rFonts w:ascii="Times New Roman" w:hAnsi="Times New Roman" w:eastAsia="宋体"/>
          <w:b w:val="0"/>
          <w:i w:val="0"/>
          <w:color w:val="333333"/>
          <w:sz w:val="19"/>
        </w:rPr>
        <w:t>(A) 2　　(B) 5　　(C) 10　　(D) 12　　(E) 15</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一家商店中每颗糖的价格都是整数美分。Casper 的钱恰好可以买 12 颗红糖、14 颗绿糖、15 颗蓝糖，或者 n 颗紫糖。一颗紫糖价格为 20 美分。n 的最小可能值是多少？</w:t>
      </w:r>
    </w:p>
    <w:p>
      <w:pPr>
        <w:spacing w:before="0" w:after="120" w:line="300" w:lineRule="auto"/>
      </w:pPr>
      <w:r>
        <w:rPr>
          <w:rFonts w:ascii="Times New Roman" w:hAnsi="Times New Roman" w:eastAsia="宋体"/>
          <w:b w:val="0"/>
          <w:i w:val="0"/>
          <w:sz w:val="21"/>
        </w:rPr>
        <w:t>（A）18　　（B）21　　（C）24　　（D）25　　（E）28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piece of candy in a shop costs a whole number of cents. Casper has exactly enough money to buy either 12 pieces of red candy, 14 pieces of green candy, 15 pieces of blue candy, or n pieces of purple candy. A piece of purple candy costs 20 cents. What is the least possible value of n?</w:t>
      </w:r>
    </w:p>
    <w:p>
      <w:pPr>
        <w:spacing w:before="0" w:after="160" w:line="300" w:lineRule="auto"/>
      </w:pPr>
      <w:r>
        <w:rPr>
          <w:rFonts w:ascii="Times New Roman" w:hAnsi="Times New Roman" w:eastAsia="宋体"/>
          <w:b w:val="0"/>
          <w:i w:val="0"/>
          <w:color w:val="333333"/>
          <w:sz w:val="19"/>
        </w:rPr>
        <w:t>(A) 18　　(B) 21　　(C) 24　　(D) 25　　(E) 28</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下图显示一个正方形和四个等边三角形。每个三角形都有一条边在正方形的一条边上，每个三角形边长为 2，且四个三角形的第三个顶点在正方形中心相交。正方形内但三角形外的区域被涂色。涂色区域的面积是多少？</w:t>
      </w:r>
    </w:p>
    <w:p>
      <w:pPr>
        <w:spacing w:before="80" w:after="80"/>
        <w:jc w:val="center"/>
      </w:pPr>
      <w:r>
        <w:drawing>
          <wp:inline xmlns:a="http://schemas.openxmlformats.org/drawingml/2006/main" xmlns:pic="http://schemas.openxmlformats.org/drawingml/2006/picture">
            <wp:extent cx="2110176" cy="2303792"/>
            <wp:docPr id="1" name="Picture 1"/>
            <wp:cNvGraphicFramePr>
              <a:graphicFrameLocks noChangeAspect="1"/>
            </wp:cNvGraphicFramePr>
            <a:graphic>
              <a:graphicData uri="http://schemas.openxmlformats.org/drawingml/2006/picture">
                <pic:pic>
                  <pic:nvPicPr>
                    <pic:cNvPr id="0" name="q08-1@300dpi.png"/>
                    <pic:cNvPicPr/>
                  </pic:nvPicPr>
                  <pic:blipFill>
                    <a:blip r:embed="rId9"/>
                    <a:stretch>
                      <a:fillRect/>
                    </a:stretch>
                  </pic:blipFill>
                  <pic:spPr>
                    <a:xfrm>
                      <a:off x="0" y="0"/>
                      <a:ext cx="2110176" cy="2303792"/>
                    </a:xfrm>
                    <a:prstGeom prst="rect"/>
                  </pic:spPr>
                </pic:pic>
              </a:graphicData>
            </a:graphic>
          </wp:inline>
        </w:drawing>
      </w:r>
    </w:p>
    <w:p>
      <w:pPr>
        <w:spacing w:before="0" w:after="120" w:line="300" w:lineRule="auto"/>
      </w:pPr>
      <w:r>
        <w:rPr>
          <w:rFonts w:ascii="Times New Roman" w:hAnsi="Times New Roman" w:eastAsia="宋体"/>
          <w:b w:val="0"/>
          <w:i w:val="0"/>
          <w:sz w:val="21"/>
        </w:rPr>
        <w:t>（A）4　　（B）12 - 4√(3)　　（C）3√(3)　　（D）4√(3)　　（E）16 - 4√(3)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figure below shows a square and four equilateral triangles, with each triangle having a side lying on a side of the square, such that each triangle has side length 2 and the third vertices of the triangles meet at the center of the square. The region inside the square but outside the triangles is shaded. What is the area of the shaded region?</w:t>
      </w:r>
    </w:p>
    <w:p>
      <w:pPr>
        <w:spacing w:before="80" w:after="80"/>
        <w:jc w:val="center"/>
      </w:pPr>
      <w:r>
        <w:drawing>
          <wp:inline xmlns:a="http://schemas.openxmlformats.org/drawingml/2006/main" xmlns:pic="http://schemas.openxmlformats.org/drawingml/2006/picture">
            <wp:extent cx="2110176" cy="2303792"/>
            <wp:docPr id="2" name="Picture 2"/>
            <wp:cNvGraphicFramePr>
              <a:graphicFrameLocks noChangeAspect="1"/>
            </wp:cNvGraphicFramePr>
            <a:graphic>
              <a:graphicData uri="http://schemas.openxmlformats.org/drawingml/2006/picture">
                <pic:pic>
                  <pic:nvPicPr>
                    <pic:cNvPr id="0" name="q08-1@300dpi.png"/>
                    <pic:cNvPicPr/>
                  </pic:nvPicPr>
                  <pic:blipFill>
                    <a:blip r:embed="rId9"/>
                    <a:stretch>
                      <a:fillRect/>
                    </a:stretch>
                  </pic:blipFill>
                  <pic:spPr>
                    <a:xfrm>
                      <a:off x="0" y="0"/>
                      <a:ext cx="2110176" cy="230379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　　(B) 12 - 4√(3)　　(C) 3√(3)　　(D) 4√(3)　　(E) 16 - 4√(3)</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函数 f 对所有实数 x 定义为</w:t>
      </w:r>
    </w:p>
    <w:p>
      <w:pPr>
        <w:spacing w:before="0" w:after="80" w:line="300" w:lineRule="auto"/>
        <w:jc w:val="left"/>
      </w:pPr>
      <w:r>
        <w:rPr>
          <w:rFonts w:ascii="Times New Roman" w:hAnsi="Times New Roman" w:eastAsia="宋体"/>
          <w:b w:val="0"/>
          <w:i w:val="0"/>
          <w:sz w:val="21"/>
        </w:rPr>
        <w:t>f(x) = ⌊|x|⌋ - |⌊ x ⌋|</w:t>
      </w:r>
    </w:p>
    <w:p>
      <w:pPr>
        <w:spacing w:before="0" w:after="80" w:line="300" w:lineRule="auto"/>
        <w:jc w:val="left"/>
      </w:pPr>
      <w:r>
        <w:rPr>
          <w:rFonts w:ascii="Times New Roman" w:hAnsi="Times New Roman" w:eastAsia="宋体"/>
          <w:b w:val="0"/>
          <w:i w:val="0"/>
          <w:sz w:val="21"/>
        </w:rPr>
        <w:t>其中 ⌊ r ⌋ 表示不超过实数 r 的最大整数。求 f 的值域。</w:t>
      </w:r>
    </w:p>
    <w:p>
      <w:pPr>
        <w:spacing w:before="0" w:after="120" w:line="300" w:lineRule="auto"/>
      </w:pPr>
      <w:r>
        <w:rPr>
          <w:rFonts w:ascii="Times New Roman" w:hAnsi="Times New Roman" w:eastAsia="宋体"/>
          <w:b w:val="0"/>
          <w:i w:val="0"/>
          <w:sz w:val="21"/>
        </w:rPr>
        <w:t>（A）{-1, 0}　　（B）非正整数集合　　（C）{-1, 0, 1}　　（D）{0}　　（E）非负整数集合</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function f is defined by</w:t>
      </w:r>
    </w:p>
    <w:p>
      <w:pPr>
        <w:spacing w:before="0" w:after="80" w:line="300" w:lineRule="auto"/>
        <w:jc w:val="left"/>
      </w:pPr>
      <w:r>
        <w:rPr>
          <w:rFonts w:ascii="Times New Roman" w:hAnsi="Times New Roman" w:eastAsia="宋体"/>
          <w:b w:val="0"/>
          <w:i w:val="0"/>
          <w:color w:val="333333"/>
          <w:sz w:val="19"/>
        </w:rPr>
        <w:t>f(x) = ⌊|x|⌋ - |⌊ x ⌋|</w:t>
      </w:r>
    </w:p>
    <w:p>
      <w:pPr>
        <w:spacing w:before="0" w:after="80" w:line="300" w:lineRule="auto"/>
        <w:jc w:val="left"/>
      </w:pPr>
      <w:r>
        <w:rPr>
          <w:rFonts w:ascii="Times New Roman" w:hAnsi="Times New Roman" w:eastAsia="宋体"/>
          <w:b w:val="0"/>
          <w:i w:val="0"/>
          <w:color w:val="333333"/>
          <w:sz w:val="19"/>
        </w:rPr>
        <w:t>for all real numbers x, where ⌊ r ⌋ denotes the greatest integer less than or equal to the real number r. What is the range of f?</w:t>
      </w:r>
    </w:p>
    <w:p>
      <w:pPr>
        <w:spacing w:before="0" w:after="160" w:line="300" w:lineRule="auto"/>
      </w:pPr>
      <w:r>
        <w:rPr>
          <w:rFonts w:ascii="Times New Roman" w:hAnsi="Times New Roman" w:eastAsia="宋体"/>
          <w:b w:val="0"/>
          <w:i w:val="0"/>
          <w:color w:val="333333"/>
          <w:sz w:val="19"/>
        </w:rPr>
        <w:t>(A) {-1, 0}　　(B) The set of nonpositive integers　　(C) {-1, 0, 1}　　(D) {0}　　(E) The set of nonnegative integers</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在一个平面内，点 A 和 B 相距 10 个单位。平面内有多少个点 C，使得三角形 △ ABC 的周长为 50 个单位，三角形 △ ABC 的面积为 100 平方单位？</w:t>
      </w:r>
    </w:p>
    <w:p>
      <w:pPr>
        <w:spacing w:before="0" w:after="120" w:line="300" w:lineRule="auto"/>
      </w:pPr>
      <w:r>
        <w:rPr>
          <w:rFonts w:ascii="Times New Roman" w:hAnsi="Times New Roman" w:eastAsia="宋体"/>
          <w:b w:val="0"/>
          <w:i w:val="0"/>
          <w:sz w:val="21"/>
        </w:rPr>
        <w:t>（A）0　　（B）2　　（C）4　　（D）8　　（E）无穷多个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given plane, points A and B are 10 units apart. How many points C are there in the plane such that the perimeter of △ ABC is 50 units and the area of △ ABC is 100 square units?</w:t>
      </w:r>
    </w:p>
    <w:p>
      <w:pPr>
        <w:spacing w:before="0" w:after="160" w:line="300" w:lineRule="auto"/>
      </w:pPr>
      <w:r>
        <w:rPr>
          <w:rFonts w:ascii="Times New Roman" w:hAnsi="Times New Roman" w:eastAsia="宋体"/>
          <w:b w:val="0"/>
          <w:i w:val="0"/>
          <w:color w:val="333333"/>
          <w:sz w:val="19"/>
        </w:rPr>
        <w:t>(A) 0　　(B) 2　　(C) 4　　(D) 8　　(E) infinitely many</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两个罐子中各有相同数量的弹珠，每颗弹珠不是蓝色就是绿色。罐子 1 中蓝珠与绿珠的比为 9:1，罐子 2 中蓝珠与绿珠的比为 8:1。两个罐子中共有 95 颗绿珠。罐子 1 比罐子 2 多多少颗蓝珠？</w:t>
      </w:r>
    </w:p>
    <w:p>
      <w:pPr>
        <w:spacing w:before="0" w:after="120" w:line="300" w:lineRule="auto"/>
      </w:pPr>
      <w:r>
        <w:rPr>
          <w:rFonts w:ascii="Times New Roman" w:hAnsi="Times New Roman" w:eastAsia="宋体"/>
          <w:b w:val="0"/>
          <w:i w:val="0"/>
          <w:sz w:val="21"/>
        </w:rPr>
        <w:t>（A）5　　（B）10　　（C）25　　（D）45　　（E）50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jars each contain the same number of marbles, and every marble is either blue or green. In Jar 1 the ratio of blue to green marbles is 9:1, and the ratio of blue to green marbles in Jar 2 is 8:1. There are 95 green marbles in all. How many more blue marbles are in Jar 1 than in Jar 2?</w:t>
      </w:r>
    </w:p>
    <w:p>
      <w:pPr>
        <w:spacing w:before="0" w:after="160" w:line="300" w:lineRule="auto"/>
      </w:pPr>
      <w:r>
        <w:rPr>
          <w:rFonts w:ascii="Times New Roman" w:hAnsi="Times New Roman" w:eastAsia="宋体"/>
          <w:b w:val="0"/>
          <w:i w:val="0"/>
          <w:color w:val="333333"/>
          <w:sz w:val="19"/>
        </w:rPr>
        <w:t>(A) 5　　(B) 10　　(C) 25　　(D) 45　　(E) 50</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小于 2019 的正整数中，其以七为底的表示的各位数字之和最大可能是多少？</w:t>
      </w:r>
    </w:p>
    <w:p>
      <w:pPr>
        <w:spacing w:before="0" w:after="120" w:line="300" w:lineRule="auto"/>
      </w:pPr>
      <w:r>
        <w:rPr>
          <w:rFonts w:ascii="Times New Roman" w:hAnsi="Times New Roman" w:eastAsia="宋体"/>
          <w:b w:val="0"/>
          <w:i w:val="0"/>
          <w:sz w:val="21"/>
        </w:rPr>
        <w:t>（A）11　　（B）14　　（C）22　　（D）23　　（E）27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greatest possible sum of the digits in the base-seven representation of a positive integer less than 2019?</w:t>
      </w:r>
    </w:p>
    <w:p>
      <w:pPr>
        <w:spacing w:before="0" w:after="160" w:line="300" w:lineRule="auto"/>
      </w:pPr>
      <w:r>
        <w:rPr>
          <w:rFonts w:ascii="Times New Roman" w:hAnsi="Times New Roman" w:eastAsia="宋体"/>
          <w:b w:val="0"/>
          <w:i w:val="0"/>
          <w:color w:val="333333"/>
          <w:sz w:val="19"/>
        </w:rPr>
        <w:t>(A) 11　　(B) 14　　(C) 22　　(D) 23　　(E) 27</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所有满足下列条件的实数 x 的和是多少：4，6，8，17 和 x 这五个数的中位数等于它们的平均数？</w:t>
      </w:r>
    </w:p>
    <w:p>
      <w:pPr>
        <w:spacing w:before="0" w:after="120" w:line="300" w:lineRule="auto"/>
      </w:pPr>
      <w:r>
        <w:rPr>
          <w:rFonts w:ascii="Times New Roman" w:hAnsi="Times New Roman" w:eastAsia="宋体"/>
          <w:b w:val="0"/>
          <w:i w:val="0"/>
          <w:sz w:val="21"/>
        </w:rPr>
        <w:t>（A）-5　　（B）0　　（C）5　　（D）15/4　　（E）35/4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What is the sum of all real numbers x for which the median of the numbers 4, 6, 8, 17, and x is equal to the mean of those five numbers?</w:t>
      </w:r>
    </w:p>
    <w:p>
      <w:pPr>
        <w:spacing w:before="0" w:after="160" w:line="300" w:lineRule="auto"/>
      </w:pPr>
      <w:r>
        <w:rPr>
          <w:rFonts w:ascii="Times New Roman" w:hAnsi="Times New Roman" w:eastAsia="宋体"/>
          <w:b w:val="0"/>
          <w:i w:val="0"/>
          <w:color w:val="333333"/>
          <w:sz w:val="19"/>
        </w:rPr>
        <w:t>(A) -5　　(B) 0　　(C) 5　　(D) 15/4　　(E) 35/4</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19! 的十进制表示为 121，6T5，100，40M，832，H00，其中 T、M、H 表示未给出的数字。求 T+M+H。</w:t>
      </w:r>
    </w:p>
    <w:p>
      <w:pPr>
        <w:spacing w:before="0" w:after="120" w:line="300" w:lineRule="auto"/>
      </w:pPr>
      <w:r>
        <w:rPr>
          <w:rFonts w:ascii="Times New Roman" w:hAnsi="Times New Roman" w:eastAsia="宋体"/>
          <w:b w:val="0"/>
          <w:i w:val="0"/>
          <w:sz w:val="21"/>
        </w:rPr>
        <w:t>（A）3　　（B）8　　（C）12　　（D）14　　（E）17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base-ten representation for 19! is 121, 6T5, 100, 40M, 832, H00, where T, M, and H denote digits that are not given. What is T+M+H?</w:t>
      </w:r>
    </w:p>
    <w:p>
      <w:pPr>
        <w:spacing w:before="0" w:after="160" w:line="300" w:lineRule="auto"/>
      </w:pPr>
      <w:r>
        <w:rPr>
          <w:rFonts w:ascii="Times New Roman" w:hAnsi="Times New Roman" w:eastAsia="宋体"/>
          <w:b w:val="0"/>
          <w:i w:val="0"/>
          <w:color w:val="333333"/>
          <w:sz w:val="19"/>
        </w:rPr>
        <w:t>(A) 3　　(B) 8　　(C) 12　　(D) 14　　(E) 17</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直角三角形 T₁ 和 T₂ 的面积分别为 1 和 2。T₁ 的一条边与 T₂ 的一条边全等，并且 T₁ 的另一条边与 T₂ 的另一条边全等。T₁ 和 T₂ 各自剩下的（第三条）边的长度之积的平方是多少？</w:t>
      </w:r>
    </w:p>
    <w:p>
      <w:pPr>
        <w:spacing w:before="0" w:after="120" w:line="300" w:lineRule="auto"/>
      </w:pPr>
      <w:r>
        <w:rPr>
          <w:rFonts w:ascii="Times New Roman" w:hAnsi="Times New Roman" w:eastAsia="宋体"/>
          <w:b w:val="0"/>
          <w:i w:val="0"/>
          <w:sz w:val="21"/>
        </w:rPr>
        <w:t>（A）28/3　　（B）10　　（C）21/2　　（D）32/3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Right triangles T₁ and T₂ have areas 1 and 2, respectively. A side of T₁ is congruent to a side of T₂, and a different side of T₁ is congruent to a different side of T₂. What is the square of the product of the lengths of the other (third) sides of T₁ and T₂?</w:t>
      </w:r>
    </w:p>
    <w:p>
      <w:pPr>
        <w:spacing w:before="0" w:after="160" w:line="300" w:lineRule="auto"/>
      </w:pPr>
      <w:r>
        <w:rPr>
          <w:rFonts w:ascii="Times New Roman" w:hAnsi="Times New Roman" w:eastAsia="宋体"/>
          <w:b w:val="0"/>
          <w:i w:val="0"/>
          <w:color w:val="333333"/>
          <w:sz w:val="19"/>
        </w:rPr>
        <w:t>(A) 28/3　　(B) 10　　(C) 21/2　　(D) 32/3　　(E) 12</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在直角三角形 △ ABC 中，直角在 C，点 D 位于线段 AB 内部，点 E 位于线段 BC 内部，满足 AC=CD、DE=EB，且 AC:DE=4:3。求 AD:DB。</w:t>
      </w:r>
    </w:p>
    <w:p>
      <w:pPr>
        <w:spacing w:before="0" w:after="120" w:line="300" w:lineRule="auto"/>
      </w:pPr>
      <w:r>
        <w:rPr>
          <w:rFonts w:ascii="Times New Roman" w:hAnsi="Times New Roman" w:eastAsia="宋体"/>
          <w:b w:val="0"/>
          <w:i w:val="0"/>
          <w:sz w:val="21"/>
        </w:rPr>
        <w:t>（A）2:3　　（B）2:√(5)　　（C）1:1　　（D）3:√(5)　　（E）3:2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 ABC with a right angle at C, point D lies in the interior of AB and point E lies in the interior of BC so that AC=CD, DE=EB, and the ratio AC:DE=4:3. What is the ratio AD:DB?</w:t>
      </w:r>
    </w:p>
    <w:p>
      <w:pPr>
        <w:spacing w:before="0" w:after="160" w:line="300" w:lineRule="auto"/>
      </w:pPr>
      <w:r>
        <w:rPr>
          <w:rFonts w:ascii="Times New Roman" w:hAnsi="Times New Roman" w:eastAsia="宋体"/>
          <w:b w:val="0"/>
          <w:i w:val="0"/>
          <w:color w:val="333333"/>
          <w:sz w:val="19"/>
        </w:rPr>
        <w:t>(A) 2:3　　(B) 2:√(5)　　(C) 1:1　　(D) 3:√(5)　　(E) 3:2</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一个红球和一个绿球独立随机地被投入按正整数编号的箱子中。对每个球，投入第 k 号箱子的概率为 2⁻ᵏ，其中 k = 1、2、3、…。红球被投入编号比绿球更大的箱子的概率是多少？</w:t>
      </w:r>
    </w:p>
    <w:p>
      <w:pPr>
        <w:spacing w:before="0" w:after="120" w:line="300" w:lineRule="auto"/>
      </w:pPr>
      <w:r>
        <w:rPr>
          <w:rFonts w:ascii="Times New Roman" w:hAnsi="Times New Roman" w:eastAsia="宋体"/>
          <w:b w:val="0"/>
          <w:i w:val="0"/>
          <w:sz w:val="21"/>
        </w:rPr>
        <w:t>（A）1/4　　（B）2/7　　（C）1/3　　（D）3/8　　（E）3/7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red ball and a green ball are randomly and independently tossed into bins numbered with the positive integers so that for each ball, the probability that it is tossed into bin k is 2⁻ᵏ for k = 1, 2, 3, …. What is the probability that the red ball is tossed into a higher-numbered bin than the green ball?</w:t>
      </w:r>
    </w:p>
    <w:p>
      <w:pPr>
        <w:spacing w:before="0" w:after="160" w:line="300" w:lineRule="auto"/>
      </w:pPr>
      <w:r>
        <w:rPr>
          <w:rFonts w:ascii="Times New Roman" w:hAnsi="Times New Roman" w:eastAsia="宋体"/>
          <w:b w:val="0"/>
          <w:i w:val="0"/>
          <w:color w:val="333333"/>
          <w:sz w:val="19"/>
        </w:rPr>
        <w:t>(A) 1/4　　(B) 2/7　　(C) 1/3　　(D) 3/8　　(E) 3/7</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Henry 早上决定去锻炼，他先从家向健身房走了全程的 3/4。健身房离 Henry 家 2 千米。到达该点后，他改变主意，朝家走回当前到家的距离的 3/4。到达新点后，他再次改变主意，朝健身房走当前到健身房距离的 3/4。如果 Henry 一直这样在每次改变主意后朝健身房或家走剩余距离的 3/4，他会越来越接近在离家 A 千米与离家 B 千米的两个点之间来回走。|A-B| 是多少？</w:t>
      </w:r>
    </w:p>
    <w:p>
      <w:pPr>
        <w:spacing w:before="0" w:after="120" w:line="300" w:lineRule="auto"/>
      </w:pPr>
      <w:r>
        <w:rPr>
          <w:rFonts w:ascii="Times New Roman" w:hAnsi="Times New Roman" w:eastAsia="宋体"/>
          <w:b w:val="0"/>
          <w:i w:val="0"/>
          <w:sz w:val="21"/>
        </w:rPr>
        <w:t>（A）2/3　　（B）1　　（C）1 1/5　　（D）1 1/4　　（E）1 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Henry decides one morning to do a workout, and he walks 3/4 of the way from his home to his gym. The gym is 2 kilometers away from Henry’s home. At that point, he changes his mind and walks 3/4 of the way from where he is back toward home. When he reaches that point, he changes his mind again and walks 3/4 of the distance from there back toward the gym. If Henry keeps changing his mind when he has walked 3/4 of the distance toward either the gym or home from the point where he last changed his mind, he will get very close to walking back and forth between a point A kilometers from home and a point B kilometers from home. What is |A-B|?</w:t>
      </w:r>
    </w:p>
    <w:p>
      <w:pPr>
        <w:spacing w:before="0" w:after="160" w:line="300" w:lineRule="auto"/>
      </w:pPr>
      <w:r>
        <w:rPr>
          <w:rFonts w:ascii="Times New Roman" w:hAnsi="Times New Roman" w:eastAsia="宋体"/>
          <w:b w:val="0"/>
          <w:i w:val="0"/>
          <w:color w:val="333333"/>
          <w:sz w:val="19"/>
        </w:rPr>
        <w:t>(A) 2/3　　(B) 1　　(C) 1 1/5　　(D) 1 1/4　　(E) 1 1/2</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设 S 为 100,000 的所有正整数因数组成的集合。有多少个数可以表示为 S 中两个不同元素的乘积？</w:t>
      </w:r>
    </w:p>
    <w:p>
      <w:pPr>
        <w:spacing w:before="0" w:after="120" w:line="300" w:lineRule="auto"/>
      </w:pPr>
      <w:r>
        <w:rPr>
          <w:rFonts w:ascii="Times New Roman" w:hAnsi="Times New Roman" w:eastAsia="宋体"/>
          <w:b w:val="0"/>
          <w:i w:val="0"/>
          <w:sz w:val="21"/>
        </w:rPr>
        <w:t>（A）98　　（B）100　　（C）117　　（D）119　　（E）121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S be the set of all positive integer divisors of 100,000. How many numbers are the product of two distinct elements of S?</w:t>
      </w:r>
    </w:p>
    <w:p>
      <w:pPr>
        <w:spacing w:before="0" w:after="160" w:line="300" w:lineRule="auto"/>
      </w:pPr>
      <w:r>
        <w:rPr>
          <w:rFonts w:ascii="Times New Roman" w:hAnsi="Times New Roman" w:eastAsia="宋体"/>
          <w:b w:val="0"/>
          <w:i w:val="0"/>
          <w:color w:val="333333"/>
          <w:sz w:val="19"/>
        </w:rPr>
        <w:t>(A) 98　　(B) 100　　(C) 117　　(D) 119　　(E) 121</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如图，线段 AD 被点 B 和 C 三等分，使得 AB=BC=CD=2。三个半径为 1 的半圆 widehatAEB、widehatBFC 和 widehatCGD 都以 AD 上的线段为直径，位于直线 AD 的同一侧，并与直线 EG 分别在 E、F 和 G 处相切。另有一个半径为 2 的圆，其圆心为 F。图中阴影区域在该圆内、三个半圆外，面积可写成</w:t>
      </w:r>
    </w:p>
    <w:p>
      <w:pPr>
        <w:spacing w:before="0" w:after="80" w:line="300" w:lineRule="auto"/>
        <w:jc w:val="left"/>
      </w:pPr>
      <w:r>
        <w:rPr>
          <w:rFonts w:ascii="Times New Roman" w:hAnsi="Times New Roman" w:eastAsia="宋体"/>
          <w:b w:val="0"/>
          <w:i w:val="0"/>
          <w:sz w:val="21"/>
        </w:rPr>
        <w:t>a/b·π-√(c)+d，</w:t>
      </w:r>
    </w:p>
    <w:p>
      <w:pPr>
        <w:spacing w:before="0" w:after="80" w:line="300" w:lineRule="auto"/>
        <w:jc w:val="left"/>
      </w:pPr>
      <w:r>
        <w:rPr>
          <w:rFonts w:ascii="Times New Roman" w:hAnsi="Times New Roman" w:eastAsia="宋体"/>
          <w:b w:val="0"/>
          <w:i w:val="0"/>
          <w:sz w:val="21"/>
        </w:rPr>
        <w:t>其中 a，b，c 和 d 是正整数，且 a 与 b 互质。a+b+c+d 是多少？</w:t>
      </w:r>
    </w:p>
    <w:p>
      <w:pPr>
        <w:spacing w:before="80" w:after="80"/>
        <w:jc w:val="center"/>
      </w:pPr>
      <w:r>
        <w:drawing>
          <wp:inline xmlns:a="http://schemas.openxmlformats.org/drawingml/2006/main" xmlns:pic="http://schemas.openxmlformats.org/drawingml/2006/picture">
            <wp:extent cx="1979459" cy="1220995"/>
            <wp:docPr id="3" name="Picture 3"/>
            <wp:cNvGraphicFramePr>
              <a:graphicFrameLocks noChangeAspect="1"/>
            </wp:cNvGraphicFramePr>
            <a:graphic>
              <a:graphicData uri="http://schemas.openxmlformats.org/drawingml/2006/picture">
                <pic:pic>
                  <pic:nvPicPr>
                    <pic:cNvPr id="0" name="q20-1@300dpi.png"/>
                    <pic:cNvPicPr/>
                  </pic:nvPicPr>
                  <pic:blipFill>
                    <a:blip r:embed="rId10"/>
                    <a:stretch>
                      <a:fillRect/>
                    </a:stretch>
                  </pic:blipFill>
                  <pic:spPr>
                    <a:xfrm>
                      <a:off x="0" y="0"/>
                      <a:ext cx="1979459" cy="1220995"/>
                    </a:xfrm>
                    <a:prstGeom prst="rect"/>
                  </pic:spPr>
                </pic:pic>
              </a:graphicData>
            </a:graphic>
          </wp:inline>
        </w:drawing>
      </w:r>
    </w:p>
    <w:p>
      <w:pPr>
        <w:spacing w:before="0" w:after="120" w:line="300" w:lineRule="auto"/>
      </w:pPr>
      <w:r>
        <w:rPr>
          <w:rFonts w:ascii="Times New Roman" w:hAnsi="Times New Roman" w:eastAsia="宋体"/>
          <w:b w:val="0"/>
          <w:i w:val="0"/>
          <w:sz w:val="21"/>
        </w:rPr>
        <w:t>（A）13　　（B）14　　（C）15　　（D）16　　（E）17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As shown in the figure, line segment AD is trisected by points B and C so that AB=BC=CD=2. Three semicircles of radius 1, widehatAEB, widehatBFC, and widehatCGD, have their diameters on AD, lie in the same halfplane determined by line AD, and are tangent to line EG at E, F, and G, respectively. A circle of radius 2 has its center at F. The area of the region inside the circle but outside the three semicircles, shaded in the figure, can be expressed in the form</w:t>
      </w:r>
    </w:p>
    <w:p>
      <w:pPr>
        <w:spacing w:before="0" w:after="80" w:line="300" w:lineRule="auto"/>
        <w:jc w:val="left"/>
      </w:pPr>
      <w:r>
        <w:rPr>
          <w:rFonts w:ascii="Times New Roman" w:hAnsi="Times New Roman" w:eastAsia="宋体"/>
          <w:b w:val="0"/>
          <w:i w:val="0"/>
          <w:color w:val="333333"/>
          <w:sz w:val="19"/>
        </w:rPr>
        <w:t>a/b·π-√(c)+d,</w:t>
      </w:r>
    </w:p>
    <w:p>
      <w:pPr>
        <w:spacing w:before="0" w:after="80" w:line="300" w:lineRule="auto"/>
        <w:jc w:val="left"/>
      </w:pPr>
      <w:r>
        <w:rPr>
          <w:rFonts w:ascii="Times New Roman" w:hAnsi="Times New Roman" w:eastAsia="宋体"/>
          <w:b w:val="0"/>
          <w:i w:val="0"/>
          <w:color w:val="333333"/>
          <w:sz w:val="19"/>
        </w:rPr>
        <w:t>where a, b, c, and d are positive integers and a and b are relatively prime. What is a+b+c+d?</w:t>
      </w:r>
    </w:p>
    <w:p>
      <w:pPr>
        <w:spacing w:before="80" w:after="80"/>
        <w:jc w:val="center"/>
      </w:pPr>
      <w:r>
        <w:drawing>
          <wp:inline xmlns:a="http://schemas.openxmlformats.org/drawingml/2006/main" xmlns:pic="http://schemas.openxmlformats.org/drawingml/2006/picture">
            <wp:extent cx="1979459" cy="1220995"/>
            <wp:docPr id="4" name="Picture 4"/>
            <wp:cNvGraphicFramePr>
              <a:graphicFrameLocks noChangeAspect="1"/>
            </wp:cNvGraphicFramePr>
            <a:graphic>
              <a:graphicData uri="http://schemas.openxmlformats.org/drawingml/2006/picture">
                <pic:pic>
                  <pic:nvPicPr>
                    <pic:cNvPr id="0" name="q20-1@300dpi.png"/>
                    <pic:cNvPicPr/>
                  </pic:nvPicPr>
                  <pic:blipFill>
                    <a:blip r:embed="rId10"/>
                    <a:stretch>
                      <a:fillRect/>
                    </a:stretch>
                  </pic:blipFill>
                  <pic:spPr>
                    <a:xfrm>
                      <a:off x="0" y="0"/>
                      <a:ext cx="1979459" cy="1220995"/>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13　　(B) 14　　(C) 15　　(D) 16　　(E) 17</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Debra 反复抛一枚公平硬币，并记录到目前为止出现的正面数和反面数，直到出现连续两个正面或连续两个反面时停止。她出现连续两个正面，但在看到第二个正面之前先看到了第二个反面的概率是多少？</w:t>
      </w:r>
    </w:p>
    <w:p>
      <w:pPr>
        <w:spacing w:before="0" w:after="120" w:line="300" w:lineRule="auto"/>
      </w:pPr>
      <w:r>
        <w:rPr>
          <w:rFonts w:ascii="Times New Roman" w:hAnsi="Times New Roman" w:eastAsia="宋体"/>
          <w:b w:val="0"/>
          <w:i w:val="0"/>
          <w:sz w:val="21"/>
        </w:rPr>
        <w:t>（A）1/36　　（B）1/24　　（C）1/18　　（D）1/12　　（E）1/6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Debra flips a fair coin repeatedly, keeping track of how many heads and how many tails she has seen in total, until she gets either two heads in a row or two tails in a row, at which point she stops flipping. What is the probability that she gets two heads in a row but she sees a second tail before she sees a second head?</w:t>
      </w:r>
    </w:p>
    <w:p>
      <w:pPr>
        <w:spacing w:before="0" w:after="160" w:line="300" w:lineRule="auto"/>
      </w:pPr>
      <w:r>
        <w:rPr>
          <w:rFonts w:ascii="Times New Roman" w:hAnsi="Times New Roman" w:eastAsia="宋体"/>
          <w:b w:val="0"/>
          <w:i w:val="0"/>
          <w:color w:val="333333"/>
          <w:sz w:val="19"/>
        </w:rPr>
        <w:t>(A) 1/36　　(B) 1/24　　(C) 1/18　　(D) 1/12　　(E) 1/6</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Raashan、Sylvia 和 Ted 玩下面的游戏。每人起初有 $1。每 15 秒铃响一次，此时每个当前有钱的玩家都同时、独立且随机地选择另外两名玩家之一，并给那人 $1。铃响 2019 次后，每个玩家都有 $1 的概率是多少？</w:t>
      </w:r>
    </w:p>
    <w:p>
      <w:pPr>
        <w:spacing w:before="0" w:after="80" w:line="300" w:lineRule="auto"/>
        <w:jc w:val="left"/>
      </w:pPr>
      <w:r>
        <w:rPr>
          <w:rFonts w:ascii="Times New Roman" w:hAnsi="Times New Roman" w:eastAsia="宋体"/>
          <w:b w:val="0"/>
          <w:i w:val="0"/>
          <w:sz w:val="21"/>
        </w:rPr>
        <w:t>例如，Raashan 和 Ted 可以都决定给 Sylvia 一美元，而 Sylvia 决定把她的 $1 给 Ted；这时 Raashan 有 $0，Sylvia 有 $2，Ted 有 $1，第一轮结束。第二轮 Raashan 没钱可给，但 Sylvia 和 Ted 可能互相给对方 $1，结果钱数保持不变。</w:t>
      </w:r>
    </w:p>
    <w:p>
      <w:pPr>
        <w:spacing w:before="0" w:after="120" w:line="300" w:lineRule="auto"/>
      </w:pPr>
      <w:r>
        <w:rPr>
          <w:rFonts w:ascii="Times New Roman" w:hAnsi="Times New Roman" w:eastAsia="宋体"/>
          <w:b w:val="0"/>
          <w:i w:val="0"/>
          <w:sz w:val="21"/>
        </w:rPr>
        <w:t>（A）1/7　　（B）1/4　　（C）1/3　　（D）1/2　　（E）2/3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Raashan, Sylvia, and Ted play the following game. Each starts with $1. A bell rings every 15 seconds, at which time each of the players who currently has money simultaneously chooses one of the other two players independently and at random and gives $1 to that player. What is the probability that after the bell has rung 2019 times, each player will have $1?</w:t>
      </w:r>
    </w:p>
    <w:p>
      <w:pPr>
        <w:spacing w:before="0" w:after="80" w:line="300" w:lineRule="auto"/>
        <w:jc w:val="left"/>
      </w:pPr>
      <w:r>
        <w:rPr>
          <w:rFonts w:ascii="Times New Roman" w:hAnsi="Times New Roman" w:eastAsia="宋体"/>
          <w:b w:val="0"/>
          <w:i w:val="0"/>
          <w:color w:val="333333"/>
          <w:sz w:val="19"/>
        </w:rPr>
        <w:t>(For example, Raashan and Ted may each decide to give $1 to Sylvia, and Sylvia may decide to give her dollar to Ted, at which point Raashan will have $0, Sylvia will have $2, and Ted will have $1, and that is the end of the first round of play. In the second round Raashan has no money to give, but Sylvia and Ted might choose each other to give their $1 to, and the holdings will be the same at the end of the second round.)</w:t>
      </w:r>
    </w:p>
    <w:p>
      <w:pPr>
        <w:spacing w:before="0" w:after="160" w:line="300" w:lineRule="auto"/>
      </w:pPr>
      <w:r>
        <w:rPr>
          <w:rFonts w:ascii="Times New Roman" w:hAnsi="Times New Roman" w:eastAsia="宋体"/>
          <w:b w:val="0"/>
          <w:i w:val="0"/>
          <w:color w:val="333333"/>
          <w:sz w:val="19"/>
        </w:rPr>
        <w:t>(A) 1/7　　(B) 1/4　　(C) 1/3　　(D) 1/2　　(E) 2/3</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点 A=(6,13) 和 B=(12,11) 在平面中的圆 ω 上。假设 ω 在 A 和 B 处的切线相交于 x 轴上的一点。求 ω 的面积。</w:t>
      </w:r>
    </w:p>
    <w:p>
      <w:pPr>
        <w:spacing w:before="0" w:after="120" w:line="300" w:lineRule="auto"/>
      </w:pPr>
      <w:r>
        <w:rPr>
          <w:rFonts w:ascii="Times New Roman" w:hAnsi="Times New Roman" w:eastAsia="宋体"/>
          <w:b w:val="0"/>
          <w:i w:val="0"/>
          <w:sz w:val="21"/>
        </w:rPr>
        <w:t>（A）83π/8　　（B）21π/2　　（C）85π/8　　（D）43π/4　　（E）87π/8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Points A=(6,13) and B=(12,11) lie on a circle ω in the plane. Suppose that the tangent lines to ω at A and B intersect at a point on the x-axis. What is the area of ω?</w:t>
      </w:r>
    </w:p>
    <w:p>
      <w:pPr>
        <w:spacing w:before="0" w:after="160" w:line="300" w:lineRule="auto"/>
      </w:pPr>
      <w:r>
        <w:rPr>
          <w:rFonts w:ascii="Times New Roman" w:hAnsi="Times New Roman" w:eastAsia="宋体"/>
          <w:b w:val="0"/>
          <w:i w:val="0"/>
          <w:color w:val="333333"/>
          <w:sz w:val="19"/>
        </w:rPr>
        <w:t>(A) 83π/8　　(B) 21π/2　　(C) 85π/8　　(D) 43π/4　　(E) 87π/8</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定义数列 x₀=5，且</w:t>
      </w:r>
    </w:p>
    <w:p>
      <w:pPr>
        <w:spacing w:before="0" w:after="80" w:line="300" w:lineRule="auto"/>
        <w:jc w:val="left"/>
      </w:pPr>
      <w:r>
        <w:rPr>
          <w:rFonts w:ascii="Times New Roman" w:hAnsi="Times New Roman" w:eastAsia="宋体"/>
          <w:b w:val="0"/>
          <w:i w:val="0"/>
          <w:sz w:val="21"/>
        </w:rPr>
        <w:t>xₙ₊₁=xₙ²+5xₙ+4/xₙ+6</w:t>
      </w:r>
    </w:p>
    <w:p>
      <w:pPr>
        <w:spacing w:before="0" w:after="80" w:line="300" w:lineRule="auto"/>
        <w:jc w:val="left"/>
      </w:pPr>
      <w:r>
        <w:rPr>
          <w:rFonts w:ascii="Times New Roman" w:hAnsi="Times New Roman" w:eastAsia="宋体"/>
          <w:b w:val="0"/>
          <w:i w:val="0"/>
          <w:sz w:val="21"/>
        </w:rPr>
        <w:t>对所有非负整数 n 都成立。设 m 为满足</w:t>
      </w:r>
    </w:p>
    <w:p>
      <w:pPr>
        <w:spacing w:before="0" w:after="80" w:line="300" w:lineRule="auto"/>
        <w:jc w:val="left"/>
      </w:pPr>
      <w:r>
        <w:rPr>
          <w:rFonts w:ascii="Times New Roman" w:hAnsi="Times New Roman" w:eastAsia="宋体"/>
          <w:b w:val="0"/>
          <w:i w:val="0"/>
          <w:sz w:val="21"/>
        </w:rPr>
        <w:t>xₘ≤ 4+1/2²⁰</w:t>
      </w:r>
    </w:p>
    <w:p>
      <w:pPr>
        <w:spacing w:before="0" w:after="80" w:line="300" w:lineRule="auto"/>
        <w:jc w:val="left"/>
      </w:pPr>
      <w:r>
        <w:rPr>
          <w:rFonts w:ascii="Times New Roman" w:hAnsi="Times New Roman" w:eastAsia="宋体"/>
          <w:b w:val="0"/>
          <w:i w:val="0"/>
          <w:sz w:val="21"/>
        </w:rPr>
        <w:t>的最小正整数。m 落在哪个区间内？</w:t>
      </w:r>
    </w:p>
    <w:p>
      <w:pPr>
        <w:spacing w:before="0" w:after="120" w:line="300" w:lineRule="auto"/>
      </w:pPr>
      <w:r>
        <w:rPr>
          <w:rFonts w:ascii="Times New Roman" w:hAnsi="Times New Roman" w:eastAsia="宋体"/>
          <w:b w:val="0"/>
          <w:i w:val="0"/>
          <w:sz w:val="21"/>
        </w:rPr>
        <w:t>（A）[9,26]　　（B）[27,80]　　（C）[81,242]　　（D）[243,728]　　（E）[729,∞)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Define a sequence recursively by x₀=5 and</w:t>
      </w:r>
    </w:p>
    <w:p>
      <w:pPr>
        <w:spacing w:before="0" w:after="80" w:line="300" w:lineRule="auto"/>
        <w:jc w:val="left"/>
      </w:pPr>
      <w:r>
        <w:rPr>
          <w:rFonts w:ascii="Times New Roman" w:hAnsi="Times New Roman" w:eastAsia="宋体"/>
          <w:b w:val="0"/>
          <w:i w:val="0"/>
          <w:color w:val="333333"/>
          <w:sz w:val="19"/>
        </w:rPr>
        <w:t>xₙ₊₁=xₙ²+5xₙ+4/xₙ+6</w:t>
      </w:r>
    </w:p>
    <w:p>
      <w:pPr>
        <w:spacing w:before="0" w:after="80" w:line="300" w:lineRule="auto"/>
        <w:jc w:val="left"/>
      </w:pPr>
      <w:r>
        <w:rPr>
          <w:rFonts w:ascii="Times New Roman" w:hAnsi="Times New Roman" w:eastAsia="宋体"/>
          <w:b w:val="0"/>
          <w:i w:val="0"/>
          <w:color w:val="333333"/>
          <w:sz w:val="19"/>
        </w:rPr>
        <w:t>for all nonnegative integers n. Let m be the least positive integer such that</w:t>
      </w:r>
    </w:p>
    <w:p>
      <w:pPr>
        <w:spacing w:before="0" w:after="80" w:line="300" w:lineRule="auto"/>
        <w:jc w:val="left"/>
      </w:pPr>
      <w:r>
        <w:rPr>
          <w:rFonts w:ascii="Times New Roman" w:hAnsi="Times New Roman" w:eastAsia="宋体"/>
          <w:b w:val="0"/>
          <w:i w:val="0"/>
          <w:color w:val="333333"/>
          <w:sz w:val="19"/>
        </w:rPr>
        <w:t>xₘ≤ 4+1/2²⁰.</w:t>
      </w:r>
    </w:p>
    <w:p>
      <w:pPr>
        <w:spacing w:before="0" w:after="80" w:line="300" w:lineRule="auto"/>
        <w:jc w:val="left"/>
      </w:pPr>
      <w:r>
        <w:rPr>
          <w:rFonts w:ascii="Times New Roman" w:hAnsi="Times New Roman" w:eastAsia="宋体"/>
          <w:b w:val="0"/>
          <w:i w:val="0"/>
          <w:color w:val="333333"/>
          <w:sz w:val="19"/>
        </w:rPr>
        <w:t>In which of the following intervals does m lie?</w:t>
      </w:r>
    </w:p>
    <w:p>
      <w:pPr>
        <w:spacing w:before="0" w:after="160" w:line="300" w:lineRule="auto"/>
      </w:pPr>
      <w:r>
        <w:rPr>
          <w:rFonts w:ascii="Times New Roman" w:hAnsi="Times New Roman" w:eastAsia="宋体"/>
          <w:b w:val="0"/>
          <w:i w:val="0"/>
          <w:color w:val="333333"/>
          <w:sz w:val="19"/>
        </w:rPr>
        <w:t>(A) [9,26]　　(B) [27,80]　　(C) [81,242]　　(D) [243,728]　　(E) [729,∞)</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由 0 和 1 组成的长度为 19 的序列中，有多少个以 0 开头、以 0 结尾，且既不含两个连续的 0，也不含三个连续的 1？</w:t>
      </w:r>
    </w:p>
    <w:p>
      <w:pPr>
        <w:spacing w:before="0" w:after="120" w:line="300" w:lineRule="auto"/>
      </w:pPr>
      <w:r>
        <w:rPr>
          <w:rFonts w:ascii="Times New Roman" w:hAnsi="Times New Roman" w:eastAsia="宋体"/>
          <w:b w:val="0"/>
          <w:i w:val="0"/>
          <w:sz w:val="21"/>
        </w:rPr>
        <w:t>（A）55　　（B）60　　（C）65　　（D）70　　（E）75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sequences of 0s and 1s of length 19 are there that begin with a 0, end with a 0, contain no two consecutive 0s, and contain no three consecutive 1s?</w:t>
      </w:r>
    </w:p>
    <w:p>
      <w:pPr>
        <w:spacing w:before="0" w:after="160" w:line="300" w:lineRule="auto"/>
      </w:pPr>
      <w:r>
        <w:rPr>
          <w:rFonts w:ascii="Times New Roman" w:hAnsi="Times New Roman" w:eastAsia="宋体"/>
          <w:b w:val="0"/>
          <w:i w:val="0"/>
          <w:color w:val="333333"/>
          <w:sz w:val="19"/>
        </w:rPr>
        <w:t>(A) 55　　(B) 60　　(C) 65　　(D) 70　　(E) 75</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D　E　B　A　E　C　B　B　A</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A　A　C　A　C　A　A　C　C</w:t>
      </w:r>
    </w:p>
    <w:p>
      <w:pPr>
        <w:spacing w:before="0" w:after="0" w:line="300" w:lineRule="auto"/>
      </w:pPr>
      <w:r>
        <w:rPr>
          <w:rFonts w:ascii="Times New Roman" w:hAnsi="Times New Roman" w:eastAsia="宋体"/>
          <w:b w:val="0"/>
          <w:i w:val="0"/>
          <w:sz w:val="18"/>
        </w:rPr>
        <w:t>题号　19　20　21　22　23　24　25</w:t>
      </w:r>
    </w:p>
    <w:p>
      <w:pPr>
        <w:spacing w:before="0" w:after="80" w:line="300" w:lineRule="auto"/>
      </w:pPr>
      <w:r>
        <w:rPr>
          <w:rFonts w:ascii="Times New Roman" w:hAnsi="Times New Roman" w:eastAsia="宋体"/>
          <w:b/>
          <w:i w:val="0"/>
          <w:sz w:val="18"/>
        </w:rPr>
        <w:t>答案　C　E　B　B　C　C　C</w:t>
      </w:r>
    </w:p>
    <w:p>
      <w:pPr>
        <w:spacing w:before="0" w:after="200" w:line="300" w:lineRule="auto"/>
      </w:pPr>
      <w:r>
        <w:rPr>
          <w:rFonts w:ascii="Times New Roman" w:hAnsi="Times New Roman" w:eastAsia="宋体"/>
          <w:b w:val="0"/>
          <w:i w:val="0"/>
          <w:color w:val="666666"/>
          <w:sz w:val="18"/>
        </w:rPr>
        <w:t>答案串：DEBAECBBAAACACAACCCEBBCCC</w:t>
      </w:r>
    </w:p>
    <w:p>
      <w:pPr>
        <w:spacing w:before="200" w:after="80" w:line="300" w:lineRule="auto"/>
      </w:pPr>
      <w:r>
        <w:rPr>
          <w:rFonts w:ascii="Times New Roman" w:hAnsi="Times New Roman" w:eastAsia="宋体"/>
          <w:b/>
          <w:i w:val="0"/>
          <w:sz w:val="23"/>
        </w:rPr>
        <w:t>第 1 题　答案 D</w:t>
      </w:r>
    </w:p>
    <w:p>
      <w:pPr>
        <w:spacing w:before="0" w:after="80" w:line="300" w:lineRule="auto"/>
        <w:jc w:val="left"/>
      </w:pPr>
      <w:r>
        <w:rPr>
          <w:rFonts w:ascii="Times New Roman" w:hAnsi="Times New Roman" w:eastAsia="宋体"/>
          <w:b w:val="0"/>
          <w:i w:val="0"/>
          <w:sz w:val="21"/>
        </w:rPr>
        <w:t>设第一个和第二个容器的体积分别为 F 和 S。水量既等于 5/6F，也等于 3/4S，所以 5/6F=3/4S。</w:t>
      </w:r>
    </w:p>
    <w:p>
      <w:pPr>
        <w:spacing w:before="0" w:after="80" w:line="300" w:lineRule="auto"/>
        <w:jc w:val="left"/>
      </w:pPr>
      <w:r>
        <w:rPr>
          <w:rFonts w:ascii="Times New Roman" w:hAnsi="Times New Roman" w:eastAsia="宋体"/>
          <w:b w:val="0"/>
          <w:i w:val="0"/>
          <w:sz w:val="21"/>
        </w:rPr>
        <w:t>因此 F/S=(3/4)/(5/6)=9/10。第一个容器较小，所以所求体积比为 9/10。所以正确答案是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volumes of the first and second containers be F and S. The amount of water is both 5/6F and 3/4S, so 5/6F=3/4S.</w:t>
      </w:r>
    </w:p>
    <w:p>
      <w:pPr>
        <w:spacing w:before="0" w:after="80" w:line="300" w:lineRule="auto"/>
        <w:jc w:val="left"/>
      </w:pPr>
      <w:r>
        <w:rPr>
          <w:rFonts w:ascii="Times New Roman" w:hAnsi="Times New Roman" w:eastAsia="宋体"/>
          <w:b w:val="0"/>
          <w:i w:val="0"/>
          <w:color w:val="333333"/>
          <w:sz w:val="19"/>
        </w:rPr>
        <w:t>Thus F/S=(3/4)/(5/6)=9/10. Since the first container is smaller, the ratio of the smaller container to the larger container is 9/10. Thus,</w:t>
      </w:r>
      <w:r>
        <w:rPr>
          <w:rFonts w:ascii="Times New Roman" w:hAnsi="Times New Roman" w:eastAsia="宋体"/>
          <w:b/>
          <w:i w:val="0"/>
          <w:color w:val="333333"/>
          <w:sz w:val="19"/>
        </w:rPr>
        <w:t>D</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 题　答案 E</w:t>
      </w:r>
    </w:p>
    <w:p>
      <w:pPr>
        <w:spacing w:before="0" w:after="80" w:line="300" w:lineRule="auto"/>
        <w:jc w:val="left"/>
      </w:pPr>
      <w:r>
        <w:rPr>
          <w:rFonts w:ascii="Times New Roman" w:hAnsi="Times New Roman" w:eastAsia="宋体"/>
          <w:b w:val="0"/>
          <w:i w:val="0"/>
          <w:sz w:val="21"/>
        </w:rPr>
        <w:t>反例必须满足 n 不是质数，所以 n 的候选值只有 15,21,27。同时 n-2 也必须不是质数，只有 27 符合。</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need n to not be prime, so n can only be 15,21,27. Then, n-2 must be not prime, leaving just 27.</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B</w:t>
      </w:r>
    </w:p>
    <w:p>
      <w:pPr>
        <w:spacing w:before="0" w:after="80" w:line="300" w:lineRule="auto"/>
        <w:jc w:val="left"/>
      </w:pPr>
      <w:r>
        <w:rPr>
          <w:rFonts w:ascii="Times New Roman" w:hAnsi="Times New Roman" w:eastAsia="宋体"/>
          <w:b w:val="0"/>
          <w:i w:val="0"/>
          <w:sz w:val="21"/>
        </w:rPr>
        <w:t>设高年级学生人数为 s。则非高年级学生有 500-s 人。高年级学生中 60% 不会演奏乐器。因此，不会演奏乐器的人数可表示为</w:t>
      </w:r>
    </w:p>
    <w:p>
      <w:pPr>
        <w:spacing w:before="0" w:after="80" w:line="300" w:lineRule="auto"/>
        <w:jc w:val="left"/>
      </w:pPr>
      <w:r>
        <w:rPr>
          <w:rFonts w:ascii="Times New Roman" w:hAnsi="Times New Roman" w:eastAsia="宋体"/>
          <w:b w:val="0"/>
          <w:i w:val="0"/>
          <w:sz w:val="21"/>
        </w:rPr>
        <w:t>0.3(500-s)+0.6(s)</w:t>
      </w:r>
    </w:p>
    <w:p>
      <w:pPr>
        <w:spacing w:before="0" w:after="80" w:line="300" w:lineRule="auto"/>
        <w:jc w:val="left"/>
      </w:pPr>
      <w:r>
        <w:rPr>
          <w:rFonts w:ascii="Times New Roman" w:hAnsi="Times New Roman" w:eastAsia="宋体"/>
          <w:b w:val="0"/>
          <w:i w:val="0"/>
          <w:sz w:val="21"/>
        </w:rPr>
        <w:t>= 0.3s+150</w:t>
      </w:r>
    </w:p>
    <w:p>
      <w:pPr>
        <w:spacing w:before="0" w:after="80" w:line="300" w:lineRule="auto"/>
        <w:jc w:val="left"/>
      </w:pPr>
      <w:r>
        <w:rPr>
          <w:rFonts w:ascii="Times New Roman" w:hAnsi="Times New Roman" w:eastAsia="宋体"/>
          <w:b w:val="0"/>
          <w:i w:val="0"/>
          <w:sz w:val="21"/>
        </w:rPr>
        <w:t>另一方面，</w:t>
      </w:r>
    </w:p>
    <w:p>
      <w:pPr>
        <w:spacing w:before="0" w:after="80" w:line="300" w:lineRule="auto"/>
        <w:jc w:val="left"/>
      </w:pPr>
      <w:r>
        <w:rPr>
          <w:rFonts w:ascii="Times New Roman" w:hAnsi="Times New Roman" w:eastAsia="宋体"/>
          <w:b w:val="0"/>
          <w:i w:val="0"/>
          <w:sz w:val="21"/>
        </w:rPr>
        <w:t>0.468· 500=234。</w:t>
      </w:r>
    </w:p>
    <w:p>
      <w:pPr>
        <w:spacing w:before="0" w:after="80" w:line="300" w:lineRule="auto"/>
        <w:jc w:val="left"/>
      </w:pPr>
      <w:r>
        <w:rPr>
          <w:rFonts w:ascii="Times New Roman" w:hAnsi="Times New Roman" w:eastAsia="宋体"/>
          <w:b w:val="0"/>
          <w:i w:val="0"/>
          <w:sz w:val="21"/>
        </w:rPr>
        <w:t>所以</w:t>
      </w:r>
    </w:p>
    <w:p>
      <w:pPr>
        <w:spacing w:before="0" w:after="80" w:line="300" w:lineRule="auto"/>
        <w:jc w:val="left"/>
      </w:pPr>
      <w:r>
        <w:rPr>
          <w:rFonts w:ascii="Times New Roman" w:hAnsi="Times New Roman" w:eastAsia="宋体"/>
          <w:b w:val="0"/>
          <w:i w:val="0"/>
          <w:sz w:val="21"/>
        </w:rPr>
        <w:t>0.3s+150=234</w:t>
      </w:r>
    </w:p>
    <w:p>
      <w:pPr>
        <w:spacing w:before="0" w:after="80" w:line="300" w:lineRule="auto"/>
        <w:jc w:val="left"/>
      </w:pPr>
      <w:r>
        <w:rPr>
          <w:rFonts w:ascii="Times New Roman" w:hAnsi="Times New Roman" w:eastAsia="宋体"/>
          <w:b w:val="0"/>
          <w:i w:val="0"/>
          <w:sz w:val="21"/>
        </w:rPr>
        <w:t>s=280。</w:t>
      </w:r>
    </w:p>
    <w:p>
      <w:pPr>
        <w:spacing w:before="0" w:after="80" w:line="300" w:lineRule="auto"/>
        <w:jc w:val="left"/>
      </w:pPr>
      <w:r>
        <w:rPr>
          <w:rFonts w:ascii="Times New Roman" w:hAnsi="Times New Roman" w:eastAsia="宋体"/>
          <w:b w:val="0"/>
          <w:i w:val="0"/>
          <w:sz w:val="21"/>
        </w:rPr>
        <w:t>非高年级学生有 220 人，其中 70% 会演奏乐器，因此人数为</w:t>
      </w:r>
    </w:p>
    <w:p>
      <w:pPr>
        <w:spacing w:before="0" w:after="80" w:line="300" w:lineRule="auto"/>
        <w:jc w:val="left"/>
      </w:pPr>
      <w:r>
        <w:rPr>
          <w:rFonts w:ascii="Times New Roman" w:hAnsi="Times New Roman" w:eastAsia="宋体"/>
          <w:b w:val="0"/>
          <w:i w:val="0"/>
          <w:sz w:val="21"/>
        </w:rPr>
        <w:t>220· 0.7=154。</w:t>
      </w:r>
    </w:p>
    <w:p>
      <w:pPr>
        <w:spacing w:before="0" w:after="80" w:line="300" w:lineRule="auto"/>
        <w:jc w:val="left"/>
      </w:pPr>
      <w:r>
        <w:rPr>
          <w:rFonts w:ascii="Times New Roman" w:hAnsi="Times New Roman" w:eastAsia="宋体"/>
          <w:b w:val="0"/>
          <w:i w:val="0"/>
          <w:sz w:val="21"/>
        </w:rPr>
        <w:t>所以答案是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number of seniors be s. Then, 500-s people aren’t seniors. We know 60% of seniors don’t play an instrument. Then, the number of students who don’t play an instrument can be represented as</w:t>
      </w:r>
    </w:p>
    <w:p>
      <w:pPr>
        <w:spacing w:before="0" w:after="80" w:line="300" w:lineRule="auto"/>
        <w:jc w:val="left"/>
      </w:pPr>
      <w:r>
        <w:rPr>
          <w:rFonts w:ascii="Times New Roman" w:hAnsi="Times New Roman" w:eastAsia="宋体"/>
          <w:b w:val="0"/>
          <w:i w:val="0"/>
          <w:color w:val="333333"/>
          <w:sz w:val="19"/>
        </w:rPr>
        <w:t>0.3(500-s)+0.6(s)</w:t>
      </w:r>
    </w:p>
    <w:p>
      <w:pPr>
        <w:spacing w:before="0" w:after="80" w:line="300" w:lineRule="auto"/>
        <w:jc w:val="left"/>
      </w:pPr>
      <w:r>
        <w:rPr>
          <w:rFonts w:ascii="Times New Roman" w:hAnsi="Times New Roman" w:eastAsia="宋体"/>
          <w:b w:val="0"/>
          <w:i w:val="0"/>
          <w:color w:val="333333"/>
          <w:sz w:val="19"/>
        </w:rPr>
        <w:t>= 0.3s+150</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0.468· 500=234.</w:t>
      </w:r>
    </w:p>
    <w:p>
      <w:pPr>
        <w:spacing w:before="0" w:after="80" w:line="300" w:lineRule="auto"/>
        <w:jc w:val="left"/>
      </w:pPr>
      <w:r>
        <w:rPr>
          <w:rFonts w:ascii="Times New Roman" w:hAnsi="Times New Roman" w:eastAsia="宋体"/>
          <w:b w:val="0"/>
          <w:i w:val="0"/>
          <w:color w:val="333333"/>
          <w:sz w:val="19"/>
        </w:rPr>
        <w:t>Thus,</w:t>
      </w:r>
    </w:p>
    <w:p>
      <w:pPr>
        <w:spacing w:before="0" w:after="80" w:line="300" w:lineRule="auto"/>
        <w:jc w:val="left"/>
      </w:pPr>
      <w:r>
        <w:rPr>
          <w:rFonts w:ascii="Times New Roman" w:hAnsi="Times New Roman" w:eastAsia="宋体"/>
          <w:b w:val="0"/>
          <w:i w:val="0"/>
          <w:color w:val="333333"/>
          <w:sz w:val="19"/>
        </w:rPr>
        <w:t>0.3s+150=234</w:t>
      </w:r>
    </w:p>
    <w:p>
      <w:pPr>
        <w:spacing w:before="0" w:after="80" w:line="300" w:lineRule="auto"/>
        <w:jc w:val="left"/>
      </w:pPr>
      <w:r>
        <w:rPr>
          <w:rFonts w:ascii="Times New Roman" w:hAnsi="Times New Roman" w:eastAsia="宋体"/>
          <w:b w:val="0"/>
          <w:i w:val="0"/>
          <w:color w:val="333333"/>
          <w:sz w:val="19"/>
        </w:rPr>
        <w:t>s=280.</w:t>
      </w:r>
    </w:p>
    <w:p>
      <w:pPr>
        <w:spacing w:before="0" w:after="80" w:line="300" w:lineRule="auto"/>
        <w:jc w:val="left"/>
      </w:pPr>
      <w:r>
        <w:rPr>
          <w:rFonts w:ascii="Times New Roman" w:hAnsi="Times New Roman" w:eastAsia="宋体"/>
          <w:b w:val="0"/>
          <w:i w:val="0"/>
          <w:color w:val="333333"/>
          <w:sz w:val="19"/>
        </w:rPr>
        <w:t>This makes the number of non-seniors equal to 220. Since 70% of non-seniors play instruments, we have the total number as</w:t>
      </w:r>
    </w:p>
    <w:p>
      <w:pPr>
        <w:spacing w:before="0" w:after="80" w:line="300" w:lineRule="auto"/>
        <w:jc w:val="left"/>
      </w:pPr>
      <w:r>
        <w:rPr>
          <w:rFonts w:ascii="Times New Roman" w:hAnsi="Times New Roman" w:eastAsia="宋体"/>
          <w:b w:val="0"/>
          <w:i w:val="0"/>
          <w:color w:val="333333"/>
          <w:sz w:val="19"/>
        </w:rPr>
        <w:t>220· 0.7=154.</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A</w:t>
      </w:r>
    </w:p>
    <w:p>
      <w:pPr>
        <w:spacing w:before="0" w:after="80" w:line="300" w:lineRule="auto"/>
        <w:jc w:val="left"/>
      </w:pPr>
      <w:r>
        <w:rPr>
          <w:rFonts w:ascii="Times New Roman" w:hAnsi="Times New Roman" w:eastAsia="宋体"/>
          <w:b w:val="0"/>
          <w:i w:val="0"/>
          <w:sz w:val="21"/>
        </w:rPr>
        <w:t>令 d=b-a。</w:t>
      </w:r>
    </w:p>
    <w:p>
      <w:pPr>
        <w:spacing w:before="0" w:after="80" w:line="300" w:lineRule="auto"/>
        <w:jc w:val="left"/>
      </w:pPr>
      <w:r>
        <w:rPr>
          <w:rFonts w:ascii="Times New Roman" w:hAnsi="Times New Roman" w:eastAsia="宋体"/>
          <w:b w:val="0"/>
          <w:i w:val="0"/>
          <w:sz w:val="21"/>
        </w:rPr>
        <w:t>于是</w:t>
      </w:r>
    </w:p>
    <w:p>
      <w:pPr>
        <w:spacing w:before="0" w:after="80" w:line="300" w:lineRule="auto"/>
        <w:jc w:val="left"/>
      </w:pPr>
      <w:r>
        <w:rPr>
          <w:rFonts w:ascii="Times New Roman" w:hAnsi="Times New Roman" w:eastAsia="宋体"/>
          <w:b w:val="0"/>
          <w:i w:val="0"/>
          <w:sz w:val="21"/>
        </w:rPr>
        <w:t>(a,b,c)= (a,a+d,a+2d)。</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ax+(a+d)y=a+2d。</w:t>
      </w:r>
    </w:p>
    <w:p>
      <w:pPr>
        <w:spacing w:before="0" w:after="80" w:line="300" w:lineRule="auto"/>
        <w:jc w:val="left"/>
      </w:pPr>
      <w:r>
        <w:rPr>
          <w:rFonts w:ascii="Times New Roman" w:hAnsi="Times New Roman" w:eastAsia="宋体"/>
          <w:b w:val="0"/>
          <w:i w:val="0"/>
          <w:sz w:val="21"/>
        </w:rPr>
        <w:t>分别比较 a 和 d 的部分，可得</w:t>
      </w:r>
    </w:p>
    <w:p>
      <w:pPr>
        <w:spacing w:before="0" w:after="80" w:line="300" w:lineRule="auto"/>
        <w:jc w:val="left"/>
      </w:pPr>
      <w:r>
        <w:rPr>
          <w:rFonts w:ascii="Times New Roman" w:hAnsi="Times New Roman" w:eastAsia="宋体"/>
          <w:b w:val="0"/>
          <w:i w:val="0"/>
          <w:sz w:val="21"/>
        </w:rPr>
        <w:t>ax+ay=a</w:t>
      </w:r>
    </w:p>
    <w:p>
      <w:pPr>
        <w:spacing w:before="0" w:after="80" w:line="300" w:lineRule="auto"/>
        <w:jc w:val="left"/>
      </w:pPr>
      <w:r>
        <w:rPr>
          <w:rFonts w:ascii="Times New Roman" w:hAnsi="Times New Roman" w:eastAsia="宋体"/>
          <w:b w:val="0"/>
          <w:i w:val="0"/>
          <w:sz w:val="21"/>
        </w:rPr>
        <w:t>以及</w:t>
      </w:r>
    </w:p>
    <w:p>
      <w:pPr>
        <w:spacing w:before="0" w:after="80" w:line="300" w:lineRule="auto"/>
        <w:jc w:val="left"/>
      </w:pPr>
      <w:r>
        <w:rPr>
          <w:rFonts w:ascii="Times New Roman" w:hAnsi="Times New Roman" w:eastAsia="宋体"/>
          <w:b w:val="0"/>
          <w:i w:val="0"/>
          <w:sz w:val="21"/>
        </w:rPr>
        <w:t>dy=2d</w:t>
      </w:r>
    </w:p>
    <w:p>
      <w:pPr>
        <w:spacing w:before="0" w:after="80" w:line="300" w:lineRule="auto"/>
        <w:jc w:val="left"/>
      </w:pPr>
      <w:r>
        <w:rPr>
          <w:rFonts w:ascii="Times New Roman" w:hAnsi="Times New Roman" w:eastAsia="宋体"/>
          <w:b w:val="0"/>
          <w:i w:val="0"/>
          <w:sz w:val="21"/>
        </w:rPr>
        <w:t>对所有 a,d 都成立。所以</w:t>
      </w:r>
    </w:p>
    <w:p>
      <w:pPr>
        <w:spacing w:before="0" w:after="80" w:line="300" w:lineRule="auto"/>
        <w:jc w:val="left"/>
      </w:pPr>
      <w:r>
        <w:rPr>
          <w:rFonts w:ascii="Times New Roman" w:hAnsi="Times New Roman" w:eastAsia="宋体"/>
          <w:b w:val="0"/>
          <w:i w:val="0"/>
          <w:sz w:val="21"/>
        </w:rPr>
        <w:t>y=2,x+y=1</w:t>
      </w:r>
    </w:p>
    <w:p>
      <w:pPr>
        <w:spacing w:before="0" w:after="80" w:line="300" w:lineRule="auto"/>
        <w:jc w:val="left"/>
      </w:pPr>
      <w:r>
        <w:rPr>
          <w:rFonts w:ascii="Times New Roman" w:hAnsi="Times New Roman" w:eastAsia="宋体"/>
          <w:b w:val="0"/>
          <w:i w:val="0"/>
          <w:sz w:val="21"/>
        </w:rPr>
        <w:t>从而</w:t>
      </w:r>
    </w:p>
    <w:p>
      <w:pPr>
        <w:spacing w:before="0" w:after="80" w:line="300" w:lineRule="auto"/>
        <w:jc w:val="left"/>
      </w:pPr>
      <w:r>
        <w:rPr>
          <w:rFonts w:ascii="Times New Roman" w:hAnsi="Times New Roman" w:eastAsia="宋体"/>
          <w:b w:val="0"/>
          <w:i w:val="0"/>
          <w:sz w:val="21"/>
        </w:rPr>
        <w:t>x=-1。</w:t>
      </w:r>
    </w:p>
    <w:p>
      <w:pPr>
        <w:spacing w:before="0" w:after="80" w:line="300" w:lineRule="auto"/>
        <w:jc w:val="left"/>
      </w:pPr>
      <w:r>
        <w:rPr>
          <w:rFonts w:ascii="Times New Roman" w:hAnsi="Times New Roman" w:eastAsia="宋体"/>
          <w:b w:val="0"/>
          <w:i w:val="0"/>
          <w:sz w:val="21"/>
        </w:rPr>
        <w:t>公共点为 (-1,2)。</w:t>
      </w:r>
    </w:p>
    <w:p>
      <w:pPr>
        <w:spacing w:before="0" w:after="80" w:line="300" w:lineRule="auto"/>
        <w:jc w:val="left"/>
      </w:pPr>
      <w:r>
        <w:rPr>
          <w:rFonts w:ascii="Times New Roman" w:hAnsi="Times New Roman" w:eastAsia="宋体"/>
          <w:b w:val="0"/>
          <w:i w:val="0"/>
          <w:sz w:val="21"/>
        </w:rPr>
        <w:t>所以答案是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d=b-a.</w:t>
      </w:r>
    </w:p>
    <w:p>
      <w:pPr>
        <w:spacing w:before="0" w:after="80" w:line="300" w:lineRule="auto"/>
        <w:jc w:val="left"/>
      </w:pPr>
      <w:r>
        <w:rPr>
          <w:rFonts w:ascii="Times New Roman" w:hAnsi="Times New Roman" w:eastAsia="宋体"/>
          <w:b w:val="0"/>
          <w:i w:val="0"/>
          <w:color w:val="333333"/>
          <w:sz w:val="19"/>
        </w:rPr>
        <w:t>Then, we have</w:t>
      </w:r>
    </w:p>
    <w:p>
      <w:pPr>
        <w:spacing w:before="0" w:after="80" w:line="300" w:lineRule="auto"/>
        <w:jc w:val="left"/>
      </w:pPr>
      <w:r>
        <w:rPr>
          <w:rFonts w:ascii="Times New Roman" w:hAnsi="Times New Roman" w:eastAsia="宋体"/>
          <w:b w:val="0"/>
          <w:i w:val="0"/>
          <w:color w:val="333333"/>
          <w:sz w:val="19"/>
        </w:rPr>
        <w:t>(a,b,c)= (a,a+d,a+2d).</w:t>
      </w:r>
    </w:p>
    <w:p>
      <w:pPr>
        <w:spacing w:before="0" w:after="80" w:line="300" w:lineRule="auto"/>
        <w:jc w:val="left"/>
      </w:pPr>
      <w:r>
        <w:rPr>
          <w:rFonts w:ascii="Times New Roman" w:hAnsi="Times New Roman" w:eastAsia="宋体"/>
          <w:b w:val="0"/>
          <w:i w:val="0"/>
          <w:color w:val="333333"/>
          <w:sz w:val="19"/>
        </w:rPr>
        <w:t>Thus,</w:t>
      </w:r>
    </w:p>
    <w:p>
      <w:pPr>
        <w:spacing w:before="0" w:after="80" w:line="300" w:lineRule="auto"/>
        <w:jc w:val="left"/>
      </w:pPr>
      <w:r>
        <w:rPr>
          <w:rFonts w:ascii="Times New Roman" w:hAnsi="Times New Roman" w:eastAsia="宋体"/>
          <w:b w:val="0"/>
          <w:i w:val="0"/>
          <w:color w:val="333333"/>
          <w:sz w:val="19"/>
        </w:rPr>
        <w:t>ax+(a+d)y=a+2d.</w:t>
      </w:r>
    </w:p>
    <w:p>
      <w:pPr>
        <w:spacing w:before="0" w:after="80" w:line="300" w:lineRule="auto"/>
        <w:jc w:val="left"/>
      </w:pPr>
      <w:r>
        <w:rPr>
          <w:rFonts w:ascii="Times New Roman" w:hAnsi="Times New Roman" w:eastAsia="宋体"/>
          <w:b w:val="0"/>
          <w:i w:val="0"/>
          <w:color w:val="333333"/>
          <w:sz w:val="19"/>
        </w:rPr>
        <w:t>If we match the parts of a and d, we get</w:t>
      </w:r>
    </w:p>
    <w:p>
      <w:pPr>
        <w:spacing w:before="0" w:after="80" w:line="300" w:lineRule="auto"/>
        <w:jc w:val="left"/>
      </w:pPr>
      <w:r>
        <w:rPr>
          <w:rFonts w:ascii="Times New Roman" w:hAnsi="Times New Roman" w:eastAsia="宋体"/>
          <w:b w:val="0"/>
          <w:i w:val="0"/>
          <w:color w:val="333333"/>
          <w:sz w:val="19"/>
        </w:rPr>
        <w:t>ax+ay=a</w:t>
      </w:r>
    </w:p>
    <w:p>
      <w:pPr>
        <w:spacing w:before="0" w:after="80" w:line="300" w:lineRule="auto"/>
        <w:jc w:val="left"/>
      </w:pPr>
      <w:r>
        <w:rPr>
          <w:rFonts w:ascii="Times New Roman" w:hAnsi="Times New Roman" w:eastAsia="宋体"/>
          <w:b w:val="0"/>
          <w:i w:val="0"/>
          <w:color w:val="333333"/>
          <w:sz w:val="19"/>
        </w:rPr>
        <w:t>and</w:t>
      </w:r>
    </w:p>
    <w:p>
      <w:pPr>
        <w:spacing w:before="0" w:after="80" w:line="300" w:lineRule="auto"/>
        <w:jc w:val="left"/>
      </w:pPr>
      <w:r>
        <w:rPr>
          <w:rFonts w:ascii="Times New Roman" w:hAnsi="Times New Roman" w:eastAsia="宋体"/>
          <w:b w:val="0"/>
          <w:i w:val="0"/>
          <w:color w:val="333333"/>
          <w:sz w:val="19"/>
        </w:rPr>
        <w:t>dy=2d</w:t>
      </w:r>
    </w:p>
    <w:p>
      <w:pPr>
        <w:spacing w:before="0" w:after="80" w:line="300" w:lineRule="auto"/>
        <w:jc w:val="left"/>
      </w:pPr>
      <w:r>
        <w:rPr>
          <w:rFonts w:ascii="Times New Roman" w:hAnsi="Times New Roman" w:eastAsia="宋体"/>
          <w:b w:val="0"/>
          <w:i w:val="0"/>
          <w:color w:val="333333"/>
          <w:sz w:val="19"/>
        </w:rPr>
        <w:t>for all a,d. Therefore, we have</w:t>
      </w:r>
    </w:p>
    <w:p>
      <w:pPr>
        <w:spacing w:before="0" w:after="80" w:line="300" w:lineRule="auto"/>
        <w:jc w:val="left"/>
      </w:pPr>
      <w:r>
        <w:rPr>
          <w:rFonts w:ascii="Times New Roman" w:hAnsi="Times New Roman" w:eastAsia="宋体"/>
          <w:b w:val="0"/>
          <w:i w:val="0"/>
          <w:color w:val="333333"/>
          <w:sz w:val="19"/>
        </w:rPr>
        <w:t>y=2,x+y=1</w:t>
      </w:r>
    </w:p>
    <w:p>
      <w:pPr>
        <w:spacing w:before="0" w:after="80" w:line="300" w:lineRule="auto"/>
        <w:jc w:val="left"/>
      </w:pPr>
      <w:r>
        <w:rPr>
          <w:rFonts w:ascii="Times New Roman" w:hAnsi="Times New Roman" w:eastAsia="宋体"/>
          <w:b w:val="0"/>
          <w:i w:val="0"/>
          <w:color w:val="333333"/>
          <w:sz w:val="19"/>
        </w:rPr>
        <w:t>implying that</w:t>
      </w:r>
    </w:p>
    <w:p>
      <w:pPr>
        <w:spacing w:before="0" w:after="80" w:line="300" w:lineRule="auto"/>
        <w:jc w:val="left"/>
      </w:pPr>
      <w:r>
        <w:rPr>
          <w:rFonts w:ascii="Times New Roman" w:hAnsi="Times New Roman" w:eastAsia="宋体"/>
          <w:b w:val="0"/>
          <w:i w:val="0"/>
          <w:color w:val="333333"/>
          <w:sz w:val="19"/>
        </w:rPr>
        <w:t>x=-1.</w:t>
      </w:r>
    </w:p>
    <w:p>
      <w:pPr>
        <w:spacing w:before="0" w:after="80" w:line="300" w:lineRule="auto"/>
        <w:jc w:val="left"/>
      </w:pPr>
      <w:r>
        <w:rPr>
          <w:rFonts w:ascii="Times New Roman" w:hAnsi="Times New Roman" w:eastAsia="宋体"/>
          <w:b w:val="0"/>
          <w:i w:val="0"/>
          <w:color w:val="333333"/>
          <w:sz w:val="19"/>
        </w:rPr>
        <w:t>This makes the pair (-1,2).</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E</w:t>
      </w:r>
    </w:p>
    <w:p>
      <w:pPr>
        <w:spacing w:before="0" w:after="80" w:line="300" w:lineRule="auto"/>
        <w:jc w:val="left"/>
      </w:pPr>
      <w:r>
        <w:rPr>
          <w:rFonts w:ascii="Times New Roman" w:hAnsi="Times New Roman" w:eastAsia="宋体"/>
          <w:b w:val="0"/>
          <w:i w:val="0"/>
          <w:sz w:val="21"/>
        </w:rPr>
        <w:t>关于 y=x 的反射把 (x,y) 映为 (y,x)。因此它既保持第一象限，也保持面积，所以选项 A 和 B 必为真。</w:t>
      </w:r>
    </w:p>
    <w:p>
      <w:pPr>
        <w:spacing w:before="0" w:after="80" w:line="300" w:lineRule="auto"/>
        <w:jc w:val="left"/>
      </w:pPr>
      <w:r>
        <w:rPr>
          <w:rFonts w:ascii="Times New Roman" w:hAnsi="Times New Roman" w:eastAsia="宋体"/>
          <w:b w:val="0"/>
          <w:i w:val="0"/>
          <w:sz w:val="21"/>
        </w:rPr>
        <w:t>从 (x,y) 指向它的像 (y,x) 的方向向量是 (y-x,x-y)，由于 x≠ y，它的斜率为 -1。因此选项 C 和 D 也必为真。</w:t>
      </w:r>
    </w:p>
    <w:p>
      <w:pPr>
        <w:spacing w:before="0" w:after="80" w:line="300" w:lineRule="auto"/>
        <w:jc w:val="left"/>
      </w:pPr>
      <w:r>
        <w:rPr>
          <w:rFonts w:ascii="Times New Roman" w:hAnsi="Times New Roman" w:eastAsia="宋体"/>
          <w:b w:val="0"/>
          <w:i w:val="0"/>
          <w:sz w:val="21"/>
        </w:rPr>
        <w:t>对于选项 E，取 A=(2,1)、B=(3,2) 和 C=(4,1)。这些点满足全部条件，但 AB 和 A'B' 的斜率都是 1，所以这两条直线平行而不是垂直。</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Reflection across y=x sends (x,y) to (y,x). It therefore preserves the first quadrant and preserves area, so A and B are always true.</w:t>
      </w:r>
    </w:p>
    <w:p>
      <w:pPr>
        <w:spacing w:before="0" w:after="80" w:line="300" w:lineRule="auto"/>
        <w:jc w:val="left"/>
      </w:pPr>
      <w:r>
        <w:rPr>
          <w:rFonts w:ascii="Times New Roman" w:hAnsi="Times New Roman" w:eastAsia="宋体"/>
          <w:b w:val="0"/>
          <w:i w:val="0"/>
          <w:color w:val="333333"/>
          <w:sz w:val="19"/>
        </w:rPr>
        <w:t>The direction from (x,y) to its image (y,x) is (y-x,x-y), whose slope is -1 because x≠ y. Thus C and D are always true as well.</w:t>
      </w:r>
    </w:p>
    <w:p>
      <w:pPr>
        <w:spacing w:before="0" w:after="80" w:line="300" w:lineRule="auto"/>
        <w:jc w:val="left"/>
      </w:pPr>
      <w:r>
        <w:rPr>
          <w:rFonts w:ascii="Times New Roman" w:hAnsi="Times New Roman" w:eastAsia="宋体"/>
          <w:b w:val="0"/>
          <w:i w:val="0"/>
          <w:color w:val="333333"/>
          <w:sz w:val="19"/>
        </w:rPr>
        <w:t>For E, take A=(2,1), B=(3,2), and C=(4,1). These points satisfy all the conditions, but AB and A'B' both have slope 1, so the two lines are parallel rather than perpendicular.</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C</w:t>
      </w:r>
    </w:p>
    <w:p>
      <w:pPr>
        <w:spacing w:before="0" w:after="80" w:line="300" w:lineRule="auto"/>
        <w:jc w:val="left"/>
      </w:pPr>
      <w:r>
        <w:rPr>
          <w:rFonts w:ascii="Times New Roman" w:hAnsi="Times New Roman" w:eastAsia="宋体"/>
          <w:b w:val="0"/>
          <w:i w:val="0"/>
          <w:sz w:val="21"/>
        </w:rPr>
        <w:t>左边可改写为</w:t>
      </w:r>
    </w:p>
    <w:p>
      <w:pPr>
        <w:spacing w:before="0" w:after="80" w:line="300" w:lineRule="auto"/>
        <w:jc w:val="left"/>
      </w:pPr>
      <w:r>
        <w:rPr>
          <w:rFonts w:ascii="Times New Roman" w:hAnsi="Times New Roman" w:eastAsia="宋体"/>
          <w:b w:val="0"/>
          <w:i w:val="0"/>
          <w:sz w:val="21"/>
        </w:rPr>
        <w:t>(n+1)n!+(n+2)(n+1)n!</w:t>
      </w:r>
    </w:p>
    <w:p>
      <w:pPr>
        <w:spacing w:before="0" w:after="80" w:line="300" w:lineRule="auto"/>
        <w:jc w:val="left"/>
      </w:pPr>
      <w:r>
        <w:rPr>
          <w:rFonts w:ascii="Times New Roman" w:hAnsi="Times New Roman" w:eastAsia="宋体"/>
          <w:b w:val="0"/>
          <w:i w:val="0"/>
          <w:sz w:val="21"/>
        </w:rPr>
        <w:t>=((n+2)²-1)n!，</w:t>
      </w:r>
    </w:p>
    <w:p>
      <w:pPr>
        <w:spacing w:before="0" w:after="80" w:line="300" w:lineRule="auto"/>
        <w:jc w:val="left"/>
      </w:pPr>
      <w:r>
        <w:rPr>
          <w:rFonts w:ascii="Times New Roman" w:hAnsi="Times New Roman" w:eastAsia="宋体"/>
          <w:b w:val="0"/>
          <w:i w:val="0"/>
          <w:sz w:val="21"/>
        </w:rPr>
        <w:t>所以</w:t>
      </w:r>
    </w:p>
    <w:p>
      <w:pPr>
        <w:spacing w:before="0" w:after="80" w:line="300" w:lineRule="auto"/>
        <w:jc w:val="left"/>
      </w:pPr>
      <w:r>
        <w:rPr>
          <w:rFonts w:ascii="Times New Roman" w:hAnsi="Times New Roman" w:eastAsia="宋体"/>
          <w:b w:val="0"/>
          <w:i w:val="0"/>
          <w:sz w:val="21"/>
        </w:rPr>
        <w:t>((n+2)²-1) n! = 440 n!</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(n+2)²=441，</w:t>
      </w:r>
    </w:p>
    <w:p>
      <w:pPr>
        <w:spacing w:before="0" w:after="80" w:line="300" w:lineRule="auto"/>
        <w:jc w:val="left"/>
      </w:pPr>
      <w:r>
        <w:rPr>
          <w:rFonts w:ascii="Times New Roman" w:hAnsi="Times New Roman" w:eastAsia="宋体"/>
          <w:b w:val="0"/>
          <w:i w:val="0"/>
          <w:sz w:val="21"/>
        </w:rPr>
        <w:t>得 n=19。各位数字和为 10。</w:t>
      </w:r>
    </w:p>
    <w:p>
      <w:pPr>
        <w:spacing w:before="0" w:after="80" w:line="300" w:lineRule="auto"/>
        <w:jc w:val="left"/>
      </w:pPr>
      <w:r>
        <w:rPr>
          <w:rFonts w:ascii="Times New Roman" w:hAnsi="Times New Roman" w:eastAsia="宋体"/>
          <w:b w:val="0"/>
          <w:i w:val="0"/>
          <w:sz w:val="21"/>
        </w:rPr>
        <w:t>所以答案是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can rewrite the left side as</w:t>
      </w:r>
    </w:p>
    <w:p>
      <w:pPr>
        <w:spacing w:before="0" w:after="80" w:line="300" w:lineRule="auto"/>
        <w:jc w:val="left"/>
      </w:pPr>
      <w:r>
        <w:rPr>
          <w:rFonts w:ascii="Times New Roman" w:hAnsi="Times New Roman" w:eastAsia="宋体"/>
          <w:b w:val="0"/>
          <w:i w:val="0"/>
          <w:color w:val="333333"/>
          <w:sz w:val="19"/>
        </w:rPr>
        <w:t>(n+1)n!+(n+2)(n+1)n!</w:t>
      </w:r>
    </w:p>
    <w:p>
      <w:pPr>
        <w:spacing w:before="0" w:after="80" w:line="300" w:lineRule="auto"/>
        <w:jc w:val="left"/>
      </w:pPr>
      <w:r>
        <w:rPr>
          <w:rFonts w:ascii="Times New Roman" w:hAnsi="Times New Roman" w:eastAsia="宋体"/>
          <w:b w:val="0"/>
          <w:i w:val="0"/>
          <w:color w:val="333333"/>
          <w:sz w:val="19"/>
        </w:rPr>
        <w:t>=((n+2)²-1)n!,</w:t>
      </w:r>
    </w:p>
    <w:p>
      <w:pPr>
        <w:spacing w:before="0" w:after="80" w:line="300" w:lineRule="auto"/>
        <w:jc w:val="left"/>
      </w:pPr>
      <w:r>
        <w:rPr>
          <w:rFonts w:ascii="Times New Roman" w:hAnsi="Times New Roman" w:eastAsia="宋体"/>
          <w:b w:val="0"/>
          <w:i w:val="0"/>
          <w:color w:val="333333"/>
          <w:sz w:val="19"/>
        </w:rPr>
        <w:t>so</w:t>
      </w:r>
    </w:p>
    <w:p>
      <w:pPr>
        <w:spacing w:before="0" w:after="80" w:line="300" w:lineRule="auto"/>
        <w:jc w:val="left"/>
      </w:pPr>
      <w:r>
        <w:rPr>
          <w:rFonts w:ascii="Times New Roman" w:hAnsi="Times New Roman" w:eastAsia="宋体"/>
          <w:b w:val="0"/>
          <w:i w:val="0"/>
          <w:color w:val="333333"/>
          <w:sz w:val="19"/>
        </w:rPr>
        <w:t>((n+2)²-1) n! = 440 n!</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(n+2)²=441,</w:t>
      </w:r>
    </w:p>
    <w:p>
      <w:pPr>
        <w:spacing w:before="0" w:after="80" w:line="300" w:lineRule="auto"/>
        <w:jc w:val="left"/>
      </w:pPr>
      <w:r>
        <w:rPr>
          <w:rFonts w:ascii="Times New Roman" w:hAnsi="Times New Roman" w:eastAsia="宋体"/>
          <w:b w:val="0"/>
          <w:i w:val="0"/>
          <w:color w:val="333333"/>
          <w:sz w:val="19"/>
        </w:rPr>
        <w:t>so n=19. The sum of its digits is 10.</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设 Casper 有 c 美分。那么 c 是 12,14 和 15 的公倍数，所以它必为 420 的倍数。</w:t>
      </w:r>
    </w:p>
    <w:p>
      <w:pPr>
        <w:spacing w:before="0" w:after="80" w:line="300" w:lineRule="auto"/>
        <w:jc w:val="left"/>
      </w:pPr>
      <w:r>
        <w:rPr>
          <w:rFonts w:ascii="Times New Roman" w:hAnsi="Times New Roman" w:eastAsia="宋体"/>
          <w:b w:val="0"/>
          <w:i w:val="0"/>
          <w:sz w:val="21"/>
        </w:rPr>
        <w:t>令 c=420k，其中 k 为整数。又有 c=20n，所以 420k=20n，即 n=21k。因为 k 是正整数，n 的最小值是 21。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number of cents he has c. Then, c is a multiple of 12,14, and 15. Thus, it must be a multiple of 420.</w:t>
      </w:r>
    </w:p>
    <w:p>
      <w:pPr>
        <w:spacing w:before="0" w:after="80" w:line="300" w:lineRule="auto"/>
        <w:jc w:val="left"/>
      </w:pPr>
      <w:r>
        <w:rPr>
          <w:rFonts w:ascii="Times New Roman" w:hAnsi="Times New Roman" w:eastAsia="宋体"/>
          <w:b w:val="0"/>
          <w:i w:val="0"/>
          <w:color w:val="333333"/>
          <w:sz w:val="19"/>
        </w:rPr>
        <w:t>Let c=420k for some k. Also, c=20n, so 420k=20n, making n=21k. Since k is a whole number, the minimum possible value of n is 21.</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B</w:t>
      </w:r>
    </w:p>
    <w:p>
      <w:pPr>
        <w:spacing w:before="0" w:after="80" w:line="300" w:lineRule="auto"/>
        <w:jc w:val="left"/>
      </w:pPr>
      <w:r>
        <w:rPr>
          <w:rFonts w:ascii="Times New Roman" w:hAnsi="Times New Roman" w:eastAsia="宋体"/>
          <w:b w:val="0"/>
          <w:i w:val="0"/>
          <w:sz w:val="21"/>
        </w:rPr>
        <w:t>每个等边三角形的边长为 2，所以它的高为 √(3)。这条高恰好从正方形的一条边伸到正方形中心，因此正方形的边长为 2√(3)，面积为 12。</w:t>
      </w:r>
    </w:p>
    <w:p>
      <w:pPr>
        <w:spacing w:before="0" w:after="80" w:line="300" w:lineRule="auto"/>
        <w:jc w:val="left"/>
      </w:pPr>
      <w:r>
        <w:rPr>
          <w:rFonts w:ascii="Times New Roman" w:hAnsi="Times New Roman" w:eastAsia="宋体"/>
          <w:b w:val="0"/>
          <w:i w:val="0"/>
          <w:sz w:val="21"/>
        </w:rPr>
        <w:t>四个等边三角形的面积都是 (√(3))/4(2²)=√(3)。因此涂色区域的面积为</w:t>
      </w:r>
    </w:p>
    <w:p>
      <w:pPr>
        <w:spacing w:before="0" w:after="80" w:line="300" w:lineRule="auto"/>
        <w:jc w:val="left"/>
      </w:pPr>
      <w:r>
        <w:rPr>
          <w:rFonts w:ascii="Times New Roman" w:hAnsi="Times New Roman" w:eastAsia="宋体"/>
          <w:b w:val="0"/>
          <w:i w:val="0"/>
          <w:sz w:val="21"/>
        </w:rPr>
        <w:t>12-4√(3)。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equilateral triangle has side length 2, so its altitude is √(3). Because that altitude runs from a side of the square to its center, the square has side length 2√(3) and area 12.</w:t>
      </w:r>
    </w:p>
    <w:p>
      <w:pPr>
        <w:spacing w:before="0" w:after="80" w:line="300" w:lineRule="auto"/>
        <w:jc w:val="left"/>
      </w:pPr>
      <w:r>
        <w:rPr>
          <w:rFonts w:ascii="Times New Roman" w:hAnsi="Times New Roman" w:eastAsia="宋体"/>
          <w:b w:val="0"/>
          <w:i w:val="0"/>
          <w:color w:val="333333"/>
          <w:sz w:val="19"/>
        </w:rPr>
        <w:t>Each of the four equilateral triangles has area (√(3))/4(2²)=√(3). Therefore the shaded area is</w:t>
      </w:r>
    </w:p>
    <w:p>
      <w:pPr>
        <w:spacing w:before="0" w:after="80" w:line="300" w:lineRule="auto"/>
        <w:jc w:val="left"/>
      </w:pPr>
      <w:r>
        <w:rPr>
          <w:rFonts w:ascii="Times New Roman" w:hAnsi="Times New Roman" w:eastAsia="宋体"/>
          <w:b w:val="0"/>
          <w:i w:val="0"/>
          <w:color w:val="333333"/>
          <w:sz w:val="19"/>
        </w:rPr>
        <w:t>12-4√(3).</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A</w:t>
      </w:r>
    </w:p>
    <w:p>
      <w:pPr>
        <w:spacing w:before="0" w:after="80" w:line="300" w:lineRule="auto"/>
        <w:jc w:val="left"/>
      </w:pPr>
      <w:r>
        <w:rPr>
          <w:rFonts w:ascii="Times New Roman" w:hAnsi="Times New Roman" w:eastAsia="宋体"/>
          <w:b w:val="0"/>
          <w:i w:val="0"/>
          <w:sz w:val="21"/>
        </w:rPr>
        <w:t>若 x≥0，则 ⌊|x|⌋=⌊ x⌋=|⌊ x⌋|，所以 f(x)=0。</w:t>
      </w:r>
    </w:p>
    <w:p>
      <w:pPr>
        <w:spacing w:before="0" w:after="80" w:line="300" w:lineRule="auto"/>
        <w:jc w:val="left"/>
      </w:pPr>
      <w:r>
        <w:rPr>
          <w:rFonts w:ascii="Times New Roman" w:hAnsi="Times New Roman" w:eastAsia="宋体"/>
          <w:b w:val="0"/>
          <w:i w:val="0"/>
          <w:sz w:val="21"/>
        </w:rPr>
        <w:t>若 x 是负整数，则两项都等于 |x|，所以仍有 f(x)=0。</w:t>
      </w:r>
    </w:p>
    <w:p>
      <w:pPr>
        <w:spacing w:before="0" w:after="80" w:line="300" w:lineRule="auto"/>
        <w:jc w:val="left"/>
      </w:pPr>
      <w:r>
        <w:rPr>
          <w:rFonts w:ascii="Times New Roman" w:hAnsi="Times New Roman" w:eastAsia="宋体"/>
          <w:b w:val="0"/>
          <w:i w:val="0"/>
          <w:sz w:val="21"/>
        </w:rPr>
        <w:t>若 x 是负数且不是整数，可以写成 x=-k-t，其中 k 是非负整数，且 0A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x≥0, then ⌊|x|⌋=⌊ x⌋=|⌊ x⌋|, so f(x)=0.</w:t>
      </w:r>
    </w:p>
    <w:p>
      <w:pPr>
        <w:spacing w:before="0" w:after="80" w:line="300" w:lineRule="auto"/>
        <w:jc w:val="left"/>
      </w:pPr>
      <w:r>
        <w:rPr>
          <w:rFonts w:ascii="Times New Roman" w:hAnsi="Times New Roman" w:eastAsia="宋体"/>
          <w:b w:val="0"/>
          <w:i w:val="0"/>
          <w:color w:val="333333"/>
          <w:sz w:val="19"/>
        </w:rPr>
        <w:t>If x is a negative integer, both terms equal |x|, so again f(x)=0.</w:t>
      </w:r>
    </w:p>
    <w:p>
      <w:pPr>
        <w:spacing w:before="0" w:after="80" w:line="300" w:lineRule="auto"/>
        <w:jc w:val="left"/>
      </w:pPr>
      <w:r>
        <w:rPr>
          <w:rFonts w:ascii="Times New Roman" w:hAnsi="Times New Roman" w:eastAsia="宋体"/>
          <w:b w:val="0"/>
          <w:i w:val="0"/>
          <w:color w:val="333333"/>
          <w:sz w:val="19"/>
        </w:rPr>
        <w:t>If x is negative and not an integer, write x=-k-t, where k is a nonnegative integer and 0A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A</w:t>
      </w:r>
    </w:p>
    <w:p>
      <w:pPr>
        <w:spacing w:before="0" w:after="80" w:line="300" w:lineRule="auto"/>
        <w:jc w:val="left"/>
      </w:pPr>
      <w:r>
        <w:rPr>
          <w:rFonts w:ascii="Times New Roman" w:hAnsi="Times New Roman" w:eastAsia="宋体"/>
          <w:b w:val="0"/>
          <w:i w:val="0"/>
          <w:sz w:val="21"/>
        </w:rPr>
        <w:t>面积条件确定了 C 到直线 AB 的距离。若该距离为 h，则</w:t>
      </w:r>
    </w:p>
    <w:p>
      <w:pPr>
        <w:spacing w:before="0" w:after="80" w:line="300" w:lineRule="auto"/>
        <w:jc w:val="left"/>
      </w:pPr>
      <w:r>
        <w:rPr>
          <w:rFonts w:ascii="Times New Roman" w:hAnsi="Times New Roman" w:eastAsia="宋体"/>
          <w:b w:val="0"/>
          <w:i w:val="0"/>
          <w:sz w:val="21"/>
        </w:rPr>
        <w:t>10h/2=100，</w:t>
      </w:r>
    </w:p>
    <w:p>
      <w:pPr>
        <w:spacing w:before="0" w:after="80" w:line="300" w:lineRule="auto"/>
        <w:jc w:val="left"/>
      </w:pPr>
      <w:r>
        <w:rPr>
          <w:rFonts w:ascii="Times New Roman" w:hAnsi="Times New Roman" w:eastAsia="宋体"/>
          <w:b w:val="0"/>
          <w:i w:val="0"/>
          <w:sz w:val="21"/>
        </w:rPr>
        <w:t>所以 h=20。因此 C 必须位于与 AB 平行且距离为 20 的直线上。</w:t>
      </w:r>
    </w:p>
    <w:p>
      <w:pPr>
        <w:spacing w:before="0" w:after="80" w:line="300" w:lineRule="auto"/>
        <w:jc w:val="left"/>
      </w:pPr>
      <w:r>
        <w:rPr>
          <w:rFonts w:ascii="Times New Roman" w:hAnsi="Times New Roman" w:eastAsia="宋体"/>
          <w:b w:val="0"/>
          <w:i w:val="0"/>
          <w:sz w:val="21"/>
        </w:rPr>
        <w:t>因为 C 到直线 AB 的垂直距离为 20，所以 AC 和 BC 都至少为 20。它们不能同时等于 20，否则从 C 向直线 AB 作的垂线就必须同时落在不同的点 A 和 B 上。因此 AC+BC&gt;40，与周长条件 AC+BC=40 矛盾。所以不存在符合条件的点 C。</w:t>
      </w:r>
    </w:p>
    <w:p>
      <w:pPr>
        <w:spacing w:before="0" w:after="80" w:line="300" w:lineRule="auto"/>
        <w:jc w:val="left"/>
      </w:pPr>
      <w:r>
        <w:rPr>
          <w:rFonts w:ascii="Times New Roman" w:hAnsi="Times New Roman" w:eastAsia="宋体"/>
          <w:b w:val="0"/>
          <w:i w:val="0"/>
          <w:sz w:val="21"/>
        </w:rPr>
        <w:t>所以答案是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area condition fixes the distance from C to line AB. If that distance is h, then</w:t>
      </w:r>
    </w:p>
    <w:p>
      <w:pPr>
        <w:spacing w:before="0" w:after="80" w:line="300" w:lineRule="auto"/>
        <w:jc w:val="left"/>
      </w:pPr>
      <w:r>
        <w:rPr>
          <w:rFonts w:ascii="Times New Roman" w:hAnsi="Times New Roman" w:eastAsia="宋体"/>
          <w:b w:val="0"/>
          <w:i w:val="0"/>
          <w:color w:val="333333"/>
          <w:sz w:val="19"/>
        </w:rPr>
        <w:t>10h/2=100,</w:t>
      </w:r>
    </w:p>
    <w:p>
      <w:pPr>
        <w:spacing w:before="0" w:after="80" w:line="300" w:lineRule="auto"/>
        <w:jc w:val="left"/>
      </w:pPr>
      <w:r>
        <w:rPr>
          <w:rFonts w:ascii="Times New Roman" w:hAnsi="Times New Roman" w:eastAsia="宋体"/>
          <w:b w:val="0"/>
          <w:i w:val="0"/>
          <w:color w:val="333333"/>
          <w:sz w:val="19"/>
        </w:rPr>
        <w:t>so h=20. Thus C must lie on a line parallel to AB at distance 20.</w:t>
      </w:r>
    </w:p>
    <w:p>
      <w:pPr>
        <w:spacing w:before="0" w:after="80" w:line="300" w:lineRule="auto"/>
        <w:jc w:val="left"/>
      </w:pPr>
      <w:r>
        <w:rPr>
          <w:rFonts w:ascii="Times New Roman" w:hAnsi="Times New Roman" w:eastAsia="宋体"/>
          <w:b w:val="0"/>
          <w:i w:val="0"/>
          <w:color w:val="333333"/>
          <w:sz w:val="19"/>
        </w:rPr>
        <w:t>Since the perpendicular distance from C to line AB is 20, both AC and BC are at least 20. They cannot both equal 20, because that would require the perpendicular from C to meet line AB at both distinct points A and B. Hence AC+BC&gt;40, contradicting the perimeter requirement AC+BC=40. Therefore no point C works.</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A</w:t>
      </w:r>
    </w:p>
    <w:p>
      <w:pPr>
        <w:spacing w:before="0" w:after="80" w:line="300" w:lineRule="auto"/>
        <w:jc w:val="left"/>
      </w:pPr>
      <w:r>
        <w:rPr>
          <w:rFonts w:ascii="Times New Roman" w:hAnsi="Times New Roman" w:eastAsia="宋体"/>
          <w:b w:val="0"/>
          <w:i w:val="0"/>
          <w:sz w:val="21"/>
        </w:rPr>
        <w:t>设绿珠数分别为 x 和 y，对应罐子为 1 和 2。那么两个罐子的弹珠总数分别为 10x 和 9y。</w:t>
      </w:r>
    </w:p>
    <w:p>
      <w:pPr>
        <w:spacing w:before="0" w:after="80" w:line="300" w:lineRule="auto"/>
        <w:jc w:val="left"/>
      </w:pPr>
      <w:r>
        <w:rPr>
          <w:rFonts w:ascii="Times New Roman" w:hAnsi="Times New Roman" w:eastAsia="宋体"/>
          <w:b w:val="0"/>
          <w:i w:val="0"/>
          <w:sz w:val="21"/>
        </w:rPr>
        <w:t>两个罐子的弹珠总数相同，所以 10x=9y。又有 x+y=95。解得 x=45，y=50。</w:t>
      </w:r>
    </w:p>
    <w:p>
      <w:pPr>
        <w:spacing w:before="0" w:after="80" w:line="300" w:lineRule="auto"/>
        <w:jc w:val="left"/>
      </w:pPr>
      <w:r>
        <w:rPr>
          <w:rFonts w:ascii="Times New Roman" w:hAnsi="Times New Roman" w:eastAsia="宋体"/>
          <w:b w:val="0"/>
          <w:i w:val="0"/>
          <w:sz w:val="21"/>
        </w:rPr>
        <w:t>罐子 1 有 9x=405 颗蓝珠，罐子 2 有 8y=400 颗蓝珠，相差 5 颗。所以正确答案是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x and y be the numbers of green marbles in Jars 1 and 2, respectively. Then the total numbers of marbles in the jars are 10x and 9y.</w:t>
      </w:r>
    </w:p>
    <w:p>
      <w:pPr>
        <w:spacing w:before="0" w:after="80" w:line="300" w:lineRule="auto"/>
        <w:jc w:val="left"/>
      </w:pPr>
      <w:r>
        <w:rPr>
          <w:rFonts w:ascii="Times New Roman" w:hAnsi="Times New Roman" w:eastAsia="宋体"/>
          <w:b w:val="0"/>
          <w:i w:val="0"/>
          <w:color w:val="333333"/>
          <w:sz w:val="19"/>
        </w:rPr>
        <w:t>The jars contain the same number of marbles, so 10x=9y. Also x+y=95. Solving gives x=45 and y=50.</w:t>
      </w:r>
    </w:p>
    <w:p>
      <w:pPr>
        <w:spacing w:before="0" w:after="80" w:line="300" w:lineRule="auto"/>
        <w:jc w:val="left"/>
      </w:pPr>
      <w:r>
        <w:rPr>
          <w:rFonts w:ascii="Times New Roman" w:hAnsi="Times New Roman" w:eastAsia="宋体"/>
          <w:b w:val="0"/>
          <w:i w:val="0"/>
          <w:color w:val="333333"/>
          <w:sz w:val="19"/>
        </w:rPr>
        <w:t>Jar 1 has 9x=405 blue marbles, and Jar 2 has 8y=400 blue marbles. The difference is 5. 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12 题　答案 C</w:t>
      </w:r>
    </w:p>
    <w:p>
      <w:pPr>
        <w:spacing w:before="0" w:after="80" w:line="300" w:lineRule="auto"/>
        <w:jc w:val="left"/>
      </w:pPr>
      <w:r>
        <w:rPr>
          <w:rFonts w:ascii="Times New Roman" w:hAnsi="Times New Roman" w:eastAsia="宋体"/>
          <w:b w:val="0"/>
          <w:i w:val="0"/>
          <w:sz w:val="21"/>
        </w:rPr>
        <w:t>首先，2019=5613₇。任何首位不超过 4 的数，其数位和至多为 4+6+6+6=22，而 4666₇&lt;5613₇ 达到了这个数位和。</w:t>
      </w:r>
    </w:p>
    <w:p>
      <w:pPr>
        <w:spacing w:before="0" w:after="80" w:line="300" w:lineRule="auto"/>
        <w:jc w:val="left"/>
      </w:pPr>
      <w:r>
        <w:rPr>
          <w:rFonts w:ascii="Times New Roman" w:hAnsi="Times New Roman" w:eastAsia="宋体"/>
          <w:b w:val="0"/>
          <w:i w:val="0"/>
          <w:sz w:val="21"/>
        </w:rPr>
        <w:t>若首位为 5，则第二位不超过 5 时，数位和至多为 5+5+6+6=22。若前两位是 56，与 5613₇ 比较可知，末两位的数位和至多为 1+2，得到更小的总和。因此最大的数位和是 22。</w:t>
      </w:r>
    </w:p>
    <w:p>
      <w:pPr>
        <w:spacing w:before="0" w:after="80" w:line="300" w:lineRule="auto"/>
        <w:jc w:val="left"/>
      </w:pPr>
      <w:r>
        <w:rPr>
          <w:rFonts w:ascii="Times New Roman" w:hAnsi="Times New Roman" w:eastAsia="宋体"/>
          <w:b w:val="0"/>
          <w:i w:val="0"/>
          <w:sz w:val="21"/>
        </w:rPr>
        <w:t>所以答案是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First, 2019=5613₇. Any number with leading digit at most 4 has digit sum at most 4+6+6+6=22, and 4666₇&lt;5613₇ attains that sum.</w:t>
      </w:r>
    </w:p>
    <w:p>
      <w:pPr>
        <w:spacing w:before="0" w:after="80" w:line="300" w:lineRule="auto"/>
        <w:jc w:val="left"/>
      </w:pPr>
      <w:r>
        <w:rPr>
          <w:rFonts w:ascii="Times New Roman" w:hAnsi="Times New Roman" w:eastAsia="宋体"/>
          <w:b w:val="0"/>
          <w:i w:val="0"/>
          <w:color w:val="333333"/>
          <w:sz w:val="19"/>
        </w:rPr>
        <w:t>If the leading digit is 5, then a second digit at most 5 gives digit sum at most 5+5+6+6=22. If the first two digits are 56, comparison with 5613₇ forces the last two digits to contribute at most 1+2, giving an even smaller sum. Therefore, the largest digit sum is 22.</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A</w:t>
      </w:r>
    </w:p>
    <w:p>
      <w:pPr>
        <w:spacing w:before="0" w:after="80" w:line="300" w:lineRule="auto"/>
        <w:jc w:val="left"/>
      </w:pPr>
      <w:r>
        <w:rPr>
          <w:rFonts w:ascii="Times New Roman" w:hAnsi="Times New Roman" w:eastAsia="宋体"/>
          <w:b w:val="0"/>
          <w:i w:val="0"/>
          <w:sz w:val="21"/>
        </w:rPr>
        <w:t>平均数为 7+x/5。若 x&lt;6，中位数为 6，所以 7+x/5=6 给出有效值 x=-5。</w:t>
      </w:r>
    </w:p>
    <w:p>
      <w:pPr>
        <w:spacing w:before="0" w:after="80" w:line="300" w:lineRule="auto"/>
        <w:jc w:val="left"/>
      </w:pPr>
      <w:r>
        <w:rPr>
          <w:rFonts w:ascii="Times New Roman" w:hAnsi="Times New Roman" w:eastAsia="宋体"/>
          <w:b w:val="0"/>
          <w:i w:val="0"/>
          <w:sz w:val="21"/>
        </w:rPr>
        <w:t>若 6≤ x≤8，中位数为 x，但 7+x/5=x 给出 x=35/4，不在该区间内。若 x&gt;8，中位数为 8，但 7+x/5=8 给出 x=5，仍不在所需范围内。</w:t>
      </w:r>
    </w:p>
    <w:p>
      <w:pPr>
        <w:spacing w:before="0" w:after="80" w:line="300" w:lineRule="auto"/>
        <w:jc w:val="left"/>
      </w:pPr>
      <w:r>
        <w:rPr>
          <w:rFonts w:ascii="Times New Roman" w:hAnsi="Times New Roman" w:eastAsia="宋体"/>
          <w:b w:val="0"/>
          <w:i w:val="0"/>
          <w:sz w:val="21"/>
        </w:rPr>
        <w:t>因此唯一可能的 x 是 -5，其和为 -5。</w:t>
      </w:r>
    </w:p>
    <w:p>
      <w:pPr>
        <w:spacing w:before="0" w:after="80" w:line="300" w:lineRule="auto"/>
        <w:jc w:val="left"/>
      </w:pPr>
      <w:r>
        <w:rPr>
          <w:rFonts w:ascii="Times New Roman" w:hAnsi="Times New Roman" w:eastAsia="宋体"/>
          <w:b w:val="0"/>
          <w:i w:val="0"/>
          <w:sz w:val="21"/>
        </w:rPr>
        <w:t>所以答案是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mean is 7+x/5. If x&lt;6, the median is 6, so 7+x/5=6 gives the valid value x=-5.</w:t>
      </w:r>
    </w:p>
    <w:p>
      <w:pPr>
        <w:spacing w:before="0" w:after="80" w:line="300" w:lineRule="auto"/>
        <w:jc w:val="left"/>
      </w:pPr>
      <w:r>
        <w:rPr>
          <w:rFonts w:ascii="Times New Roman" w:hAnsi="Times New Roman" w:eastAsia="宋体"/>
          <w:b w:val="0"/>
          <w:i w:val="0"/>
          <w:color w:val="333333"/>
          <w:sz w:val="19"/>
        </w:rPr>
        <w:t>If 6≤ x≤8, the median is x, but 7+x/5=x gives x=35/4, outside this interval. If x&gt;8, the median is 8, but 7+x/5=8 gives x=5, again outside the required range.</w:t>
      </w:r>
    </w:p>
    <w:p>
      <w:pPr>
        <w:spacing w:before="0" w:after="80" w:line="300" w:lineRule="auto"/>
        <w:jc w:val="left"/>
      </w:pPr>
      <w:r>
        <w:rPr>
          <w:rFonts w:ascii="Times New Roman" w:hAnsi="Times New Roman" w:eastAsia="宋体"/>
          <w:b w:val="0"/>
          <w:i w:val="0"/>
          <w:color w:val="333333"/>
          <w:sz w:val="19"/>
        </w:rPr>
        <w:t>Therefore, the only possible x is -5, making the sum -5.</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C</w:t>
      </w:r>
    </w:p>
    <w:p>
      <w:pPr>
        <w:spacing w:before="0" w:after="80" w:line="300" w:lineRule="auto"/>
        <w:jc w:val="left"/>
      </w:pPr>
      <w:r>
        <w:rPr>
          <w:rFonts w:ascii="Times New Roman" w:hAnsi="Times New Roman" w:eastAsia="宋体"/>
          <w:b w:val="0"/>
          <w:i w:val="0"/>
          <w:sz w:val="21"/>
        </w:rPr>
        <w:t>因为 19! 能被 1000 整除，它的末三位都是零，所以 H=0。</w:t>
      </w:r>
    </w:p>
    <w:p>
      <w:pPr>
        <w:spacing w:before="0" w:after="80" w:line="300" w:lineRule="auto"/>
        <w:jc w:val="left"/>
      </w:pPr>
      <w:r>
        <w:rPr>
          <w:rFonts w:ascii="Times New Roman" w:hAnsi="Times New Roman" w:eastAsia="宋体"/>
          <w:b w:val="0"/>
          <w:i w:val="0"/>
          <w:sz w:val="21"/>
        </w:rPr>
        <w:t>因为 19! 能被 9 整除，它的数位和 33+T+M 也能被 9 整除。因此 T+M≡3pmod9，所以 T+M 是 3 或 12。</w:t>
      </w:r>
    </w:p>
    <w:p>
      <w:pPr>
        <w:spacing w:before="0" w:after="80" w:line="300" w:lineRule="auto"/>
        <w:jc w:val="left"/>
      </w:pPr>
      <w:r>
        <w:rPr>
          <w:rFonts w:ascii="Times New Roman" w:hAnsi="Times New Roman" w:eastAsia="宋体"/>
          <w:b w:val="0"/>
          <w:i w:val="0"/>
          <w:sz w:val="21"/>
        </w:rPr>
        <w:t>能被 11 整除说明交错数位和 T-M-7 能被 11 整除，所以 T-M≡7pmod11。检查这两个同余式下的数字可能性，得到 T=4、M=8。因此 T+M+H=4+8+0=12。</w:t>
      </w:r>
    </w:p>
    <w:p>
      <w:pPr>
        <w:spacing w:before="0" w:after="80" w:line="300" w:lineRule="auto"/>
        <w:jc w:val="left"/>
      </w:pPr>
      <w:r>
        <w:rPr>
          <w:rFonts w:ascii="Times New Roman" w:hAnsi="Times New Roman" w:eastAsia="宋体"/>
          <w:b w:val="0"/>
          <w:i w:val="0"/>
          <w:sz w:val="21"/>
        </w:rPr>
        <w:t>所以答案是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19! is divisible by 1000, its last three digits are zero, so H=0.</w:t>
      </w:r>
    </w:p>
    <w:p>
      <w:pPr>
        <w:spacing w:before="0" w:after="80" w:line="300" w:lineRule="auto"/>
        <w:jc w:val="left"/>
      </w:pPr>
      <w:r>
        <w:rPr>
          <w:rFonts w:ascii="Times New Roman" w:hAnsi="Times New Roman" w:eastAsia="宋体"/>
          <w:b w:val="0"/>
          <w:i w:val="0"/>
          <w:color w:val="333333"/>
          <w:sz w:val="19"/>
        </w:rPr>
        <w:t>Since 19! is divisible by 9, its digit sum 33+T+M is divisible by 9. Hence T+M≡3pmod9, so T+M is either 3 or 12.</w:t>
      </w:r>
    </w:p>
    <w:p>
      <w:pPr>
        <w:spacing w:before="0" w:after="80" w:line="300" w:lineRule="auto"/>
        <w:jc w:val="left"/>
      </w:pPr>
      <w:r>
        <w:rPr>
          <w:rFonts w:ascii="Times New Roman" w:hAnsi="Times New Roman" w:eastAsia="宋体"/>
          <w:b w:val="0"/>
          <w:i w:val="0"/>
          <w:color w:val="333333"/>
          <w:sz w:val="19"/>
        </w:rPr>
        <w:t>Divisibility by 11 says the alternating digit sum T-M-7 is divisible by 11, so T-M≡7pmod11. Checking the digit possibilities from these two congruences gives T=4 and M=8. Therefore T+M+H=4+8+0=12.</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A</w:t>
      </w:r>
    </w:p>
    <w:p>
      <w:pPr>
        <w:spacing w:before="0" w:after="80" w:line="300" w:lineRule="auto"/>
        <w:jc w:val="left"/>
      </w:pPr>
      <w:r>
        <w:rPr>
          <w:rFonts w:ascii="Times New Roman" w:hAnsi="Times New Roman" w:eastAsia="宋体"/>
          <w:b w:val="0"/>
          <w:i w:val="0"/>
          <w:sz w:val="21"/>
        </w:rPr>
        <w:t>设两条共有边的长度为 a≤ b。由于两个三角形的面积不同，这两条共有边在两个三角形中不可能扮演相同角色。因此面积为 2 的三角形以 a 和 b 为两条直角边，而面积为 1 的三角形有一条直角边 a，另一条直角边为 √(b²-a²)，斜边为 b。</w:t>
      </w:r>
    </w:p>
    <w:p>
      <w:pPr>
        <w:spacing w:before="0" w:after="80" w:line="300" w:lineRule="auto"/>
        <w:jc w:val="left"/>
      </w:pPr>
      <w:r>
        <w:rPr>
          <w:rFonts w:ascii="Times New Roman" w:hAnsi="Times New Roman" w:eastAsia="宋体"/>
          <w:b w:val="0"/>
          <w:i w:val="0"/>
          <w:sz w:val="21"/>
        </w:rPr>
        <w:t>两条不共有的第三边之积为 √(a²+b²)√(b²-a²)，其平方为 b⁴-a⁴。</w:t>
      </w:r>
    </w:p>
    <w:p>
      <w:pPr>
        <w:spacing w:before="0" w:after="80" w:line="300" w:lineRule="auto"/>
        <w:jc w:val="left"/>
      </w:pPr>
      <w:r>
        <w:rPr>
          <w:rFonts w:ascii="Times New Roman" w:hAnsi="Times New Roman" w:eastAsia="宋体"/>
          <w:b w:val="0"/>
          <w:i w:val="0"/>
          <w:sz w:val="21"/>
        </w:rPr>
        <w:t>利用面积，ab/2=2，且 (a√(b²-a²))/2=1。因此 a²b²=16，且 a²(b²-a²)=4，所以 a⁴=12。于是 b⁴=256/12=64/3，且 b⁴-a⁴=28/3。所以正确答案是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two shared side lengths be a≤ b. Because the triangles have different areas, the shared sides cannot play the same roles in both triangles. Thus the area-2 triangle has legs a and b, while the area-1 triangle has leg a, other leg √(b²-a²), and hypotenuse b.</w:t>
      </w:r>
    </w:p>
    <w:p>
      <w:pPr>
        <w:spacing w:before="0" w:after="80" w:line="300" w:lineRule="auto"/>
        <w:jc w:val="left"/>
      </w:pPr>
      <w:r>
        <w:rPr>
          <w:rFonts w:ascii="Times New Roman" w:hAnsi="Times New Roman" w:eastAsia="宋体"/>
          <w:b w:val="0"/>
          <w:i w:val="0"/>
          <w:color w:val="333333"/>
          <w:sz w:val="19"/>
        </w:rPr>
        <w:t>The product of the two non-shared third sides is √(a²+b²)√(b²-a²), whose square is b⁴-a⁴.</w:t>
      </w:r>
    </w:p>
    <w:p>
      <w:pPr>
        <w:spacing w:before="0" w:after="80" w:line="300" w:lineRule="auto"/>
        <w:jc w:val="left"/>
      </w:pPr>
      <w:r>
        <w:rPr>
          <w:rFonts w:ascii="Times New Roman" w:hAnsi="Times New Roman" w:eastAsia="宋体"/>
          <w:b w:val="0"/>
          <w:i w:val="0"/>
          <w:color w:val="333333"/>
          <w:sz w:val="19"/>
        </w:rPr>
        <w:t>Using the areas, ab/2=2 and (a√(b²-a²))/2=1. Hence a²b²=16 and a²(b²-a²)=4, so a⁴=12. Then b⁴=256/12=64/3, and b⁴-a⁴=28/3. Thus,</w:t>
      </w:r>
      <w:r>
        <w:rPr>
          <w:rFonts w:ascii="Times New Roman" w:hAnsi="Times New Roman" w:eastAsia="宋体"/>
          <w:b/>
          <w:i w:val="0"/>
          <w:color w:val="333333"/>
          <w:sz w:val="19"/>
        </w:rPr>
        <w:t>A</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16 题　答案 A</w:t>
      </w:r>
    </w:p>
    <w:p>
      <w:pPr>
        <w:spacing w:before="80" w:after="80"/>
        <w:jc w:val="center"/>
      </w:pPr>
      <w:r>
        <w:drawing>
          <wp:inline xmlns:a="http://schemas.openxmlformats.org/drawingml/2006/main" xmlns:pic="http://schemas.openxmlformats.org/drawingml/2006/picture">
            <wp:extent cx="814541" cy="1387325"/>
            <wp:docPr id="5" name="Picture 5"/>
            <wp:cNvGraphicFramePr>
              <a:graphicFrameLocks noChangeAspect="1"/>
            </wp:cNvGraphicFramePr>
            <a:graphic>
              <a:graphicData uri="http://schemas.openxmlformats.org/drawingml/2006/picture">
                <pic:pic>
                  <pic:nvPicPr>
                    <pic:cNvPr id="0" name="q16-sol-1@300dpi.png"/>
                    <pic:cNvPicPr/>
                  </pic:nvPicPr>
                  <pic:blipFill>
                    <a:blip r:embed="rId11"/>
                    <a:stretch>
                      <a:fillRect/>
                    </a:stretch>
                  </pic:blipFill>
                  <pic:spPr>
                    <a:xfrm>
                      <a:off x="0" y="0"/>
                      <a:ext cx="814541" cy="1387325"/>
                    </a:xfrm>
                    <a:prstGeom prst="rect"/>
                  </pic:spPr>
                </pic:pic>
              </a:graphicData>
            </a:graphic>
          </wp:inline>
        </w:drawing>
      </w:r>
    </w:p>
    <w:p>
      <w:pPr>
        <w:spacing w:before="0" w:after="80" w:line="300" w:lineRule="auto"/>
        <w:jc w:val="left"/>
      </w:pPr>
      <w:r>
        <w:rPr>
          <w:rFonts w:ascii="Times New Roman" w:hAnsi="Times New Roman" w:eastAsia="宋体"/>
          <w:b w:val="0"/>
          <w:i w:val="0"/>
          <w:sz w:val="21"/>
        </w:rPr>
        <w:t>缩放图形，使 AC=CD=4，且 DE=EB=3。设 A=∠ BAC、B=∠ ABC，所以 A+B=90°。</w:t>
      </w:r>
    </w:p>
    <w:p>
      <w:pPr>
        <w:spacing w:before="0" w:after="80" w:line="300" w:lineRule="auto"/>
        <w:jc w:val="left"/>
      </w:pPr>
      <w:r>
        <w:rPr>
          <w:rFonts w:ascii="Times New Roman" w:hAnsi="Times New Roman" w:eastAsia="宋体"/>
          <w:b w:val="0"/>
          <w:i w:val="0"/>
          <w:sz w:val="21"/>
        </w:rPr>
        <w:t>等腰三角形 ACD 和 DEB 给出 ∠ CDA=A 和 ∠ EDB=B。因为 DA 与 DB 是反向射线，</w:t>
      </w:r>
    </w:p>
    <w:p>
      <w:pPr>
        <w:spacing w:before="0" w:after="80" w:line="300" w:lineRule="auto"/>
        <w:jc w:val="left"/>
      </w:pPr>
      <w:r>
        <w:rPr>
          <w:rFonts w:ascii="Times New Roman" w:hAnsi="Times New Roman" w:eastAsia="宋体"/>
          <w:b w:val="0"/>
          <w:i w:val="0"/>
          <w:sz w:val="21"/>
        </w:rPr>
        <w:t>∠ CDE=180°-A-B=90°。</w:t>
      </w:r>
    </w:p>
    <w:p>
      <w:pPr>
        <w:spacing w:before="0" w:after="80" w:line="300" w:lineRule="auto"/>
        <w:jc w:val="left"/>
      </w:pPr>
      <w:r>
        <w:rPr>
          <w:rFonts w:ascii="Times New Roman" w:hAnsi="Times New Roman" w:eastAsia="宋体"/>
          <w:b w:val="0"/>
          <w:i w:val="0"/>
          <w:sz w:val="21"/>
        </w:rPr>
        <w:t>因此 CE=√(4²+3²)=5，所以 BC=CE+EB=8，且 tan A=BC/AC=2。</w:t>
      </w:r>
    </w:p>
    <w:p>
      <w:pPr>
        <w:spacing w:before="0" w:after="80" w:line="300" w:lineRule="auto"/>
        <w:jc w:val="left"/>
      </w:pPr>
      <w:r>
        <w:rPr>
          <w:rFonts w:ascii="Times New Roman" w:hAnsi="Times New Roman" w:eastAsia="宋体"/>
          <w:b w:val="0"/>
          <w:i w:val="0"/>
          <w:sz w:val="21"/>
        </w:rPr>
        <w:t>两个等腰三角形的底边长分别为 AD=8cos A 和 BD=6cos B=6sin A。所以</w:t>
      </w:r>
    </w:p>
    <w:p>
      <w:pPr>
        <w:spacing w:before="0" w:after="80" w:line="300" w:lineRule="auto"/>
        <w:jc w:val="left"/>
      </w:pPr>
      <w:r>
        <w:rPr>
          <w:rFonts w:ascii="Times New Roman" w:hAnsi="Times New Roman" w:eastAsia="宋体"/>
          <w:b w:val="0"/>
          <w:i w:val="0"/>
          <w:sz w:val="21"/>
        </w:rPr>
        <w:t>AD/BD=(8cos A)/(6sin A)=4/(3tan A)=2/3。</w:t>
      </w:r>
    </w:p>
    <w:p>
      <w:pPr>
        <w:spacing w:before="0" w:after="80" w:line="300" w:lineRule="auto"/>
        <w:jc w:val="left"/>
      </w:pPr>
      <w:r>
        <w:rPr>
          <w:rFonts w:ascii="Times New Roman" w:hAnsi="Times New Roman" w:eastAsia="宋体"/>
          <w:b w:val="0"/>
          <w:i w:val="0"/>
          <w:sz w:val="21"/>
        </w:rPr>
        <w:t>所以答案是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814541" cy="1387325"/>
            <wp:docPr id="6" name="Picture 6"/>
            <wp:cNvGraphicFramePr>
              <a:graphicFrameLocks noChangeAspect="1"/>
            </wp:cNvGraphicFramePr>
            <a:graphic>
              <a:graphicData uri="http://schemas.openxmlformats.org/drawingml/2006/picture">
                <pic:pic>
                  <pic:nvPicPr>
                    <pic:cNvPr id="0" name="q16-sol-1@300dpi.png"/>
                    <pic:cNvPicPr/>
                  </pic:nvPicPr>
                  <pic:blipFill>
                    <a:blip r:embed="rId11"/>
                    <a:stretch>
                      <a:fillRect/>
                    </a:stretch>
                  </pic:blipFill>
                  <pic:spPr>
                    <a:xfrm>
                      <a:off x="0" y="0"/>
                      <a:ext cx="814541" cy="1387325"/>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Scale the figure so that AC=CD=4 and DE=EB=3. Let A=∠ BAC and B=∠ ABC, so A+B=90°.</w:t>
      </w:r>
    </w:p>
    <w:p>
      <w:pPr>
        <w:spacing w:before="0" w:after="80" w:line="300" w:lineRule="auto"/>
        <w:jc w:val="left"/>
      </w:pPr>
      <w:r>
        <w:rPr>
          <w:rFonts w:ascii="Times New Roman" w:hAnsi="Times New Roman" w:eastAsia="宋体"/>
          <w:b w:val="0"/>
          <w:i w:val="0"/>
          <w:color w:val="333333"/>
          <w:sz w:val="19"/>
        </w:rPr>
        <w:t>The isosceles triangles ACD and DEB give ∠ CDA=A and ∠ EDB=B. Because DA and DB are opposite rays,</w:t>
      </w:r>
    </w:p>
    <w:p>
      <w:pPr>
        <w:spacing w:before="0" w:after="80" w:line="300" w:lineRule="auto"/>
        <w:jc w:val="left"/>
      </w:pPr>
      <w:r>
        <w:rPr>
          <w:rFonts w:ascii="Times New Roman" w:hAnsi="Times New Roman" w:eastAsia="宋体"/>
          <w:b w:val="0"/>
          <w:i w:val="0"/>
          <w:color w:val="333333"/>
          <w:sz w:val="19"/>
        </w:rPr>
        <w:t>∠ CDE=180°-A-B=90°.</w:t>
      </w:r>
    </w:p>
    <w:p>
      <w:pPr>
        <w:spacing w:before="0" w:after="80" w:line="300" w:lineRule="auto"/>
        <w:jc w:val="left"/>
      </w:pPr>
      <w:r>
        <w:rPr>
          <w:rFonts w:ascii="Times New Roman" w:hAnsi="Times New Roman" w:eastAsia="宋体"/>
          <w:b w:val="0"/>
          <w:i w:val="0"/>
          <w:color w:val="333333"/>
          <w:sz w:val="19"/>
        </w:rPr>
        <w:t>Therefore CE=√(4²+3²)=5, so BC=CE+EB=8 and tan A=BC/AC=2.</w:t>
      </w:r>
    </w:p>
    <w:p>
      <w:pPr>
        <w:spacing w:before="0" w:after="80" w:line="300" w:lineRule="auto"/>
        <w:jc w:val="left"/>
      </w:pPr>
      <w:r>
        <w:rPr>
          <w:rFonts w:ascii="Times New Roman" w:hAnsi="Times New Roman" w:eastAsia="宋体"/>
          <w:b w:val="0"/>
          <w:i w:val="0"/>
          <w:color w:val="333333"/>
          <w:sz w:val="19"/>
        </w:rPr>
        <w:t>The bases of the two isosceles triangles have lengths AD=8cos A and BD=6cos B=6sin A. Hence</w:t>
      </w:r>
    </w:p>
    <w:p>
      <w:pPr>
        <w:spacing w:before="0" w:after="80" w:line="300" w:lineRule="auto"/>
        <w:jc w:val="left"/>
      </w:pPr>
      <w:r>
        <w:rPr>
          <w:rFonts w:ascii="Times New Roman" w:hAnsi="Times New Roman" w:eastAsia="宋体"/>
          <w:b w:val="0"/>
          <w:i w:val="0"/>
          <w:color w:val="333333"/>
          <w:sz w:val="19"/>
        </w:rPr>
        <w:t>AD/BD=(8cos A)/(6sin A)=4/(3tan A)=2/3.</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C</w:t>
      </w:r>
    </w:p>
    <w:p>
      <w:pPr>
        <w:spacing w:before="0" w:after="80" w:line="300" w:lineRule="auto"/>
        <w:jc w:val="left"/>
      </w:pPr>
      <w:r>
        <w:rPr>
          <w:rFonts w:ascii="Times New Roman" w:hAnsi="Times New Roman" w:eastAsia="宋体"/>
          <w:b w:val="0"/>
          <w:i w:val="0"/>
          <w:sz w:val="21"/>
        </w:rPr>
        <w:t>已知两个球落在不同箱子中时，较大编号箱子中的球为红球的概率为 1/2。因此只需求出</w:t>
      </w:r>
    </w:p>
    <w:p>
      <w:pPr>
        <w:spacing w:before="0" w:after="80" w:line="300" w:lineRule="auto"/>
        <w:jc w:val="left"/>
      </w:pPr>
      <w:r>
        <w:rPr>
          <w:rFonts w:ascii="Times New Roman" w:hAnsi="Times New Roman" w:eastAsia="宋体"/>
          <w:b w:val="0"/>
          <w:i w:val="0"/>
          <w:sz w:val="21"/>
        </w:rPr>
        <w:t>(P(两球落在不同箱子))/2</w:t>
      </w:r>
    </w:p>
    <w:p>
      <w:pPr>
        <w:spacing w:before="0" w:after="80" w:line="300" w:lineRule="auto"/>
        <w:jc w:val="left"/>
      </w:pPr>
      <w:r>
        <w:rPr>
          <w:rFonts w:ascii="Times New Roman" w:hAnsi="Times New Roman" w:eastAsia="宋体"/>
          <w:b w:val="0"/>
          <w:i w:val="0"/>
          <w:sz w:val="21"/>
        </w:rPr>
        <w:t>= (1-P(两球落在同一箱子))/2</w:t>
      </w:r>
    </w:p>
    <w:p>
      <w:pPr>
        <w:spacing w:before="0" w:after="80" w:line="300" w:lineRule="auto"/>
        <w:jc w:val="left"/>
      </w:pPr>
      <w:r>
        <w:rPr>
          <w:rFonts w:ascii="Times New Roman" w:hAnsi="Times New Roman" w:eastAsia="宋体"/>
          <w:b w:val="0"/>
          <w:i w:val="0"/>
          <w:sz w:val="21"/>
        </w:rPr>
        <w:t>这个值，这里用了补集计数。</w:t>
      </w:r>
    </w:p>
    <w:p>
      <w:pPr>
        <w:spacing w:before="0" w:after="80" w:line="300" w:lineRule="auto"/>
        <w:jc w:val="left"/>
      </w:pPr>
      <w:r>
        <w:rPr>
          <w:rFonts w:ascii="Times New Roman" w:hAnsi="Times New Roman" w:eastAsia="宋体"/>
          <w:b w:val="0"/>
          <w:i w:val="0"/>
          <w:sz w:val="21"/>
        </w:rPr>
        <w:t>两个球都落在第 k 号箱子的概率为</w:t>
      </w:r>
    </w:p>
    <w:p>
      <w:pPr>
        <w:spacing w:before="0" w:after="80" w:line="300" w:lineRule="auto"/>
        <w:jc w:val="left"/>
      </w:pPr>
      <w:r>
        <w:rPr>
          <w:rFonts w:ascii="Times New Roman" w:hAnsi="Times New Roman" w:eastAsia="宋体"/>
          <w:b w:val="0"/>
          <w:i w:val="0"/>
          <w:sz w:val="21"/>
        </w:rPr>
        <w:t>2⁻ᵏ · 2⁻ᵏ = 4⁻ᵏ。</w:t>
      </w:r>
    </w:p>
    <w:p>
      <w:pPr>
        <w:spacing w:before="0" w:after="80" w:line="300" w:lineRule="auto"/>
        <w:jc w:val="left"/>
      </w:pPr>
      <w:r>
        <w:rPr>
          <w:rFonts w:ascii="Times New Roman" w:hAnsi="Times New Roman" w:eastAsia="宋体"/>
          <w:b w:val="0"/>
          <w:i w:val="0"/>
          <w:sz w:val="21"/>
        </w:rPr>
        <w:t>所以两个球落在同一个箱子的概率为</w:t>
      </w:r>
    </w:p>
    <w:p>
      <w:pPr>
        <w:spacing w:before="0" w:after="80" w:line="300" w:lineRule="auto"/>
        <w:jc w:val="left"/>
      </w:pPr>
      <w:r>
        <w:rPr>
          <w:rFonts w:ascii="Times New Roman" w:hAnsi="Times New Roman" w:eastAsia="宋体"/>
          <w:b w:val="0"/>
          <w:i w:val="0"/>
          <w:sz w:val="21"/>
        </w:rPr>
        <w:t>Σₖ₌₁^(∞) 4⁻ᵏ。</w:t>
      </w:r>
    </w:p>
    <w:p>
      <w:pPr>
        <w:spacing w:before="0" w:after="80" w:line="300" w:lineRule="auto"/>
        <w:jc w:val="left"/>
      </w:pPr>
      <w:r>
        <w:rPr>
          <w:rFonts w:ascii="Times New Roman" w:hAnsi="Times New Roman" w:eastAsia="宋体"/>
          <w:b w:val="0"/>
          <w:i w:val="0"/>
          <w:sz w:val="21"/>
        </w:rPr>
        <w:t>用等比数列求和公式，得到它等于</w:t>
      </w:r>
    </w:p>
    <w:p>
      <w:pPr>
        <w:spacing w:before="0" w:after="80" w:line="300" w:lineRule="auto"/>
        <w:jc w:val="left"/>
      </w:pPr>
      <w:r>
        <w:rPr>
          <w:rFonts w:ascii="Times New Roman" w:hAnsi="Times New Roman" w:eastAsia="宋体"/>
          <w:b w:val="0"/>
          <w:i w:val="0"/>
          <w:sz w:val="21"/>
        </w:rPr>
        <w:t>1/4 · 1/(1-1/4) = 1/3。</w:t>
      </w:r>
    </w:p>
    <w:p>
      <w:pPr>
        <w:spacing w:before="0" w:after="80" w:line="300" w:lineRule="auto"/>
        <w:jc w:val="left"/>
      </w:pPr>
      <w:r>
        <w:rPr>
          <w:rFonts w:ascii="Times New Roman" w:hAnsi="Times New Roman" w:eastAsia="宋体"/>
          <w:b w:val="0"/>
          <w:i w:val="0"/>
          <w:sz w:val="21"/>
        </w:rPr>
        <w:t>故所求概率为</w:t>
      </w:r>
    </w:p>
    <w:p>
      <w:pPr>
        <w:spacing w:before="0" w:after="80" w:line="300" w:lineRule="auto"/>
        <w:jc w:val="left"/>
      </w:pPr>
      <w:r>
        <w:rPr>
          <w:rFonts w:ascii="Times New Roman" w:hAnsi="Times New Roman" w:eastAsia="宋体"/>
          <w:b w:val="0"/>
          <w:i w:val="0"/>
          <w:sz w:val="21"/>
        </w:rPr>
        <w:t>(1-1/3)/2 = 1/3。</w:t>
      </w:r>
    </w:p>
    <w:p>
      <w:pPr>
        <w:spacing w:before="0" w:after="80" w:line="300" w:lineRule="auto"/>
        <w:jc w:val="left"/>
      </w:pPr>
      <w:r>
        <w:rPr>
          <w:rFonts w:ascii="Times New Roman" w:hAnsi="Times New Roman" w:eastAsia="宋体"/>
          <w:b w:val="0"/>
          <w:i w:val="0"/>
          <w:sz w:val="21"/>
        </w:rPr>
        <w:t>所以答案是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Given that the two balls were tossed into separate bins, the probability that the ball in the higher-numbered bin is red is 1/2. Thus we must find</w:t>
      </w:r>
    </w:p>
    <w:p>
      <w:pPr>
        <w:spacing w:before="0" w:after="80" w:line="300" w:lineRule="auto"/>
        <w:jc w:val="left"/>
      </w:pPr>
      <w:r>
        <w:rPr>
          <w:rFonts w:ascii="Times New Roman" w:hAnsi="Times New Roman" w:eastAsia="宋体"/>
          <w:b w:val="0"/>
          <w:i w:val="0"/>
          <w:color w:val="333333"/>
          <w:sz w:val="19"/>
        </w:rPr>
        <w:t>(P(Balls in different bins))/2</w:t>
      </w:r>
    </w:p>
    <w:p>
      <w:pPr>
        <w:spacing w:before="0" w:after="80" w:line="300" w:lineRule="auto"/>
        <w:jc w:val="left"/>
      </w:pPr>
      <w:r>
        <w:rPr>
          <w:rFonts w:ascii="Times New Roman" w:hAnsi="Times New Roman" w:eastAsia="宋体"/>
          <w:b w:val="0"/>
          <w:i w:val="0"/>
          <w:color w:val="333333"/>
          <w:sz w:val="19"/>
        </w:rPr>
        <w:t>= (1-P(Balls in same bins))/2</w:t>
      </w:r>
    </w:p>
    <w:p>
      <w:pPr>
        <w:spacing w:before="0" w:after="80" w:line="300" w:lineRule="auto"/>
        <w:jc w:val="left"/>
      </w:pPr>
      <w:r>
        <w:rPr>
          <w:rFonts w:ascii="Times New Roman" w:hAnsi="Times New Roman" w:eastAsia="宋体"/>
          <w:b w:val="0"/>
          <w:i w:val="0"/>
          <w:color w:val="333333"/>
          <w:sz w:val="19"/>
        </w:rPr>
        <w:t>by complementary counting.</w:t>
      </w:r>
    </w:p>
    <w:p>
      <w:pPr>
        <w:spacing w:before="0" w:after="80" w:line="300" w:lineRule="auto"/>
        <w:jc w:val="left"/>
      </w:pPr>
      <w:r>
        <w:rPr>
          <w:rFonts w:ascii="Times New Roman" w:hAnsi="Times New Roman" w:eastAsia="宋体"/>
          <w:b w:val="0"/>
          <w:i w:val="0"/>
          <w:color w:val="333333"/>
          <w:sz w:val="19"/>
        </w:rPr>
        <w:t>The probability that both balls are in bin k is</w:t>
      </w:r>
    </w:p>
    <w:p>
      <w:pPr>
        <w:spacing w:before="0" w:after="80" w:line="300" w:lineRule="auto"/>
        <w:jc w:val="left"/>
      </w:pPr>
      <w:r>
        <w:rPr>
          <w:rFonts w:ascii="Times New Roman" w:hAnsi="Times New Roman" w:eastAsia="宋体"/>
          <w:b w:val="0"/>
          <w:i w:val="0"/>
          <w:color w:val="333333"/>
          <w:sz w:val="19"/>
        </w:rPr>
        <w:t>2⁻ᵏ · 2⁻ᵏ = 4⁻ᵏ.</w:t>
      </w:r>
    </w:p>
    <w:p>
      <w:pPr>
        <w:spacing w:before="0" w:after="80" w:line="300" w:lineRule="auto"/>
        <w:jc w:val="left"/>
      </w:pPr>
      <w:r>
        <w:rPr>
          <w:rFonts w:ascii="Times New Roman" w:hAnsi="Times New Roman" w:eastAsia="宋体"/>
          <w:b w:val="0"/>
          <w:i w:val="0"/>
          <w:color w:val="333333"/>
          <w:sz w:val="19"/>
        </w:rPr>
        <w:t>The probability that they are both in the same bin is therefore</w:t>
      </w:r>
    </w:p>
    <w:p>
      <w:pPr>
        <w:spacing w:before="0" w:after="80" w:line="300" w:lineRule="auto"/>
        <w:jc w:val="left"/>
      </w:pPr>
      <w:r>
        <w:rPr>
          <w:rFonts w:ascii="Times New Roman" w:hAnsi="Times New Roman" w:eastAsia="宋体"/>
          <w:b w:val="0"/>
          <w:i w:val="0"/>
          <w:color w:val="333333"/>
          <w:sz w:val="19"/>
        </w:rPr>
        <w:t>Σₖ₌₁^(∞) 4⁻ᵏ.</w:t>
      </w:r>
    </w:p>
    <w:p>
      <w:pPr>
        <w:spacing w:before="0" w:after="80" w:line="300" w:lineRule="auto"/>
        <w:jc w:val="left"/>
      </w:pPr>
      <w:r>
        <w:rPr>
          <w:rFonts w:ascii="Times New Roman" w:hAnsi="Times New Roman" w:eastAsia="宋体"/>
          <w:b w:val="0"/>
          <w:i w:val="0"/>
          <w:color w:val="333333"/>
          <w:sz w:val="19"/>
        </w:rPr>
        <w:t>Using the geometric sequence formula, we get this to be</w:t>
      </w:r>
    </w:p>
    <w:p>
      <w:pPr>
        <w:spacing w:before="0" w:after="80" w:line="300" w:lineRule="auto"/>
        <w:jc w:val="left"/>
      </w:pPr>
      <w:r>
        <w:rPr>
          <w:rFonts w:ascii="Times New Roman" w:hAnsi="Times New Roman" w:eastAsia="宋体"/>
          <w:b w:val="0"/>
          <w:i w:val="0"/>
          <w:color w:val="333333"/>
          <w:sz w:val="19"/>
        </w:rPr>
        <w:t>1/4 · 1/(1-1/4) = 1/3.</w:t>
      </w:r>
    </w:p>
    <w:p>
      <w:pPr>
        <w:spacing w:before="0" w:after="80" w:line="300" w:lineRule="auto"/>
        <w:jc w:val="left"/>
      </w:pPr>
      <w:r>
        <w:rPr>
          <w:rFonts w:ascii="Times New Roman" w:hAnsi="Times New Roman" w:eastAsia="宋体"/>
          <w:b w:val="0"/>
          <w:i w:val="0"/>
          <w:color w:val="333333"/>
          <w:sz w:val="19"/>
        </w:rPr>
        <w:t>Therefore, our answer is</w:t>
      </w:r>
    </w:p>
    <w:p>
      <w:pPr>
        <w:spacing w:before="0" w:after="80" w:line="300" w:lineRule="auto"/>
        <w:jc w:val="left"/>
      </w:pPr>
      <w:r>
        <w:rPr>
          <w:rFonts w:ascii="Times New Roman" w:hAnsi="Times New Roman" w:eastAsia="宋体"/>
          <w:b w:val="0"/>
          <w:i w:val="0"/>
          <w:color w:val="333333"/>
          <w:sz w:val="19"/>
        </w:rPr>
        <w:t>(1-1/3)/2 = 1/3.</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C</w:t>
      </w:r>
    </w:p>
    <w:p>
      <w:pPr>
        <w:spacing w:before="0" w:after="80" w:line="300" w:lineRule="auto"/>
        <w:jc w:val="left"/>
      </w:pPr>
      <w:r>
        <w:rPr>
          <w:rFonts w:ascii="Times New Roman" w:hAnsi="Times New Roman" w:eastAsia="宋体"/>
          <w:b w:val="0"/>
          <w:i w:val="0"/>
          <w:sz w:val="21"/>
        </w:rPr>
        <w:t>设某个向家转向的极限点离家 x 千米。当 Henry 朝健身房走完这一段后，他的位置为</w:t>
      </w:r>
    </w:p>
    <w:p>
      <w:pPr>
        <w:spacing w:before="0" w:after="80" w:line="300" w:lineRule="auto"/>
        <w:jc w:val="left"/>
      </w:pPr>
      <w:r>
        <w:rPr>
          <w:rFonts w:ascii="Times New Roman" w:hAnsi="Times New Roman" w:eastAsia="宋体"/>
          <w:b w:val="0"/>
          <w:i w:val="0"/>
          <w:sz w:val="21"/>
        </w:rPr>
        <w:t>2-2-x/4=3/2+x/4。</w:t>
      </w:r>
    </w:p>
    <w:p>
      <w:pPr>
        <w:spacing w:before="0" w:after="80" w:line="300" w:lineRule="auto"/>
        <w:jc w:val="left"/>
      </w:pPr>
      <w:r>
        <w:rPr>
          <w:rFonts w:ascii="Times New Roman" w:hAnsi="Times New Roman" w:eastAsia="宋体"/>
          <w:b w:val="0"/>
          <w:i w:val="0"/>
          <w:sz w:val="21"/>
        </w:rPr>
        <w:t>接着向家走该距离的四分之三，新位置离家为</w:t>
      </w:r>
    </w:p>
    <w:p>
      <w:pPr>
        <w:spacing w:before="0" w:after="80" w:line="300" w:lineRule="auto"/>
        <w:jc w:val="left"/>
      </w:pPr>
      <w:r>
        <w:rPr>
          <w:rFonts w:ascii="Times New Roman" w:hAnsi="Times New Roman" w:eastAsia="宋体"/>
          <w:b w:val="0"/>
          <w:i w:val="0"/>
          <w:sz w:val="21"/>
        </w:rPr>
        <w:t>1/4(3/2+x/4)=3/8+x/16。</w:t>
      </w:r>
    </w:p>
    <w:p>
      <w:pPr>
        <w:spacing w:before="0" w:after="80" w:line="300" w:lineRule="auto"/>
        <w:jc w:val="left"/>
      </w:pPr>
      <w:r>
        <w:rPr>
          <w:rFonts w:ascii="Times New Roman" w:hAnsi="Times New Roman" w:eastAsia="宋体"/>
          <w:b w:val="0"/>
          <w:i w:val="0"/>
          <w:sz w:val="21"/>
        </w:rPr>
        <w:t>在极限点处，这个两步过程不改变位置，所以</w:t>
      </w:r>
    </w:p>
    <w:p>
      <w:pPr>
        <w:spacing w:before="0" w:after="80" w:line="300" w:lineRule="auto"/>
        <w:jc w:val="left"/>
      </w:pPr>
      <w:r>
        <w:rPr>
          <w:rFonts w:ascii="Times New Roman" w:hAnsi="Times New Roman" w:eastAsia="宋体"/>
          <w:b w:val="0"/>
          <w:i w:val="0"/>
          <w:sz w:val="21"/>
        </w:rPr>
        <w:t>x=3/8+x/16，</w:t>
      </w:r>
    </w:p>
    <w:p>
      <w:pPr>
        <w:spacing w:before="0" w:after="80" w:line="300" w:lineRule="auto"/>
        <w:jc w:val="left"/>
      </w:pPr>
      <w:r>
        <w:rPr>
          <w:rFonts w:ascii="Times New Roman" w:hAnsi="Times New Roman" w:eastAsia="宋体"/>
          <w:b w:val="0"/>
          <w:i w:val="0"/>
          <w:sz w:val="21"/>
        </w:rPr>
        <w:t>由此得 x=2/5。</w:t>
      </w:r>
    </w:p>
    <w:p>
      <w:pPr>
        <w:spacing w:before="0" w:after="80" w:line="300" w:lineRule="auto"/>
        <w:jc w:val="left"/>
      </w:pPr>
      <w:r>
        <w:rPr>
          <w:rFonts w:ascii="Times New Roman" w:hAnsi="Times New Roman" w:eastAsia="宋体"/>
          <w:b w:val="0"/>
          <w:i w:val="0"/>
          <w:sz w:val="21"/>
        </w:rPr>
        <w:t>另一个极限点就是朝健身房走完后到达的位置：</w:t>
      </w:r>
    </w:p>
    <w:p>
      <w:pPr>
        <w:spacing w:before="0" w:after="80" w:line="300" w:lineRule="auto"/>
        <w:jc w:val="left"/>
      </w:pPr>
      <w:r>
        <w:rPr>
          <w:rFonts w:ascii="Times New Roman" w:hAnsi="Times New Roman" w:eastAsia="宋体"/>
          <w:b w:val="0"/>
          <w:i w:val="0"/>
          <w:sz w:val="21"/>
        </w:rPr>
        <w:t>2-(2-2/5)/4=8/5。</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|A-B|=8/5-2/5=6/5=11/5。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a limiting homeward turnaround point is x kilometers from home. After Henry walks toward the gym, his position is</w:t>
      </w:r>
    </w:p>
    <w:p>
      <w:pPr>
        <w:spacing w:before="0" w:after="80" w:line="300" w:lineRule="auto"/>
        <w:jc w:val="left"/>
      </w:pPr>
      <w:r>
        <w:rPr>
          <w:rFonts w:ascii="Times New Roman" w:hAnsi="Times New Roman" w:eastAsia="宋体"/>
          <w:b w:val="0"/>
          <w:i w:val="0"/>
          <w:color w:val="333333"/>
          <w:sz w:val="19"/>
        </w:rPr>
        <w:t>2-2-x/4=3/2+x/4.</w:t>
      </w:r>
    </w:p>
    <w:p>
      <w:pPr>
        <w:spacing w:before="0" w:after="80" w:line="300" w:lineRule="auto"/>
        <w:jc w:val="left"/>
      </w:pPr>
      <w:r>
        <w:rPr>
          <w:rFonts w:ascii="Times New Roman" w:hAnsi="Times New Roman" w:eastAsia="宋体"/>
          <w:b w:val="0"/>
          <w:i w:val="0"/>
          <w:color w:val="333333"/>
          <w:sz w:val="19"/>
        </w:rPr>
        <w:t>After he turns back toward home, one quarter of that distance remains, so his next homeward turnaround point is</w:t>
      </w:r>
    </w:p>
    <w:p>
      <w:pPr>
        <w:spacing w:before="0" w:after="80" w:line="300" w:lineRule="auto"/>
        <w:jc w:val="left"/>
      </w:pPr>
      <w:r>
        <w:rPr>
          <w:rFonts w:ascii="Times New Roman" w:hAnsi="Times New Roman" w:eastAsia="宋体"/>
          <w:b w:val="0"/>
          <w:i w:val="0"/>
          <w:color w:val="333333"/>
          <w:sz w:val="19"/>
        </w:rPr>
        <w:t>1/4(3/2+x/4)=3/8+x/16.</w:t>
      </w:r>
    </w:p>
    <w:p>
      <w:pPr>
        <w:spacing w:before="0" w:after="80" w:line="300" w:lineRule="auto"/>
        <w:jc w:val="left"/>
      </w:pPr>
      <w:r>
        <w:rPr>
          <w:rFonts w:ascii="Times New Roman" w:hAnsi="Times New Roman" w:eastAsia="宋体"/>
          <w:b w:val="0"/>
          <w:i w:val="0"/>
          <w:color w:val="333333"/>
          <w:sz w:val="19"/>
        </w:rPr>
        <w:t>At the limiting point this two-step map leaves the position unchanged, so</w:t>
      </w:r>
    </w:p>
    <w:p>
      <w:pPr>
        <w:spacing w:before="0" w:after="80" w:line="300" w:lineRule="auto"/>
        <w:jc w:val="left"/>
      </w:pPr>
      <w:r>
        <w:rPr>
          <w:rFonts w:ascii="Times New Roman" w:hAnsi="Times New Roman" w:eastAsia="宋体"/>
          <w:b w:val="0"/>
          <w:i w:val="0"/>
          <w:color w:val="333333"/>
          <w:sz w:val="19"/>
        </w:rPr>
        <w:t>x=3/8+x/16,</w:t>
      </w:r>
    </w:p>
    <w:p>
      <w:pPr>
        <w:spacing w:before="0" w:after="80" w:line="300" w:lineRule="auto"/>
        <w:jc w:val="left"/>
      </w:pPr>
      <w:r>
        <w:rPr>
          <w:rFonts w:ascii="Times New Roman" w:hAnsi="Times New Roman" w:eastAsia="宋体"/>
          <w:b w:val="0"/>
          <w:i w:val="0"/>
          <w:color w:val="333333"/>
          <w:sz w:val="19"/>
        </w:rPr>
        <w:t>which gives x=2/5.</w:t>
      </w:r>
    </w:p>
    <w:p>
      <w:pPr>
        <w:spacing w:before="0" w:after="80" w:line="300" w:lineRule="auto"/>
        <w:jc w:val="left"/>
      </w:pPr>
      <w:r>
        <w:rPr>
          <w:rFonts w:ascii="Times New Roman" w:hAnsi="Times New Roman" w:eastAsia="宋体"/>
          <w:b w:val="0"/>
          <w:i w:val="0"/>
          <w:color w:val="333333"/>
          <w:sz w:val="19"/>
        </w:rPr>
        <w:t>The other limiting point is the position reached after walking toward the gym:</w:t>
      </w:r>
    </w:p>
    <w:p>
      <w:pPr>
        <w:spacing w:before="0" w:after="80" w:line="300" w:lineRule="auto"/>
        <w:jc w:val="left"/>
      </w:pPr>
      <w:r>
        <w:rPr>
          <w:rFonts w:ascii="Times New Roman" w:hAnsi="Times New Roman" w:eastAsia="宋体"/>
          <w:b w:val="0"/>
          <w:i w:val="0"/>
          <w:color w:val="333333"/>
          <w:sz w:val="19"/>
        </w:rPr>
        <w:t>2-(2-2/5)/4=8/5.</w:t>
      </w:r>
    </w:p>
    <w:p>
      <w:pPr>
        <w:spacing w:before="0" w:after="80" w:line="300" w:lineRule="auto"/>
        <w:jc w:val="left"/>
      </w:pPr>
      <w:r>
        <w:rPr>
          <w:rFonts w:ascii="Times New Roman" w:hAnsi="Times New Roman" w:eastAsia="宋体"/>
          <w:b w:val="0"/>
          <w:i w:val="0"/>
          <w:color w:val="333333"/>
          <w:sz w:val="19"/>
        </w:rPr>
        <w:t>Therefore</w:t>
      </w:r>
    </w:p>
    <w:p>
      <w:pPr>
        <w:spacing w:before="0" w:after="80" w:line="300" w:lineRule="auto"/>
        <w:jc w:val="left"/>
      </w:pPr>
      <w:r>
        <w:rPr>
          <w:rFonts w:ascii="Times New Roman" w:hAnsi="Times New Roman" w:eastAsia="宋体"/>
          <w:b w:val="0"/>
          <w:i w:val="0"/>
          <w:color w:val="333333"/>
          <w:sz w:val="19"/>
        </w:rPr>
        <w:t>|A-B|=8/5-2/5=6/5=11/5.</w:t>
      </w:r>
    </w:p>
    <w:p>
      <w:pPr>
        <w:spacing w:before="0" w:after="80" w:line="300" w:lineRule="auto"/>
        <w:jc w:val="left"/>
      </w:pPr>
      <w:r>
        <w:rPr>
          <w:rFonts w:ascii="Times New Roman" w:hAnsi="Times New Roman" w:eastAsia="宋体"/>
          <w:b w:val="0"/>
          <w:i w:val="0"/>
          <w:color w:val="333333"/>
          <w:sz w:val="19"/>
        </w:rPr>
        <w:t>Thus,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C</w:t>
      </w:r>
    </w:p>
    <w:p>
      <w:pPr>
        <w:spacing w:before="0" w:after="80" w:line="300" w:lineRule="auto"/>
        <w:jc w:val="left"/>
      </w:pPr>
      <w:r>
        <w:rPr>
          <w:rFonts w:ascii="Times New Roman" w:hAnsi="Times New Roman" w:eastAsia="宋体"/>
          <w:b w:val="0"/>
          <w:i w:val="0"/>
          <w:sz w:val="21"/>
        </w:rPr>
        <w:t>首先注意到 100,000=2⁵·5⁵。</w:t>
      </w:r>
    </w:p>
    <w:p>
      <w:pPr>
        <w:spacing w:before="0" w:after="80" w:line="300" w:lineRule="auto"/>
        <w:jc w:val="left"/>
      </w:pPr>
      <w:r>
        <w:rPr>
          <w:rFonts w:ascii="Times New Roman" w:hAnsi="Times New Roman" w:eastAsia="宋体"/>
          <w:b w:val="0"/>
          <w:i w:val="0"/>
          <w:sz w:val="21"/>
        </w:rPr>
        <w:t>因此，S 中任一元素都形如 2ᵃ5ᵇ，其中 0 ≤ a,b ≤ 5。</w:t>
      </w:r>
    </w:p>
    <w:p>
      <w:pPr>
        <w:spacing w:before="0" w:after="80" w:line="300" w:lineRule="auto"/>
        <w:jc w:val="left"/>
      </w:pPr>
      <w:r>
        <w:rPr>
          <w:rFonts w:ascii="Times New Roman" w:hAnsi="Times New Roman" w:eastAsia="宋体"/>
          <w:b w:val="0"/>
          <w:i w:val="0"/>
          <w:sz w:val="21"/>
        </w:rPr>
        <w:t>设 x,y ∈ S 是两个不同的元素，且</w:t>
      </w:r>
    </w:p>
    <w:p>
      <w:pPr>
        <w:spacing w:before="0" w:after="80" w:line="300" w:lineRule="auto"/>
        <w:jc w:val="left"/>
      </w:pPr>
      <w:r>
        <w:rPr>
          <w:rFonts w:ascii="Times New Roman" w:hAnsi="Times New Roman" w:eastAsia="宋体"/>
          <w:b w:val="0"/>
          <w:i w:val="0"/>
          <w:sz w:val="21"/>
        </w:rPr>
        <w:t>x = 2ᵃ5ᵇ，</w:t>
      </w:r>
    </w:p>
    <w:p>
      <w:pPr>
        <w:spacing w:before="0" w:after="80" w:line="300" w:lineRule="auto"/>
        <w:jc w:val="left"/>
      </w:pPr>
      <w:r>
        <w:rPr>
          <w:rFonts w:ascii="Times New Roman" w:hAnsi="Times New Roman" w:eastAsia="宋体"/>
          <w:b w:val="0"/>
          <w:i w:val="0"/>
          <w:sz w:val="21"/>
        </w:rPr>
        <w:t>y=2ᶜ5ᵈ。</w:t>
      </w:r>
    </w:p>
    <w:p>
      <w:pPr>
        <w:spacing w:before="0" w:after="80" w:line="300" w:lineRule="auto"/>
        <w:jc w:val="left"/>
      </w:pPr>
      <w:r>
        <w:rPr>
          <w:rFonts w:ascii="Times New Roman" w:hAnsi="Times New Roman" w:eastAsia="宋体"/>
          <w:b w:val="0"/>
          <w:i w:val="0"/>
          <w:sz w:val="21"/>
        </w:rPr>
        <w:t>于是</w:t>
      </w:r>
    </w:p>
    <w:p>
      <w:pPr>
        <w:spacing w:before="0" w:after="80" w:line="300" w:lineRule="auto"/>
        <w:jc w:val="left"/>
      </w:pPr>
      <w:r>
        <w:rPr>
          <w:rFonts w:ascii="Times New Roman" w:hAnsi="Times New Roman" w:eastAsia="宋体"/>
          <w:b w:val="0"/>
          <w:i w:val="0"/>
          <w:sz w:val="21"/>
        </w:rPr>
        <w:t>xy = 2ᵃ⁺ᶜ5ᵇ⁺ᵈ。</w:t>
      </w:r>
    </w:p>
    <w:p>
      <w:pPr>
        <w:spacing w:before="0" w:after="80" w:line="300" w:lineRule="auto"/>
        <w:jc w:val="left"/>
      </w:pPr>
      <w:r>
        <w:rPr>
          <w:rFonts w:ascii="Times New Roman" w:hAnsi="Times New Roman" w:eastAsia="宋体"/>
          <w:b w:val="0"/>
          <w:i w:val="0"/>
          <w:sz w:val="21"/>
        </w:rPr>
        <w:t>因此</w:t>
      </w:r>
    </w:p>
    <w:p>
      <w:pPr>
        <w:spacing w:before="0" w:after="80" w:line="300" w:lineRule="auto"/>
        <w:jc w:val="left"/>
      </w:pPr>
      <w:r>
        <w:rPr>
          <w:rFonts w:ascii="Times New Roman" w:hAnsi="Times New Roman" w:eastAsia="宋体"/>
          <w:b w:val="0"/>
          <w:i w:val="0"/>
          <w:sz w:val="21"/>
        </w:rPr>
        <w:t>0 ≤ a+c,b+d ≤ 10。</w:t>
      </w:r>
    </w:p>
    <w:p>
      <w:pPr>
        <w:spacing w:before="0" w:after="80" w:line="300" w:lineRule="auto"/>
        <w:jc w:val="left"/>
      </w:pPr>
      <w:r>
        <w:rPr>
          <w:rFonts w:ascii="Times New Roman" w:hAnsi="Times New Roman" w:eastAsia="宋体"/>
          <w:b w:val="0"/>
          <w:i w:val="0"/>
          <w:sz w:val="21"/>
        </w:rPr>
        <w:t>这说明乘积的指数对至多有</w:t>
      </w:r>
    </w:p>
    <w:p>
      <w:pPr>
        <w:spacing w:before="0" w:after="80" w:line="300" w:lineRule="auto"/>
        <w:jc w:val="left"/>
      </w:pPr>
      <w:r>
        <w:rPr>
          <w:rFonts w:ascii="Times New Roman" w:hAnsi="Times New Roman" w:eastAsia="宋体"/>
          <w:b w:val="0"/>
          <w:i w:val="0"/>
          <w:sz w:val="21"/>
        </w:rPr>
        <w:t>(10+1)(10+1)=121</w:t>
      </w:r>
    </w:p>
    <w:p>
      <w:pPr>
        <w:spacing w:before="0" w:after="80" w:line="300" w:lineRule="auto"/>
        <w:jc w:val="left"/>
      </w:pPr>
      <w:r>
        <w:rPr>
          <w:rFonts w:ascii="Times New Roman" w:hAnsi="Times New Roman" w:eastAsia="宋体"/>
          <w:b w:val="0"/>
          <w:i w:val="0"/>
          <w:sz w:val="21"/>
        </w:rPr>
        <w:t>种。不过其中有些只能在 x=y 时出现，也就是 (a,b)=(c,d) 的情形。</w:t>
      </w:r>
    </w:p>
    <w:p>
      <w:pPr>
        <w:spacing w:before="0" w:after="80" w:line="300" w:lineRule="auto"/>
        <w:jc w:val="left"/>
      </w:pPr>
      <w:r>
        <w:rPr>
          <w:rFonts w:ascii="Times New Roman" w:hAnsi="Times New Roman" w:eastAsia="宋体"/>
          <w:b w:val="0"/>
          <w:i w:val="0"/>
          <w:sz w:val="21"/>
        </w:rPr>
        <w:t>若 a+c=0，则必须有 a=0,c=0。</w:t>
      </w:r>
    </w:p>
    <w:p>
      <w:pPr>
        <w:spacing w:before="0" w:after="80" w:line="300" w:lineRule="auto"/>
        <w:jc w:val="left"/>
      </w:pPr>
      <w:r>
        <w:rPr>
          <w:rFonts w:ascii="Times New Roman" w:hAnsi="Times New Roman" w:eastAsia="宋体"/>
          <w:b w:val="0"/>
          <w:i w:val="0"/>
          <w:sz w:val="21"/>
        </w:rPr>
        <w:t>若 a+c=10，则必须有 a=5,c=5。</w:t>
      </w:r>
    </w:p>
    <w:p>
      <w:pPr>
        <w:spacing w:before="0" w:after="80" w:line="300" w:lineRule="auto"/>
        <w:jc w:val="left"/>
      </w:pPr>
      <w:r>
        <w:rPr>
          <w:rFonts w:ascii="Times New Roman" w:hAnsi="Times New Roman" w:eastAsia="宋体"/>
          <w:b w:val="0"/>
          <w:i w:val="0"/>
          <w:sz w:val="21"/>
        </w:rPr>
        <w:t>当 a+c 取其他值时，可以让 a ≠ c。</w:t>
      </w:r>
    </w:p>
    <w:p>
      <w:pPr>
        <w:spacing w:before="0" w:after="80" w:line="300" w:lineRule="auto"/>
        <w:jc w:val="left"/>
      </w:pPr>
      <w:r>
        <w:rPr>
          <w:rFonts w:ascii="Times New Roman" w:hAnsi="Times New Roman" w:eastAsia="宋体"/>
          <w:b w:val="0"/>
          <w:i w:val="0"/>
          <w:sz w:val="21"/>
        </w:rPr>
        <w:t>对 b+d 也有类似的结构。因此，若</w:t>
      </w:r>
    </w:p>
    <w:p>
      <w:pPr>
        <w:spacing w:before="0" w:after="80" w:line="300" w:lineRule="auto"/>
        <w:jc w:val="left"/>
      </w:pPr>
      <w:r>
        <w:rPr>
          <w:rFonts w:ascii="Times New Roman" w:hAnsi="Times New Roman" w:eastAsia="宋体"/>
          <w:b w:val="0"/>
          <w:i w:val="0"/>
          <w:sz w:val="21"/>
        </w:rPr>
        <w:t>a+c,b+d ∈ {0,10}，</w:t>
      </w:r>
    </w:p>
    <w:p>
      <w:pPr>
        <w:spacing w:before="0" w:after="80" w:line="300" w:lineRule="auto"/>
        <w:jc w:val="left"/>
      </w:pPr>
      <w:r>
        <w:rPr>
          <w:rFonts w:ascii="Times New Roman" w:hAnsi="Times New Roman" w:eastAsia="宋体"/>
          <w:b w:val="0"/>
          <w:i w:val="0"/>
          <w:sz w:val="21"/>
        </w:rPr>
        <w:t>则</w:t>
      </w:r>
    </w:p>
    <w:p>
      <w:pPr>
        <w:spacing w:before="0" w:after="80" w:line="300" w:lineRule="auto"/>
        <w:jc w:val="left"/>
      </w:pPr>
      <w:r>
        <w:rPr>
          <w:rFonts w:ascii="Times New Roman" w:hAnsi="Times New Roman" w:eastAsia="宋体"/>
          <w:b w:val="0"/>
          <w:i w:val="0"/>
          <w:sz w:val="21"/>
        </w:rPr>
        <w:t>(a,b)=(c,d)，</w:t>
      </w:r>
    </w:p>
    <w:p>
      <w:pPr>
        <w:spacing w:before="0" w:after="80" w:line="300" w:lineRule="auto"/>
        <w:jc w:val="left"/>
      </w:pPr>
      <w:r>
        <w:rPr>
          <w:rFonts w:ascii="Times New Roman" w:hAnsi="Times New Roman" w:eastAsia="宋体"/>
          <w:b w:val="0"/>
          <w:i w:val="0"/>
          <w:sz w:val="21"/>
        </w:rPr>
        <w:t>从而 x=y。</w:t>
      </w:r>
    </w:p>
    <w:p>
      <w:pPr>
        <w:spacing w:before="0" w:after="80" w:line="300" w:lineRule="auto"/>
        <w:jc w:val="left"/>
      </w:pPr>
      <w:r>
        <w:rPr>
          <w:rFonts w:ascii="Times New Roman" w:hAnsi="Times New Roman" w:eastAsia="宋体"/>
          <w:b w:val="0"/>
          <w:i w:val="0"/>
          <w:sz w:val="21"/>
        </w:rPr>
        <w:t>因此必须排除 4 种选择，剩下</w:t>
      </w:r>
    </w:p>
    <w:p>
      <w:pPr>
        <w:spacing w:before="0" w:after="80" w:line="300" w:lineRule="auto"/>
        <w:jc w:val="left"/>
      </w:pPr>
      <w:r>
        <w:rPr>
          <w:rFonts w:ascii="Times New Roman" w:hAnsi="Times New Roman" w:eastAsia="宋体"/>
          <w:b w:val="0"/>
          <w:i w:val="0"/>
          <w:sz w:val="21"/>
        </w:rPr>
        <w:t>121-4=117。</w:t>
      </w:r>
    </w:p>
    <w:p>
      <w:pPr>
        <w:spacing w:before="0" w:after="80" w:line="300" w:lineRule="auto"/>
        <w:jc w:val="left"/>
      </w:pPr>
      <w:r>
        <w:rPr>
          <w:rFonts w:ascii="Times New Roman" w:hAnsi="Times New Roman" w:eastAsia="宋体"/>
          <w:b w:val="0"/>
          <w:i w:val="0"/>
          <w:sz w:val="21"/>
        </w:rPr>
        <w:t>所以答案是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First, note that 100,000=2⁵·5⁵.</w:t>
      </w:r>
    </w:p>
    <w:p>
      <w:pPr>
        <w:spacing w:before="0" w:after="80" w:line="300" w:lineRule="auto"/>
        <w:jc w:val="left"/>
      </w:pPr>
      <w:r>
        <w:rPr>
          <w:rFonts w:ascii="Times New Roman" w:hAnsi="Times New Roman" w:eastAsia="宋体"/>
          <w:b w:val="0"/>
          <w:i w:val="0"/>
          <w:color w:val="333333"/>
          <w:sz w:val="19"/>
        </w:rPr>
        <w:t>Therefore, any element of S must be of the form 2ᵃ5ᵇ with 0 ≤ a,b ≤ 5.</w:t>
      </w:r>
    </w:p>
    <w:p>
      <w:pPr>
        <w:spacing w:before="0" w:after="80" w:line="300" w:lineRule="auto"/>
        <w:jc w:val="left"/>
      </w:pPr>
      <w:r>
        <w:rPr>
          <w:rFonts w:ascii="Times New Roman" w:hAnsi="Times New Roman" w:eastAsia="宋体"/>
          <w:b w:val="0"/>
          <w:i w:val="0"/>
          <w:color w:val="333333"/>
          <w:sz w:val="19"/>
        </w:rPr>
        <w:t>Suppose I have distinct x,y ∈ S with</w:t>
      </w:r>
    </w:p>
    <w:p>
      <w:pPr>
        <w:spacing w:before="0" w:after="80" w:line="300" w:lineRule="auto"/>
        <w:jc w:val="left"/>
      </w:pPr>
      <w:r>
        <w:rPr>
          <w:rFonts w:ascii="Times New Roman" w:hAnsi="Times New Roman" w:eastAsia="宋体"/>
          <w:b w:val="0"/>
          <w:i w:val="0"/>
          <w:color w:val="333333"/>
          <w:sz w:val="19"/>
        </w:rPr>
        <w:t>x = 2ᵃ5ᵇ,</w:t>
      </w:r>
    </w:p>
    <w:p>
      <w:pPr>
        <w:spacing w:before="0" w:after="80" w:line="300" w:lineRule="auto"/>
        <w:jc w:val="left"/>
      </w:pPr>
      <w:r>
        <w:rPr>
          <w:rFonts w:ascii="Times New Roman" w:hAnsi="Times New Roman" w:eastAsia="宋体"/>
          <w:b w:val="0"/>
          <w:i w:val="0"/>
          <w:color w:val="333333"/>
          <w:sz w:val="19"/>
        </w:rPr>
        <w:t>y=2ᶜ5ᵈ.</w:t>
      </w:r>
    </w:p>
    <w:p>
      <w:pPr>
        <w:spacing w:before="0" w:after="80" w:line="300" w:lineRule="auto"/>
        <w:jc w:val="left"/>
      </w:pPr>
      <w:r>
        <w:rPr>
          <w:rFonts w:ascii="Times New Roman" w:hAnsi="Times New Roman" w:eastAsia="宋体"/>
          <w:b w:val="0"/>
          <w:i w:val="0"/>
          <w:color w:val="333333"/>
          <w:sz w:val="19"/>
        </w:rPr>
        <w:t>Then,</w:t>
      </w:r>
    </w:p>
    <w:p>
      <w:pPr>
        <w:spacing w:before="0" w:after="80" w:line="300" w:lineRule="auto"/>
        <w:jc w:val="left"/>
      </w:pPr>
      <w:r>
        <w:rPr>
          <w:rFonts w:ascii="Times New Roman" w:hAnsi="Times New Roman" w:eastAsia="宋体"/>
          <w:b w:val="0"/>
          <w:i w:val="0"/>
          <w:color w:val="333333"/>
          <w:sz w:val="19"/>
        </w:rPr>
        <w:t>xy = 2ᵃ⁺ᶜ5ᵇ⁺ᵈ.</w:t>
      </w:r>
    </w:p>
    <w:p>
      <w:pPr>
        <w:spacing w:before="0" w:after="80" w:line="300" w:lineRule="auto"/>
        <w:jc w:val="left"/>
      </w:pPr>
      <w:r>
        <w:rPr>
          <w:rFonts w:ascii="Times New Roman" w:hAnsi="Times New Roman" w:eastAsia="宋体"/>
          <w:b w:val="0"/>
          <w:i w:val="0"/>
          <w:color w:val="333333"/>
          <w:sz w:val="19"/>
        </w:rPr>
        <w:t>Thus,</w:t>
      </w:r>
    </w:p>
    <w:p>
      <w:pPr>
        <w:spacing w:before="0" w:after="80" w:line="300" w:lineRule="auto"/>
        <w:jc w:val="left"/>
      </w:pPr>
      <w:r>
        <w:rPr>
          <w:rFonts w:ascii="Times New Roman" w:hAnsi="Times New Roman" w:eastAsia="宋体"/>
          <w:b w:val="0"/>
          <w:i w:val="0"/>
          <w:color w:val="333333"/>
          <w:sz w:val="19"/>
        </w:rPr>
        <w:t>0 ≤ a+c,b+d ≤ 10.</w:t>
      </w:r>
    </w:p>
    <w:p>
      <w:pPr>
        <w:spacing w:before="0" w:after="80" w:line="300" w:lineRule="auto"/>
        <w:jc w:val="left"/>
      </w:pPr>
      <w:r>
        <w:rPr>
          <w:rFonts w:ascii="Times New Roman" w:hAnsi="Times New Roman" w:eastAsia="宋体"/>
          <w:b w:val="0"/>
          <w:i w:val="0"/>
          <w:color w:val="333333"/>
          <w:sz w:val="19"/>
        </w:rPr>
        <w:t>This means that there are</w:t>
      </w:r>
    </w:p>
    <w:p>
      <w:pPr>
        <w:spacing w:before="0" w:after="80" w:line="300" w:lineRule="auto"/>
        <w:jc w:val="left"/>
      </w:pPr>
      <w:r>
        <w:rPr>
          <w:rFonts w:ascii="Times New Roman" w:hAnsi="Times New Roman" w:eastAsia="宋体"/>
          <w:b w:val="0"/>
          <w:i w:val="0"/>
          <w:color w:val="333333"/>
          <w:sz w:val="19"/>
        </w:rPr>
        <w:t>(10+1)(10+1)=121</w:t>
      </w:r>
    </w:p>
    <w:p>
      <w:pPr>
        <w:spacing w:before="0" w:after="80" w:line="300" w:lineRule="auto"/>
        <w:jc w:val="left"/>
      </w:pPr>
      <w:r>
        <w:rPr>
          <w:rFonts w:ascii="Times New Roman" w:hAnsi="Times New Roman" w:eastAsia="宋体"/>
          <w:b w:val="0"/>
          <w:i w:val="0"/>
          <w:color w:val="333333"/>
          <w:sz w:val="19"/>
        </w:rPr>
        <w:t>possible exponent pairs for a product. However, some products can arise only when x=y, namely when (a,b)=(c,d).</w:t>
      </w:r>
    </w:p>
    <w:p>
      <w:pPr>
        <w:spacing w:before="0" w:after="80" w:line="300" w:lineRule="auto"/>
        <w:jc w:val="left"/>
      </w:pPr>
      <w:r>
        <w:rPr>
          <w:rFonts w:ascii="Times New Roman" w:hAnsi="Times New Roman" w:eastAsia="宋体"/>
          <w:b w:val="0"/>
          <w:i w:val="0"/>
          <w:color w:val="333333"/>
          <w:sz w:val="19"/>
        </w:rPr>
        <w:t>If a+c=0, then a=0,c=0 must be true.</w:t>
      </w:r>
    </w:p>
    <w:p>
      <w:pPr>
        <w:spacing w:before="0" w:after="80" w:line="300" w:lineRule="auto"/>
        <w:jc w:val="left"/>
      </w:pPr>
      <w:r>
        <w:rPr>
          <w:rFonts w:ascii="Times New Roman" w:hAnsi="Times New Roman" w:eastAsia="宋体"/>
          <w:b w:val="0"/>
          <w:i w:val="0"/>
          <w:color w:val="333333"/>
          <w:sz w:val="19"/>
        </w:rPr>
        <w:t>If a+c=10, then a=5,c=5 must be true.</w:t>
      </w:r>
    </w:p>
    <w:p>
      <w:pPr>
        <w:spacing w:before="0" w:after="80" w:line="300" w:lineRule="auto"/>
        <w:jc w:val="left"/>
      </w:pPr>
      <w:r>
        <w:rPr>
          <w:rFonts w:ascii="Times New Roman" w:hAnsi="Times New Roman" w:eastAsia="宋体"/>
          <w:b w:val="0"/>
          <w:i w:val="0"/>
          <w:color w:val="333333"/>
          <w:sz w:val="19"/>
        </w:rPr>
        <w:t>With any other value of a+c, we can have a ≠ c.</w:t>
      </w:r>
    </w:p>
    <w:p>
      <w:pPr>
        <w:spacing w:before="0" w:after="80" w:line="300" w:lineRule="auto"/>
        <w:jc w:val="left"/>
      </w:pPr>
      <w:r>
        <w:rPr>
          <w:rFonts w:ascii="Times New Roman" w:hAnsi="Times New Roman" w:eastAsia="宋体"/>
          <w:b w:val="0"/>
          <w:i w:val="0"/>
          <w:color w:val="333333"/>
          <w:sz w:val="19"/>
        </w:rPr>
        <w:t>Similar structure holds for b+d. Thus, if</w:t>
      </w:r>
    </w:p>
    <w:p>
      <w:pPr>
        <w:spacing w:before="0" w:after="80" w:line="300" w:lineRule="auto"/>
        <w:jc w:val="left"/>
      </w:pPr>
      <w:r>
        <w:rPr>
          <w:rFonts w:ascii="Times New Roman" w:hAnsi="Times New Roman" w:eastAsia="宋体"/>
          <w:b w:val="0"/>
          <w:i w:val="0"/>
          <w:color w:val="333333"/>
          <w:sz w:val="19"/>
        </w:rPr>
        <w:t>a+c,b+d ∈ {0,10},</w:t>
      </w:r>
    </w:p>
    <w:p>
      <w:pPr>
        <w:spacing w:before="0" w:after="80" w:line="300" w:lineRule="auto"/>
        <w:jc w:val="left"/>
      </w:pPr>
      <w:r>
        <w:rPr>
          <w:rFonts w:ascii="Times New Roman" w:hAnsi="Times New Roman" w:eastAsia="宋体"/>
          <w:b w:val="0"/>
          <w:i w:val="0"/>
          <w:color w:val="333333"/>
          <w:sz w:val="19"/>
        </w:rPr>
        <w:t>then</w:t>
      </w:r>
    </w:p>
    <w:p>
      <w:pPr>
        <w:spacing w:before="0" w:after="80" w:line="300" w:lineRule="auto"/>
        <w:jc w:val="left"/>
      </w:pPr>
      <w:r>
        <w:rPr>
          <w:rFonts w:ascii="Times New Roman" w:hAnsi="Times New Roman" w:eastAsia="宋体"/>
          <w:b w:val="0"/>
          <w:i w:val="0"/>
          <w:color w:val="333333"/>
          <w:sz w:val="19"/>
        </w:rPr>
        <w:t>(a,b)=(c,d),</w:t>
      </w:r>
    </w:p>
    <w:p>
      <w:pPr>
        <w:spacing w:before="0" w:after="80" w:line="300" w:lineRule="auto"/>
        <w:jc w:val="left"/>
      </w:pPr>
      <w:r>
        <w:rPr>
          <w:rFonts w:ascii="Times New Roman" w:hAnsi="Times New Roman" w:eastAsia="宋体"/>
          <w:b w:val="0"/>
          <w:i w:val="0"/>
          <w:color w:val="333333"/>
          <w:sz w:val="19"/>
        </w:rPr>
        <w:t>thus making x=y.</w:t>
      </w:r>
    </w:p>
    <w:p>
      <w:pPr>
        <w:spacing w:before="0" w:after="80" w:line="300" w:lineRule="auto"/>
        <w:jc w:val="left"/>
      </w:pPr>
      <w:r>
        <w:rPr>
          <w:rFonts w:ascii="Times New Roman" w:hAnsi="Times New Roman" w:eastAsia="宋体"/>
          <w:b w:val="0"/>
          <w:i w:val="0"/>
          <w:color w:val="333333"/>
          <w:sz w:val="19"/>
        </w:rPr>
        <w:t>This means we have to eliminate 4 choices, leaving</w:t>
      </w:r>
    </w:p>
    <w:p>
      <w:pPr>
        <w:spacing w:before="0" w:after="80" w:line="300" w:lineRule="auto"/>
        <w:jc w:val="left"/>
      </w:pPr>
      <w:r>
        <w:rPr>
          <w:rFonts w:ascii="Times New Roman" w:hAnsi="Times New Roman" w:eastAsia="宋体"/>
          <w:b w:val="0"/>
          <w:i w:val="0"/>
          <w:color w:val="333333"/>
          <w:sz w:val="19"/>
        </w:rPr>
        <w:t>121-4=117.</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E</w:t>
      </w:r>
    </w:p>
    <w:p>
      <w:pPr>
        <w:spacing w:before="80" w:after="80"/>
        <w:jc w:val="center"/>
      </w:pPr>
      <w:r>
        <w:drawing>
          <wp:inline xmlns:a="http://schemas.openxmlformats.org/drawingml/2006/main" xmlns:pic="http://schemas.openxmlformats.org/drawingml/2006/picture">
            <wp:extent cx="1946206" cy="1220995"/>
            <wp:docPr id="7" name="Picture 7"/>
            <wp:cNvGraphicFramePr>
              <a:graphicFrameLocks noChangeAspect="1"/>
            </wp:cNvGraphicFramePr>
            <a:graphic>
              <a:graphicData uri="http://schemas.openxmlformats.org/drawingml/2006/picture">
                <pic:pic>
                  <pic:nvPicPr>
                    <pic:cNvPr id="0" name="q20-sol-1@300dpi.png"/>
                    <pic:cNvPicPr/>
                  </pic:nvPicPr>
                  <pic:blipFill>
                    <a:blip r:embed="rId12"/>
                    <a:stretch>
                      <a:fillRect/>
                    </a:stretch>
                  </pic:blipFill>
                  <pic:spPr>
                    <a:xfrm>
                      <a:off x="0" y="0"/>
                      <a:ext cx="1946206" cy="1220995"/>
                    </a:xfrm>
                    <a:prstGeom prst="rect"/>
                  </pic:spPr>
                </pic:pic>
              </a:graphicData>
            </a:graphic>
          </wp:inline>
        </w:drawing>
      </w:r>
    </w:p>
    <w:p>
      <w:pPr>
        <w:spacing w:before="0" w:after="80" w:line="300" w:lineRule="auto"/>
        <w:jc w:val="left"/>
      </w:pPr>
      <w:r>
        <w:rPr>
          <w:rFonts w:ascii="Times New Roman" w:hAnsi="Times New Roman" w:eastAsia="宋体"/>
          <w:b w:val="0"/>
          <w:i w:val="0"/>
          <w:sz w:val="21"/>
        </w:rPr>
        <w:t>直线 EG 经过半径为 2 的圆的圆心 F，所以阴影上半圆的面积为 2π。</w:t>
      </w:r>
    </w:p>
    <w:p>
      <w:pPr>
        <w:spacing w:before="0" w:after="80" w:line="300" w:lineRule="auto"/>
        <w:jc w:val="left"/>
      </w:pPr>
      <w:r>
        <w:rPr>
          <w:rFonts w:ascii="Times New Roman" w:hAnsi="Times New Roman" w:eastAsia="宋体"/>
          <w:b w:val="0"/>
          <w:i w:val="0"/>
          <w:sz w:val="21"/>
        </w:rPr>
        <w:t>弦 XZ 位于 AD 上，且它到 F 的距离为一个单位。因此</w:t>
      </w:r>
    </w:p>
    <w:p>
      <w:pPr>
        <w:spacing w:before="0" w:after="80" w:line="300" w:lineRule="auto"/>
        <w:jc w:val="left"/>
      </w:pPr>
      <w:r>
        <w:rPr>
          <w:rFonts w:ascii="Times New Roman" w:hAnsi="Times New Roman" w:eastAsia="宋体"/>
          <w:b w:val="0"/>
          <w:i w:val="0"/>
          <w:sz w:val="21"/>
        </w:rPr>
        <w:t>∠ XFZ=2arccos(1/2)=2π/3。</w:t>
      </w:r>
    </w:p>
    <w:p>
      <w:pPr>
        <w:spacing w:before="0" w:after="80" w:line="300" w:lineRule="auto"/>
        <w:jc w:val="left"/>
      </w:pPr>
      <w:r>
        <w:rPr>
          <w:rFonts w:ascii="Times New Roman" w:hAnsi="Times New Roman" w:eastAsia="宋体"/>
          <w:b w:val="0"/>
          <w:i w:val="0"/>
          <w:sz w:val="21"/>
        </w:rPr>
        <w:t>AD 下方的阴影弓形面积为</w:t>
      </w:r>
    </w:p>
    <w:p>
      <w:pPr>
        <w:spacing w:before="0" w:after="80" w:line="300" w:lineRule="auto"/>
        <w:jc w:val="left"/>
      </w:pPr>
      <w:r>
        <w:rPr>
          <w:rFonts w:ascii="Times New Roman" w:hAnsi="Times New Roman" w:eastAsia="宋体"/>
          <w:b w:val="0"/>
          <w:i w:val="0"/>
          <w:sz w:val="21"/>
        </w:rPr>
        <w:t>1/2(2²)(2π/3)</w:t>
      </w:r>
    </w:p>
    <w:p>
      <w:pPr>
        <w:spacing w:before="0" w:after="80" w:line="300" w:lineRule="auto"/>
        <w:jc w:val="left"/>
      </w:pPr>
      <w:r>
        <w:rPr>
          <w:rFonts w:ascii="Times New Roman" w:hAnsi="Times New Roman" w:eastAsia="宋体"/>
          <w:b w:val="0"/>
          <w:i w:val="0"/>
          <w:sz w:val="21"/>
        </w:rPr>
        <w:t>-1/2(2)(2)sin(2π/3)</w:t>
      </w:r>
    </w:p>
    <w:p>
      <w:pPr>
        <w:spacing w:before="0" w:after="80" w:line="300" w:lineRule="auto"/>
        <w:jc w:val="left"/>
      </w:pPr>
      <w:r>
        <w:rPr>
          <w:rFonts w:ascii="Times New Roman" w:hAnsi="Times New Roman" w:eastAsia="宋体"/>
          <w:b w:val="0"/>
          <w:i w:val="0"/>
          <w:sz w:val="21"/>
        </w:rPr>
        <w:t>=4π/3-√(3)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EG 与 AD 之间的部分由四个如下的全等区域组成。</w:t>
      </w:r>
    </w:p>
    <w:p>
      <w:pPr>
        <w:spacing w:before="80" w:after="80"/>
        <w:jc w:val="center"/>
      </w:pPr>
      <w:r>
        <w:drawing>
          <wp:inline xmlns:a="http://schemas.openxmlformats.org/drawingml/2006/main" xmlns:pic="http://schemas.openxmlformats.org/drawingml/2006/picture">
            <wp:extent cx="310011" cy="310011"/>
            <wp:docPr id="8" name="Picture 8"/>
            <wp:cNvGraphicFramePr>
              <a:graphicFrameLocks noChangeAspect="1"/>
            </wp:cNvGraphicFramePr>
            <a:graphic>
              <a:graphicData uri="http://schemas.openxmlformats.org/drawingml/2006/picture">
                <pic:pic>
                  <pic:nvPicPr>
                    <pic:cNvPr id="0" name="q20-sol-2@300dpi.png"/>
                    <pic:cNvPicPr/>
                  </pic:nvPicPr>
                  <pic:blipFill>
                    <a:blip r:embed="rId13"/>
                    <a:stretch>
                      <a:fillRect/>
                    </a:stretch>
                  </pic:blipFill>
                  <pic:spPr>
                    <a:xfrm>
                      <a:off x="0" y="0"/>
                      <a:ext cx="310011" cy="310011"/>
                    </a:xfrm>
                    <a:prstGeom prst="rect"/>
                  </pic:spPr>
                </pic:pic>
              </a:graphicData>
            </a:graphic>
          </wp:inline>
        </w:drawing>
      </w:r>
    </w:p>
    <w:p>
      <w:pPr>
        <w:spacing w:before="0" w:after="80" w:line="300" w:lineRule="auto"/>
        <w:jc w:val="left"/>
      </w:pPr>
      <w:r>
        <w:rPr>
          <w:rFonts w:ascii="Times New Roman" w:hAnsi="Times New Roman" w:eastAsia="宋体"/>
          <w:b w:val="0"/>
          <w:i w:val="0"/>
          <w:sz w:val="21"/>
        </w:rPr>
        <w:t>每个区域都是一个单位正方形去掉一个单位圆的四分之一，所以四个区域的总面积为</w:t>
      </w:r>
    </w:p>
    <w:p>
      <w:pPr>
        <w:spacing w:before="0" w:after="80" w:line="300" w:lineRule="auto"/>
        <w:jc w:val="left"/>
      </w:pPr>
      <w:r>
        <w:rPr>
          <w:rFonts w:ascii="Times New Roman" w:hAnsi="Times New Roman" w:eastAsia="宋体"/>
          <w:b w:val="0"/>
          <w:i w:val="0"/>
          <w:sz w:val="21"/>
        </w:rPr>
        <w:t>4(1-π/4)=4-π。</w:t>
      </w:r>
    </w:p>
    <w:p>
      <w:pPr>
        <w:spacing w:before="0" w:after="80" w:line="300" w:lineRule="auto"/>
        <w:jc w:val="left"/>
      </w:pPr>
      <w:r>
        <w:rPr>
          <w:rFonts w:ascii="Times New Roman" w:hAnsi="Times New Roman" w:eastAsia="宋体"/>
          <w:b w:val="0"/>
          <w:i w:val="0"/>
          <w:sz w:val="21"/>
        </w:rPr>
        <w:t>因此阴影总面积为</w:t>
      </w:r>
    </w:p>
    <w:p>
      <w:pPr>
        <w:spacing w:before="0" w:after="80" w:line="300" w:lineRule="auto"/>
        <w:jc w:val="left"/>
      </w:pPr>
      <w:r>
        <w:rPr>
          <w:rFonts w:ascii="Times New Roman" w:hAnsi="Times New Roman" w:eastAsia="宋体"/>
          <w:b w:val="0"/>
          <w:i w:val="0"/>
          <w:sz w:val="21"/>
        </w:rPr>
        <w:t>2π+(4π/3-√(3))</w:t>
      </w:r>
    </w:p>
    <w:p>
      <w:pPr>
        <w:spacing w:before="0" w:after="80" w:line="300" w:lineRule="auto"/>
        <w:jc w:val="left"/>
      </w:pPr>
      <w:r>
        <w:rPr>
          <w:rFonts w:ascii="Times New Roman" w:hAnsi="Times New Roman" w:eastAsia="宋体"/>
          <w:b w:val="0"/>
          <w:i w:val="0"/>
          <w:sz w:val="21"/>
        </w:rPr>
        <w:t>+(4-π)</w:t>
      </w:r>
    </w:p>
    <w:p>
      <w:pPr>
        <w:spacing w:before="0" w:after="80" w:line="300" w:lineRule="auto"/>
        <w:jc w:val="left"/>
      </w:pPr>
      <w:r>
        <w:rPr>
          <w:rFonts w:ascii="Times New Roman" w:hAnsi="Times New Roman" w:eastAsia="宋体"/>
          <w:b w:val="0"/>
          <w:i w:val="0"/>
          <w:sz w:val="21"/>
        </w:rPr>
        <w:t>=7π/3-√(3)+4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a=7、b=3、c=3、d=4，从而 a+b+c+d=17。</w:t>
      </w:r>
    </w:p>
    <w:p>
      <w:pPr>
        <w:spacing w:before="0" w:after="80" w:line="300" w:lineRule="auto"/>
        <w:jc w:val="left"/>
      </w:pPr>
      <w:r>
        <w:rPr>
          <w:rFonts w:ascii="Times New Roman" w:hAnsi="Times New Roman" w:eastAsia="宋体"/>
          <w:b w:val="0"/>
          <w:i w:val="0"/>
          <w:sz w:val="21"/>
        </w:rPr>
        <w:t>所以答案是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80" w:after="80"/>
        <w:jc w:val="center"/>
      </w:pPr>
      <w:r>
        <w:drawing>
          <wp:inline xmlns:a="http://schemas.openxmlformats.org/drawingml/2006/main" xmlns:pic="http://schemas.openxmlformats.org/drawingml/2006/picture">
            <wp:extent cx="1946206" cy="1220995"/>
            <wp:docPr id="9" name="Picture 9"/>
            <wp:cNvGraphicFramePr>
              <a:graphicFrameLocks noChangeAspect="1"/>
            </wp:cNvGraphicFramePr>
            <a:graphic>
              <a:graphicData uri="http://schemas.openxmlformats.org/drawingml/2006/picture">
                <pic:pic>
                  <pic:nvPicPr>
                    <pic:cNvPr id="0" name="q20-sol-1@300dpi.png"/>
                    <pic:cNvPicPr/>
                  </pic:nvPicPr>
                  <pic:blipFill>
                    <a:blip r:embed="rId12"/>
                    <a:stretch>
                      <a:fillRect/>
                    </a:stretch>
                  </pic:blipFill>
                  <pic:spPr>
                    <a:xfrm>
                      <a:off x="0" y="0"/>
                      <a:ext cx="1946206" cy="1220995"/>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Line EG passes through the center F of the radius-2 circle, so the shaded upper semicircle has area 2π.</w:t>
      </w:r>
    </w:p>
    <w:p>
      <w:pPr>
        <w:spacing w:before="0" w:after="80" w:line="300" w:lineRule="auto"/>
        <w:jc w:val="left"/>
      </w:pPr>
      <w:r>
        <w:rPr>
          <w:rFonts w:ascii="Times New Roman" w:hAnsi="Times New Roman" w:eastAsia="宋体"/>
          <w:b w:val="0"/>
          <w:i w:val="0"/>
          <w:color w:val="333333"/>
          <w:sz w:val="19"/>
        </w:rPr>
        <w:t>The chord XZ lies on AD, one unit from F. Thus</w:t>
      </w:r>
    </w:p>
    <w:p>
      <w:pPr>
        <w:spacing w:before="0" w:after="80" w:line="300" w:lineRule="auto"/>
        <w:jc w:val="left"/>
      </w:pPr>
      <w:r>
        <w:rPr>
          <w:rFonts w:ascii="Times New Roman" w:hAnsi="Times New Roman" w:eastAsia="宋体"/>
          <w:b w:val="0"/>
          <w:i w:val="0"/>
          <w:color w:val="333333"/>
          <w:sz w:val="19"/>
        </w:rPr>
        <w:t>∠ XFZ=2arccos(1/2)=2π/3.</w:t>
      </w:r>
    </w:p>
    <w:p>
      <w:pPr>
        <w:spacing w:before="0" w:after="80" w:line="300" w:lineRule="auto"/>
        <w:jc w:val="left"/>
      </w:pPr>
      <w:r>
        <w:rPr>
          <w:rFonts w:ascii="Times New Roman" w:hAnsi="Times New Roman" w:eastAsia="宋体"/>
          <w:b w:val="0"/>
          <w:i w:val="0"/>
          <w:color w:val="333333"/>
          <w:sz w:val="19"/>
        </w:rPr>
        <w:t>The shaded circular segment below AD has area</w:t>
      </w:r>
    </w:p>
    <w:p>
      <w:pPr>
        <w:spacing w:before="0" w:after="80" w:line="300" w:lineRule="auto"/>
        <w:jc w:val="left"/>
      </w:pPr>
      <w:r>
        <w:rPr>
          <w:rFonts w:ascii="Times New Roman" w:hAnsi="Times New Roman" w:eastAsia="宋体"/>
          <w:b w:val="0"/>
          <w:i w:val="0"/>
          <w:color w:val="333333"/>
          <w:sz w:val="19"/>
        </w:rPr>
        <w:t>1/2(2²)(2π/3)</w:t>
      </w:r>
    </w:p>
    <w:p>
      <w:pPr>
        <w:spacing w:before="0" w:after="80" w:line="300" w:lineRule="auto"/>
        <w:jc w:val="left"/>
      </w:pPr>
      <w:r>
        <w:rPr>
          <w:rFonts w:ascii="Times New Roman" w:hAnsi="Times New Roman" w:eastAsia="宋体"/>
          <w:b w:val="0"/>
          <w:i w:val="0"/>
          <w:color w:val="333333"/>
          <w:sz w:val="19"/>
        </w:rPr>
        <w:t>-1/2(2)(2)sin(2π/3)</w:t>
      </w:r>
    </w:p>
    <w:p>
      <w:pPr>
        <w:spacing w:before="0" w:after="80" w:line="300" w:lineRule="auto"/>
        <w:jc w:val="left"/>
      </w:pPr>
      <w:r>
        <w:rPr>
          <w:rFonts w:ascii="Times New Roman" w:hAnsi="Times New Roman" w:eastAsia="宋体"/>
          <w:b w:val="0"/>
          <w:i w:val="0"/>
          <w:color w:val="333333"/>
          <w:sz w:val="19"/>
        </w:rPr>
        <w:t>=4π/3-√(3).</w:t>
      </w:r>
    </w:p>
    <w:p>
      <w:pPr>
        <w:spacing w:before="0" w:after="80" w:line="300" w:lineRule="auto"/>
        <w:jc w:val="left"/>
      </w:pPr>
      <w:r>
        <w:rPr>
          <w:rFonts w:ascii="Times New Roman" w:hAnsi="Times New Roman" w:eastAsia="宋体"/>
          <w:b w:val="0"/>
          <w:i w:val="0"/>
          <w:color w:val="333333"/>
          <w:sz w:val="19"/>
        </w:rPr>
        <w:t>The portion between EG and AD consists of four congruent pieces of the following form.</w:t>
      </w:r>
    </w:p>
    <w:p>
      <w:pPr>
        <w:spacing w:before="80" w:after="80"/>
        <w:jc w:val="center"/>
      </w:pPr>
      <w:r>
        <w:drawing>
          <wp:inline xmlns:a="http://schemas.openxmlformats.org/drawingml/2006/main" xmlns:pic="http://schemas.openxmlformats.org/drawingml/2006/picture">
            <wp:extent cx="310011" cy="310011"/>
            <wp:docPr id="10" name="Picture 10"/>
            <wp:cNvGraphicFramePr>
              <a:graphicFrameLocks noChangeAspect="1"/>
            </wp:cNvGraphicFramePr>
            <a:graphic>
              <a:graphicData uri="http://schemas.openxmlformats.org/drawingml/2006/picture">
                <pic:pic>
                  <pic:nvPicPr>
                    <pic:cNvPr id="0" name="q20-sol-2@300dpi.png"/>
                    <pic:cNvPicPr/>
                  </pic:nvPicPr>
                  <pic:blipFill>
                    <a:blip r:embed="rId13"/>
                    <a:stretch>
                      <a:fillRect/>
                    </a:stretch>
                  </pic:blipFill>
                  <pic:spPr>
                    <a:xfrm>
                      <a:off x="0" y="0"/>
                      <a:ext cx="310011" cy="310011"/>
                    </a:xfrm>
                    <a:prstGeom prst="rect"/>
                  </pic:spPr>
                </pic:pic>
              </a:graphicData>
            </a:graphic>
          </wp:inline>
        </w:drawing>
      </w:r>
    </w:p>
    <w:p>
      <w:pPr>
        <w:spacing w:before="0" w:after="80" w:line="300" w:lineRule="auto"/>
        <w:jc w:val="left"/>
      </w:pPr>
      <w:r>
        <w:rPr>
          <w:rFonts w:ascii="Times New Roman" w:hAnsi="Times New Roman" w:eastAsia="宋体"/>
          <w:b w:val="0"/>
          <w:i w:val="0"/>
          <w:color w:val="333333"/>
          <w:sz w:val="19"/>
        </w:rPr>
        <w:t>Each piece is a unit square with a quarter of a unit circle removed, so the four pieces have total area</w:t>
      </w:r>
    </w:p>
    <w:p>
      <w:pPr>
        <w:spacing w:before="0" w:after="80" w:line="300" w:lineRule="auto"/>
        <w:jc w:val="left"/>
      </w:pPr>
      <w:r>
        <w:rPr>
          <w:rFonts w:ascii="Times New Roman" w:hAnsi="Times New Roman" w:eastAsia="宋体"/>
          <w:b w:val="0"/>
          <w:i w:val="0"/>
          <w:color w:val="333333"/>
          <w:sz w:val="19"/>
        </w:rPr>
        <w:t>4(1-π/4)=4-π.</w:t>
      </w:r>
    </w:p>
    <w:p>
      <w:pPr>
        <w:spacing w:before="0" w:after="80" w:line="300" w:lineRule="auto"/>
        <w:jc w:val="left"/>
      </w:pPr>
      <w:r>
        <w:rPr>
          <w:rFonts w:ascii="Times New Roman" w:hAnsi="Times New Roman" w:eastAsia="宋体"/>
          <w:b w:val="0"/>
          <w:i w:val="0"/>
          <w:color w:val="333333"/>
          <w:sz w:val="19"/>
        </w:rPr>
        <w:t>The total shaded area is therefore</w:t>
      </w:r>
    </w:p>
    <w:p>
      <w:pPr>
        <w:spacing w:before="0" w:after="80" w:line="300" w:lineRule="auto"/>
        <w:jc w:val="left"/>
      </w:pPr>
      <w:r>
        <w:rPr>
          <w:rFonts w:ascii="Times New Roman" w:hAnsi="Times New Roman" w:eastAsia="宋体"/>
          <w:b w:val="0"/>
          <w:i w:val="0"/>
          <w:color w:val="333333"/>
          <w:sz w:val="19"/>
        </w:rPr>
        <w:t>2π+(4π/3-√(3))</w:t>
      </w:r>
    </w:p>
    <w:p>
      <w:pPr>
        <w:spacing w:before="0" w:after="80" w:line="300" w:lineRule="auto"/>
        <w:jc w:val="left"/>
      </w:pPr>
      <w:r>
        <w:rPr>
          <w:rFonts w:ascii="Times New Roman" w:hAnsi="Times New Roman" w:eastAsia="宋体"/>
          <w:b w:val="0"/>
          <w:i w:val="0"/>
          <w:color w:val="333333"/>
          <w:sz w:val="19"/>
        </w:rPr>
        <w:t>+(4-π)</w:t>
      </w:r>
    </w:p>
    <w:p>
      <w:pPr>
        <w:spacing w:before="0" w:after="80" w:line="300" w:lineRule="auto"/>
        <w:jc w:val="left"/>
      </w:pPr>
      <w:r>
        <w:rPr>
          <w:rFonts w:ascii="Times New Roman" w:hAnsi="Times New Roman" w:eastAsia="宋体"/>
          <w:b w:val="0"/>
          <w:i w:val="0"/>
          <w:color w:val="333333"/>
          <w:sz w:val="19"/>
        </w:rPr>
        <w:t>=7π/3-√(3)+4.</w:t>
      </w:r>
    </w:p>
    <w:p>
      <w:pPr>
        <w:spacing w:before="0" w:after="80" w:line="300" w:lineRule="auto"/>
        <w:jc w:val="left"/>
      </w:pPr>
      <w:r>
        <w:rPr>
          <w:rFonts w:ascii="Times New Roman" w:hAnsi="Times New Roman" w:eastAsia="宋体"/>
          <w:b w:val="0"/>
          <w:i w:val="0"/>
          <w:color w:val="333333"/>
          <w:sz w:val="19"/>
        </w:rPr>
        <w:t>Hence a=7, b=3, c=3, and d=4, giving a+b+c+d=17.</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B</w:t>
      </w:r>
    </w:p>
    <w:p>
      <w:pPr>
        <w:spacing w:before="0" w:after="80" w:line="300" w:lineRule="auto"/>
        <w:jc w:val="left"/>
      </w:pPr>
      <w:r>
        <w:rPr>
          <w:rFonts w:ascii="Times New Roman" w:hAnsi="Times New Roman" w:eastAsia="宋体"/>
          <w:b w:val="0"/>
          <w:i w:val="0"/>
          <w:sz w:val="21"/>
        </w:rPr>
        <w:t>在最后一次重复结果出现之前，序列必须交替。若以 H 开始，第二个正面必定早于第二个反面出现，所以成功序列必须以 T 开始。为了在以 HH 结束之前看到第二个反面，开头必须是 THT。</w:t>
      </w:r>
    </w:p>
    <w:p>
      <w:pPr>
        <w:spacing w:before="0" w:after="80" w:line="300" w:lineRule="auto"/>
        <w:jc w:val="left"/>
      </w:pPr>
      <w:r>
        <w:rPr>
          <w:rFonts w:ascii="Times New Roman" w:hAnsi="Times New Roman" w:eastAsia="宋体"/>
          <w:b w:val="0"/>
          <w:i w:val="0"/>
          <w:sz w:val="21"/>
        </w:rPr>
        <w:t>因此成功序列为 THTHH,THTHTHH,…：对每个不小于 5 的奇数长度，恰有一个序列。它们的总概率为</w:t>
      </w:r>
    </w:p>
    <w:p>
      <w:pPr>
        <w:spacing w:before="0" w:after="80" w:line="300" w:lineRule="auto"/>
        <w:jc w:val="left"/>
      </w:pPr>
      <w:r>
        <w:rPr>
          <w:rFonts w:ascii="Times New Roman" w:hAnsi="Times New Roman" w:eastAsia="宋体"/>
          <w:b w:val="0"/>
          <w:i w:val="0"/>
          <w:sz w:val="21"/>
        </w:rPr>
        <w:t>1/2⁵+1/2⁷+⋯</w:t>
      </w:r>
    </w:p>
    <w:p>
      <w:pPr>
        <w:spacing w:before="0" w:after="80" w:line="300" w:lineRule="auto"/>
        <w:jc w:val="left"/>
      </w:pPr>
      <w:r>
        <w:rPr>
          <w:rFonts w:ascii="Times New Roman" w:hAnsi="Times New Roman" w:eastAsia="宋体"/>
          <w:b w:val="0"/>
          <w:i w:val="0"/>
          <w:sz w:val="21"/>
        </w:rPr>
        <w:t>=1/32·1/(1-1/4)</w:t>
      </w:r>
    </w:p>
    <w:p>
      <w:pPr>
        <w:spacing w:before="0" w:after="80" w:line="300" w:lineRule="auto"/>
        <w:jc w:val="left"/>
      </w:pPr>
      <w:r>
        <w:rPr>
          <w:rFonts w:ascii="Times New Roman" w:hAnsi="Times New Roman" w:eastAsia="宋体"/>
          <w:b w:val="0"/>
          <w:i w:val="0"/>
          <w:sz w:val="21"/>
        </w:rPr>
        <w:t>=1/24</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Before the final repeated flip, the sequence must alternate. If it starts with H, the second head necessarily occurs before the second tail, so a successful sequence must start with T. To see a second tail before ending with HH, it must begin THT.</w:t>
      </w:r>
    </w:p>
    <w:p>
      <w:pPr>
        <w:spacing w:before="0" w:after="80" w:line="300" w:lineRule="auto"/>
        <w:jc w:val="left"/>
      </w:pPr>
      <w:r>
        <w:rPr>
          <w:rFonts w:ascii="Times New Roman" w:hAnsi="Times New Roman" w:eastAsia="宋体"/>
          <w:b w:val="0"/>
          <w:i w:val="0"/>
          <w:color w:val="333333"/>
          <w:sz w:val="19"/>
        </w:rPr>
        <w:t>Thus the successful sequences are THTHH,THTHTHH,…: exactly one sequence of each odd length at least 5. Their total probability is</w:t>
      </w:r>
    </w:p>
    <w:p>
      <w:pPr>
        <w:spacing w:before="0" w:after="80" w:line="300" w:lineRule="auto"/>
        <w:jc w:val="left"/>
      </w:pPr>
      <w:r>
        <w:rPr>
          <w:rFonts w:ascii="Times New Roman" w:hAnsi="Times New Roman" w:eastAsia="宋体"/>
          <w:b w:val="0"/>
          <w:i w:val="0"/>
          <w:color w:val="333333"/>
          <w:sz w:val="19"/>
        </w:rPr>
        <w:t>1/2⁵+1/2⁷+⋯</w:t>
      </w:r>
    </w:p>
    <w:p>
      <w:pPr>
        <w:spacing w:before="0" w:after="80" w:line="300" w:lineRule="auto"/>
        <w:jc w:val="left"/>
      </w:pPr>
      <w:r>
        <w:rPr>
          <w:rFonts w:ascii="Times New Roman" w:hAnsi="Times New Roman" w:eastAsia="宋体"/>
          <w:b w:val="0"/>
          <w:i w:val="0"/>
          <w:color w:val="333333"/>
          <w:sz w:val="19"/>
        </w:rPr>
        <w:t>=1/32·1/(1-1/4)</w:t>
      </w:r>
    </w:p>
    <w:p>
      <w:pPr>
        <w:spacing w:before="0" w:after="80" w:line="300" w:lineRule="auto"/>
        <w:jc w:val="left"/>
      </w:pPr>
      <w:r>
        <w:rPr>
          <w:rFonts w:ascii="Times New Roman" w:hAnsi="Times New Roman" w:eastAsia="宋体"/>
          <w:b w:val="0"/>
          <w:i w:val="0"/>
          <w:color w:val="333333"/>
          <w:sz w:val="19"/>
        </w:rPr>
        <w:t>=1/24.</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B</w:t>
      </w:r>
    </w:p>
    <w:p>
      <w:pPr>
        <w:spacing w:before="0" w:after="80" w:line="300" w:lineRule="auto"/>
        <w:jc w:val="left"/>
      </w:pPr>
      <w:r>
        <w:rPr>
          <w:rFonts w:ascii="Times New Roman" w:hAnsi="Times New Roman" w:eastAsia="宋体"/>
          <w:b w:val="0"/>
          <w:i w:val="0"/>
          <w:sz w:val="21"/>
        </w:rPr>
        <w:t>不计顺序，唯一能达到的钱数状态是 (1,1,1) 和 (2,1,0)。玩家不可能在一轮结束时拥有全部 3 美元：每个轮初有钱的人都必须给别人一美元，而且不能给自己。从 (1,1,1) 出发，下一状态仍为 (1,1,1)，当且仅当三个人沿同一个循环方向传钱，其概率为 2(1/2)³=1/4。</w:t>
      </w:r>
    </w:p>
    <w:p>
      <w:pPr>
        <w:spacing w:before="0" w:after="80" w:line="300" w:lineRule="auto"/>
        <w:jc w:val="left"/>
      </w:pPr>
      <w:r>
        <w:rPr>
          <w:rFonts w:ascii="Times New Roman" w:hAnsi="Times New Roman" w:eastAsia="宋体"/>
          <w:b w:val="0"/>
          <w:i w:val="0"/>
          <w:sz w:val="21"/>
        </w:rPr>
        <w:t>从 (2,1,0) 出发，记三人的钱数为 A=2,B=1,C=0。下一状态恰为 (1,1,1)，当且仅当 A 把钱给 B，且 B 把钱给 C，这是四个等可能选择组合中的一个。因此概率同样是 1/4。</w:t>
      </w:r>
    </w:p>
    <w:p>
      <w:pPr>
        <w:spacing w:before="0" w:after="80" w:line="300" w:lineRule="auto"/>
        <w:jc w:val="left"/>
      </w:pPr>
      <w:r>
        <w:rPr>
          <w:rFonts w:ascii="Times New Roman" w:hAnsi="Times New Roman" w:eastAsia="宋体"/>
          <w:b w:val="0"/>
          <w:i w:val="0"/>
          <w:sz w:val="21"/>
        </w:rPr>
        <w:t>所以无论第 2018 次铃响后的状态如何，下一次铃响后状态为 (1,1,1) 的概率都是 1/4。所以正确答案是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only reachable money configurations up to order are (1,1,1) and (2,1,0). A player cannot finish a round with all 3 dollars: anyone who begins with money must give a dollar to someone else, and no one can give to themselves. From (1,1,1), the next state is again (1,1,1) exactly when all three players pass dollars in the same cyclic direction, which has probability 2(1/2)³=1/4.</w:t>
      </w:r>
    </w:p>
    <w:p>
      <w:pPr>
        <w:spacing w:before="0" w:after="80" w:line="300" w:lineRule="auto"/>
        <w:jc w:val="left"/>
      </w:pPr>
      <w:r>
        <w:rPr>
          <w:rFonts w:ascii="Times New Roman" w:hAnsi="Times New Roman" w:eastAsia="宋体"/>
          <w:b w:val="0"/>
          <w:i w:val="0"/>
          <w:color w:val="333333"/>
          <w:sz w:val="19"/>
        </w:rPr>
        <w:t>From (2,1,0), label the players’ holdings A=2,B=1,C=0. The next state is (1,1,1) exactly when A gives to B and B gives to C, one of the four equally likely pairs of choices. This also has probability 1/4.</w:t>
      </w:r>
    </w:p>
    <w:p>
      <w:pPr>
        <w:spacing w:before="0" w:after="80" w:line="300" w:lineRule="auto"/>
        <w:jc w:val="left"/>
      </w:pPr>
      <w:r>
        <w:rPr>
          <w:rFonts w:ascii="Times New Roman" w:hAnsi="Times New Roman" w:eastAsia="宋体"/>
          <w:b w:val="0"/>
          <w:i w:val="0"/>
          <w:color w:val="333333"/>
          <w:sz w:val="19"/>
        </w:rPr>
        <w:t>Therefore, regardless of the state after 2018 rings, the probability that the state after the next ring is (1,1,1) is 1/4. Thus,</w:t>
      </w:r>
      <w:r>
        <w:rPr>
          <w:rFonts w:ascii="Times New Roman" w:hAnsi="Times New Roman" w:eastAsia="宋体"/>
          <w:b/>
          <w:i w:val="0"/>
          <w:color w:val="333333"/>
          <w:sz w:val="19"/>
        </w:rPr>
        <w:t>B</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23 题　答案 C</w:t>
      </w:r>
    </w:p>
    <w:p>
      <w:pPr>
        <w:spacing w:before="0" w:after="80" w:line="300" w:lineRule="auto"/>
        <w:jc w:val="left"/>
      </w:pPr>
      <w:r>
        <w:rPr>
          <w:rFonts w:ascii="Times New Roman" w:hAnsi="Times New Roman" w:eastAsia="宋体"/>
          <w:b w:val="0"/>
          <w:i w:val="0"/>
          <w:sz w:val="21"/>
        </w:rPr>
        <w:t>设两条切线交于 P。从同一点引出的两条切线长度相等，所以 PA=PB，因此 P 在 AB 的垂直平分线上。</w:t>
      </w:r>
    </w:p>
    <w:p>
      <w:pPr>
        <w:spacing w:before="0" w:after="80" w:line="300" w:lineRule="auto"/>
        <w:jc w:val="left"/>
      </w:pPr>
      <w:r>
        <w:rPr>
          <w:rFonts w:ascii="Times New Roman" w:hAnsi="Times New Roman" w:eastAsia="宋体"/>
          <w:b w:val="0"/>
          <w:i w:val="0"/>
          <w:sz w:val="21"/>
        </w:rPr>
        <w:t>A(6,13) 与 B(12,11) 的中点为 (9,12)，AB 的斜率为 -1/3，所以垂直平分线为 y=3x-15。它与 x 轴交于 P=(5,0)。</w:t>
      </w:r>
    </w:p>
    <w:p>
      <w:pPr>
        <w:spacing w:before="0" w:after="80" w:line="300" w:lineRule="auto"/>
        <w:jc w:val="left"/>
      </w:pPr>
      <w:r>
        <w:rPr>
          <w:rFonts w:ascii="Times New Roman" w:hAnsi="Times New Roman" w:eastAsia="宋体"/>
          <w:b w:val="0"/>
          <w:i w:val="0"/>
          <w:sz w:val="21"/>
        </w:rPr>
        <w:t>经过 P 和 A 的切线斜率为 13，所以通向 A 的半径斜率为 -1/13。联立 y-13=-1/13(x-6) 与 y=3x-15，得到圆心 (37/4,51/4)。</w:t>
      </w:r>
    </w:p>
    <w:p>
      <w:pPr>
        <w:spacing w:before="0" w:after="80" w:line="300" w:lineRule="auto"/>
        <w:jc w:val="left"/>
      </w:pPr>
      <w:r>
        <w:rPr>
          <w:rFonts w:ascii="Times New Roman" w:hAnsi="Times New Roman" w:eastAsia="宋体"/>
          <w:b w:val="0"/>
          <w:i w:val="0"/>
          <w:sz w:val="21"/>
        </w:rPr>
        <w:t>因此 r²=(37/4-6)² +(51/4-13)² =85/8，所以圆面积为 85π/8。正确答案是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P be the intersection point of the two tangents. Since tangent lengths from the same point are equal, PA=PB, so P lies on the perpendicular bisector of AB.</w:t>
      </w:r>
    </w:p>
    <w:p>
      <w:pPr>
        <w:spacing w:before="0" w:after="80" w:line="300" w:lineRule="auto"/>
        <w:jc w:val="left"/>
      </w:pPr>
      <w:r>
        <w:rPr>
          <w:rFonts w:ascii="Times New Roman" w:hAnsi="Times New Roman" w:eastAsia="宋体"/>
          <w:b w:val="0"/>
          <w:i w:val="0"/>
          <w:color w:val="333333"/>
          <w:sz w:val="19"/>
        </w:rPr>
        <w:t>The midpoint of A(6,13) and B(12,11) is (9,12), and the slope of AB is -1/3, so the perpendicular bisector is y=3x-15. Its intersection with the x-axis is P=(5,0).</w:t>
      </w:r>
    </w:p>
    <w:p>
      <w:pPr>
        <w:spacing w:before="0" w:after="80" w:line="300" w:lineRule="auto"/>
        <w:jc w:val="left"/>
      </w:pPr>
      <w:r>
        <w:rPr>
          <w:rFonts w:ascii="Times New Roman" w:hAnsi="Times New Roman" w:eastAsia="宋体"/>
          <w:b w:val="0"/>
          <w:i w:val="0"/>
          <w:color w:val="333333"/>
          <w:sz w:val="19"/>
        </w:rPr>
        <w:t>The tangent line through P and A has slope 13, so the radius to A has slope -1/13. Intersecting y-13=-1/13(x-6) with y=3x-15 gives center (37/4,51/4).</w:t>
      </w:r>
    </w:p>
    <w:p>
      <w:pPr>
        <w:spacing w:before="0" w:after="80" w:line="300" w:lineRule="auto"/>
        <w:jc w:val="left"/>
      </w:pPr>
      <w:r>
        <w:rPr>
          <w:rFonts w:ascii="Times New Roman" w:hAnsi="Times New Roman" w:eastAsia="宋体"/>
          <w:b w:val="0"/>
          <w:i w:val="0"/>
          <w:color w:val="333333"/>
          <w:sz w:val="19"/>
        </w:rPr>
        <w:t>Thus r²=(37/4-6)² +(51/4-13)² =85/8, so the area is 85π/8. 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24 题　答案 C</w:t>
      </w:r>
    </w:p>
    <w:p>
      <w:pPr>
        <w:spacing w:before="0" w:after="80" w:line="300" w:lineRule="auto"/>
        <w:jc w:val="left"/>
      </w:pPr>
      <w:r>
        <w:rPr>
          <w:rFonts w:ascii="Times New Roman" w:hAnsi="Times New Roman" w:eastAsia="宋体"/>
          <w:b w:val="0"/>
          <w:i w:val="0"/>
          <w:sz w:val="21"/>
        </w:rPr>
        <w:t>令 aₙ=xₙ-4，则 a₀=1。化简递推式可得</w:t>
      </w:r>
    </w:p>
    <w:p>
      <w:pPr>
        <w:spacing w:before="0" w:after="80" w:line="300" w:lineRule="auto"/>
        <w:jc w:val="left"/>
      </w:pPr>
      <w:r>
        <w:rPr>
          <w:rFonts w:ascii="Times New Roman" w:hAnsi="Times New Roman" w:eastAsia="宋体"/>
          <w:b w:val="0"/>
          <w:i w:val="0"/>
          <w:sz w:val="21"/>
        </w:rPr>
        <w:t>aₙ₊₁=(aₙ(aₙ+9))/aₙ+10。</w:t>
      </w:r>
    </w:p>
    <w:p>
      <w:pPr>
        <w:spacing w:before="0" w:after="80" w:line="300" w:lineRule="auto"/>
        <w:jc w:val="left"/>
      </w:pPr>
      <w:r>
        <w:rPr>
          <w:rFonts w:ascii="Times New Roman" w:hAnsi="Times New Roman" w:eastAsia="宋体"/>
          <w:b w:val="0"/>
          <w:i w:val="0"/>
          <w:sz w:val="21"/>
        </w:rPr>
        <w:t>只要 02⁻²⁰，从而 m&gt;80。</w:t>
      </w:r>
    </w:p>
    <w:p>
      <w:pPr>
        <w:spacing w:before="0" w:after="80" w:line="300" w:lineRule="auto"/>
        <w:jc w:val="left"/>
      </w:pPr>
      <w:r>
        <w:rPr>
          <w:rFonts w:ascii="Times New Roman" w:hAnsi="Times New Roman" w:eastAsia="宋体"/>
          <w:b w:val="0"/>
          <w:i w:val="0"/>
          <w:sz w:val="21"/>
        </w:rPr>
        <w:t>另一方面，(11/10)⁸&gt;2，所以 (10/11)¹⁶⁰&lt;2⁻²⁰，从而 m≤160。于是 81≤ m≤160，所以 m 位于 [81,242]。正确答案是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aₙ=xₙ-4. Then a₀=1, and simplifying the recurrence gives</w:t>
      </w:r>
    </w:p>
    <w:p>
      <w:pPr>
        <w:spacing w:before="0" w:after="80" w:line="300" w:lineRule="auto"/>
        <w:jc w:val="left"/>
      </w:pPr>
      <w:r>
        <w:rPr>
          <w:rFonts w:ascii="Times New Roman" w:hAnsi="Times New Roman" w:eastAsia="宋体"/>
          <w:b w:val="0"/>
          <w:i w:val="0"/>
          <w:color w:val="333333"/>
          <w:sz w:val="19"/>
        </w:rPr>
        <w:t>aₙ₊₁=(aₙ(aₙ+9))/aₙ+10.</w:t>
      </w:r>
    </w:p>
    <w:p>
      <w:pPr>
        <w:spacing w:before="0" w:after="80" w:line="300" w:lineRule="auto"/>
        <w:jc w:val="left"/>
      </w:pPr>
      <w:r>
        <w:rPr>
          <w:rFonts w:ascii="Times New Roman" w:hAnsi="Times New Roman" w:eastAsia="宋体"/>
          <w:b w:val="0"/>
          <w:i w:val="0"/>
          <w:color w:val="333333"/>
          <w:sz w:val="19"/>
        </w:rPr>
        <w:t>As long as 02⁻²⁰, and therefore m&gt;80.</w:t>
      </w:r>
    </w:p>
    <w:p>
      <w:pPr>
        <w:spacing w:before="0" w:after="80" w:line="300" w:lineRule="auto"/>
        <w:jc w:val="left"/>
      </w:pPr>
      <w:r>
        <w:rPr>
          <w:rFonts w:ascii="Times New Roman" w:hAnsi="Times New Roman" w:eastAsia="宋体"/>
          <w:b w:val="0"/>
          <w:i w:val="0"/>
          <w:color w:val="333333"/>
          <w:sz w:val="19"/>
        </w:rPr>
        <w:t>Also (11/10)⁸&gt;2, so (10/11)¹⁶⁰&lt;2⁻²⁰, which gives m≤160. Hence 81≤ m≤160, so m lies in [81,242]. Thus,</w:t>
      </w:r>
      <w:r>
        <w:rPr>
          <w:rFonts w:ascii="Times New Roman" w:hAnsi="Times New Roman" w:eastAsia="宋体"/>
          <w:b/>
          <w:i w:val="0"/>
          <w:color w:val="333333"/>
          <w:sz w:val="19"/>
        </w:rPr>
        <w:t>C</w:t>
      </w:r>
      <w:r>
        <w:rPr>
          <w:rFonts w:ascii="Times New Roman" w:hAnsi="Times New Roman" w:eastAsia="宋体"/>
          <w:b w:val="0"/>
          <w:i w:val="0"/>
          <w:color w:val="333333"/>
          <w:sz w:val="19"/>
        </w:rPr>
        <w:t>is the correct answer.</w:t>
      </w:r>
    </w:p>
    <w:p>
      <w:pPr>
        <w:spacing w:before="200" w:after="80" w:line="300" w:lineRule="auto"/>
      </w:pPr>
      <w:r>
        <w:rPr>
          <w:rFonts w:ascii="Times New Roman" w:hAnsi="Times New Roman" w:eastAsia="宋体"/>
          <w:b/>
          <w:i w:val="0"/>
          <w:sz w:val="23"/>
        </w:rPr>
        <w:t>第 25 题　答案 C</w:t>
      </w:r>
    </w:p>
    <w:p>
      <w:pPr>
        <w:spacing w:before="0" w:after="80" w:line="300" w:lineRule="auto"/>
        <w:jc w:val="left"/>
      </w:pPr>
      <w:r>
        <w:rPr>
          <w:rFonts w:ascii="Times New Roman" w:hAnsi="Times New Roman" w:eastAsia="宋体"/>
          <w:b w:val="0"/>
          <w:i w:val="0"/>
          <w:sz w:val="21"/>
        </w:rPr>
        <w:t>序列先以一个 0 开头，之后由若干个 110 块和 10 块依次组成，每个块都接在一个 0 后面。</w:t>
      </w:r>
    </w:p>
    <w:p>
      <w:pPr>
        <w:spacing w:before="0" w:after="80" w:line="300" w:lineRule="auto"/>
        <w:jc w:val="left"/>
      </w:pPr>
      <w:r>
        <w:rPr>
          <w:rFonts w:ascii="Times New Roman" w:hAnsi="Times New Roman" w:eastAsia="宋体"/>
          <w:b w:val="0"/>
          <w:i w:val="0"/>
          <w:sz w:val="21"/>
        </w:rPr>
        <w:t>设 110 块有 x 个，10 块有 y 个。于是序列的项数为</w:t>
      </w:r>
    </w:p>
    <w:p>
      <w:pPr>
        <w:spacing w:before="0" w:after="80" w:line="300" w:lineRule="auto"/>
        <w:jc w:val="left"/>
      </w:pPr>
      <w:r>
        <w:rPr>
          <w:rFonts w:ascii="Times New Roman" w:hAnsi="Times New Roman" w:eastAsia="宋体"/>
          <w:b w:val="0"/>
          <w:i w:val="0"/>
          <w:sz w:val="21"/>
        </w:rPr>
        <w:t>3x+2y+1=19，</w:t>
      </w:r>
    </w:p>
    <w:p>
      <w:pPr>
        <w:spacing w:before="0" w:after="80" w:line="300" w:lineRule="auto"/>
        <w:jc w:val="left"/>
      </w:pPr>
      <w:r>
        <w:rPr>
          <w:rFonts w:ascii="Times New Roman" w:hAnsi="Times New Roman" w:eastAsia="宋体"/>
          <w:b w:val="0"/>
          <w:i w:val="0"/>
          <w:sz w:val="21"/>
        </w:rPr>
        <w:t>即</w:t>
      </w:r>
    </w:p>
    <w:p>
      <w:pPr>
        <w:spacing w:before="0" w:after="80" w:line="300" w:lineRule="auto"/>
        <w:jc w:val="left"/>
      </w:pPr>
      <w:r>
        <w:rPr>
          <w:rFonts w:ascii="Times New Roman" w:hAnsi="Times New Roman" w:eastAsia="宋体"/>
          <w:b w:val="0"/>
          <w:i w:val="0"/>
          <w:sz w:val="21"/>
        </w:rPr>
        <w:t>3x+2y=18。</w:t>
      </w:r>
    </w:p>
    <w:p>
      <w:pPr>
        <w:spacing w:before="0" w:after="80" w:line="300" w:lineRule="auto"/>
        <w:jc w:val="left"/>
      </w:pPr>
      <w:r>
        <w:rPr>
          <w:rFonts w:ascii="Times New Roman" w:hAnsi="Times New Roman" w:eastAsia="宋体"/>
          <w:b w:val="0"/>
          <w:i w:val="0"/>
          <w:sz w:val="21"/>
        </w:rPr>
        <w:t>可能的有序对为</w:t>
      </w:r>
    </w:p>
    <w:p>
      <w:pPr>
        <w:spacing w:before="0" w:after="80" w:line="300" w:lineRule="auto"/>
        <w:jc w:val="left"/>
      </w:pPr>
      <w:r>
        <w:rPr>
          <w:rFonts w:ascii="Times New Roman" w:hAnsi="Times New Roman" w:eastAsia="宋体"/>
          <w:b w:val="0"/>
          <w:i w:val="0"/>
          <w:sz w:val="21"/>
        </w:rPr>
        <w:t>(x,y)=(6,0),(4,3),</w:t>
      </w:r>
    </w:p>
    <w:p>
      <w:pPr>
        <w:spacing w:before="0" w:after="80" w:line="300" w:lineRule="auto"/>
        <w:jc w:val="left"/>
      </w:pPr>
      <w:r>
        <w:rPr>
          <w:rFonts w:ascii="Times New Roman" w:hAnsi="Times New Roman" w:eastAsia="宋体"/>
          <w:b w:val="0"/>
          <w:i w:val="0"/>
          <w:sz w:val="21"/>
        </w:rPr>
        <w:t>(2,6),(0,9)</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于是排列这 x+y 个块的方法数为</w:t>
      </w:r>
    </w:p>
    <w:p>
      <w:pPr>
        <w:spacing w:before="0" w:after="80" w:line="300" w:lineRule="auto"/>
        <w:jc w:val="left"/>
      </w:pPr>
      <w:r>
        <w:rPr>
          <w:rFonts w:ascii="Times New Roman" w:hAnsi="Times New Roman" w:eastAsia="宋体"/>
          <w:b w:val="0"/>
          <w:i w:val="0"/>
          <w:sz w:val="21"/>
        </w:rPr>
        <w:t>C(x+y, x)，</w:t>
      </w:r>
    </w:p>
    <w:p>
      <w:pPr>
        <w:spacing w:before="0" w:after="80" w:line="300" w:lineRule="auto"/>
        <w:jc w:val="left"/>
      </w:pPr>
      <w:r>
        <w:rPr>
          <w:rFonts w:ascii="Times New Roman" w:hAnsi="Times New Roman" w:eastAsia="宋体"/>
          <w:b w:val="0"/>
          <w:i w:val="0"/>
          <w:sz w:val="21"/>
        </w:rPr>
        <w:t>因为只需选定 x+y 个位置中哪 x 个放 110 块。</w:t>
      </w:r>
    </w:p>
    <w:p>
      <w:pPr>
        <w:spacing w:before="0" w:after="80" w:line="300" w:lineRule="auto"/>
        <w:jc w:val="left"/>
      </w:pPr>
      <w:r>
        <w:rPr>
          <w:rFonts w:ascii="Times New Roman" w:hAnsi="Times New Roman" w:eastAsia="宋体"/>
          <w:b w:val="0"/>
          <w:i w:val="0"/>
          <w:sz w:val="21"/>
        </w:rPr>
        <w:t>因此总数为</w:t>
      </w:r>
    </w:p>
    <w:p>
      <w:pPr>
        <w:spacing w:before="0" w:after="80" w:line="300" w:lineRule="auto"/>
        <w:jc w:val="left"/>
      </w:pPr>
      <w:r>
        <w:rPr>
          <w:rFonts w:ascii="Times New Roman" w:hAnsi="Times New Roman" w:eastAsia="宋体"/>
          <w:b w:val="0"/>
          <w:i w:val="0"/>
          <w:sz w:val="21"/>
        </w:rPr>
        <w:t>C(6, 6) + C(7, 4) + C(8, 2) + C(9, 0)</w:t>
      </w:r>
    </w:p>
    <w:p>
      <w:pPr>
        <w:spacing w:before="0" w:after="80" w:line="300" w:lineRule="auto"/>
        <w:jc w:val="left"/>
      </w:pPr>
      <w:r>
        <w:rPr>
          <w:rFonts w:ascii="Times New Roman" w:hAnsi="Times New Roman" w:eastAsia="宋体"/>
          <w:b w:val="0"/>
          <w:i w:val="0"/>
          <w:sz w:val="21"/>
        </w:rPr>
        <w:t>=1+35+28+1</w:t>
      </w:r>
    </w:p>
    <w:p>
      <w:pPr>
        <w:spacing w:before="0" w:after="80" w:line="300" w:lineRule="auto"/>
        <w:jc w:val="left"/>
      </w:pPr>
      <w:r>
        <w:rPr>
          <w:rFonts w:ascii="Times New Roman" w:hAnsi="Times New Roman" w:eastAsia="宋体"/>
          <w:b w:val="0"/>
          <w:i w:val="0"/>
          <w:sz w:val="21"/>
        </w:rPr>
        <w:t>=65。</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Our sequence starts with a 0 then has sequences of 110 and 10 in some order, where they each come after a 0.</w:t>
      </w:r>
    </w:p>
    <w:p>
      <w:pPr>
        <w:spacing w:before="0" w:after="80" w:line="300" w:lineRule="auto"/>
        <w:jc w:val="left"/>
      </w:pPr>
      <w:r>
        <w:rPr>
          <w:rFonts w:ascii="Times New Roman" w:hAnsi="Times New Roman" w:eastAsia="宋体"/>
          <w:b w:val="0"/>
          <w:i w:val="0"/>
          <w:color w:val="333333"/>
          <w:sz w:val="19"/>
        </w:rPr>
        <w:t>Let the number of 110 be x and let the number of 10 be y. Then the number of terms in the sequence is</w:t>
      </w:r>
    </w:p>
    <w:p>
      <w:pPr>
        <w:spacing w:before="0" w:after="80" w:line="300" w:lineRule="auto"/>
        <w:jc w:val="left"/>
      </w:pPr>
      <w:r>
        <w:rPr>
          <w:rFonts w:ascii="Times New Roman" w:hAnsi="Times New Roman" w:eastAsia="宋体"/>
          <w:b w:val="0"/>
          <w:i w:val="0"/>
          <w:color w:val="333333"/>
          <w:sz w:val="19"/>
        </w:rPr>
        <w:t>3x+2y+1=19,</w:t>
      </w:r>
    </w:p>
    <w:p>
      <w:pPr>
        <w:spacing w:before="0" w:after="80" w:line="300" w:lineRule="auto"/>
        <w:jc w:val="left"/>
      </w:pPr>
      <w:r>
        <w:rPr>
          <w:rFonts w:ascii="Times New Roman" w:hAnsi="Times New Roman" w:eastAsia="宋体"/>
          <w:b w:val="0"/>
          <w:i w:val="0"/>
          <w:color w:val="333333"/>
          <w:sz w:val="19"/>
        </w:rPr>
        <w:t>making</w:t>
      </w:r>
    </w:p>
    <w:p>
      <w:pPr>
        <w:spacing w:before="0" w:after="80" w:line="300" w:lineRule="auto"/>
        <w:jc w:val="left"/>
      </w:pPr>
      <w:r>
        <w:rPr>
          <w:rFonts w:ascii="Times New Roman" w:hAnsi="Times New Roman" w:eastAsia="宋体"/>
          <w:b w:val="0"/>
          <w:i w:val="0"/>
          <w:color w:val="333333"/>
          <w:sz w:val="19"/>
        </w:rPr>
        <w:t>3x+2y=18.</w:t>
      </w:r>
    </w:p>
    <w:p>
      <w:pPr>
        <w:spacing w:before="0" w:after="80" w:line="300" w:lineRule="auto"/>
        <w:jc w:val="left"/>
      </w:pPr>
      <w:r>
        <w:rPr>
          <w:rFonts w:ascii="Times New Roman" w:hAnsi="Times New Roman" w:eastAsia="宋体"/>
          <w:b w:val="0"/>
          <w:i w:val="0"/>
          <w:color w:val="333333"/>
          <w:sz w:val="19"/>
        </w:rPr>
        <w:t>The possible ordered pairs are</w:t>
      </w:r>
    </w:p>
    <w:p>
      <w:pPr>
        <w:spacing w:before="0" w:after="80" w:line="300" w:lineRule="auto"/>
        <w:jc w:val="left"/>
      </w:pPr>
      <w:r>
        <w:rPr>
          <w:rFonts w:ascii="Times New Roman" w:hAnsi="Times New Roman" w:eastAsia="宋体"/>
          <w:b w:val="0"/>
          <w:i w:val="0"/>
          <w:color w:val="333333"/>
          <w:sz w:val="19"/>
        </w:rPr>
        <w:t>(x,y)=(6,0),(4,3),</w:t>
      </w:r>
    </w:p>
    <w:p>
      <w:pPr>
        <w:spacing w:before="0" w:after="80" w:line="300" w:lineRule="auto"/>
        <w:jc w:val="left"/>
      </w:pPr>
      <w:r>
        <w:rPr>
          <w:rFonts w:ascii="Times New Roman" w:hAnsi="Times New Roman" w:eastAsia="宋体"/>
          <w:b w:val="0"/>
          <w:i w:val="0"/>
          <w:color w:val="333333"/>
          <w:sz w:val="19"/>
        </w:rPr>
        <w:t>(2,6),(0,9).</w:t>
      </w:r>
    </w:p>
    <w:p>
      <w:pPr>
        <w:spacing w:before="0" w:after="80" w:line="300" w:lineRule="auto"/>
        <w:jc w:val="left"/>
      </w:pPr>
      <w:r>
        <w:rPr>
          <w:rFonts w:ascii="Times New Roman" w:hAnsi="Times New Roman" w:eastAsia="宋体"/>
          <w:b w:val="0"/>
          <w:i w:val="0"/>
          <w:color w:val="333333"/>
          <w:sz w:val="19"/>
        </w:rPr>
        <w:t>Then, the number of ways to order the x+y blocks is</w:t>
      </w:r>
    </w:p>
    <w:p>
      <w:pPr>
        <w:spacing w:before="0" w:after="80" w:line="300" w:lineRule="auto"/>
        <w:jc w:val="left"/>
      </w:pPr>
      <w:r>
        <w:rPr>
          <w:rFonts w:ascii="Times New Roman" w:hAnsi="Times New Roman" w:eastAsia="宋体"/>
          <w:b w:val="0"/>
          <w:i w:val="0"/>
          <w:color w:val="333333"/>
          <w:sz w:val="19"/>
        </w:rPr>
        <w:t>C(x+y, x),</w:t>
      </w:r>
    </w:p>
    <w:p>
      <w:pPr>
        <w:spacing w:before="0" w:after="80" w:line="300" w:lineRule="auto"/>
        <w:jc w:val="left"/>
      </w:pPr>
      <w:r>
        <w:rPr>
          <w:rFonts w:ascii="Times New Roman" w:hAnsi="Times New Roman" w:eastAsia="宋体"/>
          <w:b w:val="0"/>
          <w:i w:val="0"/>
          <w:color w:val="333333"/>
          <w:sz w:val="19"/>
        </w:rPr>
        <w:t>since we choose which x of the x+y positions hold a 110 block.</w:t>
      </w:r>
    </w:p>
    <w:p>
      <w:pPr>
        <w:spacing w:before="0" w:after="80" w:line="300" w:lineRule="auto"/>
        <w:jc w:val="left"/>
      </w:pPr>
      <w:r>
        <w:rPr>
          <w:rFonts w:ascii="Times New Roman" w:hAnsi="Times New Roman" w:eastAsia="宋体"/>
          <w:b w:val="0"/>
          <w:i w:val="0"/>
          <w:color w:val="333333"/>
          <w:sz w:val="19"/>
        </w:rPr>
        <w:t>Therefore, the total number of ways is</w:t>
      </w:r>
    </w:p>
    <w:p>
      <w:pPr>
        <w:spacing w:before="0" w:after="80" w:line="300" w:lineRule="auto"/>
        <w:jc w:val="left"/>
      </w:pPr>
      <w:r>
        <w:rPr>
          <w:rFonts w:ascii="Times New Roman" w:hAnsi="Times New Roman" w:eastAsia="宋体"/>
          <w:b w:val="0"/>
          <w:i w:val="0"/>
          <w:color w:val="333333"/>
          <w:sz w:val="19"/>
        </w:rPr>
        <w:t>C(6, 6) + C(7, 4) + C(8, 2) + C(9, 0)</w:t>
      </w:r>
    </w:p>
    <w:p>
      <w:pPr>
        <w:spacing w:before="0" w:after="80" w:line="300" w:lineRule="auto"/>
        <w:jc w:val="left"/>
      </w:pPr>
      <w:r>
        <w:rPr>
          <w:rFonts w:ascii="Times New Roman" w:hAnsi="Times New Roman" w:eastAsia="宋体"/>
          <w:b w:val="0"/>
          <w:i w:val="0"/>
          <w:color w:val="333333"/>
          <w:sz w:val="19"/>
        </w:rPr>
        <w:t>=1+35+28+1</w:t>
      </w:r>
    </w:p>
    <w:p>
      <w:pPr>
        <w:spacing w:before="0" w:after="80" w:line="300" w:lineRule="auto"/>
        <w:jc w:val="left"/>
      </w:pPr>
      <w:r>
        <w:rPr>
          <w:rFonts w:ascii="Times New Roman" w:hAnsi="Times New Roman" w:eastAsia="宋体"/>
          <w:b w:val="0"/>
          <w:i w:val="0"/>
          <w:color w:val="333333"/>
          <w:sz w:val="19"/>
        </w:rPr>
        <w:t>=65.</w:t>
      </w:r>
    </w:p>
    <w:p>
      <w:pPr>
        <w:spacing w:before="0" w:after="80" w:line="300" w:lineRule="auto"/>
        <w:jc w:val="left"/>
      </w:pPr>
      <w:r>
        <w:rPr>
          <w:rFonts w:ascii="Times New Roman" w:hAnsi="Times New Roman" w:eastAsia="宋体"/>
          <w:b w:val="0"/>
          <w:i w:val="0"/>
          <w:color w:val="333333"/>
          <w:sz w:val="19"/>
        </w:rPr>
        <w:t>Thus, the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