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2019A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求下式的值：</w:t>
      </w:r>
    </w:p>
    <w:p>
      <w:pPr>
        <w:spacing w:before="0" w:after="80" w:line="300" w:lineRule="auto"/>
        <w:jc w:val="left"/>
      </w:pPr>
      <w:r>
        <w:rPr>
          <w:rFonts w:ascii="Times New Roman" w:hAnsi="Times New Roman" w:eastAsia="宋体"/>
          <w:b w:val="0"/>
          <w:i w:val="0"/>
          <w:sz w:val="21"/>
        </w:rPr>
        <w:t>2^((0^((1⁹))))+((2⁰)¹)⁹？</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2^((0^((1⁹))))+((2⁰)¹)⁹?</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(20!-15!) 的百位数字是多少？</w:t>
      </w:r>
    </w:p>
    <w:p>
      <w:pPr>
        <w:spacing w:before="0" w:after="120" w:line="300" w:lineRule="auto"/>
      </w:pPr>
      <w:r>
        <w:rPr>
          <w:rFonts w:ascii="Times New Roman" w:hAnsi="Times New Roman" w:eastAsia="宋体"/>
          <w:b w:val="0"/>
          <w:i w:val="0"/>
          <w:sz w:val="21"/>
        </w:rPr>
        <w:t>（A）0　　（B）1　　（C）2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hundreds digit of (20!-15!)?</w:t>
      </w:r>
    </w:p>
    <w:p>
      <w:pPr>
        <w:spacing w:before="0" w:after="160" w:line="300" w:lineRule="auto"/>
      </w:pPr>
      <w:r>
        <w:rPr>
          <w:rFonts w:ascii="Times New Roman" w:hAnsi="Times New Roman" w:eastAsia="宋体"/>
          <w:b w:val="0"/>
          <w:i w:val="0"/>
          <w:color w:val="333333"/>
          <w:sz w:val="19"/>
        </w:rPr>
        <w:t>(A) 0　　(B) 1　　(C) 2　　(D) 4　　(E) 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Ana 和 Bonita 的生日是同月同日，但出生年份相差 n 年。去年 Ana 的年龄是 Bonita 的 5 倍。今年 Ana 的年龄是 Bonita 年龄的平方。求 n。</w:t>
      </w:r>
    </w:p>
    <w:p>
      <w:pPr>
        <w:spacing w:before="0" w:after="120" w:line="300" w:lineRule="auto"/>
      </w:pPr>
      <w:r>
        <w:rPr>
          <w:rFonts w:ascii="Times New Roman" w:hAnsi="Times New Roman" w:eastAsia="宋体"/>
          <w:b w:val="0"/>
          <w:i w:val="0"/>
          <w:sz w:val="21"/>
        </w:rPr>
        <w:t>（A）3　　（B）5　　（C）9　　（D）12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Ana and Bonita were born on the same date in different years, n years apart. Last year Ana was 5 times as old as Bonita. This year Ana’s age is the square of Bonita’s age. What is n?</w:t>
      </w:r>
    </w:p>
    <w:p>
      <w:pPr>
        <w:spacing w:before="0" w:after="160" w:line="300" w:lineRule="auto"/>
      </w:pPr>
      <w:r>
        <w:rPr>
          <w:rFonts w:ascii="Times New Roman" w:hAnsi="Times New Roman" w:eastAsia="宋体"/>
          <w:b w:val="0"/>
          <w:i w:val="0"/>
          <w:color w:val="333333"/>
          <w:sz w:val="19"/>
        </w:rPr>
        <w:t>(A) 3　　(B) 5　　(C) 9　　(D) 12　　(E) 15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一个盒子里有 28 个红球、20 个绿球、19 个黄球、13 个蓝球、11 个白球和 9 个黑球。从盒中不放回地取球，最少要取多少个球，才能保证至少取到 15 个同色球？</w:t>
      </w:r>
    </w:p>
    <w:p>
      <w:pPr>
        <w:spacing w:before="0" w:after="120" w:line="300" w:lineRule="auto"/>
      </w:pPr>
      <w:r>
        <w:rPr>
          <w:rFonts w:ascii="Times New Roman" w:hAnsi="Times New Roman" w:eastAsia="宋体"/>
          <w:b w:val="0"/>
          <w:i w:val="0"/>
          <w:sz w:val="21"/>
        </w:rPr>
        <w:t>（A）75　　（B）76　　（C）79　　（D）84　　（E）91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box contains 28 red balls, 20 green balls, 19 yellow balls, 13 blue balls, 11 white balls, and 9 black balls. What is the minimum number of balls that must be drawn from the box without replacement to guarantee that at least 15 balls of a single color will be drawn?</w:t>
      </w:r>
    </w:p>
    <w:p>
      <w:pPr>
        <w:spacing w:before="0" w:after="160" w:line="300" w:lineRule="auto"/>
      </w:pPr>
      <w:r>
        <w:rPr>
          <w:rFonts w:ascii="Times New Roman" w:hAnsi="Times New Roman" w:eastAsia="宋体"/>
          <w:b w:val="0"/>
          <w:i w:val="0"/>
          <w:color w:val="333333"/>
          <w:sz w:val="19"/>
        </w:rPr>
        <w:t>(A) 75　　(B) 76　　(C) 79　　(D) 84　　(E) 91</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和为 45 的连续整数最多可以有多少个？</w:t>
      </w:r>
    </w:p>
    <w:p>
      <w:pPr>
        <w:spacing w:before="0" w:after="120" w:line="300" w:lineRule="auto"/>
      </w:pPr>
      <w:r>
        <w:rPr>
          <w:rFonts w:ascii="Times New Roman" w:hAnsi="Times New Roman" w:eastAsia="宋体"/>
          <w:b w:val="0"/>
          <w:i w:val="0"/>
          <w:sz w:val="21"/>
        </w:rPr>
        <w:t>（A）9　　（B）25　　（C）45　　（D）90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greatest number of consecutive integers whose sum is 45?</w:t>
      </w:r>
    </w:p>
    <w:p>
      <w:pPr>
        <w:spacing w:before="0" w:after="160" w:line="300" w:lineRule="auto"/>
      </w:pPr>
      <w:r>
        <w:rPr>
          <w:rFonts w:ascii="Times New Roman" w:hAnsi="Times New Roman" w:eastAsia="宋体"/>
          <w:b w:val="0"/>
          <w:i w:val="0"/>
          <w:color w:val="333333"/>
          <w:sz w:val="19"/>
        </w:rPr>
        <w:t>(A) 9　　(B) 25　　(C) 45　　(D) 90　　(E) 120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对下面多少种四边形，存在一个位于该四边形所在平面内的点，它到四个顶点的距离都相等？</w:t>
      </w:r>
    </w:p>
    <w:p>
      <w:pPr>
        <w:spacing w:before="0" w:after="80" w:line="300" w:lineRule="auto"/>
        <w:jc w:val="left"/>
      </w:pPr>
      <w:r>
        <w:rPr>
          <w:rFonts w:ascii="Times New Roman" w:hAnsi="Times New Roman" w:eastAsia="宋体"/>
          <w:b w:val="0"/>
          <w:i w:val="0"/>
          <w:sz w:val="21"/>
        </w:rPr>
        <w:t>• 正方形</w:t>
      </w:r>
    </w:p>
    <w:p>
      <w:pPr>
        <w:spacing w:before="0" w:after="80" w:line="300" w:lineRule="auto"/>
        <w:jc w:val="left"/>
      </w:pPr>
      <w:r>
        <w:rPr>
          <w:rFonts w:ascii="Times New Roman" w:hAnsi="Times New Roman" w:eastAsia="宋体"/>
          <w:b w:val="0"/>
          <w:i w:val="0"/>
          <w:sz w:val="21"/>
        </w:rPr>
        <w:t>• 非正方形的矩形</w:t>
      </w:r>
    </w:p>
    <w:p>
      <w:pPr>
        <w:spacing w:before="0" w:after="80" w:line="300" w:lineRule="auto"/>
        <w:jc w:val="left"/>
      </w:pPr>
      <w:r>
        <w:rPr>
          <w:rFonts w:ascii="Times New Roman" w:hAnsi="Times New Roman" w:eastAsia="宋体"/>
          <w:b w:val="0"/>
          <w:i w:val="0"/>
          <w:sz w:val="21"/>
        </w:rPr>
        <w:t>• 非正方形的菱形</w:t>
      </w:r>
    </w:p>
    <w:p>
      <w:pPr>
        <w:spacing w:before="0" w:after="80" w:line="300" w:lineRule="auto"/>
        <w:jc w:val="left"/>
      </w:pPr>
      <w:r>
        <w:rPr>
          <w:rFonts w:ascii="Times New Roman" w:hAnsi="Times New Roman" w:eastAsia="宋体"/>
          <w:b w:val="0"/>
          <w:i w:val="0"/>
          <w:sz w:val="21"/>
        </w:rPr>
        <w:t>• 既不是矩形也不是菱形的平行四边形</w:t>
      </w:r>
    </w:p>
    <w:p>
      <w:pPr>
        <w:spacing w:before="0" w:after="80" w:line="300" w:lineRule="auto"/>
        <w:jc w:val="left"/>
      </w:pPr>
      <w:r>
        <w:rPr>
          <w:rFonts w:ascii="Times New Roman" w:hAnsi="Times New Roman" w:eastAsia="宋体"/>
          <w:b w:val="0"/>
          <w:i w:val="0"/>
          <w:sz w:val="21"/>
        </w:rPr>
        <w:t>• 不是平行四边形的等腰梯形</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of the following types of quadrilaterals does there exist a point in the plane of the quadrilateral that is equidistant from all four vertices of the quadrilateral?</w:t>
      </w:r>
    </w:p>
    <w:p>
      <w:pPr>
        <w:spacing w:before="0" w:after="80" w:line="300" w:lineRule="auto"/>
        <w:jc w:val="left"/>
      </w:pPr>
      <w:r>
        <w:rPr>
          <w:rFonts w:ascii="Times New Roman" w:hAnsi="Times New Roman" w:eastAsia="宋体"/>
          <w:b w:val="0"/>
          <w:i w:val="0"/>
          <w:color w:val="333333"/>
          <w:sz w:val="19"/>
        </w:rPr>
        <w:t>• a square</w:t>
      </w:r>
    </w:p>
    <w:p>
      <w:pPr>
        <w:spacing w:before="0" w:after="80" w:line="300" w:lineRule="auto"/>
        <w:jc w:val="left"/>
      </w:pPr>
      <w:r>
        <w:rPr>
          <w:rFonts w:ascii="Times New Roman" w:hAnsi="Times New Roman" w:eastAsia="宋体"/>
          <w:b w:val="0"/>
          <w:i w:val="0"/>
          <w:color w:val="333333"/>
          <w:sz w:val="19"/>
        </w:rPr>
        <w:t>• a rectangle that is not a square</w:t>
      </w:r>
    </w:p>
    <w:p>
      <w:pPr>
        <w:spacing w:before="0" w:after="80" w:line="300" w:lineRule="auto"/>
        <w:jc w:val="left"/>
      </w:pPr>
      <w:r>
        <w:rPr>
          <w:rFonts w:ascii="Times New Roman" w:hAnsi="Times New Roman" w:eastAsia="宋体"/>
          <w:b w:val="0"/>
          <w:i w:val="0"/>
          <w:color w:val="333333"/>
          <w:sz w:val="19"/>
        </w:rPr>
        <w:t>• a rhombus that is not a square</w:t>
      </w:r>
    </w:p>
    <w:p>
      <w:pPr>
        <w:spacing w:before="0" w:after="80" w:line="300" w:lineRule="auto"/>
        <w:jc w:val="left"/>
      </w:pPr>
      <w:r>
        <w:rPr>
          <w:rFonts w:ascii="Times New Roman" w:hAnsi="Times New Roman" w:eastAsia="宋体"/>
          <w:b w:val="0"/>
          <w:i w:val="0"/>
          <w:color w:val="333333"/>
          <w:sz w:val="19"/>
        </w:rPr>
        <w:t>• a parallelogram that is not a rectangle or a rhombus</w:t>
      </w:r>
    </w:p>
    <w:p>
      <w:pPr>
        <w:spacing w:before="0" w:after="80" w:line="300" w:lineRule="auto"/>
        <w:jc w:val="left"/>
      </w:pPr>
      <w:r>
        <w:rPr>
          <w:rFonts w:ascii="Times New Roman" w:hAnsi="Times New Roman" w:eastAsia="宋体"/>
          <w:b w:val="0"/>
          <w:i w:val="0"/>
          <w:color w:val="333333"/>
          <w:sz w:val="19"/>
        </w:rPr>
        <w:t>• an isosceles trapezoid that is not a parallelogram</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两条斜率分别为 1/2 和 2 的直线相交于 (2, 2)。这两条直线与直线 x + y = 10 围成的三角形面积是多少？</w:t>
      </w:r>
    </w:p>
    <w:p>
      <w:pPr>
        <w:spacing w:before="0" w:after="120" w:line="300" w:lineRule="auto"/>
      </w:pPr>
      <w:r>
        <w:rPr>
          <w:rFonts w:ascii="Times New Roman" w:hAnsi="Times New Roman" w:eastAsia="宋体"/>
          <w:b w:val="0"/>
          <w:i w:val="0"/>
          <w:sz w:val="21"/>
        </w:rPr>
        <w:t>（A）4　　（B）4√(2)　　（C）6　　（D）8　　（E）6√(2)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lines with slopes 1/2 and 2 intersect at (2, 2). What is the area of the triangle enclosed by these two lines and the line x + y = 10?</w:t>
      </w:r>
    </w:p>
    <w:p>
      <w:pPr>
        <w:spacing w:before="0" w:after="160" w:line="300" w:lineRule="auto"/>
      </w:pPr>
      <w:r>
        <w:rPr>
          <w:rFonts w:ascii="Times New Roman" w:hAnsi="Times New Roman" w:eastAsia="宋体"/>
          <w:b w:val="0"/>
          <w:i w:val="0"/>
          <w:color w:val="333333"/>
          <w:sz w:val="19"/>
        </w:rPr>
        <w:t>(A) 4　　(B) 4√(2)　　(C) 6　　(D) 8　　(E) 6√(2)</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下图显示了一条直线 ell，其上有由正方形和线段组成的规则无限重复图案。</w:t>
      </w:r>
    </w:p>
    <w:p>
      <w:pPr>
        <w:spacing w:before="80" w:after="80"/>
        <w:jc w:val="center"/>
      </w:pPr>
      <w:r>
        <w:drawing>
          <wp:inline xmlns:a="http://schemas.openxmlformats.org/drawingml/2006/main" xmlns:pic="http://schemas.openxmlformats.org/drawingml/2006/picture">
            <wp:extent cx="3790949" cy="543950"/>
            <wp:docPr id="1" name="Picture 1"/>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3790949" cy="543950"/>
                    </a:xfrm>
                    <a:prstGeom prst="rect"/>
                  </pic:spPr>
                </pic:pic>
              </a:graphicData>
            </a:graphic>
          </wp:inline>
        </w:drawing>
      </w:r>
    </w:p>
    <w:p>
      <w:pPr>
        <w:spacing w:before="0" w:after="80" w:line="300" w:lineRule="auto"/>
        <w:jc w:val="left"/>
      </w:pPr>
      <w:r>
        <w:rPr>
          <w:rFonts w:ascii="Times New Roman" w:hAnsi="Times New Roman" w:eastAsia="宋体"/>
          <w:b w:val="0"/>
          <w:i w:val="0"/>
          <w:sz w:val="21"/>
        </w:rPr>
        <w:t>除恒等变换外，在下面四类平面刚体运动中，有多少类的某个变换会把该图形变到自身？</w:t>
      </w:r>
    </w:p>
    <w:p>
      <w:pPr>
        <w:spacing w:before="0" w:after="80" w:line="300" w:lineRule="auto"/>
        <w:jc w:val="left"/>
      </w:pPr>
      <w:r>
        <w:rPr>
          <w:rFonts w:ascii="Times New Roman" w:hAnsi="Times New Roman" w:eastAsia="宋体"/>
          <w:b w:val="0"/>
          <w:i w:val="0"/>
          <w:sz w:val="21"/>
        </w:rPr>
        <w:t>• 绕直线 ell 上某点旋转</w:t>
      </w:r>
    </w:p>
    <w:p>
      <w:pPr>
        <w:spacing w:before="0" w:after="80" w:line="300" w:lineRule="auto"/>
        <w:jc w:val="left"/>
      </w:pPr>
      <w:r>
        <w:rPr>
          <w:rFonts w:ascii="Times New Roman" w:hAnsi="Times New Roman" w:eastAsia="宋体"/>
          <w:b w:val="0"/>
          <w:i w:val="0"/>
          <w:sz w:val="21"/>
        </w:rPr>
        <w:t>• 沿平行于直线 ell 的方向平移</w:t>
      </w:r>
    </w:p>
    <w:p>
      <w:pPr>
        <w:spacing w:before="0" w:after="80" w:line="300" w:lineRule="auto"/>
        <w:jc w:val="left"/>
      </w:pPr>
      <w:r>
        <w:rPr>
          <w:rFonts w:ascii="Times New Roman" w:hAnsi="Times New Roman" w:eastAsia="宋体"/>
          <w:b w:val="0"/>
          <w:i w:val="0"/>
          <w:sz w:val="21"/>
        </w:rPr>
        <w:t>• 关于直线 ell 反射</w:t>
      </w:r>
    </w:p>
    <w:p>
      <w:pPr>
        <w:spacing w:before="0" w:after="80" w:line="300" w:lineRule="auto"/>
        <w:jc w:val="left"/>
      </w:pPr>
      <w:r>
        <w:rPr>
          <w:rFonts w:ascii="Times New Roman" w:hAnsi="Times New Roman" w:eastAsia="宋体"/>
          <w:b w:val="0"/>
          <w:i w:val="0"/>
          <w:sz w:val="21"/>
        </w:rPr>
        <w:t>• 关于垂直于直线 ell 的某条直线反射</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below shows line ell with a regular, infinite, recurring pattern of squares and line segments.</w:t>
      </w:r>
    </w:p>
    <w:p>
      <w:pPr>
        <w:spacing w:before="80" w:after="80"/>
        <w:jc w:val="center"/>
      </w:pPr>
      <w:r>
        <w:drawing>
          <wp:inline xmlns:a="http://schemas.openxmlformats.org/drawingml/2006/main" xmlns:pic="http://schemas.openxmlformats.org/drawingml/2006/picture">
            <wp:extent cx="3790949" cy="543950"/>
            <wp:docPr id="2" name="Picture 2"/>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3790949" cy="54395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How many of the following four kinds of rigid motion transformations of the plane in which this figure is drawn, other than the identity transformation, will transform this figure into itself?</w:t>
      </w:r>
    </w:p>
    <w:p>
      <w:pPr>
        <w:spacing w:before="0" w:after="80" w:line="300" w:lineRule="auto"/>
        <w:jc w:val="left"/>
      </w:pPr>
      <w:r>
        <w:rPr>
          <w:rFonts w:ascii="Times New Roman" w:hAnsi="Times New Roman" w:eastAsia="宋体"/>
          <w:b w:val="0"/>
          <w:i w:val="0"/>
          <w:color w:val="333333"/>
          <w:sz w:val="19"/>
        </w:rPr>
        <w:t>• some rotation around a point of line ell</w:t>
      </w:r>
    </w:p>
    <w:p>
      <w:pPr>
        <w:spacing w:before="0" w:after="80" w:line="300" w:lineRule="auto"/>
        <w:jc w:val="left"/>
      </w:pPr>
      <w:r>
        <w:rPr>
          <w:rFonts w:ascii="Times New Roman" w:hAnsi="Times New Roman" w:eastAsia="宋体"/>
          <w:b w:val="0"/>
          <w:i w:val="0"/>
          <w:color w:val="333333"/>
          <w:sz w:val="19"/>
        </w:rPr>
        <w:t>• some translation in the direction parallel to line ell</w:t>
      </w:r>
    </w:p>
    <w:p>
      <w:pPr>
        <w:spacing w:before="0" w:after="80" w:line="300" w:lineRule="auto"/>
        <w:jc w:val="left"/>
      </w:pPr>
      <w:r>
        <w:rPr>
          <w:rFonts w:ascii="Times New Roman" w:hAnsi="Times New Roman" w:eastAsia="宋体"/>
          <w:b w:val="0"/>
          <w:i w:val="0"/>
          <w:color w:val="333333"/>
          <w:sz w:val="19"/>
        </w:rPr>
        <w:t>• the reflection across line ell</w:t>
      </w:r>
    </w:p>
    <w:p>
      <w:pPr>
        <w:spacing w:before="0" w:after="80" w:line="300" w:lineRule="auto"/>
        <w:jc w:val="left"/>
      </w:pPr>
      <w:r>
        <w:rPr>
          <w:rFonts w:ascii="Times New Roman" w:hAnsi="Times New Roman" w:eastAsia="宋体"/>
          <w:b w:val="0"/>
          <w:i w:val="0"/>
          <w:color w:val="333333"/>
          <w:sz w:val="19"/>
        </w:rPr>
        <w:t>• some reflection across a line perpendicular to line ell</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最大的三位正整数 n 是多少，使得前 n 个正整数之和 不是 前 n 个正整数之积的因子？</w:t>
      </w:r>
    </w:p>
    <w:p>
      <w:pPr>
        <w:spacing w:before="0" w:after="120" w:line="300" w:lineRule="auto"/>
      </w:pPr>
      <w:r>
        <w:rPr>
          <w:rFonts w:ascii="Times New Roman" w:hAnsi="Times New Roman" w:eastAsia="宋体"/>
          <w:b w:val="0"/>
          <w:i w:val="0"/>
          <w:sz w:val="21"/>
        </w:rPr>
        <w:t>（A）995　　（B）996　　（C）997　　（D）998　　（E）999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greatest three-digit positive integer n for which the sum of the first n positive integers is not a divisor of the product of the first n positive integers?</w:t>
      </w:r>
    </w:p>
    <w:p>
      <w:pPr>
        <w:spacing w:before="0" w:after="160" w:line="300" w:lineRule="auto"/>
      </w:pPr>
      <w:r>
        <w:rPr>
          <w:rFonts w:ascii="Times New Roman" w:hAnsi="Times New Roman" w:eastAsia="宋体"/>
          <w:b w:val="0"/>
          <w:i w:val="0"/>
          <w:color w:val="333333"/>
          <w:sz w:val="19"/>
        </w:rPr>
        <w:t>(A) 995　　(B) 996　　(C) 997　　(D) 998　　(E) 999</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 10 英尺宽、17 英尺长的矩形地板铺有 170 块一英尺见方的方砖。一只虫子从一个角沿直线走到对角。包括第一块和最后一块方砖在内，它经过多少块方砖？</w:t>
      </w:r>
    </w:p>
    <w:p>
      <w:pPr>
        <w:spacing w:before="0" w:after="120" w:line="300" w:lineRule="auto"/>
      </w:pPr>
      <w:r>
        <w:rPr>
          <w:rFonts w:ascii="Times New Roman" w:hAnsi="Times New Roman" w:eastAsia="宋体"/>
          <w:b w:val="0"/>
          <w:i w:val="0"/>
          <w:sz w:val="21"/>
        </w:rPr>
        <w:t>（A）17　　（B）25　　（C）26　　（D）27　　（E）28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floor that is 10 feet wide and 17 feet long is tiled with 170 one-foot square tiles. A bug walks from one corner to the opposite corner in a straight line. Including the first and the last tile, how many tiles does the bug visit?</w:t>
      </w:r>
    </w:p>
    <w:p>
      <w:pPr>
        <w:spacing w:before="0" w:after="160" w:line="300" w:lineRule="auto"/>
      </w:pPr>
      <w:r>
        <w:rPr>
          <w:rFonts w:ascii="Times New Roman" w:hAnsi="Times New Roman" w:eastAsia="宋体"/>
          <w:b w:val="0"/>
          <w:i w:val="0"/>
          <w:color w:val="333333"/>
          <w:sz w:val="19"/>
        </w:rPr>
        <w:t>(A) 17　　(B) 25　　(C) 26　　(D) 27　　(E) 28</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201⁹ 的正整数因子中，有多少个是完全平方数或完全立方数（或两者都是）？</w:t>
      </w:r>
    </w:p>
    <w:p>
      <w:pPr>
        <w:spacing w:before="0" w:after="120" w:line="300" w:lineRule="auto"/>
      </w:pPr>
      <w:r>
        <w:rPr>
          <w:rFonts w:ascii="Times New Roman" w:hAnsi="Times New Roman" w:eastAsia="宋体"/>
          <w:b w:val="0"/>
          <w:i w:val="0"/>
          <w:sz w:val="21"/>
        </w:rPr>
        <w:t>（A）32　　（B）36　　（C）37　　（D）39　　（E）41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positive integer divisors of 201⁹ are perfect squares or perfect cubes (or both)?</w:t>
      </w:r>
    </w:p>
    <w:p>
      <w:pPr>
        <w:spacing w:before="0" w:after="160" w:line="300" w:lineRule="auto"/>
      </w:pPr>
      <w:r>
        <w:rPr>
          <w:rFonts w:ascii="Times New Roman" w:hAnsi="Times New Roman" w:eastAsia="宋体"/>
          <w:b w:val="0"/>
          <w:i w:val="0"/>
          <w:color w:val="333333"/>
          <w:sz w:val="19"/>
        </w:rPr>
        <w:t>(A) 32　　(B) 36　　(C) 37　　(D) 39　　(E) 41</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Melanie 计算 2019 年各月日期所组成的 365 个数的平均数 μ、中位数 M 和众数。因此数据中有 12 个 1、12 个 2、……、12 个 28、11 个 29、11 个 30 和 7 个 31。令 d 为所有众数的中位数。下面哪个说法正确？</w:t>
      </w:r>
    </w:p>
    <w:p>
      <w:pPr>
        <w:spacing w:before="0" w:after="120" w:line="300" w:lineRule="auto"/>
      </w:pPr>
      <w:r>
        <w:rPr>
          <w:rFonts w:ascii="Times New Roman" w:hAnsi="Times New Roman" w:eastAsia="宋体"/>
          <w:b w:val="0"/>
          <w:i w:val="0"/>
          <w:sz w:val="21"/>
        </w:rPr>
        <w:t>（A）μ &lt; d &lt; M　　（B）M &lt; d &lt; μ　　（C）d = M =μ　　（D）d &lt; M &lt; μ　　（E）d &lt; μ &lt; M</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Melanie computes the mean μ, the median M, and the modes of the 365 values that are the dates in the months of 2019. Thus her data consist of 12 copies of 1, 12 copies of 2, and so on through 12 copies of 28, then 11 copies of 29, 11 copies of 30, and 7 copies of 31. Let d be the median of the modes. Which of the following statements is true?</w:t>
      </w:r>
    </w:p>
    <w:p>
      <w:pPr>
        <w:spacing w:before="0" w:after="160" w:line="300" w:lineRule="auto"/>
      </w:pPr>
      <w:r>
        <w:rPr>
          <w:rFonts w:ascii="Times New Roman" w:hAnsi="Times New Roman" w:eastAsia="宋体"/>
          <w:b w:val="0"/>
          <w:i w:val="0"/>
          <w:color w:val="333333"/>
          <w:sz w:val="19"/>
        </w:rPr>
        <w:t>(A) μ &lt; d &lt; M　　(B) M &lt; d &lt; μ　　(C) d = M =μ　　(D) d &lt; M &lt; μ　　(E) d &lt; μ &lt; M</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设 △ ABC 是等腰三角形，BC = AC，且 ∠ ACB = 40°。以 BC 为直径作圆，令 D 和 E 分别为该圆与边 AC 和 AB 的另一个交点。令 F 为四边形 BCDE 的两条对角线交点。求 ∠ BFC 的度数。</w:t>
      </w:r>
    </w:p>
    <w:p>
      <w:pPr>
        <w:spacing w:before="0" w:after="120" w:line="300" w:lineRule="auto"/>
      </w:pPr>
      <w:r>
        <w:rPr>
          <w:rFonts w:ascii="Times New Roman" w:hAnsi="Times New Roman" w:eastAsia="宋体"/>
          <w:b w:val="0"/>
          <w:i w:val="0"/>
          <w:sz w:val="21"/>
        </w:rPr>
        <w:t>（A）90　　（B）100　　（C）105　　（D）110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 ABC be an isosceles triangle with BC = AC and ∠ ACB = 40°. Construct the circle with diameter BC, and let D and E be the other intersection points of the circle with the sides AC and AB, respectively. Let F be the intersection of the diagonals of the quadrilateral BCDE. What is the degree measure of ∠ BFC ?</w:t>
      </w:r>
    </w:p>
    <w:p>
      <w:pPr>
        <w:spacing w:before="0" w:after="160" w:line="300" w:lineRule="auto"/>
      </w:pPr>
      <w:r>
        <w:rPr>
          <w:rFonts w:ascii="Times New Roman" w:hAnsi="Times New Roman" w:eastAsia="宋体"/>
          <w:b w:val="0"/>
          <w:i w:val="0"/>
          <w:color w:val="333333"/>
          <w:sz w:val="19"/>
        </w:rPr>
        <w:t>(A) 90　　(B) 100　　(C) 105　　(D) 110　　(E) 120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平面中有四条不同的直线，恰好有 N 个不同的点位于两条或更多条直线上。所有可能的 N 值之和是多少？</w:t>
      </w:r>
    </w:p>
    <w:p>
      <w:pPr>
        <w:spacing w:before="0" w:after="120" w:line="300" w:lineRule="auto"/>
      </w:pPr>
      <w:r>
        <w:rPr>
          <w:rFonts w:ascii="Times New Roman" w:hAnsi="Times New Roman" w:eastAsia="宋体"/>
          <w:b w:val="0"/>
          <w:i w:val="0"/>
          <w:sz w:val="21"/>
        </w:rPr>
        <w:t>（A）14　　（B）16　　（C）18　　（D）19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set of four distinct lines in a plane, there are exactly N distinct points that lie on two or more of the lines. What is the sum of all possible values of N?</w:t>
      </w:r>
    </w:p>
    <w:p>
      <w:pPr>
        <w:spacing w:before="0" w:after="160" w:line="300" w:lineRule="auto"/>
      </w:pPr>
      <w:r>
        <w:rPr>
          <w:rFonts w:ascii="Times New Roman" w:hAnsi="Times New Roman" w:eastAsia="宋体"/>
          <w:b w:val="0"/>
          <w:i w:val="0"/>
          <w:color w:val="333333"/>
          <w:sz w:val="19"/>
        </w:rPr>
        <w:t>(A) 14　　(B) 16　　(C) 18　　(D) 19　　(E) 21</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数列递归定义为 a₁ = 1，a₂ = 3/7，且对所有 n ≥ 3，有</w:t>
      </w:r>
    </w:p>
    <w:p>
      <w:pPr>
        <w:spacing w:before="0" w:after="80" w:line="300" w:lineRule="auto"/>
        <w:jc w:val="left"/>
      </w:pPr>
      <w:r>
        <w:rPr>
          <w:rFonts w:ascii="Times New Roman" w:hAnsi="Times New Roman" w:eastAsia="宋体"/>
          <w:b w:val="0"/>
          <w:i w:val="0"/>
          <w:sz w:val="21"/>
        </w:rPr>
        <w:t>aₙ=(aₙ₋₂ · aₙ₋₁)/(2aₙ₋₂ - aₙ₋₁)</w:t>
      </w:r>
    </w:p>
    <w:p>
      <w:pPr>
        <w:spacing w:before="0" w:after="80" w:line="300" w:lineRule="auto"/>
        <w:jc w:val="left"/>
      </w:pPr>
      <w:r>
        <w:rPr>
          <w:rFonts w:ascii="Times New Roman" w:hAnsi="Times New Roman" w:eastAsia="宋体"/>
          <w:b w:val="0"/>
          <w:i w:val="0"/>
          <w:sz w:val="21"/>
        </w:rPr>
        <w:t>a₂₀₁₉ 可写成 p/q，其中 p 和 q 为互质正整数。求 p+q 。</w:t>
      </w:r>
    </w:p>
    <w:p>
      <w:pPr>
        <w:spacing w:before="0" w:after="120" w:line="300" w:lineRule="auto"/>
      </w:pPr>
      <w:r>
        <w:rPr>
          <w:rFonts w:ascii="Times New Roman" w:hAnsi="Times New Roman" w:eastAsia="宋体"/>
          <w:b w:val="0"/>
          <w:i w:val="0"/>
          <w:sz w:val="21"/>
        </w:rPr>
        <w:t>（A）2020　　（B）4039　　（C）6057　　（D）6061　　（E）8078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sequence of numbers is defined recursively by a₁ = 1, a₂ = 3/7, and</w:t>
      </w:r>
    </w:p>
    <w:p>
      <w:pPr>
        <w:spacing w:before="0" w:after="80" w:line="300" w:lineRule="auto"/>
        <w:jc w:val="left"/>
      </w:pPr>
      <w:r>
        <w:rPr>
          <w:rFonts w:ascii="Times New Roman" w:hAnsi="Times New Roman" w:eastAsia="宋体"/>
          <w:b w:val="0"/>
          <w:i w:val="0"/>
          <w:color w:val="333333"/>
          <w:sz w:val="19"/>
        </w:rPr>
        <w:t>aₙ=(aₙ₋₂ · aₙ₋₁)/(2aₙ₋₂ - aₙ₋₁)</w:t>
      </w:r>
    </w:p>
    <w:p>
      <w:pPr>
        <w:spacing w:before="0" w:after="80" w:line="300" w:lineRule="auto"/>
        <w:jc w:val="left"/>
      </w:pPr>
      <w:r>
        <w:rPr>
          <w:rFonts w:ascii="Times New Roman" w:hAnsi="Times New Roman" w:eastAsia="宋体"/>
          <w:b w:val="0"/>
          <w:i w:val="0"/>
          <w:color w:val="333333"/>
          <w:sz w:val="19"/>
        </w:rPr>
        <w:t>for all n ≥ 3. Then a₂₀₁₉ can be written as p/q, where p and q are relatively prime positive integers. What is p+q ?</w:t>
      </w:r>
    </w:p>
    <w:p>
      <w:pPr>
        <w:spacing w:before="0" w:after="160" w:line="300" w:lineRule="auto"/>
      </w:pPr>
      <w:r>
        <w:rPr>
          <w:rFonts w:ascii="Times New Roman" w:hAnsi="Times New Roman" w:eastAsia="宋体"/>
          <w:b w:val="0"/>
          <w:i w:val="0"/>
          <w:color w:val="333333"/>
          <w:sz w:val="19"/>
        </w:rPr>
        <w:t>(A) 2020　　(B) 4039　　(C) 6057　　(D) 6061　　(E) 8078</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下图显示了一个大圆内的 13 个半径为 1 的圆，所有交点都是切点。求图中位于大圆内部、所有半径为 1 的小圆外部的阴影区域面积。</w:t>
      </w:r>
    </w:p>
    <w:p>
      <w:pPr>
        <w:spacing w:before="80" w:after="80"/>
        <w:jc w:val="center"/>
      </w:pPr>
      <w:r>
        <w:drawing>
          <wp:inline xmlns:a="http://schemas.openxmlformats.org/drawingml/2006/main" xmlns:pic="http://schemas.openxmlformats.org/drawingml/2006/picture">
            <wp:extent cx="1368274" cy="1368274"/>
            <wp:docPr id="3" name="Picture 3"/>
            <wp:cNvGraphicFramePr>
              <a:graphicFrameLocks noChangeAspect="1"/>
            </wp:cNvGraphicFramePr>
            <a:graphic>
              <a:graphicData uri="http://schemas.openxmlformats.org/drawingml/2006/picture">
                <pic:pic>
                  <pic:nvPicPr>
                    <pic:cNvPr id="0" name="q16-1@300dpi.png"/>
                    <pic:cNvPicPr/>
                  </pic:nvPicPr>
                  <pic:blipFill>
                    <a:blip r:embed="rId10"/>
                    <a:stretch>
                      <a:fillRect/>
                    </a:stretch>
                  </pic:blipFill>
                  <pic:spPr>
                    <a:xfrm>
                      <a:off x="0" y="0"/>
                      <a:ext cx="1368274" cy="1368274"/>
                    </a:xfrm>
                    <a:prstGeom prst="rect"/>
                  </pic:spPr>
                </pic:pic>
              </a:graphicData>
            </a:graphic>
          </wp:inline>
        </w:drawing>
      </w:r>
    </w:p>
    <w:p>
      <w:pPr>
        <w:spacing w:before="0" w:after="120" w:line="300" w:lineRule="auto"/>
      </w:pPr>
      <w:r>
        <w:rPr>
          <w:rFonts w:ascii="Times New Roman" w:hAnsi="Times New Roman" w:eastAsia="宋体"/>
          <w:b w:val="0"/>
          <w:i w:val="0"/>
          <w:sz w:val="21"/>
        </w:rPr>
        <w:t>（A）4 π √(3)　　（B）7 π　　（C）π(3√(3) +2)　　（D）10 π (√(3) - 1)　　（E）π(√(3) + 6)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below shows 13 circles of radius 1 within a larger circle. All the intersections occur at points of tangency. What is the area of the region, shaded in the figure, inside the larger circle but outside all the circles of radius 1?</w:t>
      </w:r>
    </w:p>
    <w:p>
      <w:pPr>
        <w:spacing w:before="80" w:after="80"/>
        <w:jc w:val="center"/>
      </w:pPr>
      <w:r>
        <w:drawing>
          <wp:inline xmlns:a="http://schemas.openxmlformats.org/drawingml/2006/main" xmlns:pic="http://schemas.openxmlformats.org/drawingml/2006/picture">
            <wp:extent cx="1368274" cy="1368274"/>
            <wp:docPr id="4" name="Picture 4"/>
            <wp:cNvGraphicFramePr>
              <a:graphicFrameLocks noChangeAspect="1"/>
            </wp:cNvGraphicFramePr>
            <a:graphic>
              <a:graphicData uri="http://schemas.openxmlformats.org/drawingml/2006/picture">
                <pic:pic>
                  <pic:nvPicPr>
                    <pic:cNvPr id="0" name="q16-1@300dpi.png"/>
                    <pic:cNvPicPr/>
                  </pic:nvPicPr>
                  <pic:blipFill>
                    <a:blip r:embed="rId10"/>
                    <a:stretch>
                      <a:fillRect/>
                    </a:stretch>
                  </pic:blipFill>
                  <pic:spPr>
                    <a:xfrm>
                      <a:off x="0" y="0"/>
                      <a:ext cx="1368274" cy="136827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π √(3)　　(B) 7 π　　(C) π(3√(3) +2)　　(D) 10 π (√(3) - 1)　　(E) π(√(3) + 6)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一个孩子用形状相同但颜色不同的立方体搭塔。用 2 个红色立方体、3 个蓝色立方体和 4 个绿色立方体，可以搭出多少种高度为 8 个立方体的不同塔？（会剩下一个立方体。）</w:t>
      </w:r>
    </w:p>
    <w:p>
      <w:pPr>
        <w:spacing w:before="0" w:after="120" w:line="300" w:lineRule="auto"/>
      </w:pPr>
      <w:r>
        <w:rPr>
          <w:rFonts w:ascii="Times New Roman" w:hAnsi="Times New Roman" w:eastAsia="宋体"/>
          <w:b w:val="0"/>
          <w:i w:val="0"/>
          <w:sz w:val="21"/>
        </w:rPr>
        <w:t>（A）24　　（B）288　　（C）312　　（D）1,260　　（E）40,320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child builds towers using identically shaped cubes of different colors. How many different towers with a height 8 cubes can the child build with 2 red cubes, 3 blue cubes, and 4 green cubes? (One cube will be left out.)</w:t>
      </w:r>
    </w:p>
    <w:p>
      <w:pPr>
        <w:spacing w:before="0" w:after="160" w:line="300" w:lineRule="auto"/>
      </w:pPr>
      <w:r>
        <w:rPr>
          <w:rFonts w:ascii="Times New Roman" w:hAnsi="Times New Roman" w:eastAsia="宋体"/>
          <w:b w:val="0"/>
          <w:i w:val="0"/>
          <w:color w:val="333333"/>
          <w:sz w:val="19"/>
        </w:rPr>
        <w:t>(A) 24　　(B) 288　　(C) 312　　(D) 1,260　　(E) 40,320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对某个正整数 k，十进制分数 7/51 的 k 进制循环表示为</w:t>
      </w:r>
    </w:p>
    <w:p>
      <w:pPr>
        <w:spacing w:before="0" w:after="80" w:line="300" w:lineRule="auto"/>
        <w:jc w:val="left"/>
      </w:pPr>
      <w:r>
        <w:rPr>
          <w:rFonts w:ascii="Times New Roman" w:hAnsi="Times New Roman" w:eastAsia="宋体"/>
          <w:b w:val="0"/>
          <w:i w:val="0"/>
          <w:sz w:val="21"/>
        </w:rPr>
        <w:t>0.23ₖ = 0.232323...ₖ。</w:t>
      </w:r>
    </w:p>
    <w:p>
      <w:pPr>
        <w:spacing w:before="0" w:after="80" w:line="300" w:lineRule="auto"/>
        <w:jc w:val="left"/>
      </w:pPr>
      <w:r>
        <w:rPr>
          <w:rFonts w:ascii="Times New Roman" w:hAnsi="Times New Roman" w:eastAsia="宋体"/>
          <w:b w:val="0"/>
          <w:i w:val="0"/>
          <w:sz w:val="21"/>
        </w:rPr>
        <w:t>求 k。</w:t>
      </w:r>
    </w:p>
    <w:p>
      <w:pPr>
        <w:spacing w:before="0" w:after="120" w:line="300" w:lineRule="auto"/>
      </w:pPr>
      <w:r>
        <w:rPr>
          <w:rFonts w:ascii="Times New Roman" w:hAnsi="Times New Roman" w:eastAsia="宋体"/>
          <w:b w:val="0"/>
          <w:i w:val="0"/>
          <w:sz w:val="21"/>
        </w:rPr>
        <w:t>（A）13　　（B）14　　（C）15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some positive integer k, the repeating base-k representation of the (base-ten) fraction 7/51 is</w:t>
      </w:r>
    </w:p>
    <w:p>
      <w:pPr>
        <w:spacing w:before="0" w:after="80" w:line="300" w:lineRule="auto"/>
        <w:jc w:val="left"/>
      </w:pPr>
      <w:r>
        <w:rPr>
          <w:rFonts w:ascii="Times New Roman" w:hAnsi="Times New Roman" w:eastAsia="宋体"/>
          <w:b w:val="0"/>
          <w:i w:val="0"/>
          <w:color w:val="333333"/>
          <w:sz w:val="19"/>
        </w:rPr>
        <w:t>0.23ₖ = 0.232323...ₖ.</w:t>
      </w:r>
    </w:p>
    <w:p>
      <w:pPr>
        <w:spacing w:before="0" w:after="80" w:line="300" w:lineRule="auto"/>
        <w:jc w:val="left"/>
      </w:pPr>
      <w:r>
        <w:rPr>
          <w:rFonts w:ascii="Times New Roman" w:hAnsi="Times New Roman" w:eastAsia="宋体"/>
          <w:b w:val="0"/>
          <w:i w:val="0"/>
          <w:color w:val="333333"/>
          <w:sz w:val="19"/>
        </w:rPr>
        <w:t>What is k?</w:t>
      </w:r>
    </w:p>
    <w:p>
      <w:pPr>
        <w:spacing w:before="0" w:after="160" w:line="300" w:lineRule="auto"/>
      </w:pPr>
      <w:r>
        <w:rPr>
          <w:rFonts w:ascii="Times New Roman" w:hAnsi="Times New Roman" w:eastAsia="宋体"/>
          <w:b w:val="0"/>
          <w:i w:val="0"/>
          <w:color w:val="333333"/>
          <w:sz w:val="19"/>
        </w:rPr>
        <w:t>(A) 13　　(B) 14　　(C) 15　　(D) 16　　(E) 17</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当 x 为实数时，下式</w:t>
      </w:r>
    </w:p>
    <w:p>
      <w:pPr>
        <w:spacing w:before="0" w:after="80" w:line="300" w:lineRule="auto"/>
        <w:jc w:val="left"/>
      </w:pPr>
      <w:r>
        <w:rPr>
          <w:rFonts w:ascii="Times New Roman" w:hAnsi="Times New Roman" w:eastAsia="宋体"/>
          <w:b w:val="0"/>
          <w:i w:val="0"/>
          <w:sz w:val="21"/>
        </w:rPr>
        <w:t>(x+1)(x+2)(x+3)(x+4)</w:t>
      </w:r>
    </w:p>
    <w:p>
      <w:pPr>
        <w:spacing w:before="0" w:after="80" w:line="300" w:lineRule="auto"/>
        <w:jc w:val="left"/>
      </w:pPr>
      <w:r>
        <w:rPr>
          <w:rFonts w:ascii="Times New Roman" w:hAnsi="Times New Roman" w:eastAsia="宋体"/>
          <w:b w:val="0"/>
          <w:i w:val="0"/>
          <w:sz w:val="21"/>
        </w:rPr>
        <w:t>+2019</w:t>
      </w:r>
    </w:p>
    <w:p>
      <w:pPr>
        <w:spacing w:before="0" w:after="80" w:line="300" w:lineRule="auto"/>
        <w:jc w:val="left"/>
      </w:pPr>
      <w:r>
        <w:rPr>
          <w:rFonts w:ascii="Times New Roman" w:hAnsi="Times New Roman" w:eastAsia="宋体"/>
          <w:b w:val="0"/>
          <w:i w:val="0"/>
          <w:sz w:val="21"/>
        </w:rPr>
        <w:t>的最小可能值是多少？</w:t>
      </w:r>
    </w:p>
    <w:p>
      <w:pPr>
        <w:spacing w:before="0" w:after="120" w:line="300" w:lineRule="auto"/>
      </w:pPr>
      <w:r>
        <w:rPr>
          <w:rFonts w:ascii="Times New Roman" w:hAnsi="Times New Roman" w:eastAsia="宋体"/>
          <w:b w:val="0"/>
          <w:i w:val="0"/>
          <w:sz w:val="21"/>
        </w:rPr>
        <w:t>（A）2017　　（B）2018　　（C）2019　　（D）2020　　（E）2021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least possible value of</w:t>
      </w:r>
    </w:p>
    <w:p>
      <w:pPr>
        <w:spacing w:before="0" w:after="80" w:line="300" w:lineRule="auto"/>
        <w:jc w:val="left"/>
      </w:pPr>
      <w:r>
        <w:rPr>
          <w:rFonts w:ascii="Times New Roman" w:hAnsi="Times New Roman" w:eastAsia="宋体"/>
          <w:b w:val="0"/>
          <w:i w:val="0"/>
          <w:color w:val="333333"/>
          <w:sz w:val="19"/>
        </w:rPr>
        <w:t>(x+1)(x+2)(x+3)(x+4)</w:t>
      </w:r>
    </w:p>
    <w:p>
      <w:pPr>
        <w:spacing w:before="0" w:after="80" w:line="300" w:lineRule="auto"/>
        <w:jc w:val="left"/>
      </w:pPr>
      <w:r>
        <w:rPr>
          <w:rFonts w:ascii="Times New Roman" w:hAnsi="Times New Roman" w:eastAsia="宋体"/>
          <w:b w:val="0"/>
          <w:i w:val="0"/>
          <w:color w:val="333333"/>
          <w:sz w:val="19"/>
        </w:rPr>
        <w:t>+2019,</w:t>
      </w:r>
    </w:p>
    <w:p>
      <w:pPr>
        <w:spacing w:before="0" w:after="80" w:line="300" w:lineRule="auto"/>
        <w:jc w:val="left"/>
      </w:pPr>
      <w:r>
        <w:rPr>
          <w:rFonts w:ascii="Times New Roman" w:hAnsi="Times New Roman" w:eastAsia="宋体"/>
          <w:b w:val="0"/>
          <w:i w:val="0"/>
          <w:color w:val="333333"/>
          <w:sz w:val="19"/>
        </w:rPr>
        <w:t>where x is a real number?</w:t>
      </w:r>
    </w:p>
    <w:p>
      <w:pPr>
        <w:spacing w:before="0" w:after="160" w:line="300" w:lineRule="auto"/>
      </w:pPr>
      <w:r>
        <w:rPr>
          <w:rFonts w:ascii="Times New Roman" w:hAnsi="Times New Roman" w:eastAsia="宋体"/>
          <w:b w:val="0"/>
          <w:i w:val="0"/>
          <w:color w:val="333333"/>
          <w:sz w:val="19"/>
        </w:rPr>
        <w:t>(A) 2017　　(B) 2018　　(C) 2019　　(D) 2020　　(E) 2021</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数字 1，2，…，9 被随机放入 3 × 3 方格的 9 个格子中。每格一个数，每个数用一次。每一行和每一列的数字和都是奇数的概率是多少？</w:t>
      </w:r>
    </w:p>
    <w:p>
      <w:pPr>
        <w:spacing w:before="0" w:after="120" w:line="300" w:lineRule="auto"/>
      </w:pPr>
      <w:r>
        <w:rPr>
          <w:rFonts w:ascii="Times New Roman" w:hAnsi="Times New Roman" w:eastAsia="宋体"/>
          <w:b w:val="0"/>
          <w:i w:val="0"/>
          <w:sz w:val="21"/>
        </w:rPr>
        <w:t>（A）1/21　　（B）1/14　　（C）5/63　　（D）2/21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1, 2, …, 9 are randomly placed into the 9 squares of a 3 × 3 grid. Each square gets one number, and each of the numbers is used once. What is the probability that the sum of the numbers in each row and each column is odd?</w:t>
      </w:r>
    </w:p>
    <w:p>
      <w:pPr>
        <w:spacing w:before="0" w:after="160" w:line="300" w:lineRule="auto"/>
      </w:pPr>
      <w:r>
        <w:rPr>
          <w:rFonts w:ascii="Times New Roman" w:hAnsi="Times New Roman" w:eastAsia="宋体"/>
          <w:b w:val="0"/>
          <w:i w:val="0"/>
          <w:color w:val="333333"/>
          <w:sz w:val="19"/>
        </w:rPr>
        <w:t>(A) 1/21　　(B) 1/14　　(C) 5/63　　(D) 2/21　　(E) 1/7</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空间中有一个以 O 为球心、半径为 6 的球，以及一个边长为 15，15 和 24 的三角形。三角形的每一条边都与球相切。求 O 到该三角形所在平面的距离。</w:t>
      </w:r>
    </w:p>
    <w:p>
      <w:pPr>
        <w:spacing w:before="0" w:after="120" w:line="300" w:lineRule="auto"/>
      </w:pPr>
      <w:r>
        <w:rPr>
          <w:rFonts w:ascii="Times New Roman" w:hAnsi="Times New Roman" w:eastAsia="宋体"/>
          <w:b w:val="0"/>
          <w:i w:val="0"/>
          <w:sz w:val="21"/>
        </w:rPr>
        <w:t>（A）2√(3)　　（B）4　　（C）3√(2)　　（D）2√(5)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sphere with center O has radius 6. A triangle with sides of length 15, 15, and 24 is situated in space so that each of its sides is tangent to the sphere. What is the distance between O and the plane determined by the triangle?</w:t>
      </w:r>
    </w:p>
    <w:p>
      <w:pPr>
        <w:spacing w:before="0" w:after="160" w:line="300" w:lineRule="auto"/>
      </w:pPr>
      <w:r>
        <w:rPr>
          <w:rFonts w:ascii="Times New Roman" w:hAnsi="Times New Roman" w:eastAsia="宋体"/>
          <w:b w:val="0"/>
          <w:i w:val="0"/>
          <w:color w:val="333333"/>
          <w:sz w:val="19"/>
        </w:rPr>
        <w:t>(A) 2√(3)　　(B) 4　　(C) 3√(2)　　(D) 2√(5)　　(E) 5</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按如下方式选择从 0 到 1（含端点）的实数：先抛一枚公平硬币。若为正面，再抛一次，第二次为正面则选 0，第二次为反面则选 1；若第一次为反面，则从闭区间 [0,1] 中均匀随机选择一个数。两个随机数 x 和 y 独立地按这种方式选择。求 |x-y| &gt; 1/2 的概率。</w:t>
      </w:r>
    </w:p>
    <w:p>
      <w:pPr>
        <w:spacing w:before="0" w:after="120" w:line="300" w:lineRule="auto"/>
      </w:pPr>
      <w:r>
        <w:rPr>
          <w:rFonts w:ascii="Times New Roman" w:hAnsi="Times New Roman" w:eastAsia="宋体"/>
          <w:b w:val="0"/>
          <w:i w:val="0"/>
          <w:sz w:val="21"/>
        </w:rPr>
        <w:t>（A）1/3　　（B）7/16　　（C）1/2　　（D）9/16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Real numbers between 0 and 1, inclusive, are chosen in the following manner. A fair coin is flipped. If it lands heads, then it is flipped again and the chosen number is 0 if the second flip is heads, and 1 if the second flip is tails. On the other hand, if the first coin flip is tails, then the number is chosen uniformly at random from the closed interval [0,1]. Two random numbers x and y are chosen independently in this manner. What is the probability that |x-y| &gt; 1/2?</w:t>
      </w:r>
    </w:p>
    <w:p>
      <w:pPr>
        <w:spacing w:before="0" w:after="160" w:line="300" w:lineRule="auto"/>
      </w:pPr>
      <w:r>
        <w:rPr>
          <w:rFonts w:ascii="Times New Roman" w:hAnsi="Times New Roman" w:eastAsia="宋体"/>
          <w:b w:val="0"/>
          <w:i w:val="0"/>
          <w:color w:val="333333"/>
          <w:sz w:val="19"/>
        </w:rPr>
        <w:t>(A) 1/3　　(B) 7/16　　(C) 1/2　　(D) 9/16　　(E) 2/3</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Travis 要照看难缠的 Thompson 三胞胎。知道他们喜欢大数，Travis 为他们设计了一个数数游戏。先由 Tadd 说数字 1，然后 Todd 必须说接下来的两个数（2 和 3），接着 Tucker 必须说接下来的三个数（4、5、6），再由 Tadd 说接下来的四个数（7、8、9、10）。此后仍按三个孩子的顺序轮流，每个孩子说的数都比前一个孩子多一个，直到数到 10,000。Tadd 说出的第 2019 个数是多少？</w:t>
      </w:r>
    </w:p>
    <w:p>
      <w:pPr>
        <w:spacing w:before="0" w:after="120" w:line="300" w:lineRule="auto"/>
      </w:pPr>
      <w:r>
        <w:rPr>
          <w:rFonts w:ascii="Times New Roman" w:hAnsi="Times New Roman" w:eastAsia="宋体"/>
          <w:b w:val="0"/>
          <w:i w:val="0"/>
          <w:sz w:val="21"/>
        </w:rPr>
        <w:t>（A）5743　　（B）5885　　（C）5979　　（D）6001　　（E）6011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Travis has to babysit the terrible Thompson triplets. Knowing that they love big numbers, Travis devises a counting game for them. First Tadd will say the number 1, then Todd must say the next two numbers (2 and 3), then Tucker must say the next three numbers (4, 5, 6), then Tadd must say the next four numbers (7, 8, 9, 10), and the process continues to rotate through the three children in order, each saying one more number than the previous child did, until the number 10,000 is reached. What is the 2019th number said by Tadd?</w:t>
      </w:r>
    </w:p>
    <w:p>
      <w:pPr>
        <w:spacing w:before="0" w:after="160" w:line="300" w:lineRule="auto"/>
      </w:pPr>
      <w:r>
        <w:rPr>
          <w:rFonts w:ascii="Times New Roman" w:hAnsi="Times New Roman" w:eastAsia="宋体"/>
          <w:b w:val="0"/>
          <w:i w:val="0"/>
          <w:color w:val="333333"/>
          <w:sz w:val="19"/>
        </w:rPr>
        <w:t>(A) 5743　　(B) 5885　　(C) 5979　　(D) 6001　　(E) 6011</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设 p、q 和 r 是多项式</w:t>
      </w:r>
    </w:p>
    <w:p>
      <w:pPr>
        <w:spacing w:before="0" w:after="80" w:line="300" w:lineRule="auto"/>
        <w:jc w:val="left"/>
      </w:pPr>
      <w:r>
        <w:rPr>
          <w:rFonts w:ascii="Times New Roman" w:hAnsi="Times New Roman" w:eastAsia="宋体"/>
          <w:b w:val="0"/>
          <w:i w:val="0"/>
          <w:sz w:val="21"/>
        </w:rPr>
        <w:t>x³ - 22x² + 80x - 67</w:t>
      </w:r>
    </w:p>
    <w:p>
      <w:pPr>
        <w:spacing w:before="0" w:after="80" w:line="300" w:lineRule="auto"/>
        <w:jc w:val="left"/>
      </w:pPr>
      <w:r>
        <w:rPr>
          <w:rFonts w:ascii="Times New Roman" w:hAnsi="Times New Roman" w:eastAsia="宋体"/>
          <w:b w:val="0"/>
          <w:i w:val="0"/>
          <w:sz w:val="21"/>
        </w:rPr>
        <w:t>的三个不同的根。存在实数 A、B 和 C，使得</w:t>
      </w:r>
    </w:p>
    <w:p>
      <w:pPr>
        <w:spacing w:before="0" w:after="80" w:line="300" w:lineRule="auto"/>
        <w:jc w:val="left"/>
      </w:pPr>
      <w:r>
        <w:rPr>
          <w:rFonts w:ascii="Times New Roman" w:hAnsi="Times New Roman" w:eastAsia="宋体"/>
          <w:b w:val="0"/>
          <w:i w:val="0"/>
          <w:sz w:val="21"/>
        </w:rPr>
        <w:t>1/s³-22s²+80s-67</w:t>
      </w:r>
    </w:p>
    <w:p>
      <w:pPr>
        <w:spacing w:before="0" w:after="80" w:line="300" w:lineRule="auto"/>
        <w:jc w:val="left"/>
      </w:pPr>
      <w:r>
        <w:rPr>
          <w:rFonts w:ascii="Times New Roman" w:hAnsi="Times New Roman" w:eastAsia="宋体"/>
          <w:b w:val="0"/>
          <w:i w:val="0"/>
          <w:sz w:val="21"/>
        </w:rPr>
        <w:t>=A/s-p+B/s-q</w:t>
      </w:r>
    </w:p>
    <w:p>
      <w:pPr>
        <w:spacing w:before="0" w:after="80" w:line="300" w:lineRule="auto"/>
        <w:jc w:val="left"/>
      </w:pPr>
      <w:r>
        <w:rPr>
          <w:rFonts w:ascii="Times New Roman" w:hAnsi="Times New Roman" w:eastAsia="宋体"/>
          <w:b w:val="0"/>
          <w:i w:val="0"/>
          <w:sz w:val="21"/>
        </w:rPr>
        <w:t>+C/s-r</w:t>
      </w:r>
    </w:p>
    <w:p>
      <w:pPr>
        <w:spacing w:before="0" w:after="80" w:line="300" w:lineRule="auto"/>
        <w:jc w:val="left"/>
      </w:pPr>
      <w:r>
        <w:rPr>
          <w:rFonts w:ascii="Times New Roman" w:hAnsi="Times New Roman" w:eastAsia="宋体"/>
          <w:b w:val="0"/>
          <w:i w:val="0"/>
          <w:sz w:val="21"/>
        </w:rPr>
        <w:t>对每个满足 s∉{p,q,r} 的实数 s 都成立。求下式的值：</w:t>
      </w:r>
    </w:p>
    <w:p>
      <w:pPr>
        <w:spacing w:before="0" w:after="80" w:line="300" w:lineRule="auto"/>
        <w:jc w:val="left"/>
      </w:pPr>
      <w:r>
        <w:rPr>
          <w:rFonts w:ascii="Times New Roman" w:hAnsi="Times New Roman" w:eastAsia="宋体"/>
          <w:b w:val="0"/>
          <w:i w:val="0"/>
          <w:sz w:val="21"/>
        </w:rPr>
        <w:t>1/A+1/B+1/C。</w:t>
      </w:r>
    </w:p>
    <w:p>
      <w:pPr>
        <w:spacing w:before="0" w:after="120" w:line="300" w:lineRule="auto"/>
      </w:pPr>
      <w:r>
        <w:rPr>
          <w:rFonts w:ascii="Times New Roman" w:hAnsi="Times New Roman" w:eastAsia="宋体"/>
          <w:b w:val="0"/>
          <w:i w:val="0"/>
          <w:sz w:val="21"/>
        </w:rPr>
        <w:t>（A）243　　（B）244　　（C）245　　（D）246　　（E）247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q, and r be the distinct roots of the polynomial</w:t>
      </w:r>
    </w:p>
    <w:p>
      <w:pPr>
        <w:spacing w:before="0" w:after="80" w:line="300" w:lineRule="auto"/>
        <w:jc w:val="left"/>
      </w:pPr>
      <w:r>
        <w:rPr>
          <w:rFonts w:ascii="Times New Roman" w:hAnsi="Times New Roman" w:eastAsia="宋体"/>
          <w:b w:val="0"/>
          <w:i w:val="0"/>
          <w:color w:val="333333"/>
          <w:sz w:val="19"/>
        </w:rPr>
        <w:t>x³ - 22x² + 80x - 67.</w:t>
      </w:r>
    </w:p>
    <w:p>
      <w:pPr>
        <w:spacing w:before="0" w:after="80" w:line="300" w:lineRule="auto"/>
        <w:jc w:val="left"/>
      </w:pPr>
      <w:r>
        <w:rPr>
          <w:rFonts w:ascii="Times New Roman" w:hAnsi="Times New Roman" w:eastAsia="宋体"/>
          <w:b w:val="0"/>
          <w:i w:val="0"/>
          <w:color w:val="333333"/>
          <w:sz w:val="19"/>
        </w:rPr>
        <w:t>There exist real numbers A, B, and C such that</w:t>
      </w:r>
    </w:p>
    <w:p>
      <w:pPr>
        <w:spacing w:before="0" w:after="80" w:line="300" w:lineRule="auto"/>
        <w:jc w:val="left"/>
      </w:pPr>
      <w:r>
        <w:rPr>
          <w:rFonts w:ascii="Times New Roman" w:hAnsi="Times New Roman" w:eastAsia="宋体"/>
          <w:b w:val="0"/>
          <w:i w:val="0"/>
          <w:color w:val="333333"/>
          <w:sz w:val="19"/>
        </w:rPr>
        <w:t>1/s³-22s²+80s-67</w:t>
      </w:r>
    </w:p>
    <w:p>
      <w:pPr>
        <w:spacing w:before="0" w:after="80" w:line="300" w:lineRule="auto"/>
        <w:jc w:val="left"/>
      </w:pPr>
      <w:r>
        <w:rPr>
          <w:rFonts w:ascii="Times New Roman" w:hAnsi="Times New Roman" w:eastAsia="宋体"/>
          <w:b w:val="0"/>
          <w:i w:val="0"/>
          <w:color w:val="333333"/>
          <w:sz w:val="19"/>
        </w:rPr>
        <w:t>=A/s-p+B/s-q</w:t>
      </w:r>
    </w:p>
    <w:p>
      <w:pPr>
        <w:spacing w:before="0" w:after="80" w:line="300" w:lineRule="auto"/>
        <w:jc w:val="left"/>
      </w:pPr>
      <w:r>
        <w:rPr>
          <w:rFonts w:ascii="Times New Roman" w:hAnsi="Times New Roman" w:eastAsia="宋体"/>
          <w:b w:val="0"/>
          <w:i w:val="0"/>
          <w:color w:val="333333"/>
          <w:sz w:val="19"/>
        </w:rPr>
        <w:t>+C/s-r</w:t>
      </w:r>
    </w:p>
    <w:p>
      <w:pPr>
        <w:spacing w:before="0" w:after="80" w:line="300" w:lineRule="auto"/>
        <w:jc w:val="left"/>
      </w:pPr>
      <w:r>
        <w:rPr>
          <w:rFonts w:ascii="Times New Roman" w:hAnsi="Times New Roman" w:eastAsia="宋体"/>
          <w:b w:val="0"/>
          <w:i w:val="0"/>
          <w:color w:val="333333"/>
          <w:sz w:val="19"/>
        </w:rPr>
        <w:t>for all real numbers s with s∉{p,q,r}. What is</w:t>
      </w:r>
    </w:p>
    <w:p>
      <w:pPr>
        <w:spacing w:before="0" w:after="80" w:line="300" w:lineRule="auto"/>
        <w:jc w:val="left"/>
      </w:pPr>
      <w:r>
        <w:rPr>
          <w:rFonts w:ascii="Times New Roman" w:hAnsi="Times New Roman" w:eastAsia="宋体"/>
          <w:b w:val="0"/>
          <w:i w:val="0"/>
          <w:color w:val="333333"/>
          <w:sz w:val="19"/>
        </w:rPr>
        <w:t>1/A+1/B+1/C?</w:t>
      </w:r>
    </w:p>
    <w:p>
      <w:pPr>
        <w:spacing w:before="0" w:after="160" w:line="300" w:lineRule="auto"/>
      </w:pPr>
      <w:r>
        <w:rPr>
          <w:rFonts w:ascii="Times New Roman" w:hAnsi="Times New Roman" w:eastAsia="宋体"/>
          <w:b w:val="0"/>
          <w:i w:val="0"/>
          <w:color w:val="333333"/>
          <w:sz w:val="19"/>
        </w:rPr>
        <w:t>(A) 243　　(B) 244　　(C) 245　　(D) 246　　(E) 247</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对从 1 到 50（含端点）的多少个整数 n，下式是整数？</w:t>
      </w:r>
    </w:p>
    <w:p>
      <w:pPr>
        <w:spacing w:before="0" w:after="80" w:line="300" w:lineRule="auto"/>
        <w:jc w:val="left"/>
      </w:pPr>
      <w:r>
        <w:rPr>
          <w:rFonts w:ascii="Times New Roman" w:hAnsi="Times New Roman" w:eastAsia="宋体"/>
          <w:b w:val="0"/>
          <w:i w:val="0"/>
          <w:sz w:val="21"/>
        </w:rPr>
        <w:t>((n²-1)!)/((n!)ⁿ)</w:t>
      </w:r>
    </w:p>
    <w:p>
      <w:pPr>
        <w:spacing w:before="0" w:after="80" w:line="300" w:lineRule="auto"/>
        <w:jc w:val="left"/>
      </w:pPr>
      <w:r>
        <w:rPr>
          <w:rFonts w:ascii="Times New Roman" w:hAnsi="Times New Roman" w:eastAsia="宋体"/>
          <w:b w:val="0"/>
          <w:i w:val="0"/>
          <w:sz w:val="21"/>
        </w:rPr>
        <w:t>（规定 0! = 1。）</w:t>
      </w:r>
    </w:p>
    <w:p>
      <w:pPr>
        <w:spacing w:before="0" w:after="120" w:line="300" w:lineRule="auto"/>
      </w:pPr>
      <w:r>
        <w:rPr>
          <w:rFonts w:ascii="Times New Roman" w:hAnsi="Times New Roman" w:eastAsia="宋体"/>
          <w:b w:val="0"/>
          <w:i w:val="0"/>
          <w:sz w:val="21"/>
        </w:rPr>
        <w:t>（A）31　　（B）32　　（C）33　　（D）34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integers n between 1 and 50, inclusive, is</w:t>
      </w:r>
    </w:p>
    <w:p>
      <w:pPr>
        <w:spacing w:before="0" w:after="80" w:line="300" w:lineRule="auto"/>
        <w:jc w:val="left"/>
      </w:pPr>
      <w:r>
        <w:rPr>
          <w:rFonts w:ascii="Times New Roman" w:hAnsi="Times New Roman" w:eastAsia="宋体"/>
          <w:b w:val="0"/>
          <w:i w:val="0"/>
          <w:color w:val="333333"/>
          <w:sz w:val="19"/>
        </w:rPr>
        <w:t>((n²-1)!)/((n!)ⁿ)</w:t>
      </w:r>
    </w:p>
    <w:p>
      <w:pPr>
        <w:spacing w:before="0" w:after="80" w:line="300" w:lineRule="auto"/>
        <w:jc w:val="left"/>
      </w:pPr>
      <w:r>
        <w:rPr>
          <w:rFonts w:ascii="Times New Roman" w:hAnsi="Times New Roman" w:eastAsia="宋体"/>
          <w:b w:val="0"/>
          <w:i w:val="0"/>
          <w:color w:val="333333"/>
          <w:sz w:val="19"/>
        </w:rPr>
        <w:t>an integer? (Recall that 0! = 1.)</w:t>
      </w:r>
    </w:p>
    <w:p>
      <w:pPr>
        <w:spacing w:before="0" w:after="160" w:line="300" w:lineRule="auto"/>
      </w:pPr>
      <w:r>
        <w:rPr>
          <w:rFonts w:ascii="Times New Roman" w:hAnsi="Times New Roman" w:eastAsia="宋体"/>
          <w:b w:val="0"/>
          <w:i w:val="0"/>
          <w:color w:val="333333"/>
          <w:sz w:val="19"/>
        </w:rPr>
        <w:t>(A) 31　　(B) 32　　(C) 33　　(D) 34　　(E) 35</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A　D　B　D　C　C　C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C　E　D　D　E　A　D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B　D　B　C　B　D</w:t>
      </w:r>
    </w:p>
    <w:p>
      <w:pPr>
        <w:spacing w:before="0" w:after="200" w:line="300" w:lineRule="auto"/>
      </w:pPr>
      <w:r>
        <w:rPr>
          <w:rFonts w:ascii="Times New Roman" w:hAnsi="Times New Roman" w:eastAsia="宋体"/>
          <w:b w:val="0"/>
          <w:i w:val="0"/>
          <w:color w:val="666666"/>
          <w:sz w:val="18"/>
        </w:rPr>
        <w:t>答案串：CADBDCCCBCCEDDEADDBBDBCBD</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可以从每座指数塔的最上层往下逐步计算：</w:t>
      </w:r>
    </w:p>
    <w:p>
      <w:pPr>
        <w:spacing w:before="0" w:after="80" w:line="300" w:lineRule="auto"/>
        <w:jc w:val="left"/>
      </w:pPr>
      <w:r>
        <w:rPr>
          <w:rFonts w:ascii="Times New Roman" w:hAnsi="Times New Roman" w:eastAsia="宋体"/>
          <w:b w:val="0"/>
          <w:i w:val="0"/>
          <w:sz w:val="21"/>
        </w:rPr>
        <w:t>2^((0^((1⁹))))</w:t>
      </w:r>
    </w:p>
    <w:p>
      <w:pPr>
        <w:spacing w:before="0" w:after="80" w:line="300" w:lineRule="auto"/>
        <w:jc w:val="left"/>
      </w:pPr>
      <w:r>
        <w:rPr>
          <w:rFonts w:ascii="Times New Roman" w:hAnsi="Times New Roman" w:eastAsia="宋体"/>
          <w:b w:val="0"/>
          <w:i w:val="0"/>
          <w:sz w:val="21"/>
        </w:rPr>
        <w:t>+((2⁰)¹)⁹</w:t>
      </w:r>
    </w:p>
    <w:p>
      <w:pPr>
        <w:spacing w:before="0" w:after="80" w:line="300" w:lineRule="auto"/>
        <w:jc w:val="left"/>
      </w:pPr>
      <w:r>
        <w:rPr>
          <w:rFonts w:ascii="Times New Roman" w:hAnsi="Times New Roman" w:eastAsia="宋体"/>
          <w:b w:val="0"/>
          <w:i w:val="0"/>
          <w:sz w:val="21"/>
        </w:rPr>
        <w:t>=2^(0¹)+(1¹)⁹</w:t>
      </w:r>
    </w:p>
    <w:p>
      <w:pPr>
        <w:spacing w:before="0" w:after="80" w:line="300" w:lineRule="auto"/>
        <w:jc w:val="left"/>
      </w:pPr>
      <w:r>
        <w:rPr>
          <w:rFonts w:ascii="Times New Roman" w:hAnsi="Times New Roman" w:eastAsia="宋体"/>
          <w:b w:val="0"/>
          <w:i w:val="0"/>
          <w:sz w:val="21"/>
        </w:rPr>
        <w:t>=2⁰+1⁹</w:t>
      </w:r>
    </w:p>
    <w:p>
      <w:pPr>
        <w:spacing w:before="0" w:after="80" w:line="300" w:lineRule="auto"/>
        <w:jc w:val="left"/>
      </w:pPr>
      <w:r>
        <w:rPr>
          <w:rFonts w:ascii="Times New Roman" w:hAnsi="Times New Roman" w:eastAsia="宋体"/>
          <w:b w:val="0"/>
          <w:i w:val="0"/>
          <w:sz w:val="21"/>
        </w:rPr>
        <w:t>=2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evaluate from the top of each exponent tower downward:</w:t>
      </w:r>
    </w:p>
    <w:p>
      <w:pPr>
        <w:spacing w:before="0" w:after="80" w:line="300" w:lineRule="auto"/>
        <w:jc w:val="left"/>
      </w:pPr>
      <w:r>
        <w:rPr>
          <w:rFonts w:ascii="Times New Roman" w:hAnsi="Times New Roman" w:eastAsia="宋体"/>
          <w:b w:val="0"/>
          <w:i w:val="0"/>
          <w:color w:val="333333"/>
          <w:sz w:val="19"/>
        </w:rPr>
        <w:t>2^((0^((1⁹))))</w:t>
      </w:r>
    </w:p>
    <w:p>
      <w:pPr>
        <w:spacing w:before="0" w:after="80" w:line="300" w:lineRule="auto"/>
        <w:jc w:val="left"/>
      </w:pPr>
      <w:r>
        <w:rPr>
          <w:rFonts w:ascii="Times New Roman" w:hAnsi="Times New Roman" w:eastAsia="宋体"/>
          <w:b w:val="0"/>
          <w:i w:val="0"/>
          <w:color w:val="333333"/>
          <w:sz w:val="19"/>
        </w:rPr>
        <w:t>+((2⁰)¹)⁹</w:t>
      </w:r>
    </w:p>
    <w:p>
      <w:pPr>
        <w:spacing w:before="0" w:after="80" w:line="300" w:lineRule="auto"/>
        <w:jc w:val="left"/>
      </w:pPr>
      <w:r>
        <w:rPr>
          <w:rFonts w:ascii="Times New Roman" w:hAnsi="Times New Roman" w:eastAsia="宋体"/>
          <w:b w:val="0"/>
          <w:i w:val="0"/>
          <w:color w:val="333333"/>
          <w:sz w:val="19"/>
        </w:rPr>
        <w:t>=2^(0¹)+(1¹)⁹</w:t>
      </w:r>
    </w:p>
    <w:p>
      <w:pPr>
        <w:spacing w:before="0" w:after="80" w:line="300" w:lineRule="auto"/>
        <w:jc w:val="left"/>
      </w:pPr>
      <w:r>
        <w:rPr>
          <w:rFonts w:ascii="Times New Roman" w:hAnsi="Times New Roman" w:eastAsia="宋体"/>
          <w:b w:val="0"/>
          <w:i w:val="0"/>
          <w:color w:val="333333"/>
          <w:sz w:val="19"/>
        </w:rPr>
        <w:t>=2⁰+1⁹</w:t>
      </w:r>
    </w:p>
    <w:p>
      <w:pPr>
        <w:spacing w:before="0" w:after="80" w:line="300" w:lineRule="auto"/>
        <w:jc w:val="left"/>
      </w:pPr>
      <w:r>
        <w:rPr>
          <w:rFonts w:ascii="Times New Roman" w:hAnsi="Times New Roman" w:eastAsia="宋体"/>
          <w:b w:val="0"/>
          <w:i w:val="0"/>
          <w:color w:val="333333"/>
          <w:sz w:val="19"/>
        </w:rPr>
        <w:t>=2.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20! 和 15! 都至少含有三个因数 5 和三个因数 2，所以两者都能被 2³·5³=1000 整除。</w:t>
      </w:r>
    </w:p>
    <w:p>
      <w:pPr>
        <w:spacing w:before="0" w:after="80" w:line="300" w:lineRule="auto"/>
        <w:jc w:val="left"/>
      </w:pPr>
      <w:r>
        <w:rPr>
          <w:rFonts w:ascii="Times New Roman" w:hAnsi="Times New Roman" w:eastAsia="宋体"/>
          <w:b w:val="0"/>
          <w:i w:val="0"/>
          <w:sz w:val="21"/>
        </w:rPr>
        <w:t>因此它们的差也能被 1000 整除。</w:t>
      </w:r>
    </w:p>
    <w:p>
      <w:pPr>
        <w:spacing w:before="0" w:after="80" w:line="300" w:lineRule="auto"/>
        <w:jc w:val="left"/>
      </w:pPr>
      <w:r>
        <w:rPr>
          <w:rFonts w:ascii="Times New Roman" w:hAnsi="Times New Roman" w:eastAsia="宋体"/>
          <w:b w:val="0"/>
          <w:i w:val="0"/>
          <w:sz w:val="21"/>
        </w:rPr>
        <w:t>一个数是 1000 的倍数，说明末三位都是 0，所以百位数字也是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Both 20! and 15! contain at least three factors of 5 and three factors of 2, so both are divisible by 2³·5³=1000.</w:t>
      </w:r>
    </w:p>
    <w:p>
      <w:pPr>
        <w:spacing w:before="0" w:after="80" w:line="300" w:lineRule="auto"/>
        <w:jc w:val="left"/>
      </w:pPr>
      <w:r>
        <w:rPr>
          <w:rFonts w:ascii="Times New Roman" w:hAnsi="Times New Roman" w:eastAsia="宋体"/>
          <w:b w:val="0"/>
          <w:i w:val="0"/>
          <w:color w:val="333333"/>
          <w:sz w:val="19"/>
        </w:rPr>
        <w:t>Their difference is therefore also divisible by 1000.</w:t>
      </w:r>
    </w:p>
    <w:p>
      <w:pPr>
        <w:spacing w:before="0" w:after="80" w:line="300" w:lineRule="auto"/>
        <w:jc w:val="left"/>
      </w:pPr>
      <w:r>
        <w:rPr>
          <w:rFonts w:ascii="Times New Roman" w:hAnsi="Times New Roman" w:eastAsia="宋体"/>
          <w:b w:val="0"/>
          <w:i w:val="0"/>
          <w:color w:val="333333"/>
          <w:sz w:val="19"/>
        </w:rPr>
        <w:t>Being a multiple of 1000 makes the last three digits 0, which shows that the hundreds digit is also 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设 Ana 今年 a 岁，Bonita 今年 b 岁。于是</w:t>
      </w:r>
    </w:p>
    <w:p>
      <w:pPr>
        <w:spacing w:before="0" w:after="80" w:line="300" w:lineRule="auto"/>
        <w:jc w:val="left"/>
      </w:pPr>
      <w:r>
        <w:rPr>
          <w:rFonts w:ascii="Times New Roman" w:hAnsi="Times New Roman" w:eastAsia="宋体"/>
          <w:b w:val="0"/>
          <w:i w:val="0"/>
          <w:sz w:val="21"/>
        </w:rPr>
        <w:t>a-1=5(b-1),</w:t>
      </w:r>
    </w:p>
    <w:p>
      <w:pPr>
        <w:spacing w:before="0" w:after="80" w:line="300" w:lineRule="auto"/>
        <w:jc w:val="left"/>
      </w:pPr>
      <w:r>
        <w:rPr>
          <w:rFonts w:ascii="Times New Roman" w:hAnsi="Times New Roman" w:eastAsia="宋体"/>
          <w:b w:val="0"/>
          <w:i w:val="0"/>
          <w:sz w:val="21"/>
        </w:rPr>
        <w:t>a=b²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代入可得</w:t>
      </w:r>
    </w:p>
    <w:p>
      <w:pPr>
        <w:spacing w:before="0" w:after="80" w:line="300" w:lineRule="auto"/>
        <w:jc w:val="left"/>
      </w:pPr>
      <w:r>
        <w:rPr>
          <w:rFonts w:ascii="Times New Roman" w:hAnsi="Times New Roman" w:eastAsia="宋体"/>
          <w:b w:val="0"/>
          <w:i w:val="0"/>
          <w:sz w:val="21"/>
        </w:rPr>
        <w:t>b²-1=5b-5,</w:t>
      </w:r>
    </w:p>
    <w:p>
      <w:pPr>
        <w:spacing w:before="0" w:after="80" w:line="300" w:lineRule="auto"/>
        <w:jc w:val="left"/>
      </w:pPr>
      <w:r>
        <w:rPr>
          <w:rFonts w:ascii="Times New Roman" w:hAnsi="Times New Roman" w:eastAsia="宋体"/>
          <w:b w:val="0"/>
          <w:i w:val="0"/>
          <w:sz w:val="21"/>
        </w:rPr>
        <w:t>b²-5b+4=0,</w:t>
      </w:r>
    </w:p>
    <w:p>
      <w:pPr>
        <w:spacing w:before="0" w:after="80" w:line="300" w:lineRule="auto"/>
        <w:jc w:val="left"/>
      </w:pPr>
      <w:r>
        <w:rPr>
          <w:rFonts w:ascii="Times New Roman" w:hAnsi="Times New Roman" w:eastAsia="宋体"/>
          <w:b w:val="0"/>
          <w:i w:val="0"/>
          <w:sz w:val="21"/>
        </w:rPr>
        <w:t>(b-4)(b-1)=0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可以看出 b ≠ 1，因为那会使 Ana 和 Bonita 同龄，所以 b = 4。</w:t>
      </w:r>
    </w:p>
    <w:p>
      <w:pPr>
        <w:spacing w:before="0" w:after="80" w:line="300" w:lineRule="auto"/>
        <w:jc w:val="left"/>
      </w:pPr>
      <w:r>
        <w:rPr>
          <w:rFonts w:ascii="Times New Roman" w:hAnsi="Times New Roman" w:eastAsia="宋体"/>
          <w:b w:val="0"/>
          <w:i w:val="0"/>
          <w:sz w:val="21"/>
        </w:rPr>
        <w:t>于是 a = 4² = 16，而年龄差 n = 16 - 4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be Ana’s current age and b be Bonita’s current age. Then</w:t>
      </w:r>
    </w:p>
    <w:p>
      <w:pPr>
        <w:spacing w:before="0" w:after="80" w:line="300" w:lineRule="auto"/>
        <w:jc w:val="left"/>
      </w:pPr>
      <w:r>
        <w:rPr>
          <w:rFonts w:ascii="Times New Roman" w:hAnsi="Times New Roman" w:eastAsia="宋体"/>
          <w:b w:val="0"/>
          <w:i w:val="0"/>
          <w:color w:val="333333"/>
          <w:sz w:val="19"/>
        </w:rPr>
        <w:t>a-1=5(b-1),</w:t>
      </w:r>
    </w:p>
    <w:p>
      <w:pPr>
        <w:spacing w:before="0" w:after="80" w:line="300" w:lineRule="auto"/>
        <w:jc w:val="left"/>
      </w:pPr>
      <w:r>
        <w:rPr>
          <w:rFonts w:ascii="Times New Roman" w:hAnsi="Times New Roman" w:eastAsia="宋体"/>
          <w:b w:val="0"/>
          <w:i w:val="0"/>
          <w:color w:val="333333"/>
          <w:sz w:val="19"/>
        </w:rPr>
        <w:t>a=b².</w:t>
      </w:r>
    </w:p>
    <w:p>
      <w:pPr>
        <w:spacing w:before="0" w:after="80" w:line="300" w:lineRule="auto"/>
        <w:jc w:val="left"/>
      </w:pPr>
      <w:r>
        <w:rPr>
          <w:rFonts w:ascii="Times New Roman" w:hAnsi="Times New Roman" w:eastAsia="宋体"/>
          <w:b w:val="0"/>
          <w:i w:val="0"/>
          <w:color w:val="333333"/>
          <w:sz w:val="19"/>
        </w:rPr>
        <w:t>Substitution gives</w:t>
      </w:r>
    </w:p>
    <w:p>
      <w:pPr>
        <w:spacing w:before="0" w:after="80" w:line="300" w:lineRule="auto"/>
        <w:jc w:val="left"/>
      </w:pPr>
      <w:r>
        <w:rPr>
          <w:rFonts w:ascii="Times New Roman" w:hAnsi="Times New Roman" w:eastAsia="宋体"/>
          <w:b w:val="0"/>
          <w:i w:val="0"/>
          <w:color w:val="333333"/>
          <w:sz w:val="19"/>
        </w:rPr>
        <w:t>b²-1=5b-5,</w:t>
      </w:r>
    </w:p>
    <w:p>
      <w:pPr>
        <w:spacing w:before="0" w:after="80" w:line="300" w:lineRule="auto"/>
        <w:jc w:val="left"/>
      </w:pPr>
      <w:r>
        <w:rPr>
          <w:rFonts w:ascii="Times New Roman" w:hAnsi="Times New Roman" w:eastAsia="宋体"/>
          <w:b w:val="0"/>
          <w:i w:val="0"/>
          <w:color w:val="333333"/>
          <w:sz w:val="19"/>
        </w:rPr>
        <w:t>b²-5b+4=0,</w:t>
      </w:r>
    </w:p>
    <w:p>
      <w:pPr>
        <w:spacing w:before="0" w:after="80" w:line="300" w:lineRule="auto"/>
        <w:jc w:val="left"/>
      </w:pPr>
      <w:r>
        <w:rPr>
          <w:rFonts w:ascii="Times New Roman" w:hAnsi="Times New Roman" w:eastAsia="宋体"/>
          <w:b w:val="0"/>
          <w:i w:val="0"/>
          <w:color w:val="333333"/>
          <w:sz w:val="19"/>
        </w:rPr>
        <w:t>(b-4)(b-1)=0.</w:t>
      </w:r>
    </w:p>
    <w:p>
      <w:pPr>
        <w:spacing w:before="0" w:after="80" w:line="300" w:lineRule="auto"/>
        <w:jc w:val="left"/>
      </w:pPr>
      <w:r>
        <w:rPr>
          <w:rFonts w:ascii="Times New Roman" w:hAnsi="Times New Roman" w:eastAsia="宋体"/>
          <w:b w:val="0"/>
          <w:i w:val="0"/>
          <w:color w:val="333333"/>
          <w:sz w:val="19"/>
        </w:rPr>
        <w:t>We can see that b ≠ 1 since that would make Ana and Bonita the same age, so we know that b = 4.</w:t>
      </w:r>
    </w:p>
    <w:p>
      <w:pPr>
        <w:spacing w:before="0" w:after="80" w:line="300" w:lineRule="auto"/>
        <w:jc w:val="left"/>
      </w:pPr>
      <w:r>
        <w:rPr>
          <w:rFonts w:ascii="Times New Roman" w:hAnsi="Times New Roman" w:eastAsia="宋体"/>
          <w:b w:val="0"/>
          <w:i w:val="0"/>
          <w:color w:val="333333"/>
          <w:sz w:val="19"/>
        </w:rPr>
        <w:t>This gives us that a = 4² = 16 and n = 16 - 4 = 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在还不能保证有 15 个同色球的最坏情况下，可以取出所有黑球、白球、蓝球，以及红、绿、黄各 14 个。</w:t>
      </w:r>
    </w:p>
    <w:p>
      <w:pPr>
        <w:spacing w:before="0" w:after="80" w:line="300" w:lineRule="auto"/>
        <w:jc w:val="left"/>
      </w:pPr>
      <w:r>
        <w:rPr>
          <w:rFonts w:ascii="Times New Roman" w:hAnsi="Times New Roman" w:eastAsia="宋体"/>
          <w:b w:val="0"/>
          <w:i w:val="0"/>
          <w:sz w:val="21"/>
        </w:rPr>
        <w:t>此时红、绿、黄三种颜色都只有 14 个，而其余三种颜色本来就少于十五个，所以仍可能没有任何颜色达到十五个。</w:t>
      </w:r>
    </w:p>
    <w:p>
      <w:pPr>
        <w:spacing w:before="0" w:after="80" w:line="300" w:lineRule="auto"/>
        <w:jc w:val="left"/>
      </w:pPr>
      <w:r>
        <w:rPr>
          <w:rFonts w:ascii="Times New Roman" w:hAnsi="Times New Roman" w:eastAsia="宋体"/>
          <w:b w:val="0"/>
          <w:i w:val="0"/>
          <w:sz w:val="21"/>
        </w:rPr>
        <w:t>总数为</w:t>
      </w:r>
    </w:p>
    <w:p>
      <w:pPr>
        <w:spacing w:before="0" w:after="80" w:line="300" w:lineRule="auto"/>
        <w:jc w:val="left"/>
      </w:pPr>
      <w:r>
        <w:rPr>
          <w:rFonts w:ascii="Times New Roman" w:hAnsi="Times New Roman" w:eastAsia="宋体"/>
          <w:b w:val="0"/>
          <w:i w:val="0"/>
          <w:sz w:val="21"/>
        </w:rPr>
        <w:t>9 + 11 + 13 + 3 · 14</w:t>
      </w:r>
    </w:p>
    <w:p>
      <w:pPr>
        <w:spacing w:before="0" w:after="80" w:line="300" w:lineRule="auto"/>
        <w:jc w:val="left"/>
      </w:pPr>
      <w:r>
        <w:rPr>
          <w:rFonts w:ascii="Times New Roman" w:hAnsi="Times New Roman" w:eastAsia="宋体"/>
          <w:b w:val="0"/>
          <w:i w:val="0"/>
          <w:sz w:val="21"/>
        </w:rPr>
        <w:t>= 33 + 42</w:t>
      </w:r>
    </w:p>
    <w:p>
      <w:pPr>
        <w:spacing w:before="0" w:after="80" w:line="300" w:lineRule="auto"/>
        <w:jc w:val="left"/>
      </w:pPr>
      <w:r>
        <w:rPr>
          <w:rFonts w:ascii="Times New Roman" w:hAnsi="Times New Roman" w:eastAsia="宋体"/>
          <w:b w:val="0"/>
          <w:i w:val="0"/>
          <w:sz w:val="21"/>
        </w:rPr>
        <w:t>= 75。</w:t>
      </w:r>
    </w:p>
    <w:p>
      <w:pPr>
        <w:spacing w:before="0" w:after="80" w:line="300" w:lineRule="auto"/>
        <w:jc w:val="left"/>
      </w:pPr>
      <w:r>
        <w:rPr>
          <w:rFonts w:ascii="Times New Roman" w:hAnsi="Times New Roman" w:eastAsia="宋体"/>
          <w:b w:val="0"/>
          <w:i w:val="0"/>
          <w:sz w:val="21"/>
        </w:rPr>
        <w:t>再多取一个球，就必定使某种颜色达到 15 个，因此答案为 75 + 1 = 76。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we can pull as many as 14 balls of each color without ensuring that 15 balls of one color are drawn.</w:t>
      </w:r>
    </w:p>
    <w:p>
      <w:pPr>
        <w:spacing w:before="0" w:after="80" w:line="300" w:lineRule="auto"/>
        <w:jc w:val="left"/>
      </w:pPr>
      <w:r>
        <w:rPr>
          <w:rFonts w:ascii="Times New Roman" w:hAnsi="Times New Roman" w:eastAsia="宋体"/>
          <w:b w:val="0"/>
          <w:i w:val="0"/>
          <w:color w:val="333333"/>
          <w:sz w:val="19"/>
        </w:rPr>
        <w:t>This means that we can draw all of the black, white and blue balls, along with 14 red, green, and yellow balls.</w:t>
      </w:r>
    </w:p>
    <w:p>
      <w:pPr>
        <w:spacing w:before="0" w:after="80" w:line="300" w:lineRule="auto"/>
        <w:jc w:val="left"/>
      </w:pPr>
      <w:r>
        <w:rPr>
          <w:rFonts w:ascii="Times New Roman" w:hAnsi="Times New Roman" w:eastAsia="宋体"/>
          <w:b w:val="0"/>
          <w:i w:val="0"/>
          <w:color w:val="333333"/>
          <w:sz w:val="19"/>
        </w:rPr>
        <w:t>This gives us a total of</w:t>
      </w:r>
    </w:p>
    <w:p>
      <w:pPr>
        <w:spacing w:before="0" w:after="80" w:line="300" w:lineRule="auto"/>
        <w:jc w:val="left"/>
      </w:pPr>
      <w:r>
        <w:rPr>
          <w:rFonts w:ascii="Times New Roman" w:hAnsi="Times New Roman" w:eastAsia="宋体"/>
          <w:b w:val="0"/>
          <w:i w:val="0"/>
          <w:color w:val="333333"/>
          <w:sz w:val="19"/>
        </w:rPr>
        <w:t>9 + 11 + 13 + 3 · 14</w:t>
      </w:r>
    </w:p>
    <w:p>
      <w:pPr>
        <w:spacing w:before="0" w:after="80" w:line="300" w:lineRule="auto"/>
        <w:jc w:val="left"/>
      </w:pPr>
      <w:r>
        <w:rPr>
          <w:rFonts w:ascii="Times New Roman" w:hAnsi="Times New Roman" w:eastAsia="宋体"/>
          <w:b w:val="0"/>
          <w:i w:val="0"/>
          <w:color w:val="333333"/>
          <w:sz w:val="19"/>
        </w:rPr>
        <w:t>= 33 + 42</w:t>
      </w:r>
    </w:p>
    <w:p>
      <w:pPr>
        <w:spacing w:before="0" w:after="80" w:line="300" w:lineRule="auto"/>
        <w:jc w:val="left"/>
      </w:pPr>
      <w:r>
        <w:rPr>
          <w:rFonts w:ascii="Times New Roman" w:hAnsi="Times New Roman" w:eastAsia="宋体"/>
          <w:b w:val="0"/>
          <w:i w:val="0"/>
          <w:color w:val="333333"/>
          <w:sz w:val="19"/>
        </w:rPr>
        <w:t>= 75.</w:t>
      </w:r>
    </w:p>
    <w:p>
      <w:pPr>
        <w:spacing w:before="0" w:after="80" w:line="300" w:lineRule="auto"/>
        <w:jc w:val="left"/>
      </w:pPr>
      <w:r>
        <w:rPr>
          <w:rFonts w:ascii="Times New Roman" w:hAnsi="Times New Roman" w:eastAsia="宋体"/>
          <w:b w:val="0"/>
          <w:i w:val="0"/>
          <w:color w:val="333333"/>
          <w:sz w:val="19"/>
        </w:rPr>
        <w:t>We need to add one at the end, however, to ensure that we get that 15th ball of some color, 75 + 1 = 76.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设连续整数共有 k 项，首项为 a。它们的和为 (k(2a+k-1))/2=45，所以 k 必须整除 90。因此项数不可能超过 90。</w:t>
      </w:r>
    </w:p>
    <w:p>
      <w:pPr>
        <w:spacing w:before="0" w:after="80" w:line="300" w:lineRule="auto"/>
        <w:jc w:val="left"/>
      </w:pPr>
      <w:r>
        <w:rPr>
          <w:rFonts w:ascii="Times New Roman" w:hAnsi="Times New Roman" w:eastAsia="宋体"/>
          <w:b w:val="0"/>
          <w:i w:val="0"/>
          <w:sz w:val="21"/>
        </w:rPr>
        <w:t>这个上界确实可以达到：</w:t>
      </w:r>
    </w:p>
    <w:p>
      <w:pPr>
        <w:spacing w:before="0" w:after="80" w:line="300" w:lineRule="auto"/>
        <w:jc w:val="left"/>
      </w:pPr>
      <w:r>
        <w:rPr>
          <w:rFonts w:ascii="Times New Roman" w:hAnsi="Times New Roman" w:eastAsia="宋体"/>
          <w:b w:val="0"/>
          <w:i w:val="0"/>
          <w:sz w:val="21"/>
        </w:rPr>
        <w:t>-44, -43, ⋯, 44, 45</w:t>
      </w:r>
    </w:p>
    <w:p>
      <w:pPr>
        <w:spacing w:before="0" w:after="80" w:line="300" w:lineRule="auto"/>
        <w:jc w:val="left"/>
      </w:pPr>
      <w:r>
        <w:rPr>
          <w:rFonts w:ascii="Times New Roman" w:hAnsi="Times New Roman" w:eastAsia="宋体"/>
          <w:b w:val="0"/>
          <w:i w:val="0"/>
          <w:sz w:val="21"/>
        </w:rPr>
        <w:t>共有 90 项，其和为 45。</w:t>
      </w:r>
    </w:p>
    <w:p>
      <w:pPr>
        <w:spacing w:before="0" w:after="80" w:line="300" w:lineRule="auto"/>
        <w:jc w:val="left"/>
      </w:pPr>
      <w:r>
        <w:rPr>
          <w:rFonts w:ascii="Times New Roman" w:hAnsi="Times New Roman" w:eastAsia="宋体"/>
          <w:b w:val="0"/>
          <w:i w:val="0"/>
          <w:sz w:val="21"/>
        </w:rPr>
        <w:t>所以连续整数的最大项数是 90。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there are k consecutive integers with first term a. Their sum is (k(2a+k-1))/2=45, so k must divide 90. Therefore the number of terms cannot exceed 90.</w:t>
      </w:r>
    </w:p>
    <w:p>
      <w:pPr>
        <w:spacing w:before="0" w:after="80" w:line="300" w:lineRule="auto"/>
        <w:jc w:val="left"/>
      </w:pPr>
      <w:r>
        <w:rPr>
          <w:rFonts w:ascii="Times New Roman" w:hAnsi="Times New Roman" w:eastAsia="宋体"/>
          <w:b w:val="0"/>
          <w:i w:val="0"/>
          <w:color w:val="333333"/>
          <w:sz w:val="19"/>
        </w:rPr>
        <w:t>This bound is attained by</w:t>
      </w:r>
    </w:p>
    <w:p>
      <w:pPr>
        <w:spacing w:before="0" w:after="80" w:line="300" w:lineRule="auto"/>
        <w:jc w:val="left"/>
      </w:pPr>
      <w:r>
        <w:rPr>
          <w:rFonts w:ascii="Times New Roman" w:hAnsi="Times New Roman" w:eastAsia="宋体"/>
          <w:b w:val="0"/>
          <w:i w:val="0"/>
          <w:color w:val="333333"/>
          <w:sz w:val="19"/>
        </w:rPr>
        <w:t>-44, -43, ⋯, 44, 45</w:t>
      </w:r>
    </w:p>
    <w:p>
      <w:pPr>
        <w:spacing w:before="0" w:after="80" w:line="300" w:lineRule="auto"/>
        <w:jc w:val="left"/>
      </w:pPr>
      <w:r>
        <w:rPr>
          <w:rFonts w:ascii="Times New Roman" w:hAnsi="Times New Roman" w:eastAsia="宋体"/>
          <w:b w:val="0"/>
          <w:i w:val="0"/>
          <w:color w:val="333333"/>
          <w:sz w:val="19"/>
        </w:rPr>
        <w:t>which has 90 terms and sum 45.</w:t>
      </w:r>
    </w:p>
    <w:p>
      <w:pPr>
        <w:spacing w:before="0" w:after="80" w:line="300" w:lineRule="auto"/>
        <w:jc w:val="left"/>
      </w:pPr>
      <w:r>
        <w:rPr>
          <w:rFonts w:ascii="Times New Roman" w:hAnsi="Times New Roman" w:eastAsia="宋体"/>
          <w:b w:val="0"/>
          <w:i w:val="0"/>
          <w:color w:val="333333"/>
          <w:sz w:val="19"/>
        </w:rPr>
        <w:t>Thus the greatest possible number of consecutive integers is 90.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注意，如果某个点到四个顶点的距离都相等，那么这个点就是该图形外接圆的圆心。</w:t>
      </w:r>
    </w:p>
    <w:p>
      <w:pPr>
        <w:spacing w:before="0" w:after="80" w:line="300" w:lineRule="auto"/>
        <w:jc w:val="left"/>
      </w:pPr>
      <w:r>
        <w:rPr>
          <w:rFonts w:ascii="Times New Roman" w:hAnsi="Times New Roman" w:eastAsia="宋体"/>
          <w:b w:val="0"/>
          <w:i w:val="0"/>
          <w:sz w:val="21"/>
        </w:rPr>
        <w:t>于是问题变成：这些图形中哪些是圆内接四边形（存在外接圆）。可以使用的一个条件是：对角互补。</w:t>
      </w:r>
    </w:p>
    <w:p>
      <w:pPr>
        <w:spacing w:before="0" w:after="80" w:line="300" w:lineRule="auto"/>
        <w:jc w:val="left"/>
      </w:pPr>
      <w:r>
        <w:rPr>
          <w:rFonts w:ascii="Times New Roman" w:hAnsi="Times New Roman" w:eastAsia="宋体"/>
          <w:b w:val="0"/>
          <w:i w:val="0"/>
          <w:sz w:val="21"/>
        </w:rPr>
        <w:t>显然，正方形和非正方形的矩形都可以（对角都是直角，和为 180°）。</w:t>
      </w:r>
    </w:p>
    <w:p>
      <w:pPr>
        <w:spacing w:before="0" w:after="80" w:line="300" w:lineRule="auto"/>
        <w:jc w:val="left"/>
      </w:pPr>
      <w:r>
        <w:rPr>
          <w:rFonts w:ascii="Times New Roman" w:hAnsi="Times New Roman" w:eastAsia="宋体"/>
          <w:b w:val="0"/>
          <w:i w:val="0"/>
          <w:sz w:val="21"/>
        </w:rPr>
        <w:t>非正方形的菱形不行，因为它的对角虽然相等，但不是 90°。</w:t>
      </w:r>
    </w:p>
    <w:p>
      <w:pPr>
        <w:spacing w:before="0" w:after="80" w:line="300" w:lineRule="auto"/>
        <w:jc w:val="left"/>
      </w:pPr>
      <w:r>
        <w:rPr>
          <w:rFonts w:ascii="Times New Roman" w:hAnsi="Times New Roman" w:eastAsia="宋体"/>
          <w:b w:val="0"/>
          <w:i w:val="0"/>
          <w:sz w:val="21"/>
        </w:rPr>
        <w:t>既不是矩形也不是菱形的平行四边形面临同样的问题，所以它同样不是圆内接四边形。</w:t>
      </w:r>
    </w:p>
    <w:p>
      <w:pPr>
        <w:spacing w:before="0" w:after="80" w:line="300" w:lineRule="auto"/>
        <w:jc w:val="left"/>
      </w:pPr>
      <w:r>
        <w:rPr>
          <w:rFonts w:ascii="Times New Roman" w:hAnsi="Times New Roman" w:eastAsia="宋体"/>
          <w:b w:val="0"/>
          <w:i w:val="0"/>
          <w:sz w:val="21"/>
        </w:rPr>
        <w:t>不是平行四边形的等腰梯形，按定义其对角互补，所以它是圆内接四边形。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if a point is equidistant from all the vertices, then that point is the center of the shape’s circumcircle.</w:t>
      </w:r>
    </w:p>
    <w:p>
      <w:pPr>
        <w:spacing w:before="0" w:after="80" w:line="300" w:lineRule="auto"/>
        <w:jc w:val="left"/>
      </w:pPr>
      <w:r>
        <w:rPr>
          <w:rFonts w:ascii="Times New Roman" w:hAnsi="Times New Roman" w:eastAsia="宋体"/>
          <w:b w:val="0"/>
          <w:i w:val="0"/>
          <w:color w:val="333333"/>
          <w:sz w:val="19"/>
        </w:rPr>
        <w:t>The question then becomes which of these shapes is cyclic (has a circumcircle). One condition that we can use is that opposite angles are supplementary.</w:t>
      </w:r>
    </w:p>
    <w:p>
      <w:pPr>
        <w:spacing w:before="0" w:after="80" w:line="300" w:lineRule="auto"/>
        <w:jc w:val="left"/>
      </w:pPr>
      <w:r>
        <w:rPr>
          <w:rFonts w:ascii="Times New Roman" w:hAnsi="Times New Roman" w:eastAsia="宋体"/>
          <w:b w:val="0"/>
          <w:i w:val="0"/>
          <w:color w:val="333333"/>
          <w:sz w:val="19"/>
        </w:rPr>
        <w:t>Clearly, a square and rectangle that is not a square work (opposite angles are right, adding up to 180°).</w:t>
      </w:r>
    </w:p>
    <w:p>
      <w:pPr>
        <w:spacing w:before="0" w:after="80" w:line="300" w:lineRule="auto"/>
        <w:jc w:val="left"/>
      </w:pPr>
      <w:r>
        <w:rPr>
          <w:rFonts w:ascii="Times New Roman" w:hAnsi="Times New Roman" w:eastAsia="宋体"/>
          <w:b w:val="0"/>
          <w:i w:val="0"/>
          <w:color w:val="333333"/>
          <w:sz w:val="19"/>
        </w:rPr>
        <w:t>A rhombus that is not a square does not work, since opposite angles are equal, but they are not 90°.</w:t>
      </w:r>
    </w:p>
    <w:p>
      <w:pPr>
        <w:spacing w:before="0" w:after="80" w:line="300" w:lineRule="auto"/>
        <w:jc w:val="left"/>
      </w:pPr>
      <w:r>
        <w:rPr>
          <w:rFonts w:ascii="Times New Roman" w:hAnsi="Times New Roman" w:eastAsia="宋体"/>
          <w:b w:val="0"/>
          <w:i w:val="0"/>
          <w:color w:val="333333"/>
          <w:sz w:val="19"/>
        </w:rPr>
        <w:t>A parallelogram that is not a rectangle or a rhombus faces the same problem as above, making it not cyclic as well.</w:t>
      </w:r>
    </w:p>
    <w:p>
      <w:pPr>
        <w:spacing w:before="0" w:after="80" w:line="300" w:lineRule="auto"/>
        <w:jc w:val="left"/>
      </w:pPr>
      <w:r>
        <w:rPr>
          <w:rFonts w:ascii="Times New Roman" w:hAnsi="Times New Roman" w:eastAsia="宋体"/>
          <w:b w:val="0"/>
          <w:i w:val="0"/>
          <w:color w:val="333333"/>
          <w:sz w:val="19"/>
        </w:rPr>
        <w:t>An isosceles trapezoid that is not a parallelogram by definition has supplementary opposite angles, making it cyclic.</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过 (2,2) 的两条直线的方程为</w:t>
      </w:r>
    </w:p>
    <w:p>
      <w:pPr>
        <w:spacing w:before="0" w:after="80" w:line="300" w:lineRule="auto"/>
        <w:jc w:val="left"/>
      </w:pPr>
      <w:r>
        <w:rPr>
          <w:rFonts w:ascii="Times New Roman" w:hAnsi="Times New Roman" w:eastAsia="宋体"/>
          <w:b w:val="0"/>
          <w:i w:val="0"/>
          <w:sz w:val="21"/>
        </w:rPr>
        <w:t>y=1/2x+1,</w:t>
      </w:r>
    </w:p>
    <w:p>
      <w:pPr>
        <w:spacing w:before="0" w:after="80" w:line="300" w:lineRule="auto"/>
        <w:jc w:val="left"/>
      </w:pPr>
      <w:r>
        <w:rPr>
          <w:rFonts w:ascii="Times New Roman" w:hAnsi="Times New Roman" w:eastAsia="宋体"/>
          <w:b w:val="0"/>
          <w:i w:val="0"/>
          <w:sz w:val="21"/>
        </w:rPr>
        <w:t>y=2x-2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它们与 x+y=10 的交点分别是 (6,4) 和 (4,6)。</w:t>
      </w:r>
    </w:p>
    <w:p>
      <w:pPr>
        <w:spacing w:before="0" w:after="80" w:line="300" w:lineRule="auto"/>
        <w:jc w:val="left"/>
      </w:pPr>
      <w:r>
        <w:rPr>
          <w:rFonts w:ascii="Times New Roman" w:hAnsi="Times New Roman" w:eastAsia="宋体"/>
          <w:b w:val="0"/>
          <w:i w:val="0"/>
          <w:sz w:val="21"/>
        </w:rPr>
        <w:t>因此三角形的三个顶点是 (2,2),(6,4) 和 (4,6)。连接后两个顶点的线段长为 2√(2)，它的中点是 (5,5)，而从 (2,2) 到这个中点的距离为 3√(2)。</w:t>
      </w:r>
    </w:p>
    <w:p>
      <w:pPr>
        <w:spacing w:before="0" w:after="80" w:line="300" w:lineRule="auto"/>
        <w:jc w:val="left"/>
      </w:pPr>
      <w:r>
        <w:rPr>
          <w:rFonts w:ascii="Times New Roman" w:hAnsi="Times New Roman" w:eastAsia="宋体"/>
          <w:b w:val="0"/>
          <w:i w:val="0"/>
          <w:sz w:val="21"/>
        </w:rPr>
        <w:t>因此面积为</w:t>
      </w:r>
    </w:p>
    <w:p>
      <w:pPr>
        <w:spacing w:before="0" w:after="80" w:line="300" w:lineRule="auto"/>
        <w:jc w:val="left"/>
      </w:pPr>
      <w:r>
        <w:rPr>
          <w:rFonts w:ascii="Times New Roman" w:hAnsi="Times New Roman" w:eastAsia="宋体"/>
          <w:b w:val="0"/>
          <w:i w:val="0"/>
          <w:sz w:val="21"/>
        </w:rPr>
        <w:t>1/2(2√(2))(3√(2))=6。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lines through (2,2) have equations</w:t>
      </w:r>
    </w:p>
    <w:p>
      <w:pPr>
        <w:spacing w:before="0" w:after="80" w:line="300" w:lineRule="auto"/>
        <w:jc w:val="left"/>
      </w:pPr>
      <w:r>
        <w:rPr>
          <w:rFonts w:ascii="Times New Roman" w:hAnsi="Times New Roman" w:eastAsia="宋体"/>
          <w:b w:val="0"/>
          <w:i w:val="0"/>
          <w:color w:val="333333"/>
          <w:sz w:val="19"/>
        </w:rPr>
        <w:t>y=1/2x+1,</w:t>
      </w:r>
    </w:p>
    <w:p>
      <w:pPr>
        <w:spacing w:before="0" w:after="80" w:line="300" w:lineRule="auto"/>
        <w:jc w:val="left"/>
      </w:pPr>
      <w:r>
        <w:rPr>
          <w:rFonts w:ascii="Times New Roman" w:hAnsi="Times New Roman" w:eastAsia="宋体"/>
          <w:b w:val="0"/>
          <w:i w:val="0"/>
          <w:color w:val="333333"/>
          <w:sz w:val="19"/>
        </w:rPr>
        <w:t>y=2x-2.</w:t>
      </w:r>
    </w:p>
    <w:p>
      <w:pPr>
        <w:spacing w:before="0" w:after="80" w:line="300" w:lineRule="auto"/>
        <w:jc w:val="left"/>
      </w:pPr>
      <w:r>
        <w:rPr>
          <w:rFonts w:ascii="Times New Roman" w:hAnsi="Times New Roman" w:eastAsia="宋体"/>
          <w:b w:val="0"/>
          <w:i w:val="0"/>
          <w:color w:val="333333"/>
          <w:sz w:val="19"/>
        </w:rPr>
        <w:t>Their intersections with x+y=10 are (6,4) and (4,6), respectively.</w:t>
      </w:r>
    </w:p>
    <w:p>
      <w:pPr>
        <w:spacing w:before="0" w:after="80" w:line="300" w:lineRule="auto"/>
        <w:jc w:val="left"/>
      </w:pPr>
      <w:r>
        <w:rPr>
          <w:rFonts w:ascii="Times New Roman" w:hAnsi="Times New Roman" w:eastAsia="宋体"/>
          <w:b w:val="0"/>
          <w:i w:val="0"/>
          <w:color w:val="333333"/>
          <w:sz w:val="19"/>
        </w:rPr>
        <w:t>Thus the vertices are (2,2),(6,4), and (4,6). The segment joining the last two points has length 2√(2), its midpoint is (5,5), and the distance from (2,2) to that midpoint is 3√(2).</w:t>
      </w:r>
    </w:p>
    <w:p>
      <w:pPr>
        <w:spacing w:before="0" w:after="80" w:line="300" w:lineRule="auto"/>
        <w:jc w:val="left"/>
      </w:pPr>
      <w:r>
        <w:rPr>
          <w:rFonts w:ascii="Times New Roman" w:hAnsi="Times New Roman" w:eastAsia="宋体"/>
          <w:b w:val="0"/>
          <w:i w:val="0"/>
          <w:color w:val="333333"/>
          <w:sz w:val="19"/>
        </w:rPr>
        <w:t>The area is therefore</w:t>
      </w:r>
    </w:p>
    <w:p>
      <w:pPr>
        <w:spacing w:before="0" w:after="80" w:line="300" w:lineRule="auto"/>
        <w:jc w:val="left"/>
      </w:pPr>
      <w:r>
        <w:rPr>
          <w:rFonts w:ascii="Times New Roman" w:hAnsi="Times New Roman" w:eastAsia="宋体"/>
          <w:b w:val="0"/>
          <w:i w:val="0"/>
          <w:color w:val="333333"/>
          <w:sz w:val="19"/>
        </w:rPr>
        <w:t>1/2(2√(2))(3√(2))=6.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第一种变换可行：可以绕 ell 上某点旋转 180°，旋转中心取在一个朝上的正方形与一个朝下的正方形之间的中点。</w:t>
      </w:r>
    </w:p>
    <w:p>
      <w:pPr>
        <w:spacing w:before="0" w:after="80" w:line="300" w:lineRule="auto"/>
        <w:jc w:val="left"/>
      </w:pPr>
      <w:r>
        <w:rPr>
          <w:rFonts w:ascii="Times New Roman" w:hAnsi="Times New Roman" w:eastAsia="宋体"/>
          <w:b w:val="0"/>
          <w:i w:val="0"/>
          <w:sz w:val="21"/>
        </w:rPr>
        <w:t>第二种变换也可行：只要把图形沿 ell 向右平移，直到各正方形重新对齐即可。</w:t>
      </w:r>
    </w:p>
    <w:p>
      <w:pPr>
        <w:spacing w:before="0" w:after="80" w:line="300" w:lineRule="auto"/>
        <w:jc w:val="left"/>
      </w:pPr>
      <w:r>
        <w:rPr>
          <w:rFonts w:ascii="Times New Roman" w:hAnsi="Times New Roman" w:eastAsia="宋体"/>
          <w:b w:val="0"/>
          <w:i w:val="0"/>
          <w:sz w:val="21"/>
        </w:rPr>
        <w:t>第三种不行，因为这样的反射会使线段方向相反。</w:t>
      </w:r>
    </w:p>
    <w:p>
      <w:pPr>
        <w:spacing w:before="0" w:after="80" w:line="300" w:lineRule="auto"/>
        <w:jc w:val="left"/>
      </w:pPr>
      <w:r>
        <w:rPr>
          <w:rFonts w:ascii="Times New Roman" w:hAnsi="Times New Roman" w:eastAsia="宋体"/>
          <w:b w:val="0"/>
          <w:i w:val="0"/>
          <w:sz w:val="21"/>
        </w:rPr>
        <w:t>第四种变换同样不行，因为斜线段又会指向错误的方向。</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transformation works, as we can rotate ell 180° around the midpoint between an upward-facing and downward-facing square.</w:t>
      </w:r>
    </w:p>
    <w:p>
      <w:pPr>
        <w:spacing w:before="0" w:after="80" w:line="300" w:lineRule="auto"/>
        <w:jc w:val="left"/>
      </w:pPr>
      <w:r>
        <w:rPr>
          <w:rFonts w:ascii="Times New Roman" w:hAnsi="Times New Roman" w:eastAsia="宋体"/>
          <w:b w:val="0"/>
          <w:i w:val="0"/>
          <w:color w:val="333333"/>
          <w:sz w:val="19"/>
        </w:rPr>
        <w:t>The second also works, as we can just move ell to the right until the squares line up with each other again.</w:t>
      </w:r>
    </w:p>
    <w:p>
      <w:pPr>
        <w:spacing w:before="0" w:after="80" w:line="300" w:lineRule="auto"/>
        <w:jc w:val="left"/>
      </w:pPr>
      <w:r>
        <w:rPr>
          <w:rFonts w:ascii="Times New Roman" w:hAnsi="Times New Roman" w:eastAsia="宋体"/>
          <w:b w:val="0"/>
          <w:i w:val="0"/>
          <w:color w:val="333333"/>
          <w:sz w:val="19"/>
        </w:rPr>
        <w:t>The third fails, as a reflection would cause the line segments to face the opposite direction.</w:t>
      </w:r>
    </w:p>
    <w:p>
      <w:pPr>
        <w:spacing w:before="0" w:after="80" w:line="300" w:lineRule="auto"/>
        <w:jc w:val="left"/>
      </w:pPr>
      <w:r>
        <w:rPr>
          <w:rFonts w:ascii="Times New Roman" w:hAnsi="Times New Roman" w:eastAsia="宋体"/>
          <w:b w:val="0"/>
          <w:i w:val="0"/>
          <w:color w:val="333333"/>
          <w:sz w:val="19"/>
        </w:rPr>
        <w:t>The fourth transformation also doesn’t work since the diagonal lines would again be facing in the wrong direction.</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前 n 个正整数之和为</w:t>
      </w:r>
    </w:p>
    <w:p>
      <w:pPr>
        <w:spacing w:before="0" w:after="80" w:line="300" w:lineRule="auto"/>
        <w:jc w:val="left"/>
      </w:pPr>
      <w:r>
        <w:rPr>
          <w:rFonts w:ascii="Times New Roman" w:hAnsi="Times New Roman" w:eastAsia="宋体"/>
          <w:b w:val="0"/>
          <w:i w:val="0"/>
          <w:sz w:val="21"/>
        </w:rPr>
        <w:t>(n(n + 1))/2。</w:t>
      </w:r>
    </w:p>
    <w:p>
      <w:pPr>
        <w:spacing w:before="0" w:after="80" w:line="300" w:lineRule="auto"/>
        <w:jc w:val="left"/>
      </w:pPr>
      <w:r>
        <w:rPr>
          <w:rFonts w:ascii="Times New Roman" w:hAnsi="Times New Roman" w:eastAsia="宋体"/>
          <w:b w:val="0"/>
          <w:i w:val="0"/>
          <w:sz w:val="21"/>
        </w:rPr>
        <w:t>我们需要它不能整除 n!。</w:t>
      </w:r>
    </w:p>
    <w:p>
      <w:pPr>
        <w:spacing w:before="0" w:after="80" w:line="300" w:lineRule="auto"/>
        <w:jc w:val="left"/>
      </w:pPr>
      <w:r>
        <w:rPr>
          <w:rFonts w:ascii="Times New Roman" w:hAnsi="Times New Roman" w:eastAsia="宋体"/>
          <w:b w:val="0"/>
          <w:i w:val="0"/>
          <w:sz w:val="21"/>
        </w:rPr>
        <w:t>设 m=n+1。若 m 是合数，把它写成 m=ab，其中 2≤ a≤ b。当 aB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first n numbers is</w:t>
      </w:r>
    </w:p>
    <w:p>
      <w:pPr>
        <w:spacing w:before="0" w:after="80" w:line="300" w:lineRule="auto"/>
        <w:jc w:val="left"/>
      </w:pPr>
      <w:r>
        <w:rPr>
          <w:rFonts w:ascii="Times New Roman" w:hAnsi="Times New Roman" w:eastAsia="宋体"/>
          <w:b w:val="0"/>
          <w:i w:val="0"/>
          <w:color w:val="333333"/>
          <w:sz w:val="19"/>
        </w:rPr>
        <w:t>(n(n + 1))/2.</w:t>
      </w:r>
    </w:p>
    <w:p>
      <w:pPr>
        <w:spacing w:before="0" w:after="80" w:line="300" w:lineRule="auto"/>
        <w:jc w:val="left"/>
      </w:pPr>
      <w:r>
        <w:rPr>
          <w:rFonts w:ascii="Times New Roman" w:hAnsi="Times New Roman" w:eastAsia="宋体"/>
          <w:b w:val="0"/>
          <w:i w:val="0"/>
          <w:color w:val="333333"/>
          <w:sz w:val="19"/>
        </w:rPr>
        <w:t>We need this to not divide n!.</w:t>
      </w:r>
    </w:p>
    <w:p>
      <w:pPr>
        <w:spacing w:before="0" w:after="80" w:line="300" w:lineRule="auto"/>
        <w:jc w:val="left"/>
      </w:pPr>
      <w:r>
        <w:rPr>
          <w:rFonts w:ascii="Times New Roman" w:hAnsi="Times New Roman" w:eastAsia="宋体"/>
          <w:b w:val="0"/>
          <w:i w:val="0"/>
          <w:color w:val="333333"/>
          <w:sz w:val="19"/>
        </w:rPr>
        <w:t>Put m=n+1. If m is composite, write m=ab with 2≤ a≤ b. When aB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每穿过一条内部网格线，虫子就进入一块新方砖。</w:t>
      </w:r>
    </w:p>
    <w:p>
      <w:pPr>
        <w:spacing w:before="0" w:after="80" w:line="300" w:lineRule="auto"/>
        <w:jc w:val="left"/>
      </w:pPr>
      <w:r>
        <w:rPr>
          <w:rFonts w:ascii="Times New Roman" w:hAnsi="Times New Roman" w:eastAsia="宋体"/>
          <w:b w:val="0"/>
          <w:i w:val="0"/>
          <w:sz w:val="21"/>
        </w:rPr>
        <w:t>因此它经过的方砖数等于 1（第一块方砖）加上它穿过的网格线条数。</w:t>
      </w:r>
    </w:p>
    <w:p>
      <w:pPr>
        <w:spacing w:before="0" w:after="80" w:line="300" w:lineRule="auto"/>
        <w:jc w:val="left"/>
      </w:pPr>
      <w:r>
        <w:rPr>
          <w:rFonts w:ascii="Times New Roman" w:hAnsi="Times New Roman" w:eastAsia="宋体"/>
          <w:b w:val="0"/>
          <w:i w:val="0"/>
          <w:sz w:val="21"/>
        </w:rPr>
        <w:t>因为 10 与 17 互质，对角线不会经过内部格点，所以不会同时穿过一条竖线和一条横线。</w:t>
      </w:r>
    </w:p>
    <w:p>
      <w:pPr>
        <w:spacing w:before="0" w:after="80" w:line="300" w:lineRule="auto"/>
        <w:jc w:val="left"/>
      </w:pPr>
      <w:r>
        <w:rPr>
          <w:rFonts w:ascii="Times New Roman" w:hAnsi="Times New Roman" w:eastAsia="宋体"/>
          <w:b w:val="0"/>
          <w:i w:val="0"/>
          <w:sz w:val="21"/>
        </w:rPr>
        <w:t>它穿过 16 条水平线和 9 条竖直线，因此一共经过</w:t>
      </w:r>
    </w:p>
    <w:p>
      <w:pPr>
        <w:spacing w:before="0" w:after="80" w:line="300" w:lineRule="auto"/>
        <w:jc w:val="left"/>
      </w:pPr>
      <w:r>
        <w:rPr>
          <w:rFonts w:ascii="Times New Roman" w:hAnsi="Times New Roman" w:eastAsia="宋体"/>
          <w:b w:val="0"/>
          <w:i w:val="0"/>
          <w:sz w:val="21"/>
        </w:rPr>
        <w:t>1 + 16 + 9 = 26</w:t>
      </w:r>
    </w:p>
    <w:p>
      <w:pPr>
        <w:spacing w:before="0" w:after="80" w:line="300" w:lineRule="auto"/>
        <w:jc w:val="left"/>
      </w:pPr>
      <w:r>
        <w:rPr>
          <w:rFonts w:ascii="Times New Roman" w:hAnsi="Times New Roman" w:eastAsia="宋体"/>
          <w:b w:val="0"/>
          <w:i w:val="0"/>
          <w:sz w:val="21"/>
        </w:rPr>
        <w:t>块方砖。</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every time the bug crosses a vertical or horizontal line, the bug visits one new tile.</w:t>
      </w:r>
    </w:p>
    <w:p>
      <w:pPr>
        <w:spacing w:before="0" w:after="80" w:line="300" w:lineRule="auto"/>
        <w:jc w:val="left"/>
      </w:pPr>
      <w:r>
        <w:rPr>
          <w:rFonts w:ascii="Times New Roman" w:hAnsi="Times New Roman" w:eastAsia="宋体"/>
          <w:b w:val="0"/>
          <w:i w:val="0"/>
          <w:color w:val="333333"/>
          <w:sz w:val="19"/>
        </w:rPr>
        <w:t>This means that the number of tiles the bug visits is 1 (the first tile) plus the number of lines it crosses.</w:t>
      </w:r>
    </w:p>
    <w:p>
      <w:pPr>
        <w:spacing w:before="0" w:after="80" w:line="300" w:lineRule="auto"/>
        <w:jc w:val="left"/>
      </w:pPr>
      <w:r>
        <w:rPr>
          <w:rFonts w:ascii="Times New Roman" w:hAnsi="Times New Roman" w:eastAsia="宋体"/>
          <w:b w:val="0"/>
          <w:i w:val="0"/>
          <w:color w:val="333333"/>
          <w:sz w:val="19"/>
        </w:rPr>
        <w:t>The bug never walks over a corner since 10 and 17 are relatively prime, so we don’t have to worry about that.</w:t>
      </w:r>
    </w:p>
    <w:p>
      <w:pPr>
        <w:spacing w:before="0" w:after="80" w:line="300" w:lineRule="auto"/>
        <w:jc w:val="left"/>
      </w:pPr>
      <w:r>
        <w:rPr>
          <w:rFonts w:ascii="Times New Roman" w:hAnsi="Times New Roman" w:eastAsia="宋体"/>
          <w:b w:val="0"/>
          <w:i w:val="0"/>
          <w:color w:val="333333"/>
          <w:sz w:val="19"/>
        </w:rPr>
        <w:t>The bug crosses 16 horizontal lines and 9 vertical lines for a total of</w:t>
      </w:r>
    </w:p>
    <w:p>
      <w:pPr>
        <w:spacing w:before="0" w:after="80" w:line="300" w:lineRule="auto"/>
        <w:jc w:val="left"/>
      </w:pPr>
      <w:r>
        <w:rPr>
          <w:rFonts w:ascii="Times New Roman" w:hAnsi="Times New Roman" w:eastAsia="宋体"/>
          <w:b w:val="0"/>
          <w:i w:val="0"/>
          <w:color w:val="333333"/>
          <w:sz w:val="19"/>
        </w:rPr>
        <w:t>1 + 16 + 9 = 26</w:t>
      </w:r>
    </w:p>
    <w:p>
      <w:pPr>
        <w:spacing w:before="0" w:after="80" w:line="300" w:lineRule="auto"/>
        <w:jc w:val="left"/>
      </w:pPr>
      <w:r>
        <w:rPr>
          <w:rFonts w:ascii="Times New Roman" w:hAnsi="Times New Roman" w:eastAsia="宋体"/>
          <w:b w:val="0"/>
          <w:i w:val="0"/>
          <w:color w:val="333333"/>
          <w:sz w:val="19"/>
        </w:rPr>
        <w:t>tiles.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对 201⁹ 作质因数分解，得到 3⁹ · 67⁹。</w:t>
      </w:r>
    </w:p>
    <w:p>
      <w:pPr>
        <w:spacing w:before="0" w:after="80" w:line="300" w:lineRule="auto"/>
        <w:jc w:val="left"/>
      </w:pPr>
      <w:r>
        <w:rPr>
          <w:rFonts w:ascii="Times New Roman" w:hAnsi="Times New Roman" w:eastAsia="宋体"/>
          <w:b w:val="0"/>
          <w:i w:val="0"/>
          <w:sz w:val="21"/>
        </w:rPr>
        <w:t>注意完全平方数的质因数指数为偶数，完全立方数的质因数指数能被 3 整除。</w:t>
      </w:r>
    </w:p>
    <w:p>
      <w:pPr>
        <w:spacing w:before="0" w:after="80" w:line="300" w:lineRule="auto"/>
        <w:jc w:val="left"/>
      </w:pPr>
      <w:r>
        <w:rPr>
          <w:rFonts w:ascii="Times New Roman" w:hAnsi="Times New Roman" w:eastAsia="宋体"/>
          <w:b w:val="0"/>
          <w:i w:val="0"/>
          <w:sz w:val="21"/>
        </w:rPr>
        <w:t>偶数指数有 5 种选择，从 0 到 8；3 的倍数指数有 4 种选择，从 0 到 9。</w:t>
      </w:r>
    </w:p>
    <w:p>
      <w:pPr>
        <w:spacing w:before="0" w:after="80" w:line="300" w:lineRule="auto"/>
        <w:jc w:val="left"/>
      </w:pPr>
      <w:r>
        <w:rPr>
          <w:rFonts w:ascii="Times New Roman" w:hAnsi="Times New Roman" w:eastAsia="宋体"/>
          <w:b w:val="0"/>
          <w:i w:val="0"/>
          <w:sz w:val="21"/>
        </w:rPr>
        <w:t>因此平方数有 5² 种选择，立方数有 4² 种选择；但还要减去重复计数的六次幂。</w:t>
      </w:r>
    </w:p>
    <w:p>
      <w:pPr>
        <w:spacing w:before="0" w:after="80" w:line="300" w:lineRule="auto"/>
        <w:jc w:val="left"/>
      </w:pPr>
      <w:r>
        <w:rPr>
          <w:rFonts w:ascii="Times New Roman" w:hAnsi="Times New Roman" w:eastAsia="宋体"/>
          <w:b w:val="0"/>
          <w:i w:val="0"/>
          <w:sz w:val="21"/>
        </w:rPr>
        <w:t>同理，六次幂的质因数指数必须能被 6 整除。每个指数有 2 种选择，即 0 和 6。</w:t>
      </w:r>
    </w:p>
    <w:p>
      <w:pPr>
        <w:spacing w:before="0" w:after="80" w:line="300" w:lineRule="auto"/>
        <w:jc w:val="left"/>
      </w:pPr>
      <w:r>
        <w:rPr>
          <w:rFonts w:ascii="Times New Roman" w:hAnsi="Times New Roman" w:eastAsia="宋体"/>
          <w:b w:val="0"/>
          <w:i w:val="0"/>
          <w:sz w:val="21"/>
        </w:rPr>
        <w:t>因此六次幂共有 2² = 4 个。于是完全平方数或完全立方数总共有</w:t>
      </w:r>
    </w:p>
    <w:p>
      <w:pPr>
        <w:spacing w:before="0" w:after="80" w:line="300" w:lineRule="auto"/>
        <w:jc w:val="left"/>
      </w:pPr>
      <w:r>
        <w:rPr>
          <w:rFonts w:ascii="Times New Roman" w:hAnsi="Times New Roman" w:eastAsia="宋体"/>
          <w:b w:val="0"/>
          <w:i w:val="0"/>
          <w:sz w:val="21"/>
        </w:rPr>
        <w:t>25 + 16 - 4 = 37</w:t>
      </w:r>
    </w:p>
    <w:p>
      <w:pPr>
        <w:spacing w:before="0" w:after="80" w:line="300" w:lineRule="auto"/>
        <w:jc w:val="left"/>
      </w:pPr>
      <w:r>
        <w:rPr>
          <w:rFonts w:ascii="Times New Roman" w:hAnsi="Times New Roman" w:eastAsia="宋体"/>
          <w:b w:val="0"/>
          <w:i w:val="0"/>
          <w:sz w:val="21"/>
        </w:rPr>
        <w:t>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the prime factorization of 201⁹, we get 3⁹ · 67⁹.</w:t>
      </w:r>
    </w:p>
    <w:p>
      <w:pPr>
        <w:spacing w:before="0" w:after="80" w:line="300" w:lineRule="auto"/>
        <w:jc w:val="left"/>
      </w:pPr>
      <w:r>
        <w:rPr>
          <w:rFonts w:ascii="Times New Roman" w:hAnsi="Times New Roman" w:eastAsia="宋体"/>
          <w:b w:val="0"/>
          <w:i w:val="0"/>
          <w:color w:val="333333"/>
          <w:sz w:val="19"/>
        </w:rPr>
        <w:t>Note that a perfect square has even exponents for its prime factors, and a cube’s exponents are divisible by 3.</w:t>
      </w:r>
    </w:p>
    <w:p>
      <w:pPr>
        <w:spacing w:before="0" w:after="80" w:line="300" w:lineRule="auto"/>
        <w:jc w:val="left"/>
      </w:pPr>
      <w:r>
        <w:rPr>
          <w:rFonts w:ascii="Times New Roman" w:hAnsi="Times New Roman" w:eastAsia="宋体"/>
          <w:b w:val="0"/>
          <w:i w:val="0"/>
          <w:color w:val="333333"/>
          <w:sz w:val="19"/>
        </w:rPr>
        <w:t>There are 5 options for an even exponent, from 0 through 8, and 4 options for multiples of 3, from 0 through 9.</w:t>
      </w:r>
    </w:p>
    <w:p>
      <w:pPr>
        <w:spacing w:before="0" w:after="80" w:line="300" w:lineRule="auto"/>
        <w:jc w:val="left"/>
      </w:pPr>
      <w:r>
        <w:rPr>
          <w:rFonts w:ascii="Times New Roman" w:hAnsi="Times New Roman" w:eastAsia="宋体"/>
          <w:b w:val="0"/>
          <w:i w:val="0"/>
          <w:color w:val="333333"/>
          <w:sz w:val="19"/>
        </w:rPr>
        <w:t>This gives us 5² options for the squares and 4² options for the cubes. We have to subtract out the sixth powers, however.</w:t>
      </w:r>
    </w:p>
    <w:p>
      <w:pPr>
        <w:spacing w:before="0" w:after="80" w:line="300" w:lineRule="auto"/>
        <w:jc w:val="left"/>
      </w:pPr>
      <w:r>
        <w:rPr>
          <w:rFonts w:ascii="Times New Roman" w:hAnsi="Times New Roman" w:eastAsia="宋体"/>
          <w:b w:val="0"/>
          <w:i w:val="0"/>
          <w:color w:val="333333"/>
          <w:sz w:val="19"/>
        </w:rPr>
        <w:t>Using the same logic, sixth powers have to have exponents of prime factors be divisible by 6. There are 2 options, 0 and 6.</w:t>
      </w:r>
    </w:p>
    <w:p>
      <w:pPr>
        <w:spacing w:before="0" w:after="80" w:line="300" w:lineRule="auto"/>
        <w:jc w:val="left"/>
      </w:pPr>
      <w:r>
        <w:rPr>
          <w:rFonts w:ascii="Times New Roman" w:hAnsi="Times New Roman" w:eastAsia="宋体"/>
          <w:b w:val="0"/>
          <w:i w:val="0"/>
          <w:color w:val="333333"/>
          <w:sz w:val="19"/>
        </w:rPr>
        <w:t>This means that there are 2² = 4 sixth powers. This gives us a total of</w:t>
      </w:r>
    </w:p>
    <w:p>
      <w:pPr>
        <w:spacing w:before="0" w:after="80" w:line="300" w:lineRule="auto"/>
        <w:jc w:val="left"/>
      </w:pPr>
      <w:r>
        <w:rPr>
          <w:rFonts w:ascii="Times New Roman" w:hAnsi="Times New Roman" w:eastAsia="宋体"/>
          <w:b w:val="0"/>
          <w:i w:val="0"/>
          <w:color w:val="333333"/>
          <w:sz w:val="19"/>
        </w:rPr>
        <w:t>25 + 16 - 4 = 37.</w:t>
      </w:r>
    </w:p>
    <w:p>
      <w:pPr>
        <w:spacing w:before="0" w:after="80" w:line="300" w:lineRule="auto"/>
        <w:jc w:val="left"/>
      </w:pPr>
      <w:r>
        <w:rPr>
          <w:rFonts w:ascii="Times New Roman" w:hAnsi="Times New Roman" w:eastAsia="宋体"/>
          <w:b w:val="0"/>
          <w:i w:val="0"/>
          <w:color w:val="333333"/>
          <w:sz w:val="19"/>
        </w:rPr>
        <w:t>perfect squares or perfect cubes.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众数是从 1 到 28 的所有整数，所以它们的中位数为 d=14+15/2=14.5。</w:t>
      </w:r>
    </w:p>
    <w:p>
      <w:pPr>
        <w:spacing w:before="0" w:after="80" w:line="300" w:lineRule="auto"/>
        <w:jc w:val="left"/>
      </w:pPr>
      <w:r>
        <w:rPr>
          <w:rFonts w:ascii="Times New Roman" w:hAnsi="Times New Roman" w:eastAsia="宋体"/>
          <w:b w:val="0"/>
          <w:i w:val="0"/>
          <w:sz w:val="21"/>
        </w:rPr>
        <w:t>数据共有 365 项，所以中位数 M 是第 183 个数。日期 1 到 15 共占 15 · 12 = 180 个位置，所以 M=16。</w:t>
      </w:r>
    </w:p>
    <w:p>
      <w:pPr>
        <w:spacing w:before="0" w:after="80" w:line="300" w:lineRule="auto"/>
        <w:jc w:val="left"/>
      </w:pPr>
      <w:r>
        <w:rPr>
          <w:rFonts w:ascii="Times New Roman" w:hAnsi="Times New Roman" w:eastAsia="宋体"/>
          <w:b w:val="0"/>
          <w:i w:val="0"/>
          <w:sz w:val="21"/>
        </w:rPr>
        <w:t>所有日期之和为</w:t>
      </w:r>
    </w:p>
    <w:p>
      <w:pPr>
        <w:spacing w:before="0" w:after="80" w:line="300" w:lineRule="auto"/>
        <w:jc w:val="left"/>
      </w:pPr>
      <w:r>
        <w:rPr>
          <w:rFonts w:ascii="Times New Roman" w:hAnsi="Times New Roman" w:eastAsia="宋体"/>
          <w:b w:val="0"/>
          <w:i w:val="0"/>
          <w:sz w:val="21"/>
        </w:rPr>
        <w:t>12(1+⋯+28)+11(29+30)</w:t>
      </w:r>
    </w:p>
    <w:p>
      <w:pPr>
        <w:spacing w:before="0" w:after="80" w:line="300" w:lineRule="auto"/>
        <w:jc w:val="left"/>
      </w:pPr>
      <w:r>
        <w:rPr>
          <w:rFonts w:ascii="Times New Roman" w:hAnsi="Times New Roman" w:eastAsia="宋体"/>
          <w:b w:val="0"/>
          <w:i w:val="0"/>
          <w:sz w:val="21"/>
        </w:rPr>
        <w:t>+7·31=5738。</w:t>
      </w:r>
    </w:p>
    <w:p>
      <w:pPr>
        <w:spacing w:before="0" w:after="80" w:line="300" w:lineRule="auto"/>
        <w:jc w:val="left"/>
      </w:pPr>
      <w:r>
        <w:rPr>
          <w:rFonts w:ascii="Times New Roman" w:hAnsi="Times New Roman" w:eastAsia="宋体"/>
          <w:b w:val="0"/>
          <w:i w:val="0"/>
          <w:sz w:val="21"/>
        </w:rPr>
        <w:t>所以 μ=5738/365≈15.72。</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d &lt; μ &lt; M。</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modes are all the integers from 1 through 28, so their median is d=14+15/2=14.5.</w:t>
      </w:r>
    </w:p>
    <w:p>
      <w:pPr>
        <w:spacing w:before="0" w:after="80" w:line="300" w:lineRule="auto"/>
        <w:jc w:val="left"/>
      </w:pPr>
      <w:r>
        <w:rPr>
          <w:rFonts w:ascii="Times New Roman" w:hAnsi="Times New Roman" w:eastAsia="宋体"/>
          <w:b w:val="0"/>
          <w:i w:val="0"/>
          <w:color w:val="333333"/>
          <w:sz w:val="19"/>
        </w:rPr>
        <w:t>There are 365 entries, so M is the 183rd number. The dates from 1 through 15 occupy 15 · 12 = 180 positions, so M=16.</w:t>
      </w:r>
    </w:p>
    <w:p>
      <w:pPr>
        <w:spacing w:before="0" w:after="80" w:line="300" w:lineRule="auto"/>
        <w:jc w:val="left"/>
      </w:pPr>
      <w:r>
        <w:rPr>
          <w:rFonts w:ascii="Times New Roman" w:hAnsi="Times New Roman" w:eastAsia="宋体"/>
          <w:b w:val="0"/>
          <w:i w:val="0"/>
          <w:color w:val="333333"/>
          <w:sz w:val="19"/>
        </w:rPr>
        <w:t>The sum of all dates is</w:t>
      </w:r>
    </w:p>
    <w:p>
      <w:pPr>
        <w:spacing w:before="0" w:after="80" w:line="300" w:lineRule="auto"/>
        <w:jc w:val="left"/>
      </w:pPr>
      <w:r>
        <w:rPr>
          <w:rFonts w:ascii="Times New Roman" w:hAnsi="Times New Roman" w:eastAsia="宋体"/>
          <w:b w:val="0"/>
          <w:i w:val="0"/>
          <w:color w:val="333333"/>
          <w:sz w:val="19"/>
        </w:rPr>
        <w:t>12(1+⋯+28)+11(29+30)</w:t>
      </w:r>
    </w:p>
    <w:p>
      <w:pPr>
        <w:spacing w:before="0" w:after="80" w:line="300" w:lineRule="auto"/>
        <w:jc w:val="left"/>
      </w:pPr>
      <w:r>
        <w:rPr>
          <w:rFonts w:ascii="Times New Roman" w:hAnsi="Times New Roman" w:eastAsia="宋体"/>
          <w:b w:val="0"/>
          <w:i w:val="0"/>
          <w:color w:val="333333"/>
          <w:sz w:val="19"/>
        </w:rPr>
        <w:t>+7·31=5738.</w:t>
      </w:r>
    </w:p>
    <w:p>
      <w:pPr>
        <w:spacing w:before="0" w:after="80" w:line="300" w:lineRule="auto"/>
        <w:jc w:val="left"/>
      </w:pPr>
      <w:r>
        <w:rPr>
          <w:rFonts w:ascii="Times New Roman" w:hAnsi="Times New Roman" w:eastAsia="宋体"/>
          <w:b w:val="0"/>
          <w:i w:val="0"/>
          <w:color w:val="333333"/>
          <w:sz w:val="19"/>
        </w:rPr>
        <w:t>Hence μ=5738/365≈15.72.</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d &lt; μ &lt; M.</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D</w:t>
      </w:r>
    </w:p>
    <w:p>
      <w:pPr>
        <w:spacing w:before="80" w:after="80"/>
        <w:jc w:val="center"/>
      </w:pPr>
      <w:r>
        <w:drawing>
          <wp:inline xmlns:a="http://schemas.openxmlformats.org/drawingml/2006/main" xmlns:pic="http://schemas.openxmlformats.org/drawingml/2006/picture">
            <wp:extent cx="821907" cy="843687"/>
            <wp:docPr id="5" name="Picture 5"/>
            <wp:cNvGraphicFramePr>
              <a:graphicFrameLocks noChangeAspect="1"/>
            </wp:cNvGraphicFramePr>
            <a:graphic>
              <a:graphicData uri="http://schemas.openxmlformats.org/drawingml/2006/picture">
                <pic:pic>
                  <pic:nvPicPr>
                    <pic:cNvPr id="0" name="q13-sol-1@300dpi.png"/>
                    <pic:cNvPicPr/>
                  </pic:nvPicPr>
                  <pic:blipFill>
                    <a:blip r:embed="rId11"/>
                    <a:stretch>
                      <a:fillRect/>
                    </a:stretch>
                  </pic:blipFill>
                  <pic:spPr>
                    <a:xfrm>
                      <a:off x="0" y="0"/>
                      <a:ext cx="821907" cy="843687"/>
                    </a:xfrm>
                    <a:prstGeom prst="rect"/>
                  </pic:spPr>
                </pic:pic>
              </a:graphicData>
            </a:graphic>
          </wp:inline>
        </w:drawing>
      </w:r>
    </w:p>
    <w:p>
      <w:pPr>
        <w:spacing w:before="0" w:after="80" w:line="300" w:lineRule="auto"/>
        <w:jc w:val="left"/>
      </w:pPr>
      <w:r>
        <w:rPr>
          <w:rFonts w:ascii="Times New Roman" w:hAnsi="Times New Roman" w:eastAsia="宋体"/>
          <w:b w:val="0"/>
          <w:i w:val="0"/>
          <w:sz w:val="21"/>
        </w:rPr>
        <w:t>因为 BC 是圆的直径，∠ BDC 和 ∠ BEC 都是直角。</w:t>
      </w:r>
    </w:p>
    <w:p>
      <w:pPr>
        <w:spacing w:before="0" w:after="80" w:line="300" w:lineRule="auto"/>
        <w:jc w:val="left"/>
      </w:pPr>
      <w:r>
        <w:rPr>
          <w:rFonts w:ascii="Times New Roman" w:hAnsi="Times New Roman" w:eastAsia="宋体"/>
          <w:b w:val="0"/>
          <w:i w:val="0"/>
          <w:sz w:val="21"/>
        </w:rPr>
        <w:t>可知 ∠ ABC = 70°，这是因为 △ ABC 是等腰三角形。</w:t>
      </w:r>
    </w:p>
    <w:p>
      <w:pPr>
        <w:spacing w:before="0" w:after="80" w:line="300" w:lineRule="auto"/>
        <w:jc w:val="left"/>
      </w:pPr>
      <w:r>
        <w:rPr>
          <w:rFonts w:ascii="Times New Roman" w:hAnsi="Times New Roman" w:eastAsia="宋体"/>
          <w:b w:val="0"/>
          <w:i w:val="0"/>
          <w:sz w:val="21"/>
        </w:rPr>
        <w:t>在 △ BCE 和 △ BCD 中，分别有</w:t>
      </w:r>
    </w:p>
    <w:p>
      <w:pPr>
        <w:spacing w:before="0" w:after="80" w:line="300" w:lineRule="auto"/>
        <w:jc w:val="left"/>
      </w:pPr>
      <w:r>
        <w:rPr>
          <w:rFonts w:ascii="Times New Roman" w:hAnsi="Times New Roman" w:eastAsia="宋体"/>
          <w:b w:val="0"/>
          <w:i w:val="0"/>
          <w:sz w:val="21"/>
        </w:rPr>
        <w:t>∠ ECB=180°-70°-90°</w:t>
      </w:r>
    </w:p>
    <w:p>
      <w:pPr>
        <w:spacing w:before="0" w:after="80" w:line="300" w:lineRule="auto"/>
        <w:jc w:val="left"/>
      </w:pPr>
      <w:r>
        <w:rPr>
          <w:rFonts w:ascii="Times New Roman" w:hAnsi="Times New Roman" w:eastAsia="宋体"/>
          <w:b w:val="0"/>
          <w:i w:val="0"/>
          <w:sz w:val="21"/>
        </w:rPr>
        <w:t>=20°</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 DBC=180°-40°-90°</w:t>
      </w:r>
    </w:p>
    <w:p>
      <w:pPr>
        <w:spacing w:before="0" w:after="80" w:line="300" w:lineRule="auto"/>
        <w:jc w:val="left"/>
      </w:pPr>
      <w:r>
        <w:rPr>
          <w:rFonts w:ascii="Times New Roman" w:hAnsi="Times New Roman" w:eastAsia="宋体"/>
          <w:b w:val="0"/>
          <w:i w:val="0"/>
          <w:sz w:val="21"/>
        </w:rPr>
        <w:t>=50°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F 在 BD 和 CE 上，所以 △ BFC 的另外两个角分别是 50° 和 20°。于是</w:t>
      </w:r>
    </w:p>
    <w:p>
      <w:pPr>
        <w:spacing w:before="0" w:after="80" w:line="300" w:lineRule="auto"/>
        <w:jc w:val="left"/>
      </w:pPr>
      <w:r>
        <w:rPr>
          <w:rFonts w:ascii="Times New Roman" w:hAnsi="Times New Roman" w:eastAsia="宋体"/>
          <w:b w:val="0"/>
          <w:i w:val="0"/>
          <w:sz w:val="21"/>
        </w:rPr>
        <w:t>∠ BFC=180°-50°-20°</w:t>
      </w:r>
    </w:p>
    <w:p>
      <w:pPr>
        <w:spacing w:before="0" w:after="80" w:line="300" w:lineRule="auto"/>
        <w:jc w:val="left"/>
      </w:pPr>
      <w:r>
        <w:rPr>
          <w:rFonts w:ascii="Times New Roman" w:hAnsi="Times New Roman" w:eastAsia="宋体"/>
          <w:b w:val="0"/>
          <w:i w:val="0"/>
          <w:sz w:val="21"/>
        </w:rPr>
        <w:t>=110°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821907" cy="843687"/>
            <wp:docPr id="6" name="Picture 6"/>
            <wp:cNvGraphicFramePr>
              <a:graphicFrameLocks noChangeAspect="1"/>
            </wp:cNvGraphicFramePr>
            <a:graphic>
              <a:graphicData uri="http://schemas.openxmlformats.org/drawingml/2006/picture">
                <pic:pic>
                  <pic:nvPicPr>
                    <pic:cNvPr id="0" name="q13-sol-1@300dpi.png"/>
                    <pic:cNvPicPr/>
                  </pic:nvPicPr>
                  <pic:blipFill>
                    <a:blip r:embed="rId11"/>
                    <a:stretch>
                      <a:fillRect/>
                    </a:stretch>
                  </pic:blipFill>
                  <pic:spPr>
                    <a:xfrm>
                      <a:off x="0" y="0"/>
                      <a:ext cx="821907" cy="843687"/>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Since BC is the diameter of the circle, we get that ∠ BDC and ∠ BEC are right angles.</w:t>
      </w:r>
    </w:p>
    <w:p>
      <w:pPr>
        <w:spacing w:before="0" w:after="80" w:line="300" w:lineRule="auto"/>
        <w:jc w:val="left"/>
      </w:pPr>
      <w:r>
        <w:rPr>
          <w:rFonts w:ascii="Times New Roman" w:hAnsi="Times New Roman" w:eastAsia="宋体"/>
          <w:b w:val="0"/>
          <w:i w:val="0"/>
          <w:color w:val="333333"/>
          <w:sz w:val="19"/>
        </w:rPr>
        <w:t>We know that ∠ ABC = 70° from the fact that △ ABC is isosceles.</w:t>
      </w:r>
    </w:p>
    <w:p>
      <w:pPr>
        <w:spacing w:before="0" w:after="80" w:line="300" w:lineRule="auto"/>
        <w:jc w:val="left"/>
      </w:pPr>
      <w:r>
        <w:rPr>
          <w:rFonts w:ascii="Times New Roman" w:hAnsi="Times New Roman" w:eastAsia="宋体"/>
          <w:b w:val="0"/>
          <w:i w:val="0"/>
          <w:color w:val="333333"/>
          <w:sz w:val="19"/>
        </w:rPr>
        <w:t>In △ BCE and △ BCD, respectively,</w:t>
      </w:r>
    </w:p>
    <w:p>
      <w:pPr>
        <w:spacing w:before="0" w:after="80" w:line="300" w:lineRule="auto"/>
        <w:jc w:val="left"/>
      </w:pPr>
      <w:r>
        <w:rPr>
          <w:rFonts w:ascii="Times New Roman" w:hAnsi="Times New Roman" w:eastAsia="宋体"/>
          <w:b w:val="0"/>
          <w:i w:val="0"/>
          <w:color w:val="333333"/>
          <w:sz w:val="19"/>
        </w:rPr>
        <w:t>∠ ECB=180°-70°-90°</w:t>
      </w:r>
    </w:p>
    <w:p>
      <w:pPr>
        <w:spacing w:before="0" w:after="80" w:line="300" w:lineRule="auto"/>
        <w:jc w:val="left"/>
      </w:pPr>
      <w:r>
        <w:rPr>
          <w:rFonts w:ascii="Times New Roman" w:hAnsi="Times New Roman" w:eastAsia="宋体"/>
          <w:b w:val="0"/>
          <w:i w:val="0"/>
          <w:color w:val="333333"/>
          <w:sz w:val="19"/>
        </w:rPr>
        <w:t>=20°</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 DBC=180°-40°-90°</w:t>
      </w:r>
    </w:p>
    <w:p>
      <w:pPr>
        <w:spacing w:before="0" w:after="80" w:line="300" w:lineRule="auto"/>
        <w:jc w:val="left"/>
      </w:pPr>
      <w:r>
        <w:rPr>
          <w:rFonts w:ascii="Times New Roman" w:hAnsi="Times New Roman" w:eastAsia="宋体"/>
          <w:b w:val="0"/>
          <w:i w:val="0"/>
          <w:color w:val="333333"/>
          <w:sz w:val="19"/>
        </w:rPr>
        <w:t>=50°.</w:t>
      </w:r>
    </w:p>
    <w:p>
      <w:pPr>
        <w:spacing w:before="0" w:after="80" w:line="300" w:lineRule="auto"/>
        <w:jc w:val="left"/>
      </w:pPr>
      <w:r>
        <w:rPr>
          <w:rFonts w:ascii="Times New Roman" w:hAnsi="Times New Roman" w:eastAsia="宋体"/>
          <w:b w:val="0"/>
          <w:i w:val="0"/>
          <w:color w:val="333333"/>
          <w:sz w:val="19"/>
        </w:rPr>
        <w:t>Because F lies on BD and CE, the other two angles of △ BFC are 50° and 20°. Hence</w:t>
      </w:r>
    </w:p>
    <w:p>
      <w:pPr>
        <w:spacing w:before="0" w:after="80" w:line="300" w:lineRule="auto"/>
        <w:jc w:val="left"/>
      </w:pPr>
      <w:r>
        <w:rPr>
          <w:rFonts w:ascii="Times New Roman" w:hAnsi="Times New Roman" w:eastAsia="宋体"/>
          <w:b w:val="0"/>
          <w:i w:val="0"/>
          <w:color w:val="333333"/>
          <w:sz w:val="19"/>
        </w:rPr>
        <w:t>∠ BFC=180°-50°-20°</w:t>
      </w:r>
    </w:p>
    <w:p>
      <w:pPr>
        <w:spacing w:before="0" w:after="80" w:line="300" w:lineRule="auto"/>
        <w:jc w:val="left"/>
      </w:pPr>
      <w:r>
        <w:rPr>
          <w:rFonts w:ascii="Times New Roman" w:hAnsi="Times New Roman" w:eastAsia="宋体"/>
          <w:b w:val="0"/>
          <w:i w:val="0"/>
          <w:color w:val="333333"/>
          <w:sz w:val="19"/>
        </w:rPr>
        <w:t>=110°.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可达到的值有 0,1,3,4,5 和 6。四条平行线给出 0；四线共点给出 1；三条平行线被第四条截得给出 3；三线共点加一条不过该点的直线给出 4；三条线成三角形，第四条平行于其中一边给出 5；一般位置四条直线给出 C(4, 2)=6。</w:t>
      </w:r>
    </w:p>
    <w:p>
      <w:pPr>
        <w:spacing w:before="0" w:after="80" w:line="300" w:lineRule="auto"/>
        <w:jc w:val="left"/>
      </w:pPr>
      <w:r>
        <w:rPr>
          <w:rFonts w:ascii="Times New Roman" w:hAnsi="Times New Roman" w:eastAsia="宋体"/>
          <w:b w:val="0"/>
          <w:i w:val="0"/>
          <w:sz w:val="21"/>
        </w:rPr>
        <w:t>还需要排除恰好 2 个交点的情形。取两条不平行的直线，设它们交于 X。若第三条直线也经过 X，则任何不经过 X 的第四条直线，都会与这三条共点直线中的至少两条交于两个不同的新点；否则四条直线全都经过 X，就只有一个交点。若第三条直线不经过 X，那么它要只产生一个新交点，就必须与前两条直线之一平行。此时第四条直线若经过已有的某个交点，就一定会与那条平行线交于新的点；若两个已有交点都不经过，它会立刻产生新的交点。因此恰好两个交点是不可能的。</w:t>
      </w:r>
    </w:p>
    <w:p>
      <w:pPr>
        <w:spacing w:before="0" w:after="80" w:line="300" w:lineRule="auto"/>
        <w:jc w:val="left"/>
      </w:pPr>
      <w:r>
        <w:rPr>
          <w:rFonts w:ascii="Times New Roman" w:hAnsi="Times New Roman" w:eastAsia="宋体"/>
          <w:b w:val="0"/>
          <w:i w:val="0"/>
          <w:sz w:val="21"/>
        </w:rPr>
        <w:t>所以可能值为 0,1,3,4,5,6，其和为 19。正确答案是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values 0,1,3,4,5, and 6 are attainable. Four parallel lines give 0, four concurrent lines give 1, three parallel lines cut by a fourth give 3, three concurrent lines plus a fourth not through that point give 4, three lines forming a triangle plus a fourth parallel to one side give 5, and four lines in general position give C(4, 2)=6.</w:t>
      </w:r>
    </w:p>
    <w:p>
      <w:pPr>
        <w:spacing w:before="0" w:after="80" w:line="300" w:lineRule="auto"/>
        <w:jc w:val="left"/>
      </w:pPr>
      <w:r>
        <w:rPr>
          <w:rFonts w:ascii="Times New Roman" w:hAnsi="Times New Roman" w:eastAsia="宋体"/>
          <w:b w:val="0"/>
          <w:i w:val="0"/>
          <w:color w:val="333333"/>
          <w:sz w:val="19"/>
        </w:rPr>
        <w:t>It remains to rule out 2. Choose two nonparallel lines, meeting at X. If a third line also passes through X, then a fourth line not through X intersects at least two of those three concurrent lines at two different new points; otherwise all four lines pass through X, giving only one point. If the third line does not pass through X, then to create only one new point it must be parallel to one of the first two lines. A fourth distinct line cannot pass through either existing intersection without meeting the parallel line at a new point, and if it passes through neither, it creates a new intersection immediately. Thus exactly two intersection points are impossible.</w:t>
      </w:r>
    </w:p>
    <w:p>
      <w:pPr>
        <w:spacing w:before="0" w:after="80" w:line="300" w:lineRule="auto"/>
        <w:jc w:val="left"/>
      </w:pPr>
      <w:r>
        <w:rPr>
          <w:rFonts w:ascii="Times New Roman" w:hAnsi="Times New Roman" w:eastAsia="宋体"/>
          <w:b w:val="0"/>
          <w:i w:val="0"/>
          <w:color w:val="333333"/>
          <w:sz w:val="19"/>
        </w:rPr>
        <w:t>Thus the possible values are 0,1,3,4,5,6, whose sum is 19.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对递推式两边取倒数，得到</w:t>
      </w:r>
    </w:p>
    <w:p>
      <w:pPr>
        <w:spacing w:before="0" w:after="80" w:line="300" w:lineRule="auto"/>
        <w:jc w:val="left"/>
      </w:pPr>
      <w:r>
        <w:rPr>
          <w:rFonts w:ascii="Times New Roman" w:hAnsi="Times New Roman" w:eastAsia="宋体"/>
          <w:b w:val="0"/>
          <w:i w:val="0"/>
          <w:sz w:val="21"/>
        </w:rPr>
        <w:t>1/aₙ =(2aₙ₋₂-aₙ₋₁)/(aₙ₋₂aₙ₋₁)</w:t>
      </w:r>
    </w:p>
    <w:p>
      <w:pPr>
        <w:spacing w:before="0" w:after="80" w:line="300" w:lineRule="auto"/>
        <w:jc w:val="left"/>
      </w:pPr>
      <w:r>
        <w:rPr>
          <w:rFonts w:ascii="Times New Roman" w:hAnsi="Times New Roman" w:eastAsia="宋体"/>
          <w:b w:val="0"/>
          <w:i w:val="0"/>
          <w:sz w:val="21"/>
        </w:rPr>
        <w:t>=2/(aₙ₋₁)-1/(aₙ₋₂)</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这说明</w:t>
      </w:r>
    </w:p>
    <w:p>
      <w:pPr>
        <w:spacing w:before="0" w:after="80" w:line="300" w:lineRule="auto"/>
        <w:jc w:val="left"/>
      </w:pPr>
      <w:r>
        <w:rPr>
          <w:rFonts w:ascii="Times New Roman" w:hAnsi="Times New Roman" w:eastAsia="宋体"/>
          <w:b w:val="0"/>
          <w:i w:val="0"/>
          <w:sz w:val="21"/>
        </w:rPr>
        <w:t>1/aₙ - 1/(a_(n - 1)) = 1/(a_(n - 1)) - 1/(a_(n - 2))，</w:t>
      </w:r>
    </w:p>
    <w:p>
      <w:pPr>
        <w:spacing w:before="0" w:after="80" w:line="300" w:lineRule="auto"/>
        <w:jc w:val="left"/>
      </w:pPr>
      <w:r>
        <w:rPr>
          <w:rFonts w:ascii="Times New Roman" w:hAnsi="Times New Roman" w:eastAsia="宋体"/>
          <w:b w:val="0"/>
          <w:i w:val="0"/>
          <w:sz w:val="21"/>
        </w:rPr>
        <w:t>也就是说 {1/aₙ} 是等差数列。</w:t>
      </w:r>
    </w:p>
    <w:p>
      <w:pPr>
        <w:spacing w:before="0" w:after="80" w:line="300" w:lineRule="auto"/>
        <w:jc w:val="left"/>
      </w:pPr>
      <w:r>
        <w:rPr>
          <w:rFonts w:ascii="Times New Roman" w:hAnsi="Times New Roman" w:eastAsia="宋体"/>
          <w:b w:val="0"/>
          <w:i w:val="0"/>
          <w:sz w:val="21"/>
        </w:rPr>
        <w:t>利用 a₁ 和 a₂，可得公差为</w:t>
      </w:r>
    </w:p>
    <w:p>
      <w:pPr>
        <w:spacing w:before="0" w:after="80" w:line="300" w:lineRule="auto"/>
        <w:jc w:val="left"/>
      </w:pPr>
      <w:r>
        <w:rPr>
          <w:rFonts w:ascii="Times New Roman" w:hAnsi="Times New Roman" w:eastAsia="宋体"/>
          <w:b w:val="0"/>
          <w:i w:val="0"/>
          <w:sz w:val="21"/>
        </w:rPr>
        <w:t>1/(3/7) - 1/1 = 7/3 - 1 = 4/3。</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1/a₂₀₁₉=1+2018·4/3=8075/3，</w:t>
      </w:r>
    </w:p>
    <w:p>
      <w:pPr>
        <w:spacing w:before="0" w:after="80" w:line="300" w:lineRule="auto"/>
        <w:jc w:val="left"/>
      </w:pPr>
      <w:r>
        <w:rPr>
          <w:rFonts w:ascii="Times New Roman" w:hAnsi="Times New Roman" w:eastAsia="宋体"/>
          <w:b w:val="0"/>
          <w:i w:val="0"/>
          <w:sz w:val="21"/>
        </w:rPr>
        <w:t>所以 a₂₀₁₉=3/8075。</w:t>
      </w:r>
    </w:p>
    <w:p>
      <w:pPr>
        <w:spacing w:before="0" w:after="80" w:line="300" w:lineRule="auto"/>
        <w:jc w:val="left"/>
      </w:pPr>
      <w:r>
        <w:rPr>
          <w:rFonts w:ascii="Times New Roman" w:hAnsi="Times New Roman" w:eastAsia="宋体"/>
          <w:b w:val="0"/>
          <w:i w:val="0"/>
          <w:sz w:val="21"/>
        </w:rPr>
        <w:t>因此 p + q 为</w:t>
      </w:r>
    </w:p>
    <w:p>
      <w:pPr>
        <w:spacing w:before="0" w:after="80" w:line="300" w:lineRule="auto"/>
        <w:jc w:val="left"/>
      </w:pPr>
      <w:r>
        <w:rPr>
          <w:rFonts w:ascii="Times New Roman" w:hAnsi="Times New Roman" w:eastAsia="宋体"/>
          <w:b w:val="0"/>
          <w:i w:val="0"/>
          <w:sz w:val="21"/>
        </w:rPr>
        <w:t>8075 + 3 = 8078。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reciprocals in the recursive formula gives</w:t>
      </w:r>
    </w:p>
    <w:p>
      <w:pPr>
        <w:spacing w:before="0" w:after="80" w:line="300" w:lineRule="auto"/>
        <w:jc w:val="left"/>
      </w:pPr>
      <w:r>
        <w:rPr>
          <w:rFonts w:ascii="Times New Roman" w:hAnsi="Times New Roman" w:eastAsia="宋体"/>
          <w:b w:val="0"/>
          <w:i w:val="0"/>
          <w:color w:val="333333"/>
          <w:sz w:val="19"/>
        </w:rPr>
        <w:t>1/aₙ =(2aₙ₋₂-aₙ₋₁)/(aₙ₋₂aₙ₋₁)</w:t>
      </w:r>
    </w:p>
    <w:p>
      <w:pPr>
        <w:spacing w:before="0" w:after="80" w:line="300" w:lineRule="auto"/>
        <w:jc w:val="left"/>
      </w:pPr>
      <w:r>
        <w:rPr>
          <w:rFonts w:ascii="Times New Roman" w:hAnsi="Times New Roman" w:eastAsia="宋体"/>
          <w:b w:val="0"/>
          <w:i w:val="0"/>
          <w:color w:val="333333"/>
          <w:sz w:val="19"/>
        </w:rPr>
        <w:t>=2/(aₙ₋₁)-1/(aₙ₋₂).</w:t>
      </w:r>
    </w:p>
    <w:p>
      <w:pPr>
        <w:spacing w:before="0" w:after="80" w:line="300" w:lineRule="auto"/>
        <w:jc w:val="left"/>
      </w:pPr>
      <w:r>
        <w:rPr>
          <w:rFonts w:ascii="Times New Roman" w:hAnsi="Times New Roman" w:eastAsia="宋体"/>
          <w:b w:val="0"/>
          <w:i w:val="0"/>
          <w:color w:val="333333"/>
          <w:sz w:val="19"/>
        </w:rPr>
        <w:t>This means that</w:t>
      </w:r>
    </w:p>
    <w:p>
      <w:pPr>
        <w:spacing w:before="0" w:after="80" w:line="300" w:lineRule="auto"/>
        <w:jc w:val="left"/>
      </w:pPr>
      <w:r>
        <w:rPr>
          <w:rFonts w:ascii="Times New Roman" w:hAnsi="Times New Roman" w:eastAsia="宋体"/>
          <w:b w:val="0"/>
          <w:i w:val="0"/>
          <w:color w:val="333333"/>
          <w:sz w:val="19"/>
        </w:rPr>
        <w:t>1/aₙ - 1/(a_(n - 1)) = 1/(a_(n - 1)) - 1/(a_(n - 2)),</w:t>
      </w:r>
    </w:p>
    <w:p>
      <w:pPr>
        <w:spacing w:before="0" w:after="80" w:line="300" w:lineRule="auto"/>
        <w:jc w:val="left"/>
      </w:pPr>
      <w:r>
        <w:rPr>
          <w:rFonts w:ascii="Times New Roman" w:hAnsi="Times New Roman" w:eastAsia="宋体"/>
          <w:b w:val="0"/>
          <w:i w:val="0"/>
          <w:color w:val="333333"/>
          <w:sz w:val="19"/>
        </w:rPr>
        <w:t>which tells us that {1/aₙ} is an arithmetic sequence.</w:t>
      </w:r>
    </w:p>
    <w:p>
      <w:pPr>
        <w:spacing w:before="0" w:after="80" w:line="300" w:lineRule="auto"/>
        <w:jc w:val="left"/>
      </w:pPr>
      <w:r>
        <w:rPr>
          <w:rFonts w:ascii="Times New Roman" w:hAnsi="Times New Roman" w:eastAsia="宋体"/>
          <w:b w:val="0"/>
          <w:i w:val="0"/>
          <w:color w:val="333333"/>
          <w:sz w:val="19"/>
        </w:rPr>
        <w:t>Using a₁ and a₂, we get that the common difference is</w:t>
      </w:r>
    </w:p>
    <w:p>
      <w:pPr>
        <w:spacing w:before="0" w:after="80" w:line="300" w:lineRule="auto"/>
        <w:jc w:val="left"/>
      </w:pPr>
      <w:r>
        <w:rPr>
          <w:rFonts w:ascii="Times New Roman" w:hAnsi="Times New Roman" w:eastAsia="宋体"/>
          <w:b w:val="0"/>
          <w:i w:val="0"/>
          <w:color w:val="333333"/>
          <w:sz w:val="19"/>
        </w:rPr>
        <w:t>1/(3/7) - 1/1 = 7/3 - 1 = 4/3.</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1/a₂₀₁₉=1+2018·4/3=8075/3,</w:t>
      </w:r>
    </w:p>
    <w:p>
      <w:pPr>
        <w:spacing w:before="0" w:after="80" w:line="300" w:lineRule="auto"/>
        <w:jc w:val="left"/>
      </w:pPr>
      <w:r>
        <w:rPr>
          <w:rFonts w:ascii="Times New Roman" w:hAnsi="Times New Roman" w:eastAsia="宋体"/>
          <w:b w:val="0"/>
          <w:i w:val="0"/>
          <w:color w:val="333333"/>
          <w:sz w:val="19"/>
        </w:rPr>
        <w:t>so a₂₀₁₉=3/8075.</w:t>
      </w:r>
    </w:p>
    <w:p>
      <w:pPr>
        <w:spacing w:before="0" w:after="80" w:line="300" w:lineRule="auto"/>
        <w:jc w:val="left"/>
      </w:pPr>
      <w:r>
        <w:rPr>
          <w:rFonts w:ascii="Times New Roman" w:hAnsi="Times New Roman" w:eastAsia="宋体"/>
          <w:b w:val="0"/>
          <w:i w:val="0"/>
          <w:color w:val="333333"/>
          <w:sz w:val="19"/>
        </w:rPr>
        <w:t>p + q is therefore</w:t>
      </w:r>
    </w:p>
    <w:p>
      <w:pPr>
        <w:spacing w:before="0" w:after="80" w:line="300" w:lineRule="auto"/>
        <w:jc w:val="left"/>
      </w:pPr>
      <w:r>
        <w:rPr>
          <w:rFonts w:ascii="Times New Roman" w:hAnsi="Times New Roman" w:eastAsia="宋体"/>
          <w:b w:val="0"/>
          <w:i w:val="0"/>
          <w:color w:val="333333"/>
          <w:sz w:val="19"/>
        </w:rPr>
        <w:t>8075 + 3 = 8078.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A</w:t>
      </w:r>
    </w:p>
    <w:p>
      <w:pPr>
        <w:spacing w:before="80" w:after="80"/>
        <w:jc w:val="center"/>
      </w:pPr>
      <w:r>
        <w:drawing>
          <wp:inline xmlns:a="http://schemas.openxmlformats.org/drawingml/2006/main" xmlns:pic="http://schemas.openxmlformats.org/drawingml/2006/picture">
            <wp:extent cx="2723849" cy="2723849"/>
            <wp:docPr id="7" name="Picture 7"/>
            <wp:cNvGraphicFramePr>
              <a:graphicFrameLocks noChangeAspect="1"/>
            </wp:cNvGraphicFramePr>
            <a:graphic>
              <a:graphicData uri="http://schemas.openxmlformats.org/drawingml/2006/picture">
                <pic:pic>
                  <pic:nvPicPr>
                    <pic:cNvPr id="0" name="q16-sol-1@300dpi.png"/>
                    <pic:cNvPicPr/>
                  </pic:nvPicPr>
                  <pic:blipFill>
                    <a:blip r:embed="rId12"/>
                    <a:stretch>
                      <a:fillRect/>
                    </a:stretch>
                  </pic:blipFill>
                  <pic:spPr>
                    <a:xfrm>
                      <a:off x="0" y="0"/>
                      <a:ext cx="2723849" cy="2723849"/>
                    </a:xfrm>
                    <a:prstGeom prst="rect"/>
                  </pic:spPr>
                </pic:pic>
              </a:graphicData>
            </a:graphic>
          </wp:inline>
        </w:drawing>
      </w:r>
    </w:p>
    <w:p>
      <w:pPr>
        <w:spacing w:before="0" w:after="80" w:line="300" w:lineRule="auto"/>
        <w:jc w:val="left"/>
      </w:pPr>
      <w:r>
        <w:rPr>
          <w:rFonts w:ascii="Times New Roman" w:hAnsi="Times New Roman" w:eastAsia="宋体"/>
          <w:b w:val="0"/>
          <w:i w:val="0"/>
          <w:sz w:val="21"/>
        </w:rPr>
        <w:t>我们知道 △ ABC 和 △ ABO 都是等边三角形。</w:t>
      </w:r>
    </w:p>
    <w:p>
      <w:pPr>
        <w:spacing w:before="0" w:after="80" w:line="300" w:lineRule="auto"/>
        <w:jc w:val="left"/>
      </w:pPr>
      <w:r>
        <w:rPr>
          <w:rFonts w:ascii="Times New Roman" w:hAnsi="Times New Roman" w:eastAsia="宋体"/>
          <w:b w:val="0"/>
          <w:i w:val="0"/>
          <w:sz w:val="21"/>
        </w:rPr>
        <w:t>利用特殊直角三角形求这些三角形的高，可得 OC = 2√(3)。</w:t>
      </w:r>
    </w:p>
    <w:p>
      <w:pPr>
        <w:spacing w:before="0" w:after="80" w:line="300" w:lineRule="auto"/>
        <w:jc w:val="left"/>
      </w:pPr>
      <w:r>
        <w:rPr>
          <w:rFonts w:ascii="Times New Roman" w:hAnsi="Times New Roman" w:eastAsia="宋体"/>
          <w:b w:val="0"/>
          <w:i w:val="0"/>
          <w:sz w:val="21"/>
        </w:rPr>
        <w:t>因此大圆半径为 2√(3) + 1，因为在 OC 之外还多出一个单位长的小圆半径。</w:t>
      </w:r>
    </w:p>
    <w:p>
      <w:pPr>
        <w:spacing w:before="0" w:after="80" w:line="300" w:lineRule="auto"/>
        <w:jc w:val="left"/>
      </w:pPr>
      <w:r>
        <w:rPr>
          <w:rFonts w:ascii="Times New Roman" w:hAnsi="Times New Roman" w:eastAsia="宋体"/>
          <w:b w:val="0"/>
          <w:i w:val="0"/>
          <w:sz w:val="21"/>
        </w:rPr>
        <w:t>大圆面积为</w:t>
      </w:r>
    </w:p>
    <w:p>
      <w:pPr>
        <w:spacing w:before="0" w:after="80" w:line="300" w:lineRule="auto"/>
        <w:jc w:val="left"/>
      </w:pPr>
      <w:r>
        <w:rPr>
          <w:rFonts w:ascii="Times New Roman" w:hAnsi="Times New Roman" w:eastAsia="宋体"/>
          <w:b w:val="0"/>
          <w:i w:val="0"/>
          <w:sz w:val="21"/>
        </w:rPr>
        <w:t>(2√(3) + 1)²π = (13 + 4√(3))π。</w:t>
      </w:r>
    </w:p>
    <w:p>
      <w:pPr>
        <w:spacing w:before="0" w:after="80" w:line="300" w:lineRule="auto"/>
        <w:jc w:val="left"/>
      </w:pPr>
      <w:r>
        <w:rPr>
          <w:rFonts w:ascii="Times New Roman" w:hAnsi="Times New Roman" w:eastAsia="宋体"/>
          <w:b w:val="0"/>
          <w:i w:val="0"/>
          <w:sz w:val="21"/>
        </w:rPr>
        <w:t>所有内侧小圆的总面积为 13π。</w:t>
      </w:r>
    </w:p>
    <w:p>
      <w:pPr>
        <w:spacing w:before="0" w:after="80" w:line="300" w:lineRule="auto"/>
        <w:jc w:val="left"/>
      </w:pPr>
      <w:r>
        <w:rPr>
          <w:rFonts w:ascii="Times New Roman" w:hAnsi="Times New Roman" w:eastAsia="宋体"/>
          <w:b w:val="0"/>
          <w:i w:val="0"/>
          <w:sz w:val="21"/>
        </w:rPr>
        <w:t>阴影区域面积为</w:t>
      </w:r>
    </w:p>
    <w:p>
      <w:pPr>
        <w:spacing w:before="0" w:after="80" w:line="300" w:lineRule="auto"/>
        <w:jc w:val="left"/>
      </w:pPr>
      <w:r>
        <w:rPr>
          <w:rFonts w:ascii="Times New Roman" w:hAnsi="Times New Roman" w:eastAsia="宋体"/>
          <w:b w:val="0"/>
          <w:i w:val="0"/>
          <w:sz w:val="21"/>
        </w:rPr>
        <w:t>(13 + 4√(3))π - 13π = 4π√(3)。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2723849" cy="2723849"/>
            <wp:docPr id="8" name="Picture 8"/>
            <wp:cNvGraphicFramePr>
              <a:graphicFrameLocks noChangeAspect="1"/>
            </wp:cNvGraphicFramePr>
            <a:graphic>
              <a:graphicData uri="http://schemas.openxmlformats.org/drawingml/2006/picture">
                <pic:pic>
                  <pic:nvPicPr>
                    <pic:cNvPr id="0" name="q16-sol-1@300dpi.png"/>
                    <pic:cNvPicPr/>
                  </pic:nvPicPr>
                  <pic:blipFill>
                    <a:blip r:embed="rId12"/>
                    <a:stretch>
                      <a:fillRect/>
                    </a:stretch>
                  </pic:blipFill>
                  <pic:spPr>
                    <a:xfrm>
                      <a:off x="0" y="0"/>
                      <a:ext cx="2723849" cy="272384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We know △ ABC and △ ABO are equilateral triangles.</w:t>
      </w:r>
    </w:p>
    <w:p>
      <w:pPr>
        <w:spacing w:before="0" w:after="80" w:line="300" w:lineRule="auto"/>
        <w:jc w:val="left"/>
      </w:pPr>
      <w:r>
        <w:rPr>
          <w:rFonts w:ascii="Times New Roman" w:hAnsi="Times New Roman" w:eastAsia="宋体"/>
          <w:b w:val="0"/>
          <w:i w:val="0"/>
          <w:color w:val="333333"/>
          <w:sz w:val="19"/>
        </w:rPr>
        <w:t>We get that OC = 2√(3) using special right triangles to find the altitudes of the triangles.</w:t>
      </w:r>
    </w:p>
    <w:p>
      <w:pPr>
        <w:spacing w:before="0" w:after="80" w:line="300" w:lineRule="auto"/>
        <w:jc w:val="left"/>
      </w:pPr>
      <w:r>
        <w:rPr>
          <w:rFonts w:ascii="Times New Roman" w:hAnsi="Times New Roman" w:eastAsia="宋体"/>
          <w:b w:val="0"/>
          <w:i w:val="0"/>
          <w:color w:val="333333"/>
          <w:sz w:val="19"/>
        </w:rPr>
        <w:t>The radius of the larger circle is therefore 2√(3) + 1, since there is the extra unit radius after OC.</w:t>
      </w:r>
    </w:p>
    <w:p>
      <w:pPr>
        <w:spacing w:before="0" w:after="80" w:line="300" w:lineRule="auto"/>
        <w:jc w:val="left"/>
      </w:pPr>
      <w:r>
        <w:rPr>
          <w:rFonts w:ascii="Times New Roman" w:hAnsi="Times New Roman" w:eastAsia="宋体"/>
          <w:b w:val="0"/>
          <w:i w:val="0"/>
          <w:color w:val="333333"/>
          <w:sz w:val="19"/>
        </w:rPr>
        <w:t>The area of the larger circle is</w:t>
      </w:r>
    </w:p>
    <w:p>
      <w:pPr>
        <w:spacing w:before="0" w:after="80" w:line="300" w:lineRule="auto"/>
        <w:jc w:val="left"/>
      </w:pPr>
      <w:r>
        <w:rPr>
          <w:rFonts w:ascii="Times New Roman" w:hAnsi="Times New Roman" w:eastAsia="宋体"/>
          <w:b w:val="0"/>
          <w:i w:val="0"/>
          <w:color w:val="333333"/>
          <w:sz w:val="19"/>
        </w:rPr>
        <w:t>(2√(3) + 1)²π = (13 + 4√(3))π.</w:t>
      </w:r>
    </w:p>
    <w:p>
      <w:pPr>
        <w:spacing w:before="0" w:after="80" w:line="300" w:lineRule="auto"/>
        <w:jc w:val="left"/>
      </w:pPr>
      <w:r>
        <w:rPr>
          <w:rFonts w:ascii="Times New Roman" w:hAnsi="Times New Roman" w:eastAsia="宋体"/>
          <w:b w:val="0"/>
          <w:i w:val="0"/>
          <w:color w:val="333333"/>
          <w:sz w:val="19"/>
        </w:rPr>
        <w:t>The area of all the inner circles is 13π.</w:t>
      </w:r>
    </w:p>
    <w:p>
      <w:pPr>
        <w:spacing w:before="0" w:after="80" w:line="300" w:lineRule="auto"/>
        <w:jc w:val="left"/>
      </w:pPr>
      <w:r>
        <w:rPr>
          <w:rFonts w:ascii="Times New Roman" w:hAnsi="Times New Roman" w:eastAsia="宋体"/>
          <w:b w:val="0"/>
          <w:i w:val="0"/>
          <w:color w:val="333333"/>
          <w:sz w:val="19"/>
        </w:rPr>
        <w:t>The area of the shaded region is</w:t>
      </w:r>
    </w:p>
    <w:p>
      <w:pPr>
        <w:spacing w:before="0" w:after="80" w:line="300" w:lineRule="auto"/>
        <w:jc w:val="left"/>
      </w:pPr>
      <w:r>
        <w:rPr>
          <w:rFonts w:ascii="Times New Roman" w:hAnsi="Times New Roman" w:eastAsia="宋体"/>
          <w:b w:val="0"/>
          <w:i w:val="0"/>
          <w:color w:val="333333"/>
          <w:sz w:val="19"/>
        </w:rPr>
        <w:t>(13 + 4√(3))π - 13π = 4π√(3).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给定一个合法的高度为 8 的塔，各颜色数量唯一确定了未使用的立方体；把该立方体放在顶端。反过来，从全部 9 个立方体的任意排列中去掉顶端立方体，都会得到一个合法的高度为 8 的塔。这两个操作互为逆操作，所以所求塔与全部 9 个立方体的排列一一对应。</w:t>
      </w:r>
    </w:p>
    <w:p>
      <w:pPr>
        <w:spacing w:before="0" w:after="80" w:line="300" w:lineRule="auto"/>
        <w:jc w:val="left"/>
      </w:pPr>
      <w:r>
        <w:rPr>
          <w:rFonts w:ascii="Times New Roman" w:hAnsi="Times New Roman" w:eastAsia="宋体"/>
          <w:b w:val="0"/>
          <w:i w:val="0"/>
          <w:sz w:val="21"/>
        </w:rPr>
        <w:t>高度为 9 的塔共有 9! 种排列，但同色立方体之间的交换会造成重复计算。</w:t>
      </w:r>
    </w:p>
    <w:p>
      <w:pPr>
        <w:spacing w:before="0" w:after="80" w:line="300" w:lineRule="auto"/>
        <w:jc w:val="left"/>
      </w:pPr>
      <w:r>
        <w:rPr>
          <w:rFonts w:ascii="Times New Roman" w:hAnsi="Times New Roman" w:eastAsia="宋体"/>
          <w:b w:val="0"/>
          <w:i w:val="0"/>
          <w:sz w:val="21"/>
        </w:rPr>
        <w:t>因此要分别除以红色立方体的 2! 种排列、蓝色立方体的 3! 种排列和绿色立方体的 4! 种排列。</w:t>
      </w:r>
    </w:p>
    <w:p>
      <w:pPr>
        <w:spacing w:before="0" w:after="80" w:line="300" w:lineRule="auto"/>
        <w:jc w:val="left"/>
      </w:pPr>
      <w:r>
        <w:rPr>
          <w:rFonts w:ascii="Times New Roman" w:hAnsi="Times New Roman" w:eastAsia="宋体"/>
          <w:b w:val="0"/>
          <w:i w:val="0"/>
          <w:sz w:val="21"/>
        </w:rPr>
        <w:t>所以合法排列数为</w:t>
      </w:r>
    </w:p>
    <w:p>
      <w:pPr>
        <w:spacing w:before="0" w:after="80" w:line="300" w:lineRule="auto"/>
        <w:jc w:val="left"/>
      </w:pPr>
      <w:r>
        <w:rPr>
          <w:rFonts w:ascii="Times New Roman" w:hAnsi="Times New Roman" w:eastAsia="宋体"/>
          <w:b w:val="0"/>
          <w:i w:val="0"/>
          <w:sz w:val="21"/>
        </w:rPr>
        <w:t>(9!)/(2! · 3! · 4!) = 1,260。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a valid height-8 tower, its color counts determine the one unused cube; place that cube on top. Conversely, removing the top cube from any arrangement of all 9 cubes gives a valid height-8 tower. These operations are inverses, so the desired towers are in one-to-one correspondence with arrangements of all 9 cubes.</w:t>
      </w:r>
    </w:p>
    <w:p>
      <w:pPr>
        <w:spacing w:before="0" w:after="80" w:line="300" w:lineRule="auto"/>
        <w:jc w:val="left"/>
      </w:pPr>
      <w:r>
        <w:rPr>
          <w:rFonts w:ascii="Times New Roman" w:hAnsi="Times New Roman" w:eastAsia="宋体"/>
          <w:b w:val="0"/>
          <w:i w:val="0"/>
          <w:color w:val="333333"/>
          <w:sz w:val="19"/>
        </w:rPr>
        <w:t>There are 9! ways to make a tower of height 9, but we are overcounting since there are multiple cubes of the same color.</w:t>
      </w:r>
    </w:p>
    <w:p>
      <w:pPr>
        <w:spacing w:before="0" w:after="80" w:line="300" w:lineRule="auto"/>
        <w:jc w:val="left"/>
      </w:pPr>
      <w:r>
        <w:rPr>
          <w:rFonts w:ascii="Times New Roman" w:hAnsi="Times New Roman" w:eastAsia="宋体"/>
          <w:b w:val="0"/>
          <w:i w:val="0"/>
          <w:color w:val="333333"/>
          <w:sz w:val="19"/>
        </w:rPr>
        <w:t>We have to divide through by 2! ways to arrange the red cubes, 3! for the blue cubes, and 4! for the green cubes.</w:t>
      </w:r>
    </w:p>
    <w:p>
      <w:pPr>
        <w:spacing w:before="0" w:after="80" w:line="300" w:lineRule="auto"/>
        <w:jc w:val="left"/>
      </w:pPr>
      <w:r>
        <w:rPr>
          <w:rFonts w:ascii="Times New Roman" w:hAnsi="Times New Roman" w:eastAsia="宋体"/>
          <w:b w:val="0"/>
          <w:i w:val="0"/>
          <w:color w:val="333333"/>
          <w:sz w:val="19"/>
        </w:rPr>
        <w:t>Therefore, the number of valid arrangements is</w:t>
      </w:r>
    </w:p>
    <w:p>
      <w:pPr>
        <w:spacing w:before="0" w:after="80" w:line="300" w:lineRule="auto"/>
        <w:jc w:val="left"/>
      </w:pPr>
      <w:r>
        <w:rPr>
          <w:rFonts w:ascii="Times New Roman" w:hAnsi="Times New Roman" w:eastAsia="宋体"/>
          <w:b w:val="0"/>
          <w:i w:val="0"/>
          <w:color w:val="333333"/>
          <w:sz w:val="19"/>
        </w:rPr>
        <w:t>(9!)/(2! · 3! · 4!) = 1,260.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这个以 k 为底的循环小数为 2k⁻¹+3k⁻² +2k⁻³+3k⁻⁴+⋯。按奇偶次幂分组得</w:t>
      </w:r>
    </w:p>
    <w:p>
      <w:pPr>
        <w:spacing w:before="0" w:after="80" w:line="300" w:lineRule="auto"/>
        <w:jc w:val="left"/>
      </w:pPr>
      <w:r>
        <w:rPr>
          <w:rFonts w:ascii="Times New Roman" w:hAnsi="Times New Roman" w:eastAsia="宋体"/>
          <w:b w:val="0"/>
          <w:i w:val="0"/>
          <w:sz w:val="21"/>
        </w:rPr>
        <w:t>2(k⁻¹+k⁻³+⋯)</w:t>
      </w:r>
    </w:p>
    <w:p>
      <w:pPr>
        <w:spacing w:before="0" w:after="80" w:line="300" w:lineRule="auto"/>
        <w:jc w:val="left"/>
      </w:pPr>
      <w:r>
        <w:rPr>
          <w:rFonts w:ascii="Times New Roman" w:hAnsi="Times New Roman" w:eastAsia="宋体"/>
          <w:b w:val="0"/>
          <w:i w:val="0"/>
          <w:sz w:val="21"/>
        </w:rPr>
        <w:t>+3(k⁻²+k⁻⁴+⋯)</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利用等比级数，两部分分别为 2k/k²-1 和 3/k²-1，所以 0.23ₖ=2k+3/k²-1。</w:t>
      </w:r>
    </w:p>
    <w:p>
      <w:pPr>
        <w:spacing w:before="0" w:after="80" w:line="300" w:lineRule="auto"/>
        <w:jc w:val="left"/>
      </w:pPr>
      <w:r>
        <w:rPr>
          <w:rFonts w:ascii="Times New Roman" w:hAnsi="Times New Roman" w:eastAsia="宋体"/>
          <w:b w:val="0"/>
          <w:i w:val="0"/>
          <w:sz w:val="21"/>
        </w:rPr>
        <w:t>令 2k+3/k²-1=7/51，得到 51(2k+3)=7(k²-1)，即 7k²-102k-160=0。正整数解为 k=16。所以正确答案是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repeating base-k fraction is 2k⁻¹+3k⁻² +2k⁻³+3k⁻⁴+⋯. Grouping odd and even powers gives</w:t>
      </w:r>
    </w:p>
    <w:p>
      <w:pPr>
        <w:spacing w:before="0" w:after="80" w:line="300" w:lineRule="auto"/>
        <w:jc w:val="left"/>
      </w:pPr>
      <w:r>
        <w:rPr>
          <w:rFonts w:ascii="Times New Roman" w:hAnsi="Times New Roman" w:eastAsia="宋体"/>
          <w:b w:val="0"/>
          <w:i w:val="0"/>
          <w:color w:val="333333"/>
          <w:sz w:val="19"/>
        </w:rPr>
        <w:t>2(k⁻¹+k⁻³+⋯)</w:t>
      </w:r>
    </w:p>
    <w:p>
      <w:pPr>
        <w:spacing w:before="0" w:after="80" w:line="300" w:lineRule="auto"/>
        <w:jc w:val="left"/>
      </w:pPr>
      <w:r>
        <w:rPr>
          <w:rFonts w:ascii="Times New Roman" w:hAnsi="Times New Roman" w:eastAsia="宋体"/>
          <w:b w:val="0"/>
          <w:i w:val="0"/>
          <w:color w:val="333333"/>
          <w:sz w:val="19"/>
        </w:rPr>
        <w:t>+3(k⁻²+k⁻⁴+⋯).</w:t>
      </w:r>
    </w:p>
    <w:p>
      <w:pPr>
        <w:spacing w:before="0" w:after="80" w:line="300" w:lineRule="auto"/>
        <w:jc w:val="left"/>
      </w:pPr>
      <w:r>
        <w:rPr>
          <w:rFonts w:ascii="Times New Roman" w:hAnsi="Times New Roman" w:eastAsia="宋体"/>
          <w:b w:val="0"/>
          <w:i w:val="0"/>
          <w:color w:val="333333"/>
          <w:sz w:val="19"/>
        </w:rPr>
        <w:t>Using geometric series, these sums are 2k/k²-1 and 3/k²-1, so 0.23ₖ=2k+3/k²-1.</w:t>
      </w:r>
    </w:p>
    <w:p>
      <w:pPr>
        <w:spacing w:before="0" w:after="80" w:line="300" w:lineRule="auto"/>
        <w:jc w:val="left"/>
      </w:pPr>
      <w:r>
        <w:rPr>
          <w:rFonts w:ascii="Times New Roman" w:hAnsi="Times New Roman" w:eastAsia="宋体"/>
          <w:b w:val="0"/>
          <w:i w:val="0"/>
          <w:color w:val="333333"/>
          <w:sz w:val="19"/>
        </w:rPr>
        <w:t>Setting 2k+3/k²-1=7/51 gives 51(2k+3)=7(k²-1), so 7k²-102k-160=0. Hence k=16.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先把前两个因子和后两个因子相乘，得到</w:t>
      </w:r>
    </w:p>
    <w:p>
      <w:pPr>
        <w:spacing w:before="0" w:after="80" w:line="300" w:lineRule="auto"/>
        <w:jc w:val="left"/>
      </w:pPr>
      <w:r>
        <w:rPr>
          <w:rFonts w:ascii="Times New Roman" w:hAnsi="Times New Roman" w:eastAsia="宋体"/>
          <w:b w:val="0"/>
          <w:i w:val="0"/>
          <w:sz w:val="21"/>
        </w:rPr>
        <w:t>(x² + 5x + 4)(x² + 5x + 6)。</w:t>
      </w:r>
    </w:p>
    <w:p>
      <w:pPr>
        <w:spacing w:before="0" w:after="80" w:line="300" w:lineRule="auto"/>
        <w:jc w:val="left"/>
      </w:pPr>
      <w:r>
        <w:rPr>
          <w:rFonts w:ascii="Times New Roman" w:hAnsi="Times New Roman" w:eastAsia="宋体"/>
          <w:b w:val="0"/>
          <w:i w:val="0"/>
          <w:sz w:val="21"/>
        </w:rPr>
        <w:t>注意这两项相差 2。可把它写成平方差：</w:t>
      </w:r>
    </w:p>
    <w:p>
      <w:pPr>
        <w:spacing w:before="0" w:after="80" w:line="300" w:lineRule="auto"/>
        <w:jc w:val="left"/>
      </w:pPr>
      <w:r>
        <w:rPr>
          <w:rFonts w:ascii="Times New Roman" w:hAnsi="Times New Roman" w:eastAsia="宋体"/>
          <w:b w:val="0"/>
          <w:i w:val="0"/>
          <w:sz w:val="21"/>
        </w:rPr>
        <w:t>(x² + 5x + 5)² - 1。</w:t>
      </w:r>
    </w:p>
    <w:p>
      <w:pPr>
        <w:spacing w:before="0" w:after="80" w:line="300" w:lineRule="auto"/>
        <w:jc w:val="left"/>
      </w:pPr>
      <w:r>
        <w:rPr>
          <w:rFonts w:ascii="Times New Roman" w:hAnsi="Times New Roman" w:eastAsia="宋体"/>
          <w:b w:val="0"/>
          <w:i w:val="0"/>
          <w:sz w:val="21"/>
        </w:rPr>
        <w:t>再加上 2019，得到</w:t>
      </w:r>
    </w:p>
    <w:p>
      <w:pPr>
        <w:spacing w:before="0" w:after="80" w:line="300" w:lineRule="auto"/>
        <w:jc w:val="left"/>
      </w:pPr>
      <w:r>
        <w:rPr>
          <w:rFonts w:ascii="Times New Roman" w:hAnsi="Times New Roman" w:eastAsia="宋体"/>
          <w:b w:val="0"/>
          <w:i w:val="0"/>
          <w:sz w:val="21"/>
        </w:rPr>
        <w:t>(x² + 5x + 5)² + 2018。</w:t>
      </w:r>
    </w:p>
    <w:p>
      <w:pPr>
        <w:spacing w:before="0" w:after="80" w:line="300" w:lineRule="auto"/>
        <w:jc w:val="left"/>
      </w:pPr>
      <w:r>
        <w:rPr>
          <w:rFonts w:ascii="Times New Roman" w:hAnsi="Times New Roman" w:eastAsia="宋体"/>
          <w:b w:val="0"/>
          <w:i w:val="0"/>
          <w:sz w:val="21"/>
        </w:rPr>
        <w:t>平方数非负，所以只要能让内部表达式为 0，就能让平方项为 0。</w:t>
      </w:r>
    </w:p>
    <w:p>
      <w:pPr>
        <w:spacing w:before="0" w:after="80" w:line="300" w:lineRule="auto"/>
        <w:jc w:val="left"/>
      </w:pPr>
      <w:r>
        <w:rPr>
          <w:rFonts w:ascii="Times New Roman" w:hAnsi="Times New Roman" w:eastAsia="宋体"/>
          <w:b w:val="0"/>
          <w:i w:val="0"/>
          <w:sz w:val="21"/>
        </w:rPr>
        <w:t>判别式为 5² - 4 · 5 = 5，为正，因此确实存在使平方项为 0 的取值。</w:t>
      </w:r>
    </w:p>
    <w:p>
      <w:pPr>
        <w:spacing w:before="0" w:after="80" w:line="300" w:lineRule="auto"/>
        <w:jc w:val="left"/>
      </w:pPr>
      <w:r>
        <w:rPr>
          <w:rFonts w:ascii="Times New Roman" w:hAnsi="Times New Roman" w:eastAsia="宋体"/>
          <w:b w:val="0"/>
          <w:i w:val="0"/>
          <w:sz w:val="21"/>
        </w:rPr>
        <w:t>因此最小值为</w:t>
      </w:r>
    </w:p>
    <w:p>
      <w:pPr>
        <w:spacing w:before="0" w:after="80" w:line="300" w:lineRule="auto"/>
        <w:jc w:val="left"/>
      </w:pPr>
      <w:r>
        <w:rPr>
          <w:rFonts w:ascii="Times New Roman" w:hAnsi="Times New Roman" w:eastAsia="宋体"/>
          <w:b w:val="0"/>
          <w:i w:val="0"/>
          <w:sz w:val="21"/>
        </w:rPr>
        <w:t>0² + 2018 = 2018。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Multiplying the first two terms and the last terms yields</w:t>
      </w:r>
    </w:p>
    <w:p>
      <w:pPr>
        <w:spacing w:before="0" w:after="80" w:line="300" w:lineRule="auto"/>
        <w:jc w:val="left"/>
      </w:pPr>
      <w:r>
        <w:rPr>
          <w:rFonts w:ascii="Times New Roman" w:hAnsi="Times New Roman" w:eastAsia="宋体"/>
          <w:b w:val="0"/>
          <w:i w:val="0"/>
          <w:color w:val="333333"/>
          <w:sz w:val="19"/>
        </w:rPr>
        <w:t>(x² + 5x + 4)(x² + 5x + 6).</w:t>
      </w:r>
    </w:p>
    <w:p>
      <w:pPr>
        <w:spacing w:before="0" w:after="80" w:line="300" w:lineRule="auto"/>
        <w:jc w:val="left"/>
      </w:pPr>
      <w:r>
        <w:rPr>
          <w:rFonts w:ascii="Times New Roman" w:hAnsi="Times New Roman" w:eastAsia="宋体"/>
          <w:b w:val="0"/>
          <w:i w:val="0"/>
          <w:color w:val="333333"/>
          <w:sz w:val="19"/>
        </w:rPr>
        <w:t>Note that these two terms differ by 2. We can try to express this as a difference of squares, which is</w:t>
      </w:r>
    </w:p>
    <w:p>
      <w:pPr>
        <w:spacing w:before="0" w:after="80" w:line="300" w:lineRule="auto"/>
        <w:jc w:val="left"/>
      </w:pPr>
      <w:r>
        <w:rPr>
          <w:rFonts w:ascii="Times New Roman" w:hAnsi="Times New Roman" w:eastAsia="宋体"/>
          <w:b w:val="0"/>
          <w:i w:val="0"/>
          <w:color w:val="333333"/>
          <w:sz w:val="19"/>
        </w:rPr>
        <w:t>(x² + 5x + 5)² - 1.</w:t>
      </w:r>
    </w:p>
    <w:p>
      <w:pPr>
        <w:spacing w:before="0" w:after="80" w:line="300" w:lineRule="auto"/>
        <w:jc w:val="left"/>
      </w:pPr>
      <w:r>
        <w:rPr>
          <w:rFonts w:ascii="Times New Roman" w:hAnsi="Times New Roman" w:eastAsia="宋体"/>
          <w:b w:val="0"/>
          <w:i w:val="0"/>
          <w:color w:val="333333"/>
          <w:sz w:val="19"/>
        </w:rPr>
        <w:t>Adding 2019 to this gets us</w:t>
      </w:r>
    </w:p>
    <w:p>
      <w:pPr>
        <w:spacing w:before="0" w:after="80" w:line="300" w:lineRule="auto"/>
        <w:jc w:val="left"/>
      </w:pPr>
      <w:r>
        <w:rPr>
          <w:rFonts w:ascii="Times New Roman" w:hAnsi="Times New Roman" w:eastAsia="宋体"/>
          <w:b w:val="0"/>
          <w:i w:val="0"/>
          <w:color w:val="333333"/>
          <w:sz w:val="19"/>
        </w:rPr>
        <w:t>(x² + 5x + 5)² + 2018.</w:t>
      </w:r>
    </w:p>
    <w:p>
      <w:pPr>
        <w:spacing w:before="0" w:after="80" w:line="300" w:lineRule="auto"/>
        <w:jc w:val="left"/>
      </w:pPr>
      <w:r>
        <w:rPr>
          <w:rFonts w:ascii="Times New Roman" w:hAnsi="Times New Roman" w:eastAsia="宋体"/>
          <w:b w:val="0"/>
          <w:i w:val="0"/>
          <w:color w:val="333333"/>
          <w:sz w:val="19"/>
        </w:rPr>
        <w:t>Squares are non-negative, so as long as we find a way to make the inner expression 0, we can make the square 0.</w:t>
      </w:r>
    </w:p>
    <w:p>
      <w:pPr>
        <w:spacing w:before="0" w:after="80" w:line="300" w:lineRule="auto"/>
        <w:jc w:val="left"/>
      </w:pPr>
      <w:r>
        <w:rPr>
          <w:rFonts w:ascii="Times New Roman" w:hAnsi="Times New Roman" w:eastAsia="宋体"/>
          <w:b w:val="0"/>
          <w:i w:val="0"/>
          <w:color w:val="333333"/>
          <w:sz w:val="19"/>
        </w:rPr>
        <w:t>The discriminant is 5² - 4 · 5 = 5, which is positive meaning that there is a value that makes the square 0.</w:t>
      </w:r>
    </w:p>
    <w:p>
      <w:pPr>
        <w:spacing w:before="0" w:after="80" w:line="300" w:lineRule="auto"/>
        <w:jc w:val="left"/>
      </w:pPr>
      <w:r>
        <w:rPr>
          <w:rFonts w:ascii="Times New Roman" w:hAnsi="Times New Roman" w:eastAsia="宋体"/>
          <w:b w:val="0"/>
          <w:i w:val="0"/>
          <w:color w:val="333333"/>
          <w:sz w:val="19"/>
        </w:rPr>
        <w:t>This means that the minimum value would be</w:t>
      </w:r>
    </w:p>
    <w:p>
      <w:pPr>
        <w:spacing w:before="0" w:after="80" w:line="300" w:lineRule="auto"/>
        <w:jc w:val="left"/>
      </w:pPr>
      <w:r>
        <w:rPr>
          <w:rFonts w:ascii="Times New Roman" w:hAnsi="Times New Roman" w:eastAsia="宋体"/>
          <w:b w:val="0"/>
          <w:i w:val="0"/>
          <w:color w:val="333333"/>
          <w:sz w:val="19"/>
        </w:rPr>
        <w:t>0² + 2018 = 2018.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行或列的和为奇数，当且仅当其中有 0 个或 2 个偶数。</w:t>
      </w:r>
    </w:p>
    <w:p>
      <w:pPr>
        <w:spacing w:before="0" w:after="80" w:line="300" w:lineRule="auto"/>
        <w:jc w:val="left"/>
      </w:pPr>
      <w:r>
        <w:rPr>
          <w:rFonts w:ascii="Times New Roman" w:hAnsi="Times New Roman" w:eastAsia="宋体"/>
          <w:b w:val="0"/>
          <w:i w:val="0"/>
          <w:sz w:val="21"/>
        </w:rPr>
        <w:t>要满足这一点，4 个偶数所在的格子必须组成一个边平行于大正方形的矩形。</w:t>
      </w:r>
    </w:p>
    <w:p>
      <w:pPr>
        <w:spacing w:before="0" w:after="80" w:line="300" w:lineRule="auto"/>
        <w:jc w:val="left"/>
      </w:pPr>
      <w:r>
        <w:rPr>
          <w:rFonts w:ascii="Times New Roman" w:hAnsi="Times New Roman" w:eastAsia="宋体"/>
          <w:b w:val="0"/>
          <w:i w:val="0"/>
          <w:sz w:val="21"/>
        </w:rPr>
        <w:t>理解这一点的方法是：先选一个偶数所在格子，然后需要在同一行选另一个偶数格 x，在同一列选另一个偶数格 y。</w:t>
      </w:r>
    </w:p>
    <w:p>
      <w:pPr>
        <w:spacing w:before="0" w:after="80" w:line="300" w:lineRule="auto"/>
        <w:jc w:val="left"/>
      </w:pPr>
      <w:r>
        <w:rPr>
          <w:rFonts w:ascii="Times New Roman" w:hAnsi="Times New Roman" w:eastAsia="宋体"/>
          <w:b w:val="0"/>
          <w:i w:val="0"/>
          <w:sz w:val="21"/>
        </w:rPr>
        <w:t>最后一个偶数必须与 x 同列、与 y 同行，于是形成上述矩形。</w:t>
      </w:r>
    </w:p>
    <w:p>
      <w:pPr>
        <w:spacing w:before="0" w:after="80" w:line="300" w:lineRule="auto"/>
        <w:jc w:val="left"/>
      </w:pPr>
      <w:r>
        <w:rPr>
          <w:rFonts w:ascii="Times New Roman" w:hAnsi="Times New Roman" w:eastAsia="宋体"/>
          <w:b w:val="0"/>
          <w:i w:val="0"/>
          <w:sz w:val="21"/>
        </w:rPr>
        <w:t>这样的矩形有四个 2 × 2、两个 3 × 2、两个 2 × 3、一个 3 × 3。</w:t>
      </w:r>
    </w:p>
    <w:p>
      <w:pPr>
        <w:spacing w:before="0" w:after="80" w:line="300" w:lineRule="auto"/>
        <w:jc w:val="left"/>
      </w:pPr>
      <w:r>
        <w:rPr>
          <w:rFonts w:ascii="Times New Roman" w:hAnsi="Times New Roman" w:eastAsia="宋体"/>
          <w:b w:val="0"/>
          <w:i w:val="0"/>
          <w:sz w:val="21"/>
        </w:rPr>
        <w:t>因此偶数位置共有</w:t>
      </w:r>
    </w:p>
    <w:p>
      <w:pPr>
        <w:spacing w:before="0" w:after="80" w:line="300" w:lineRule="auto"/>
        <w:jc w:val="left"/>
      </w:pPr>
      <w:r>
        <w:rPr>
          <w:rFonts w:ascii="Times New Roman" w:hAnsi="Times New Roman" w:eastAsia="宋体"/>
          <w:b w:val="0"/>
          <w:i w:val="0"/>
          <w:sz w:val="21"/>
        </w:rPr>
        <w:t>4+2+2+1=9</w:t>
      </w:r>
    </w:p>
    <w:p>
      <w:pPr>
        <w:spacing w:before="0" w:after="80" w:line="300" w:lineRule="auto"/>
        <w:jc w:val="left"/>
      </w:pPr>
      <w:r>
        <w:rPr>
          <w:rFonts w:ascii="Times New Roman" w:hAnsi="Times New Roman" w:eastAsia="宋体"/>
          <w:b w:val="0"/>
          <w:i w:val="0"/>
          <w:sz w:val="21"/>
        </w:rPr>
        <w:t>种。</w:t>
      </w:r>
    </w:p>
    <w:p>
      <w:pPr>
        <w:spacing w:before="0" w:after="80" w:line="300" w:lineRule="auto"/>
        <w:jc w:val="left"/>
      </w:pPr>
      <w:r>
        <w:rPr>
          <w:rFonts w:ascii="Times New Roman" w:hAnsi="Times New Roman" w:eastAsia="宋体"/>
          <w:b w:val="0"/>
          <w:i w:val="0"/>
          <w:sz w:val="21"/>
        </w:rPr>
        <w:t>偶数有 4! 种排列，奇数有 5! 种排列。</w:t>
      </w:r>
    </w:p>
    <w:p>
      <w:pPr>
        <w:spacing w:before="0" w:after="80" w:line="300" w:lineRule="auto"/>
        <w:jc w:val="left"/>
      </w:pPr>
      <w:r>
        <w:rPr>
          <w:rFonts w:ascii="Times New Roman" w:hAnsi="Times New Roman" w:eastAsia="宋体"/>
          <w:b w:val="0"/>
          <w:i w:val="0"/>
          <w:sz w:val="21"/>
        </w:rPr>
        <w:t>所以满足条件的排列共有</w:t>
      </w:r>
    </w:p>
    <w:p>
      <w:pPr>
        <w:spacing w:before="0" w:after="80" w:line="300" w:lineRule="auto"/>
        <w:jc w:val="left"/>
      </w:pPr>
      <w:r>
        <w:rPr>
          <w:rFonts w:ascii="Times New Roman" w:hAnsi="Times New Roman" w:eastAsia="宋体"/>
          <w:b w:val="0"/>
          <w:i w:val="0"/>
          <w:sz w:val="21"/>
        </w:rPr>
        <w:t>9 · 4! · 5!</w:t>
      </w:r>
    </w:p>
    <w:p>
      <w:pPr>
        <w:spacing w:before="0" w:after="80" w:line="300" w:lineRule="auto"/>
        <w:jc w:val="left"/>
      </w:pPr>
      <w:r>
        <w:rPr>
          <w:rFonts w:ascii="Times New Roman" w:hAnsi="Times New Roman" w:eastAsia="宋体"/>
          <w:b w:val="0"/>
          <w:i w:val="0"/>
          <w:sz w:val="21"/>
        </w:rPr>
        <w:t>种。</w:t>
      </w:r>
    </w:p>
    <w:p>
      <w:pPr>
        <w:spacing w:before="0" w:after="80" w:line="300" w:lineRule="auto"/>
        <w:jc w:val="left"/>
      </w:pPr>
      <w:r>
        <w:rPr>
          <w:rFonts w:ascii="Times New Roman" w:hAnsi="Times New Roman" w:eastAsia="宋体"/>
          <w:b w:val="0"/>
          <w:i w:val="0"/>
          <w:sz w:val="21"/>
        </w:rPr>
        <w:t>所有排列共有 9! 种，因此所求概率为</w:t>
      </w:r>
    </w:p>
    <w:p>
      <w:pPr>
        <w:spacing w:before="0" w:after="80" w:line="300" w:lineRule="auto"/>
        <w:jc w:val="left"/>
      </w:pPr>
      <w:r>
        <w:rPr>
          <w:rFonts w:ascii="Times New Roman" w:hAnsi="Times New Roman" w:eastAsia="宋体"/>
          <w:b w:val="0"/>
          <w:i w:val="0"/>
          <w:sz w:val="21"/>
        </w:rPr>
        <w:t>(9 · 4! · 5!)/(9!) = 1/14。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 only way to get an odd sum is if there are either 0 or 2 even numbers in the row or column.</w:t>
      </w:r>
    </w:p>
    <w:p>
      <w:pPr>
        <w:spacing w:before="0" w:after="80" w:line="300" w:lineRule="auto"/>
        <w:jc w:val="left"/>
      </w:pPr>
      <w:r>
        <w:rPr>
          <w:rFonts w:ascii="Times New Roman" w:hAnsi="Times New Roman" w:eastAsia="宋体"/>
          <w:b w:val="0"/>
          <w:i w:val="0"/>
          <w:color w:val="333333"/>
          <w:sz w:val="19"/>
        </w:rPr>
        <w:t>The only way for this to happen is if the 4 even numbers form a rectangle with sides parallel to the large square.</w:t>
      </w:r>
    </w:p>
    <w:p>
      <w:pPr>
        <w:spacing w:before="0" w:after="80" w:line="300" w:lineRule="auto"/>
        <w:jc w:val="left"/>
      </w:pPr>
      <w:r>
        <w:rPr>
          <w:rFonts w:ascii="Times New Roman" w:hAnsi="Times New Roman" w:eastAsia="宋体"/>
          <w:b w:val="0"/>
          <w:i w:val="0"/>
          <w:color w:val="333333"/>
          <w:sz w:val="19"/>
        </w:rPr>
        <w:t>The way to see this is we choose a spot for the first even number. Then we need to choose another square in the same row, x, and column, y, to be even.</w:t>
      </w:r>
    </w:p>
    <w:p>
      <w:pPr>
        <w:spacing w:before="0" w:after="80" w:line="300" w:lineRule="auto"/>
        <w:jc w:val="left"/>
      </w:pPr>
      <w:r>
        <w:rPr>
          <w:rFonts w:ascii="Times New Roman" w:hAnsi="Times New Roman" w:eastAsia="宋体"/>
          <w:b w:val="0"/>
          <w:i w:val="0"/>
          <w:color w:val="333333"/>
          <w:sz w:val="19"/>
        </w:rPr>
        <w:t>The final even has to be in same column as x and the same row as y. This forms the aforementioned rectangle.</w:t>
      </w:r>
    </w:p>
    <w:p>
      <w:pPr>
        <w:spacing w:before="0" w:after="80" w:line="300" w:lineRule="auto"/>
        <w:jc w:val="left"/>
      </w:pPr>
      <w:r>
        <w:rPr>
          <w:rFonts w:ascii="Times New Roman" w:hAnsi="Times New Roman" w:eastAsia="宋体"/>
          <w:b w:val="0"/>
          <w:i w:val="0"/>
          <w:color w:val="333333"/>
          <w:sz w:val="19"/>
        </w:rPr>
        <w:t>There are four 2 × 2 rectangles, two 3 × 2 rectangles, two 2 × 3 rectangles, and one 3 × 3 rectangle.</w:t>
      </w:r>
    </w:p>
    <w:p>
      <w:pPr>
        <w:spacing w:before="0" w:after="80" w:line="300" w:lineRule="auto"/>
        <w:jc w:val="left"/>
      </w:pPr>
      <w:r>
        <w:rPr>
          <w:rFonts w:ascii="Times New Roman" w:hAnsi="Times New Roman" w:eastAsia="宋体"/>
          <w:b w:val="0"/>
          <w:i w:val="0"/>
          <w:color w:val="333333"/>
          <w:sz w:val="19"/>
        </w:rPr>
        <w:t>This gives a total of</w:t>
      </w:r>
    </w:p>
    <w:p>
      <w:pPr>
        <w:spacing w:before="0" w:after="80" w:line="300" w:lineRule="auto"/>
        <w:jc w:val="left"/>
      </w:pPr>
      <w:r>
        <w:rPr>
          <w:rFonts w:ascii="Times New Roman" w:hAnsi="Times New Roman" w:eastAsia="宋体"/>
          <w:b w:val="0"/>
          <w:i w:val="0"/>
          <w:color w:val="333333"/>
          <w:sz w:val="19"/>
        </w:rPr>
        <w:t>4+2+2+1=9</w:t>
      </w:r>
    </w:p>
    <w:p>
      <w:pPr>
        <w:spacing w:before="0" w:after="80" w:line="300" w:lineRule="auto"/>
        <w:jc w:val="left"/>
      </w:pPr>
      <w:r>
        <w:rPr>
          <w:rFonts w:ascii="Times New Roman" w:hAnsi="Times New Roman" w:eastAsia="宋体"/>
          <w:b w:val="0"/>
          <w:i w:val="0"/>
          <w:color w:val="333333"/>
          <w:sz w:val="19"/>
        </w:rPr>
        <w:t>possible sets of positions for the even numbers.</w:t>
      </w:r>
    </w:p>
    <w:p>
      <w:pPr>
        <w:spacing w:before="0" w:after="80" w:line="300" w:lineRule="auto"/>
        <w:jc w:val="left"/>
      </w:pPr>
      <w:r>
        <w:rPr>
          <w:rFonts w:ascii="Times New Roman" w:hAnsi="Times New Roman" w:eastAsia="宋体"/>
          <w:b w:val="0"/>
          <w:i w:val="0"/>
          <w:color w:val="333333"/>
          <w:sz w:val="19"/>
        </w:rPr>
        <w:t>There are 4! ways to arrange the even numbers and 5! ways to arrange the odd numbers.</w:t>
      </w:r>
    </w:p>
    <w:p>
      <w:pPr>
        <w:spacing w:before="0" w:after="80" w:line="300" w:lineRule="auto"/>
        <w:jc w:val="left"/>
      </w:pPr>
      <w:r>
        <w:rPr>
          <w:rFonts w:ascii="Times New Roman" w:hAnsi="Times New Roman" w:eastAsia="宋体"/>
          <w:b w:val="0"/>
          <w:i w:val="0"/>
          <w:color w:val="333333"/>
          <w:sz w:val="19"/>
        </w:rPr>
        <w:t>This means that there are a total of</w:t>
      </w:r>
    </w:p>
    <w:p>
      <w:pPr>
        <w:spacing w:before="0" w:after="80" w:line="300" w:lineRule="auto"/>
        <w:jc w:val="left"/>
      </w:pPr>
      <w:r>
        <w:rPr>
          <w:rFonts w:ascii="Times New Roman" w:hAnsi="Times New Roman" w:eastAsia="宋体"/>
          <w:b w:val="0"/>
          <w:i w:val="0"/>
          <w:color w:val="333333"/>
          <w:sz w:val="19"/>
        </w:rPr>
        <w:t>9 · 4! · 5!</w:t>
      </w:r>
    </w:p>
    <w:p>
      <w:pPr>
        <w:spacing w:before="0" w:after="80" w:line="300" w:lineRule="auto"/>
        <w:jc w:val="left"/>
      </w:pPr>
      <w:r>
        <w:rPr>
          <w:rFonts w:ascii="Times New Roman" w:hAnsi="Times New Roman" w:eastAsia="宋体"/>
          <w:b w:val="0"/>
          <w:i w:val="0"/>
          <w:color w:val="333333"/>
          <w:sz w:val="19"/>
        </w:rPr>
        <w:t>configurations of squares that satisfy the condition.</w:t>
      </w:r>
    </w:p>
    <w:p>
      <w:pPr>
        <w:spacing w:before="0" w:after="80" w:line="300" w:lineRule="auto"/>
        <w:jc w:val="left"/>
      </w:pPr>
      <w:r>
        <w:rPr>
          <w:rFonts w:ascii="Times New Roman" w:hAnsi="Times New Roman" w:eastAsia="宋体"/>
          <w:b w:val="0"/>
          <w:i w:val="0"/>
          <w:color w:val="333333"/>
          <w:sz w:val="19"/>
        </w:rPr>
        <w:t>There are a total of 9! arrangements with no restrictions. The probability is therefore</w:t>
      </w:r>
    </w:p>
    <w:p>
      <w:pPr>
        <w:spacing w:before="0" w:after="80" w:line="300" w:lineRule="auto"/>
        <w:jc w:val="left"/>
      </w:pPr>
      <w:r>
        <w:rPr>
          <w:rFonts w:ascii="Times New Roman" w:hAnsi="Times New Roman" w:eastAsia="宋体"/>
          <w:b w:val="0"/>
          <w:i w:val="0"/>
          <w:color w:val="333333"/>
          <w:sz w:val="19"/>
        </w:rPr>
        <w:t>(9 · 4! · 5!)/(9!) = 1/14.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长为 24 的边上的高为</w:t>
      </w:r>
    </w:p>
    <w:p>
      <w:pPr>
        <w:spacing w:before="0" w:after="80" w:line="300" w:lineRule="auto"/>
        <w:jc w:val="left"/>
      </w:pPr>
      <w:r>
        <w:rPr>
          <w:rFonts w:ascii="Times New Roman" w:hAnsi="Times New Roman" w:eastAsia="宋体"/>
          <w:b w:val="0"/>
          <w:i w:val="0"/>
          <w:sz w:val="21"/>
        </w:rPr>
        <w:t>√(15²-12²)=9，</w:t>
      </w:r>
    </w:p>
    <w:p>
      <w:pPr>
        <w:spacing w:before="0" w:after="80" w:line="300" w:lineRule="auto"/>
        <w:jc w:val="left"/>
      </w:pPr>
      <w:r>
        <w:rPr>
          <w:rFonts w:ascii="Times New Roman" w:hAnsi="Times New Roman" w:eastAsia="宋体"/>
          <w:b w:val="0"/>
          <w:i w:val="0"/>
          <w:sz w:val="21"/>
        </w:rPr>
        <w:t>所以三角形的面积为 1/2·24·9=108，半周长为 27。因此它的内切圆半径为</w:t>
      </w:r>
    </w:p>
    <w:p>
      <w:pPr>
        <w:spacing w:before="0" w:after="80" w:line="300" w:lineRule="auto"/>
        <w:jc w:val="left"/>
      </w:pPr>
      <w:r>
        <w:rPr>
          <w:rFonts w:ascii="Times New Roman" w:hAnsi="Times New Roman" w:eastAsia="宋体"/>
          <w:b w:val="0"/>
          <w:i w:val="0"/>
          <w:sz w:val="21"/>
        </w:rPr>
        <w:t>r=108/27=4。</w:t>
      </w:r>
    </w:p>
    <w:p>
      <w:pPr>
        <w:spacing w:before="80" w:after="80"/>
        <w:jc w:val="center"/>
      </w:pPr>
      <w:r>
        <w:drawing>
          <wp:inline xmlns:a="http://schemas.openxmlformats.org/drawingml/2006/main" xmlns:pic="http://schemas.openxmlformats.org/drawingml/2006/picture">
            <wp:extent cx="1320554" cy="631124"/>
            <wp:docPr id="9" name="Picture 9"/>
            <wp:cNvGraphicFramePr>
              <a:graphicFrameLocks noChangeAspect="1"/>
            </wp:cNvGraphicFramePr>
            <a:graphic>
              <a:graphicData uri="http://schemas.openxmlformats.org/drawingml/2006/picture">
                <pic:pic>
                  <pic:nvPicPr>
                    <pic:cNvPr id="0" name="q21-sol-1@300dpi.png"/>
                    <pic:cNvPicPr/>
                  </pic:nvPicPr>
                  <pic:blipFill>
                    <a:blip r:embed="rId13"/>
                    <a:stretch>
                      <a:fillRect/>
                    </a:stretch>
                  </pic:blipFill>
                  <pic:spPr>
                    <a:xfrm>
                      <a:off x="0" y="0"/>
                      <a:ext cx="1320554" cy="631124"/>
                    </a:xfrm>
                    <a:prstGeom prst="rect"/>
                  </pic:spPr>
                </pic:pic>
              </a:graphicData>
            </a:graphic>
          </wp:inline>
        </w:drawing>
      </w:r>
    </w:p>
    <w:p>
      <w:pPr>
        <w:spacing w:before="0" w:after="80" w:line="300" w:lineRule="auto"/>
        <w:jc w:val="left"/>
      </w:pPr>
      <w:r>
        <w:rPr>
          <w:rFonts w:ascii="Times New Roman" w:hAnsi="Times New Roman" w:eastAsia="宋体"/>
          <w:b w:val="0"/>
          <w:i w:val="0"/>
          <w:sz w:val="21"/>
        </w:rPr>
        <w:t>设 P 是 O 在三角形所在平面上的正投影，并记 d=OP。因为三条边所在的直线都与球相切，所以 P 就是三角形的内心，它到每条边的垂直距离都是 4。又因为 O 到每条边所在直线的距离都等于球的半径 6，所以由勾股定理得</w:t>
      </w:r>
    </w:p>
    <w:p>
      <w:pPr>
        <w:spacing w:before="0" w:after="80" w:line="300" w:lineRule="auto"/>
        <w:jc w:val="left"/>
      </w:pPr>
      <w:r>
        <w:rPr>
          <w:rFonts w:ascii="Times New Roman" w:hAnsi="Times New Roman" w:eastAsia="宋体"/>
          <w:b w:val="0"/>
          <w:i w:val="0"/>
          <w:sz w:val="21"/>
        </w:rPr>
        <w:t>d²+4²=6²。</w:t>
      </w:r>
    </w:p>
    <w:p>
      <w:pPr>
        <w:spacing w:before="0" w:after="80" w:line="300" w:lineRule="auto"/>
        <w:jc w:val="left"/>
      </w:pPr>
      <w:r>
        <w:rPr>
          <w:rFonts w:ascii="Times New Roman" w:hAnsi="Times New Roman" w:eastAsia="宋体"/>
          <w:b w:val="0"/>
          <w:i w:val="0"/>
          <w:sz w:val="21"/>
        </w:rPr>
        <w:t>因此 d=2√(5)。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altitude to the side of length 24 is</w:t>
      </w:r>
    </w:p>
    <w:p>
      <w:pPr>
        <w:spacing w:before="0" w:after="80" w:line="300" w:lineRule="auto"/>
        <w:jc w:val="left"/>
      </w:pPr>
      <w:r>
        <w:rPr>
          <w:rFonts w:ascii="Times New Roman" w:hAnsi="Times New Roman" w:eastAsia="宋体"/>
          <w:b w:val="0"/>
          <w:i w:val="0"/>
          <w:color w:val="333333"/>
          <w:sz w:val="19"/>
        </w:rPr>
        <w:t>√(15²-12²)=9,</w:t>
      </w:r>
    </w:p>
    <w:p>
      <w:pPr>
        <w:spacing w:before="0" w:after="80" w:line="300" w:lineRule="auto"/>
        <w:jc w:val="left"/>
      </w:pPr>
      <w:r>
        <w:rPr>
          <w:rFonts w:ascii="Times New Roman" w:hAnsi="Times New Roman" w:eastAsia="宋体"/>
          <w:b w:val="0"/>
          <w:i w:val="0"/>
          <w:color w:val="333333"/>
          <w:sz w:val="19"/>
        </w:rPr>
        <w:t>so the triangle has area 1/2·24·9=108 and semiperimeter 27. Its inradius is therefore</w:t>
      </w:r>
    </w:p>
    <w:p>
      <w:pPr>
        <w:spacing w:before="0" w:after="80" w:line="300" w:lineRule="auto"/>
        <w:jc w:val="left"/>
      </w:pPr>
      <w:r>
        <w:rPr>
          <w:rFonts w:ascii="Times New Roman" w:hAnsi="Times New Roman" w:eastAsia="宋体"/>
          <w:b w:val="0"/>
          <w:i w:val="0"/>
          <w:color w:val="333333"/>
          <w:sz w:val="19"/>
        </w:rPr>
        <w:t>r=108/27=4.</w:t>
      </w:r>
    </w:p>
    <w:p>
      <w:pPr>
        <w:spacing w:before="80" w:after="80"/>
        <w:jc w:val="center"/>
      </w:pPr>
      <w:r>
        <w:drawing>
          <wp:inline xmlns:a="http://schemas.openxmlformats.org/drawingml/2006/main" xmlns:pic="http://schemas.openxmlformats.org/drawingml/2006/picture">
            <wp:extent cx="1320554" cy="631124"/>
            <wp:docPr id="10" name="Picture 10"/>
            <wp:cNvGraphicFramePr>
              <a:graphicFrameLocks noChangeAspect="1"/>
            </wp:cNvGraphicFramePr>
            <a:graphic>
              <a:graphicData uri="http://schemas.openxmlformats.org/drawingml/2006/picture">
                <pic:pic>
                  <pic:nvPicPr>
                    <pic:cNvPr id="0" name="q21-sol-1@300dpi.png"/>
                    <pic:cNvPicPr/>
                  </pic:nvPicPr>
                  <pic:blipFill>
                    <a:blip r:embed="rId13"/>
                    <a:stretch>
                      <a:fillRect/>
                    </a:stretch>
                  </pic:blipFill>
                  <pic:spPr>
                    <a:xfrm>
                      <a:off x="0" y="0"/>
                      <a:ext cx="1320554" cy="631124"/>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Let P be the perpendicular projection of O onto the triangle’s plane, and let d=OP. Because all three side-lines are tangent to the sphere, P is the incenter and its perpendicular distance to each side is 4. The distance from O to each side-line is the sphere’s radius, 6, so the Pythagorean theorem gives</w:t>
      </w:r>
    </w:p>
    <w:p>
      <w:pPr>
        <w:spacing w:before="0" w:after="80" w:line="300" w:lineRule="auto"/>
        <w:jc w:val="left"/>
      </w:pPr>
      <w:r>
        <w:rPr>
          <w:rFonts w:ascii="Times New Roman" w:hAnsi="Times New Roman" w:eastAsia="宋体"/>
          <w:b w:val="0"/>
          <w:i w:val="0"/>
          <w:color w:val="333333"/>
          <w:sz w:val="19"/>
        </w:rPr>
        <w:t>d²+4²=6².</w:t>
      </w:r>
    </w:p>
    <w:p>
      <w:pPr>
        <w:spacing w:before="0" w:after="80" w:line="300" w:lineRule="auto"/>
        <w:jc w:val="left"/>
      </w:pPr>
      <w:r>
        <w:rPr>
          <w:rFonts w:ascii="Times New Roman" w:hAnsi="Times New Roman" w:eastAsia="宋体"/>
          <w:b w:val="0"/>
          <w:i w:val="0"/>
          <w:color w:val="333333"/>
          <w:sz w:val="19"/>
        </w:rPr>
        <w:t>Hence d=2√(5).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按 x 和 y 是从区间中选取，还是从 0 与 1 中选取来分类。由于这取决于两次抛硬币，每种情况发生的概率都是 1/4。</w:t>
      </w:r>
    </w:p>
    <w:p>
      <w:pPr>
        <w:spacing w:before="0" w:after="80" w:line="300" w:lineRule="auto"/>
        <w:jc w:val="left"/>
      </w:pPr>
      <w:r>
        <w:rPr>
          <w:rFonts w:ascii="Times New Roman" w:hAnsi="Times New Roman" w:eastAsia="宋体"/>
          <w:b/>
          <w:i w:val="0"/>
          <w:sz w:val="21"/>
        </w:rPr>
        <w:t>情况 1: x 和 y 都是 0 或 1</w:t>
      </w:r>
    </w:p>
    <w:p>
      <w:pPr>
        <w:spacing w:before="0" w:after="80" w:line="300" w:lineRule="auto"/>
        <w:jc w:val="left"/>
      </w:pPr>
      <w:r>
        <w:rPr>
          <w:rFonts w:ascii="Times New Roman" w:hAnsi="Times New Roman" w:eastAsia="宋体"/>
          <w:b w:val="0"/>
          <w:i w:val="0"/>
          <w:sz w:val="21"/>
        </w:rPr>
        <w:t>x 和 y 必须不同，发生概率为 1/2。</w:t>
      </w:r>
    </w:p>
    <w:p>
      <w:pPr>
        <w:spacing w:before="0" w:after="80" w:line="300" w:lineRule="auto"/>
        <w:jc w:val="left"/>
      </w:pPr>
      <w:r>
        <w:rPr>
          <w:rFonts w:ascii="Times New Roman" w:hAnsi="Times New Roman" w:eastAsia="宋体"/>
          <w:b/>
          <w:i w:val="0"/>
          <w:sz w:val="21"/>
        </w:rPr>
        <w:t>情况 2: x 是 0 或 1，而 y 从 [0, 1] 中选取</w:t>
      </w:r>
    </w:p>
    <w:p>
      <w:pPr>
        <w:spacing w:before="0" w:after="80" w:line="300" w:lineRule="auto"/>
        <w:jc w:val="left"/>
      </w:pPr>
      <w:r>
        <w:rPr>
          <w:rFonts w:ascii="Times New Roman" w:hAnsi="Times New Roman" w:eastAsia="宋体"/>
          <w:b w:val="0"/>
          <w:i w:val="0"/>
          <w:sz w:val="21"/>
        </w:rPr>
        <w:t>若 x = 0，则 y 必须从 (1/2, 1] 中选取；若 x = 1，则 y 必须从 [0, 1/2) 中选取。</w:t>
      </w:r>
    </w:p>
    <w:p>
      <w:pPr>
        <w:spacing w:before="0" w:after="80" w:line="300" w:lineRule="auto"/>
        <w:jc w:val="left"/>
      </w:pPr>
      <w:r>
        <w:rPr>
          <w:rFonts w:ascii="Times New Roman" w:hAnsi="Times New Roman" w:eastAsia="宋体"/>
          <w:b w:val="0"/>
          <w:i w:val="0"/>
          <w:sz w:val="21"/>
        </w:rPr>
        <w:t>所以 y 从正确区间中选出的概率总是 1/2。</w:t>
      </w:r>
    </w:p>
    <w:p>
      <w:pPr>
        <w:spacing w:before="0" w:after="80" w:line="300" w:lineRule="auto"/>
        <w:jc w:val="left"/>
      </w:pPr>
      <w:r>
        <w:rPr>
          <w:rFonts w:ascii="Times New Roman" w:hAnsi="Times New Roman" w:eastAsia="宋体"/>
          <w:b/>
          <w:i w:val="0"/>
          <w:sz w:val="21"/>
        </w:rPr>
        <w:t>情况 3: x 从 [0, 1] 中选取，而 y 是 0 或 1</w:t>
      </w:r>
    </w:p>
    <w:p>
      <w:pPr>
        <w:spacing w:before="0" w:after="80" w:line="300" w:lineRule="auto"/>
        <w:jc w:val="left"/>
      </w:pPr>
      <w:r>
        <w:rPr>
          <w:rFonts w:ascii="Times New Roman" w:hAnsi="Times New Roman" w:eastAsia="宋体"/>
          <w:b w:val="0"/>
          <w:i w:val="0"/>
          <w:sz w:val="21"/>
        </w:rPr>
        <w:t>由对称性，这种情况的概率与情况 2 相同。</w:t>
      </w:r>
    </w:p>
    <w:p>
      <w:pPr>
        <w:spacing w:before="0" w:after="80" w:line="300" w:lineRule="auto"/>
        <w:jc w:val="left"/>
      </w:pPr>
      <w:r>
        <w:rPr>
          <w:rFonts w:ascii="Times New Roman" w:hAnsi="Times New Roman" w:eastAsia="宋体"/>
          <w:b/>
          <w:i w:val="0"/>
          <w:sz w:val="21"/>
        </w:rPr>
        <w:t>情况 4: x 和 y 都从 [0, 1] 中选取</w:t>
      </w:r>
    </w:p>
    <w:p>
      <w:pPr>
        <w:spacing w:before="0" w:after="80" w:line="300" w:lineRule="auto"/>
        <w:jc w:val="left"/>
      </w:pPr>
      <w:r>
        <w:rPr>
          <w:rFonts w:ascii="Times New Roman" w:hAnsi="Times New Roman" w:eastAsia="宋体"/>
          <w:b w:val="0"/>
          <w:i w:val="0"/>
          <w:sz w:val="21"/>
        </w:rPr>
        <w:t>由于要考察无穷多个 (x, y) 数对，可以使用几何概率。画出 |x - y| &gt; 1/2 的区域。</w:t>
      </w:r>
    </w:p>
    <w:p>
      <w:pPr>
        <w:spacing w:before="80" w:after="80"/>
        <w:jc w:val="center"/>
      </w:pPr>
      <w:r>
        <w:drawing>
          <wp:inline xmlns:a="http://schemas.openxmlformats.org/drawingml/2006/main" xmlns:pic="http://schemas.openxmlformats.org/drawingml/2006/picture">
            <wp:extent cx="771853" cy="771853"/>
            <wp:docPr id="11" name="Picture 11"/>
            <wp:cNvGraphicFramePr>
              <a:graphicFrameLocks noChangeAspect="1"/>
            </wp:cNvGraphicFramePr>
            <a:graphic>
              <a:graphicData uri="http://schemas.openxmlformats.org/drawingml/2006/picture">
                <pic:pic>
                  <pic:nvPicPr>
                    <pic:cNvPr id="0" name="q22-sol-1@300dpi.png"/>
                    <pic:cNvPicPr/>
                  </pic:nvPicPr>
                  <pic:blipFill>
                    <a:blip r:embed="rId14"/>
                    <a:stretch>
                      <a:fillRect/>
                    </a:stretch>
                  </pic:blipFill>
                  <pic:spPr>
                    <a:xfrm>
                      <a:off x="0" y="0"/>
                      <a:ext cx="771853" cy="771853"/>
                    </a:xfrm>
                    <a:prstGeom prst="rect"/>
                  </pic:spPr>
                </pic:pic>
              </a:graphicData>
            </a:graphic>
          </wp:inline>
        </w:drawing>
      </w:r>
    </w:p>
    <w:p>
      <w:pPr>
        <w:spacing w:before="0" w:after="80" w:line="300" w:lineRule="auto"/>
        <w:jc w:val="left"/>
      </w:pPr>
      <w:r>
        <w:rPr>
          <w:rFonts w:ascii="Times New Roman" w:hAnsi="Times New Roman" w:eastAsia="宋体"/>
          <w:b w:val="0"/>
          <w:i w:val="0"/>
          <w:sz w:val="21"/>
        </w:rPr>
        <w:t>阴影面积占整个图形的 1/4，所以这种情况成功的概率为 1/4。</w:t>
      </w:r>
    </w:p>
    <w:p>
      <w:pPr>
        <w:spacing w:before="0" w:after="80" w:line="300" w:lineRule="auto"/>
        <w:jc w:val="left"/>
      </w:pPr>
      <w:r>
        <w:rPr>
          <w:rFonts w:ascii="Times New Roman" w:hAnsi="Times New Roman" w:eastAsia="宋体"/>
          <w:b w:val="0"/>
          <w:i w:val="0"/>
          <w:sz w:val="21"/>
        </w:rPr>
        <w:t>把四个加权概率相加，得到</w:t>
      </w:r>
    </w:p>
    <w:p>
      <w:pPr>
        <w:spacing w:before="0" w:after="80" w:line="300" w:lineRule="auto"/>
        <w:jc w:val="left"/>
      </w:pPr>
      <w:r>
        <w:rPr>
          <w:rFonts w:ascii="Times New Roman" w:hAnsi="Times New Roman" w:eastAsia="宋体"/>
          <w:b w:val="0"/>
          <w:i w:val="0"/>
          <w:sz w:val="21"/>
        </w:rPr>
        <w:t>1/4(1/2+1/2+1/2+1/4)=7/16。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case on whether x and y are chosen from the interval or from 0 and 1. Each case has a 1/4 chance of happening, since they depend on two coin flips.</w:t>
      </w:r>
    </w:p>
    <w:p>
      <w:pPr>
        <w:spacing w:before="0" w:after="80" w:line="300" w:lineRule="auto"/>
        <w:jc w:val="left"/>
      </w:pPr>
      <w:r>
        <w:rPr>
          <w:rFonts w:ascii="Times New Roman" w:hAnsi="Times New Roman" w:eastAsia="宋体"/>
          <w:b/>
          <w:i w:val="0"/>
          <w:color w:val="333333"/>
          <w:sz w:val="19"/>
        </w:rPr>
        <w:t>Case 1: x and y are either 0 or 1</w:t>
      </w:r>
    </w:p>
    <w:p>
      <w:pPr>
        <w:spacing w:before="0" w:after="80" w:line="300" w:lineRule="auto"/>
        <w:jc w:val="left"/>
      </w:pPr>
      <w:r>
        <w:rPr>
          <w:rFonts w:ascii="Times New Roman" w:hAnsi="Times New Roman" w:eastAsia="宋体"/>
          <w:b w:val="0"/>
          <w:i w:val="0"/>
          <w:color w:val="333333"/>
          <w:sz w:val="19"/>
        </w:rPr>
        <w:t>x and y need to be different, which happens with a 1/2 probability.</w:t>
      </w:r>
    </w:p>
    <w:p>
      <w:pPr>
        <w:spacing w:before="0" w:after="80" w:line="300" w:lineRule="auto"/>
        <w:jc w:val="left"/>
      </w:pPr>
      <w:r>
        <w:rPr>
          <w:rFonts w:ascii="Times New Roman" w:hAnsi="Times New Roman" w:eastAsia="宋体"/>
          <w:b/>
          <w:i w:val="0"/>
          <w:color w:val="333333"/>
          <w:sz w:val="19"/>
        </w:rPr>
        <w:t>Case 2: x is either 0 or 1, and y is chosen from [0, 1]</w:t>
      </w:r>
    </w:p>
    <w:p>
      <w:pPr>
        <w:spacing w:before="0" w:after="80" w:line="300" w:lineRule="auto"/>
        <w:jc w:val="left"/>
      </w:pPr>
      <w:r>
        <w:rPr>
          <w:rFonts w:ascii="Times New Roman" w:hAnsi="Times New Roman" w:eastAsia="宋体"/>
          <w:b w:val="0"/>
          <w:i w:val="0"/>
          <w:color w:val="333333"/>
          <w:sz w:val="19"/>
        </w:rPr>
        <w:t>If x = 0, then y has to be chosen from (1/2, 1], and if x = 1, then y has to be chosen from [0, 1/2).</w:t>
      </w:r>
    </w:p>
    <w:p>
      <w:pPr>
        <w:spacing w:before="0" w:after="80" w:line="300" w:lineRule="auto"/>
        <w:jc w:val="left"/>
      </w:pPr>
      <w:r>
        <w:rPr>
          <w:rFonts w:ascii="Times New Roman" w:hAnsi="Times New Roman" w:eastAsia="宋体"/>
          <w:b w:val="0"/>
          <w:i w:val="0"/>
          <w:color w:val="333333"/>
          <w:sz w:val="19"/>
        </w:rPr>
        <w:t>This means that y always has a 1/2 probability of being chosen from the correct interval.</w:t>
      </w:r>
    </w:p>
    <w:p>
      <w:pPr>
        <w:spacing w:before="0" w:after="80" w:line="300" w:lineRule="auto"/>
        <w:jc w:val="left"/>
      </w:pPr>
      <w:r>
        <w:rPr>
          <w:rFonts w:ascii="Times New Roman" w:hAnsi="Times New Roman" w:eastAsia="宋体"/>
          <w:b/>
          <w:i w:val="0"/>
          <w:color w:val="333333"/>
          <w:sz w:val="19"/>
        </w:rPr>
        <w:t>Case 3: x is chosen from [0, 1], and y is either 0 or 1</w:t>
      </w:r>
    </w:p>
    <w:p>
      <w:pPr>
        <w:spacing w:before="0" w:after="80" w:line="300" w:lineRule="auto"/>
        <w:jc w:val="left"/>
      </w:pPr>
      <w:r>
        <w:rPr>
          <w:rFonts w:ascii="Times New Roman" w:hAnsi="Times New Roman" w:eastAsia="宋体"/>
          <w:b w:val="0"/>
          <w:i w:val="0"/>
          <w:color w:val="333333"/>
          <w:sz w:val="19"/>
        </w:rPr>
        <w:t>This has the same probability as case 2 due to symmetry.</w:t>
      </w:r>
    </w:p>
    <w:p>
      <w:pPr>
        <w:spacing w:before="0" w:after="80" w:line="300" w:lineRule="auto"/>
        <w:jc w:val="left"/>
      </w:pPr>
      <w:r>
        <w:rPr>
          <w:rFonts w:ascii="Times New Roman" w:hAnsi="Times New Roman" w:eastAsia="宋体"/>
          <w:b/>
          <w:i w:val="0"/>
          <w:color w:val="333333"/>
          <w:sz w:val="19"/>
        </w:rPr>
        <w:t>Case 4: x and y are chosen from [0, 1]</w:t>
      </w:r>
    </w:p>
    <w:p>
      <w:pPr>
        <w:spacing w:before="0" w:after="80" w:line="300" w:lineRule="auto"/>
        <w:jc w:val="left"/>
      </w:pPr>
      <w:r>
        <w:rPr>
          <w:rFonts w:ascii="Times New Roman" w:hAnsi="Times New Roman" w:eastAsia="宋体"/>
          <w:b w:val="0"/>
          <w:i w:val="0"/>
          <w:color w:val="333333"/>
          <w:sz w:val="19"/>
        </w:rPr>
        <w:t>We can use geometric probability since we are working with an infinite number of (x, y) pairs. We graph |x - y| &gt; 1/2.</w:t>
      </w:r>
    </w:p>
    <w:p>
      <w:pPr>
        <w:spacing w:before="80" w:after="80"/>
        <w:jc w:val="center"/>
      </w:pPr>
      <w:r>
        <w:drawing>
          <wp:inline xmlns:a="http://schemas.openxmlformats.org/drawingml/2006/main" xmlns:pic="http://schemas.openxmlformats.org/drawingml/2006/picture">
            <wp:extent cx="771853" cy="771853"/>
            <wp:docPr id="12" name="Picture 12"/>
            <wp:cNvGraphicFramePr>
              <a:graphicFrameLocks noChangeAspect="1"/>
            </wp:cNvGraphicFramePr>
            <a:graphic>
              <a:graphicData uri="http://schemas.openxmlformats.org/drawingml/2006/picture">
                <pic:pic>
                  <pic:nvPicPr>
                    <pic:cNvPr id="0" name="q22-sol-1@300dpi.png"/>
                    <pic:cNvPicPr/>
                  </pic:nvPicPr>
                  <pic:blipFill>
                    <a:blip r:embed="rId14"/>
                    <a:stretch>
                      <a:fillRect/>
                    </a:stretch>
                  </pic:blipFill>
                  <pic:spPr>
                    <a:xfrm>
                      <a:off x="0" y="0"/>
                      <a:ext cx="771853" cy="77185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shaded area covers 1/4 of the graph, showing that there is a 1/4 probability of this case working.</w:t>
      </w:r>
    </w:p>
    <w:p>
      <w:pPr>
        <w:spacing w:before="0" w:after="80" w:line="300" w:lineRule="auto"/>
        <w:jc w:val="left"/>
      </w:pPr>
      <w:r>
        <w:rPr>
          <w:rFonts w:ascii="Times New Roman" w:hAnsi="Times New Roman" w:eastAsia="宋体"/>
          <w:b w:val="0"/>
          <w:i w:val="0"/>
          <w:color w:val="333333"/>
          <w:sz w:val="19"/>
        </w:rPr>
        <w:t>Adding the four weighted probabilities gives</w:t>
      </w:r>
    </w:p>
    <w:p>
      <w:pPr>
        <w:spacing w:before="0" w:after="80" w:line="300" w:lineRule="auto"/>
        <w:jc w:val="left"/>
      </w:pPr>
      <w:r>
        <w:rPr>
          <w:rFonts w:ascii="Times New Roman" w:hAnsi="Times New Roman" w:eastAsia="宋体"/>
          <w:b w:val="0"/>
          <w:i w:val="0"/>
          <w:color w:val="333333"/>
          <w:sz w:val="19"/>
        </w:rPr>
        <w:t>1/4(1/2+1/2+1/2+1/4)=7/16.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Tadd 每次发言的长度依次为 1,4,7,…。在 Tadd 发言 n 次后，他共说了</w:t>
      </w:r>
    </w:p>
    <w:p>
      <w:pPr>
        <w:spacing w:before="0" w:after="80" w:line="300" w:lineRule="auto"/>
        <w:jc w:val="left"/>
      </w:pPr>
      <w:r>
        <w:rPr>
          <w:rFonts w:ascii="Times New Roman" w:hAnsi="Times New Roman" w:eastAsia="宋体"/>
          <w:b w:val="0"/>
          <w:i w:val="0"/>
          <w:sz w:val="21"/>
        </w:rPr>
        <w:t>Σᵢ₌₁ⁿ (3i-2)=3n²-n/2</w:t>
      </w:r>
    </w:p>
    <w:p>
      <w:pPr>
        <w:spacing w:before="0" w:after="80" w:line="300" w:lineRule="auto"/>
        <w:jc w:val="left"/>
      </w:pPr>
      <w:r>
        <w:rPr>
          <w:rFonts w:ascii="Times New Roman" w:hAnsi="Times New Roman" w:eastAsia="宋体"/>
          <w:b w:val="0"/>
          <w:i w:val="0"/>
          <w:sz w:val="21"/>
        </w:rPr>
        <w:t>个数。</w:t>
      </w:r>
    </w:p>
    <w:p>
      <w:pPr>
        <w:spacing w:before="0" w:after="80" w:line="300" w:lineRule="auto"/>
        <w:jc w:val="left"/>
      </w:pPr>
      <w:r>
        <w:rPr>
          <w:rFonts w:ascii="Times New Roman" w:hAnsi="Times New Roman" w:eastAsia="宋体"/>
          <w:b w:val="0"/>
          <w:i w:val="0"/>
          <w:sz w:val="21"/>
        </w:rPr>
        <w:t>当 n=36 时，这个总数为 1926；当 n=37 时则为 2035。因此，Tadd 说出的第 2019 个数，是他第 37 次发言中的第 (2019-1926)=93 个数。</w:t>
      </w:r>
    </w:p>
    <w:p>
      <w:pPr>
        <w:spacing w:before="0" w:after="80" w:line="300" w:lineRule="auto"/>
        <w:jc w:val="left"/>
      </w:pPr>
      <w:r>
        <w:rPr>
          <w:rFonts w:ascii="Times New Roman" w:hAnsi="Times New Roman" w:eastAsia="宋体"/>
          <w:b w:val="0"/>
          <w:i w:val="0"/>
          <w:sz w:val="21"/>
        </w:rPr>
        <w:t>在这次发言之前，三个孩子已经完成了长度从 1 到 108 的各轮发言，共说了 1+2+⋯+108=5886 个数。下一轮的第 93 个数是 5886+93=5979。所以正确答案是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Tadd speaks on turns of lengths 1,4,7,…. After n of Tadd’s turns, he has said</w:t>
      </w:r>
    </w:p>
    <w:p>
      <w:pPr>
        <w:spacing w:before="0" w:after="80" w:line="300" w:lineRule="auto"/>
        <w:jc w:val="left"/>
      </w:pPr>
      <w:r>
        <w:rPr>
          <w:rFonts w:ascii="Times New Roman" w:hAnsi="Times New Roman" w:eastAsia="宋体"/>
          <w:b w:val="0"/>
          <w:i w:val="0"/>
          <w:color w:val="333333"/>
          <w:sz w:val="19"/>
        </w:rPr>
        <w:t>Σᵢ₌₁ⁿ (3i-2)=3n²-n/2</w:t>
      </w:r>
    </w:p>
    <w:p>
      <w:pPr>
        <w:spacing w:before="0" w:after="80" w:line="300" w:lineRule="auto"/>
        <w:jc w:val="left"/>
      </w:pPr>
      <w:r>
        <w:rPr>
          <w:rFonts w:ascii="Times New Roman" w:hAnsi="Times New Roman" w:eastAsia="宋体"/>
          <w:b w:val="0"/>
          <w:i w:val="0"/>
          <w:color w:val="333333"/>
          <w:sz w:val="19"/>
        </w:rPr>
        <w:t>numbers.</w:t>
      </w:r>
    </w:p>
    <w:p>
      <w:pPr>
        <w:spacing w:before="0" w:after="80" w:line="300" w:lineRule="auto"/>
        <w:jc w:val="left"/>
      </w:pPr>
      <w:r>
        <w:rPr>
          <w:rFonts w:ascii="Times New Roman" w:hAnsi="Times New Roman" w:eastAsia="宋体"/>
          <w:b w:val="0"/>
          <w:i w:val="0"/>
          <w:color w:val="333333"/>
          <w:sz w:val="19"/>
        </w:rPr>
        <w:t>For n=36, this total is 1926, while for n=37 it is 2035. Therefore Tadd’s 2019th number is the (2019-1926)=93rd number of his 37th turn.</w:t>
      </w:r>
    </w:p>
    <w:p>
      <w:pPr>
        <w:spacing w:before="0" w:after="80" w:line="300" w:lineRule="auto"/>
        <w:jc w:val="left"/>
      </w:pPr>
      <w:r>
        <w:rPr>
          <w:rFonts w:ascii="Times New Roman" w:hAnsi="Times New Roman" w:eastAsia="宋体"/>
          <w:b w:val="0"/>
          <w:i w:val="0"/>
          <w:color w:val="333333"/>
          <w:sz w:val="19"/>
        </w:rPr>
        <w:t>Before that turn, the children have completed turns of lengths 1 through 108, saying 1+2+⋯+108=5886 numbers. The 93rd number of the next turn is 5886+93=5979.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等式两边同乘 (s-p)(s-q)(s-r)，得到</w:t>
      </w:r>
    </w:p>
    <w:p>
      <w:pPr>
        <w:spacing w:before="0" w:after="80" w:line="300" w:lineRule="auto"/>
        <w:jc w:val="left"/>
      </w:pPr>
      <w:r>
        <w:rPr>
          <w:rFonts w:ascii="Times New Roman" w:hAnsi="Times New Roman" w:eastAsia="宋体"/>
          <w:b w:val="0"/>
          <w:i w:val="0"/>
          <w:sz w:val="21"/>
        </w:rPr>
        <w:t>1=A(s-q)(s-r)</w:t>
      </w:r>
    </w:p>
    <w:p>
      <w:pPr>
        <w:spacing w:before="0" w:after="80" w:line="300" w:lineRule="auto"/>
        <w:jc w:val="left"/>
      </w:pPr>
      <w:r>
        <w:rPr>
          <w:rFonts w:ascii="Times New Roman" w:hAnsi="Times New Roman" w:eastAsia="宋体"/>
          <w:b w:val="0"/>
          <w:i w:val="0"/>
          <w:sz w:val="21"/>
        </w:rPr>
        <w:t>+B(s-p)(s-r)</w:t>
      </w:r>
    </w:p>
    <w:p>
      <w:pPr>
        <w:spacing w:before="0" w:after="80" w:line="300" w:lineRule="auto"/>
        <w:jc w:val="left"/>
      </w:pPr>
      <w:r>
        <w:rPr>
          <w:rFonts w:ascii="Times New Roman" w:hAnsi="Times New Roman" w:eastAsia="宋体"/>
          <w:b w:val="0"/>
          <w:i w:val="0"/>
          <w:sz w:val="21"/>
        </w:rPr>
        <w:t>+C(s-p)(s-q)</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依次令 s=p,q,r，得到</w:t>
      </w:r>
    </w:p>
    <w:p>
      <w:pPr>
        <w:spacing w:before="0" w:after="80" w:line="300" w:lineRule="auto"/>
        <w:jc w:val="left"/>
      </w:pPr>
      <w:r>
        <w:rPr>
          <w:rFonts w:ascii="Times New Roman" w:hAnsi="Times New Roman" w:eastAsia="宋体"/>
          <w:b w:val="0"/>
          <w:i w:val="0"/>
          <w:sz w:val="21"/>
        </w:rPr>
        <w:t>1/A=(p-q)(p-r),</w:t>
      </w:r>
    </w:p>
    <w:p>
      <w:pPr>
        <w:spacing w:before="0" w:after="80" w:line="300" w:lineRule="auto"/>
        <w:jc w:val="left"/>
      </w:pPr>
      <w:r>
        <w:rPr>
          <w:rFonts w:ascii="Times New Roman" w:hAnsi="Times New Roman" w:eastAsia="宋体"/>
          <w:b w:val="0"/>
          <w:i w:val="0"/>
          <w:sz w:val="21"/>
        </w:rPr>
        <w:t>1/B=(q-p)(q-r),</w:t>
      </w:r>
    </w:p>
    <w:p>
      <w:pPr>
        <w:spacing w:before="0" w:after="80" w:line="300" w:lineRule="auto"/>
        <w:jc w:val="left"/>
      </w:pPr>
      <w:r>
        <w:rPr>
          <w:rFonts w:ascii="Times New Roman" w:hAnsi="Times New Roman" w:eastAsia="宋体"/>
          <w:b w:val="0"/>
          <w:i w:val="0"/>
          <w:sz w:val="21"/>
        </w:rPr>
        <w:t>1/C=(r-p)(r-q)</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三式相加并展开，得到</w:t>
      </w:r>
    </w:p>
    <w:p>
      <w:pPr>
        <w:spacing w:before="0" w:after="80" w:line="300" w:lineRule="auto"/>
        <w:jc w:val="left"/>
      </w:pPr>
      <w:r>
        <w:rPr>
          <w:rFonts w:ascii="Times New Roman" w:hAnsi="Times New Roman" w:eastAsia="宋体"/>
          <w:b w:val="0"/>
          <w:i w:val="0"/>
          <w:sz w:val="21"/>
        </w:rPr>
        <w:t>1/A+1/B+1/C =p²+q²+r²</w:t>
      </w:r>
    </w:p>
    <w:p>
      <w:pPr>
        <w:spacing w:before="0" w:after="80" w:line="300" w:lineRule="auto"/>
        <w:jc w:val="left"/>
      </w:pPr>
      <w:r>
        <w:rPr>
          <w:rFonts w:ascii="Times New Roman" w:hAnsi="Times New Roman" w:eastAsia="宋体"/>
          <w:b w:val="0"/>
          <w:i w:val="0"/>
          <w:sz w:val="21"/>
        </w:rPr>
        <w:t>-pq-pr-qr</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由韦达定理，p+q+r=22，pq+pr+qr=80，所以</w:t>
      </w:r>
    </w:p>
    <w:p>
      <w:pPr>
        <w:spacing w:before="0" w:after="80" w:line="300" w:lineRule="auto"/>
        <w:jc w:val="left"/>
      </w:pPr>
      <w:r>
        <w:rPr>
          <w:rFonts w:ascii="Times New Roman" w:hAnsi="Times New Roman" w:eastAsia="宋体"/>
          <w:b w:val="0"/>
          <w:i w:val="0"/>
          <w:sz w:val="21"/>
        </w:rPr>
        <w:t>p²+q²+r²=22²-2(80)</w:t>
      </w:r>
    </w:p>
    <w:p>
      <w:pPr>
        <w:spacing w:before="0" w:after="80" w:line="300" w:lineRule="auto"/>
        <w:jc w:val="left"/>
      </w:pPr>
      <w:r>
        <w:rPr>
          <w:rFonts w:ascii="Times New Roman" w:hAnsi="Times New Roman" w:eastAsia="宋体"/>
          <w:b w:val="0"/>
          <w:i w:val="0"/>
          <w:sz w:val="21"/>
        </w:rPr>
        <w:t>=324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因此所求的值为 324-80=244。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Multiplying the identity by (s-p)(s-q)(s-r) gives</w:t>
      </w:r>
    </w:p>
    <w:p>
      <w:pPr>
        <w:spacing w:before="0" w:after="80" w:line="300" w:lineRule="auto"/>
        <w:jc w:val="left"/>
      </w:pPr>
      <w:r>
        <w:rPr>
          <w:rFonts w:ascii="Times New Roman" w:hAnsi="Times New Roman" w:eastAsia="宋体"/>
          <w:b w:val="0"/>
          <w:i w:val="0"/>
          <w:color w:val="333333"/>
          <w:sz w:val="19"/>
        </w:rPr>
        <w:t>1=A(s-q)(s-r)</w:t>
      </w:r>
    </w:p>
    <w:p>
      <w:pPr>
        <w:spacing w:before="0" w:after="80" w:line="300" w:lineRule="auto"/>
        <w:jc w:val="left"/>
      </w:pPr>
      <w:r>
        <w:rPr>
          <w:rFonts w:ascii="Times New Roman" w:hAnsi="Times New Roman" w:eastAsia="宋体"/>
          <w:b w:val="0"/>
          <w:i w:val="0"/>
          <w:color w:val="333333"/>
          <w:sz w:val="19"/>
        </w:rPr>
        <w:t>+B(s-p)(s-r)</w:t>
      </w:r>
    </w:p>
    <w:p>
      <w:pPr>
        <w:spacing w:before="0" w:after="80" w:line="300" w:lineRule="auto"/>
        <w:jc w:val="left"/>
      </w:pPr>
      <w:r>
        <w:rPr>
          <w:rFonts w:ascii="Times New Roman" w:hAnsi="Times New Roman" w:eastAsia="宋体"/>
          <w:b w:val="0"/>
          <w:i w:val="0"/>
          <w:color w:val="333333"/>
          <w:sz w:val="19"/>
        </w:rPr>
        <w:t>+C(s-p)(s-q).</w:t>
      </w:r>
    </w:p>
    <w:p>
      <w:pPr>
        <w:spacing w:before="0" w:after="80" w:line="300" w:lineRule="auto"/>
        <w:jc w:val="left"/>
      </w:pPr>
      <w:r>
        <w:rPr>
          <w:rFonts w:ascii="Times New Roman" w:hAnsi="Times New Roman" w:eastAsia="宋体"/>
          <w:b w:val="0"/>
          <w:i w:val="0"/>
          <w:color w:val="333333"/>
          <w:sz w:val="19"/>
        </w:rPr>
        <w:t>Setting s=p,q,r, in turn, yields</w:t>
      </w:r>
    </w:p>
    <w:p>
      <w:pPr>
        <w:spacing w:before="0" w:after="80" w:line="300" w:lineRule="auto"/>
        <w:jc w:val="left"/>
      </w:pPr>
      <w:r>
        <w:rPr>
          <w:rFonts w:ascii="Times New Roman" w:hAnsi="Times New Roman" w:eastAsia="宋体"/>
          <w:b w:val="0"/>
          <w:i w:val="0"/>
          <w:color w:val="333333"/>
          <w:sz w:val="19"/>
        </w:rPr>
        <w:t>1/A=(p-q)(p-r),</w:t>
      </w:r>
    </w:p>
    <w:p>
      <w:pPr>
        <w:spacing w:before="0" w:after="80" w:line="300" w:lineRule="auto"/>
        <w:jc w:val="left"/>
      </w:pPr>
      <w:r>
        <w:rPr>
          <w:rFonts w:ascii="Times New Roman" w:hAnsi="Times New Roman" w:eastAsia="宋体"/>
          <w:b w:val="0"/>
          <w:i w:val="0"/>
          <w:color w:val="333333"/>
          <w:sz w:val="19"/>
        </w:rPr>
        <w:t>1/B=(q-p)(q-r),</w:t>
      </w:r>
    </w:p>
    <w:p>
      <w:pPr>
        <w:spacing w:before="0" w:after="80" w:line="300" w:lineRule="auto"/>
        <w:jc w:val="left"/>
      </w:pPr>
      <w:r>
        <w:rPr>
          <w:rFonts w:ascii="Times New Roman" w:hAnsi="Times New Roman" w:eastAsia="宋体"/>
          <w:b w:val="0"/>
          <w:i w:val="0"/>
          <w:color w:val="333333"/>
          <w:sz w:val="19"/>
        </w:rPr>
        <w:t>1/C=(r-p)(r-q).</w:t>
      </w:r>
    </w:p>
    <w:p>
      <w:pPr>
        <w:spacing w:before="0" w:after="80" w:line="300" w:lineRule="auto"/>
        <w:jc w:val="left"/>
      </w:pPr>
      <w:r>
        <w:rPr>
          <w:rFonts w:ascii="Times New Roman" w:hAnsi="Times New Roman" w:eastAsia="宋体"/>
          <w:b w:val="0"/>
          <w:i w:val="0"/>
          <w:color w:val="333333"/>
          <w:sz w:val="19"/>
        </w:rPr>
        <w:t>Adding and expanding gives</w:t>
      </w:r>
    </w:p>
    <w:p>
      <w:pPr>
        <w:spacing w:before="0" w:after="80" w:line="300" w:lineRule="auto"/>
        <w:jc w:val="left"/>
      </w:pPr>
      <w:r>
        <w:rPr>
          <w:rFonts w:ascii="Times New Roman" w:hAnsi="Times New Roman" w:eastAsia="宋体"/>
          <w:b w:val="0"/>
          <w:i w:val="0"/>
          <w:color w:val="333333"/>
          <w:sz w:val="19"/>
        </w:rPr>
        <w:t>1/A+1/B+1/C =p²+q²+r²</w:t>
      </w:r>
    </w:p>
    <w:p>
      <w:pPr>
        <w:spacing w:before="0" w:after="80" w:line="300" w:lineRule="auto"/>
        <w:jc w:val="left"/>
      </w:pPr>
      <w:r>
        <w:rPr>
          <w:rFonts w:ascii="Times New Roman" w:hAnsi="Times New Roman" w:eastAsia="宋体"/>
          <w:b w:val="0"/>
          <w:i w:val="0"/>
          <w:color w:val="333333"/>
          <w:sz w:val="19"/>
        </w:rPr>
        <w:t>-pq-pr-qr.</w:t>
      </w:r>
    </w:p>
    <w:p>
      <w:pPr>
        <w:spacing w:before="0" w:after="80" w:line="300" w:lineRule="auto"/>
        <w:jc w:val="left"/>
      </w:pPr>
      <w:r>
        <w:rPr>
          <w:rFonts w:ascii="Times New Roman" w:hAnsi="Times New Roman" w:eastAsia="宋体"/>
          <w:b w:val="0"/>
          <w:i w:val="0"/>
          <w:color w:val="333333"/>
          <w:sz w:val="19"/>
        </w:rPr>
        <w:t>By Vieta’s formulas, p+q+r=22 and pq+pr+qr=80, so</w:t>
      </w:r>
    </w:p>
    <w:p>
      <w:pPr>
        <w:spacing w:before="0" w:after="80" w:line="300" w:lineRule="auto"/>
        <w:jc w:val="left"/>
      </w:pPr>
      <w:r>
        <w:rPr>
          <w:rFonts w:ascii="Times New Roman" w:hAnsi="Times New Roman" w:eastAsia="宋体"/>
          <w:b w:val="0"/>
          <w:i w:val="0"/>
          <w:color w:val="333333"/>
          <w:sz w:val="19"/>
        </w:rPr>
        <w:t>p²+q²+r²=22²-2(80)</w:t>
      </w:r>
    </w:p>
    <w:p>
      <w:pPr>
        <w:spacing w:before="0" w:after="80" w:line="300" w:lineRule="auto"/>
        <w:jc w:val="left"/>
      </w:pPr>
      <w:r>
        <w:rPr>
          <w:rFonts w:ascii="Times New Roman" w:hAnsi="Times New Roman" w:eastAsia="宋体"/>
          <w:b w:val="0"/>
          <w:i w:val="0"/>
          <w:color w:val="333333"/>
          <w:sz w:val="19"/>
        </w:rPr>
        <w:t>=324.</w:t>
      </w:r>
    </w:p>
    <w:p>
      <w:pPr>
        <w:spacing w:before="0" w:after="80" w:line="300" w:lineRule="auto"/>
        <w:jc w:val="left"/>
      </w:pPr>
      <w:r>
        <w:rPr>
          <w:rFonts w:ascii="Times New Roman" w:hAnsi="Times New Roman" w:eastAsia="宋体"/>
          <w:b w:val="0"/>
          <w:i w:val="0"/>
          <w:color w:val="333333"/>
          <w:sz w:val="19"/>
        </w:rPr>
        <w:t>Therefore the requested value is 324-80=244.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解决本题的一个重要事实是</w:t>
      </w:r>
    </w:p>
    <w:p>
      <w:pPr>
        <w:spacing w:before="0" w:after="80" w:line="300" w:lineRule="auto"/>
        <w:jc w:val="left"/>
      </w:pPr>
      <w:r>
        <w:rPr>
          <w:rFonts w:ascii="Times New Roman" w:hAnsi="Times New Roman" w:eastAsia="宋体"/>
          <w:b w:val="0"/>
          <w:i w:val="0"/>
          <w:sz w:val="21"/>
        </w:rPr>
        <w:t>((n²)!)/((n!)^(n + 1))</w:t>
      </w:r>
    </w:p>
    <w:p>
      <w:pPr>
        <w:spacing w:before="0" w:after="80" w:line="300" w:lineRule="auto"/>
        <w:jc w:val="left"/>
      </w:pPr>
      <w:r>
        <w:rPr>
          <w:rFonts w:ascii="Times New Roman" w:hAnsi="Times New Roman" w:eastAsia="宋体"/>
          <w:b w:val="0"/>
          <w:i w:val="0"/>
          <w:sz w:val="21"/>
        </w:rPr>
        <w:t>始终是整数。</w:t>
      </w:r>
    </w:p>
    <w:p>
      <w:pPr>
        <w:spacing w:before="0" w:after="80" w:line="300" w:lineRule="auto"/>
        <w:jc w:val="left"/>
      </w:pPr>
      <w:r>
        <w:rPr>
          <w:rFonts w:ascii="Times New Roman" w:hAnsi="Times New Roman" w:eastAsia="宋体"/>
          <w:b w:val="0"/>
          <w:i w:val="0"/>
          <w:sz w:val="21"/>
        </w:rPr>
        <w:t>这是因为它等于把 n² 个物体分成 n 个无序的、每组大小为 n 的组的方法数。</w:t>
      </w:r>
    </w:p>
    <w:p>
      <w:pPr>
        <w:spacing w:before="0" w:after="80" w:line="300" w:lineRule="auto"/>
        <w:jc w:val="left"/>
      </w:pPr>
      <w:r>
        <w:rPr>
          <w:rFonts w:ascii="Times New Roman" w:hAnsi="Times New Roman" w:eastAsia="宋体"/>
          <w:b w:val="0"/>
          <w:i w:val="0"/>
          <w:sz w:val="21"/>
        </w:rPr>
        <w:t>现在有</w:t>
      </w:r>
    </w:p>
    <w:p>
      <w:pPr>
        <w:spacing w:before="0" w:after="80" w:line="300" w:lineRule="auto"/>
        <w:jc w:val="left"/>
      </w:pPr>
      <w:r>
        <w:rPr>
          <w:rFonts w:ascii="Times New Roman" w:hAnsi="Times New Roman" w:eastAsia="宋体"/>
          <w:b w:val="0"/>
          <w:i w:val="0"/>
          <w:sz w:val="21"/>
        </w:rPr>
        <w:t>((n² - 1)!)/((n!)ⁿ) = ((n²)!)/((n!)^(n + 1)) · (n!)/n²。</w:t>
      </w:r>
    </w:p>
    <w:p>
      <w:pPr>
        <w:spacing w:before="0" w:after="80" w:line="300" w:lineRule="auto"/>
        <w:jc w:val="left"/>
      </w:pPr>
      <w:r>
        <w:rPr>
          <w:rFonts w:ascii="Times New Roman" w:hAnsi="Times New Roman" w:eastAsia="宋体"/>
          <w:b w:val="0"/>
          <w:i w:val="0"/>
          <w:sz w:val="21"/>
        </w:rPr>
        <w:t>因此，只要 n² 整除 n!，原式就是整数；这等价于 n 整除 (n - 1)!。</w:t>
      </w:r>
    </w:p>
    <w:p>
      <w:pPr>
        <w:spacing w:before="0" w:after="80" w:line="300" w:lineRule="auto"/>
        <w:jc w:val="left"/>
      </w:pPr>
      <w:r>
        <w:rPr>
          <w:rFonts w:ascii="Times New Roman" w:hAnsi="Times New Roman" w:eastAsia="宋体"/>
          <w:b w:val="0"/>
          <w:i w:val="0"/>
          <w:sz w:val="21"/>
        </w:rPr>
        <w:t>设 n 为合数。若 n=ab，其中 2≤ aD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fact that greatly helps with this problem is realizing that</w:t>
      </w:r>
    </w:p>
    <w:p>
      <w:pPr>
        <w:spacing w:before="0" w:after="80" w:line="300" w:lineRule="auto"/>
        <w:jc w:val="left"/>
      </w:pPr>
      <w:r>
        <w:rPr>
          <w:rFonts w:ascii="Times New Roman" w:hAnsi="Times New Roman" w:eastAsia="宋体"/>
          <w:b w:val="0"/>
          <w:i w:val="0"/>
          <w:color w:val="333333"/>
          <w:sz w:val="19"/>
        </w:rPr>
        <w:t>((n²)!)/((n!)^(n + 1))</w:t>
      </w:r>
    </w:p>
    <w:p>
      <w:pPr>
        <w:spacing w:before="0" w:after="80" w:line="300" w:lineRule="auto"/>
        <w:jc w:val="left"/>
      </w:pPr>
      <w:r>
        <w:rPr>
          <w:rFonts w:ascii="Times New Roman" w:hAnsi="Times New Roman" w:eastAsia="宋体"/>
          <w:b w:val="0"/>
          <w:i w:val="0"/>
          <w:color w:val="333333"/>
          <w:sz w:val="19"/>
        </w:rPr>
        <w:t>is always an integer.</w:t>
      </w:r>
    </w:p>
    <w:p>
      <w:pPr>
        <w:spacing w:before="0" w:after="80" w:line="300" w:lineRule="auto"/>
        <w:jc w:val="left"/>
      </w:pPr>
      <w:r>
        <w:rPr>
          <w:rFonts w:ascii="Times New Roman" w:hAnsi="Times New Roman" w:eastAsia="宋体"/>
          <w:b w:val="0"/>
          <w:i w:val="0"/>
          <w:color w:val="333333"/>
          <w:sz w:val="19"/>
        </w:rPr>
        <w:t>This is because it is the number of ways to split up n² objects into n unordered groups of size n.</w:t>
      </w:r>
    </w:p>
    <w:p>
      <w:pPr>
        <w:spacing w:before="0" w:after="80" w:line="300" w:lineRule="auto"/>
        <w:jc w:val="left"/>
      </w:pPr>
      <w:r>
        <w:rPr>
          <w:rFonts w:ascii="Times New Roman" w:hAnsi="Times New Roman" w:eastAsia="宋体"/>
          <w:b w:val="0"/>
          <w:i w:val="0"/>
          <w:color w:val="333333"/>
          <w:sz w:val="19"/>
        </w:rPr>
        <w:t>Now, we get that</w:t>
      </w:r>
    </w:p>
    <w:p>
      <w:pPr>
        <w:spacing w:before="0" w:after="80" w:line="300" w:lineRule="auto"/>
        <w:jc w:val="left"/>
      </w:pPr>
      <w:r>
        <w:rPr>
          <w:rFonts w:ascii="Times New Roman" w:hAnsi="Times New Roman" w:eastAsia="宋体"/>
          <w:b w:val="0"/>
          <w:i w:val="0"/>
          <w:color w:val="333333"/>
          <w:sz w:val="19"/>
        </w:rPr>
        <w:t>((n² - 1)!)/((n!)ⁿ) = ((n²)!)/((n!)^(n + 1)) · (n!)/n².</w:t>
      </w:r>
    </w:p>
    <w:p>
      <w:pPr>
        <w:spacing w:before="0" w:after="80" w:line="300" w:lineRule="auto"/>
        <w:jc w:val="left"/>
      </w:pPr>
      <w:r>
        <w:rPr>
          <w:rFonts w:ascii="Times New Roman" w:hAnsi="Times New Roman" w:eastAsia="宋体"/>
          <w:b w:val="0"/>
          <w:i w:val="0"/>
          <w:color w:val="333333"/>
          <w:sz w:val="19"/>
        </w:rPr>
        <w:t>Therefore, whenever n² divides n!, the original expression is an integer; this is equivalent to n dividing (n - 1)!.</w:t>
      </w:r>
    </w:p>
    <w:p>
      <w:pPr>
        <w:spacing w:before="0" w:after="80" w:line="300" w:lineRule="auto"/>
        <w:jc w:val="left"/>
      </w:pPr>
      <w:r>
        <w:rPr>
          <w:rFonts w:ascii="Times New Roman" w:hAnsi="Times New Roman" w:eastAsia="宋体"/>
          <w:b w:val="0"/>
          <w:i w:val="0"/>
          <w:color w:val="333333"/>
          <w:sz w:val="19"/>
        </w:rPr>
        <w:t>Suppose n is composite. If n=ab with 2≤ aD</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