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2018B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Kate 烤了一盘 20 英寸乘 18 英寸的玉米面包。玉米面包被切成 2 英寸乘 2 英寸的小块。这一盘共有多少块玉米面包？</w:t>
      </w:r>
    </w:p>
    <w:p>
      <w:pPr>
        <w:spacing w:before="0" w:after="120" w:line="300" w:lineRule="auto"/>
      </w:pPr>
      <w:r>
        <w:rPr>
          <w:rFonts w:ascii="Times New Roman" w:hAnsi="Times New Roman" w:eastAsia="宋体"/>
          <w:b w:val="0"/>
          <w:i w:val="0"/>
          <w:sz w:val="21"/>
        </w:rPr>
        <w:t>（A）90　　（B）100　　（C）180　　（D）200　　（E）360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Kate bakes a 20-inch by 18-inch pan of cornbread. The cornbread is cut into pieces that measure 2 inches by 2 inches. How many pieces of cornbread does the pan contain?</w:t>
      </w:r>
    </w:p>
    <w:p>
      <w:pPr>
        <w:spacing w:before="0" w:after="160" w:line="300" w:lineRule="auto"/>
      </w:pPr>
      <w:r>
        <w:rPr>
          <w:rFonts w:ascii="Times New Roman" w:hAnsi="Times New Roman" w:eastAsia="宋体"/>
          <w:b w:val="0"/>
          <w:i w:val="0"/>
          <w:color w:val="333333"/>
          <w:sz w:val="19"/>
        </w:rPr>
        <w:t>(A) 90　　(B) 100　　(C) 180　　(D) 200　　(E) 360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Sam 在 90 分钟内开了 96 英里。前 30 分钟他的平均速度是每小时 60 英里，第二个 30 分钟的平均速度是每小时 65 英里。最后 30 分钟他的平均速度是每小时多少英里？</w:t>
      </w:r>
    </w:p>
    <w:p>
      <w:pPr>
        <w:spacing w:before="0" w:after="120" w:line="300" w:lineRule="auto"/>
      </w:pPr>
      <w:r>
        <w:rPr>
          <w:rFonts w:ascii="Times New Roman" w:hAnsi="Times New Roman" w:eastAsia="宋体"/>
          <w:b w:val="0"/>
          <w:i w:val="0"/>
          <w:sz w:val="21"/>
        </w:rPr>
        <w:t>（A）64　　（B）65　　（C）66　　（D）67　　（E）68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Sam drove 96 miles in 90 minutes. His average speed during the first 30 minutes was 60 mph (miles per hour), and his average speed during the second 30 minutes was 65 mph. What was his average speed, in mph, during the last 30 minutes?</w:t>
      </w:r>
    </w:p>
    <w:p>
      <w:pPr>
        <w:spacing w:before="0" w:after="160" w:line="300" w:lineRule="auto"/>
      </w:pPr>
      <w:r>
        <w:rPr>
          <w:rFonts w:ascii="Times New Roman" w:hAnsi="Times New Roman" w:eastAsia="宋体"/>
          <w:b w:val="0"/>
          <w:i w:val="0"/>
          <w:color w:val="333333"/>
          <w:sz w:val="19"/>
        </w:rPr>
        <w:t>(A) 64　　(B) 65　　(C) 66　　(D) 67　　(E) 68</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在表达式 (phantomx × phantomx) + (phantomx × phantomx) 中，每个空格要填入数字 1、2、3 或 4，且每个数字恰好使用一次。可以得到多少个不同的值？</w:t>
      </w:r>
    </w:p>
    <w:p>
      <w:pPr>
        <w:spacing w:before="0" w:after="120" w:line="300" w:lineRule="auto"/>
      </w:pPr>
      <w:r>
        <w:rPr>
          <w:rFonts w:ascii="Times New Roman" w:hAnsi="Times New Roman" w:eastAsia="宋体"/>
          <w:b w:val="0"/>
          <w:i w:val="0"/>
          <w:sz w:val="21"/>
        </w:rPr>
        <w:t>（A）2　　（B）3　　（C）4　　（D）6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expression (phantomx × phantomx) + (phantomx × phantomx) each blank is to be filled in with one of the digits 1, 2, 3, or 4, with each digit being used once. How many different values can be obtained?</w:t>
      </w:r>
    </w:p>
    <w:p>
      <w:pPr>
        <w:spacing w:before="0" w:after="160" w:line="300" w:lineRule="auto"/>
      </w:pPr>
      <w:r>
        <w:rPr>
          <w:rFonts w:ascii="Times New Roman" w:hAnsi="Times New Roman" w:eastAsia="宋体"/>
          <w:b w:val="0"/>
          <w:i w:val="0"/>
          <w:color w:val="333333"/>
          <w:sz w:val="19"/>
        </w:rPr>
        <w:t>(A) 2　　(B) 3　　(C) 4　　(D) 6　　(E) 24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一个长方体的三条边长为 X、Y 和 Z，它的六个面的面积分别为 24，24，48，48，72 和 72 平方单位。求 X + Y + Z。</w:t>
      </w:r>
    </w:p>
    <w:p>
      <w:pPr>
        <w:spacing w:before="0" w:after="120" w:line="300" w:lineRule="auto"/>
      </w:pPr>
      <w:r>
        <w:rPr>
          <w:rFonts w:ascii="Times New Roman" w:hAnsi="Times New Roman" w:eastAsia="宋体"/>
          <w:b w:val="0"/>
          <w:i w:val="0"/>
          <w:sz w:val="21"/>
        </w:rPr>
        <w:t>（A）18　　（B）22　　（C）24　　（D）30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three-dimensional rectangular box with dimensions X, Y, and Z has faces whose surface areas are 24, 24, 48, 48, 72, and 72 square units. What is X + Y + Z?</w:t>
      </w:r>
    </w:p>
    <w:p>
      <w:pPr>
        <w:spacing w:before="0" w:after="160" w:line="300" w:lineRule="auto"/>
      </w:pPr>
      <w:r>
        <w:rPr>
          <w:rFonts w:ascii="Times New Roman" w:hAnsi="Times New Roman" w:eastAsia="宋体"/>
          <w:b w:val="0"/>
          <w:i w:val="0"/>
          <w:color w:val="333333"/>
          <w:sz w:val="19"/>
        </w:rPr>
        <w:t>(A) 18　　(B) 22　　(C) 24　　(D) 30　　(E) 36</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集合 {2, 3, 4, 5, 6, 7, 8, 9} 的子集中，有多少个至少包含一个质数？</w:t>
      </w:r>
    </w:p>
    <w:p>
      <w:pPr>
        <w:spacing w:before="0" w:after="120" w:line="300" w:lineRule="auto"/>
      </w:pPr>
      <w:r>
        <w:rPr>
          <w:rFonts w:ascii="Times New Roman" w:hAnsi="Times New Roman" w:eastAsia="宋体"/>
          <w:b w:val="0"/>
          <w:i w:val="0"/>
          <w:sz w:val="21"/>
        </w:rPr>
        <w:t>（A）128　　（B）192　　（C）224　　（D）240　　（E）256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subsets of {2, 3, 4, 5, 6, 7, 8, 9} contain at least one prime number?</w:t>
      </w:r>
    </w:p>
    <w:p>
      <w:pPr>
        <w:spacing w:before="0" w:after="160" w:line="300" w:lineRule="auto"/>
      </w:pPr>
      <w:r>
        <w:rPr>
          <w:rFonts w:ascii="Times New Roman" w:hAnsi="Times New Roman" w:eastAsia="宋体"/>
          <w:b w:val="0"/>
          <w:i w:val="0"/>
          <w:color w:val="333333"/>
          <w:sz w:val="19"/>
        </w:rPr>
        <w:t>(A) 128　　(B) 192　　(C) 224　　(D) 240　　(E) 256</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一个盒子里有 5 个筹码，编号为 1、2、3、4 和 5。每次随机抽出一个筹码且不放回，直到抽出的编号之和超过 4。需要抽 3 次的概率是多少？</w:t>
      </w:r>
    </w:p>
    <w:p>
      <w:pPr>
        <w:spacing w:before="0" w:after="120" w:line="300" w:lineRule="auto"/>
      </w:pPr>
      <w:r>
        <w:rPr>
          <w:rFonts w:ascii="Times New Roman" w:hAnsi="Times New Roman" w:eastAsia="宋体"/>
          <w:b w:val="0"/>
          <w:i w:val="0"/>
          <w:sz w:val="21"/>
        </w:rPr>
        <w:t>（A）1/15　　（B）1/10　　（C）1/6　　（D）1/5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contains 5 chips, numbered 1, 2, 3, 4, and 5. Chips are drawn randomly one at a time without replacement until the sum of the values drawn exceeds 4. What is the probability that 3 draws are required?</w:t>
      </w:r>
    </w:p>
    <w:p>
      <w:pPr>
        <w:spacing w:before="0" w:after="160" w:line="300" w:lineRule="auto"/>
      </w:pPr>
      <w:r>
        <w:rPr>
          <w:rFonts w:ascii="Times New Roman" w:hAnsi="Times New Roman" w:eastAsia="宋体"/>
          <w:b w:val="0"/>
          <w:i w:val="0"/>
          <w:color w:val="333333"/>
          <w:sz w:val="19"/>
        </w:rPr>
        <w:t>(A) 1/15　　(B) 1/10　　(C) 1/6　　(D) 1/5　　(E) 1/4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下图中，沿着一个大半圆的直径画了 N 个全等的小半圆，它们的直径无重叠地覆盖大半圆的直径。设 A 为这些小半圆面积之和，B 为大半圆内部但小半圆外部区域的面积。若 A: B 为 1: 18，求 N。</w:t>
      </w:r>
    </w:p>
    <w:p>
      <w:pPr>
        <w:spacing w:before="80" w:after="80"/>
        <w:jc w:val="center"/>
      </w:pPr>
      <w:r>
        <w:drawing>
          <wp:inline xmlns:a="http://schemas.openxmlformats.org/drawingml/2006/main" xmlns:pic="http://schemas.openxmlformats.org/drawingml/2006/picture">
            <wp:extent cx="1281727" cy="654483"/>
            <wp:docPr id="1" name="Picture 1"/>
            <wp:cNvGraphicFramePr>
              <a:graphicFrameLocks noChangeAspect="1"/>
            </wp:cNvGraphicFramePr>
            <a:graphic>
              <a:graphicData uri="http://schemas.openxmlformats.org/drawingml/2006/picture">
                <pic:pic>
                  <pic:nvPicPr>
                    <pic:cNvPr id="0" name="q07-1@300dpi.png"/>
                    <pic:cNvPicPr/>
                  </pic:nvPicPr>
                  <pic:blipFill>
                    <a:blip r:embed="rId9"/>
                    <a:stretch>
                      <a:fillRect/>
                    </a:stretch>
                  </pic:blipFill>
                  <pic:spPr>
                    <a:xfrm>
                      <a:off x="0" y="0"/>
                      <a:ext cx="1281727" cy="654483"/>
                    </a:xfrm>
                    <a:prstGeom prst="rect"/>
                  </pic:spPr>
                </pic:pic>
              </a:graphicData>
            </a:graphic>
          </wp:inline>
        </w:drawing>
      </w:r>
    </w:p>
    <w:p>
      <w:pPr>
        <w:spacing w:before="0" w:after="120" w:line="300" w:lineRule="auto"/>
      </w:pPr>
      <w:r>
        <w:rPr>
          <w:rFonts w:ascii="Times New Roman" w:hAnsi="Times New Roman" w:eastAsia="宋体"/>
          <w:b w:val="0"/>
          <w:i w:val="0"/>
          <w:sz w:val="21"/>
        </w:rPr>
        <w:t>（A）16　　（B）17　　（C）18　　（D）19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below, N congruent semicircles are drawn along a diameter of a large semicircle, with their diameters covering the diameter of the large semicircle with no overlap. Let A be the combined area of the small semicircles and B be the area of the region inside the large semicircle but outside the small semicircles. The ratio A: B is 1: 18. What is N?</w:t>
      </w:r>
    </w:p>
    <w:p>
      <w:pPr>
        <w:spacing w:before="80" w:after="80"/>
        <w:jc w:val="center"/>
      </w:pPr>
      <w:r>
        <w:drawing>
          <wp:inline xmlns:a="http://schemas.openxmlformats.org/drawingml/2006/main" xmlns:pic="http://schemas.openxmlformats.org/drawingml/2006/picture">
            <wp:extent cx="1281727" cy="654483"/>
            <wp:docPr id="2" name="Picture 2"/>
            <wp:cNvGraphicFramePr>
              <a:graphicFrameLocks noChangeAspect="1"/>
            </wp:cNvGraphicFramePr>
            <a:graphic>
              <a:graphicData uri="http://schemas.openxmlformats.org/drawingml/2006/picture">
                <pic:pic>
                  <pic:nvPicPr>
                    <pic:cNvPr id="0" name="q07-1@300dpi.png"/>
                    <pic:cNvPicPr/>
                  </pic:nvPicPr>
                  <pic:blipFill>
                    <a:blip r:embed="rId9"/>
                    <a:stretch>
                      <a:fillRect/>
                    </a:stretch>
                  </pic:blipFill>
                  <pic:spPr>
                    <a:xfrm>
                      <a:off x="0" y="0"/>
                      <a:ext cx="1281727" cy="65448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17　　(C) 18　　(D) 19　　(E) 36</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Sara 用牙签搭了如下楼梯：</w:t>
      </w:r>
    </w:p>
    <w:p>
      <w:pPr>
        <w:spacing w:before="80" w:after="80"/>
        <w:jc w:val="center"/>
      </w:pPr>
      <w:r>
        <w:drawing>
          <wp:inline xmlns:a="http://schemas.openxmlformats.org/drawingml/2006/main" xmlns:pic="http://schemas.openxmlformats.org/drawingml/2006/picture">
            <wp:extent cx="735137" cy="735137"/>
            <wp:docPr id="3" name="Picture 3"/>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735137" cy="735137"/>
                    </a:xfrm>
                    <a:prstGeom prst="rect"/>
                  </pic:spPr>
                </pic:pic>
              </a:graphicData>
            </a:graphic>
          </wp:inline>
        </w:drawing>
      </w:r>
    </w:p>
    <w:p>
      <w:pPr>
        <w:spacing w:before="0" w:after="80" w:line="300" w:lineRule="auto"/>
        <w:jc w:val="left"/>
      </w:pPr>
      <w:r>
        <w:rPr>
          <w:rFonts w:ascii="Times New Roman" w:hAnsi="Times New Roman" w:eastAsia="宋体"/>
          <w:b w:val="0"/>
          <w:i w:val="0"/>
          <w:sz w:val="21"/>
        </w:rPr>
        <w:t>这是一个 3 级楼梯，使用了 18 根牙签。如果一个楼梯使用了 180 根牙签，它有多少级？</w:t>
      </w:r>
    </w:p>
    <w:p>
      <w:pPr>
        <w:spacing w:before="0" w:after="120" w:line="300" w:lineRule="auto"/>
      </w:pPr>
      <w:r>
        <w:rPr>
          <w:rFonts w:ascii="Times New Roman" w:hAnsi="Times New Roman" w:eastAsia="宋体"/>
          <w:b w:val="0"/>
          <w:i w:val="0"/>
          <w:sz w:val="21"/>
        </w:rPr>
        <w:t>（A）10　　（B）11　　（C）12　　（D）24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Sara makes a staircase out of toothpicks as shown:</w:t>
      </w:r>
    </w:p>
    <w:p>
      <w:pPr>
        <w:spacing w:before="80" w:after="80"/>
        <w:jc w:val="center"/>
      </w:pPr>
      <w:r>
        <w:drawing>
          <wp:inline xmlns:a="http://schemas.openxmlformats.org/drawingml/2006/main" xmlns:pic="http://schemas.openxmlformats.org/drawingml/2006/picture">
            <wp:extent cx="735137" cy="735137"/>
            <wp:docPr id="4" name="Picture 4"/>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735137" cy="735137"/>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This is a 3-step staircase and uses 18 toothpicks. How many steps would be in a staircase that used 180 toothpicks?</w:t>
      </w:r>
    </w:p>
    <w:p>
      <w:pPr>
        <w:spacing w:before="0" w:after="160" w:line="300" w:lineRule="auto"/>
      </w:pPr>
      <w:r>
        <w:rPr>
          <w:rFonts w:ascii="Times New Roman" w:hAnsi="Times New Roman" w:eastAsia="宋体"/>
          <w:b w:val="0"/>
          <w:i w:val="0"/>
          <w:color w:val="333333"/>
          <w:sz w:val="19"/>
        </w:rPr>
        <w:t>(A) 10　　(B) 11　　(C) 12　　(D) 24　　(E) 30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7 个标准骰子的每个面分别标有整数 1 到 6。设 p 为这 7 个骰子同时掷出时，上方面点数之和为 10 的概率。还有哪个点数和出现的概率也等于 p？</w:t>
      </w:r>
    </w:p>
    <w:p>
      <w:pPr>
        <w:spacing w:before="0" w:after="120" w:line="300" w:lineRule="auto"/>
      </w:pPr>
      <w:r>
        <w:rPr>
          <w:rFonts w:ascii="Times New Roman" w:hAnsi="Times New Roman" w:eastAsia="宋体"/>
          <w:b w:val="0"/>
          <w:i w:val="0"/>
          <w:sz w:val="21"/>
        </w:rPr>
        <w:t>（A）13　　（B）26　　（C）32　　（D）39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faces of each of 7 standard dice are labeled with the integers from 1 to 6. Let p be the probability that when all 7 dice are rolled, the sum of the numbers on the top faces is 10. What other sum occurs with the same probability p?</w:t>
      </w:r>
    </w:p>
    <w:p>
      <w:pPr>
        <w:spacing w:before="0" w:after="160" w:line="300" w:lineRule="auto"/>
      </w:pPr>
      <w:r>
        <w:rPr>
          <w:rFonts w:ascii="Times New Roman" w:hAnsi="Times New Roman" w:eastAsia="宋体"/>
          <w:b w:val="0"/>
          <w:i w:val="0"/>
          <w:color w:val="333333"/>
          <w:sz w:val="19"/>
        </w:rPr>
        <w:t>(A) 13　　(B) 26　　(C) 32　　(D) 39　　(E) 42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在图示长方体中，AB = 3、BC = 1，且 CG = 2。点 M 是 FG 的中点。以 BCHE 为底、M 为顶点的棱锥体积是多少？</w:t>
      </w:r>
    </w:p>
    <w:p>
      <w:pPr>
        <w:spacing w:before="80" w:after="80"/>
        <w:jc w:val="center"/>
      </w:pPr>
      <w:r>
        <w:drawing>
          <wp:inline xmlns:a="http://schemas.openxmlformats.org/drawingml/2006/main" xmlns:pic="http://schemas.openxmlformats.org/drawingml/2006/picture">
            <wp:extent cx="870505" cy="625058"/>
            <wp:docPr id="5" name="Picture 5"/>
            <wp:cNvGraphicFramePr>
              <a:graphicFrameLocks noChangeAspect="1"/>
            </wp:cNvGraphicFramePr>
            <a:graphic>
              <a:graphicData uri="http://schemas.openxmlformats.org/drawingml/2006/picture">
                <pic:pic>
                  <pic:nvPicPr>
                    <pic:cNvPr id="0" name="q10-1@300dpi.png"/>
                    <pic:cNvPicPr/>
                  </pic:nvPicPr>
                  <pic:blipFill>
                    <a:blip r:embed="rId11"/>
                    <a:stretch>
                      <a:fillRect/>
                    </a:stretch>
                  </pic:blipFill>
                  <pic:spPr>
                    <a:xfrm>
                      <a:off x="0" y="0"/>
                      <a:ext cx="870505" cy="625058"/>
                    </a:xfrm>
                    <a:prstGeom prst="rect"/>
                  </pic:spPr>
                </pic:pic>
              </a:graphicData>
            </a:graphic>
          </wp:inline>
        </w:drawing>
      </w:r>
    </w:p>
    <w:p>
      <w:pPr>
        <w:spacing w:before="0" w:after="120" w:line="300" w:lineRule="auto"/>
      </w:pPr>
      <w:r>
        <w:rPr>
          <w:rFonts w:ascii="Times New Roman" w:hAnsi="Times New Roman" w:eastAsia="宋体"/>
          <w:b w:val="0"/>
          <w:i w:val="0"/>
          <w:sz w:val="21"/>
        </w:rPr>
        <w:t>（A）1　　（B）4/3　　（C）3/2　　（D）5/3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rectangular parallelepiped shown, AB = 3, BC = 1, and CG = 2. Point M is the midpoint of FG. What is the volume of the rectangular pyramid with base BCHE and apex M?</w:t>
      </w:r>
    </w:p>
    <w:p>
      <w:pPr>
        <w:spacing w:before="80" w:after="80"/>
        <w:jc w:val="center"/>
      </w:pPr>
      <w:r>
        <w:drawing>
          <wp:inline xmlns:a="http://schemas.openxmlformats.org/drawingml/2006/main" xmlns:pic="http://schemas.openxmlformats.org/drawingml/2006/picture">
            <wp:extent cx="870505" cy="625058"/>
            <wp:docPr id="6" name="Picture 6"/>
            <wp:cNvGraphicFramePr>
              <a:graphicFrameLocks noChangeAspect="1"/>
            </wp:cNvGraphicFramePr>
            <a:graphic>
              <a:graphicData uri="http://schemas.openxmlformats.org/drawingml/2006/picture">
                <pic:pic>
                  <pic:nvPicPr>
                    <pic:cNvPr id="0" name="q10-1@300dpi.png"/>
                    <pic:cNvPicPr/>
                  </pic:nvPicPr>
                  <pic:blipFill>
                    <a:blip r:embed="rId11"/>
                    <a:stretch>
                      <a:fillRect/>
                    </a:stretch>
                  </pic:blipFill>
                  <pic:spPr>
                    <a:xfrm>
                      <a:off x="0" y="0"/>
                      <a:ext cx="870505" cy="62505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4/3　　(C) 3/2　　(D) 5/3　　(E) 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当 p 是质数时，下面哪个表达式永远不是质数？</w:t>
      </w:r>
    </w:p>
    <w:p>
      <w:pPr>
        <w:spacing w:before="0" w:after="120" w:line="300" w:lineRule="auto"/>
      </w:pPr>
      <w:r>
        <w:rPr>
          <w:rFonts w:ascii="Times New Roman" w:hAnsi="Times New Roman" w:eastAsia="宋体"/>
          <w:b w:val="0"/>
          <w:i w:val="0"/>
          <w:sz w:val="21"/>
        </w:rPr>
        <w:t>（A）p² + 16　　（B）p² + 24　　（C）p² + 26　　（D）p² + 46　　（E）p² + 96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expressions is never a prime number when p is a prime number?</w:t>
      </w:r>
    </w:p>
    <w:p>
      <w:pPr>
        <w:spacing w:before="0" w:after="160" w:line="300" w:lineRule="auto"/>
      </w:pPr>
      <w:r>
        <w:rPr>
          <w:rFonts w:ascii="Times New Roman" w:hAnsi="Times New Roman" w:eastAsia="宋体"/>
          <w:b w:val="0"/>
          <w:i w:val="0"/>
          <w:color w:val="333333"/>
          <w:sz w:val="19"/>
        </w:rPr>
        <w:t>(A) p² + 16　　(B) p² + 24　　(C) p² + 26　　(D) p² + 46　　(E) p² + 96</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线段 AB 是一个圆的直径，且 AB = 24。点 C 在圆上，但不等于 A 或 B。当 C 绕圆运动时，△ ABC 的重心描出一条少了两个点的闭曲线。四舍五入到最接近的正整数，这条曲线围成区域的面积是多少？</w:t>
      </w:r>
    </w:p>
    <w:p>
      <w:pPr>
        <w:spacing w:before="0" w:after="120" w:line="300" w:lineRule="auto"/>
      </w:pPr>
      <w:r>
        <w:rPr>
          <w:rFonts w:ascii="Times New Roman" w:hAnsi="Times New Roman" w:eastAsia="宋体"/>
          <w:b w:val="0"/>
          <w:i w:val="0"/>
          <w:sz w:val="21"/>
        </w:rPr>
        <w:t>（A）25　　（B）38　　（C）50　　（D）63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Line segment AB is a diameter of a circle with AB = 24. Point C, not equal to A or B, lies on the circle. As point C moves around the circle, the centroid (center of mass) of △ ABC traces out a closed curve missing two points. To the nearest positive integer, what is the area of the region bounded by this curve?</w:t>
      </w:r>
    </w:p>
    <w:p>
      <w:pPr>
        <w:spacing w:before="0" w:after="160" w:line="300" w:lineRule="auto"/>
      </w:pPr>
      <w:r>
        <w:rPr>
          <w:rFonts w:ascii="Times New Roman" w:hAnsi="Times New Roman" w:eastAsia="宋体"/>
          <w:b w:val="0"/>
          <w:i w:val="0"/>
          <w:color w:val="333333"/>
          <w:sz w:val="19"/>
        </w:rPr>
        <w:t>(A) 25　　(B) 38　　(C) 50　　(D) 63　　(E) 75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数列 101，1001，10001，100001，… 的前 2018 项中，有多少项能被 101 整除？</w:t>
      </w:r>
    </w:p>
    <w:p>
      <w:pPr>
        <w:spacing w:before="0" w:after="120" w:line="300" w:lineRule="auto"/>
      </w:pPr>
      <w:r>
        <w:rPr>
          <w:rFonts w:ascii="Times New Roman" w:hAnsi="Times New Roman" w:eastAsia="宋体"/>
          <w:b w:val="0"/>
          <w:i w:val="0"/>
          <w:sz w:val="21"/>
        </w:rPr>
        <w:t>（A）253　　（B）504　　（C）505　　（D）506　　（E）1009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of the first 2018 numbers in the sequence 101, 1001, 10001, 100001, … are divisible by 101?</w:t>
      </w:r>
    </w:p>
    <w:p>
      <w:pPr>
        <w:spacing w:before="0" w:after="160" w:line="300" w:lineRule="auto"/>
      </w:pPr>
      <w:r>
        <w:rPr>
          <w:rFonts w:ascii="Times New Roman" w:hAnsi="Times New Roman" w:eastAsia="宋体"/>
          <w:b w:val="0"/>
          <w:i w:val="0"/>
          <w:color w:val="333333"/>
          <w:sz w:val="19"/>
        </w:rPr>
        <w:t>(A) 253　　(B) 504　　(C) 505　　(D) 506　　(E) 1009</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一个由 2018 个正整数组成的列表有唯一的众数，且这个众数恰好出现 10 次。这个列表中最少可能出现多少个不同的值？</w:t>
      </w:r>
    </w:p>
    <w:p>
      <w:pPr>
        <w:spacing w:before="0" w:after="120" w:line="300" w:lineRule="auto"/>
      </w:pPr>
      <w:r>
        <w:rPr>
          <w:rFonts w:ascii="Times New Roman" w:hAnsi="Times New Roman" w:eastAsia="宋体"/>
          <w:b w:val="0"/>
          <w:i w:val="0"/>
          <w:sz w:val="21"/>
        </w:rPr>
        <w:t>（A）202　　（B）223　　（C）224　　（D）225　　（E）234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list of 2018 positive integers has a unique mode, which occurs exactly 10 times. What is the least number of distinct values that can occur in the list?</w:t>
      </w:r>
    </w:p>
    <w:p>
      <w:pPr>
        <w:spacing w:before="0" w:after="160" w:line="300" w:lineRule="auto"/>
      </w:pPr>
      <w:r>
        <w:rPr>
          <w:rFonts w:ascii="Times New Roman" w:hAnsi="Times New Roman" w:eastAsia="宋体"/>
          <w:b w:val="0"/>
          <w:i w:val="0"/>
          <w:color w:val="333333"/>
          <w:sz w:val="19"/>
        </w:rPr>
        <w:t>(A) 202　　(B) 223　　(C) 224　　(D) 225　　(E) 234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一个正方形底面的封闭盒子要用一张正方形包装纸包裹。如左图所示，盒子放在包装纸中央，底面顶点位于正方形纸张的中线上。包装纸的四个角将沿盒子侧面向上折，并在盒子顶面中心、即右图中的点 A 处相会。盒子底边长为 w，高为 h。包装纸的面积是多少？</w:t>
      </w:r>
    </w:p>
    <w:p>
      <w:pPr>
        <w:spacing w:before="80" w:after="80"/>
        <w:jc w:val="center"/>
      </w:pPr>
      <w:r>
        <w:drawing>
          <wp:inline xmlns:a="http://schemas.openxmlformats.org/drawingml/2006/main" xmlns:pic="http://schemas.openxmlformats.org/drawingml/2006/picture">
            <wp:extent cx="1958524" cy="1124469"/>
            <wp:docPr id="7" name="Picture 7"/>
            <wp:cNvGraphicFramePr>
              <a:graphicFrameLocks noChangeAspect="1"/>
            </wp:cNvGraphicFramePr>
            <a:graphic>
              <a:graphicData uri="http://schemas.openxmlformats.org/drawingml/2006/picture">
                <pic:pic>
                  <pic:nvPicPr>
                    <pic:cNvPr id="0" name="q15-1@300dpi.png"/>
                    <pic:cNvPicPr/>
                  </pic:nvPicPr>
                  <pic:blipFill>
                    <a:blip r:embed="rId12"/>
                    <a:stretch>
                      <a:fillRect/>
                    </a:stretch>
                  </pic:blipFill>
                  <pic:spPr>
                    <a:xfrm>
                      <a:off x="0" y="0"/>
                      <a:ext cx="1958524" cy="1124469"/>
                    </a:xfrm>
                    <a:prstGeom prst="rect"/>
                  </pic:spPr>
                </pic:pic>
              </a:graphicData>
            </a:graphic>
          </wp:inline>
        </w:drawing>
      </w:r>
    </w:p>
    <w:p>
      <w:pPr>
        <w:spacing w:before="0" w:after="120" w:line="300" w:lineRule="auto"/>
      </w:pPr>
      <w:r>
        <w:rPr>
          <w:rFonts w:ascii="Times New Roman" w:hAnsi="Times New Roman" w:eastAsia="宋体"/>
          <w:b w:val="0"/>
          <w:i w:val="0"/>
          <w:sz w:val="21"/>
        </w:rPr>
        <w:t>（A）2(w + h)²　　（B）((w + h)²)/2　　（C）2w² + 4wh　　（D）2w²　　（E）w² h</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closed box with a square base is to be wrapped with a square sheet of wrapping paper. The box is centered on the wrapping paper with the vertices of the base lying on the midlines of the square sheet of paper, as shown in the figure on the left. The four corners of the wrapping paper are to be folded up over the sides and brought together to meet at the center of the top of the box, point A in the figure on the right. The box has base length w and height h. What is the area of the sheet of wrapping paper?</w:t>
      </w:r>
    </w:p>
    <w:p>
      <w:pPr>
        <w:spacing w:before="80" w:after="80"/>
        <w:jc w:val="center"/>
      </w:pPr>
      <w:r>
        <w:drawing>
          <wp:inline xmlns:a="http://schemas.openxmlformats.org/drawingml/2006/main" xmlns:pic="http://schemas.openxmlformats.org/drawingml/2006/picture">
            <wp:extent cx="1958524" cy="1124469"/>
            <wp:docPr id="8" name="Picture 8"/>
            <wp:cNvGraphicFramePr>
              <a:graphicFrameLocks noChangeAspect="1"/>
            </wp:cNvGraphicFramePr>
            <a:graphic>
              <a:graphicData uri="http://schemas.openxmlformats.org/drawingml/2006/picture">
                <pic:pic>
                  <pic:nvPicPr>
                    <pic:cNvPr id="0" name="q15-1@300dpi.png"/>
                    <pic:cNvPicPr/>
                  </pic:nvPicPr>
                  <pic:blipFill>
                    <a:blip r:embed="rId12"/>
                    <a:stretch>
                      <a:fillRect/>
                    </a:stretch>
                  </pic:blipFill>
                  <pic:spPr>
                    <a:xfrm>
                      <a:off x="0" y="0"/>
                      <a:ext cx="1958524" cy="112446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2(w + h)²　　(B) ((w + h)²)/2　　(C) 2w² + 4wh　　(D) 2w²　　(E) w² h</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设 a₁，a₂，…，a₂₀₁₈ 是一个严格递增的正整数数列，且</w:t>
      </w:r>
    </w:p>
    <w:p>
      <w:pPr>
        <w:spacing w:before="0" w:after="80" w:line="300" w:lineRule="auto"/>
        <w:jc w:val="left"/>
      </w:pPr>
      <w:r>
        <w:rPr>
          <w:rFonts w:ascii="Times New Roman" w:hAnsi="Times New Roman" w:eastAsia="宋体"/>
          <w:b w:val="0"/>
          <w:i w:val="0"/>
          <w:sz w:val="21"/>
        </w:rPr>
        <w:t>a₁ + a₂ + ⋯ + a₂₀₁₈ = 2018²⁰¹⁸。</w:t>
      </w:r>
    </w:p>
    <w:p>
      <w:pPr>
        <w:spacing w:before="0" w:after="80" w:line="300" w:lineRule="auto"/>
        <w:jc w:val="left"/>
      </w:pPr>
      <w:r>
        <w:rPr>
          <w:rFonts w:ascii="Times New Roman" w:hAnsi="Times New Roman" w:eastAsia="宋体"/>
          <w:b w:val="0"/>
          <w:i w:val="0"/>
          <w:sz w:val="21"/>
        </w:rPr>
        <w:t>a₁³ + a₂³ + ⋯ + a₂₀₁₈³ 除以 6 的余数是多少？</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a₁, a₂, …, a₂₀₁₈ be a strictly increasing sequence of positive integers such that</w:t>
      </w:r>
    </w:p>
    <w:p>
      <w:pPr>
        <w:spacing w:before="0" w:after="80" w:line="300" w:lineRule="auto"/>
        <w:jc w:val="left"/>
      </w:pPr>
      <w:r>
        <w:rPr>
          <w:rFonts w:ascii="Times New Roman" w:hAnsi="Times New Roman" w:eastAsia="宋体"/>
          <w:b w:val="0"/>
          <w:i w:val="0"/>
          <w:color w:val="333333"/>
          <w:sz w:val="19"/>
        </w:rPr>
        <w:t>a₁ + a₂ + ⋯ + a₂₀₁₈ = 2018²⁰¹⁸.</w:t>
      </w:r>
    </w:p>
    <w:p>
      <w:pPr>
        <w:spacing w:before="0" w:after="80" w:line="300" w:lineRule="auto"/>
        <w:jc w:val="left"/>
      </w:pPr>
      <w:r>
        <w:rPr>
          <w:rFonts w:ascii="Times New Roman" w:hAnsi="Times New Roman" w:eastAsia="宋体"/>
          <w:b w:val="0"/>
          <w:i w:val="0"/>
          <w:color w:val="333333"/>
          <w:sz w:val="19"/>
        </w:rPr>
        <w:t>What is the remainder when a₁³ + a₂³ + ⋯ + a₂₀₁₈³ is divided by 6?</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在长方形 PQRS 中，PQ = 8，QR = 6。点 A、B 在 PQ 上，点 C、D 在 QR 上，点 E、F 在 RS 上，点 G、H 在 SP 上，满足 AP = BQ &lt; 4，并且凸八边形 ABCDEFGH 是等边的。这个八边形的边长可写成 k + m√(n)，其中 k、m、n 是整数，且 n 不被任何质数的平方整除。求 k + m + n。</w:t>
      </w:r>
    </w:p>
    <w:p>
      <w:pPr>
        <w:spacing w:before="0" w:after="120" w:line="300" w:lineRule="auto"/>
      </w:pPr>
      <w:r>
        <w:rPr>
          <w:rFonts w:ascii="Times New Roman" w:hAnsi="Times New Roman" w:eastAsia="宋体"/>
          <w:b w:val="0"/>
          <w:i w:val="0"/>
          <w:sz w:val="21"/>
        </w:rPr>
        <w:t>（A）1　　（B）7　　（C）21　　（D）92　　（E）106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rectangle PQRS, PQ = 8 and QR = 6. Points A and B lie on PQ, points C and D lie on QR, points E and F lie on RS, and points G and H lie on SP so that AP = BQ &lt; 4 and the convex octagon ABCDEFGH is equilateral. The length of a side of this octagon can be expressed in the form k + m√(n), where k, m, and n are integers and n is not divisible by the square of any prime. What is k + m + n?</w:t>
      </w:r>
    </w:p>
    <w:p>
      <w:pPr>
        <w:spacing w:before="0" w:after="160" w:line="300" w:lineRule="auto"/>
      </w:pPr>
      <w:r>
        <w:rPr>
          <w:rFonts w:ascii="Times New Roman" w:hAnsi="Times New Roman" w:eastAsia="宋体"/>
          <w:b w:val="0"/>
          <w:i w:val="0"/>
          <w:color w:val="333333"/>
          <w:sz w:val="19"/>
        </w:rPr>
        <w:t>(A) 1　　(B) 7　　(C) 21　　(D) 92　　(E) 106</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来自三个不同家庭的三对年幼兄妹需要乘面包车出行。这六个孩子将坐在车的第二排和第三排，每排有三个座位。为了避免打闹，兄妹不能在同一排相邻而坐，也不能一个正好坐在另一个的正前方。共有多少种座位安排？</w:t>
      </w:r>
    </w:p>
    <w:p>
      <w:pPr>
        <w:spacing w:before="0" w:after="120" w:line="300" w:lineRule="auto"/>
      </w:pPr>
      <w:r>
        <w:rPr>
          <w:rFonts w:ascii="Times New Roman" w:hAnsi="Times New Roman" w:eastAsia="宋体"/>
          <w:b w:val="0"/>
          <w:i w:val="0"/>
          <w:sz w:val="21"/>
        </w:rPr>
        <w:t>（A）60　　（B）72　　（C）92　　（D）96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young brother-sister pairs from different families need to take a trip in a van. These six children will occupy the second and third rows in the van, each of which has three seats. To avoid disruptions, siblings may not sit right next to each other in the same row, and no child may sit directly in front of his or her sibling. How many seating arrangements are possible for this trip?</w:t>
      </w:r>
    </w:p>
    <w:p>
      <w:pPr>
        <w:spacing w:before="0" w:after="160" w:line="300" w:lineRule="auto"/>
      </w:pPr>
      <w:r>
        <w:rPr>
          <w:rFonts w:ascii="Times New Roman" w:hAnsi="Times New Roman" w:eastAsia="宋体"/>
          <w:b w:val="0"/>
          <w:i w:val="0"/>
          <w:color w:val="333333"/>
          <w:sz w:val="19"/>
        </w:rPr>
        <w:t>(A) 60　　(B) 72　　(C) 92　　(D) 96　　(E) 120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Joey、Chloe 和他们的女儿 Zoe 都同一天生日。Joey 比 Chloe 大 1 岁，Zoe 今天正好 1 岁。今天是 Chloe 的年龄会是 Zoe 年龄整数倍的 9 个生日中的第一个。下一次 Joey 的年龄是 Zoe 年龄的整数倍时，Joey 年龄的两个数字之和是多少？</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Joey and Chloe and their daughter Zoe all have the same birthday. Joey is 1 year older than Chloe, and Zoe is exactly 1 year old today. Today is the first of the 9 birthdays on which Chloe’s age will be an integral multiple of Zoe’s age. What will be the sum of the two digits of Joey’s age the next time his age is a multiple of Zoe’s age?</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函数 f 递归定义为 f(1) = f(2) = 1，且</w:t>
      </w:r>
    </w:p>
    <w:p>
      <w:pPr>
        <w:spacing w:before="0" w:after="80" w:line="300" w:lineRule="auto"/>
        <w:jc w:val="left"/>
      </w:pPr>
      <w:r>
        <w:rPr>
          <w:rFonts w:ascii="Times New Roman" w:hAnsi="Times New Roman" w:eastAsia="宋体"/>
          <w:b w:val="0"/>
          <w:i w:val="0"/>
          <w:sz w:val="21"/>
        </w:rPr>
        <w:t>f(n) = f(n - 1) - f(n - 2) + n</w:t>
      </w:r>
    </w:p>
    <w:p>
      <w:pPr>
        <w:spacing w:before="0" w:after="80" w:line="300" w:lineRule="auto"/>
        <w:jc w:val="left"/>
      </w:pPr>
      <w:r>
        <w:rPr>
          <w:rFonts w:ascii="Times New Roman" w:hAnsi="Times New Roman" w:eastAsia="宋体"/>
          <w:b w:val="0"/>
          <w:i w:val="0"/>
          <w:sz w:val="21"/>
        </w:rPr>
        <w:t>对所有整数 n ≥ 3 成立。求 f(2018)。</w:t>
      </w:r>
    </w:p>
    <w:p>
      <w:pPr>
        <w:spacing w:before="0" w:after="120" w:line="300" w:lineRule="auto"/>
      </w:pPr>
      <w:r>
        <w:rPr>
          <w:rFonts w:ascii="Times New Roman" w:hAnsi="Times New Roman" w:eastAsia="宋体"/>
          <w:b w:val="0"/>
          <w:i w:val="0"/>
          <w:sz w:val="21"/>
        </w:rPr>
        <w:t>（A）2016　　（B）2017　　（C）2018　　（D）2019　　（E）2020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function f is defined recursively by f(1) = f(2) = 1 and</w:t>
      </w:r>
    </w:p>
    <w:p>
      <w:pPr>
        <w:spacing w:before="0" w:after="80" w:line="300" w:lineRule="auto"/>
        <w:jc w:val="left"/>
      </w:pPr>
      <w:r>
        <w:rPr>
          <w:rFonts w:ascii="Times New Roman" w:hAnsi="Times New Roman" w:eastAsia="宋体"/>
          <w:b w:val="0"/>
          <w:i w:val="0"/>
          <w:color w:val="333333"/>
          <w:sz w:val="19"/>
        </w:rPr>
        <w:t>f(n) = f(n - 1) - f(n - 2) + n</w:t>
      </w:r>
    </w:p>
    <w:p>
      <w:pPr>
        <w:spacing w:before="0" w:after="80" w:line="300" w:lineRule="auto"/>
        <w:jc w:val="left"/>
      </w:pPr>
      <w:r>
        <w:rPr>
          <w:rFonts w:ascii="Times New Roman" w:hAnsi="Times New Roman" w:eastAsia="宋体"/>
          <w:b w:val="0"/>
          <w:i w:val="0"/>
          <w:color w:val="333333"/>
          <w:sz w:val="19"/>
        </w:rPr>
        <w:t>for all integers n ≥ 3. What is f(2018)?</w:t>
      </w:r>
    </w:p>
    <w:p>
      <w:pPr>
        <w:spacing w:before="0" w:after="160" w:line="300" w:lineRule="auto"/>
      </w:pPr>
      <w:r>
        <w:rPr>
          <w:rFonts w:ascii="Times New Roman" w:hAnsi="Times New Roman" w:eastAsia="宋体"/>
          <w:b w:val="0"/>
          <w:i w:val="0"/>
          <w:color w:val="333333"/>
          <w:sz w:val="19"/>
        </w:rPr>
        <w:t>(A) 2016　　(B) 2017　　(C) 2018　　(D) 2019　　(E) 2020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Mary 选择了一个偶数 4 位数 n。她把 n 的所有因子按从小到大的顺序从左到右写下：1，2，…，n/2，n。某一刻 Mary 写下了 323，它是 n 的一个因子。写在 323 右边的下一个因子的最小可能值是多少？</w:t>
      </w:r>
    </w:p>
    <w:p>
      <w:pPr>
        <w:spacing w:before="0" w:after="120" w:line="300" w:lineRule="auto"/>
      </w:pPr>
      <w:r>
        <w:rPr>
          <w:rFonts w:ascii="Times New Roman" w:hAnsi="Times New Roman" w:eastAsia="宋体"/>
          <w:b w:val="0"/>
          <w:i w:val="0"/>
          <w:sz w:val="21"/>
        </w:rPr>
        <w:t>（A）324　　（B）330　　（C）340　　（D）361　　（E）646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Mary chose an even 4-digit number n. She wrote down all the divisors of n in increasing order from left to right: 1, 2, …, n/2, n. At some moment Mary wrote 323 as a divisor of n. What is the smallest possible value of the next divisor written to the right of 323?</w:t>
      </w:r>
    </w:p>
    <w:p>
      <w:pPr>
        <w:spacing w:before="0" w:after="160" w:line="300" w:lineRule="auto"/>
      </w:pPr>
      <w:r>
        <w:rPr>
          <w:rFonts w:ascii="Times New Roman" w:hAnsi="Times New Roman" w:eastAsia="宋体"/>
          <w:b w:val="0"/>
          <w:i w:val="0"/>
          <w:color w:val="333333"/>
          <w:sz w:val="19"/>
        </w:rPr>
        <w:t>(A) 324　　(B) 330　　(C) 340　　(D) 361　　(E) 646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实数 x 和 y 独立且均匀地从区间 [0, 1] 中随机选取。下面哪个数最接近 x、y 和 1 能作为一个钝角三角形三边长的概率？</w:t>
      </w:r>
    </w:p>
    <w:p>
      <w:pPr>
        <w:spacing w:before="0" w:after="120" w:line="300" w:lineRule="auto"/>
      </w:pPr>
      <w:r>
        <w:rPr>
          <w:rFonts w:ascii="Times New Roman" w:hAnsi="Times New Roman" w:eastAsia="宋体"/>
          <w:b w:val="0"/>
          <w:i w:val="0"/>
          <w:sz w:val="21"/>
        </w:rPr>
        <w:t>（A）0.21　　（B）0.25　　（C）0.29　　（D）0.50　　（E）0.79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Real numbers x and y are chosen independently and uniformly at random from the interval [0, 1]. Which of the following numbers is closest to the probability that x, y, and 1 are the side lengths of an obtuse triangle?</w:t>
      </w:r>
    </w:p>
    <w:p>
      <w:pPr>
        <w:spacing w:before="0" w:after="160" w:line="300" w:lineRule="auto"/>
      </w:pPr>
      <w:r>
        <w:rPr>
          <w:rFonts w:ascii="Times New Roman" w:hAnsi="Times New Roman" w:eastAsia="宋体"/>
          <w:b w:val="0"/>
          <w:i w:val="0"/>
          <w:color w:val="333333"/>
          <w:sz w:val="19"/>
        </w:rPr>
        <w:t>(A) 0.21　　(B) 0.25　　(C) 0.29　　(D) 0.50　　(E) 0.79</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有多少个正整数有序对 (a, b) 满足方程</w:t>
      </w:r>
    </w:p>
    <w:p>
      <w:pPr>
        <w:spacing w:before="0" w:after="80" w:line="300" w:lineRule="auto"/>
        <w:jc w:val="left"/>
      </w:pPr>
      <w:r>
        <w:rPr>
          <w:rFonts w:ascii="Times New Roman" w:hAnsi="Times New Roman" w:eastAsia="宋体"/>
          <w:b w:val="0"/>
          <w:i w:val="0"/>
          <w:sz w:val="21"/>
        </w:rPr>
        <w:t>a · b + 63 = 20 · lcm(a, b)</w:t>
      </w:r>
    </w:p>
    <w:p>
      <w:pPr>
        <w:spacing w:before="0" w:after="80" w:line="300" w:lineRule="auto"/>
        <w:jc w:val="left"/>
      </w:pPr>
      <w:r>
        <w:rPr>
          <w:rFonts w:ascii="Times New Roman" w:hAnsi="Times New Roman" w:eastAsia="宋体"/>
          <w:b w:val="0"/>
          <w:i w:val="0"/>
          <w:sz w:val="21"/>
        </w:rPr>
        <w:t>+ 12 · gcd(a, 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 gcd(a, b) 表示 a 和 b 的最大公因数，lcm(a, b) 表示它们的最小公倍数。</w:t>
      </w:r>
    </w:p>
    <w:p>
      <w:pPr>
        <w:spacing w:before="0" w:after="120" w:line="300" w:lineRule="auto"/>
      </w:pPr>
      <w:r>
        <w:rPr>
          <w:rFonts w:ascii="Times New Roman" w:hAnsi="Times New Roman" w:eastAsia="宋体"/>
          <w:b w:val="0"/>
          <w:i w:val="0"/>
          <w:sz w:val="21"/>
        </w:rPr>
        <w:t>（A）0　　（B）2　　（C）4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pairs (a, b) of positive integers satisfy the equation</w:t>
      </w:r>
    </w:p>
    <w:p>
      <w:pPr>
        <w:spacing w:before="0" w:after="80" w:line="300" w:lineRule="auto"/>
        <w:jc w:val="left"/>
      </w:pPr>
      <w:r>
        <w:rPr>
          <w:rFonts w:ascii="Times New Roman" w:hAnsi="Times New Roman" w:eastAsia="宋体"/>
          <w:b w:val="0"/>
          <w:i w:val="0"/>
          <w:color w:val="333333"/>
          <w:sz w:val="19"/>
        </w:rPr>
        <w:t>a · b + 63 = 20 · lcm(a, b)</w:t>
      </w:r>
    </w:p>
    <w:p>
      <w:pPr>
        <w:spacing w:before="0" w:after="80" w:line="300" w:lineRule="auto"/>
        <w:jc w:val="left"/>
      </w:pPr>
      <w:r>
        <w:rPr>
          <w:rFonts w:ascii="Times New Roman" w:hAnsi="Times New Roman" w:eastAsia="宋体"/>
          <w:b w:val="0"/>
          <w:i w:val="0"/>
          <w:color w:val="333333"/>
          <w:sz w:val="19"/>
        </w:rPr>
        <w:t>+ 12 · gcd(a, b),</w:t>
      </w:r>
    </w:p>
    <w:p>
      <w:pPr>
        <w:spacing w:before="0" w:after="80" w:line="300" w:lineRule="auto"/>
        <w:jc w:val="left"/>
      </w:pPr>
      <w:r>
        <w:rPr>
          <w:rFonts w:ascii="Times New Roman" w:hAnsi="Times New Roman" w:eastAsia="宋体"/>
          <w:b w:val="0"/>
          <w:i w:val="0"/>
          <w:color w:val="333333"/>
          <w:sz w:val="19"/>
        </w:rPr>
        <w:t>where gcd(a, b) denotes the greatest common divisor of a and b, and lcm(a, b) denotes their least common multiple?</w:t>
      </w:r>
    </w:p>
    <w:p>
      <w:pPr>
        <w:spacing w:before="0" w:after="160" w:line="300" w:lineRule="auto"/>
      </w:pPr>
      <w:r>
        <w:rPr>
          <w:rFonts w:ascii="Times New Roman" w:hAnsi="Times New Roman" w:eastAsia="宋体"/>
          <w:b w:val="0"/>
          <w:i w:val="0"/>
          <w:color w:val="333333"/>
          <w:sz w:val="19"/>
        </w:rPr>
        <w:t>(A) 0　　(B) 2　　(C) 4　　(D) 6　　(E) 8</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ABCDEF 是边长为 1 的正六边形。令 X、Y、Z 分别为边 AB、CD、EF 的中点。某个凸六边形的内部恰好是 △ ACE 与 △ XYZ 的内部交集。这个凸六边形的面积是多少？</w:t>
      </w:r>
    </w:p>
    <w:p>
      <w:pPr>
        <w:spacing w:before="0" w:after="120" w:line="300" w:lineRule="auto"/>
      </w:pPr>
      <w:r>
        <w:rPr>
          <w:rFonts w:ascii="Times New Roman" w:hAnsi="Times New Roman" w:eastAsia="宋体"/>
          <w:b w:val="0"/>
          <w:i w:val="0"/>
          <w:sz w:val="21"/>
        </w:rPr>
        <w:t>（A）3/8√(3)　　（B）7/16√(3)　　（C）15/32√(3)　　（D）1/2√(3)　　（E）9/16√(3)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ABCDEF be a regular hexagon with side length 1. Denote by X, Y, and Z the midpoints of sides AB, CD, and EF, respectively. What is the area of the convex hexagon whose interior is the intersection of the interiors of △ ACE and △ XYZ?</w:t>
      </w:r>
    </w:p>
    <w:p>
      <w:pPr>
        <w:spacing w:before="0" w:after="160" w:line="300" w:lineRule="auto"/>
      </w:pPr>
      <w:r>
        <w:rPr>
          <w:rFonts w:ascii="Times New Roman" w:hAnsi="Times New Roman" w:eastAsia="宋体"/>
          <w:b w:val="0"/>
          <w:i w:val="0"/>
          <w:color w:val="333333"/>
          <w:sz w:val="19"/>
        </w:rPr>
        <w:t>(A) 3/8√(3)　　(B) 7/16√(3)　　(C) 15/32√(3)　　(D) 1/2√(3)　　(E) 9/16√(3)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令 ⌊ x ⌋ 表示小于或等于 x 的最大整数。有多少个实数 x 满足方程 x² + 10,000⌊ x ⌋ = 10,000x？</w:t>
      </w:r>
    </w:p>
    <w:p>
      <w:pPr>
        <w:spacing w:before="0" w:after="120" w:line="300" w:lineRule="auto"/>
      </w:pPr>
      <w:r>
        <w:rPr>
          <w:rFonts w:ascii="Times New Roman" w:hAnsi="Times New Roman" w:eastAsia="宋体"/>
          <w:b w:val="0"/>
          <w:i w:val="0"/>
          <w:sz w:val="21"/>
        </w:rPr>
        <w:t>（A）197　　（B）198　　（C）199　　（D）200　　（E）201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x ⌋ denote the greatest integer less than or equal to x. How many real numbers x satisfy the equation x² + 10,000⌊ x ⌋ = 10,000x?</w:t>
      </w:r>
    </w:p>
    <w:p>
      <w:pPr>
        <w:spacing w:before="0" w:after="160" w:line="300" w:lineRule="auto"/>
      </w:pPr>
      <w:r>
        <w:rPr>
          <w:rFonts w:ascii="Times New Roman" w:hAnsi="Times New Roman" w:eastAsia="宋体"/>
          <w:b w:val="0"/>
          <w:i w:val="0"/>
          <w:color w:val="333333"/>
          <w:sz w:val="19"/>
        </w:rPr>
        <w:t>(A) 197　　(B) 198　　(C) 199　　(D) 200　　(E) 201</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D　B　B　D　D　D　C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C　C　C　D　A　E　B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B　C　C　B　C　C</w:t>
      </w:r>
    </w:p>
    <w:p>
      <w:pPr>
        <w:spacing w:before="0" w:after="200" w:line="300" w:lineRule="auto"/>
      </w:pPr>
      <w:r>
        <w:rPr>
          <w:rFonts w:ascii="Times New Roman" w:hAnsi="Times New Roman" w:eastAsia="宋体"/>
          <w:b w:val="0"/>
          <w:i w:val="0"/>
          <w:color w:val="666666"/>
          <w:sz w:val="18"/>
        </w:rPr>
        <w:t>答案串：ADBBDDDCDECCCDAEBDEBCCBCC</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整盘面积为 20 × 18 = 360 平方英寸。每小块面积为 2 × 2 = 4 平方英寸。因此小块数为 360/4 = 90。正确答案是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whole pan has area 20 × 18 = 360 square inches. Each piece is 2 × 2 = 4 square inches. So the number of pieces is 360/4 = 90.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每段都是半小时。第一段行驶 60 · 1/2 = 30 英里，第二段行驶 65 · 1/2 = 32.5 英里。前两段共 62.5 英里，还剩 96 - 62.5 = 33.5 英里。最后半小时的速度为 33.5/(1/2) = 67 英里每小时。因此正确答案是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leg is half an hour. In the first, Sam drove 60 · 1/2 = 30 miles; in the second, 65 · 1/2 = 32.5 miles. That’s 62.5 miles so far. That leaves 96 - 62.5 = 33.5 miles for the last half hour, which is a speed of 33.5/(1/2) = 67 mph.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乘积中数字的顺序以及两个乘积相加的顺序都不影响结果，所以只需考虑把四个数字分成两对。有三种分法：1·2 + 3·4 = 14、1·3 + 2·4 = 11 以及 1·4 + 2·3 = 10。因此可以得到 3 个不同的值。正确答案是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Order inside a product doesn’t matter, and neither does the order we add the two products. So all that matters is how the four digits split into two pairs. There are three splits: 1·2 + 3·4 = 14, 1·3 + 2·4 = 11, and 1·4 + 2·3 = 10. That’s 3 different values.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三种不同的面面积是两两乘积 XY = 24、XZ = 48、YZ = 72，次序可以互换。三式相乘得 (XYZ)² = 24 · 48 · 72 = 82944，所以 XYZ = 288。分别除以三个面面积，得到 Z = 288/24 = 12、Y = 288/48 = 6 和 X = 288/72 = 4，因此 X + Y + Z = 22。正确答案是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distinct face areas are the pairwise products XY = 24, XZ = 48, YZ = 72 in some order. Multiply all three: (XYZ)² = 24 · 48 · 72 = 82944, so XYZ = 288. Now divide by each face area. We get Z = 288/24 = 12, Y = 288/48 = 6, and X = 288/72 = 4, so X + Y + Z = 22.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反过来计数。这个集合共有 2⁸ = 256 个子集。不含任何质数的子集只能从非质数 {4, 6, 8, 9} 中选出，共 2⁴ = 16 个。所以至少含一个质数的子集有 256 - 16 = 240 个。正确答案是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Count the complement. The set has 2⁸ = 256 subsets total. A subset avoids every prime exactly when it sticks to the non-primes {4, 6, 8, 9}, and there are 2⁴ = 16 of those. So 256 - 16 = 240 subsets contain at least one prime.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恰好需要第三次抽取，当且仅当前两个筹码的和仍不超过 4。这样的无序对只有 {1,2} 和 {1,3}。每一对都可以按两种顺序抽出，所以有利的有序前两次抽取共有 4 种。</w:t>
      </w:r>
    </w:p>
    <w:p>
      <w:pPr>
        <w:spacing w:before="0" w:after="80" w:line="300" w:lineRule="auto"/>
        <w:jc w:val="left"/>
      </w:pPr>
      <w:r>
        <w:rPr>
          <w:rFonts w:ascii="Times New Roman" w:hAnsi="Times New Roman" w:eastAsia="宋体"/>
          <w:b w:val="0"/>
          <w:i w:val="0"/>
          <w:sz w:val="21"/>
        </w:rPr>
        <w:t>设想事先就把五个筹码的完整随机顺序定好。这样前两个筹码的 5·4=20 种有序结果都是等可能的，即使实际过程会在抽出第一个筹码后就停止也不影响。因此概率为 4/20=1/5。正确答案是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need a third draw exactly when the first two chips still sum to 4 or less. The only such unordered pairs are {1,2} and {1,3}. Each can be drawn in either order, giving 4 favorable ordered prefixes.</w:t>
      </w:r>
    </w:p>
    <w:p>
      <w:pPr>
        <w:spacing w:before="0" w:after="80" w:line="300" w:lineRule="auto"/>
        <w:jc w:val="left"/>
      </w:pPr>
      <w:r>
        <w:rPr>
          <w:rFonts w:ascii="Times New Roman" w:hAnsi="Times New Roman" w:eastAsia="宋体"/>
          <w:b w:val="0"/>
          <w:i w:val="0"/>
          <w:color w:val="333333"/>
          <w:sz w:val="19"/>
        </w:rPr>
        <w:t>Imagine that a complete random ordering of all five chips is chosen in advance. Then all 5·4=20 ordered first-two-chip prefixes are equally likely, even when the actual process would stop after the first chip. Thus the probability is 4/20=1/5.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设每个小半圆半径为 r。因为 N 个小直径覆盖大直径，所以大半圆半径为 Nr。小半圆面积之和为 A = N · 1/2 π r²，大半圆面积为 1/2 π (Nr)²，所以剩余区域面积为 B = 1/2 π r²(N² - N)。因此 A: B = N: N(N-1) = 1: (N-1)。令 N - 1 = 18，得 N = 19。正确答案是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each small semicircle have radius r. The N diameters cover the big diameter, so the large radius is Nr. Then A = N · 1/2 π r², and the large semicircle has area 1/2 π (Nr)², so the leftover region is B = 1/2 π r²(N² - N). This gives A: B = N: N(N-1) = 1: (N-1). Set N - 1 = 18, and N = 19.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n 级楼梯中，竖直牙签数为 (1 + 2 + ⋯ + n) + n = (n(n+1))/2 + n，水平牙签数与其相同，因此总数为 n(n+1) + 2n = n(n+3)。检验可知 n = 3 时有 18 根牙签。令 n(n+3) = 180。因式分解得 (n-12)(n+15) = 0，所以 n = 12。正确答案是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an n-step staircase the vertical toothpicks number (1 + 2 + ⋯ + n) + n = (n(n+1))/2 + n, and there are just as many horizontal ones. That’s a total of n(n+1) + 2n = n(n+3). Check: n = 3 gives 18, as it should. Now solve n(n+3) = 180. This factors as (n-12)(n+15) = 0, so n = 12.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对每个骰子，把点数 k 替换为 7 - k。这会把所有掷骰结果一一配对，且概率不变；原总和为 s 时，新总和为 7 · 7 - s = 49 - s。因此总和 s 与 49 - s 出现的概率相同。与 10 配对的是 49 - 10 = 39。正确答案是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Replace each die’s value k by 7 - k. This pairs up outcomes one-to-one and keeps their probabilities, and it sends a total of s to 7 · 7 - s = 49 - s. So the sums s and 49 - s are equally likely. The partner of 10 is 49 - 10 = 39.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将 A 放在原点，并令三条棱沿坐标轴：A = (0,0,0)、B = (3,0,0)、C = (3,1,0)、E = (0,0,2)、H = (0,1,2)、F = (3,0,2)、G = (3,1,2)，所以 M = (3, 1/2, 2)。底面 BCHE 是矩形，且 BC = 1，BE = √(3² + 2²) = √(13)，所以底面积为 √(13)。底面所在平面为 2x + 3z = 6，点 M 到该平面的距离为 (|2·3 + 3·2 - 6|)/(√(13)) = 6/(√(13))。体积为 1/3 · √(13) · 6/(√(13)) = 2。正确答案是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A at the origin with edges along the axes: A = (0,0,0), B = (3,0,0), C = (3,1,0), E = (0,0,2), H = (0,1,2), F = (3,0,2), G = (3,1,2), so M = (3, 1/2, 2). The base BCHE is a rectangle with BC = 1 and BE = √(3² + 2²) = √(13), hence area √(13). Its plane is 2x + 3z = 6, and M sits at distance (|2·3 + 3·2 - 6|)/(√(13)) = 6/(√(13)) from it. The volume is 1/3 · √(13) · 6/(√(13)) = 2. Therefore,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考虑 p² + 26。若 p = 3，则它等于 35 = 5 · 7，不是质数。若 p 是其他质数，则它不被 3 整除，所以 p² ≡ 1 pmod 3，并且 p² + 26 ≡ 1 + 2 ≡ 0 pmod 3。无论哪种情况，它都是大于 3 的 3 的倍数，因此不是质数。正确答案是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Look at p² + 26. When p = 3, it’s 35 = 5 · 7. For any other prime, p isn’t divisible by 3, so p² ≡ 1 pmod 3 and p² + 26 ≡ 1 + 2 ≡ 0 pmod 3. Either way it’s a multiple of 3 bigger than 3, hence composite. So it’s never prime.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把圆心 O 放在原点，则可取 A = (-12, 0)、B = (12, 0)，而 C 在半径为 12 的圆上运动。因为 A + B = 0，重心为 1/3(A + B + C) = 1/3 C。当 C 绕圆运动时，1/3 C 描出半径为 12/3 = 4 的圆，少掉 C = A 或 B 时的两个点不影响面积。面积为 π · 4² = 16π ≈ 50。正确答案是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the center O at the origin, so A = (-12, 0) and B = (12, 0), while C runs over the circle of radius 12. Then A + B = 0, so the centroid is 1/3(A + B + C) = 1/3 C. As C circles, 1/3 C traces a circle of radius 12/3 = 4 (minus the two points where C = A or B). Its area is π · 4² = 16π ≈ 50.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第 k 项为 10ᵏ⁺¹ + 1，它能被 101 整除，当且仅当 10ᵏ⁺¹ ≡ -1 pmod101。因为 10² = 100 ≡ -1 pmod101，所以 10ᵐ ≡ -1 当且仅当 m ≡ 2 pmod 4。因此需要 k + 1 ≡ 2，即 k ≡ 1 pmod 4。在 k = 1, 2, …, 2018 中，符合条件的是 1, 5, …, 2017，共有 505 个。正确答案是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k-th term is 10ᵏ⁺¹ + 1, which 101 divides iff 10ᵏ⁺¹ ≡ -1 pmod101. Notice 10² = 100 ≡ -1 pmod101. So 10ᵐ ≡ -1 exactly when m ≡ 2 pmod 4, meaning k + 1 ≡ 2, that is k ≡ 1 pmod 4. Among k = 1, 2, …, 2018, the values 1, 5, …, 2017 number 505.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众数出现 10 次。为了让不同值个数尽量少，其余每个值都应尽量多出现，但最多只能出现 9 次，否则会与众数并列。若共有 d 个不同值，最多可有 10 + 9(d-1) 项。需要 10 + 9(d-1) ≥ 2018，因此 d - 1 ≥ 223.1，也就是 d ≥ 225。正确答案是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mode shows up 10 times. To keep the number of distinct values small, let every other value repeat as much as the rules allow, which is 9 times each (any more would tie the mode). With d distinct values the list holds at most 10 + 9(d-1) entries. We need 10 + 9(d-1) ≥ 2018, so d - 1 ≥ 223.1, giving d ≥ 225.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设包装纸边长为 s，盒子底面边长为 w。包装纸中心到一个角的距离为 s/(√(2))。盒子底面相对于包装纸旋转了 45°，所以从底面中心到一条边的距离为 w/2。一个角折到盒子顶部中心时，依次经过 w/2、高度 h 和另一个 w/2，因此 s/(√(2)) = w/2 + h + w/2 = w + h。所以 s = √(2) (w + h)，包装纸面积为 s² = 2(w + h)²。正确答案是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sheet have side s. The base sits as a square of side w turned 45°, so the center is w/2 from each base edge. A corner of the sheet lies s/(√(2)) from the center. Folding that corner up to the top center traces a straight line: w/2 out to the base edge, then h up the side, then w/2 across the top. So s/(√(2)) = w/2 + h + w/2 = w + h. Then s = √(2) (w + h), and the area is s² = 2(w + h)².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对任意整数 n，n³ - n = (n-1)n(n+1) 是三个连续整数的乘积，所以能被 6 整除。因此 n³ ≡ n pmod 6。求和得到 Σ aᵢ³ ≡ Σ aᵢ = 2018²⁰¹⁸ pmod 6。因为 2018 ≡ 2 pmod 6，而 2 的幂模 6 的余数按 2, 4, 2, 4, … 交替，指数 2018 为偶数，所以 2²⁰¹⁸ ≡ 4 pmod 6，余数为 4。正确答案是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integer n, n³ - n = (n-1)n(n+1) is a product of three consecutive integers, so it’s divisible by 6. That means n³ ≡ n pmod 6. Summing, Σ aᵢ³ ≡ Σ aᵢ = 2018²⁰¹⁸ pmod 6. Now 2018 ≡ 2 pmod 6, and powers of 2 mod 6 alternate 2, 4, 2, 4, …. The exponent 2018 is even, so 2²⁰¹⁸ ≡ 4 pmod 6. The remainder is 4. Therefore,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设八边形的边长为 s，并设 x=AP=BQ=8-s/2。直角三角形 △ APH 和 △ BQC 的斜边同为 s，且都有一条长为 x 的直角边，所以它们全等；记 PH=QC=y。因为 CD=HG=s，且长方形两条竖边的长度都为 6，所以 DR=GS。于是 R 和 S 处的直角三角形全等，从而 RE=SF。因为 RS=8，且 EF=s，这两个相等长度都为 8-s/2=x。所以四个被切去的角的两条直角边都是 x 和 y。</w:t>
      </w:r>
    </w:p>
    <w:p>
      <w:pPr>
        <w:spacing w:before="0" w:after="80" w:line="300" w:lineRule="auto"/>
        <w:jc w:val="left"/>
      </w:pPr>
      <w:r>
        <w:rPr>
          <w:rFonts w:ascii="Times New Roman" w:hAnsi="Times New Roman" w:eastAsia="宋体"/>
          <w:b w:val="0"/>
          <w:i w:val="0"/>
          <w:sz w:val="21"/>
        </w:rPr>
        <w:t>八边形各边相等，给出</w:t>
      </w:r>
    </w:p>
    <w:p>
      <w:pPr>
        <w:spacing w:before="0" w:after="80" w:line="300" w:lineRule="auto"/>
        <w:jc w:val="left"/>
      </w:pPr>
      <w:r>
        <w:rPr>
          <w:rFonts w:ascii="Times New Roman" w:hAnsi="Times New Roman" w:eastAsia="宋体"/>
          <w:b w:val="0"/>
          <w:i w:val="0"/>
          <w:sz w:val="21"/>
        </w:rPr>
        <w:t>8-2x=6-2y=√(x²+y²)。</w:t>
      </w:r>
    </w:p>
    <w:p>
      <w:pPr>
        <w:spacing w:before="0" w:after="80" w:line="300" w:lineRule="auto"/>
        <w:jc w:val="left"/>
      </w:pPr>
      <w:r>
        <w:rPr>
          <w:rFonts w:ascii="Times New Roman" w:hAnsi="Times New Roman" w:eastAsia="宋体"/>
          <w:b w:val="0"/>
          <w:i w:val="0"/>
          <w:sz w:val="21"/>
        </w:rPr>
        <w:t>第一个等式给出 y=x-1。代入并平方，得到 2x²-30x+63=0，所以满足 x&lt;4 的根为 x=(15-3√(11))/2。</w:t>
      </w:r>
    </w:p>
    <w:p>
      <w:pPr>
        <w:spacing w:before="0" w:after="80" w:line="300" w:lineRule="auto"/>
        <w:jc w:val="left"/>
      </w:pPr>
      <w:r>
        <w:rPr>
          <w:rFonts w:ascii="Times New Roman" w:hAnsi="Times New Roman" w:eastAsia="宋体"/>
          <w:b w:val="0"/>
          <w:i w:val="0"/>
          <w:sz w:val="21"/>
        </w:rPr>
        <w:t>边长为 8-2x=-7+3√(11)，所以 k+m+n=-7+3+11=7。因此正确答案是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octagon’s side length and let x=AP=BQ=8-s/2. The right triangles △ APH and △ BQC have the same hypotenuse s and a leg of length x, so they are congruent; write PH=QC=y. Because CD=HG=s and the vertical sides of the rectangle both have length 6, it follows that DR=GS. The right triangles at R and S are then congruent, so RE=SF. Since RS=8 and EF=s, each of these equal lengths is 8-s/2=x. Thus all four cut corners have legs x and y.</w:t>
      </w:r>
    </w:p>
    <w:p>
      <w:pPr>
        <w:spacing w:before="0" w:after="80" w:line="300" w:lineRule="auto"/>
        <w:jc w:val="left"/>
      </w:pPr>
      <w:r>
        <w:rPr>
          <w:rFonts w:ascii="Times New Roman" w:hAnsi="Times New Roman" w:eastAsia="宋体"/>
          <w:b w:val="0"/>
          <w:i w:val="0"/>
          <w:color w:val="333333"/>
          <w:sz w:val="19"/>
        </w:rPr>
        <w:t>The equal octagon sides give</w:t>
      </w:r>
    </w:p>
    <w:p>
      <w:pPr>
        <w:spacing w:before="0" w:after="80" w:line="300" w:lineRule="auto"/>
        <w:jc w:val="left"/>
      </w:pPr>
      <w:r>
        <w:rPr>
          <w:rFonts w:ascii="Times New Roman" w:hAnsi="Times New Roman" w:eastAsia="宋体"/>
          <w:b w:val="0"/>
          <w:i w:val="0"/>
          <w:color w:val="333333"/>
          <w:sz w:val="19"/>
        </w:rPr>
        <w:t>8-2x=6-2y=√(x²+y²).</w:t>
      </w:r>
    </w:p>
    <w:p>
      <w:pPr>
        <w:spacing w:before="0" w:after="80" w:line="300" w:lineRule="auto"/>
        <w:jc w:val="left"/>
      </w:pPr>
      <w:r>
        <w:rPr>
          <w:rFonts w:ascii="Times New Roman" w:hAnsi="Times New Roman" w:eastAsia="宋体"/>
          <w:b w:val="0"/>
          <w:i w:val="0"/>
          <w:color w:val="333333"/>
          <w:sz w:val="19"/>
        </w:rPr>
        <w:t>The first equality gives y=x-1. Substituting and squaring gives 2x²-30x+63=0, so the root with x&lt;4 is x=(15-3√(11))/2.</w:t>
      </w:r>
    </w:p>
    <w:p>
      <w:pPr>
        <w:spacing w:before="0" w:after="80" w:line="300" w:lineRule="auto"/>
        <w:jc w:val="left"/>
      </w:pPr>
      <w:r>
        <w:rPr>
          <w:rFonts w:ascii="Times New Roman" w:hAnsi="Times New Roman" w:eastAsia="宋体"/>
          <w:b w:val="0"/>
          <w:i w:val="0"/>
          <w:color w:val="333333"/>
          <w:sz w:val="19"/>
        </w:rPr>
        <w:t>The side length is 8-2x=-7+3√(11), so k+m+n=-7+3+11=7.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若某个家庭的两个孩子坐在同一排，他们只能坐在该排的第 1 和第 3 个座位，这会迫使另一个家庭的两个孩子坐在同一列，违反条件。因此每排必须恰好有每个家庭的一个孩子。第二排安排三个家庭有 3! = 6 种。第三排必须在每一列都与第二排家庭不同，是三个元素的错排，共 2 种。最后每对兄妹可互换座位，共 2³ = 8 种。因此总数为 6 · 2 · 8 = 96。正确答案是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some family put both children in one row. They’d have to take the non-adjacent seats 1 and 3, which forces the middle family’s two children into the same column. Not allowed. So each row holds exactly one child from each family. The second row is a permutation of the three families, 3! = 6 ways. The third row needs a different family in every column, a derangement of the second row’s order, and there are 2 of those. Finally, each pair can swap its two children between their seats, 2³ = 8 ways. The total is 6 · 2 · 8 = 96.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设 Chloe 今天 n 岁，Zoe 今天 1 岁。t 年后，她们的年龄之比为</w:t>
      </w:r>
    </w:p>
    <w:p>
      <w:pPr>
        <w:spacing w:before="0" w:after="80" w:line="300" w:lineRule="auto"/>
        <w:jc w:val="left"/>
      </w:pPr>
      <w:r>
        <w:rPr>
          <w:rFonts w:ascii="Times New Roman" w:hAnsi="Times New Roman" w:eastAsia="宋体"/>
          <w:b w:val="0"/>
          <w:i w:val="0"/>
          <w:sz w:val="21"/>
        </w:rPr>
        <w:t>n+t/1+t=1+n-1/1+t，</w:t>
      </w:r>
    </w:p>
    <w:p>
      <w:pPr>
        <w:spacing w:before="0" w:after="80" w:line="300" w:lineRule="auto"/>
        <w:jc w:val="left"/>
      </w:pPr>
      <w:r>
        <w:rPr>
          <w:rFonts w:ascii="Times New Roman" w:hAnsi="Times New Roman" w:eastAsia="宋体"/>
          <w:b w:val="0"/>
          <w:i w:val="0"/>
          <w:sz w:val="21"/>
        </w:rPr>
        <w:t>它是整数当且仅当 1+t 整除 n-1。因此 n-1 恰好有 9 个正因子。</w:t>
      </w:r>
    </w:p>
    <w:p>
      <w:pPr>
        <w:spacing w:before="0" w:after="80" w:line="300" w:lineRule="auto"/>
        <w:jc w:val="left"/>
      </w:pPr>
      <w:r>
        <w:rPr>
          <w:rFonts w:ascii="Times New Roman" w:hAnsi="Times New Roman" w:eastAsia="宋体"/>
          <w:b w:val="0"/>
          <w:i w:val="0"/>
          <w:sz w:val="21"/>
        </w:rPr>
        <w:t>有 9 个正因子的数形如 p⁸ 或 p²q²。其中唯一的两位数是 2²·3²=36，所以 Chloe 今天 37 岁，Joey 今天 38 岁。</w:t>
      </w:r>
    </w:p>
    <w:p>
      <w:pPr>
        <w:spacing w:before="0" w:after="80" w:line="300" w:lineRule="auto"/>
        <w:jc w:val="left"/>
      </w:pPr>
      <w:r>
        <w:rPr>
          <w:rFonts w:ascii="Times New Roman" w:hAnsi="Times New Roman" w:eastAsia="宋体"/>
          <w:b w:val="0"/>
          <w:i w:val="0"/>
          <w:sz w:val="21"/>
        </w:rPr>
        <w:t>现在 Joey 的年龄 38+t 是 1+t（即 Zoe 年龄）的倍数，当且仅当 1+t 整除 37。所以下一次发生在 t=36，此时 Joey 74 岁，数字和为 7+4=11。正确答案是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Chloe be n today; Zoe is 1. In t years their age ratio is</w:t>
      </w:r>
    </w:p>
    <w:p>
      <w:pPr>
        <w:spacing w:before="0" w:after="80" w:line="300" w:lineRule="auto"/>
        <w:jc w:val="left"/>
      </w:pPr>
      <w:r>
        <w:rPr>
          <w:rFonts w:ascii="Times New Roman" w:hAnsi="Times New Roman" w:eastAsia="宋体"/>
          <w:b w:val="0"/>
          <w:i w:val="0"/>
          <w:color w:val="333333"/>
          <w:sz w:val="19"/>
        </w:rPr>
        <w:t>n+t/1+t=1+n-1/1+t,</w:t>
      </w:r>
    </w:p>
    <w:p>
      <w:pPr>
        <w:spacing w:before="0" w:after="80" w:line="300" w:lineRule="auto"/>
        <w:jc w:val="left"/>
      </w:pPr>
      <w:r>
        <w:rPr>
          <w:rFonts w:ascii="Times New Roman" w:hAnsi="Times New Roman" w:eastAsia="宋体"/>
          <w:b w:val="0"/>
          <w:i w:val="0"/>
          <w:color w:val="333333"/>
          <w:sz w:val="19"/>
        </w:rPr>
        <w:t>which is an integer exactly when 1+t divides n-1. Thus n-1 has exactly 9 positive divisors.</w:t>
      </w:r>
    </w:p>
    <w:p>
      <w:pPr>
        <w:spacing w:before="0" w:after="80" w:line="300" w:lineRule="auto"/>
        <w:jc w:val="left"/>
      </w:pPr>
      <w:r>
        <w:rPr>
          <w:rFonts w:ascii="Times New Roman" w:hAnsi="Times New Roman" w:eastAsia="宋体"/>
          <w:b w:val="0"/>
          <w:i w:val="0"/>
          <w:color w:val="333333"/>
          <w:sz w:val="19"/>
        </w:rPr>
        <w:t>A number with 9 divisors has the form p⁸ or p²q². The only two-digit possibility is 2²·3²=36, so Chloe is 37 and Joey is 38.</w:t>
      </w:r>
    </w:p>
    <w:p>
      <w:pPr>
        <w:spacing w:before="0" w:after="80" w:line="300" w:lineRule="auto"/>
        <w:jc w:val="left"/>
      </w:pPr>
      <w:r>
        <w:rPr>
          <w:rFonts w:ascii="Times New Roman" w:hAnsi="Times New Roman" w:eastAsia="宋体"/>
          <w:b w:val="0"/>
          <w:i w:val="0"/>
          <w:color w:val="333333"/>
          <w:sz w:val="19"/>
        </w:rPr>
        <w:t>Joey’s age 38+t is a multiple of Zoe’s age 1+t exactly when 1+t divides 37. The next time is t=36, when Joey is 74. Its digit sum is 7+4=11.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注意 f(n) = n + 1 本身就满足这个递推式，因此令 f(n) = (n + 1) + g(n)，则 g 满足对应的齐次递推 g(n) = g(n-1) - g(n-2)。由初值得 g(1) = -1 且 g(2) = -2，于是序列以 6 为周期循环：-1, -2, -1, 1, 2, 1, …。因为 2018 ≡ 2 pmod 6，所以 g(2018) = -2，于是 f(2018) = 2019 - 2 = 2017。正确答案是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Notice f(n) = n + 1 solves the recurrence on its own, so write f(n) = (n + 1) + g(n). Then g satisfies the homogeneous version g(n) = g(n-1) - g(n-2). With g(1) = -1 and g(2) = -2, it cycles with period 6: -1, -2, -1, 1, 2, 1, …. Since 2018 ≡ 2 pmod 6, we get g(2018) = -2, so f(2018) = 2019 - 2 = 2017.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设 d 是 323 之后的下一个因数。若 gcd(d,323)=1，则 n 是 323d&gt;323²&gt;9999 的倍数，这对四位数来说不可能。因此 gcd(d,323)&gt;1。</w:t>
      </w:r>
    </w:p>
    <w:p>
      <w:pPr>
        <w:spacing w:before="0" w:after="80" w:line="300" w:lineRule="auto"/>
        <w:jc w:val="left"/>
      </w:pPr>
      <w:r>
        <w:rPr>
          <w:rFonts w:ascii="Times New Roman" w:hAnsi="Times New Roman" w:eastAsia="宋体"/>
          <w:b w:val="0"/>
          <w:i w:val="0"/>
          <w:sz w:val="21"/>
        </w:rPr>
        <w:t>因为 323=17·19，这个最大公因数至少为 17。它也整除 d-323，所以 d-323≥17，从而 d≥340。</w:t>
      </w:r>
    </w:p>
    <w:p>
      <w:pPr>
        <w:spacing w:before="0" w:after="80" w:line="300" w:lineRule="auto"/>
        <w:jc w:val="left"/>
      </w:pPr>
      <w:r>
        <w:rPr>
          <w:rFonts w:ascii="Times New Roman" w:hAnsi="Times New Roman" w:eastAsia="宋体"/>
          <w:b w:val="0"/>
          <w:i w:val="0"/>
          <w:sz w:val="21"/>
        </w:rPr>
        <w:t>这个界可以达到：当 n=6460=2²·5·17·19 时，323 和 340 都是因数。下界说明二者之间不存在因数。因此最小的下一个因数是 340，正确答案是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 be the next divisor after 323. If gcd(d,323)=1, then n is a multiple of 323d&gt;323²&gt;9999, impossible for a four-digit number. Thus gcd(d,323)&gt;1.</w:t>
      </w:r>
    </w:p>
    <w:p>
      <w:pPr>
        <w:spacing w:before="0" w:after="80" w:line="300" w:lineRule="auto"/>
        <w:jc w:val="left"/>
      </w:pPr>
      <w:r>
        <w:rPr>
          <w:rFonts w:ascii="Times New Roman" w:hAnsi="Times New Roman" w:eastAsia="宋体"/>
          <w:b w:val="0"/>
          <w:i w:val="0"/>
          <w:color w:val="333333"/>
          <w:sz w:val="19"/>
        </w:rPr>
        <w:t>Since 323=17·19, this gcd is at least 17. It also divides d-323, so d-323≥17 and hence d≥340.</w:t>
      </w:r>
    </w:p>
    <w:p>
      <w:pPr>
        <w:spacing w:before="0" w:after="80" w:line="300" w:lineRule="auto"/>
        <w:jc w:val="left"/>
      </w:pPr>
      <w:r>
        <w:rPr>
          <w:rFonts w:ascii="Times New Roman" w:hAnsi="Times New Roman" w:eastAsia="宋体"/>
          <w:b w:val="0"/>
          <w:i w:val="0"/>
          <w:color w:val="333333"/>
          <w:sz w:val="19"/>
        </w:rPr>
        <w:t>This bound is attained: for n=6460=2²·5·17·19, both 323 and 340 are divisors. The lower bound shows there is no divisor between them. Thus the smallest possible next divisor is 340, and</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三边 x, y, 1 构成三角形，当且仅当 x + y &gt; 1。又因为 1 是最长边，该三角形为钝角，当且仅当 x² + y² &lt; 1。因此在单位正方形中，所求区域位于四分之一圆 x² + y² = 1 内、直线 x + y = 1 上方，也就是四分之一圆盘去掉弦下方的直角三角形，面积为 π/4 - 1/2 ≈ 0.285。最接近的选项是 0.29。正确答案是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lengths x, y, 1 make a triangle iff x + y &gt; 1. Since 1 is the longest side, that triangle is obtuse iff x² + y² &lt; 1. So in the unit square we want the region inside the quarter circle x² + y² = 1 but above the line x + y = 1. That’s the quarter disk with the right triangle under the chord removed: π/4 - 1/2 ≈ 0.285. The closest choice is 0.29.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回忆 ab=gcd(a,b)lcm(a,b)。令 x=lcm(a,b)，y=gcd(a,b)，则原方程变为</w:t>
      </w:r>
    </w:p>
    <w:p>
      <w:pPr>
        <w:spacing w:before="0" w:after="80" w:line="300" w:lineRule="auto"/>
        <w:jc w:val="left"/>
      </w:pPr>
      <w:r>
        <w:rPr>
          <w:rFonts w:ascii="Times New Roman" w:hAnsi="Times New Roman" w:eastAsia="宋体"/>
          <w:b w:val="0"/>
          <w:i w:val="0"/>
          <w:sz w:val="21"/>
        </w:rPr>
        <w:t>(x-12)(y-20)=177=3·59。</w:t>
      </w:r>
    </w:p>
    <w:p>
      <w:pPr>
        <w:spacing w:before="0" w:after="80" w:line="300" w:lineRule="auto"/>
        <w:jc w:val="left"/>
      </w:pPr>
      <w:r>
        <w:rPr>
          <w:rFonts w:ascii="Times New Roman" w:hAnsi="Times New Roman" w:eastAsia="宋体"/>
          <w:b w:val="0"/>
          <w:i w:val="0"/>
          <w:sz w:val="21"/>
        </w:rPr>
        <w:t>正因数分解给出 (x,y)=(13,197)、(189,21)、(15,79) 和 (71,23)。负因数分解会使 x 或 y 为负数，因此不可能。此外 y 必须整除 x，只有 (x,y)=(189,21) 满足这一点。</w:t>
      </w:r>
    </w:p>
    <w:p>
      <w:pPr>
        <w:spacing w:before="0" w:after="80" w:line="300" w:lineRule="auto"/>
        <w:jc w:val="left"/>
      </w:pPr>
      <w:r>
        <w:rPr>
          <w:rFonts w:ascii="Times New Roman" w:hAnsi="Times New Roman" w:eastAsia="宋体"/>
          <w:b w:val="0"/>
          <w:i w:val="0"/>
          <w:sz w:val="21"/>
        </w:rPr>
        <w:t>写成 a=21u 和 b=21v。于是 gcd(u,v)=1 且 uv=189/21=9，所以 (u,v)=(1,9) 或 (9,1)。因此符合条件的有序对是 (21,189) 和 (189,21)，正确答案是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Recall ab=gcd(a,b)lcm(a,b). Let x=lcm(a,b) and y=gcd(a,b). The equation becomes</w:t>
      </w:r>
    </w:p>
    <w:p>
      <w:pPr>
        <w:spacing w:before="0" w:after="80" w:line="300" w:lineRule="auto"/>
        <w:jc w:val="left"/>
      </w:pPr>
      <w:r>
        <w:rPr>
          <w:rFonts w:ascii="Times New Roman" w:hAnsi="Times New Roman" w:eastAsia="宋体"/>
          <w:b w:val="0"/>
          <w:i w:val="0"/>
          <w:color w:val="333333"/>
          <w:sz w:val="19"/>
        </w:rPr>
        <w:t>(x-12)(y-20)=177=3·59.</w:t>
      </w:r>
    </w:p>
    <w:p>
      <w:pPr>
        <w:spacing w:before="0" w:after="80" w:line="300" w:lineRule="auto"/>
        <w:jc w:val="left"/>
      </w:pPr>
      <w:r>
        <w:rPr>
          <w:rFonts w:ascii="Times New Roman" w:hAnsi="Times New Roman" w:eastAsia="宋体"/>
          <w:b w:val="0"/>
          <w:i w:val="0"/>
          <w:color w:val="333333"/>
          <w:sz w:val="19"/>
        </w:rPr>
        <w:t>The positive factor pairs give (x,y)=(13,197), (189,21), (15,79), and (71,23). The negative factor pairs make either x or y negative, so they are impossible. Also y must divide x, and only (x,y)=(189,21) passes.</w:t>
      </w:r>
    </w:p>
    <w:p>
      <w:pPr>
        <w:spacing w:before="0" w:after="80" w:line="300" w:lineRule="auto"/>
        <w:jc w:val="left"/>
      </w:pPr>
      <w:r>
        <w:rPr>
          <w:rFonts w:ascii="Times New Roman" w:hAnsi="Times New Roman" w:eastAsia="宋体"/>
          <w:b w:val="0"/>
          <w:i w:val="0"/>
          <w:color w:val="333333"/>
          <w:sz w:val="19"/>
        </w:rPr>
        <w:t>Write a=21u and b=21v. Then gcd(u,v)=1 and uv=189/21=9, so (u,v)=(1,9) or (9,1). Hence the two ordered pairs are (21,189) and (189,21), and</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三角形 XYZ 是边长为 3/2 的等边三角形，所以面积为</w:t>
      </w:r>
    </w:p>
    <w:p>
      <w:pPr>
        <w:spacing w:before="0" w:after="80" w:line="300" w:lineRule="auto"/>
        <w:jc w:val="left"/>
      </w:pPr>
      <w:r>
        <w:rPr>
          <w:rFonts w:ascii="Times New Roman" w:hAnsi="Times New Roman" w:eastAsia="宋体"/>
          <w:b w:val="0"/>
          <w:i w:val="0"/>
          <w:sz w:val="21"/>
        </w:rPr>
        <w:t>(√(3))/4(3/2)²=(9√(3))/16。</w:t>
      </w:r>
    </w:p>
    <w:p>
      <w:pPr>
        <w:spacing w:before="0" w:after="80" w:line="300" w:lineRule="auto"/>
        <w:jc w:val="left"/>
      </w:pPr>
      <w:r>
        <w:rPr>
          <w:rFonts w:ascii="Times New Roman" w:hAnsi="Times New Roman" w:eastAsia="宋体"/>
          <w:b w:val="0"/>
          <w:i w:val="0"/>
          <w:sz w:val="21"/>
        </w:rPr>
        <w:t>三角形 ACE 和 XYZ 同心，且彼此旋转 30°。在 XYZ 的每个顶点处，ACE 的两边截出一个 30-60-90 三角形，其斜边是半边长线段 AX=1/2。两条直角边分别为 1/4 和 (√(3))/4，所以每个角的面积为 (√(3))/32。</w:t>
      </w:r>
    </w:p>
    <w:p>
      <w:pPr>
        <w:spacing w:before="0" w:after="80" w:line="300" w:lineRule="auto"/>
        <w:jc w:val="left"/>
      </w:pPr>
      <w:r>
        <w:rPr>
          <w:rFonts w:ascii="Times New Roman" w:hAnsi="Times New Roman" w:eastAsia="宋体"/>
          <w:b w:val="0"/>
          <w:i w:val="0"/>
          <w:sz w:val="21"/>
        </w:rPr>
        <w:t>去掉三个角后，面积为</w:t>
      </w:r>
    </w:p>
    <w:p>
      <w:pPr>
        <w:spacing w:before="0" w:after="80" w:line="300" w:lineRule="auto"/>
        <w:jc w:val="left"/>
      </w:pPr>
      <w:r>
        <w:rPr>
          <w:rFonts w:ascii="Times New Roman" w:hAnsi="Times New Roman" w:eastAsia="宋体"/>
          <w:b w:val="0"/>
          <w:i w:val="0"/>
          <w:sz w:val="21"/>
        </w:rPr>
        <w:t>(9√(3))/16-3·(√(3))/32=(15√(3))/32。</w:t>
      </w:r>
    </w:p>
    <w:p>
      <w:pPr>
        <w:spacing w:before="0" w:after="80" w:line="300" w:lineRule="auto"/>
        <w:jc w:val="left"/>
      </w:pPr>
      <w:r>
        <w:rPr>
          <w:rFonts w:ascii="Times New Roman" w:hAnsi="Times New Roman" w:eastAsia="宋体"/>
          <w:b w:val="0"/>
          <w:i w:val="0"/>
          <w:sz w:val="21"/>
        </w:rPr>
        <w:t>因此答案是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triangle XYZ is equilateral with side 3/2, so its area is</w:t>
      </w:r>
    </w:p>
    <w:p>
      <w:pPr>
        <w:spacing w:before="0" w:after="80" w:line="300" w:lineRule="auto"/>
        <w:jc w:val="left"/>
      </w:pPr>
      <w:r>
        <w:rPr>
          <w:rFonts w:ascii="Times New Roman" w:hAnsi="Times New Roman" w:eastAsia="宋体"/>
          <w:b w:val="0"/>
          <w:i w:val="0"/>
          <w:color w:val="333333"/>
          <w:sz w:val="19"/>
        </w:rPr>
        <w:t>(√(3))/4(3/2)²=(9√(3))/16.</w:t>
      </w:r>
    </w:p>
    <w:p>
      <w:pPr>
        <w:spacing w:before="0" w:after="80" w:line="300" w:lineRule="auto"/>
        <w:jc w:val="left"/>
      </w:pPr>
      <w:r>
        <w:rPr>
          <w:rFonts w:ascii="Times New Roman" w:hAnsi="Times New Roman" w:eastAsia="宋体"/>
          <w:b w:val="0"/>
          <w:i w:val="0"/>
          <w:color w:val="333333"/>
          <w:sz w:val="19"/>
        </w:rPr>
        <w:t>The triangles ACE and XYZ are concentric and rotated 30° from each other. At each vertex of XYZ, the sides of ACE cut off a 30-60-90 triangle whose hypotenuse is the half-side segment AX=1/2. Its legs are 1/4 and (√(3))/4, so each corner has area (√(3))/32.</w:t>
      </w:r>
    </w:p>
    <w:p>
      <w:pPr>
        <w:spacing w:before="0" w:after="80" w:line="300" w:lineRule="auto"/>
        <w:jc w:val="left"/>
      </w:pPr>
      <w:r>
        <w:rPr>
          <w:rFonts w:ascii="Times New Roman" w:hAnsi="Times New Roman" w:eastAsia="宋体"/>
          <w:b w:val="0"/>
          <w:i w:val="0"/>
          <w:color w:val="333333"/>
          <w:sz w:val="19"/>
        </w:rPr>
        <w:t>Removing the three corners gives</w:t>
      </w:r>
    </w:p>
    <w:p>
      <w:pPr>
        <w:spacing w:before="0" w:after="80" w:line="300" w:lineRule="auto"/>
        <w:jc w:val="left"/>
      </w:pPr>
      <w:r>
        <w:rPr>
          <w:rFonts w:ascii="Times New Roman" w:hAnsi="Times New Roman" w:eastAsia="宋体"/>
          <w:b w:val="0"/>
          <w:i w:val="0"/>
          <w:color w:val="333333"/>
          <w:sz w:val="19"/>
        </w:rPr>
        <w:t>(9√(3))/16-3·(√(3))/32=(15√(3))/32.</w:t>
      </w:r>
    </w:p>
    <w:p>
      <w:pPr>
        <w:spacing w:before="0" w:after="80" w:line="300" w:lineRule="auto"/>
        <w:jc w:val="left"/>
      </w:pPr>
      <w:r>
        <w:rPr>
          <w:rFonts w:ascii="Times New Roman" w:hAnsi="Times New Roman" w:eastAsia="宋体"/>
          <w:b w:val="0"/>
          <w:i w:val="0"/>
          <w:color w:val="333333"/>
          <w:sz w:val="19"/>
        </w:rPr>
        <w:t>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设 a = ⌊ x ⌋。方程可写成 x² = 10,000(x - a) = 10,000{x}。因为 0 ≤ {x} &lt; 1，所以 0 ≤ x² &lt; 10,000，即 -100 &lt; x &lt; 100。在每个区间 [a, a + 1) 上，函数 10,000x - x² 从 10,000a - a² 单调增加并趋近于但不取到 10,000(a+1) - (a+1)²。它恰好在 (a + 1)² &lt; 10,000 时取到 10,000a。满足条件的整数为 -100 ≤ a ≤ 98，共 199 个。正确答案是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 ⌊ x ⌋. The equation reads x² = 10,000(x - a) = 10,000{x}, and since 0 ≤ {x} &lt; 1, this forces 0 ≤ x² &lt; 10,000, so -100 &lt; x &lt; 100. On each interval [a, a + 1) the quantity 10,000x - x² increases from 10,000a - a² and approaches, but does not reach, 10,000(a+1) - (a+1)². It hits 10,000a exactly once precisely when (a + 1)² &lt; 10,000. That holds for the integers -100 ≤ a ≤ 98, which is 199 solutions.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