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2018A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(((2+1)⁻¹+1)⁻¹+1)⁻¹+1？</w:t>
      </w:r>
    </w:p>
    <w:p>
      <w:pPr>
        <w:spacing w:before="0" w:after="120" w:line="300" w:lineRule="auto"/>
      </w:pPr>
      <w:r>
        <w:rPr>
          <w:rFonts w:ascii="Times New Roman" w:hAnsi="Times New Roman" w:eastAsia="宋体"/>
          <w:b w:val="0"/>
          <w:i w:val="0"/>
          <w:sz w:val="21"/>
        </w:rPr>
        <w:t>（A）5/8　　（B）11/7　　（C）8/5　　（D）18/11　　（E）15/8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(((2+1)⁻¹+1)⁻¹+1)⁻¹+1?</w:t>
      </w:r>
    </w:p>
    <w:p>
      <w:pPr>
        <w:spacing w:before="0" w:after="160" w:line="300" w:lineRule="auto"/>
      </w:pPr>
      <w:r>
        <w:rPr>
          <w:rFonts w:ascii="Times New Roman" w:hAnsi="Times New Roman" w:eastAsia="宋体"/>
          <w:b w:val="0"/>
          <w:i w:val="0"/>
          <w:color w:val="333333"/>
          <w:sz w:val="19"/>
        </w:rPr>
        <w:t>(A) 5/8　　(B) 11/7　　(C) 8/5　　(D) 18/11　　(E) 15/8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Liliane 的汽水比 Jacqueline 多 50%，Alice 的汽水比 Jacqueline 多 25%。Liliane 和 Alice 的汽水量有什么关系？</w:t>
      </w:r>
    </w:p>
    <w:p>
      <w:pPr>
        <w:spacing w:before="0" w:after="120" w:line="300" w:lineRule="auto"/>
      </w:pPr>
      <w:r>
        <w:rPr>
          <w:rFonts w:ascii="Times New Roman" w:hAnsi="Times New Roman" w:eastAsia="宋体"/>
          <w:b w:val="0"/>
          <w:i w:val="0"/>
          <w:sz w:val="21"/>
        </w:rPr>
        <w:t>（A）Liliane 的汽水比 Alice 多 20%。　　（B）Liliane 的汽水比 Alice 多 25%。　　（C）Liliane 的汽水比 Alice 多 45%。　　（D）Liliane 的汽水比 Alice 多 75%。　　（E）Liliane 的汽水比 Alice 多 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Liliane has 50% more soda than Jacqueline, and Alice has 25% more soda than Jacqueline. What is the relationship between the amounts of soda that Liliane and Alice have?</w:t>
      </w:r>
    </w:p>
    <w:p>
      <w:pPr>
        <w:spacing w:before="0" w:after="160" w:line="300" w:lineRule="auto"/>
      </w:pPr>
      <w:r>
        <w:rPr>
          <w:rFonts w:ascii="Times New Roman" w:hAnsi="Times New Roman" w:eastAsia="宋体"/>
          <w:b w:val="0"/>
          <w:i w:val="0"/>
          <w:color w:val="333333"/>
          <w:sz w:val="19"/>
        </w:rPr>
        <w:t>(A) Liliane has 20% more soda than Alice.　　(B) Liliane has 25% more soda than Alice.　　(C) Liliane has 45% more soda than Alice.　　(D) Liliane has 75% more soda than Alice.　　(E) Liliane has 100% more soda than Alice.</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一单位血液经过</w:t>
      </w:r>
    </w:p>
    <w:p>
      <w:pPr>
        <w:spacing w:before="0" w:after="80" w:line="300" w:lineRule="auto"/>
        <w:jc w:val="left"/>
      </w:pPr>
      <w:r>
        <w:rPr>
          <w:rFonts w:ascii="Times New Roman" w:hAnsi="Times New Roman" w:eastAsia="宋体"/>
          <w:b w:val="0"/>
          <w:i w:val="0"/>
          <w:sz w:val="21"/>
        </w:rPr>
        <w:t>10! = 10 · 9 · 8 ⋯ 1</w:t>
      </w:r>
    </w:p>
    <w:p>
      <w:pPr>
        <w:spacing w:before="0" w:after="80" w:line="300" w:lineRule="auto"/>
        <w:jc w:val="left"/>
      </w:pPr>
      <w:r>
        <w:rPr>
          <w:rFonts w:ascii="Times New Roman" w:hAnsi="Times New Roman" w:eastAsia="宋体"/>
          <w:b w:val="0"/>
          <w:i w:val="0"/>
          <w:sz w:val="21"/>
        </w:rPr>
        <w:t>秒后过期。Yasin 在一月 1 日中午捐献了一单位血液。这单位血液会在哪一天过期？</w:t>
      </w:r>
    </w:p>
    <w:p>
      <w:pPr>
        <w:spacing w:before="0" w:after="120" w:line="300" w:lineRule="auto"/>
      </w:pPr>
      <w:r>
        <w:rPr>
          <w:rFonts w:ascii="Times New Roman" w:hAnsi="Times New Roman" w:eastAsia="宋体"/>
          <w:b w:val="0"/>
          <w:i w:val="0"/>
          <w:sz w:val="21"/>
        </w:rPr>
        <w:t>（A）一月 2 日　　（B）一月 12 日　　（C）一月 22 日　　（D）二月 11 日　　（E）二月 12 日</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unit of blood expires after</w:t>
      </w:r>
    </w:p>
    <w:p>
      <w:pPr>
        <w:spacing w:before="0" w:after="80" w:line="300" w:lineRule="auto"/>
        <w:jc w:val="left"/>
      </w:pPr>
      <w:r>
        <w:rPr>
          <w:rFonts w:ascii="Times New Roman" w:hAnsi="Times New Roman" w:eastAsia="宋体"/>
          <w:b w:val="0"/>
          <w:i w:val="0"/>
          <w:color w:val="333333"/>
          <w:sz w:val="19"/>
        </w:rPr>
        <w:t>10! = 10 · 9 · 8 ⋯ 1</w:t>
      </w:r>
    </w:p>
    <w:p>
      <w:pPr>
        <w:spacing w:before="0" w:after="80" w:line="300" w:lineRule="auto"/>
        <w:jc w:val="left"/>
      </w:pPr>
      <w:r>
        <w:rPr>
          <w:rFonts w:ascii="Times New Roman" w:hAnsi="Times New Roman" w:eastAsia="宋体"/>
          <w:b w:val="0"/>
          <w:i w:val="0"/>
          <w:color w:val="333333"/>
          <w:sz w:val="19"/>
        </w:rPr>
        <w:t>seconds. Yasin donates a unit of blood at noon on January 1. On what day does his unit of blood expire?</w:t>
      </w:r>
    </w:p>
    <w:p>
      <w:pPr>
        <w:spacing w:before="0" w:after="160" w:line="300" w:lineRule="auto"/>
      </w:pPr>
      <w:r>
        <w:rPr>
          <w:rFonts w:ascii="Times New Roman" w:hAnsi="Times New Roman" w:eastAsia="宋体"/>
          <w:b w:val="0"/>
          <w:i w:val="0"/>
          <w:color w:val="333333"/>
          <w:sz w:val="19"/>
        </w:rPr>
        <w:t>(A) January 2　　(B) January 12　　(C) January 22　　(D) February 11　　(E) February 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一天有 6 节课。若任意两门数学课都不能安排在相邻课时，那么一名学生安排 3 门数学课，包括代数、几何和数论，共有多少种排法？</w:t>
      </w:r>
    </w:p>
    <w:p>
      <w:pPr>
        <w:spacing w:before="0" w:after="80" w:line="300" w:lineRule="auto"/>
        <w:jc w:val="left"/>
      </w:pPr>
      <w:r>
        <w:rPr>
          <w:rFonts w:ascii="Times New Roman" w:hAnsi="Times New Roman" w:eastAsia="宋体"/>
          <w:b w:val="0"/>
          <w:i w:val="0"/>
          <w:sz w:val="21"/>
        </w:rPr>
        <w:t>（其余 3 节课所上的课程无需考虑。）</w:t>
      </w:r>
    </w:p>
    <w:p>
      <w:pPr>
        <w:spacing w:before="0" w:after="120" w:line="300" w:lineRule="auto"/>
      </w:pPr>
      <w:r>
        <w:rPr>
          <w:rFonts w:ascii="Times New Roman" w:hAnsi="Times New Roman" w:eastAsia="宋体"/>
          <w:b w:val="0"/>
          <w:i w:val="0"/>
          <w:sz w:val="21"/>
        </w:rPr>
        <w:t>（A）3　　（B）6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can a student schedule 3 mathematics courses — algebra, geometry, and number theory — in a 6-period day if no two mathematics courses can be taken in consecutive periods?</w:t>
      </w:r>
    </w:p>
    <w:p>
      <w:pPr>
        <w:spacing w:before="0" w:after="80" w:line="300" w:lineRule="auto"/>
        <w:jc w:val="left"/>
      </w:pPr>
      <w:r>
        <w:rPr>
          <w:rFonts w:ascii="Times New Roman" w:hAnsi="Times New Roman" w:eastAsia="宋体"/>
          <w:b w:val="0"/>
          <w:i w:val="0"/>
          <w:color w:val="333333"/>
          <w:sz w:val="19"/>
        </w:rPr>
        <w:t>(What courses the student takes during the other 3 periods is of no concern here.)</w:t>
      </w:r>
    </w:p>
    <w:p>
      <w:pPr>
        <w:spacing w:before="0" w:after="160" w:line="300" w:lineRule="auto"/>
      </w:pPr>
      <w:r>
        <w:rPr>
          <w:rFonts w:ascii="Times New Roman" w:hAnsi="Times New Roman" w:eastAsia="宋体"/>
          <w:b w:val="0"/>
          <w:i w:val="0"/>
          <w:color w:val="333333"/>
          <w:sz w:val="19"/>
        </w:rPr>
        <w:t>(A) 3　　(B) 6　　(C) 12　　(D) 18　　(E) 24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Alice、Bob 和 Charlie 徒步时想知道最近的城镇有多远。Alice 说：“我们离城镇至少 6 英里。”Bob 回答：“我们离城镇至多 5 英里。”Charlie 接着说：“其实最近的城镇至多在 4 英里外。”结果三人的话都不正确。设到最近城镇的距离为 d 英里。下列哪个区间是 d 的所有可能取值？</w:t>
      </w:r>
    </w:p>
    <w:p>
      <w:pPr>
        <w:spacing w:before="0" w:after="120" w:line="300" w:lineRule="auto"/>
      </w:pPr>
      <w:r>
        <w:rPr>
          <w:rFonts w:ascii="Times New Roman" w:hAnsi="Times New Roman" w:eastAsia="宋体"/>
          <w:b w:val="0"/>
          <w:i w:val="0"/>
          <w:sz w:val="21"/>
        </w:rPr>
        <w:t>（A）(0,4)　　（B）(4,5)　　（C）(4,6)　　（D）(5,6)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Bob, and Charlie were on a hike and were wondering how far away the nearest town was. When Alice said, “We are at least 6 miles away,” Bob replied, “We are at most 5 miles away.” Charlie then remarked, “Actually the nearest town is at most 4 miles away.” It turned out that none of the three statements was true. Let d be the distance in miles to the nearest town. Which of the following intervals is the set of all possible values of d?</w:t>
      </w:r>
    </w:p>
    <w:p>
      <w:pPr>
        <w:spacing w:before="0" w:after="160" w:line="300" w:lineRule="auto"/>
      </w:pPr>
      <w:r>
        <w:rPr>
          <w:rFonts w:ascii="Times New Roman" w:hAnsi="Times New Roman" w:eastAsia="宋体"/>
          <w:b w:val="0"/>
          <w:i w:val="0"/>
          <w:color w:val="333333"/>
          <w:sz w:val="19"/>
        </w:rPr>
        <w:t>(A) (0,4)　　(B) (4,5)　　(C) (4,6)　　(D) (5,6)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Sangho 把一个视频上传到某网站，观看者可以投喜欢票或不喜欢票。每个视频的初始分数为 0，每收到一张喜欢票，分数增加 1；每收到一张不喜欢票，分数减少 1。</w:t>
      </w:r>
    </w:p>
    <w:p>
      <w:pPr>
        <w:spacing w:before="0" w:after="80" w:line="300" w:lineRule="auto"/>
        <w:jc w:val="left"/>
      </w:pPr>
      <w:r>
        <w:rPr>
          <w:rFonts w:ascii="Times New Roman" w:hAnsi="Times New Roman" w:eastAsia="宋体"/>
          <w:b w:val="0"/>
          <w:i w:val="0"/>
          <w:sz w:val="21"/>
        </w:rPr>
        <w:t>某一时刻，Sangho 看到视频的分数为 90，而且所有投票中有 65% 是喜欢票。当时这个视频一共收到了多少票？</w:t>
      </w:r>
    </w:p>
    <w:p>
      <w:pPr>
        <w:spacing w:before="0" w:after="120" w:line="300" w:lineRule="auto"/>
      </w:pPr>
      <w:r>
        <w:rPr>
          <w:rFonts w:ascii="Times New Roman" w:hAnsi="Times New Roman" w:eastAsia="宋体"/>
          <w:b w:val="0"/>
          <w:i w:val="0"/>
          <w:sz w:val="21"/>
        </w:rPr>
        <w:t>（A）200　　（B）300　　（C）400　　（D）500　　（E）600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Sangho uploaded a video to a website where viewers can vote that they like or dislike a video. Each video begins with a score of 0, and the score increases by 1 for each like vote and decreases by 1 for each dislike vote.</w:t>
      </w:r>
    </w:p>
    <w:p>
      <w:pPr>
        <w:spacing w:before="0" w:after="80" w:line="300" w:lineRule="auto"/>
        <w:jc w:val="left"/>
      </w:pPr>
      <w:r>
        <w:rPr>
          <w:rFonts w:ascii="Times New Roman" w:hAnsi="Times New Roman" w:eastAsia="宋体"/>
          <w:b w:val="0"/>
          <w:i w:val="0"/>
          <w:color w:val="333333"/>
          <w:sz w:val="19"/>
        </w:rPr>
        <w:t>At one point Sangho saw that his video had a score of 90, and that 65% of the votes cast on his video were like votes. How many votes had been cast on Sangho’s video at that point?</w:t>
      </w:r>
    </w:p>
    <w:p>
      <w:pPr>
        <w:spacing w:before="0" w:after="160" w:line="300" w:lineRule="auto"/>
      </w:pPr>
      <w:r>
        <w:rPr>
          <w:rFonts w:ascii="Times New Roman" w:hAnsi="Times New Roman" w:eastAsia="宋体"/>
          <w:b w:val="0"/>
          <w:i w:val="0"/>
          <w:color w:val="333333"/>
          <w:sz w:val="19"/>
        </w:rPr>
        <w:t>(A) 200　　(B) 300　　(C) 400　　(D) 500　　(E) 600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有多少个整数 n（不一定是正数）使下式为整数？</w:t>
      </w:r>
    </w:p>
    <w:p>
      <w:pPr>
        <w:spacing w:before="0" w:after="80" w:line="300" w:lineRule="auto"/>
        <w:jc w:val="left"/>
      </w:pPr>
      <w:r>
        <w:rPr>
          <w:rFonts w:ascii="Times New Roman" w:hAnsi="Times New Roman" w:eastAsia="宋体"/>
          <w:b w:val="0"/>
          <w:i w:val="0"/>
          <w:sz w:val="21"/>
        </w:rPr>
        <w:t>4000 · (2/5)ⁿ</w:t>
      </w:r>
    </w:p>
    <w:p>
      <w:pPr>
        <w:spacing w:before="0" w:after="120" w:line="300" w:lineRule="auto"/>
      </w:pPr>
      <w:r>
        <w:rPr>
          <w:rFonts w:ascii="Times New Roman" w:hAnsi="Times New Roman" w:eastAsia="宋体"/>
          <w:b w:val="0"/>
          <w:i w:val="0"/>
          <w:sz w:val="21"/>
        </w:rPr>
        <w:t>（A）3　　（B）4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(not necessarily positive) integer values of n is the following value an integer?</w:t>
      </w:r>
    </w:p>
    <w:p>
      <w:pPr>
        <w:spacing w:before="0" w:after="80" w:line="300" w:lineRule="auto"/>
        <w:jc w:val="left"/>
      </w:pPr>
      <w:r>
        <w:rPr>
          <w:rFonts w:ascii="Times New Roman" w:hAnsi="Times New Roman" w:eastAsia="宋体"/>
          <w:b w:val="0"/>
          <w:i w:val="0"/>
          <w:color w:val="333333"/>
          <w:sz w:val="19"/>
        </w:rPr>
        <w:t>4000 · (2/5)ⁿ</w:t>
      </w:r>
    </w:p>
    <w:p>
      <w:pPr>
        <w:spacing w:before="0" w:after="160" w:line="300" w:lineRule="auto"/>
      </w:pPr>
      <w:r>
        <w:rPr>
          <w:rFonts w:ascii="Times New Roman" w:hAnsi="Times New Roman" w:eastAsia="宋体"/>
          <w:b w:val="0"/>
          <w:i w:val="0"/>
          <w:color w:val="333333"/>
          <w:sz w:val="19"/>
        </w:rPr>
        <w:t>(A) 3　　(B) 4　　(C) 6　　(D) 8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Joe 有 23 枚硬币，分别是 5 分、10 分和 25 分硬币。他的 10 分硬币比 5 分硬币多 3 枚，所有硬币总值为 320 分。Joe 的 25 分硬币比 5 分硬币多多少枚？</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has a collection of 23 coins, consisting of 5-cent coins, 10-cent coins, and 25-cent coins. He has 3 more 10-cent coins than 5-cent coins, and the total value of his collection is 320 cents. How many more 25-cent coins does Joe have than 5-cent coins?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下图中的所有三角形都与等腰三角形 ABC 相似，其中 AB=AC。7 个最小三角形的面积均为 1，而 △ ABC 的面积为 40。梯形 DBCE 的面积是多少？</w:t>
      </w:r>
    </w:p>
    <w:p>
      <w:pPr>
        <w:spacing w:before="80" w:after="80"/>
        <w:jc w:val="center"/>
      </w:pPr>
      <w:r>
        <w:drawing>
          <wp:inline xmlns:a="http://schemas.openxmlformats.org/drawingml/2006/main" xmlns:pic="http://schemas.openxmlformats.org/drawingml/2006/picture">
            <wp:extent cx="1155684" cy="578237"/>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155684" cy="578237"/>
                    </a:xfrm>
                    <a:prstGeom prst="rect"/>
                  </pic:spPr>
                </pic:pic>
              </a:graphicData>
            </a:graphic>
          </wp:inline>
        </w:drawing>
      </w:r>
    </w:p>
    <w:p>
      <w:pPr>
        <w:spacing w:before="0" w:after="120" w:line="300" w:lineRule="auto"/>
      </w:pPr>
      <w:r>
        <w:rPr>
          <w:rFonts w:ascii="Times New Roman" w:hAnsi="Times New Roman" w:eastAsia="宋体"/>
          <w:b w:val="0"/>
          <w:i w:val="0"/>
          <w:sz w:val="21"/>
        </w:rPr>
        <w:t>（A）16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the triangles in the diagram below are similar to isosceles triangle ABC, in which AB=AC. Each of the 7 smallest triangles has area 1, and △ ABC has area 40. What is the area of trapezoid DBCE?</w:t>
      </w:r>
    </w:p>
    <w:p>
      <w:pPr>
        <w:spacing w:before="80" w:after="80"/>
        <w:jc w:val="center"/>
      </w:pPr>
      <w:r>
        <w:drawing>
          <wp:inline xmlns:a="http://schemas.openxmlformats.org/drawingml/2006/main" xmlns:pic="http://schemas.openxmlformats.org/drawingml/2006/picture">
            <wp:extent cx="1155684" cy="578237"/>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155684" cy="5782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18　　(C) 20　　(D) 22　　(E) 24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设实数 x 满足</w:t>
      </w:r>
    </w:p>
    <w:p>
      <w:pPr>
        <w:spacing w:before="0" w:after="80" w:line="300" w:lineRule="auto"/>
        <w:jc w:val="left"/>
      </w:pPr>
      <w:r>
        <w:rPr>
          <w:rFonts w:ascii="Times New Roman" w:hAnsi="Times New Roman" w:eastAsia="宋体"/>
          <w:b w:val="0"/>
          <w:i w:val="0"/>
          <w:sz w:val="21"/>
        </w:rPr>
        <w:t>√(49-x²)-√(25-x²)=3。</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√(49-x²)+√(25-x²)？</w:t>
      </w:r>
    </w:p>
    <w:p>
      <w:pPr>
        <w:spacing w:before="0" w:after="120" w:line="300" w:lineRule="auto"/>
      </w:pPr>
      <w:r>
        <w:rPr>
          <w:rFonts w:ascii="Times New Roman" w:hAnsi="Times New Roman" w:eastAsia="宋体"/>
          <w:b w:val="0"/>
          <w:i w:val="0"/>
          <w:sz w:val="21"/>
        </w:rPr>
        <w:t>（A）8　　（B）√(33)+3　　（C）9　　（D）2√(10)+4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real number x satisfies</w:t>
      </w:r>
    </w:p>
    <w:p>
      <w:pPr>
        <w:spacing w:before="0" w:after="80" w:line="300" w:lineRule="auto"/>
        <w:jc w:val="left"/>
      </w:pPr>
      <w:r>
        <w:rPr>
          <w:rFonts w:ascii="Times New Roman" w:hAnsi="Times New Roman" w:eastAsia="宋体"/>
          <w:b w:val="0"/>
          <w:i w:val="0"/>
          <w:color w:val="333333"/>
          <w:sz w:val="19"/>
        </w:rPr>
        <w:t>√(49-x²)-√(25-x²)=3.</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√(49-x²)+√(25-x²)?</w:t>
      </w:r>
    </w:p>
    <w:p>
      <w:pPr>
        <w:spacing w:before="0" w:after="160" w:line="300" w:lineRule="auto"/>
      </w:pPr>
      <w:r>
        <w:rPr>
          <w:rFonts w:ascii="Times New Roman" w:hAnsi="Times New Roman" w:eastAsia="宋体"/>
          <w:b w:val="0"/>
          <w:i w:val="0"/>
          <w:color w:val="333333"/>
          <w:sz w:val="19"/>
        </w:rPr>
        <w:t>(A) 8　　(B) √(33)+3　　(C) 9　　(D) 2√(10)+4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掷出 7 个公平的标准 6 面骰子，朝上点数之和为 10 的概率可写成</w:t>
      </w:r>
    </w:p>
    <w:p>
      <w:pPr>
        <w:spacing w:before="0" w:after="80" w:line="300" w:lineRule="auto"/>
        <w:jc w:val="left"/>
      </w:pPr>
      <w:r>
        <w:rPr>
          <w:rFonts w:ascii="Times New Roman" w:hAnsi="Times New Roman" w:eastAsia="宋体"/>
          <w:b w:val="0"/>
          <w:i w:val="0"/>
          <w:sz w:val="21"/>
        </w:rPr>
        <w:t>n/6⁷，</w:t>
      </w:r>
    </w:p>
    <w:p>
      <w:pPr>
        <w:spacing w:before="0" w:after="80" w:line="300" w:lineRule="auto"/>
        <w:jc w:val="left"/>
      </w:pPr>
      <w:r>
        <w:rPr>
          <w:rFonts w:ascii="Times New Roman" w:hAnsi="Times New Roman" w:eastAsia="宋体"/>
          <w:b w:val="0"/>
          <w:i w:val="0"/>
          <w:sz w:val="21"/>
        </w:rPr>
        <w:t>其中 n 是正整数。求 n。</w:t>
      </w:r>
    </w:p>
    <w:p>
      <w:pPr>
        <w:spacing w:before="0" w:after="120" w:line="300" w:lineRule="auto"/>
      </w:pPr>
      <w:r>
        <w:rPr>
          <w:rFonts w:ascii="Times New Roman" w:hAnsi="Times New Roman" w:eastAsia="宋体"/>
          <w:b w:val="0"/>
          <w:i w:val="0"/>
          <w:sz w:val="21"/>
        </w:rPr>
        <w:t>（A）42　　（B）49　　（C）56　　（D）63　　（E）84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7 fair standard 6-sided dice are thrown, the probability that the sum of the numbers on the top faces is 10 can be written as</w:t>
      </w:r>
    </w:p>
    <w:p>
      <w:pPr>
        <w:spacing w:before="0" w:after="80" w:line="300" w:lineRule="auto"/>
        <w:jc w:val="left"/>
      </w:pPr>
      <w:r>
        <w:rPr>
          <w:rFonts w:ascii="Times New Roman" w:hAnsi="Times New Roman" w:eastAsia="宋体"/>
          <w:b w:val="0"/>
          <w:i w:val="0"/>
          <w:color w:val="333333"/>
          <w:sz w:val="19"/>
        </w:rPr>
        <w:t>n/6⁷,</w:t>
      </w:r>
    </w:p>
    <w:p>
      <w:pPr>
        <w:spacing w:before="0" w:after="80" w:line="300" w:lineRule="auto"/>
        <w:jc w:val="left"/>
      </w:pPr>
      <w:r>
        <w:rPr>
          <w:rFonts w:ascii="Times New Roman" w:hAnsi="Times New Roman" w:eastAsia="宋体"/>
          <w:b w:val="0"/>
          <w:i w:val="0"/>
          <w:color w:val="333333"/>
          <w:sz w:val="19"/>
        </w:rPr>
        <w:t>where n is a positive integer. What is n?</w:t>
      </w:r>
    </w:p>
    <w:p>
      <w:pPr>
        <w:spacing w:before="0" w:after="160" w:line="300" w:lineRule="auto"/>
      </w:pPr>
      <w:r>
        <w:rPr>
          <w:rFonts w:ascii="Times New Roman" w:hAnsi="Times New Roman" w:eastAsia="宋体"/>
          <w:b w:val="0"/>
          <w:i w:val="0"/>
          <w:color w:val="333333"/>
          <w:sz w:val="19"/>
        </w:rPr>
        <w:t>(A) 42　　(B) 49　　(C) 56　　(D) 63　　(E) 84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有多少个实数有序对 (x,y) 满足下列方程组？</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x+3y</w:t>
            </w:r>
          </w:p>
        </w:tc>
        <w:tc>
          <w:tcPr>
            <w:tcW w:type="dxa" w:w="4706"/>
          </w:tcPr>
          <w:p>
            <w:pPr>
              <w:spacing w:before="20" w:after="20" w:line="240" w:lineRule="auto"/>
              <w:jc w:val="center"/>
            </w:pPr>
            <w:r/>
            <w:r>
              <w:rPr>
                <w:rFonts w:ascii="Times New Roman" w:hAnsi="Times New Roman" w:eastAsia="宋体"/>
                <w:b w:val="0"/>
                <w:i w:val="0"/>
                <w:sz w:val="20"/>
              </w:rPr>
              <w:t>=3</w:t>
            </w:r>
          </w:p>
        </w:tc>
      </w:tr>
      <w:tr>
        <w:tc>
          <w:tcPr>
            <w:tcW w:type="dxa" w:w="4706"/>
          </w:tcPr>
          <w:p>
            <w:pPr>
              <w:spacing w:before="20" w:after="20" w:line="240" w:lineRule="auto"/>
              <w:jc w:val="center"/>
            </w:pPr>
            <w:r/>
            <w:r>
              <w:rPr>
                <w:rFonts w:ascii="Times New Roman" w:hAnsi="Times New Roman" w:eastAsia="宋体"/>
                <w:b w:val="0"/>
                <w:i w:val="0"/>
                <w:sz w:val="20"/>
              </w:rPr>
              <w:t>||x|-|y||</w:t>
            </w:r>
          </w:p>
        </w:tc>
        <w:tc>
          <w:tcPr>
            <w:tcW w:type="dxa" w:w="4706"/>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　　（B）2　　（C）3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real numbers (x,y) satisfy the following system of equations?</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x+3y</w:t>
            </w:r>
          </w:p>
        </w:tc>
        <w:tc>
          <w:tcPr>
            <w:tcW w:type="dxa" w:w="4706"/>
          </w:tcPr>
          <w:p>
            <w:pPr>
              <w:spacing w:before="20" w:after="20" w:line="240" w:lineRule="auto"/>
              <w:jc w:val="center"/>
            </w:pPr>
            <w:r/>
            <w:r>
              <w:rPr>
                <w:rFonts w:ascii="Times New Roman" w:hAnsi="Times New Roman" w:eastAsia="宋体"/>
                <w:b w:val="0"/>
                <w:i w:val="0"/>
                <w:color w:val="333333"/>
                <w:sz w:val="19"/>
              </w:rPr>
              <w:t>=3</w:t>
            </w:r>
          </w:p>
        </w:tc>
      </w:tr>
      <w:tr>
        <w:tc>
          <w:tcPr>
            <w:tcW w:type="dxa" w:w="4706"/>
          </w:tcPr>
          <w:p>
            <w:pPr>
              <w:spacing w:before="20" w:after="20" w:line="240" w:lineRule="auto"/>
              <w:jc w:val="center"/>
            </w:pPr>
            <w:r/>
            <w:r>
              <w:rPr>
                <w:rFonts w:ascii="Times New Roman" w:hAnsi="Times New Roman" w:eastAsia="宋体"/>
                <w:b w:val="0"/>
                <w:i w:val="0"/>
                <w:color w:val="333333"/>
                <w:sz w:val="19"/>
              </w:rPr>
              <w:t>||x|-|y||</w:t>
            </w:r>
          </w:p>
        </w:tc>
        <w:tc>
          <w:tcPr>
            <w:tcW w:type="dxa" w:w="4706"/>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　　(B) 2　　(C) 3　　(D) 4　　(E) 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如图所示，一张三角形纸片的三边长分别为 3、4 和 5 英寸。将纸片折叠，使点 A 落到点 B 上。折痕长多少英寸？</w:t>
      </w:r>
    </w:p>
    <w:p>
      <w:pPr>
        <w:spacing w:before="80" w:after="80"/>
        <w:jc w:val="center"/>
      </w:pPr>
      <w:r>
        <w:drawing>
          <wp:inline xmlns:a="http://schemas.openxmlformats.org/drawingml/2006/main" xmlns:pic="http://schemas.openxmlformats.org/drawingml/2006/picture">
            <wp:extent cx="786498" cy="595071"/>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786498" cy="595071"/>
                    </a:xfrm>
                    <a:prstGeom prst="rect"/>
                  </pic:spPr>
                </pic:pic>
              </a:graphicData>
            </a:graphic>
          </wp:inline>
        </w:drawing>
      </w:r>
    </w:p>
    <w:p>
      <w:pPr>
        <w:spacing w:before="0" w:after="120" w:line="300" w:lineRule="auto"/>
      </w:pPr>
      <w:r>
        <w:rPr>
          <w:rFonts w:ascii="Times New Roman" w:hAnsi="Times New Roman" w:eastAsia="宋体"/>
          <w:b w:val="0"/>
          <w:i w:val="0"/>
          <w:sz w:val="21"/>
        </w:rPr>
        <w:t>（A）1+1/2 √(2)　　（B）√(3)　　（C）7/4　　（D）15/8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paper triangle with sides of lengths 3, 4, and 5 inches, as shown, is folded so that point A falls on point B. What is the length in inches of the crease?</w:t>
      </w:r>
    </w:p>
    <w:p>
      <w:pPr>
        <w:spacing w:before="80" w:after="80"/>
        <w:jc w:val="center"/>
      </w:pPr>
      <w:r>
        <w:drawing>
          <wp:inline xmlns:a="http://schemas.openxmlformats.org/drawingml/2006/main" xmlns:pic="http://schemas.openxmlformats.org/drawingml/2006/picture">
            <wp:extent cx="786498" cy="595071"/>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786498" cy="5950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1+1/2 √(2)　　(B) √(3)　　(C) 7/4　　(D) 15/8　　(E) 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求不超过下式的最大整数：</w:t>
      </w:r>
    </w:p>
    <w:p>
      <w:pPr>
        <w:spacing w:before="0" w:after="80" w:line="300" w:lineRule="auto"/>
        <w:jc w:val="left"/>
      </w:pPr>
      <w:r>
        <w:rPr>
          <w:rFonts w:ascii="Times New Roman" w:hAnsi="Times New Roman" w:eastAsia="宋体"/>
          <w:b w:val="0"/>
          <w:i w:val="0"/>
          <w:sz w:val="21"/>
        </w:rPr>
        <w:t>3¹⁰⁰+2¹⁰⁰/3⁹⁶+2⁹⁶？</w:t>
      </w:r>
    </w:p>
    <w:p>
      <w:pPr>
        <w:spacing w:before="0" w:after="120" w:line="300" w:lineRule="auto"/>
      </w:pPr>
      <w:r>
        <w:rPr>
          <w:rFonts w:ascii="Times New Roman" w:hAnsi="Times New Roman" w:eastAsia="宋体"/>
          <w:b w:val="0"/>
          <w:i w:val="0"/>
          <w:sz w:val="21"/>
        </w:rPr>
        <w:t>（A）80　　（B）81　　（C）96　　（D）97　　（E）625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integer less than or equal to</w:t>
      </w:r>
    </w:p>
    <w:p>
      <w:pPr>
        <w:spacing w:before="0" w:after="80" w:line="300" w:lineRule="auto"/>
        <w:jc w:val="left"/>
      </w:pPr>
      <w:r>
        <w:rPr>
          <w:rFonts w:ascii="Times New Roman" w:hAnsi="Times New Roman" w:eastAsia="宋体"/>
          <w:b w:val="0"/>
          <w:i w:val="0"/>
          <w:color w:val="333333"/>
          <w:sz w:val="19"/>
        </w:rPr>
        <w:t>3¹⁰⁰+2¹⁰⁰/3⁹⁶+2⁹⁶?</w:t>
      </w:r>
    </w:p>
    <w:p>
      <w:pPr>
        <w:spacing w:before="0" w:after="160" w:line="300" w:lineRule="auto"/>
      </w:pPr>
      <w:r>
        <w:rPr>
          <w:rFonts w:ascii="Times New Roman" w:hAnsi="Times New Roman" w:eastAsia="宋体"/>
          <w:b w:val="0"/>
          <w:i w:val="0"/>
          <w:color w:val="333333"/>
          <w:sz w:val="19"/>
        </w:rPr>
        <w:t>(A) 80　　(B) 81　　(C) 96　　(D) 97　　(E) 625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两个半径为 5 的圆彼此外切，并且都内切于一个半径为 13 的圆，切点分别为 A 和 B，如图所示。距离 AB 可写成 m/n，其中 m 与 n 是互质的正整数。求 m+n。</w:t>
      </w:r>
    </w:p>
    <w:p>
      <w:pPr>
        <w:spacing w:before="80" w:after="80"/>
        <w:jc w:val="center"/>
      </w:pPr>
      <w:r>
        <w:drawing>
          <wp:inline xmlns:a="http://schemas.openxmlformats.org/drawingml/2006/main" xmlns:pic="http://schemas.openxmlformats.org/drawingml/2006/picture">
            <wp:extent cx="1322215" cy="1322215"/>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322215" cy="1322215"/>
                    </a:xfrm>
                    <a:prstGeom prst="rect"/>
                  </pic:spPr>
                </pic:pic>
              </a:graphicData>
            </a:graphic>
          </wp:inline>
        </w:drawing>
      </w:r>
    </w:p>
    <w:p>
      <w:pPr>
        <w:spacing w:before="0" w:after="120" w:line="300" w:lineRule="auto"/>
      </w:pPr>
      <w:r>
        <w:rPr>
          <w:rFonts w:ascii="Times New Roman" w:hAnsi="Times New Roman" w:eastAsia="宋体"/>
          <w:b w:val="0"/>
          <w:i w:val="0"/>
          <w:sz w:val="21"/>
        </w:rPr>
        <w:t>（A）21　　（B）29　　（C）58　　（D）69　　（E）93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of radius 5 are externally tangent to each other and are internally tangent to a circle of radius 13 at points A and B, as shown in the diagram. The distance AB can be written in the form m/n, where m and n are relatively prime positive integers. What is m+n?</w:t>
      </w:r>
    </w:p>
    <w:p>
      <w:pPr>
        <w:spacing w:before="80" w:after="80"/>
        <w:jc w:val="center"/>
      </w:pPr>
      <w:r>
        <w:drawing>
          <wp:inline xmlns:a="http://schemas.openxmlformats.org/drawingml/2006/main" xmlns:pic="http://schemas.openxmlformats.org/drawingml/2006/picture">
            <wp:extent cx="1322215" cy="1322215"/>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1322215" cy="132221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　　(B) 29　　(C) 58　　(D) 69　　(E) 93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直角三角形 ABC 的两条直角边长分别为 AB=20 和 BC=21。从顶点 B 向斜边 AC 上一点作线段，把 AB 和 BC 也计算在内，共有多少条这样的线段长度是整数？</w:t>
      </w:r>
    </w:p>
    <w:p>
      <w:pPr>
        <w:spacing w:before="0" w:after="120" w:line="300" w:lineRule="auto"/>
      </w:pPr>
      <w:r>
        <w:rPr>
          <w:rFonts w:ascii="Times New Roman" w:hAnsi="Times New Roman" w:eastAsia="宋体"/>
          <w:b w:val="0"/>
          <w:i w:val="0"/>
          <w:sz w:val="21"/>
        </w:rPr>
        <w:t>（A）5　　（B）8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triangle ABC has leg lengths AB=20 and BC=21. Including AB and BC, how many line segments with integer length can be drawn from vertex B to a point on hypotenuse AC?</w:t>
      </w:r>
    </w:p>
    <w:p>
      <w:pPr>
        <w:spacing w:before="0" w:after="160" w:line="300" w:lineRule="auto"/>
      </w:pPr>
      <w:r>
        <w:rPr>
          <w:rFonts w:ascii="Times New Roman" w:hAnsi="Times New Roman" w:eastAsia="宋体"/>
          <w:b w:val="0"/>
          <w:i w:val="0"/>
          <w:color w:val="333333"/>
          <w:sz w:val="19"/>
        </w:rPr>
        <w:t>(A) 5　　(B) 8　　(C) 12　　(D) 13　　(E) 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S 是从 {1,2,…,12} 中选出的 6 个整数所组成的集合，并满足：若 a 和 b 都属于 S，且 a &lt; b，则 b 不是 a 的倍数。S 中元素的最小可能值是多少？</w:t>
      </w:r>
    </w:p>
    <w:p>
      <w:pPr>
        <w:spacing w:before="0" w:after="120" w:line="300" w:lineRule="auto"/>
      </w:pPr>
      <w:r>
        <w:rPr>
          <w:rFonts w:ascii="Times New Roman" w:hAnsi="Times New Roman" w:eastAsia="宋体"/>
          <w:b w:val="0"/>
          <w:i w:val="0"/>
          <w:sz w:val="21"/>
        </w:rPr>
        <w:t>（A）2　　（B）3　　（C）4　　（D）5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set of 6 integers taken from {1,2,…,12} with the property that if a and b are elements of S with a &lt; b, then b is not a multiple of a. What is the least possible value of an element in S?</w:t>
      </w:r>
    </w:p>
    <w:p>
      <w:pPr>
        <w:spacing w:before="0" w:after="160" w:line="300" w:lineRule="auto"/>
      </w:pPr>
      <w:r>
        <w:rPr>
          <w:rFonts w:ascii="Times New Roman" w:hAnsi="Times New Roman" w:eastAsia="宋体"/>
          <w:b w:val="0"/>
          <w:i w:val="0"/>
          <w:color w:val="333333"/>
          <w:sz w:val="19"/>
        </w:rPr>
        <w:t>(A) 2　　(B) 3　　(C) 4　　(D) 5　　(E) 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有多少个非负整数可以写成</w:t>
      </w:r>
    </w:p>
    <w:p>
      <w:pPr>
        <w:spacing w:before="0" w:after="80" w:line="300" w:lineRule="auto"/>
        <w:jc w:val="left"/>
      </w:pPr>
      <w:r>
        <w:rPr>
          <w:rFonts w:ascii="Times New Roman" w:hAnsi="Times New Roman" w:eastAsia="宋体"/>
          <w:b w:val="0"/>
          <w:i w:val="0"/>
          <w:sz w:val="21"/>
        </w:rPr>
        <w:t>a₇·3⁷+a₆·3⁶+a₅·3⁵</w:t>
      </w:r>
    </w:p>
    <w:p>
      <w:pPr>
        <w:spacing w:before="0" w:after="80" w:line="300" w:lineRule="auto"/>
        <w:jc w:val="left"/>
      </w:pPr>
      <w:r>
        <w:rPr>
          <w:rFonts w:ascii="Times New Roman" w:hAnsi="Times New Roman" w:eastAsia="宋体"/>
          <w:b w:val="0"/>
          <w:i w:val="0"/>
          <w:sz w:val="21"/>
        </w:rPr>
        <w:t>+a₄·3⁴+a₃·3³+a₂·3²</w:t>
      </w:r>
    </w:p>
    <w:p>
      <w:pPr>
        <w:spacing w:before="0" w:after="80" w:line="300" w:lineRule="auto"/>
        <w:jc w:val="left"/>
      </w:pPr>
      <w:r>
        <w:rPr>
          <w:rFonts w:ascii="Times New Roman" w:hAnsi="Times New Roman" w:eastAsia="宋体"/>
          <w:b w:val="0"/>
          <w:i w:val="0"/>
          <w:sz w:val="21"/>
        </w:rPr>
        <w:t>+a₁·3¹+a₀·3⁰，</w:t>
      </w:r>
    </w:p>
    <w:p>
      <w:pPr>
        <w:spacing w:before="0" w:after="80" w:line="300" w:lineRule="auto"/>
        <w:jc w:val="left"/>
      </w:pPr>
      <w:r>
        <w:rPr>
          <w:rFonts w:ascii="Times New Roman" w:hAnsi="Times New Roman" w:eastAsia="宋体"/>
          <w:b w:val="0"/>
          <w:i w:val="0"/>
          <w:sz w:val="21"/>
        </w:rPr>
        <w:t>其中对 0≤ i ≤ 7，都有 aᵢ∈ {-1,0,1}？</w:t>
      </w:r>
    </w:p>
    <w:p>
      <w:pPr>
        <w:spacing w:before="0" w:after="120" w:line="300" w:lineRule="auto"/>
      </w:pPr>
      <w:r>
        <w:rPr>
          <w:rFonts w:ascii="Times New Roman" w:hAnsi="Times New Roman" w:eastAsia="宋体"/>
          <w:b w:val="0"/>
          <w:i w:val="0"/>
          <w:sz w:val="21"/>
        </w:rPr>
        <w:t>（A）512　　（B）729　　（C）1094　　（D）3281　　（E）59,048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nonnegative integers can be written in the form</w:t>
      </w:r>
    </w:p>
    <w:p>
      <w:pPr>
        <w:spacing w:before="0" w:after="80" w:line="300" w:lineRule="auto"/>
        <w:jc w:val="left"/>
      </w:pPr>
      <w:r>
        <w:rPr>
          <w:rFonts w:ascii="Times New Roman" w:hAnsi="Times New Roman" w:eastAsia="宋体"/>
          <w:b w:val="0"/>
          <w:i w:val="0"/>
          <w:color w:val="333333"/>
          <w:sz w:val="19"/>
        </w:rPr>
        <w:t>a₇·3⁷+a₆·3⁶+a₅·3⁵</w:t>
      </w:r>
    </w:p>
    <w:p>
      <w:pPr>
        <w:spacing w:before="0" w:after="80" w:line="300" w:lineRule="auto"/>
        <w:jc w:val="left"/>
      </w:pPr>
      <w:r>
        <w:rPr>
          <w:rFonts w:ascii="Times New Roman" w:hAnsi="Times New Roman" w:eastAsia="宋体"/>
          <w:b w:val="0"/>
          <w:i w:val="0"/>
          <w:color w:val="333333"/>
          <w:sz w:val="19"/>
        </w:rPr>
        <w:t>+a₄·3⁴+a₃·3³+a₂·3²</w:t>
      </w:r>
    </w:p>
    <w:p>
      <w:pPr>
        <w:spacing w:before="0" w:after="80" w:line="300" w:lineRule="auto"/>
        <w:jc w:val="left"/>
      </w:pPr>
      <w:r>
        <w:rPr>
          <w:rFonts w:ascii="Times New Roman" w:hAnsi="Times New Roman" w:eastAsia="宋体"/>
          <w:b w:val="0"/>
          <w:i w:val="0"/>
          <w:color w:val="333333"/>
          <w:sz w:val="19"/>
        </w:rPr>
        <w:t>+a₁·3¹+a₀·3⁰,</w:t>
      </w:r>
    </w:p>
    <w:p>
      <w:pPr>
        <w:spacing w:before="0" w:after="80" w:line="300" w:lineRule="auto"/>
        <w:jc w:val="left"/>
      </w:pPr>
      <w:r>
        <w:rPr>
          <w:rFonts w:ascii="Times New Roman" w:hAnsi="Times New Roman" w:eastAsia="宋体"/>
          <w:b w:val="0"/>
          <w:i w:val="0"/>
          <w:color w:val="333333"/>
          <w:sz w:val="19"/>
        </w:rPr>
        <w:t>where aᵢ∈ {-1,0,1} for 0≤ i ≤ 7?</w:t>
      </w:r>
    </w:p>
    <w:p>
      <w:pPr>
        <w:spacing w:before="0" w:after="160" w:line="300" w:lineRule="auto"/>
      </w:pPr>
      <w:r>
        <w:rPr>
          <w:rFonts w:ascii="Times New Roman" w:hAnsi="Times New Roman" w:eastAsia="宋体"/>
          <w:b w:val="0"/>
          <w:i w:val="0"/>
          <w:color w:val="333333"/>
          <w:sz w:val="19"/>
        </w:rPr>
        <w:t>(A) 512　　(B) 729　　(C) 1094　　(D) 3281　　(E) 59,048</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从集合</w:t>
      </w:r>
    </w:p>
    <w:p>
      <w:pPr>
        <w:spacing w:before="0" w:after="80" w:line="300" w:lineRule="auto"/>
        <w:jc w:val="left"/>
      </w:pPr>
      <w:r>
        <w:rPr>
          <w:rFonts w:ascii="Times New Roman" w:hAnsi="Times New Roman" w:eastAsia="宋体"/>
          <w:b w:val="0"/>
          <w:i w:val="0"/>
          <w:sz w:val="21"/>
        </w:rPr>
        <w:t>{11,13,15,17,19}</w:t>
      </w:r>
    </w:p>
    <w:p>
      <w:pPr>
        <w:spacing w:before="0" w:after="80" w:line="300" w:lineRule="auto"/>
        <w:jc w:val="left"/>
      </w:pPr>
      <w:r>
        <w:rPr>
          <w:rFonts w:ascii="Times New Roman" w:hAnsi="Times New Roman" w:eastAsia="宋体"/>
          <w:b w:val="0"/>
          <w:i w:val="0"/>
          <w:sz w:val="21"/>
        </w:rPr>
        <w:t>中随机选择一个数 m，并从集合</w:t>
      </w:r>
    </w:p>
    <w:p>
      <w:pPr>
        <w:spacing w:before="0" w:after="80" w:line="300" w:lineRule="auto"/>
        <w:jc w:val="left"/>
      </w:pPr>
      <w:r>
        <w:rPr>
          <w:rFonts w:ascii="Times New Roman" w:hAnsi="Times New Roman" w:eastAsia="宋体"/>
          <w:b w:val="0"/>
          <w:i w:val="0"/>
          <w:sz w:val="21"/>
        </w:rPr>
        <w:t>{1999,2000,2001,…,2018}</w:t>
      </w:r>
    </w:p>
    <w:p>
      <w:pPr>
        <w:spacing w:before="0" w:after="80" w:line="300" w:lineRule="auto"/>
        <w:jc w:val="left"/>
      </w:pPr>
      <w:r>
        <w:rPr>
          <w:rFonts w:ascii="Times New Roman" w:hAnsi="Times New Roman" w:eastAsia="宋体"/>
          <w:b w:val="0"/>
          <w:i w:val="0"/>
          <w:sz w:val="21"/>
        </w:rPr>
        <w:t>中随机选择一个数 n。mⁿ 的个位数字为 1 的概率是多少？</w:t>
      </w:r>
    </w:p>
    <w:p>
      <w:pPr>
        <w:spacing w:before="0" w:after="120" w:line="300" w:lineRule="auto"/>
      </w:pPr>
      <w:r>
        <w:rPr>
          <w:rFonts w:ascii="Times New Roman" w:hAnsi="Times New Roman" w:eastAsia="宋体"/>
          <w:b w:val="0"/>
          <w:i w:val="0"/>
          <w:sz w:val="21"/>
        </w:rPr>
        <w:t>（A）1/5　　（B）1/4　　（C）3/10　　（D）7/20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m is randomly selected from the set</w:t>
      </w:r>
    </w:p>
    <w:p>
      <w:pPr>
        <w:spacing w:before="0" w:after="80" w:line="300" w:lineRule="auto"/>
        <w:jc w:val="left"/>
      </w:pPr>
      <w:r>
        <w:rPr>
          <w:rFonts w:ascii="Times New Roman" w:hAnsi="Times New Roman" w:eastAsia="宋体"/>
          <w:b w:val="0"/>
          <w:i w:val="0"/>
          <w:color w:val="333333"/>
          <w:sz w:val="19"/>
        </w:rPr>
        <w:t>{11,13,15,17,19},</w:t>
      </w:r>
    </w:p>
    <w:p>
      <w:pPr>
        <w:spacing w:before="0" w:after="80" w:line="300" w:lineRule="auto"/>
        <w:jc w:val="left"/>
      </w:pPr>
      <w:r>
        <w:rPr>
          <w:rFonts w:ascii="Times New Roman" w:hAnsi="Times New Roman" w:eastAsia="宋体"/>
          <w:b w:val="0"/>
          <w:i w:val="0"/>
          <w:color w:val="333333"/>
          <w:sz w:val="19"/>
        </w:rPr>
        <w:t>and a number n is randomly selected from</w:t>
      </w:r>
    </w:p>
    <w:p>
      <w:pPr>
        <w:spacing w:before="0" w:after="80" w:line="300" w:lineRule="auto"/>
        <w:jc w:val="left"/>
      </w:pPr>
      <w:r>
        <w:rPr>
          <w:rFonts w:ascii="Times New Roman" w:hAnsi="Times New Roman" w:eastAsia="宋体"/>
          <w:b w:val="0"/>
          <w:i w:val="0"/>
          <w:color w:val="333333"/>
          <w:sz w:val="19"/>
        </w:rPr>
        <w:t>{1999,2000,2001,…,2018}.</w:t>
      </w:r>
    </w:p>
    <w:p>
      <w:pPr>
        <w:spacing w:before="0" w:after="80" w:line="300" w:lineRule="auto"/>
        <w:jc w:val="left"/>
      </w:pPr>
      <w:r>
        <w:rPr>
          <w:rFonts w:ascii="Times New Roman" w:hAnsi="Times New Roman" w:eastAsia="宋体"/>
          <w:b w:val="0"/>
          <w:i w:val="0"/>
          <w:color w:val="333333"/>
          <w:sz w:val="19"/>
        </w:rPr>
        <w:t>What is the probability that mⁿ has a units digit of 1?</w:t>
      </w:r>
    </w:p>
    <w:p>
      <w:pPr>
        <w:spacing w:before="0" w:after="160" w:line="300" w:lineRule="auto"/>
      </w:pPr>
      <w:r>
        <w:rPr>
          <w:rFonts w:ascii="Times New Roman" w:hAnsi="Times New Roman" w:eastAsia="宋体"/>
          <w:b w:val="0"/>
          <w:i w:val="0"/>
          <w:color w:val="333333"/>
          <w:sz w:val="19"/>
        </w:rPr>
        <w:t>(A) 1/5　　(B) 1/4　　(C) 3/10　　(D) 7/20　　(E) 2/5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一个扫描码由一个 7 × 7 方格构成，其中一些小方格涂黑，其余小方格涂白。在这个由 49 个小方格组成的网格中，两种颜色都必须至少出现一次。</w:t>
      </w:r>
    </w:p>
    <w:p>
      <w:pPr>
        <w:spacing w:before="0" w:after="80" w:line="300" w:lineRule="auto"/>
        <w:jc w:val="left"/>
      </w:pPr>
      <w:r>
        <w:rPr>
          <w:rFonts w:ascii="Times New Roman" w:hAnsi="Times New Roman" w:eastAsia="宋体"/>
          <w:b w:val="0"/>
          <w:i w:val="0"/>
          <w:sz w:val="21"/>
        </w:rPr>
        <w:t>如果把整个正方形绕中心逆时针旋转 90° 的任意整数倍，或关于连接两个对角顶点的直线、连接两条对边中点的直线反射后，扫描码的外观都不改变，就称它是</w:t>
      </w:r>
      <w:r>
        <w:rPr>
          <w:rFonts w:ascii="Times New Roman" w:hAnsi="Times New Roman" w:eastAsia="宋体"/>
          <w:b w:val="0"/>
          <w:i/>
          <w:sz w:val="21"/>
        </w:rPr>
        <w:t>对称的</w:t>
      </w: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一共有多少种可能的对称扫描码？</w:t>
      </w:r>
    </w:p>
    <w:p>
      <w:pPr>
        <w:spacing w:before="0" w:after="120" w:line="300" w:lineRule="auto"/>
      </w:pPr>
      <w:r>
        <w:rPr>
          <w:rFonts w:ascii="Times New Roman" w:hAnsi="Times New Roman" w:eastAsia="宋体"/>
          <w:b w:val="0"/>
          <w:i w:val="0"/>
          <w:sz w:val="21"/>
        </w:rPr>
        <w:t>（A）510　　（B）1022　　（C）8190　　（D）8192　　（E）65,534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scanning code consists of a 7 × 7 grid of squares, with some of its squares colored black and the rest colored white. There must be at least one square of each color in this grid of 49 squares.</w:t>
      </w:r>
    </w:p>
    <w:p>
      <w:pPr>
        <w:spacing w:before="0" w:after="80" w:line="300" w:lineRule="auto"/>
        <w:jc w:val="left"/>
      </w:pPr>
      <w:r>
        <w:rPr>
          <w:rFonts w:ascii="Times New Roman" w:hAnsi="Times New Roman" w:eastAsia="宋体"/>
          <w:b w:val="0"/>
          <w:i w:val="0"/>
          <w:color w:val="333333"/>
          <w:sz w:val="19"/>
        </w:rPr>
        <w:t>A scanning code is called</w:t>
      </w:r>
      <w:r>
        <w:rPr>
          <w:rFonts w:ascii="Times New Roman" w:hAnsi="Times New Roman" w:eastAsia="宋体"/>
          <w:b w:val="0"/>
          <w:i/>
          <w:color w:val="333333"/>
          <w:sz w:val="19"/>
        </w:rPr>
        <w:t>symmetric</w:t>
      </w:r>
      <w:r>
        <w:rPr>
          <w:rFonts w:ascii="Times New Roman" w:hAnsi="Times New Roman" w:eastAsia="宋体"/>
          <w:b w:val="0"/>
          <w:i w:val="0"/>
          <w:color w:val="333333"/>
          <w:sz w:val="19"/>
        </w:rPr>
        <w:t>if its look does not change when the entire square is rotated by a multiple of 90° counterclockwise around its center, nor when it is reflected across a line joining opposite corners or a line joining midpoints of opposite sides.</w:t>
      </w:r>
    </w:p>
    <w:p>
      <w:pPr>
        <w:spacing w:before="0" w:after="80" w:line="300" w:lineRule="auto"/>
        <w:jc w:val="left"/>
      </w:pPr>
      <w:r>
        <w:rPr>
          <w:rFonts w:ascii="Times New Roman" w:hAnsi="Times New Roman" w:eastAsia="宋体"/>
          <w:b w:val="0"/>
          <w:i w:val="0"/>
          <w:color w:val="333333"/>
          <w:sz w:val="19"/>
        </w:rPr>
        <w:t>What is the total number of possible symmetric scanning codes?</w:t>
      </w:r>
    </w:p>
    <w:p>
      <w:pPr>
        <w:spacing w:before="0" w:after="160" w:line="300" w:lineRule="auto"/>
      </w:pPr>
      <w:r>
        <w:rPr>
          <w:rFonts w:ascii="Times New Roman" w:hAnsi="Times New Roman" w:eastAsia="宋体"/>
          <w:b w:val="0"/>
          <w:i w:val="0"/>
          <w:color w:val="333333"/>
          <w:sz w:val="19"/>
        </w:rPr>
        <w:t>(A) 510　　(B) 1022　　(C) 8190　　(D) 8192　　(E) 65,534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在实 xy 平面内，曲线 x²+y²=a² 与 y=x²-a 恰好相交于 3 个点时，下列哪一项描述了 a 的取值范围？</w:t>
      </w:r>
    </w:p>
    <w:p>
      <w:pPr>
        <w:spacing w:before="0" w:after="120" w:line="300" w:lineRule="auto"/>
      </w:pPr>
      <w:r>
        <w:rPr>
          <w:rFonts w:ascii="Times New Roman" w:hAnsi="Times New Roman" w:eastAsia="宋体"/>
          <w:b w:val="0"/>
          <w:i w:val="0"/>
          <w:sz w:val="21"/>
        </w:rPr>
        <w:t>（A）a = 1/4　　（B）1/4 &lt; a &lt; 1/2　　（C）a &gt; 1/4　　（D）a = 1/2　　（E）a &gt;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describes the set of values of a for which the curves x²+y²=a² and y=x²-a in the real xy-plane intersect at exactly 3 points?</w:t>
      </w:r>
    </w:p>
    <w:p>
      <w:pPr>
        <w:spacing w:before="0" w:after="160" w:line="300" w:lineRule="auto"/>
      </w:pPr>
      <w:r>
        <w:rPr>
          <w:rFonts w:ascii="Times New Roman" w:hAnsi="Times New Roman" w:eastAsia="宋体"/>
          <w:b w:val="0"/>
          <w:i w:val="0"/>
          <w:color w:val="333333"/>
          <w:sz w:val="19"/>
        </w:rPr>
        <w:t>(A) a = 1/4　　(B) 1/4 &lt; a &lt; 1/2　　(C) a &gt; 1/4　　(D) a = 1/2　　(E) a &gt;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a、b、c 和 d 是正整数，并满足</w:t>
      </w:r>
    </w:p>
    <w:p>
      <w:pPr>
        <w:spacing w:before="0" w:after="80" w:line="300" w:lineRule="auto"/>
        <w:jc w:val="left"/>
      </w:pPr>
      <w:r>
        <w:rPr>
          <w:rFonts w:ascii="Times New Roman" w:hAnsi="Times New Roman" w:eastAsia="宋体"/>
          <w:b w:val="0"/>
          <w:i w:val="0"/>
          <w:sz w:val="21"/>
        </w:rPr>
        <w:t>gcd(a, b)=24，</w:t>
      </w:r>
    </w:p>
    <w:p>
      <w:pPr>
        <w:spacing w:before="0" w:after="80" w:line="300" w:lineRule="auto"/>
        <w:jc w:val="left"/>
      </w:pPr>
      <w:r>
        <w:rPr>
          <w:rFonts w:ascii="Times New Roman" w:hAnsi="Times New Roman" w:eastAsia="宋体"/>
          <w:b w:val="0"/>
          <w:i w:val="0"/>
          <w:sz w:val="21"/>
        </w:rPr>
        <w:t>gcd(b, c)=36，</w:t>
      </w:r>
    </w:p>
    <w:p>
      <w:pPr>
        <w:spacing w:before="0" w:after="80" w:line="300" w:lineRule="auto"/>
        <w:jc w:val="left"/>
      </w:pPr>
      <w:r>
        <w:rPr>
          <w:rFonts w:ascii="Times New Roman" w:hAnsi="Times New Roman" w:eastAsia="宋体"/>
          <w:b w:val="0"/>
          <w:i w:val="0"/>
          <w:sz w:val="21"/>
        </w:rPr>
        <w:t>gcd(c, d)=54，</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70 &lt; gcd(d, a) &lt; 100。</w:t>
      </w:r>
    </w:p>
    <w:p>
      <w:pPr>
        <w:spacing w:before="0" w:after="80" w:line="300" w:lineRule="auto"/>
        <w:jc w:val="left"/>
      </w:pPr>
      <w:r>
        <w:rPr>
          <w:rFonts w:ascii="Times New Roman" w:hAnsi="Times New Roman" w:eastAsia="宋体"/>
          <w:b w:val="0"/>
          <w:i w:val="0"/>
          <w:sz w:val="21"/>
        </w:rPr>
        <w:t>下列哪一个数一定是 a 的因数？</w:t>
      </w:r>
    </w:p>
    <w:p>
      <w:pPr>
        <w:spacing w:before="0" w:after="120" w:line="300" w:lineRule="auto"/>
      </w:pPr>
      <w:r>
        <w:rPr>
          <w:rFonts w:ascii="Times New Roman" w:hAnsi="Times New Roman" w:eastAsia="宋体"/>
          <w:b w:val="0"/>
          <w:i w:val="0"/>
          <w:sz w:val="21"/>
        </w:rPr>
        <w:t>（A）5　　（B）7　　（C）11　　（D）13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and d be positive integers such that</w:t>
      </w:r>
    </w:p>
    <w:p>
      <w:pPr>
        <w:spacing w:before="0" w:after="80" w:line="300" w:lineRule="auto"/>
        <w:jc w:val="left"/>
      </w:pPr>
      <w:r>
        <w:rPr>
          <w:rFonts w:ascii="Times New Roman" w:hAnsi="Times New Roman" w:eastAsia="宋体"/>
          <w:b w:val="0"/>
          <w:i w:val="0"/>
          <w:color w:val="333333"/>
          <w:sz w:val="19"/>
        </w:rPr>
        <w:t>gcd(a, b)=24,</w:t>
      </w:r>
    </w:p>
    <w:p>
      <w:pPr>
        <w:spacing w:before="0" w:after="80" w:line="300" w:lineRule="auto"/>
        <w:jc w:val="left"/>
      </w:pPr>
      <w:r>
        <w:rPr>
          <w:rFonts w:ascii="Times New Roman" w:hAnsi="Times New Roman" w:eastAsia="宋体"/>
          <w:b w:val="0"/>
          <w:i w:val="0"/>
          <w:color w:val="333333"/>
          <w:sz w:val="19"/>
        </w:rPr>
        <w:t>gcd(b, c)=36,</w:t>
      </w:r>
    </w:p>
    <w:p>
      <w:pPr>
        <w:spacing w:before="0" w:after="80" w:line="300" w:lineRule="auto"/>
        <w:jc w:val="left"/>
      </w:pPr>
      <w:r>
        <w:rPr>
          <w:rFonts w:ascii="Times New Roman" w:hAnsi="Times New Roman" w:eastAsia="宋体"/>
          <w:b w:val="0"/>
          <w:i w:val="0"/>
          <w:color w:val="333333"/>
          <w:sz w:val="19"/>
        </w:rPr>
        <w:t>gcd(c, d)=54,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70 &lt; gcd(d, a) &lt; 100.</w:t>
      </w:r>
    </w:p>
    <w:p>
      <w:pPr>
        <w:spacing w:before="0" w:after="80" w:line="300" w:lineRule="auto"/>
        <w:jc w:val="left"/>
      </w:pPr>
      <w:r>
        <w:rPr>
          <w:rFonts w:ascii="Times New Roman" w:hAnsi="Times New Roman" w:eastAsia="宋体"/>
          <w:b w:val="0"/>
          <w:i w:val="0"/>
          <w:color w:val="333333"/>
          <w:sz w:val="19"/>
        </w:rPr>
        <w:t>Which of the following must be a divisor of a?</w:t>
      </w:r>
    </w:p>
    <w:p>
      <w:pPr>
        <w:spacing w:before="0" w:after="160" w:line="300" w:lineRule="auto"/>
      </w:pPr>
      <w:r>
        <w:rPr>
          <w:rFonts w:ascii="Times New Roman" w:hAnsi="Times New Roman" w:eastAsia="宋体"/>
          <w:b w:val="0"/>
          <w:i w:val="0"/>
          <w:color w:val="333333"/>
          <w:sz w:val="19"/>
        </w:rPr>
        <w:t>(A) 5　　(B) 7　　(C) 11　　(D) 13　　(E) 17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农夫 Pythagoras 有一块直角三角形田地，两条直角边分别长 3 和 4 个单位。他在两条直角边相交的角落留出一个未种植的小正方形 S，使它从空中看起来像直角符号。田地的其余部分都已种植。S 到斜边的最短距离为 2 个单位。田地中已种植部分占几分之几？</w:t>
      </w:r>
    </w:p>
    <w:p>
      <w:pPr>
        <w:spacing w:before="80" w:after="80"/>
        <w:jc w:val="center"/>
      </w:pPr>
      <w:r>
        <w:drawing>
          <wp:inline xmlns:a="http://schemas.openxmlformats.org/drawingml/2006/main" xmlns:pic="http://schemas.openxmlformats.org/drawingml/2006/picture">
            <wp:extent cx="1834667" cy="1379175"/>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1834667" cy="1379175"/>
                    </a:xfrm>
                    <a:prstGeom prst="rect"/>
                  </pic:spPr>
                </pic:pic>
              </a:graphicData>
            </a:graphic>
          </wp:inline>
        </w:drawing>
      </w:r>
    </w:p>
    <w:p>
      <w:pPr>
        <w:spacing w:before="0" w:after="120" w:line="300" w:lineRule="auto"/>
      </w:pPr>
      <w:r>
        <w:rPr>
          <w:rFonts w:ascii="Times New Roman" w:hAnsi="Times New Roman" w:eastAsia="宋体"/>
          <w:b w:val="0"/>
          <w:i w:val="0"/>
          <w:sz w:val="21"/>
        </w:rPr>
        <w:t>（A）25/27　　（B）26/27　　（C）73/75　　（D）145/147　　（E）74/75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Farmer Pythagoras has a field in the shape of a right triangle. The right triangle’s legs have lengths 3 and 4 units. In the corner where those sides meet at a right angle, he leaves a small unplanted square S so that from the air it looks like the right angle symbol. The rest of the field is planted. The shortest distance from S to the hypotenuse is 2 units. What fraction of the field is planted?</w:t>
      </w:r>
    </w:p>
    <w:p>
      <w:pPr>
        <w:spacing w:before="80" w:after="80"/>
        <w:jc w:val="center"/>
      </w:pPr>
      <w:r>
        <w:drawing>
          <wp:inline xmlns:a="http://schemas.openxmlformats.org/drawingml/2006/main" xmlns:pic="http://schemas.openxmlformats.org/drawingml/2006/picture">
            <wp:extent cx="1834667" cy="1379175"/>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1834667" cy="13791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25/27　　(B) 26/27　　(C) 73/75　　(D) 145/147　　(E) 74/75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三角形 ABC 中，AB=50，AC=10，面积为 120。设 D 是 AB 的中点，E 是 AC 的中点。∠ BAC 的角平分线分别与 DE 和 BC 交于 F 和 G。四边形 FDBG 的面积是多少？</w:t>
      </w:r>
    </w:p>
    <w:p>
      <w:pPr>
        <w:spacing w:before="0" w:after="120" w:line="300" w:lineRule="auto"/>
      </w:pPr>
      <w:r>
        <w:rPr>
          <w:rFonts w:ascii="Times New Roman" w:hAnsi="Times New Roman" w:eastAsia="宋体"/>
          <w:b w:val="0"/>
          <w:i w:val="0"/>
          <w:sz w:val="21"/>
        </w:rPr>
        <w:t>（A）60　　（B）65　　（C）70　　（D）75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with AB=50 and AC=10 has area 120. Let D be the midpoint of AB, and let E be the midpoint of AC. The angle bisector of ∠ BAC intersects DE and BC at F and G, respectively. What is the area of quadrilateral FDBG?</w:t>
      </w:r>
    </w:p>
    <w:p>
      <w:pPr>
        <w:spacing w:before="0" w:after="160" w:line="300" w:lineRule="auto"/>
      </w:pPr>
      <w:r>
        <w:rPr>
          <w:rFonts w:ascii="Times New Roman" w:hAnsi="Times New Roman" w:eastAsia="宋体"/>
          <w:b w:val="0"/>
          <w:i w:val="0"/>
          <w:color w:val="333333"/>
          <w:sz w:val="19"/>
        </w:rPr>
        <w:t>(A) 60　　(B) 65　　(C) 70　　(D) 75　　(E) 80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对于正整数 n 和非零数字 a、b、c，令 Aₙ 表示每一位数字都等于 a 的 n 位整数；令 Bₙ 表示每一位数字都等于 b 的 n 位整数；令 Cₙ 表示每一位数字都等于 c 的 2n 位（而不是 n 位）整数。若至少有两个 n 的取值使下式成立，那么 a + b + c 的最大可能值是多少？</w:t>
      </w:r>
    </w:p>
    <w:p>
      <w:pPr>
        <w:spacing w:before="0" w:after="80" w:line="300" w:lineRule="auto"/>
        <w:jc w:val="left"/>
      </w:pPr>
      <w:r>
        <w:rPr>
          <w:rFonts w:ascii="Times New Roman" w:hAnsi="Times New Roman" w:eastAsia="宋体"/>
          <w:b w:val="0"/>
          <w:i w:val="0"/>
          <w:sz w:val="21"/>
        </w:rPr>
        <w:t>Cₙ - Bₙ = Aₙ²？</w:t>
      </w:r>
    </w:p>
    <w:p>
      <w:pPr>
        <w:spacing w:before="0" w:after="120" w:line="300" w:lineRule="auto"/>
      </w:pPr>
      <w:r>
        <w:rPr>
          <w:rFonts w:ascii="Times New Roman" w:hAnsi="Times New Roman" w:eastAsia="宋体"/>
          <w:b w:val="0"/>
          <w:i w:val="0"/>
          <w:sz w:val="21"/>
        </w:rPr>
        <w:t>（A）12　　（B）14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positive integer n and nonzero digits a, b, and c, let Aₙ be the n-digit integer each of whose digits is equal to a; let Bₙ be the n-digit integer each of whose digits is equal to b; and let Cₙ be the 2n-digit (not n-digit) integer each of whose digits is equal to c. What is the greatest possible value of a + b + c for which there are at least two values of n such that</w:t>
      </w:r>
    </w:p>
    <w:p>
      <w:pPr>
        <w:spacing w:before="0" w:after="80" w:line="300" w:lineRule="auto"/>
        <w:jc w:val="left"/>
      </w:pPr>
      <w:r>
        <w:rPr>
          <w:rFonts w:ascii="Times New Roman" w:hAnsi="Times New Roman" w:eastAsia="宋体"/>
          <w:b w:val="0"/>
          <w:i w:val="0"/>
          <w:color w:val="333333"/>
          <w:sz w:val="19"/>
        </w:rPr>
        <w:t>Cₙ - Bₙ = Aₙ²?</w:t>
      </w:r>
    </w:p>
    <w:p>
      <w:pPr>
        <w:spacing w:before="0" w:after="160" w:line="300" w:lineRule="auto"/>
      </w:pPr>
      <w:r>
        <w:rPr>
          <w:rFonts w:ascii="Times New Roman" w:hAnsi="Times New Roman" w:eastAsia="宋体"/>
          <w:b w:val="0"/>
          <w:i w:val="0"/>
          <w:color w:val="333333"/>
          <w:sz w:val="19"/>
        </w:rPr>
        <w:t>(A) 12　　(B) 14　　(C) 16　　(D) 18　　(E) 20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A　E　E　D　B　E　C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C　D　A　D　D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E　D　D　D　D</w:t>
      </w:r>
    </w:p>
    <w:p>
      <w:pPr>
        <w:spacing w:before="0" w:after="200" w:line="300" w:lineRule="auto"/>
      </w:pPr>
      <w:r>
        <w:rPr>
          <w:rFonts w:ascii="Times New Roman" w:hAnsi="Times New Roman" w:eastAsia="宋体"/>
          <w:b w:val="0"/>
          <w:i w:val="0"/>
          <w:color w:val="666666"/>
          <w:sz w:val="18"/>
        </w:rPr>
        <w:t>答案串：BAEEDBECEAECDADDCDEBEDDDD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由内向外逐步化简：</w:t>
      </w:r>
    </w:p>
    <w:p>
      <w:pPr>
        <w:spacing w:before="0" w:after="80" w:line="300" w:lineRule="auto"/>
        <w:jc w:val="left"/>
      </w:pPr>
      <w:r>
        <w:rPr>
          <w:rFonts w:ascii="Times New Roman" w:hAnsi="Times New Roman" w:eastAsia="宋体"/>
          <w:b w:val="0"/>
          <w:i w:val="0"/>
          <w:sz w:val="21"/>
        </w:rPr>
        <w:t>(((2+1)⁻¹+1)⁻¹+1)⁻¹+1</w:t>
      </w:r>
    </w:p>
    <w:p>
      <w:pPr>
        <w:spacing w:before="0" w:after="80" w:line="300" w:lineRule="auto"/>
        <w:jc w:val="left"/>
      </w:pPr>
      <w:r>
        <w:rPr>
          <w:rFonts w:ascii="Times New Roman" w:hAnsi="Times New Roman" w:eastAsia="宋体"/>
          <w:b w:val="0"/>
          <w:i w:val="0"/>
          <w:sz w:val="21"/>
        </w:rPr>
        <w:t>=((1/3+1)⁻¹+1)⁻¹+1</w:t>
      </w:r>
    </w:p>
    <w:p>
      <w:pPr>
        <w:spacing w:before="0" w:after="80" w:line="300" w:lineRule="auto"/>
        <w:jc w:val="left"/>
      </w:pPr>
      <w:r>
        <w:rPr>
          <w:rFonts w:ascii="Times New Roman" w:hAnsi="Times New Roman" w:eastAsia="宋体"/>
          <w:b w:val="0"/>
          <w:i w:val="0"/>
          <w:sz w:val="21"/>
        </w:rPr>
        <w:t>=(3/4+1)⁻¹+1</w:t>
      </w:r>
    </w:p>
    <w:p>
      <w:pPr>
        <w:spacing w:before="0" w:after="80" w:line="300" w:lineRule="auto"/>
        <w:jc w:val="left"/>
      </w:pPr>
      <w:r>
        <w:rPr>
          <w:rFonts w:ascii="Times New Roman" w:hAnsi="Times New Roman" w:eastAsia="宋体"/>
          <w:b w:val="0"/>
          <w:i w:val="0"/>
          <w:sz w:val="21"/>
        </w:rPr>
        <w:t>=4/7 + 1</w:t>
      </w:r>
    </w:p>
    <w:p>
      <w:pPr>
        <w:spacing w:before="0" w:after="80" w:line="300" w:lineRule="auto"/>
        <w:jc w:val="left"/>
      </w:pPr>
      <w:r>
        <w:rPr>
          <w:rFonts w:ascii="Times New Roman" w:hAnsi="Times New Roman" w:eastAsia="宋体"/>
          <w:b w:val="0"/>
          <w:i w:val="0"/>
          <w:sz w:val="21"/>
        </w:rPr>
        <w:t>=11/7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simplify this as follows.</w:t>
      </w:r>
    </w:p>
    <w:p>
      <w:pPr>
        <w:spacing w:before="0" w:after="80" w:line="300" w:lineRule="auto"/>
        <w:jc w:val="left"/>
      </w:pPr>
      <w:r>
        <w:rPr>
          <w:rFonts w:ascii="Times New Roman" w:hAnsi="Times New Roman" w:eastAsia="宋体"/>
          <w:b w:val="0"/>
          <w:i w:val="0"/>
          <w:color w:val="333333"/>
          <w:sz w:val="19"/>
        </w:rPr>
        <w:t>(((2+1)⁻¹+1)⁻¹+1)⁻¹+1</w:t>
      </w:r>
    </w:p>
    <w:p>
      <w:pPr>
        <w:spacing w:before="0" w:after="80" w:line="300" w:lineRule="auto"/>
        <w:jc w:val="left"/>
      </w:pPr>
      <w:r>
        <w:rPr>
          <w:rFonts w:ascii="Times New Roman" w:hAnsi="Times New Roman" w:eastAsia="宋体"/>
          <w:b w:val="0"/>
          <w:i w:val="0"/>
          <w:color w:val="333333"/>
          <w:sz w:val="19"/>
        </w:rPr>
        <w:t>=((1/3+1)⁻¹+1)⁻¹+1</w:t>
      </w:r>
    </w:p>
    <w:p>
      <w:pPr>
        <w:spacing w:before="0" w:after="80" w:line="300" w:lineRule="auto"/>
        <w:jc w:val="left"/>
      </w:pPr>
      <w:r>
        <w:rPr>
          <w:rFonts w:ascii="Times New Roman" w:hAnsi="Times New Roman" w:eastAsia="宋体"/>
          <w:b w:val="0"/>
          <w:i w:val="0"/>
          <w:color w:val="333333"/>
          <w:sz w:val="19"/>
        </w:rPr>
        <w:t>=(3/4+1)⁻¹+1</w:t>
      </w:r>
    </w:p>
    <w:p>
      <w:pPr>
        <w:spacing w:before="0" w:after="80" w:line="300" w:lineRule="auto"/>
        <w:jc w:val="left"/>
      </w:pPr>
      <w:r>
        <w:rPr>
          <w:rFonts w:ascii="Times New Roman" w:hAnsi="Times New Roman" w:eastAsia="宋体"/>
          <w:b w:val="0"/>
          <w:i w:val="0"/>
          <w:color w:val="333333"/>
          <w:sz w:val="19"/>
        </w:rPr>
        <w:t>=4/7 + 1</w:t>
      </w:r>
    </w:p>
    <w:p>
      <w:pPr>
        <w:spacing w:before="0" w:after="80" w:line="300" w:lineRule="auto"/>
        <w:jc w:val="left"/>
      </w:pPr>
      <w:r>
        <w:rPr>
          <w:rFonts w:ascii="Times New Roman" w:hAnsi="Times New Roman" w:eastAsia="宋体"/>
          <w:b w:val="0"/>
          <w:i w:val="0"/>
          <w:color w:val="333333"/>
          <w:sz w:val="19"/>
        </w:rPr>
        <w:t>=11/7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设 Jacqueline 有 x 加仑汽水，则 Alice 有 1.25x 加仑，Liliane 有 1.5x 加仑。</w:t>
      </w:r>
    </w:p>
    <w:p>
      <w:pPr>
        <w:spacing w:before="0" w:after="80" w:line="300" w:lineRule="auto"/>
        <w:jc w:val="left"/>
      </w:pPr>
      <w:r>
        <w:rPr>
          <w:rFonts w:ascii="Times New Roman" w:hAnsi="Times New Roman" w:eastAsia="宋体"/>
          <w:b w:val="0"/>
          <w:i w:val="0"/>
          <w:sz w:val="21"/>
        </w:rPr>
        <w:t>两人的汽水量之比为 1.5x/1.25x=1.2，所以 Liliane 的汽水比 Alice 多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gallons of soda that Jacqueline has. Then Alice has 1.25x gallons, and Liliane has 1.5x gallons.</w:t>
      </w:r>
    </w:p>
    <w:p>
      <w:pPr>
        <w:spacing w:before="0" w:after="80" w:line="300" w:lineRule="auto"/>
        <w:jc w:val="left"/>
      </w:pPr>
      <w:r>
        <w:rPr>
          <w:rFonts w:ascii="Times New Roman" w:hAnsi="Times New Roman" w:eastAsia="宋体"/>
          <w:b w:val="0"/>
          <w:i w:val="0"/>
          <w:color w:val="333333"/>
          <w:sz w:val="19"/>
        </w:rPr>
        <w:t>Therefore, the relationship can be found by dividing the amount of soda that each has to yield 1.5x/1.25x=1.2, which means Liliane has 20% more soda than Alice.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把 10! 依次除以 60、60 和 24，即可求出血液经过多少天后过期。</w:t>
      </w:r>
    </w:p>
    <w:p>
      <w:pPr>
        <w:spacing w:before="0" w:after="80" w:line="300" w:lineRule="auto"/>
        <w:jc w:val="left"/>
      </w:pPr>
      <w:r>
        <w:rPr>
          <w:rFonts w:ascii="Times New Roman" w:hAnsi="Times New Roman" w:eastAsia="宋体"/>
          <w:b w:val="0"/>
          <w:i w:val="0"/>
          <w:sz w:val="21"/>
        </w:rPr>
        <w:t>第一次约去 6 和 10，第二次约去 3, 4 和 5，最后一次约去 8，并把 9 化为 3。</w:t>
      </w:r>
    </w:p>
    <w:p>
      <w:pPr>
        <w:spacing w:before="0" w:after="80" w:line="300" w:lineRule="auto"/>
        <w:jc w:val="left"/>
      </w:pPr>
      <w:r>
        <w:rPr>
          <w:rFonts w:ascii="Times New Roman" w:hAnsi="Times New Roman" w:eastAsia="宋体"/>
          <w:b w:val="0"/>
          <w:i w:val="0"/>
          <w:sz w:val="21"/>
        </w:rPr>
        <w:t>剩下 2, 7 和 3，乘积为 42。一月有 31 天，所以到二月 1 日时还剩 42 - 31 = 11 天。</w:t>
      </w:r>
    </w:p>
    <w:p>
      <w:pPr>
        <w:spacing w:before="0" w:after="80" w:line="300" w:lineRule="auto"/>
        <w:jc w:val="left"/>
      </w:pPr>
      <w:r>
        <w:rPr>
          <w:rFonts w:ascii="Times New Roman" w:hAnsi="Times New Roman" w:eastAsia="宋体"/>
          <w:b w:val="0"/>
          <w:i w:val="0"/>
          <w:sz w:val="21"/>
        </w:rPr>
        <w:t>从二月 1 日再过 11 天，血液将在二月 12 日过期。</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divide 10! by 60, 60, and 24 to get the number of days that it takes for a unit of blood to expire.</w:t>
      </w:r>
    </w:p>
    <w:p>
      <w:pPr>
        <w:spacing w:before="0" w:after="80" w:line="300" w:lineRule="auto"/>
        <w:jc w:val="left"/>
      </w:pPr>
      <w:r>
        <w:rPr>
          <w:rFonts w:ascii="Times New Roman" w:hAnsi="Times New Roman" w:eastAsia="宋体"/>
          <w:b w:val="0"/>
          <w:i w:val="0"/>
          <w:color w:val="333333"/>
          <w:sz w:val="19"/>
        </w:rPr>
        <w:t>The first division cancels a 6 and 10. The second division cancels 3, 4, and 5. The final division cancels 8 and turns the 9 into a 3.</w:t>
      </w:r>
    </w:p>
    <w:p>
      <w:pPr>
        <w:spacing w:before="0" w:after="80" w:line="300" w:lineRule="auto"/>
        <w:jc w:val="left"/>
      </w:pPr>
      <w:r>
        <w:rPr>
          <w:rFonts w:ascii="Times New Roman" w:hAnsi="Times New Roman" w:eastAsia="宋体"/>
          <w:b w:val="0"/>
          <w:i w:val="0"/>
          <w:color w:val="333333"/>
          <w:sz w:val="19"/>
        </w:rPr>
        <w:t>This leaves 2, 7, and a 3, which multiply to 42. There are 31 days in January, so by February 1, the blood only has 42 - 31 = 11 days left.</w:t>
      </w:r>
    </w:p>
    <w:p>
      <w:pPr>
        <w:spacing w:before="0" w:after="80" w:line="300" w:lineRule="auto"/>
        <w:jc w:val="left"/>
      </w:pPr>
      <w:r>
        <w:rPr>
          <w:rFonts w:ascii="Times New Roman" w:hAnsi="Times New Roman" w:eastAsia="宋体"/>
          <w:b w:val="0"/>
          <w:i w:val="0"/>
          <w:color w:val="333333"/>
          <w:sz w:val="19"/>
        </w:rPr>
        <w:t>11 days from February 1 would make the blood expire on February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这 3 门数学课可以占据以下课时：</w:t>
      </w:r>
    </w:p>
    <w:p>
      <w:pPr>
        <w:spacing w:before="0" w:after="80" w:line="300" w:lineRule="auto"/>
        <w:jc w:val="left"/>
      </w:pPr>
      <w:r>
        <w:rPr>
          <w:rFonts w:ascii="Times New Roman" w:hAnsi="Times New Roman" w:eastAsia="宋体"/>
          <w:b w:val="0"/>
          <w:i w:val="0"/>
          <w:sz w:val="21"/>
        </w:rPr>
        <w:t>(1, 3, 5)，</w:t>
      </w:r>
    </w:p>
    <w:p>
      <w:pPr>
        <w:spacing w:before="0" w:after="80" w:line="300" w:lineRule="auto"/>
        <w:jc w:val="left"/>
      </w:pPr>
      <w:r>
        <w:rPr>
          <w:rFonts w:ascii="Times New Roman" w:hAnsi="Times New Roman" w:eastAsia="宋体"/>
          <w:b w:val="0"/>
          <w:i w:val="0"/>
          <w:sz w:val="21"/>
        </w:rPr>
        <w:t>(1, 3, 6)，</w:t>
      </w:r>
    </w:p>
    <w:p>
      <w:pPr>
        <w:spacing w:before="0" w:after="80" w:line="300" w:lineRule="auto"/>
        <w:jc w:val="left"/>
      </w:pPr>
      <w:r>
        <w:rPr>
          <w:rFonts w:ascii="Times New Roman" w:hAnsi="Times New Roman" w:eastAsia="宋体"/>
          <w:b w:val="0"/>
          <w:i w:val="0"/>
          <w:sz w:val="21"/>
        </w:rPr>
        <w:t>(1, 4, 6)，</w:t>
      </w:r>
    </w:p>
    <w:p>
      <w:pPr>
        <w:spacing w:before="0" w:after="80" w:line="300" w:lineRule="auto"/>
        <w:jc w:val="left"/>
      </w:pPr>
      <w:r>
        <w:rPr>
          <w:rFonts w:ascii="Times New Roman" w:hAnsi="Times New Roman" w:eastAsia="宋体"/>
          <w:b w:val="0"/>
          <w:i w:val="0"/>
          <w:sz w:val="21"/>
        </w:rPr>
        <w:t>(2, 4, 6)。</w:t>
      </w:r>
    </w:p>
    <w:p>
      <w:pPr>
        <w:spacing w:before="0" w:after="80" w:line="300" w:lineRule="auto"/>
        <w:jc w:val="left"/>
      </w:pPr>
      <w:r>
        <w:rPr>
          <w:rFonts w:ascii="Times New Roman" w:hAnsi="Times New Roman" w:eastAsia="宋体"/>
          <w:b w:val="0"/>
          <w:i w:val="0"/>
          <w:sz w:val="21"/>
        </w:rPr>
        <w:t>因此，选择数学课所在课时共有 4 种方法。</w:t>
      </w:r>
    </w:p>
    <w:p>
      <w:pPr>
        <w:spacing w:before="0" w:after="80" w:line="300" w:lineRule="auto"/>
        <w:jc w:val="left"/>
      </w:pPr>
      <w:r>
        <w:rPr>
          <w:rFonts w:ascii="Times New Roman" w:hAnsi="Times New Roman" w:eastAsia="宋体"/>
          <w:b w:val="0"/>
          <w:i w:val="0"/>
          <w:sz w:val="21"/>
        </w:rPr>
        <w:t>每种课时安排中，三门课有 3! 种顺序，所以总共有 6 · 4 = 24 种课程表。</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 classes can occupy the following periods:</w:t>
      </w:r>
    </w:p>
    <w:p>
      <w:pPr>
        <w:spacing w:before="0" w:after="80" w:line="300" w:lineRule="auto"/>
        <w:jc w:val="left"/>
      </w:pPr>
      <w:r>
        <w:rPr>
          <w:rFonts w:ascii="Times New Roman" w:hAnsi="Times New Roman" w:eastAsia="宋体"/>
          <w:b w:val="0"/>
          <w:i w:val="0"/>
          <w:color w:val="333333"/>
          <w:sz w:val="19"/>
        </w:rPr>
        <w:t>(1, 3, 5),</w:t>
      </w:r>
    </w:p>
    <w:p>
      <w:pPr>
        <w:spacing w:before="0" w:after="80" w:line="300" w:lineRule="auto"/>
        <w:jc w:val="left"/>
      </w:pPr>
      <w:r>
        <w:rPr>
          <w:rFonts w:ascii="Times New Roman" w:hAnsi="Times New Roman" w:eastAsia="宋体"/>
          <w:b w:val="0"/>
          <w:i w:val="0"/>
          <w:color w:val="333333"/>
          <w:sz w:val="19"/>
        </w:rPr>
        <w:t>(1, 3, 6),</w:t>
      </w:r>
    </w:p>
    <w:p>
      <w:pPr>
        <w:spacing w:before="0" w:after="80" w:line="300" w:lineRule="auto"/>
        <w:jc w:val="left"/>
      </w:pPr>
      <w:r>
        <w:rPr>
          <w:rFonts w:ascii="Times New Roman" w:hAnsi="Times New Roman" w:eastAsia="宋体"/>
          <w:b w:val="0"/>
          <w:i w:val="0"/>
          <w:color w:val="333333"/>
          <w:sz w:val="19"/>
        </w:rPr>
        <w:t>(1, 4, 6),</w:t>
      </w:r>
    </w:p>
    <w:p>
      <w:pPr>
        <w:spacing w:before="0" w:after="80" w:line="300" w:lineRule="auto"/>
        <w:jc w:val="left"/>
      </w:pPr>
      <w:r>
        <w:rPr>
          <w:rFonts w:ascii="Times New Roman" w:hAnsi="Times New Roman" w:eastAsia="宋体"/>
          <w:b w:val="0"/>
          <w:i w:val="0"/>
          <w:color w:val="333333"/>
          <w:sz w:val="19"/>
        </w:rPr>
        <w:t>(2, 4, 6).</w:t>
      </w:r>
    </w:p>
    <w:p>
      <w:pPr>
        <w:spacing w:before="0" w:after="80" w:line="300" w:lineRule="auto"/>
        <w:jc w:val="left"/>
      </w:pPr>
      <w:r>
        <w:rPr>
          <w:rFonts w:ascii="Times New Roman" w:hAnsi="Times New Roman" w:eastAsia="宋体"/>
          <w:b w:val="0"/>
          <w:i w:val="0"/>
          <w:color w:val="333333"/>
          <w:sz w:val="19"/>
        </w:rPr>
        <w:t>This means that there are 4 ways to choose which periods the mathematics courses occur.</w:t>
      </w:r>
    </w:p>
    <w:p>
      <w:pPr>
        <w:spacing w:before="0" w:after="80" w:line="300" w:lineRule="auto"/>
        <w:jc w:val="left"/>
      </w:pPr>
      <w:r>
        <w:rPr>
          <w:rFonts w:ascii="Times New Roman" w:hAnsi="Times New Roman" w:eastAsia="宋体"/>
          <w:b w:val="0"/>
          <w:i w:val="0"/>
          <w:color w:val="333333"/>
          <w:sz w:val="19"/>
        </w:rPr>
        <w:t>For each configuration, there are 3! ways to determine the order of the courses, for a total of 6 · 4 = 24 schedules.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Alice 的话不正确，说明 d &lt; 6。Bob 的话不正确，说明 d &gt; 5。Charlie 的话不正确，说明 d &gt; 4。</w:t>
      </w:r>
    </w:p>
    <w:p>
      <w:pPr>
        <w:spacing w:before="0" w:after="80" w:line="300" w:lineRule="auto"/>
        <w:jc w:val="left"/>
      </w:pPr>
      <w:r>
        <w:rPr>
          <w:rFonts w:ascii="Times New Roman" w:hAnsi="Times New Roman" w:eastAsia="宋体"/>
          <w:b w:val="0"/>
          <w:i w:val="0"/>
          <w:sz w:val="21"/>
        </w:rPr>
        <w:t>合并这些条件可得 5 &lt; d 且 d &lt; 6，因此 d 位于区间 (5,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Alice’s statement tells us that d &lt; 6. Bob’s statement tells us that d &gt; 5. Charlie’s statement tells us that d &gt; 4.</w:t>
      </w:r>
    </w:p>
    <w:p>
      <w:pPr>
        <w:spacing w:before="0" w:after="80" w:line="300" w:lineRule="auto"/>
        <w:jc w:val="left"/>
      </w:pPr>
      <w:r>
        <w:rPr>
          <w:rFonts w:ascii="Times New Roman" w:hAnsi="Times New Roman" w:eastAsia="宋体"/>
          <w:b w:val="0"/>
          <w:i w:val="0"/>
          <w:color w:val="333333"/>
          <w:sz w:val="19"/>
        </w:rPr>
        <w:t>Combining all of these tells us that 5 &lt; d and d &lt; 6, which means d is in the interval (5,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喜欢票占 65%，所以不喜欢票占 35%。因此视频分数等于总票数的 65% - 35% = 30%。</w:t>
      </w:r>
    </w:p>
    <w:p>
      <w:pPr>
        <w:spacing w:before="0" w:after="80" w:line="300" w:lineRule="auto"/>
        <w:jc w:val="left"/>
      </w:pPr>
      <w:r>
        <w:rPr>
          <w:rFonts w:ascii="Times New Roman" w:hAnsi="Times New Roman" w:eastAsia="宋体"/>
          <w:b w:val="0"/>
          <w:i w:val="0"/>
          <w:sz w:val="21"/>
        </w:rPr>
        <w:t>已知分数为 90，所以总票数为 90 ÷ 30% = 300。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65% of votes were like votes, then 35% of votes are dislike votes. Then Sangho’s score is 65% - 35% = 30% the total number of votes.</w:t>
      </w:r>
    </w:p>
    <w:p>
      <w:pPr>
        <w:spacing w:before="0" w:after="80" w:line="300" w:lineRule="auto"/>
        <w:jc w:val="left"/>
      </w:pPr>
      <w:r>
        <w:rPr>
          <w:rFonts w:ascii="Times New Roman" w:hAnsi="Times New Roman" w:eastAsia="宋体"/>
          <w:b w:val="0"/>
          <w:i w:val="0"/>
          <w:color w:val="333333"/>
          <w:sz w:val="19"/>
        </w:rPr>
        <w:t>We know that Sangho’s score is 90, so the total number of votes is 90 ÷ 30% = 300.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原式可改写为</w:t>
      </w:r>
    </w:p>
    <w:p>
      <w:pPr>
        <w:spacing w:before="0" w:after="80" w:line="300" w:lineRule="auto"/>
        <w:jc w:val="left"/>
      </w:pPr>
      <w:r>
        <w:rPr>
          <w:rFonts w:ascii="Times New Roman" w:hAnsi="Times New Roman" w:eastAsia="宋体"/>
          <w:b w:val="0"/>
          <w:i w:val="0"/>
          <w:sz w:val="21"/>
        </w:rPr>
        <w:t>(2⁵ · 5³) · (2/5)ⁿ = 2^(5 + n) · 5^(3 - n)。</w:t>
      </w:r>
    </w:p>
    <w:p>
      <w:pPr>
        <w:spacing w:before="0" w:after="80" w:line="300" w:lineRule="auto"/>
        <w:jc w:val="left"/>
      </w:pPr>
      <w:r>
        <w:rPr>
          <w:rFonts w:ascii="Times New Roman" w:hAnsi="Times New Roman" w:eastAsia="宋体"/>
          <w:b w:val="0"/>
          <w:i w:val="0"/>
          <w:sz w:val="21"/>
        </w:rPr>
        <w:t>要使它成为整数，两个指数都必须非负，即</w:t>
      </w:r>
    </w:p>
    <w:p>
      <w:pPr>
        <w:spacing w:before="0" w:after="80" w:line="300" w:lineRule="auto"/>
        <w:jc w:val="left"/>
      </w:pPr>
      <w:r>
        <w:rPr>
          <w:rFonts w:ascii="Times New Roman" w:hAnsi="Times New Roman" w:eastAsia="宋体"/>
          <w:b w:val="0"/>
          <w:i w:val="0"/>
          <w:sz w:val="21"/>
        </w:rPr>
        <w:t>5 + n ≥ 0 ⇒ n ≥ -5</w:t>
      </w:r>
    </w:p>
    <w:p>
      <w:pPr>
        <w:spacing w:before="0" w:after="80" w:line="300" w:lineRule="auto"/>
        <w:jc w:val="left"/>
      </w:pPr>
      <w:r>
        <w:rPr>
          <w:rFonts w:ascii="Times New Roman" w:hAnsi="Times New Roman" w:eastAsia="宋体"/>
          <w:b w:val="0"/>
          <w:i w:val="0"/>
          <w:sz w:val="21"/>
        </w:rPr>
        <w:t>3 - n ≥ 0 ⇒ n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n 共有 5 + 3 + 1 = 9 个取值。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rewrite the expression as</w:t>
      </w:r>
    </w:p>
    <w:p>
      <w:pPr>
        <w:spacing w:before="0" w:after="80" w:line="300" w:lineRule="auto"/>
        <w:jc w:val="left"/>
      </w:pPr>
      <w:r>
        <w:rPr>
          <w:rFonts w:ascii="Times New Roman" w:hAnsi="Times New Roman" w:eastAsia="宋体"/>
          <w:b w:val="0"/>
          <w:i w:val="0"/>
          <w:color w:val="333333"/>
          <w:sz w:val="19"/>
        </w:rPr>
        <w:t>(2⁵ · 5³) · (2/5)ⁿ = 2^(5 + n) · 5^(3 - n).</w:t>
      </w:r>
    </w:p>
    <w:p>
      <w:pPr>
        <w:spacing w:before="0" w:after="80" w:line="300" w:lineRule="auto"/>
        <w:jc w:val="left"/>
      </w:pPr>
      <w:r>
        <w:rPr>
          <w:rFonts w:ascii="Times New Roman" w:hAnsi="Times New Roman" w:eastAsia="宋体"/>
          <w:b w:val="0"/>
          <w:i w:val="0"/>
          <w:color w:val="333333"/>
          <w:sz w:val="19"/>
        </w:rPr>
        <w:t>For this to be an integer, both exponents must be nonnegative. This means that</w:t>
      </w:r>
    </w:p>
    <w:p>
      <w:pPr>
        <w:spacing w:before="0" w:after="80" w:line="300" w:lineRule="auto"/>
        <w:jc w:val="left"/>
      </w:pPr>
      <w:r>
        <w:rPr>
          <w:rFonts w:ascii="Times New Roman" w:hAnsi="Times New Roman" w:eastAsia="宋体"/>
          <w:b w:val="0"/>
          <w:i w:val="0"/>
          <w:color w:val="333333"/>
          <w:sz w:val="19"/>
        </w:rPr>
        <w:t>5 + n ≥ 0 ⇒ n ≥ -5</w:t>
      </w:r>
    </w:p>
    <w:p>
      <w:pPr>
        <w:spacing w:before="0" w:after="80" w:line="300" w:lineRule="auto"/>
        <w:jc w:val="left"/>
      </w:pPr>
      <w:r>
        <w:rPr>
          <w:rFonts w:ascii="Times New Roman" w:hAnsi="Times New Roman" w:eastAsia="宋体"/>
          <w:b w:val="0"/>
          <w:i w:val="0"/>
          <w:color w:val="333333"/>
          <w:sz w:val="19"/>
        </w:rPr>
        <w:t>3 - n ≥ 0 ⇒ n ≤ 3.</w:t>
      </w:r>
    </w:p>
    <w:p>
      <w:pPr>
        <w:spacing w:before="0" w:after="80" w:line="300" w:lineRule="auto"/>
        <w:jc w:val="left"/>
      </w:pPr>
      <w:r>
        <w:rPr>
          <w:rFonts w:ascii="Times New Roman" w:hAnsi="Times New Roman" w:eastAsia="宋体"/>
          <w:b w:val="0"/>
          <w:i w:val="0"/>
          <w:color w:val="333333"/>
          <w:sz w:val="19"/>
        </w:rPr>
        <w:t>This gives us 5 + 3 + 1 = 9 values for 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设 Joe 有 x 枚 5 分硬币，则他有 x + 3 枚 10 分硬币。</w:t>
      </w:r>
    </w:p>
    <w:p>
      <w:pPr>
        <w:spacing w:before="0" w:after="80" w:line="300" w:lineRule="auto"/>
        <w:jc w:val="left"/>
      </w:pPr>
      <w:r>
        <w:rPr>
          <w:rFonts w:ascii="Times New Roman" w:hAnsi="Times New Roman" w:eastAsia="宋体"/>
          <w:b w:val="0"/>
          <w:i w:val="0"/>
          <w:sz w:val="21"/>
        </w:rPr>
        <w:t>因此，他有</w:t>
      </w:r>
    </w:p>
    <w:p>
      <w:pPr>
        <w:spacing w:before="0" w:after="80" w:line="300" w:lineRule="auto"/>
        <w:jc w:val="left"/>
      </w:pPr>
      <w:r>
        <w:rPr>
          <w:rFonts w:ascii="Times New Roman" w:hAnsi="Times New Roman" w:eastAsia="宋体"/>
          <w:b w:val="0"/>
          <w:i w:val="0"/>
          <w:sz w:val="21"/>
        </w:rPr>
        <w:t>23 - x - (x + 3) = 20 - 2x</w:t>
      </w:r>
    </w:p>
    <w:p>
      <w:pPr>
        <w:spacing w:before="0" w:after="80" w:line="300" w:lineRule="auto"/>
        <w:jc w:val="left"/>
      </w:pPr>
      <w:r>
        <w:rPr>
          <w:rFonts w:ascii="Times New Roman" w:hAnsi="Times New Roman" w:eastAsia="宋体"/>
          <w:b w:val="0"/>
          <w:i w:val="0"/>
          <w:sz w:val="21"/>
        </w:rPr>
        <w:t>枚 25 分硬币。</w:t>
      </w:r>
    </w:p>
    <w:p>
      <w:pPr>
        <w:spacing w:before="0" w:after="80" w:line="300" w:lineRule="auto"/>
        <w:jc w:val="left"/>
      </w:pPr>
      <w:r>
        <w:rPr>
          <w:rFonts w:ascii="Times New Roman" w:hAnsi="Times New Roman" w:eastAsia="宋体"/>
          <w:b w:val="0"/>
          <w:i w:val="0"/>
          <w:sz w:val="21"/>
        </w:rPr>
        <w:t>这些硬币的总价值为</w:t>
      </w:r>
    </w:p>
    <w:p>
      <w:pPr>
        <w:spacing w:before="0" w:after="80" w:line="300" w:lineRule="auto"/>
        <w:jc w:val="left"/>
      </w:pPr>
      <w:r>
        <w:rPr>
          <w:rFonts w:ascii="Times New Roman" w:hAnsi="Times New Roman" w:eastAsia="宋体"/>
          <w:b w:val="0"/>
          <w:i w:val="0"/>
          <w:sz w:val="21"/>
        </w:rPr>
        <w:t>5x + 10(x + 3) + 25(20 - 2x)</w:t>
      </w:r>
    </w:p>
    <w:p>
      <w:pPr>
        <w:spacing w:before="0" w:after="80" w:line="300" w:lineRule="auto"/>
        <w:jc w:val="left"/>
      </w:pPr>
      <w:r>
        <w:rPr>
          <w:rFonts w:ascii="Times New Roman" w:hAnsi="Times New Roman" w:eastAsia="宋体"/>
          <w:b w:val="0"/>
          <w:i w:val="0"/>
          <w:sz w:val="21"/>
        </w:rPr>
        <w:t>= 530 - 35x。</w:t>
      </w:r>
    </w:p>
    <w:p>
      <w:pPr>
        <w:spacing w:before="0" w:after="80" w:line="300" w:lineRule="auto"/>
        <w:jc w:val="left"/>
      </w:pPr>
      <w:r>
        <w:rPr>
          <w:rFonts w:ascii="Times New Roman" w:hAnsi="Times New Roman" w:eastAsia="宋体"/>
          <w:b w:val="0"/>
          <w:i w:val="0"/>
          <w:sz w:val="21"/>
        </w:rPr>
        <w:t>由总价值可得</w:t>
      </w:r>
    </w:p>
    <w:p>
      <w:pPr>
        <w:spacing w:before="0" w:after="80" w:line="300" w:lineRule="auto"/>
        <w:jc w:val="left"/>
      </w:pPr>
      <w:r>
        <w:rPr>
          <w:rFonts w:ascii="Times New Roman" w:hAnsi="Times New Roman" w:eastAsia="宋体"/>
          <w:b w:val="0"/>
          <w:i w:val="0"/>
          <w:sz w:val="21"/>
        </w:rPr>
        <w:t>530 - 35x = 320 ⇒ x = 6。</w:t>
      </w:r>
    </w:p>
    <w:p>
      <w:pPr>
        <w:spacing w:before="0" w:after="80" w:line="300" w:lineRule="auto"/>
        <w:jc w:val="left"/>
      </w:pPr>
      <w:r>
        <w:rPr>
          <w:rFonts w:ascii="Times New Roman" w:hAnsi="Times New Roman" w:eastAsia="宋体"/>
          <w:b w:val="0"/>
          <w:i w:val="0"/>
          <w:sz w:val="21"/>
        </w:rPr>
        <w:t>所以 Joe 有 20 - 2 · 6 = 8 枚 25 分硬币；他的 25 分硬币比 5 分硬币多 8 - 6 = 2 枚。</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5-cent coins that Joe has. Then the number of 10-cent coins he has is x + 3.</w:t>
      </w:r>
    </w:p>
    <w:p>
      <w:pPr>
        <w:spacing w:before="0" w:after="80" w:line="300" w:lineRule="auto"/>
        <w:jc w:val="left"/>
      </w:pPr>
      <w:r>
        <w:rPr>
          <w:rFonts w:ascii="Times New Roman" w:hAnsi="Times New Roman" w:eastAsia="宋体"/>
          <w:b w:val="0"/>
          <w:i w:val="0"/>
          <w:color w:val="333333"/>
          <w:sz w:val="19"/>
        </w:rPr>
        <w:t>Therefore, Joe has</w:t>
      </w:r>
    </w:p>
    <w:p>
      <w:pPr>
        <w:spacing w:before="0" w:after="80" w:line="300" w:lineRule="auto"/>
        <w:jc w:val="left"/>
      </w:pPr>
      <w:r>
        <w:rPr>
          <w:rFonts w:ascii="Times New Roman" w:hAnsi="Times New Roman" w:eastAsia="宋体"/>
          <w:b w:val="0"/>
          <w:i w:val="0"/>
          <w:color w:val="333333"/>
          <w:sz w:val="19"/>
        </w:rPr>
        <w:t>23 - x - (x + 3) = 20 - 2x</w:t>
      </w:r>
    </w:p>
    <w:p>
      <w:pPr>
        <w:spacing w:before="0" w:after="80" w:line="300" w:lineRule="auto"/>
        <w:jc w:val="left"/>
      </w:pPr>
      <w:r>
        <w:rPr>
          <w:rFonts w:ascii="Times New Roman" w:hAnsi="Times New Roman" w:eastAsia="宋体"/>
          <w:b w:val="0"/>
          <w:i w:val="0"/>
          <w:color w:val="333333"/>
          <w:sz w:val="19"/>
        </w:rPr>
        <w:t>25-cent coins.</w:t>
      </w:r>
    </w:p>
    <w:p>
      <w:pPr>
        <w:spacing w:before="0" w:after="80" w:line="300" w:lineRule="auto"/>
        <w:jc w:val="left"/>
      </w:pPr>
      <w:r>
        <w:rPr>
          <w:rFonts w:ascii="Times New Roman" w:hAnsi="Times New Roman" w:eastAsia="宋体"/>
          <w:b w:val="0"/>
          <w:i w:val="0"/>
          <w:color w:val="333333"/>
          <w:sz w:val="19"/>
        </w:rPr>
        <w:t>The total value of all these coins is</w:t>
      </w:r>
    </w:p>
    <w:p>
      <w:pPr>
        <w:spacing w:before="0" w:after="80" w:line="300" w:lineRule="auto"/>
        <w:jc w:val="left"/>
      </w:pPr>
      <w:r>
        <w:rPr>
          <w:rFonts w:ascii="Times New Roman" w:hAnsi="Times New Roman" w:eastAsia="宋体"/>
          <w:b w:val="0"/>
          <w:i w:val="0"/>
          <w:color w:val="333333"/>
          <w:sz w:val="19"/>
        </w:rPr>
        <w:t>5x + 10(x + 3) + 25(20 - 2x)</w:t>
      </w:r>
    </w:p>
    <w:p>
      <w:pPr>
        <w:spacing w:before="0" w:after="80" w:line="300" w:lineRule="auto"/>
        <w:jc w:val="left"/>
      </w:pPr>
      <w:r>
        <w:rPr>
          <w:rFonts w:ascii="Times New Roman" w:hAnsi="Times New Roman" w:eastAsia="宋体"/>
          <w:b w:val="0"/>
          <w:i w:val="0"/>
          <w:color w:val="333333"/>
          <w:sz w:val="19"/>
        </w:rPr>
        <w:t>= 530 - 35x.</w:t>
      </w:r>
    </w:p>
    <w:p>
      <w:pPr>
        <w:spacing w:before="0" w:after="80" w:line="300" w:lineRule="auto"/>
        <w:jc w:val="left"/>
      </w:pPr>
      <w:r>
        <w:rPr>
          <w:rFonts w:ascii="Times New Roman" w:hAnsi="Times New Roman" w:eastAsia="宋体"/>
          <w:b w:val="0"/>
          <w:i w:val="0"/>
          <w:color w:val="333333"/>
          <w:sz w:val="19"/>
        </w:rPr>
        <w:t>We know that</w:t>
      </w:r>
    </w:p>
    <w:p>
      <w:pPr>
        <w:spacing w:before="0" w:after="80" w:line="300" w:lineRule="auto"/>
        <w:jc w:val="left"/>
      </w:pPr>
      <w:r>
        <w:rPr>
          <w:rFonts w:ascii="Times New Roman" w:hAnsi="Times New Roman" w:eastAsia="宋体"/>
          <w:b w:val="0"/>
          <w:i w:val="0"/>
          <w:color w:val="333333"/>
          <w:sz w:val="19"/>
        </w:rPr>
        <w:t>530 - 35x = 320 ⇒ x = 6.</w:t>
      </w:r>
    </w:p>
    <w:p>
      <w:pPr>
        <w:spacing w:before="0" w:after="80" w:line="300" w:lineRule="auto"/>
        <w:jc w:val="left"/>
      </w:pPr>
      <w:r>
        <w:rPr>
          <w:rFonts w:ascii="Times New Roman" w:hAnsi="Times New Roman" w:eastAsia="宋体"/>
          <w:b w:val="0"/>
          <w:i w:val="0"/>
          <w:color w:val="333333"/>
          <w:sz w:val="19"/>
        </w:rPr>
        <w:t>This means that Joe has 20 - 2 · 6 = 8 25-cent coins. Therefore, he has 8 - 6 = 2 more 25-cent coins than 5-cent coins.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由相似三角形可知，小三角形的边长是大三角形对应边长的 √(1/40) 倍。</w:t>
      </w:r>
    </w:p>
    <w:p>
      <w:pPr>
        <w:spacing w:before="0" w:after="80" w:line="300" w:lineRule="auto"/>
        <w:jc w:val="left"/>
      </w:pPr>
      <w:r>
        <w:rPr>
          <w:rFonts w:ascii="Times New Roman" w:hAnsi="Times New Roman" w:eastAsia="宋体"/>
          <w:b w:val="0"/>
          <w:i w:val="0"/>
          <w:sz w:val="21"/>
        </w:rPr>
        <w:t>因此，△ ADE 的边长是大三角形对应边长的 4√(1/40) 倍。</w:t>
      </w:r>
    </w:p>
    <w:p>
      <w:pPr>
        <w:spacing w:before="0" w:after="80" w:line="300" w:lineRule="auto"/>
        <w:jc w:val="left"/>
      </w:pPr>
      <w:r>
        <w:rPr>
          <w:rFonts w:ascii="Times New Roman" w:hAnsi="Times New Roman" w:eastAsia="宋体"/>
          <w:b w:val="0"/>
          <w:i w:val="0"/>
          <w:sz w:val="21"/>
        </w:rPr>
        <w:t>两者的面积比为</w:t>
      </w:r>
    </w:p>
    <w:p>
      <w:pPr>
        <w:spacing w:before="0" w:after="80" w:line="300" w:lineRule="auto"/>
        <w:jc w:val="left"/>
      </w:pPr>
      <w:r>
        <w:rPr>
          <w:rFonts w:ascii="Times New Roman" w:hAnsi="Times New Roman" w:eastAsia="宋体"/>
          <w:b w:val="0"/>
          <w:i w:val="0"/>
          <w:sz w:val="21"/>
        </w:rPr>
        <w:t>(4√(1/40))² = 16 · 1/40 = 2/5。</w:t>
      </w:r>
    </w:p>
    <w:p>
      <w:pPr>
        <w:spacing w:before="0" w:after="80" w:line="300" w:lineRule="auto"/>
        <w:jc w:val="left"/>
      </w:pPr>
      <w:r>
        <w:rPr>
          <w:rFonts w:ascii="Times New Roman" w:hAnsi="Times New Roman" w:eastAsia="宋体"/>
          <w:b w:val="0"/>
          <w:i w:val="0"/>
          <w:sz w:val="21"/>
        </w:rPr>
        <w:t>所以 △ ADE 的面积为 2/5 · 40 = 16，梯形的面积为 40 - 16 = 24。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the side length of the smaller triangles is √(1/40) times the length of the larger triangle from similar triangles.</w:t>
      </w:r>
    </w:p>
    <w:p>
      <w:pPr>
        <w:spacing w:before="0" w:after="80" w:line="300" w:lineRule="auto"/>
        <w:jc w:val="left"/>
      </w:pPr>
      <w:r>
        <w:rPr>
          <w:rFonts w:ascii="Times New Roman" w:hAnsi="Times New Roman" w:eastAsia="宋体"/>
          <w:b w:val="0"/>
          <w:i w:val="0"/>
          <w:color w:val="333333"/>
          <w:sz w:val="19"/>
        </w:rPr>
        <w:t>Then the side length of △ ADE is 4√(1/40) times the length of the side length of the larger triangle.</w:t>
      </w:r>
    </w:p>
    <w:p>
      <w:pPr>
        <w:spacing w:before="0" w:after="80" w:line="300" w:lineRule="auto"/>
        <w:jc w:val="left"/>
      </w:pPr>
      <w:r>
        <w:rPr>
          <w:rFonts w:ascii="Times New Roman" w:hAnsi="Times New Roman" w:eastAsia="宋体"/>
          <w:b w:val="0"/>
          <w:i w:val="0"/>
          <w:color w:val="333333"/>
          <w:sz w:val="19"/>
        </w:rPr>
        <w:t>This makes the ratio of the areas</w:t>
      </w:r>
    </w:p>
    <w:p>
      <w:pPr>
        <w:spacing w:before="0" w:after="80" w:line="300" w:lineRule="auto"/>
        <w:jc w:val="left"/>
      </w:pPr>
      <w:r>
        <w:rPr>
          <w:rFonts w:ascii="Times New Roman" w:hAnsi="Times New Roman" w:eastAsia="宋体"/>
          <w:b w:val="0"/>
          <w:i w:val="0"/>
          <w:color w:val="333333"/>
          <w:sz w:val="19"/>
        </w:rPr>
        <w:t>(4√(1/40))² = 16 · 1/40 = 2/5.</w:t>
      </w:r>
    </w:p>
    <w:p>
      <w:pPr>
        <w:spacing w:before="0" w:after="80" w:line="300" w:lineRule="auto"/>
        <w:jc w:val="left"/>
      </w:pPr>
      <w:r>
        <w:rPr>
          <w:rFonts w:ascii="Times New Roman" w:hAnsi="Times New Roman" w:eastAsia="宋体"/>
          <w:b w:val="0"/>
          <w:i w:val="0"/>
          <w:color w:val="333333"/>
          <w:sz w:val="19"/>
        </w:rPr>
        <w:t>Therefore, the area of △ ADE is 2/5 · 40 = 16. The area of the trapezoid is then 40 - 16 = 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题中给出的差与所求的和互为共轭式，将两式相乘即可消去根号。</w:t>
      </w:r>
    </w:p>
    <w:p>
      <w:pPr>
        <w:spacing w:before="0" w:after="80" w:line="300" w:lineRule="auto"/>
        <w:jc w:val="left"/>
      </w:pPr>
      <w:r>
        <w:rPr>
          <w:rFonts w:ascii="Times New Roman" w:hAnsi="Times New Roman" w:eastAsia="宋体"/>
          <w:b w:val="0"/>
          <w:i w:val="0"/>
          <w:sz w:val="21"/>
        </w:rPr>
        <w:t>乘积为</w:t>
      </w:r>
    </w:p>
    <w:p>
      <w:pPr>
        <w:spacing w:before="0" w:after="80" w:line="300" w:lineRule="auto"/>
        <w:jc w:val="left"/>
      </w:pPr>
      <w:r>
        <w:rPr>
          <w:rFonts w:ascii="Times New Roman" w:hAnsi="Times New Roman" w:eastAsia="宋体"/>
          <w:b w:val="0"/>
          <w:i w:val="0"/>
          <w:sz w:val="21"/>
        </w:rPr>
        <w:t>49 - x² - 25 + x² = 24。</w:t>
      </w:r>
    </w:p>
    <w:p>
      <w:pPr>
        <w:spacing w:before="0" w:after="80" w:line="300" w:lineRule="auto"/>
        <w:jc w:val="left"/>
      </w:pPr>
      <w:r>
        <w:rPr>
          <w:rFonts w:ascii="Times New Roman" w:hAnsi="Times New Roman" w:eastAsia="宋体"/>
          <w:b w:val="0"/>
          <w:i w:val="0"/>
          <w:sz w:val="21"/>
        </w:rPr>
        <w:t>所以两式的乘积是 24，所求的和为 24 ÷ 3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left hand side of the equation and the desired expression are conjugates. Multiplying them would remove the square roots.</w:t>
      </w:r>
    </w:p>
    <w:p>
      <w:pPr>
        <w:spacing w:before="0" w:after="80" w:line="300" w:lineRule="auto"/>
        <w:jc w:val="left"/>
      </w:pPr>
      <w:r>
        <w:rPr>
          <w:rFonts w:ascii="Times New Roman" w:hAnsi="Times New Roman" w:eastAsia="宋体"/>
          <w:b w:val="0"/>
          <w:i w:val="0"/>
          <w:color w:val="333333"/>
          <w:sz w:val="19"/>
        </w:rPr>
        <w:t>Multiplying them yields</w:t>
      </w:r>
    </w:p>
    <w:p>
      <w:pPr>
        <w:spacing w:before="0" w:after="80" w:line="300" w:lineRule="auto"/>
        <w:jc w:val="left"/>
      </w:pPr>
      <w:r>
        <w:rPr>
          <w:rFonts w:ascii="Times New Roman" w:hAnsi="Times New Roman" w:eastAsia="宋体"/>
          <w:b w:val="0"/>
          <w:i w:val="0"/>
          <w:color w:val="333333"/>
          <w:sz w:val="19"/>
        </w:rPr>
        <w:t>49 - x² - 25 + x² = 24.</w:t>
      </w:r>
    </w:p>
    <w:p>
      <w:pPr>
        <w:spacing w:before="0" w:after="80" w:line="300" w:lineRule="auto"/>
        <w:jc w:val="left"/>
      </w:pPr>
      <w:r>
        <w:rPr>
          <w:rFonts w:ascii="Times New Roman" w:hAnsi="Times New Roman" w:eastAsia="宋体"/>
          <w:b w:val="0"/>
          <w:i w:val="0"/>
          <w:color w:val="333333"/>
          <w:sz w:val="19"/>
        </w:rPr>
        <w:t>This means that the product of the values of the expressions is equal to 24. The desired value is therefore 24 ÷ 3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用隔板法求 n：这等价于把 10 个球放入 7 个盒子，并要求每个盒子至少有一个球。</w:t>
      </w:r>
    </w:p>
    <w:p>
      <w:pPr>
        <w:spacing w:before="0" w:after="80" w:line="300" w:lineRule="auto"/>
        <w:jc w:val="left"/>
      </w:pPr>
      <w:r>
        <w:rPr>
          <w:rFonts w:ascii="Times New Roman" w:hAnsi="Times New Roman" w:eastAsia="宋体"/>
          <w:b w:val="0"/>
          <w:i w:val="0"/>
          <w:sz w:val="21"/>
        </w:rPr>
        <w:t>这类问题的公式为</w:t>
      </w:r>
    </w:p>
    <w:p>
      <w:pPr>
        <w:spacing w:before="0" w:after="80" w:line="300" w:lineRule="auto"/>
        <w:jc w:val="left"/>
      </w:pPr>
      <w:r>
        <w:rPr>
          <w:rFonts w:ascii="Times New Roman" w:hAnsi="Times New Roman" w:eastAsia="宋体"/>
          <w:b w:val="0"/>
          <w:i w:val="0"/>
          <w:sz w:val="21"/>
        </w:rPr>
        <w:t>C(n - 1, k - 1)，</w:t>
      </w:r>
    </w:p>
    <w:p>
      <w:pPr>
        <w:spacing w:before="0" w:after="80" w:line="300" w:lineRule="auto"/>
        <w:jc w:val="left"/>
      </w:pPr>
      <w:r>
        <w:rPr>
          <w:rFonts w:ascii="Times New Roman" w:hAnsi="Times New Roman" w:eastAsia="宋体"/>
          <w:b w:val="0"/>
          <w:i w:val="0"/>
          <w:sz w:val="21"/>
        </w:rPr>
        <w:t>其中 n 是球数，k 是盒子数。</w:t>
      </w:r>
    </w:p>
    <w:p>
      <w:pPr>
        <w:spacing w:before="0" w:after="80" w:line="300" w:lineRule="auto"/>
        <w:jc w:val="left"/>
      </w:pPr>
      <w:r>
        <w:rPr>
          <w:rFonts w:ascii="Times New Roman" w:hAnsi="Times New Roman" w:eastAsia="宋体"/>
          <w:b w:val="0"/>
          <w:i w:val="0"/>
          <w:sz w:val="21"/>
        </w:rPr>
        <w:t>七个正点数之和为 10 时，任何一个骰子的点数都不会超过 4，所以每个面最大为 6 这一上限不会带来额外限制。因此所求答案为</w:t>
      </w:r>
    </w:p>
    <w:p>
      <w:pPr>
        <w:spacing w:before="0" w:after="80" w:line="300" w:lineRule="auto"/>
        <w:jc w:val="left"/>
      </w:pPr>
      <w:r>
        <w:rPr>
          <w:rFonts w:ascii="Times New Roman" w:hAnsi="Times New Roman" w:eastAsia="宋体"/>
          <w:b w:val="0"/>
          <w:i w:val="0"/>
          <w:sz w:val="21"/>
        </w:rPr>
        <w:t>C(9, 6) = C(9, 3) = 84。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use stars and bars to find n. It is the same as finding the number of ways to put 10 balls into 7 boxes, where each box has at least one ball.</w:t>
      </w:r>
    </w:p>
    <w:p>
      <w:pPr>
        <w:spacing w:before="0" w:after="80" w:line="300" w:lineRule="auto"/>
        <w:jc w:val="left"/>
      </w:pPr>
      <w:r>
        <w:rPr>
          <w:rFonts w:ascii="Times New Roman" w:hAnsi="Times New Roman" w:eastAsia="宋体"/>
          <w:b w:val="0"/>
          <w:i w:val="0"/>
          <w:color w:val="333333"/>
          <w:sz w:val="19"/>
        </w:rPr>
        <w:t>The formula for such a scenario is</w:t>
      </w:r>
    </w:p>
    <w:p>
      <w:pPr>
        <w:spacing w:before="0" w:after="80" w:line="300" w:lineRule="auto"/>
        <w:jc w:val="left"/>
      </w:pPr>
      <w:r>
        <w:rPr>
          <w:rFonts w:ascii="Times New Roman" w:hAnsi="Times New Roman" w:eastAsia="宋体"/>
          <w:b w:val="0"/>
          <w:i w:val="0"/>
          <w:color w:val="333333"/>
          <w:sz w:val="19"/>
        </w:rPr>
        <w:t>C(n - 1, k - 1),</w:t>
      </w:r>
    </w:p>
    <w:p>
      <w:pPr>
        <w:spacing w:before="0" w:after="80" w:line="300" w:lineRule="auto"/>
        <w:jc w:val="left"/>
      </w:pPr>
      <w:r>
        <w:rPr>
          <w:rFonts w:ascii="Times New Roman" w:hAnsi="Times New Roman" w:eastAsia="宋体"/>
          <w:b w:val="0"/>
          <w:i w:val="0"/>
          <w:color w:val="333333"/>
          <w:sz w:val="19"/>
        </w:rPr>
        <w:t>where n is the number of balls and k is the number of boxes.</w:t>
      </w:r>
    </w:p>
    <w:p>
      <w:pPr>
        <w:spacing w:before="0" w:after="80" w:line="300" w:lineRule="auto"/>
        <w:jc w:val="left"/>
      </w:pPr>
      <w:r>
        <w:rPr>
          <w:rFonts w:ascii="Times New Roman" w:hAnsi="Times New Roman" w:eastAsia="宋体"/>
          <w:b w:val="0"/>
          <w:i w:val="0"/>
          <w:color w:val="333333"/>
          <w:sz w:val="19"/>
        </w:rPr>
        <w:t>No die can exceed 4 in a sum of 10 from seven positive rolls, so the upper bound of 6 creates no additional restriction. The desired answer is therefore</w:t>
      </w:r>
    </w:p>
    <w:p>
      <w:pPr>
        <w:spacing w:before="0" w:after="80" w:line="300" w:lineRule="auto"/>
        <w:jc w:val="left"/>
      </w:pPr>
      <w:r>
        <w:rPr>
          <w:rFonts w:ascii="Times New Roman" w:hAnsi="Times New Roman" w:eastAsia="宋体"/>
          <w:b w:val="0"/>
          <w:i w:val="0"/>
          <w:color w:val="333333"/>
          <w:sz w:val="19"/>
        </w:rPr>
        <w:t>C(9, 6) = C(9, 3) = 84.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第二个方程等价于 |x|-|y|=1 或 |x|-|y|=-1，因此只需检查四种线性关系 x=y±1 和 x=-y±1。</w:t>
      </w:r>
    </w:p>
    <w:p>
      <w:pPr>
        <w:spacing w:before="0" w:after="80" w:line="300" w:lineRule="auto"/>
        <w:jc w:val="left"/>
      </w:pPr>
      <w:r>
        <w:rPr>
          <w:rFonts w:ascii="Times New Roman" w:hAnsi="Times New Roman" w:eastAsia="宋体"/>
          <w:b w:val="0"/>
          <w:i w:val="0"/>
          <w:sz w:val="21"/>
        </w:rPr>
        <w:t>分别与 x+3y=3 联立，得到 (x,y)=(3/2,1/2)、(0,1)、再次得到 (0,1)，以及 (-3,2)。</w:t>
      </w:r>
    </w:p>
    <w:p>
      <w:pPr>
        <w:spacing w:before="0" w:after="80" w:line="300" w:lineRule="auto"/>
        <w:jc w:val="left"/>
      </w:pPr>
      <w:r>
        <w:rPr>
          <w:rFonts w:ascii="Times New Roman" w:hAnsi="Times New Roman" w:eastAsia="宋体"/>
          <w:b w:val="0"/>
          <w:i w:val="0"/>
          <w:sz w:val="21"/>
        </w:rPr>
        <w:t>其中有三个互不相同的有序对，而且都满足原绝对值方程。因此正确答案是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equation says |x|-|y|=1 or |x|-|y|=-1, so it is enough to check the four linear possibilities x=y±1 and x=-y±1.</w:t>
      </w:r>
    </w:p>
    <w:p>
      <w:pPr>
        <w:spacing w:before="0" w:after="80" w:line="300" w:lineRule="auto"/>
        <w:jc w:val="left"/>
      </w:pPr>
      <w:r>
        <w:rPr>
          <w:rFonts w:ascii="Times New Roman" w:hAnsi="Times New Roman" w:eastAsia="宋体"/>
          <w:b w:val="0"/>
          <w:i w:val="0"/>
          <w:color w:val="333333"/>
          <w:sz w:val="19"/>
        </w:rPr>
        <w:t>Combining these with x+3y=3 gives (x,y)=(3/2,1/2), (0,1), (0,1) again, and (-3,2).</w:t>
      </w:r>
    </w:p>
    <w:p>
      <w:pPr>
        <w:spacing w:before="0" w:after="80" w:line="300" w:lineRule="auto"/>
        <w:jc w:val="left"/>
      </w:pPr>
      <w:r>
        <w:rPr>
          <w:rFonts w:ascii="Times New Roman" w:hAnsi="Times New Roman" w:eastAsia="宋体"/>
          <w:b w:val="0"/>
          <w:i w:val="0"/>
          <w:color w:val="333333"/>
          <w:sz w:val="19"/>
        </w:rPr>
        <w:t>These are three distinct ordered pairs, and each satisfies the original absolute-value equation.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80" w:after="80"/>
        <w:jc w:val="center"/>
      </w:pPr>
      <w:r>
        <w:drawing>
          <wp:inline xmlns:a="http://schemas.openxmlformats.org/drawingml/2006/main" xmlns:pic="http://schemas.openxmlformats.org/drawingml/2006/picture">
            <wp:extent cx="777662" cy="583896"/>
            <wp:docPr id="9" name="Picture 9"/>
            <wp:cNvGraphicFramePr>
              <a:graphicFrameLocks noChangeAspect="1"/>
            </wp:cNvGraphicFramePr>
            <a:graphic>
              <a:graphicData uri="http://schemas.openxmlformats.org/drawingml/2006/picture">
                <pic:pic>
                  <pic:nvPicPr>
                    <pic:cNvPr id="0" name="q13-sol-1@300dpi.png"/>
                    <pic:cNvPicPr/>
                  </pic:nvPicPr>
                  <pic:blipFill>
                    <a:blip r:embed="rId13"/>
                    <a:stretch>
                      <a:fillRect/>
                    </a:stretch>
                  </pic:blipFill>
                  <pic:spPr>
                    <a:xfrm>
                      <a:off x="0" y="0"/>
                      <a:ext cx="777662" cy="583896"/>
                    </a:xfrm>
                    <a:prstGeom prst="rect"/>
                  </pic:spPr>
                </pic:pic>
              </a:graphicData>
            </a:graphic>
          </wp:inline>
        </w:drawing>
      </w:r>
    </w:p>
    <w:p>
      <w:pPr>
        <w:spacing w:before="0" w:after="80" w:line="300" w:lineRule="auto"/>
        <w:jc w:val="left"/>
      </w:pPr>
      <w:r>
        <w:rPr>
          <w:rFonts w:ascii="Times New Roman" w:hAnsi="Times New Roman" w:eastAsia="宋体"/>
          <w:b w:val="0"/>
          <w:i w:val="0"/>
          <w:sz w:val="21"/>
        </w:rPr>
        <w:t>折痕是 AB 的垂直平分线。设折痕为 DE。</w:t>
      </w:r>
    </w:p>
    <w:p>
      <w:pPr>
        <w:spacing w:before="0" w:after="80" w:line="300" w:lineRule="auto"/>
        <w:jc w:val="left"/>
      </w:pPr>
      <w:r>
        <w:rPr>
          <w:rFonts w:ascii="Times New Roman" w:hAnsi="Times New Roman" w:eastAsia="宋体"/>
          <w:b w:val="0"/>
          <w:i w:val="0"/>
          <w:sz w:val="21"/>
        </w:rPr>
        <w:t>由 AA 相似判定，△ ADE∼△ ACB。因此</w:t>
      </w:r>
    </w:p>
    <w:p>
      <w:pPr>
        <w:spacing w:before="0" w:after="80" w:line="300" w:lineRule="auto"/>
        <w:jc w:val="left"/>
      </w:pPr>
      <w:r>
        <w:rPr>
          <w:rFonts w:ascii="Times New Roman" w:hAnsi="Times New Roman" w:eastAsia="宋体"/>
          <w:b w:val="0"/>
          <w:i w:val="0"/>
          <w:sz w:val="21"/>
        </w:rPr>
        <w:t>BC/AC=DE/AD。</w:t>
      </w:r>
    </w:p>
    <w:p>
      <w:pPr>
        <w:spacing w:before="0" w:after="80" w:line="300" w:lineRule="auto"/>
        <w:jc w:val="left"/>
      </w:pPr>
      <w:r>
        <w:rPr>
          <w:rFonts w:ascii="Times New Roman" w:hAnsi="Times New Roman" w:eastAsia="宋体"/>
          <w:b w:val="0"/>
          <w:i w:val="0"/>
          <w:sz w:val="21"/>
        </w:rPr>
        <w:t>代入各边长得</w:t>
      </w:r>
    </w:p>
    <w:p>
      <w:pPr>
        <w:spacing w:before="0" w:after="80" w:line="300" w:lineRule="auto"/>
        <w:jc w:val="left"/>
      </w:pPr>
      <w:r>
        <w:rPr>
          <w:rFonts w:ascii="Times New Roman" w:hAnsi="Times New Roman" w:eastAsia="宋体"/>
          <w:b w:val="0"/>
          <w:i w:val="0"/>
          <w:sz w:val="21"/>
        </w:rPr>
        <w:t>3/4=DE/(5/2)，</w:t>
      </w:r>
    </w:p>
    <w:p>
      <w:pPr>
        <w:spacing w:before="0" w:after="80" w:line="300" w:lineRule="auto"/>
        <w:jc w:val="left"/>
      </w:pPr>
      <w:r>
        <w:rPr>
          <w:rFonts w:ascii="Times New Roman" w:hAnsi="Times New Roman" w:eastAsia="宋体"/>
          <w:b w:val="0"/>
          <w:i w:val="0"/>
          <w:sz w:val="21"/>
        </w:rPr>
        <w:t>所以 DE=15/8。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777662" cy="583896"/>
            <wp:docPr id="10" name="Picture 10"/>
            <wp:cNvGraphicFramePr>
              <a:graphicFrameLocks noChangeAspect="1"/>
            </wp:cNvGraphicFramePr>
            <a:graphic>
              <a:graphicData uri="http://schemas.openxmlformats.org/drawingml/2006/picture">
                <pic:pic>
                  <pic:nvPicPr>
                    <pic:cNvPr id="0" name="q13-sol-1@300dpi.png"/>
                    <pic:cNvPicPr/>
                  </pic:nvPicPr>
                  <pic:blipFill>
                    <a:blip r:embed="rId13"/>
                    <a:stretch>
                      <a:fillRect/>
                    </a:stretch>
                  </pic:blipFill>
                  <pic:spPr>
                    <a:xfrm>
                      <a:off x="0" y="0"/>
                      <a:ext cx="777662" cy="58389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crease is the perpendicular bisector of AB. Let DE be the crease.</w:t>
      </w:r>
    </w:p>
    <w:p>
      <w:pPr>
        <w:spacing w:before="0" w:after="80" w:line="300" w:lineRule="auto"/>
        <w:jc w:val="left"/>
      </w:pPr>
      <w:r>
        <w:rPr>
          <w:rFonts w:ascii="Times New Roman" w:hAnsi="Times New Roman" w:eastAsia="宋体"/>
          <w:b w:val="0"/>
          <w:i w:val="0"/>
          <w:color w:val="333333"/>
          <w:sz w:val="19"/>
        </w:rPr>
        <w:t>By AA similarity, △ ADE∼△ ACB. Therefore,</w:t>
      </w:r>
    </w:p>
    <w:p>
      <w:pPr>
        <w:spacing w:before="0" w:after="80" w:line="300" w:lineRule="auto"/>
        <w:jc w:val="left"/>
      </w:pPr>
      <w:r>
        <w:rPr>
          <w:rFonts w:ascii="Times New Roman" w:hAnsi="Times New Roman" w:eastAsia="宋体"/>
          <w:b w:val="0"/>
          <w:i w:val="0"/>
          <w:color w:val="333333"/>
          <w:sz w:val="19"/>
        </w:rPr>
        <w:t>BC/AC=DE/AD.</w:t>
      </w:r>
    </w:p>
    <w:p>
      <w:pPr>
        <w:spacing w:before="0" w:after="80" w:line="300" w:lineRule="auto"/>
        <w:jc w:val="left"/>
      </w:pPr>
      <w:r>
        <w:rPr>
          <w:rFonts w:ascii="Times New Roman" w:hAnsi="Times New Roman" w:eastAsia="宋体"/>
          <w:b w:val="0"/>
          <w:i w:val="0"/>
          <w:color w:val="333333"/>
          <w:sz w:val="19"/>
        </w:rPr>
        <w:t>Plugging in the side lengths gives</w:t>
      </w:r>
    </w:p>
    <w:p>
      <w:pPr>
        <w:spacing w:before="0" w:after="80" w:line="300" w:lineRule="auto"/>
        <w:jc w:val="left"/>
      </w:pPr>
      <w:r>
        <w:rPr>
          <w:rFonts w:ascii="Times New Roman" w:hAnsi="Times New Roman" w:eastAsia="宋体"/>
          <w:b w:val="0"/>
          <w:i w:val="0"/>
          <w:color w:val="333333"/>
          <w:sz w:val="19"/>
        </w:rPr>
        <w:t>3/4=DE/(5/2),</w:t>
      </w:r>
    </w:p>
    <w:p>
      <w:pPr>
        <w:spacing w:before="0" w:after="80" w:line="300" w:lineRule="auto"/>
        <w:jc w:val="left"/>
      </w:pPr>
      <w:r>
        <w:rPr>
          <w:rFonts w:ascii="Times New Roman" w:hAnsi="Times New Roman" w:eastAsia="宋体"/>
          <w:b w:val="0"/>
          <w:i w:val="0"/>
          <w:color w:val="333333"/>
          <w:sz w:val="19"/>
        </w:rPr>
        <w:t>so DE=15/8.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令 a=3⁹⁶，b=2⁹⁶。原式为 81a+16b/a+b=16+65a/a+b，所以小于 16+65=81。</w:t>
      </w:r>
    </w:p>
    <w:p>
      <w:pPr>
        <w:spacing w:before="0" w:after="80" w:line="300" w:lineRule="auto"/>
        <w:jc w:val="left"/>
      </w:pPr>
      <w:r>
        <w:rPr>
          <w:rFonts w:ascii="Times New Roman" w:hAnsi="Times New Roman" w:eastAsia="宋体"/>
          <w:b w:val="0"/>
          <w:i w:val="0"/>
          <w:sz w:val="21"/>
        </w:rPr>
        <w:t>要证明其最大整数为 80，还要证明原式大于 80。这等价于 81a+16b&gt;80a+80b，也就是 a&gt;64b。</w:t>
      </w:r>
    </w:p>
    <w:p>
      <w:pPr>
        <w:spacing w:before="0" w:after="80" w:line="300" w:lineRule="auto"/>
        <w:jc w:val="left"/>
      </w:pPr>
      <w:r>
        <w:rPr>
          <w:rFonts w:ascii="Times New Roman" w:hAnsi="Times New Roman" w:eastAsia="宋体"/>
          <w:b w:val="0"/>
          <w:i w:val="0"/>
          <w:sz w:val="21"/>
        </w:rPr>
        <w:t>因为 (3/2)²=9/4&gt;2，所以 a/b=(3/2)⁹⁶&gt;2⁴⁸&gt;64。于是原式大于 80 且小于 81。因此正确答案是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a=3⁹⁶ and b=2⁹⁶. The expression is 81a+16b/a+b=16+65a/a+b, so it is less than 16+65=81.</w:t>
      </w:r>
    </w:p>
    <w:p>
      <w:pPr>
        <w:spacing w:before="0" w:after="80" w:line="300" w:lineRule="auto"/>
        <w:jc w:val="left"/>
      </w:pPr>
      <w:r>
        <w:rPr>
          <w:rFonts w:ascii="Times New Roman" w:hAnsi="Times New Roman" w:eastAsia="宋体"/>
          <w:b w:val="0"/>
          <w:i w:val="0"/>
          <w:color w:val="333333"/>
          <w:sz w:val="19"/>
        </w:rPr>
        <w:t>To show the floor is 80, we also need the expression to be greater than 80. This is equivalent to 81a+16b&gt;80a+80b, or a&gt;64b.</w:t>
      </w:r>
    </w:p>
    <w:p>
      <w:pPr>
        <w:spacing w:before="0" w:after="80" w:line="300" w:lineRule="auto"/>
        <w:jc w:val="left"/>
      </w:pPr>
      <w:r>
        <w:rPr>
          <w:rFonts w:ascii="Times New Roman" w:hAnsi="Times New Roman" w:eastAsia="宋体"/>
          <w:b w:val="0"/>
          <w:i w:val="0"/>
          <w:color w:val="333333"/>
          <w:sz w:val="19"/>
        </w:rPr>
        <w:t>Because (3/2)²=9/4&gt;2, we have a/b=(3/2)⁹⁶&gt;2⁴⁸&gt;64. Hence the expression is greater than 80 and less than 81.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设大圆的圆心为 X，两个小圆的圆心分别为 Y,Z。则 XY=XZ=13-5=8，且 YZ=10。</w:t>
      </w:r>
    </w:p>
    <w:p>
      <w:pPr>
        <w:spacing w:before="0" w:after="80" w:line="300" w:lineRule="auto"/>
        <w:jc w:val="left"/>
      </w:pPr>
      <w:r>
        <w:rPr>
          <w:rFonts w:ascii="Times New Roman" w:hAnsi="Times New Roman" w:eastAsia="宋体"/>
          <w:b w:val="0"/>
          <w:i w:val="0"/>
          <w:sz w:val="21"/>
        </w:rPr>
        <w:t>切点处的半径共线，因此 XA 与 XY 共线，XB 与 XZ 共线，于是 △ XAB∼ △ XYZ。所以 AB/YZ=XA/XY=13/8。</w:t>
      </w:r>
    </w:p>
    <w:p>
      <w:pPr>
        <w:spacing w:before="0" w:after="80" w:line="300" w:lineRule="auto"/>
        <w:jc w:val="left"/>
      </w:pPr>
      <w:r>
        <w:rPr>
          <w:rFonts w:ascii="Times New Roman" w:hAnsi="Times New Roman" w:eastAsia="宋体"/>
          <w:b w:val="0"/>
          <w:i w:val="0"/>
          <w:sz w:val="21"/>
        </w:rPr>
        <w:t>因此 AB=10·13/8=65/4，从而 m+n=65+4=69。所以正确答案是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center of the large circle and let Y,Z be the centers of the two smaller circles. Then XY=XZ=13-5=8 and YZ=10.</w:t>
      </w:r>
    </w:p>
    <w:p>
      <w:pPr>
        <w:spacing w:before="0" w:after="80" w:line="300" w:lineRule="auto"/>
        <w:jc w:val="left"/>
      </w:pPr>
      <w:r>
        <w:rPr>
          <w:rFonts w:ascii="Times New Roman" w:hAnsi="Times New Roman" w:eastAsia="宋体"/>
          <w:b w:val="0"/>
          <w:i w:val="0"/>
          <w:color w:val="333333"/>
          <w:sz w:val="19"/>
        </w:rPr>
        <w:t>The radii to tangent points make XA collinear with XY and XB collinear with XZ, so △ XAB∼ △ XYZ. Thus AB/YZ=XA/XY=13/8.</w:t>
      </w:r>
    </w:p>
    <w:p>
      <w:pPr>
        <w:spacing w:before="0" w:after="80" w:line="300" w:lineRule="auto"/>
        <w:jc w:val="left"/>
      </w:pPr>
      <w:r>
        <w:rPr>
          <w:rFonts w:ascii="Times New Roman" w:hAnsi="Times New Roman" w:eastAsia="宋体"/>
          <w:b w:val="0"/>
          <w:i w:val="0"/>
          <w:color w:val="333333"/>
          <w:sz w:val="19"/>
        </w:rPr>
        <w:t>Hence AB=10·13/8=65/4, so m+n=65+4=69.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80" w:after="80"/>
        <w:jc w:val="center"/>
      </w:pPr>
      <w:r>
        <w:drawing>
          <wp:inline xmlns:a="http://schemas.openxmlformats.org/drawingml/2006/main" xmlns:pic="http://schemas.openxmlformats.org/drawingml/2006/picture">
            <wp:extent cx="1021372" cy="1032967"/>
            <wp:docPr id="11" name="Picture 11"/>
            <wp:cNvGraphicFramePr>
              <a:graphicFrameLocks noChangeAspect="1"/>
            </wp:cNvGraphicFramePr>
            <a:graphic>
              <a:graphicData uri="http://schemas.openxmlformats.org/drawingml/2006/picture">
                <pic:pic>
                  <pic:nvPicPr>
                    <pic:cNvPr id="0" name="q16-sol-1@300dpi.png"/>
                    <pic:cNvPicPr/>
                  </pic:nvPicPr>
                  <pic:blipFill>
                    <a:blip r:embed="rId14"/>
                    <a:stretch>
                      <a:fillRect/>
                    </a:stretch>
                  </pic:blipFill>
                  <pic:spPr>
                    <a:xfrm>
                      <a:off x="0" y="0"/>
                      <a:ext cx="1021372" cy="1032967"/>
                    </a:xfrm>
                    <a:prstGeom prst="rect"/>
                  </pic:spPr>
                </pic:pic>
              </a:graphicData>
            </a:graphic>
          </wp:inline>
        </w:drawing>
      </w:r>
    </w:p>
    <w:p>
      <w:pPr>
        <w:spacing w:before="0" w:after="80" w:line="300" w:lineRule="auto"/>
        <w:jc w:val="left"/>
      </w:pPr>
      <w:r>
        <w:rPr>
          <w:rFonts w:ascii="Times New Roman" w:hAnsi="Times New Roman" w:eastAsia="宋体"/>
          <w:b w:val="0"/>
          <w:i w:val="0"/>
          <w:sz w:val="21"/>
        </w:rPr>
        <w:t>设 P 是从 B 向 AC 所作高的垂足。由勾股定理得 AC=29。用两种方式计算面积，得到</w:t>
      </w:r>
    </w:p>
    <w:p>
      <w:pPr>
        <w:spacing w:before="0" w:after="80" w:line="300" w:lineRule="auto"/>
        <w:jc w:val="left"/>
      </w:pPr>
      <w:r>
        <w:rPr>
          <w:rFonts w:ascii="Times New Roman" w:hAnsi="Times New Roman" w:eastAsia="宋体"/>
          <w:b w:val="0"/>
          <w:i w:val="0"/>
          <w:sz w:val="21"/>
        </w:rPr>
        <w:t>(29· PB)/2=(20·21)/2，</w:t>
      </w:r>
    </w:p>
    <w:p>
      <w:pPr>
        <w:spacing w:before="0" w:after="80" w:line="300" w:lineRule="auto"/>
        <w:jc w:val="left"/>
      </w:pPr>
      <w:r>
        <w:rPr>
          <w:rFonts w:ascii="Times New Roman" w:hAnsi="Times New Roman" w:eastAsia="宋体"/>
          <w:b w:val="0"/>
          <w:i w:val="0"/>
          <w:sz w:val="21"/>
        </w:rPr>
        <w:t>所以 PB=420/29，它介于 14 和 15 之间。</w:t>
      </w:r>
    </w:p>
    <w:p>
      <w:pPr>
        <w:spacing w:before="0" w:after="80" w:line="300" w:lineRule="auto"/>
        <w:jc w:val="left"/>
      </w:pPr>
      <w:r>
        <w:rPr>
          <w:rFonts w:ascii="Times New Roman" w:hAnsi="Times New Roman" w:eastAsia="宋体"/>
          <w:b w:val="0"/>
          <w:i w:val="0"/>
          <w:sz w:val="21"/>
        </w:rPr>
        <w:t>当端点从 A 移到 P 时，它到 B 的距离从 20 连续减小到 PB。因此长度分别为 15,16,17,18,19,20 的线段各有一条。当端点从 P 移到 C 时，这个距离从 PB 连续增大到 21，所以长度分别为 15,16,17,18,19,20,21 的线段各有一条。这样共有 6+7=13 条不同的线段。</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021372" cy="1032967"/>
            <wp:docPr id="12" name="Picture 12"/>
            <wp:cNvGraphicFramePr>
              <a:graphicFrameLocks noChangeAspect="1"/>
            </wp:cNvGraphicFramePr>
            <a:graphic>
              <a:graphicData uri="http://schemas.openxmlformats.org/drawingml/2006/picture">
                <pic:pic>
                  <pic:nvPicPr>
                    <pic:cNvPr id="0" name="q16-sol-1@300dpi.png"/>
                    <pic:cNvPicPr/>
                  </pic:nvPicPr>
                  <pic:blipFill>
                    <a:blip r:embed="rId14"/>
                    <a:stretch>
                      <a:fillRect/>
                    </a:stretch>
                  </pic:blipFill>
                  <pic:spPr>
                    <a:xfrm>
                      <a:off x="0" y="0"/>
                      <a:ext cx="1021372" cy="103296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P be the foot of the altitude from B to AC. The Pythagorean Theorem gives AC=29. Computing the area in two ways gives</w:t>
      </w:r>
    </w:p>
    <w:p>
      <w:pPr>
        <w:spacing w:before="0" w:after="80" w:line="300" w:lineRule="auto"/>
        <w:jc w:val="left"/>
      </w:pPr>
      <w:r>
        <w:rPr>
          <w:rFonts w:ascii="Times New Roman" w:hAnsi="Times New Roman" w:eastAsia="宋体"/>
          <w:b w:val="0"/>
          <w:i w:val="0"/>
          <w:color w:val="333333"/>
          <w:sz w:val="19"/>
        </w:rPr>
        <w:t>(29· PB)/2=(20·21)/2,</w:t>
      </w:r>
    </w:p>
    <w:p>
      <w:pPr>
        <w:spacing w:before="0" w:after="80" w:line="300" w:lineRule="auto"/>
        <w:jc w:val="left"/>
      </w:pPr>
      <w:r>
        <w:rPr>
          <w:rFonts w:ascii="Times New Roman" w:hAnsi="Times New Roman" w:eastAsia="宋体"/>
          <w:b w:val="0"/>
          <w:i w:val="0"/>
          <w:color w:val="333333"/>
          <w:sz w:val="19"/>
        </w:rPr>
        <w:t>so PB=420/29, which lies between 14 and 15.</w:t>
      </w:r>
    </w:p>
    <w:p>
      <w:pPr>
        <w:spacing w:before="0" w:after="80" w:line="300" w:lineRule="auto"/>
        <w:jc w:val="left"/>
      </w:pPr>
      <w:r>
        <w:rPr>
          <w:rFonts w:ascii="Times New Roman" w:hAnsi="Times New Roman" w:eastAsia="宋体"/>
          <w:b w:val="0"/>
          <w:i w:val="0"/>
          <w:color w:val="333333"/>
          <w:sz w:val="19"/>
        </w:rPr>
        <w:t>As the endpoint moves from A to P, its distance from B decreases continuously from 20 to PB. Thus there is one segment of each integer length 15,16,17,18,19,20. As the endpoint moves from P to C, the distance increases continuously from PB to 21, giving one segment of each integer length 15,16,17,18,19,20,21. These are 6+7=13 distinct segments.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分情况讨论 S 中的最小元素：</w:t>
      </w:r>
    </w:p>
    <w:p>
      <w:pPr>
        <w:spacing w:before="0" w:after="80" w:line="300" w:lineRule="auto"/>
        <w:jc w:val="left"/>
      </w:pPr>
      <w:r>
        <w:rPr>
          <w:rFonts w:ascii="Times New Roman" w:hAnsi="Times New Roman" w:eastAsia="宋体"/>
          <w:b w:val="0"/>
          <w:i w:val="0"/>
          <w:sz w:val="21"/>
        </w:rPr>
        <w:t>最小元素不可能是 1，因为这样集合中不能再放入任何其他数。</w:t>
      </w:r>
    </w:p>
    <w:p>
      <w:pPr>
        <w:spacing w:before="0" w:after="80" w:line="300" w:lineRule="auto"/>
        <w:jc w:val="left"/>
      </w:pPr>
      <w:r>
        <w:rPr>
          <w:rFonts w:ascii="Times New Roman" w:hAnsi="Times New Roman" w:eastAsia="宋体"/>
          <w:b w:val="0"/>
          <w:i w:val="0"/>
          <w:sz w:val="21"/>
        </w:rPr>
        <w:t>最小元素也不可能是 2，因为这时必须选入除 1 以外的所有奇数，而其中 3 和 9 会违反条件。</w:t>
      </w:r>
    </w:p>
    <w:p>
      <w:pPr>
        <w:spacing w:before="0" w:after="80" w:line="300" w:lineRule="auto"/>
        <w:jc w:val="left"/>
      </w:pPr>
      <w:r>
        <w:rPr>
          <w:rFonts w:ascii="Times New Roman" w:hAnsi="Times New Roman" w:eastAsia="宋体"/>
          <w:b w:val="0"/>
          <w:i w:val="0"/>
          <w:sz w:val="21"/>
        </w:rPr>
        <w:t>若最小元素是 3，可以选 7 和 11，再从 4 与 8 中选一个，并从 5 与 10 中选一个。</w:t>
      </w:r>
    </w:p>
    <w:p>
      <w:pPr>
        <w:spacing w:before="0" w:after="80" w:line="300" w:lineRule="auto"/>
        <w:jc w:val="left"/>
      </w:pPr>
      <w:r>
        <w:rPr>
          <w:rFonts w:ascii="Times New Roman" w:hAnsi="Times New Roman" w:eastAsia="宋体"/>
          <w:b w:val="0"/>
          <w:i w:val="0"/>
          <w:sz w:val="21"/>
        </w:rPr>
        <w:t>无论怎样选，最多只能得到 5 个元素，所以最小元素不能是 3。</w:t>
      </w:r>
    </w:p>
    <w:p>
      <w:pPr>
        <w:spacing w:before="0" w:after="80" w:line="300" w:lineRule="auto"/>
        <w:jc w:val="left"/>
      </w:pPr>
      <w:r>
        <w:rPr>
          <w:rFonts w:ascii="Times New Roman" w:hAnsi="Times New Roman" w:eastAsia="宋体"/>
          <w:b w:val="0"/>
          <w:i w:val="0"/>
          <w:sz w:val="21"/>
        </w:rPr>
        <w:t>从 4 开始时，可以选入 6, 7, 9 和 11，再从 5 与 10 中选一个，便得到一个含 6 个元素的集合。</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proceed by casing on possible values for S:</w:t>
      </w:r>
    </w:p>
    <w:p>
      <w:pPr>
        <w:spacing w:before="0" w:after="80" w:line="300" w:lineRule="auto"/>
        <w:jc w:val="left"/>
      </w:pPr>
      <w:r>
        <w:rPr>
          <w:rFonts w:ascii="Times New Roman" w:hAnsi="Times New Roman" w:eastAsia="宋体"/>
          <w:b w:val="0"/>
          <w:i w:val="0"/>
          <w:color w:val="333333"/>
          <w:sz w:val="19"/>
        </w:rPr>
        <w:t>1 cannot be the smallest element since that would mean that no other number can be in the set.</w:t>
      </w:r>
    </w:p>
    <w:p>
      <w:pPr>
        <w:spacing w:before="0" w:after="80" w:line="300" w:lineRule="auto"/>
        <w:jc w:val="left"/>
      </w:pPr>
      <w:r>
        <w:rPr>
          <w:rFonts w:ascii="Times New Roman" w:hAnsi="Times New Roman" w:eastAsia="宋体"/>
          <w:b w:val="0"/>
          <w:i w:val="0"/>
          <w:color w:val="333333"/>
          <w:sz w:val="19"/>
        </w:rPr>
        <w:t>2 cannot be the smallest element since we would have to include every odd number except 1. This would make 3 and 9 violate the rule.</w:t>
      </w:r>
    </w:p>
    <w:p>
      <w:pPr>
        <w:spacing w:before="0" w:after="80" w:line="300" w:lineRule="auto"/>
        <w:jc w:val="left"/>
      </w:pPr>
      <w:r>
        <w:rPr>
          <w:rFonts w:ascii="Times New Roman" w:hAnsi="Times New Roman" w:eastAsia="宋体"/>
          <w:b w:val="0"/>
          <w:i w:val="0"/>
          <w:color w:val="333333"/>
          <w:sz w:val="19"/>
        </w:rPr>
        <w:t>Let 3 be the smallest element. Then we can include 7 and 11. We can finally include either 4 or 8 and 5 or 10.</w:t>
      </w:r>
    </w:p>
    <w:p>
      <w:pPr>
        <w:spacing w:before="0" w:after="80" w:line="300" w:lineRule="auto"/>
        <w:jc w:val="left"/>
      </w:pPr>
      <w:r>
        <w:rPr>
          <w:rFonts w:ascii="Times New Roman" w:hAnsi="Times New Roman" w:eastAsia="宋体"/>
          <w:b w:val="0"/>
          <w:i w:val="0"/>
          <w:color w:val="333333"/>
          <w:sz w:val="19"/>
        </w:rPr>
        <w:t>Either way, the maximum number of elements that we can include is 5, so 3 cannot be the smallest element.</w:t>
      </w:r>
    </w:p>
    <w:p>
      <w:pPr>
        <w:spacing w:before="0" w:after="80" w:line="300" w:lineRule="auto"/>
        <w:jc w:val="left"/>
      </w:pPr>
      <w:r>
        <w:rPr>
          <w:rFonts w:ascii="Times New Roman" w:hAnsi="Times New Roman" w:eastAsia="宋体"/>
          <w:b w:val="0"/>
          <w:i w:val="0"/>
          <w:color w:val="333333"/>
          <w:sz w:val="19"/>
        </w:rPr>
        <w:t>Starting with 4, we can include 6, 7, 9 and 11. Finally, we can add either 5 or 10, creating a 6-element set.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每一组系数得到的和必为正数、负数或零。</w:t>
      </w:r>
    </w:p>
    <w:p>
      <w:pPr>
        <w:spacing w:before="0" w:after="80" w:line="300" w:lineRule="auto"/>
        <w:jc w:val="left"/>
      </w:pPr>
      <w:r>
        <w:rPr>
          <w:rFonts w:ascii="Times New Roman" w:hAnsi="Times New Roman" w:eastAsia="宋体"/>
          <w:b w:val="0"/>
          <w:i w:val="0"/>
          <w:sz w:val="21"/>
        </w:rPr>
        <w:t>由于对称性，正数与负数的数量相等：把所有 1 换成 -1，同时把所有 -1 换成 1 即可一一配对。</w:t>
      </w:r>
    </w:p>
    <w:p>
      <w:pPr>
        <w:spacing w:before="0" w:after="80" w:line="300" w:lineRule="auto"/>
        <w:jc w:val="left"/>
      </w:pPr>
      <w:r>
        <w:rPr>
          <w:rFonts w:ascii="Times New Roman" w:hAnsi="Times New Roman" w:eastAsia="宋体"/>
          <w:b w:val="0"/>
          <w:i w:val="0"/>
          <w:sz w:val="21"/>
        </w:rPr>
        <w:t>只有当所有系数都为 0 时，和才等于 0。</w:t>
      </w:r>
    </w:p>
    <w:p>
      <w:pPr>
        <w:spacing w:before="0" w:after="80" w:line="300" w:lineRule="auto"/>
        <w:jc w:val="left"/>
      </w:pPr>
      <w:r>
        <w:rPr>
          <w:rFonts w:ascii="Times New Roman" w:hAnsi="Times New Roman" w:eastAsia="宋体"/>
          <w:b w:val="0"/>
          <w:i w:val="0"/>
          <w:sz w:val="21"/>
        </w:rPr>
        <w:t>系数的组合共有 3⁸ = 6561 种。因为 3 的每个幂都大于它前面各个幂之和，所以不同的系数组合给出不同的值。更具体地说，在两组系数最高的不同位上，差的绝对值至少为 3ᵏ，而所有更低的位加起来最多只能抵消 2(1+3+⋯+3ᵏ⁻¹)=3ᵏ-1。</w:t>
      </w:r>
    </w:p>
    <w:p>
      <w:pPr>
        <w:spacing w:before="0" w:after="80" w:line="300" w:lineRule="auto"/>
        <w:jc w:val="left"/>
      </w:pPr>
      <w:r>
        <w:rPr>
          <w:rFonts w:ascii="Times New Roman" w:hAnsi="Times New Roman" w:eastAsia="宋体"/>
          <w:b w:val="0"/>
          <w:i w:val="0"/>
          <w:sz w:val="21"/>
        </w:rPr>
        <w:t>因此，不同的非负整数共有</w:t>
      </w:r>
    </w:p>
    <w:p>
      <w:pPr>
        <w:spacing w:before="0" w:after="80" w:line="300" w:lineRule="auto"/>
        <w:jc w:val="left"/>
      </w:pPr>
      <w:r>
        <w:rPr>
          <w:rFonts w:ascii="Times New Roman" w:hAnsi="Times New Roman" w:eastAsia="宋体"/>
          <w:b w:val="0"/>
          <w:i w:val="0"/>
          <w:sz w:val="21"/>
        </w:rPr>
        <w:t>(6561 - 1)/2 + 1 = 3281</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every number formed by this sum is either positive, negative, or zero.</w:t>
      </w:r>
    </w:p>
    <w:p>
      <w:pPr>
        <w:spacing w:before="0" w:after="80" w:line="300" w:lineRule="auto"/>
        <w:jc w:val="left"/>
      </w:pPr>
      <w:r>
        <w:rPr>
          <w:rFonts w:ascii="Times New Roman" w:hAnsi="Times New Roman" w:eastAsia="宋体"/>
          <w:b w:val="0"/>
          <w:i w:val="0"/>
          <w:color w:val="333333"/>
          <w:sz w:val="19"/>
        </w:rPr>
        <w:t>The number of positive numbers equals the number of negative numbers due to symmetry (flip the 1 s to -1 s and -1 s to 1 s).</w:t>
      </w:r>
    </w:p>
    <w:p>
      <w:pPr>
        <w:spacing w:before="0" w:after="80" w:line="300" w:lineRule="auto"/>
        <w:jc w:val="left"/>
      </w:pPr>
      <w:r>
        <w:rPr>
          <w:rFonts w:ascii="Times New Roman" w:hAnsi="Times New Roman" w:eastAsia="宋体"/>
          <w:b w:val="0"/>
          <w:i w:val="0"/>
          <w:color w:val="333333"/>
          <w:sz w:val="19"/>
        </w:rPr>
        <w:t>The only way for the sum to be 0 is if all the coefficients are 0.</w:t>
      </w:r>
    </w:p>
    <w:p>
      <w:pPr>
        <w:spacing w:before="0" w:after="80" w:line="300" w:lineRule="auto"/>
        <w:jc w:val="left"/>
      </w:pPr>
      <w:r>
        <w:rPr>
          <w:rFonts w:ascii="Times New Roman" w:hAnsi="Times New Roman" w:eastAsia="宋体"/>
          <w:b w:val="0"/>
          <w:i w:val="0"/>
          <w:color w:val="333333"/>
          <w:sz w:val="19"/>
        </w:rPr>
        <w:t>The total number of numbers is 3⁸ = 6561. Because each power of 3 is larger than the sum of all previous powers of three, each combination of coefficients yields a different value. More explicitly, at the highest place where two combinations differ, the difference has magnitude at least 3ᵏ, while all lower places together can cancel at most 2(1+3+⋯+3ᵏ⁻¹)=3ᵏ-1.</w:t>
      </w:r>
    </w:p>
    <w:p>
      <w:pPr>
        <w:spacing w:before="0" w:after="80" w:line="300" w:lineRule="auto"/>
        <w:jc w:val="left"/>
      </w:pPr>
      <w:r>
        <w:rPr>
          <w:rFonts w:ascii="Times New Roman" w:hAnsi="Times New Roman" w:eastAsia="宋体"/>
          <w:b w:val="0"/>
          <w:i w:val="0"/>
          <w:color w:val="333333"/>
          <w:sz w:val="19"/>
        </w:rPr>
        <w:t>Therefore, there are</w:t>
      </w:r>
    </w:p>
    <w:p>
      <w:pPr>
        <w:spacing w:before="0" w:after="80" w:line="300" w:lineRule="auto"/>
        <w:jc w:val="left"/>
      </w:pPr>
      <w:r>
        <w:rPr>
          <w:rFonts w:ascii="Times New Roman" w:hAnsi="Times New Roman" w:eastAsia="宋体"/>
          <w:b w:val="0"/>
          <w:i w:val="0"/>
          <w:color w:val="333333"/>
          <w:sz w:val="19"/>
        </w:rPr>
        <w:t>(6561 - 1)/2 + 1 = 3281</w:t>
      </w:r>
    </w:p>
    <w:p>
      <w:pPr>
        <w:spacing w:before="0" w:after="80" w:line="300" w:lineRule="auto"/>
        <w:jc w:val="left"/>
      </w:pPr>
      <w:r>
        <w:rPr>
          <w:rFonts w:ascii="Times New Roman" w:hAnsi="Times New Roman" w:eastAsia="宋体"/>
          <w:b w:val="0"/>
          <w:i w:val="0"/>
          <w:color w:val="333333"/>
          <w:sz w:val="19"/>
        </w:rPr>
        <w:t>distinct nonnegative integers.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只需考虑 m 的个位数字。在 20 个连续的可能指数中，每个模 4 的余数出现 5 次，并且有 10 个偶数指数。个位为 1 的底数对全部 20 个指数都成功；个位为 3 或 7 的底数在能被 4 整除的那 5 个指数上成功；个位为 5 的底数从不成功；个位为 9 的底数在 10 个偶数指数上成功。</w:t>
      </w:r>
    </w:p>
    <w:p>
      <w:pPr>
        <w:spacing w:before="0" w:after="80" w:line="300" w:lineRule="auto"/>
        <w:jc w:val="left"/>
      </w:pPr>
      <w:r>
        <w:rPr>
          <w:rFonts w:ascii="Times New Roman" w:hAnsi="Times New Roman" w:eastAsia="宋体"/>
          <w:b w:val="0"/>
          <w:i w:val="0"/>
          <w:sz w:val="21"/>
        </w:rPr>
        <w:t>因此，在 5·20=100 个等可能数对中，有 20+5+0+5+10=40 个符合条件，概率为 40/100=2/5。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the units digit of m matters. Among the 20 consecutive possible exponents, each residue modulo 4 occurs 5 times, and 10 exponents are even. A base ending in 1 succeeds for all 20 exponents; bases ending in 3 or 7 succeed for the 5 exponents divisible by 4; a base ending in 5 never succeeds; and a base ending in 9 succeeds for the 10 even exponents.</w:t>
      </w:r>
    </w:p>
    <w:p>
      <w:pPr>
        <w:spacing w:before="0" w:after="80" w:line="300" w:lineRule="auto"/>
        <w:jc w:val="left"/>
      </w:pPr>
      <w:r>
        <w:rPr>
          <w:rFonts w:ascii="Times New Roman" w:hAnsi="Times New Roman" w:eastAsia="宋体"/>
          <w:b w:val="0"/>
          <w:i w:val="0"/>
          <w:color w:val="333333"/>
          <w:sz w:val="19"/>
        </w:rPr>
        <w:t>Thus 20+5+0+5+10=40 of the 5·20=100 equally likely pairs work, and the probability is 40/100=2/5.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把行和列从 -3 编号到 3，中心为 (0,0)。旋转和反射可以改变坐标的符号，也可以交换两个坐标，所以 (x,y) 所在的轨道由 (|x|,|y|) 从小到大排序后得到的数对决定。这样的数对是满足 0≤ u≤ v≤3 的 (u,v)，共有 4+3+2+1=10 个。</w:t>
      </w:r>
    </w:p>
    <w:p>
      <w:pPr>
        <w:spacing w:before="0" w:after="80" w:line="300" w:lineRule="auto"/>
        <w:jc w:val="left"/>
      </w:pPr>
      <w:r>
        <w:rPr>
          <w:rFonts w:ascii="Times New Roman" w:hAnsi="Times New Roman" w:eastAsia="宋体"/>
          <w:b w:val="0"/>
          <w:i w:val="0"/>
          <w:sz w:val="21"/>
        </w:rPr>
        <w:t>每个轨道选定一个小方格的颜色后，该轨道内其余方格的颜色都由对称性确定。</w:t>
      </w:r>
    </w:p>
    <w:p>
      <w:pPr>
        <w:spacing w:before="0" w:after="80" w:line="300" w:lineRule="auto"/>
        <w:jc w:val="left"/>
      </w:pPr>
      <w:r>
        <w:rPr>
          <w:rFonts w:ascii="Times New Roman" w:hAnsi="Times New Roman" w:eastAsia="宋体"/>
          <w:b w:val="0"/>
          <w:i w:val="0"/>
          <w:sz w:val="21"/>
        </w:rPr>
        <w:t>因此，在考虑两种颜色都必须出现的条件之前，共有 2¹⁰ 种对称涂法。</w:t>
      </w:r>
    </w:p>
    <w:p>
      <w:pPr>
        <w:spacing w:before="0" w:after="80" w:line="300" w:lineRule="auto"/>
        <w:jc w:val="left"/>
      </w:pPr>
      <w:r>
        <w:rPr>
          <w:rFonts w:ascii="Times New Roman" w:hAnsi="Times New Roman" w:eastAsia="宋体"/>
          <w:b w:val="0"/>
          <w:i w:val="0"/>
          <w:sz w:val="21"/>
        </w:rPr>
        <w:t>全黑和全白两种涂法不合要求，所以有效的对称扫描码共有 2¹⁰-2=1022 种。因此正确答案是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Number rows and columns from -3 through 3, with the center at (0,0). Rotations and reflections can change signs and exchange coordinates, so the orbit of (x,y) is determined by the ordered pair obtained by sorting (|x|,|y|). These pairs are (u,v) with 0≤ u≤ v≤3, of which there are 4+3+2+1=10.</w:t>
      </w:r>
    </w:p>
    <w:p>
      <w:pPr>
        <w:spacing w:before="0" w:after="80" w:line="300" w:lineRule="auto"/>
        <w:jc w:val="left"/>
      </w:pPr>
      <w:r>
        <w:rPr>
          <w:rFonts w:ascii="Times New Roman" w:hAnsi="Times New Roman" w:eastAsia="宋体"/>
          <w:b w:val="0"/>
          <w:i w:val="0"/>
          <w:color w:val="333333"/>
          <w:sz w:val="19"/>
        </w:rPr>
        <w:t>Once one square in each orbit is colored, symmetry forces the colors of all other squares in that orbit.</w:t>
      </w:r>
    </w:p>
    <w:p>
      <w:pPr>
        <w:spacing w:before="0" w:after="80" w:line="300" w:lineRule="auto"/>
        <w:jc w:val="left"/>
      </w:pPr>
      <w:r>
        <w:rPr>
          <w:rFonts w:ascii="Times New Roman" w:hAnsi="Times New Roman" w:eastAsia="宋体"/>
          <w:b w:val="0"/>
          <w:i w:val="0"/>
          <w:color w:val="333333"/>
          <w:sz w:val="19"/>
        </w:rPr>
        <w:t>There are therefore 2¹⁰ symmetric colorings before the condition about using both colors. The all-black and all-white colorings are not allowed.</w:t>
      </w:r>
    </w:p>
    <w:p>
      <w:pPr>
        <w:spacing w:before="0" w:after="80" w:line="300" w:lineRule="auto"/>
        <w:jc w:val="left"/>
      </w:pPr>
      <w:r>
        <w:rPr>
          <w:rFonts w:ascii="Times New Roman" w:hAnsi="Times New Roman" w:eastAsia="宋体"/>
          <w:b w:val="0"/>
          <w:i w:val="0"/>
          <w:color w:val="333333"/>
          <w:sz w:val="19"/>
        </w:rPr>
        <w:t>The total number of valid symmetric scanning codes is 2¹⁰-2=1022.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把 y=x²-a 代入 x²+y²=a²，得到 x²+(x²-a)²=a²，所以 x²(x²-(2a-1))=0。</w:t>
      </w:r>
    </w:p>
    <w:p>
      <w:pPr>
        <w:spacing w:before="0" w:after="80" w:line="300" w:lineRule="auto"/>
        <w:jc w:val="left"/>
      </w:pPr>
      <w:r>
        <w:rPr>
          <w:rFonts w:ascii="Times New Roman" w:hAnsi="Times New Roman" w:eastAsia="宋体"/>
          <w:b w:val="0"/>
          <w:i w:val="0"/>
          <w:sz w:val="21"/>
        </w:rPr>
        <w:t>因子 x²=0 总会给出一个交点 (0,-a)。另一个因子恰好在 2a-1&gt;0 时给出两个额外的实交点。</w:t>
      </w:r>
    </w:p>
    <w:p>
      <w:pPr>
        <w:spacing w:before="0" w:after="80" w:line="300" w:lineRule="auto"/>
        <w:jc w:val="left"/>
      </w:pPr>
      <w:r>
        <w:rPr>
          <w:rFonts w:ascii="Times New Roman" w:hAnsi="Times New Roman" w:eastAsia="宋体"/>
          <w:b w:val="0"/>
          <w:i w:val="0"/>
          <w:sz w:val="21"/>
        </w:rPr>
        <w:t>因此，恰有三个交点的条件是 a&gt;1/2。所以正确答案是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Substitute y=x²-a into x²+y²=a². This gives x²+(x²-a)²=a², so x²(x²-(2a-1))=0.</w:t>
      </w:r>
    </w:p>
    <w:p>
      <w:pPr>
        <w:spacing w:before="0" w:after="80" w:line="300" w:lineRule="auto"/>
        <w:jc w:val="left"/>
      </w:pPr>
      <w:r>
        <w:rPr>
          <w:rFonts w:ascii="Times New Roman" w:hAnsi="Times New Roman" w:eastAsia="宋体"/>
          <w:b w:val="0"/>
          <w:i w:val="0"/>
          <w:color w:val="333333"/>
          <w:sz w:val="19"/>
        </w:rPr>
        <w:t>The factor x²=0 always gives the single point (0,-a). The other factor gives two additional real points exactly when 2a-1&gt;0.</w:t>
      </w:r>
    </w:p>
    <w:p>
      <w:pPr>
        <w:spacing w:before="0" w:after="80" w:line="300" w:lineRule="auto"/>
        <w:jc w:val="left"/>
      </w:pPr>
      <w:r>
        <w:rPr>
          <w:rFonts w:ascii="Times New Roman" w:hAnsi="Times New Roman" w:eastAsia="宋体"/>
          <w:b w:val="0"/>
          <w:i w:val="0"/>
          <w:color w:val="333333"/>
          <w:sz w:val="19"/>
        </w:rPr>
        <w:t>There are exactly three intersection points when a&gt;1/2.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由 gcd(a,b)=24=2³·3 和 gcd(b,c)=36=2²·3² 可知，a 能被 2³·3 整除，但不能被 3² 整除。</w:t>
      </w:r>
    </w:p>
    <w:p>
      <w:pPr>
        <w:spacing w:before="0" w:after="80" w:line="300" w:lineRule="auto"/>
        <w:jc w:val="left"/>
      </w:pPr>
      <w:r>
        <w:rPr>
          <w:rFonts w:ascii="Times New Roman" w:hAnsi="Times New Roman" w:eastAsia="宋体"/>
          <w:b w:val="0"/>
          <w:i w:val="0"/>
          <w:sz w:val="21"/>
        </w:rPr>
        <w:t>由 gcd(b,c)=36 和 gcd(c,d)=54=2·3³ 可知，d 能被 2·3³ 整除，但不能被 2² 整除。因此 gcd(d,a)=2·3· n，其中 n 不含因子 2 或 3。</w:t>
      </w:r>
    </w:p>
    <w:p>
      <w:pPr>
        <w:spacing w:before="0" w:after="80" w:line="300" w:lineRule="auto"/>
        <w:jc w:val="left"/>
      </w:pPr>
      <w:r>
        <w:rPr>
          <w:rFonts w:ascii="Times New Roman" w:hAnsi="Times New Roman" w:eastAsia="宋体"/>
          <w:b w:val="0"/>
          <w:i w:val="0"/>
          <w:sz w:val="21"/>
        </w:rPr>
        <w:t>由 70&lt;6n&lt;100 得 12≤ n≤16。这个范围内不含因子 2 或 3 的整数 n 只有 13，所以 13 一定是 a 的因数。因此正确答案是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gcd(a,b)=24=2³·3 and gcd(b,c)=36=2²·3², the number a is divisible by 2³·3 but not by 3².</w:t>
      </w:r>
    </w:p>
    <w:p>
      <w:pPr>
        <w:spacing w:before="0" w:after="80" w:line="300" w:lineRule="auto"/>
        <w:jc w:val="left"/>
      </w:pPr>
      <w:r>
        <w:rPr>
          <w:rFonts w:ascii="Times New Roman" w:hAnsi="Times New Roman" w:eastAsia="宋体"/>
          <w:b w:val="0"/>
          <w:i w:val="0"/>
          <w:color w:val="333333"/>
          <w:sz w:val="19"/>
        </w:rPr>
        <w:t>From gcd(b,c)=36 and gcd(c,d)=54=2·3³, the number d is divisible by 2·3³ but not by 2². Therefore gcd(d,a)=2·3· n, where n has no factor 2 or 3.</w:t>
      </w:r>
    </w:p>
    <w:p>
      <w:pPr>
        <w:spacing w:before="0" w:after="80" w:line="300" w:lineRule="auto"/>
        <w:jc w:val="left"/>
      </w:pPr>
      <w:r>
        <w:rPr>
          <w:rFonts w:ascii="Times New Roman" w:hAnsi="Times New Roman" w:eastAsia="宋体"/>
          <w:b w:val="0"/>
          <w:i w:val="0"/>
          <w:color w:val="333333"/>
          <w:sz w:val="19"/>
        </w:rPr>
        <w:t>Since 70&lt;6n&lt;100, the integer n satisfies 12≤ n≤16. The only value in this range with no factor 2 or 3 is 13, so 13 must divide a.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S 的边长为 x，可将田地分成下图所示的几个部分。</w:t>
      </w:r>
    </w:p>
    <w:p>
      <w:pPr>
        <w:spacing w:before="80" w:after="80"/>
        <w:jc w:val="center"/>
      </w:pPr>
      <w:r>
        <w:drawing>
          <wp:inline xmlns:a="http://schemas.openxmlformats.org/drawingml/2006/main" xmlns:pic="http://schemas.openxmlformats.org/drawingml/2006/picture">
            <wp:extent cx="1967192" cy="1535214"/>
            <wp:docPr id="13" name="Picture 13"/>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967192" cy="1535214"/>
                    </a:xfrm>
                    <a:prstGeom prst="rect"/>
                  </pic:spPr>
                </pic:pic>
              </a:graphicData>
            </a:graphic>
          </wp:inline>
        </w:drawing>
      </w:r>
    </w:p>
    <w:p>
      <w:pPr>
        <w:spacing w:before="0" w:after="80" w:line="300" w:lineRule="auto"/>
        <w:jc w:val="left"/>
      </w:pPr>
      <w:r>
        <w:rPr>
          <w:rFonts w:ascii="Times New Roman" w:hAnsi="Times New Roman" w:eastAsia="宋体"/>
          <w:b w:val="0"/>
          <w:i w:val="0"/>
          <w:sz w:val="21"/>
        </w:rPr>
        <w:t>田地的面积可用两种方式表示：</w:t>
      </w:r>
    </w:p>
    <w:p>
      <w:pPr>
        <w:spacing w:before="0" w:after="80" w:line="300" w:lineRule="auto"/>
        <w:jc w:val="left"/>
      </w:pPr>
      <w:r>
        <w:rPr>
          <w:rFonts w:ascii="Times New Roman" w:hAnsi="Times New Roman" w:eastAsia="宋体"/>
          <w:b w:val="0"/>
          <w:i w:val="0"/>
          <w:sz w:val="21"/>
        </w:rPr>
        <w:t>(3 · 4)/2 = x² + (x(3 - x))/2</w:t>
      </w:r>
    </w:p>
    <w:p>
      <w:pPr>
        <w:spacing w:before="0" w:after="80" w:line="300" w:lineRule="auto"/>
        <w:jc w:val="left"/>
      </w:pPr>
      <w:r>
        <w:rPr>
          <w:rFonts w:ascii="Times New Roman" w:hAnsi="Times New Roman" w:eastAsia="宋体"/>
          <w:b w:val="0"/>
          <w:i w:val="0"/>
          <w:sz w:val="21"/>
        </w:rPr>
        <w:t>+ (x(4 - x))/2 + (2 · 5)/2。</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6 = 7x/2 + 5</w:t>
      </w:r>
    </w:p>
    <w:p>
      <w:pPr>
        <w:spacing w:before="0" w:after="80" w:line="300" w:lineRule="auto"/>
        <w:jc w:val="left"/>
      </w:pPr>
      <w:r>
        <w:rPr>
          <w:rFonts w:ascii="Times New Roman" w:hAnsi="Times New Roman" w:eastAsia="宋体"/>
          <w:b w:val="0"/>
          <w:i w:val="0"/>
          <w:sz w:val="21"/>
        </w:rPr>
        <w:t>x = 2/7。</w:t>
      </w:r>
    </w:p>
    <w:p>
      <w:pPr>
        <w:spacing w:before="0" w:after="80" w:line="300" w:lineRule="auto"/>
        <w:jc w:val="left"/>
      </w:pPr>
      <w:r>
        <w:rPr>
          <w:rFonts w:ascii="Times New Roman" w:hAnsi="Times New Roman" w:eastAsia="宋体"/>
          <w:b w:val="0"/>
          <w:i w:val="0"/>
          <w:sz w:val="21"/>
        </w:rPr>
        <w:t>所求比例为</w:t>
      </w:r>
    </w:p>
    <w:p>
      <w:pPr>
        <w:spacing w:before="0" w:after="80" w:line="300" w:lineRule="auto"/>
        <w:jc w:val="left"/>
      </w:pPr>
      <w:r>
        <w:rPr>
          <w:rFonts w:ascii="Times New Roman" w:hAnsi="Times New Roman" w:eastAsia="宋体"/>
          <w:b w:val="0"/>
          <w:i w:val="0"/>
          <w:sz w:val="21"/>
        </w:rPr>
        <w:t>(6 - x²)/6 = (6 - 4/49)/6 = 145/147。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side length of S. Then we can split the field up into the following shapes.</w:t>
      </w:r>
    </w:p>
    <w:p>
      <w:pPr>
        <w:spacing w:before="80" w:after="80"/>
        <w:jc w:val="center"/>
      </w:pPr>
      <w:r>
        <w:drawing>
          <wp:inline xmlns:a="http://schemas.openxmlformats.org/drawingml/2006/main" xmlns:pic="http://schemas.openxmlformats.org/drawingml/2006/picture">
            <wp:extent cx="1967192" cy="1535214"/>
            <wp:docPr id="14" name="Picture 14"/>
            <wp:cNvGraphicFramePr>
              <a:graphicFrameLocks noChangeAspect="1"/>
            </wp:cNvGraphicFramePr>
            <a:graphic>
              <a:graphicData uri="http://schemas.openxmlformats.org/drawingml/2006/picture">
                <pic:pic>
                  <pic:nvPicPr>
                    <pic:cNvPr id="0" name="q23-sol-1@300dpi.png"/>
                    <pic:cNvPicPr/>
                  </pic:nvPicPr>
                  <pic:blipFill>
                    <a:blip r:embed="rId15"/>
                    <a:stretch>
                      <a:fillRect/>
                    </a:stretch>
                  </pic:blipFill>
                  <pic:spPr>
                    <a:xfrm>
                      <a:off x="0" y="0"/>
                      <a:ext cx="1967192" cy="153521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express the area of the field in two ways:</w:t>
      </w:r>
    </w:p>
    <w:p>
      <w:pPr>
        <w:spacing w:before="0" w:after="80" w:line="300" w:lineRule="auto"/>
        <w:jc w:val="left"/>
      </w:pPr>
      <w:r>
        <w:rPr>
          <w:rFonts w:ascii="Times New Roman" w:hAnsi="Times New Roman" w:eastAsia="宋体"/>
          <w:b w:val="0"/>
          <w:i w:val="0"/>
          <w:color w:val="333333"/>
          <w:sz w:val="19"/>
        </w:rPr>
        <w:t>(3 · 4)/2 = x² + (x(3 - x))/2</w:t>
      </w:r>
    </w:p>
    <w:p>
      <w:pPr>
        <w:spacing w:before="0" w:after="80" w:line="300" w:lineRule="auto"/>
        <w:jc w:val="left"/>
      </w:pPr>
      <w:r>
        <w:rPr>
          <w:rFonts w:ascii="Times New Roman" w:hAnsi="Times New Roman" w:eastAsia="宋体"/>
          <w:b w:val="0"/>
          <w:i w:val="0"/>
          <w:color w:val="333333"/>
          <w:sz w:val="19"/>
        </w:rPr>
        <w:t>+ (x(4 - x))/2 + (2 · 5)/2.</w:t>
      </w:r>
    </w:p>
    <w:p>
      <w:pPr>
        <w:spacing w:before="0" w:after="80" w:line="300" w:lineRule="auto"/>
        <w:jc w:val="left"/>
      </w:pPr>
      <w:r>
        <w:rPr>
          <w:rFonts w:ascii="Times New Roman" w:hAnsi="Times New Roman" w:eastAsia="宋体"/>
          <w:b w:val="0"/>
          <w:i w:val="0"/>
          <w:color w:val="333333"/>
          <w:sz w:val="19"/>
        </w:rPr>
        <w:t>Simplifying yields</w:t>
      </w:r>
    </w:p>
    <w:p>
      <w:pPr>
        <w:spacing w:before="0" w:after="80" w:line="300" w:lineRule="auto"/>
        <w:jc w:val="left"/>
      </w:pPr>
      <w:r>
        <w:rPr>
          <w:rFonts w:ascii="Times New Roman" w:hAnsi="Times New Roman" w:eastAsia="宋体"/>
          <w:b w:val="0"/>
          <w:i w:val="0"/>
          <w:color w:val="333333"/>
          <w:sz w:val="19"/>
        </w:rPr>
        <w:t>6 = 7x/2 + 5</w:t>
      </w:r>
    </w:p>
    <w:p>
      <w:pPr>
        <w:spacing w:before="0" w:after="80" w:line="300" w:lineRule="auto"/>
        <w:jc w:val="left"/>
      </w:pPr>
      <w:r>
        <w:rPr>
          <w:rFonts w:ascii="Times New Roman" w:hAnsi="Times New Roman" w:eastAsia="宋体"/>
          <w:b w:val="0"/>
          <w:i w:val="0"/>
          <w:color w:val="333333"/>
          <w:sz w:val="19"/>
        </w:rPr>
        <w:t>x = 2/7.</w:t>
      </w:r>
    </w:p>
    <w:p>
      <w:pPr>
        <w:spacing w:before="0" w:after="80" w:line="300" w:lineRule="auto"/>
        <w:jc w:val="left"/>
      </w:pPr>
      <w:r>
        <w:rPr>
          <w:rFonts w:ascii="Times New Roman" w:hAnsi="Times New Roman" w:eastAsia="宋体"/>
          <w:b w:val="0"/>
          <w:i w:val="0"/>
          <w:color w:val="333333"/>
          <w:sz w:val="19"/>
        </w:rPr>
        <w:t>The desired fraction is</w:t>
      </w:r>
    </w:p>
    <w:p>
      <w:pPr>
        <w:spacing w:before="0" w:after="80" w:line="300" w:lineRule="auto"/>
        <w:jc w:val="left"/>
      </w:pPr>
      <w:r>
        <w:rPr>
          <w:rFonts w:ascii="Times New Roman" w:hAnsi="Times New Roman" w:eastAsia="宋体"/>
          <w:b w:val="0"/>
          <w:i w:val="0"/>
          <w:color w:val="333333"/>
          <w:sz w:val="19"/>
        </w:rPr>
        <w:t>(6 - x²)/6 = (6 - 4/49)/6 = 145/147.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80" w:after="80"/>
        <w:jc w:val="center"/>
      </w:pPr>
      <w:r>
        <w:drawing>
          <wp:inline xmlns:a="http://schemas.openxmlformats.org/drawingml/2006/main" xmlns:pic="http://schemas.openxmlformats.org/drawingml/2006/picture">
            <wp:extent cx="1368074" cy="912758"/>
            <wp:docPr id="15" name="Picture 15"/>
            <wp:cNvGraphicFramePr>
              <a:graphicFrameLocks noChangeAspect="1"/>
            </wp:cNvGraphicFramePr>
            <a:graphic>
              <a:graphicData uri="http://schemas.openxmlformats.org/drawingml/2006/picture">
                <pic:pic>
                  <pic:nvPicPr>
                    <pic:cNvPr id="0" name="q24-sol-1@300dpi.png"/>
                    <pic:cNvPicPr/>
                  </pic:nvPicPr>
                  <pic:blipFill>
                    <a:blip r:embed="rId16"/>
                    <a:stretch>
                      <a:fillRect/>
                    </a:stretch>
                  </pic:blipFill>
                  <pic:spPr>
                    <a:xfrm>
                      <a:off x="0" y="0"/>
                      <a:ext cx="1368074" cy="912758"/>
                    </a:xfrm>
                    <a:prstGeom prst="rect"/>
                  </pic:spPr>
                </pic:pic>
              </a:graphicData>
            </a:graphic>
          </wp:inline>
        </w:drawing>
      </w:r>
    </w:p>
    <w:p>
      <w:pPr>
        <w:spacing w:before="0" w:after="80" w:line="300" w:lineRule="auto"/>
        <w:jc w:val="left"/>
      </w:pPr>
      <w:r>
        <w:rPr>
          <w:rFonts w:ascii="Times New Roman" w:hAnsi="Times New Roman" w:eastAsia="宋体"/>
          <w:b w:val="0"/>
          <w:i w:val="0"/>
          <w:sz w:val="21"/>
        </w:rPr>
        <w:t>设 BC = a, BG = x, GC = y，并设过 A 的高为 h。</w:t>
      </w:r>
    </w:p>
    <w:p>
      <w:pPr>
        <w:spacing w:before="0" w:after="80" w:line="300" w:lineRule="auto"/>
        <w:jc w:val="left"/>
      </w:pPr>
      <w:r>
        <w:rPr>
          <w:rFonts w:ascii="Times New Roman" w:hAnsi="Times New Roman" w:eastAsia="宋体"/>
          <w:b w:val="0"/>
          <w:i w:val="0"/>
          <w:sz w:val="21"/>
        </w:rPr>
        <w:t>由角平分线定理，BG:GC=AB:AC=5:1，所以 BG=5a/6。因为 DE 是中位线，DE=a/2。在 △ ADE 中再次应用该定理，得 DF:FE=AD:AE=5:1，所以 DF=5/6DE=5a/12。</w:t>
      </w:r>
    </w:p>
    <w:p>
      <w:pPr>
        <w:spacing w:before="0" w:after="80" w:line="300" w:lineRule="auto"/>
        <w:jc w:val="left"/>
      </w:pPr>
      <w:r>
        <w:rPr>
          <w:rFonts w:ascii="Times New Roman" w:hAnsi="Times New Roman" w:eastAsia="宋体"/>
          <w:b w:val="0"/>
          <w:i w:val="0"/>
          <w:sz w:val="21"/>
        </w:rPr>
        <w:t>梯形的高为 h/2，且 ah/2=120。它的平均底长为 1/2(5a/12+5a/6)=5a/8。因此面积为</w:t>
      </w:r>
    </w:p>
    <w:p>
      <w:pPr>
        <w:spacing w:before="0" w:after="80" w:line="300" w:lineRule="auto"/>
        <w:jc w:val="left"/>
      </w:pPr>
      <w:r>
        <w:rPr>
          <w:rFonts w:ascii="Times New Roman" w:hAnsi="Times New Roman" w:eastAsia="宋体"/>
          <w:b w:val="0"/>
          <w:i w:val="0"/>
          <w:sz w:val="21"/>
        </w:rPr>
        <w:t>5a/8·h/2=5/8·ah/2=75。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368074" cy="912758"/>
            <wp:docPr id="16" name="Picture 16"/>
            <wp:cNvGraphicFramePr>
              <a:graphicFrameLocks noChangeAspect="1"/>
            </wp:cNvGraphicFramePr>
            <a:graphic>
              <a:graphicData uri="http://schemas.openxmlformats.org/drawingml/2006/picture">
                <pic:pic>
                  <pic:nvPicPr>
                    <pic:cNvPr id="0" name="q24-sol-1@300dpi.png"/>
                    <pic:cNvPicPr/>
                  </pic:nvPicPr>
                  <pic:blipFill>
                    <a:blip r:embed="rId16"/>
                    <a:stretch>
                      <a:fillRect/>
                    </a:stretch>
                  </pic:blipFill>
                  <pic:spPr>
                    <a:xfrm>
                      <a:off x="0" y="0"/>
                      <a:ext cx="1368074" cy="91275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BC = a, BG = x, GC = y, and h be the length of the altitude through A.</w:t>
      </w:r>
    </w:p>
    <w:p>
      <w:pPr>
        <w:spacing w:before="0" w:after="80" w:line="300" w:lineRule="auto"/>
        <w:jc w:val="left"/>
      </w:pPr>
      <w:r>
        <w:rPr>
          <w:rFonts w:ascii="Times New Roman" w:hAnsi="Times New Roman" w:eastAsia="宋体"/>
          <w:b w:val="0"/>
          <w:i w:val="0"/>
          <w:color w:val="333333"/>
          <w:sz w:val="19"/>
        </w:rPr>
        <w:t>By the Angle Bisector Theorem, BG:GC=AB:AC=5:1, so BG=5a/6. Because DE is a midsegment, DE=a/2. Applying the same theorem in △ ADE gives DF:FE=AD:AE=5:1, so DF=5/6DE=5a/12.</w:t>
      </w:r>
    </w:p>
    <w:p>
      <w:pPr>
        <w:spacing w:before="0" w:after="80" w:line="300" w:lineRule="auto"/>
        <w:jc w:val="left"/>
      </w:pPr>
      <w:r>
        <w:rPr>
          <w:rFonts w:ascii="Times New Roman" w:hAnsi="Times New Roman" w:eastAsia="宋体"/>
          <w:b w:val="0"/>
          <w:i w:val="0"/>
          <w:color w:val="333333"/>
          <w:sz w:val="19"/>
        </w:rPr>
        <w:t>The trapezoid’s height is h/2, and ah/2=120. Its average base length is 1/2(5a/12+5a/6)=5a/8. Therefore, its area is</w:t>
      </w:r>
    </w:p>
    <w:p>
      <w:pPr>
        <w:spacing w:before="0" w:after="80" w:line="300" w:lineRule="auto"/>
        <w:jc w:val="left"/>
      </w:pPr>
      <w:r>
        <w:rPr>
          <w:rFonts w:ascii="Times New Roman" w:hAnsi="Times New Roman" w:eastAsia="宋体"/>
          <w:b w:val="0"/>
          <w:i w:val="0"/>
          <w:color w:val="333333"/>
          <w:sz w:val="19"/>
        </w:rPr>
        <w:t>5a/8·h/2=5/8·ah/2=75.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各位数字相同的数可写成</w:t>
      </w:r>
    </w:p>
    <w:p>
      <w:pPr>
        <w:spacing w:before="0" w:after="80" w:line="300" w:lineRule="auto"/>
        <w:jc w:val="left"/>
      </w:pPr>
      <w:r>
        <w:rPr>
          <w:rFonts w:ascii="Times New Roman" w:hAnsi="Times New Roman" w:eastAsia="宋体"/>
          <w:b w:val="0"/>
          <w:i w:val="0"/>
          <w:sz w:val="21"/>
        </w:rPr>
        <w:t>Aₙ=a10ⁿ-1/9,</w:t>
      </w:r>
    </w:p>
    <w:p>
      <w:pPr>
        <w:spacing w:before="0" w:after="80" w:line="300" w:lineRule="auto"/>
        <w:jc w:val="left"/>
      </w:pPr>
      <w:r>
        <w:rPr>
          <w:rFonts w:ascii="Times New Roman" w:hAnsi="Times New Roman" w:eastAsia="宋体"/>
          <w:b w:val="0"/>
          <w:i w:val="0"/>
          <w:sz w:val="21"/>
        </w:rPr>
        <w:t>Bₙ=b10ⁿ-1/9,</w:t>
      </w:r>
    </w:p>
    <w:p>
      <w:pPr>
        <w:spacing w:before="0" w:after="80" w:line="300" w:lineRule="auto"/>
        <w:jc w:val="left"/>
      </w:pPr>
      <w:r>
        <w:rPr>
          <w:rFonts w:ascii="Times New Roman" w:hAnsi="Times New Roman" w:eastAsia="宋体"/>
          <w:b w:val="0"/>
          <w:i w:val="0"/>
          <w:sz w:val="21"/>
        </w:rPr>
        <w:t>Cₙ=c10²ⁿ-1/9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把这些表达式代入 Cₙ-Bₙ=Aₙ²，再除以 10ⁿ-1/9，得到</w:t>
      </w:r>
    </w:p>
    <w:p>
      <w:pPr>
        <w:spacing w:before="0" w:after="80" w:line="300" w:lineRule="auto"/>
        <w:jc w:val="left"/>
      </w:pPr>
      <w:r>
        <w:rPr>
          <w:rFonts w:ascii="Times New Roman" w:hAnsi="Times New Roman" w:eastAsia="宋体"/>
          <w:b w:val="0"/>
          <w:i w:val="0"/>
          <w:sz w:val="21"/>
        </w:rPr>
        <w:t>c(10ⁿ+1)-b=a²10ⁿ-1/9。</w:t>
      </w:r>
    </w:p>
    <w:p>
      <w:pPr>
        <w:spacing w:before="0" w:after="80" w:line="300" w:lineRule="auto"/>
        <w:jc w:val="left"/>
      </w:pPr>
      <w:r>
        <w:rPr>
          <w:rFonts w:ascii="Times New Roman" w:hAnsi="Times New Roman" w:eastAsia="宋体"/>
          <w:b w:val="0"/>
          <w:i w:val="0"/>
          <w:sz w:val="21"/>
        </w:rPr>
        <w:t>整理可得</w:t>
      </w:r>
    </w:p>
    <w:p>
      <w:pPr>
        <w:spacing w:before="0" w:after="80" w:line="300" w:lineRule="auto"/>
        <w:jc w:val="left"/>
      </w:pPr>
      <w:r>
        <w:rPr>
          <w:rFonts w:ascii="Times New Roman" w:hAnsi="Times New Roman" w:eastAsia="宋体"/>
          <w:b w:val="0"/>
          <w:i w:val="0"/>
          <w:sz w:val="21"/>
        </w:rPr>
        <w:t>(9c-a²)10ⁿ=9b-9c-a²。</w:t>
      </w:r>
    </w:p>
    <w:p>
      <w:pPr>
        <w:spacing w:before="0" w:after="80" w:line="300" w:lineRule="auto"/>
        <w:jc w:val="left"/>
      </w:pPr>
      <w:r>
        <w:rPr>
          <w:rFonts w:ascii="Times New Roman" w:hAnsi="Times New Roman" w:eastAsia="宋体"/>
          <w:b w:val="0"/>
          <w:i w:val="0"/>
          <w:sz w:val="21"/>
        </w:rPr>
        <w:t>若它对两个不同的 n 值都成立，两式相减可知 9c-a²=0。原方程又迫使 9b-9c-a²=0。</w:t>
      </w:r>
    </w:p>
    <w:p>
      <w:pPr>
        <w:spacing w:before="0" w:after="80" w:line="300" w:lineRule="auto"/>
        <w:jc w:val="left"/>
      </w:pPr>
      <w:r>
        <w:rPr>
          <w:rFonts w:ascii="Times New Roman" w:hAnsi="Times New Roman" w:eastAsia="宋体"/>
          <w:b w:val="0"/>
          <w:i w:val="0"/>
          <w:sz w:val="21"/>
        </w:rPr>
        <w:t>因此 c=a²/9，且 b=2a²/9。因为 a,b,c 都是非零数字，候选三元组为 (a,b,c)=(3,2,1)、(6,8,4) 和 (9,18,9)。最后一个三元组无效，因为 18 不是一位数字。最大的有效和为 6+8+4=18。所以正确答案是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repeated-digit numbers can be written as</w:t>
      </w:r>
    </w:p>
    <w:p>
      <w:pPr>
        <w:spacing w:before="0" w:after="80" w:line="300" w:lineRule="auto"/>
        <w:jc w:val="left"/>
      </w:pPr>
      <w:r>
        <w:rPr>
          <w:rFonts w:ascii="Times New Roman" w:hAnsi="Times New Roman" w:eastAsia="宋体"/>
          <w:b w:val="0"/>
          <w:i w:val="0"/>
          <w:color w:val="333333"/>
          <w:sz w:val="19"/>
        </w:rPr>
        <w:t>Aₙ=a10ⁿ-1/9,</w:t>
      </w:r>
    </w:p>
    <w:p>
      <w:pPr>
        <w:spacing w:before="0" w:after="80" w:line="300" w:lineRule="auto"/>
        <w:jc w:val="left"/>
      </w:pPr>
      <w:r>
        <w:rPr>
          <w:rFonts w:ascii="Times New Roman" w:hAnsi="Times New Roman" w:eastAsia="宋体"/>
          <w:b w:val="0"/>
          <w:i w:val="0"/>
          <w:color w:val="333333"/>
          <w:sz w:val="19"/>
        </w:rPr>
        <w:t>Bₙ=b10ⁿ-1/9,</w:t>
      </w:r>
    </w:p>
    <w:p>
      <w:pPr>
        <w:spacing w:before="0" w:after="80" w:line="300" w:lineRule="auto"/>
        <w:jc w:val="left"/>
      </w:pPr>
      <w:r>
        <w:rPr>
          <w:rFonts w:ascii="Times New Roman" w:hAnsi="Times New Roman" w:eastAsia="宋体"/>
          <w:b w:val="0"/>
          <w:i w:val="0"/>
          <w:color w:val="333333"/>
          <w:sz w:val="19"/>
        </w:rPr>
        <w:t>Cₙ=c10²ⁿ-1/9.</w:t>
      </w:r>
    </w:p>
    <w:p>
      <w:pPr>
        <w:spacing w:before="0" w:after="80" w:line="300" w:lineRule="auto"/>
        <w:jc w:val="left"/>
      </w:pPr>
      <w:r>
        <w:rPr>
          <w:rFonts w:ascii="Times New Roman" w:hAnsi="Times New Roman" w:eastAsia="宋体"/>
          <w:b w:val="0"/>
          <w:i w:val="0"/>
          <w:color w:val="333333"/>
          <w:sz w:val="19"/>
        </w:rPr>
        <w:t>Substituting these expressions into Cₙ-Bₙ=Aₙ² and dividing by 10ⁿ-1/9 gives</w:t>
      </w:r>
    </w:p>
    <w:p>
      <w:pPr>
        <w:spacing w:before="0" w:after="80" w:line="300" w:lineRule="auto"/>
        <w:jc w:val="left"/>
      </w:pPr>
      <w:r>
        <w:rPr>
          <w:rFonts w:ascii="Times New Roman" w:hAnsi="Times New Roman" w:eastAsia="宋体"/>
          <w:b w:val="0"/>
          <w:i w:val="0"/>
          <w:color w:val="333333"/>
          <w:sz w:val="19"/>
        </w:rPr>
        <w:t>c(10ⁿ+1)-b=a²10ⁿ-1/9.</w:t>
      </w:r>
    </w:p>
    <w:p>
      <w:pPr>
        <w:spacing w:before="0" w:after="80" w:line="300" w:lineRule="auto"/>
        <w:jc w:val="left"/>
      </w:pPr>
      <w:r>
        <w:rPr>
          <w:rFonts w:ascii="Times New Roman" w:hAnsi="Times New Roman" w:eastAsia="宋体"/>
          <w:b w:val="0"/>
          <w:i w:val="0"/>
          <w:color w:val="333333"/>
          <w:sz w:val="19"/>
        </w:rPr>
        <w:t>Rearranging yields</w:t>
      </w:r>
    </w:p>
    <w:p>
      <w:pPr>
        <w:spacing w:before="0" w:after="80" w:line="300" w:lineRule="auto"/>
        <w:jc w:val="left"/>
      </w:pPr>
      <w:r>
        <w:rPr>
          <w:rFonts w:ascii="Times New Roman" w:hAnsi="Times New Roman" w:eastAsia="宋体"/>
          <w:b w:val="0"/>
          <w:i w:val="0"/>
          <w:color w:val="333333"/>
          <w:sz w:val="19"/>
        </w:rPr>
        <w:t>(9c-a²)10ⁿ=9b-9c-a².</w:t>
      </w:r>
    </w:p>
    <w:p>
      <w:pPr>
        <w:spacing w:before="0" w:after="80" w:line="300" w:lineRule="auto"/>
        <w:jc w:val="left"/>
      </w:pPr>
      <w:r>
        <w:rPr>
          <w:rFonts w:ascii="Times New Roman" w:hAnsi="Times New Roman" w:eastAsia="宋体"/>
          <w:b w:val="0"/>
          <w:i w:val="0"/>
          <w:color w:val="333333"/>
          <w:sz w:val="19"/>
        </w:rPr>
        <w:t>If this holds for two different values of n, subtracting the two equations shows that 9c-a²=0. The displayed equation then also forces 9b-9c-a²=0.</w:t>
      </w:r>
    </w:p>
    <w:p>
      <w:pPr>
        <w:spacing w:before="0" w:after="80" w:line="300" w:lineRule="auto"/>
        <w:jc w:val="left"/>
      </w:pPr>
      <w:r>
        <w:rPr>
          <w:rFonts w:ascii="Times New Roman" w:hAnsi="Times New Roman" w:eastAsia="宋体"/>
          <w:b w:val="0"/>
          <w:i w:val="0"/>
          <w:color w:val="333333"/>
          <w:sz w:val="19"/>
        </w:rPr>
        <w:t>Hence c=a²/9 and b=2a²/9. Because a,b,c are nonzero digits, the candidates are (a,b,c)=(3,2,1), (6,8,4), and (9,18,9). The last triple is invalid because 18 is not a digit. The greatest valid sum is 6+8+4=18.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