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2017B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Mary 想了一个正的两位数。她把它乘以 3，再加上 11。然后她交换所得结果的两个数字，得到一个介于 71 和 75 之间（含端点）的数。Mary 原来的数是多少？</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thought of a positive two-digit number. She multiplied it by 3 and added 11. Then she switched the digits of the result, obtaining a number between 71 and 75, inclusive. What was Mary’s number?</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Sofia 在学校的 400 米跑道上跑了 5 圈。每一圈中，她前 100 米的平均速度为每秒 4 米，剩下 300 米的平均速度为每秒 5 米。Sofia 跑完 5 圈共花了多少时间？</w:t>
      </w:r>
    </w:p>
    <w:p>
      <w:pPr>
        <w:spacing w:before="0" w:after="120" w:line="300" w:lineRule="auto"/>
      </w:pPr>
      <w:r>
        <w:rPr>
          <w:rFonts w:ascii="Times New Roman" w:hAnsi="Times New Roman" w:eastAsia="宋体"/>
          <w:b w:val="0"/>
          <w:i w:val="0"/>
          <w:sz w:val="21"/>
        </w:rPr>
        <w:t>（A）5 分 35 秒　　（B）6 分 40 秒　　（C）7 分 5 秒　　（D）7 分 25 秒　　（E）8 分 10 秒</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Sofia ran 5 laps around the 400-meter track at her school. For each lap, she ran the first 100 meters at an average speed of 4 meters per second and the remaining 300 meters at an average speed of 5 meters per second. How much time did Sofia take running the 5 laps?</w:t>
      </w:r>
    </w:p>
    <w:p>
      <w:pPr>
        <w:spacing w:before="0" w:after="160" w:line="300" w:lineRule="auto"/>
      </w:pPr>
      <w:r>
        <w:rPr>
          <w:rFonts w:ascii="Times New Roman" w:hAnsi="Times New Roman" w:eastAsia="宋体"/>
          <w:b w:val="0"/>
          <w:i w:val="0"/>
          <w:color w:val="333333"/>
          <w:sz w:val="19"/>
        </w:rPr>
        <w:t>(A) 5 minutes and 35 seconds　　(B) 6 minutes and 40 seconds　　(C) 7 minutes and 5 seconds　　(D) 7 minutes and 25 seconds　　(E) 8 minutes and 10 seconds</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实数 x、y、z 满足 0 &lt; x &lt; 1、-1 &lt; y &lt; 0、1 &lt; z &lt; 2。</w:t>
      </w:r>
    </w:p>
    <w:p>
      <w:pPr>
        <w:spacing w:before="0" w:after="80" w:line="300" w:lineRule="auto"/>
        <w:jc w:val="left"/>
      </w:pPr>
      <w:r>
        <w:rPr>
          <w:rFonts w:ascii="Times New Roman" w:hAnsi="Times New Roman" w:eastAsia="宋体"/>
          <w:b w:val="0"/>
          <w:i w:val="0"/>
          <w:sz w:val="21"/>
        </w:rPr>
        <w:t>下面哪个数一定为正？</w:t>
      </w:r>
    </w:p>
    <w:p>
      <w:pPr>
        <w:spacing w:before="0" w:after="120" w:line="300" w:lineRule="auto"/>
      </w:pPr>
      <w:r>
        <w:rPr>
          <w:rFonts w:ascii="Times New Roman" w:hAnsi="Times New Roman" w:eastAsia="宋体"/>
          <w:b w:val="0"/>
          <w:i w:val="0"/>
          <w:sz w:val="21"/>
        </w:rPr>
        <w:t>（A）y+x²　　（B）y+xz　　（C）y+y²　　（D）y+2y²　　（E）y+z</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y, and z satisfy the inequalities 0 &lt; x &lt; 1, -1 &lt; y &lt; 0, and 1 &lt; z &lt; 2.</w:t>
      </w:r>
    </w:p>
    <w:p>
      <w:pPr>
        <w:spacing w:before="0" w:after="80" w:line="300" w:lineRule="auto"/>
        <w:jc w:val="left"/>
      </w:pPr>
      <w:r>
        <w:rPr>
          <w:rFonts w:ascii="Times New Roman" w:hAnsi="Times New Roman" w:eastAsia="宋体"/>
          <w:b w:val="0"/>
          <w:i w:val="0"/>
          <w:color w:val="333333"/>
          <w:sz w:val="19"/>
        </w:rPr>
        <w:t>Which of the following numbers is necessarily positive?</w:t>
      </w:r>
    </w:p>
    <w:p>
      <w:pPr>
        <w:spacing w:before="0" w:after="160" w:line="300" w:lineRule="auto"/>
      </w:pPr>
      <w:r>
        <w:rPr>
          <w:rFonts w:ascii="Times New Roman" w:hAnsi="Times New Roman" w:eastAsia="宋体"/>
          <w:b w:val="0"/>
          <w:i w:val="0"/>
          <w:color w:val="333333"/>
          <w:sz w:val="19"/>
        </w:rPr>
        <w:t>(A) y+x²　　(B) y+xz　　(C) y+y²　　(D) y+2y²　　(E) y+z</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设 x 和 y 是非零实数，且满足</w:t>
      </w:r>
    </w:p>
    <w:p>
      <w:pPr>
        <w:spacing w:before="0" w:after="80" w:line="300" w:lineRule="auto"/>
        <w:jc w:val="left"/>
      </w:pPr>
      <w:r>
        <w:rPr>
          <w:rFonts w:ascii="Times New Roman" w:hAnsi="Times New Roman" w:eastAsia="宋体"/>
          <w:b w:val="0"/>
          <w:i w:val="0"/>
          <w:sz w:val="21"/>
        </w:rPr>
        <w:t>3x+y/x-3y=-2。</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x+3y/3x-y。</w:t>
      </w:r>
    </w:p>
    <w:p>
      <w:pPr>
        <w:spacing w:before="0" w:after="120" w:line="300" w:lineRule="auto"/>
      </w:pPr>
      <w:r>
        <w:rPr>
          <w:rFonts w:ascii="Times New Roman" w:hAnsi="Times New Roman" w:eastAsia="宋体"/>
          <w:b w:val="0"/>
          <w:i w:val="0"/>
          <w:sz w:val="21"/>
        </w:rPr>
        <w:t>（A）-3　　（B）-1　　（C）1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x and y are nonzero real numbers such that</w:t>
      </w:r>
    </w:p>
    <w:p>
      <w:pPr>
        <w:spacing w:before="0" w:after="80" w:line="300" w:lineRule="auto"/>
        <w:jc w:val="left"/>
      </w:pPr>
      <w:r>
        <w:rPr>
          <w:rFonts w:ascii="Times New Roman" w:hAnsi="Times New Roman" w:eastAsia="宋体"/>
          <w:b w:val="0"/>
          <w:i w:val="0"/>
          <w:color w:val="333333"/>
          <w:sz w:val="19"/>
        </w:rPr>
        <w:t>3x+y/x-3y=-2.</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x+3y/3x-y?</w:t>
      </w:r>
    </w:p>
    <w:p>
      <w:pPr>
        <w:spacing w:before="0" w:after="160" w:line="300" w:lineRule="auto"/>
      </w:pPr>
      <w:r>
        <w:rPr>
          <w:rFonts w:ascii="Times New Roman" w:hAnsi="Times New Roman" w:eastAsia="宋体"/>
          <w:b w:val="0"/>
          <w:i w:val="0"/>
          <w:color w:val="333333"/>
          <w:sz w:val="19"/>
        </w:rPr>
        <w:t>(A) -3　　(B) -1　　(C) 1　　(D) 2　　(E) 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Camilla 原来拥有的蓝莓味软糖数量是樱桃味软糖数量的两倍。她每种各吃了 10 颗后，蓝莓味软糖数量变成樱桃味软糖数量的三倍。她原来有多少颗蓝莓味软糖？</w:t>
      </w:r>
    </w:p>
    <w:p>
      <w:pPr>
        <w:spacing w:before="0" w:after="120" w:line="300" w:lineRule="auto"/>
      </w:pPr>
      <w:r>
        <w:rPr>
          <w:rFonts w:ascii="Times New Roman" w:hAnsi="Times New Roman" w:eastAsia="宋体"/>
          <w:b w:val="0"/>
          <w:i w:val="0"/>
          <w:sz w:val="21"/>
        </w:rPr>
        <w:t>（A）10　　（B）20　　（C）30　　（D）40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Camilla had twice as many blueberry jelly beans as cherry jelly beans. After eating 10 pieces of each kind, she now has three times as many blueberry jelly beans as cherry jelly beans. How many blueberry jelly beans did she originally have?</w:t>
      </w:r>
    </w:p>
    <w:p>
      <w:pPr>
        <w:spacing w:before="0" w:after="160" w:line="300" w:lineRule="auto"/>
      </w:pPr>
      <w:r>
        <w:rPr>
          <w:rFonts w:ascii="Times New Roman" w:hAnsi="Times New Roman" w:eastAsia="宋体"/>
          <w:b w:val="0"/>
          <w:i w:val="0"/>
          <w:color w:val="333333"/>
          <w:sz w:val="19"/>
        </w:rPr>
        <w:t>(A) 10　　(B) 20　　(C) 30　　(D) 40　　(E) 50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 3 英寸 × 2 英寸 × 3 英寸的盒子中，最多能放入多少个实心的 2 英寸 × 2 英寸 × 1 英寸长方体？</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largest number of solid 2-in × 2-in × 1-in blocks that can fit in a 3-in × 2-in × 3-in box?</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Samia 骑自行车去拜访朋友，平均速度为每小时 17 千米。当她走完到朋友家的路程的一半时，轮胎漏气了，于是她以每小时 5 千米的速度走完剩下的一半路程。</w:t>
      </w:r>
    </w:p>
    <w:p>
      <w:pPr>
        <w:spacing w:before="0" w:after="80" w:line="300" w:lineRule="auto"/>
        <w:jc w:val="left"/>
      </w:pPr>
      <w:r>
        <w:rPr>
          <w:rFonts w:ascii="Times New Roman" w:hAnsi="Times New Roman" w:eastAsia="宋体"/>
          <w:b w:val="0"/>
          <w:i w:val="0"/>
          <w:sz w:val="21"/>
        </w:rPr>
        <w:t>她总共花了 44 分钟到达朋友家。四舍五入到最接近的十分之一千米，Samia 走了多远？</w:t>
      </w:r>
    </w:p>
    <w:p>
      <w:pPr>
        <w:spacing w:before="0" w:after="120" w:line="300" w:lineRule="auto"/>
      </w:pPr>
      <w:r>
        <w:rPr>
          <w:rFonts w:ascii="Times New Roman" w:hAnsi="Times New Roman" w:eastAsia="宋体"/>
          <w:b w:val="0"/>
          <w:i w:val="0"/>
          <w:sz w:val="21"/>
        </w:rPr>
        <w:t>（A）2.0　　（B）2.2　　（C）2.8　　（D）3.4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Samia set off on her bicycle to visit her friend, traveling at an average speed of 17 kilometers per hour. When she had gone half the distance to her friend’s house, a tire went flat, and she walked the rest of the way at 5 kilometers per hour.</w:t>
      </w:r>
    </w:p>
    <w:p>
      <w:pPr>
        <w:spacing w:before="0" w:after="80" w:line="300" w:lineRule="auto"/>
        <w:jc w:val="left"/>
      </w:pPr>
      <w:r>
        <w:rPr>
          <w:rFonts w:ascii="Times New Roman" w:hAnsi="Times New Roman" w:eastAsia="宋体"/>
          <w:b w:val="0"/>
          <w:i w:val="0"/>
          <w:color w:val="333333"/>
          <w:sz w:val="19"/>
        </w:rPr>
        <w:t>In all, it took her 44 minutes to reach her friend’s house. In kilometers rounded to the nearest tenth, how far did Samia walk?</w:t>
      </w:r>
    </w:p>
    <w:p>
      <w:pPr>
        <w:spacing w:before="0" w:after="160" w:line="300" w:lineRule="auto"/>
      </w:pPr>
      <w:r>
        <w:rPr>
          <w:rFonts w:ascii="Times New Roman" w:hAnsi="Times New Roman" w:eastAsia="宋体"/>
          <w:b w:val="0"/>
          <w:i w:val="0"/>
          <w:color w:val="333333"/>
          <w:sz w:val="19"/>
        </w:rPr>
        <w:t>(A) 2.0　　(B) 2.2　　(C) 2.8　　(D) 3.4　　(E) 4.4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点 A(11, 9) 和 B(2, -3) 是 △ ABC 的顶点，且 AB=AC。从 A 作到底边的高，与对边交于 D(-1, 3)。点 C 的坐标是什么？</w:t>
      </w:r>
    </w:p>
    <w:p>
      <w:pPr>
        <w:spacing w:before="0" w:after="120" w:line="300" w:lineRule="auto"/>
      </w:pPr>
      <w:r>
        <w:rPr>
          <w:rFonts w:ascii="Times New Roman" w:hAnsi="Times New Roman" w:eastAsia="宋体"/>
          <w:b w:val="0"/>
          <w:i w:val="0"/>
          <w:sz w:val="21"/>
        </w:rPr>
        <w:t>（A）(-8, 9)　　（B）(-4, 8)　　（C）(-4, 9)　　（D）(-2, 3)　　（E）(-1,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A(11, 9) and B(2, -3) are vertices of △ ABC with AB=AC. The altitude from A meets the opposite side at D(-1, 3). What are the coordinates of point C?</w:t>
      </w:r>
    </w:p>
    <w:p>
      <w:pPr>
        <w:spacing w:before="0" w:after="160" w:line="300" w:lineRule="auto"/>
      </w:pPr>
      <w:r>
        <w:rPr>
          <w:rFonts w:ascii="Times New Roman" w:hAnsi="Times New Roman" w:eastAsia="宋体"/>
          <w:b w:val="0"/>
          <w:i w:val="0"/>
          <w:color w:val="333333"/>
          <w:sz w:val="19"/>
        </w:rPr>
        <w:t>(A) (-8, 9)　　(B) (-4, 8)　　(C) (-4, 9)　　(D) (-2, 3)　　(E) (-1, 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一个广播节目有一个由 3 道选择题组成的测验，每题有 3 个选项。参赛者答对 2 题或更多即获胜。参赛者随机回答每一道题。获胜的概率是多少？</w:t>
      </w:r>
    </w:p>
    <w:p>
      <w:pPr>
        <w:spacing w:before="0" w:after="120" w:line="300" w:lineRule="auto"/>
      </w:pPr>
      <w:r>
        <w:rPr>
          <w:rFonts w:ascii="Times New Roman" w:hAnsi="Times New Roman" w:eastAsia="宋体"/>
          <w:b w:val="0"/>
          <w:i w:val="0"/>
          <w:sz w:val="21"/>
        </w:rPr>
        <w:t>（A）1/27　　（B）1/9　　（C）2/9　　（D）7/27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radio program has a quiz consisting of 3 multiple-choice questions, each with 3 choices. A contestant wins if he or she gets 2 or more of the questions right. The contestant answers randomly to each question. What is the probability of winning?</w:t>
      </w:r>
    </w:p>
    <w:p>
      <w:pPr>
        <w:spacing w:before="0" w:after="160" w:line="300" w:lineRule="auto"/>
      </w:pPr>
      <w:r>
        <w:rPr>
          <w:rFonts w:ascii="Times New Roman" w:hAnsi="Times New Roman" w:eastAsia="宋体"/>
          <w:b w:val="0"/>
          <w:i w:val="0"/>
          <w:color w:val="333333"/>
          <w:sz w:val="19"/>
        </w:rPr>
        <w:t>(A) 1/27　　(B) 1/9　　(C) 2/9　　(D) 7/27　　(E)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方程为 ax-2y=c 和 2x+by=-c 的两条直线互相垂直，并且相交于 (1, -5)。c 的值是多少？</w:t>
      </w:r>
    </w:p>
    <w:p>
      <w:pPr>
        <w:spacing w:before="0" w:after="120" w:line="300" w:lineRule="auto"/>
      </w:pPr>
      <w:r>
        <w:rPr>
          <w:rFonts w:ascii="Times New Roman" w:hAnsi="Times New Roman" w:eastAsia="宋体"/>
          <w:b w:val="0"/>
          <w:i w:val="0"/>
          <w:sz w:val="21"/>
        </w:rPr>
        <w:t>（A）-13　　（B）-8　　（C）2　　（D）8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lines with equations ax-2y=c and 2x+by=-c are perpendicular and intersect at (1, -5). What is c?</w:t>
      </w:r>
    </w:p>
    <w:p>
      <w:pPr>
        <w:spacing w:before="0" w:after="160" w:line="300" w:lineRule="auto"/>
      </w:pPr>
      <w:r>
        <w:rPr>
          <w:rFonts w:ascii="Times New Roman" w:hAnsi="Times New Roman" w:eastAsia="宋体"/>
          <w:b w:val="0"/>
          <w:i w:val="0"/>
          <w:color w:val="333333"/>
          <w:sz w:val="19"/>
        </w:rPr>
        <w:t>(A) -13　　(B) -8　　(C) 2　　(D) 8　　(E) 13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 Typico 高中，60% 的学生喜欢跳舞，其余学生不喜欢。在真正喜欢跳舞的人中，80% 说他们喜欢，剩下的人说他们不喜欢。在真正不喜欢跳舞的人中，90% 说他们不喜欢，剩下的人说他们喜欢。那些说自己不喜欢跳舞的学生中，实际喜欢跳舞的占多少比例？</w:t>
      </w:r>
    </w:p>
    <w:p>
      <w:pPr>
        <w:spacing w:before="0" w:after="120" w:line="300" w:lineRule="auto"/>
      </w:pPr>
      <w:r>
        <w:rPr>
          <w:rFonts w:ascii="Times New Roman" w:hAnsi="Times New Roman" w:eastAsia="宋体"/>
          <w:b w:val="0"/>
          <w:i w:val="0"/>
          <w:sz w:val="21"/>
        </w:rPr>
        <w:t>（A）10%　　（B）12%　　（C）20%　　（D）25%　　（E）331/3%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Typico High School, 60% of the students like dancing, and the rest dislike it. Of those who like dancing, 80% say that they like it, and the rest say that they dislike it. Of those who dislike dancing, 90% say that they dislike it, and the rest say that they like it. What fraction of students who say they dislike dancing actually like it?</w:t>
      </w:r>
    </w:p>
    <w:p>
      <w:pPr>
        <w:spacing w:before="0" w:after="160" w:line="300" w:lineRule="auto"/>
      </w:pPr>
      <w:r>
        <w:rPr>
          <w:rFonts w:ascii="Times New Roman" w:hAnsi="Times New Roman" w:eastAsia="宋体"/>
          <w:b w:val="0"/>
          <w:i w:val="0"/>
          <w:color w:val="333333"/>
          <w:sz w:val="19"/>
        </w:rPr>
        <w:t>(A) 10%　　(B) 12%　　(C) 20%　　(D) 25%　　(E) 331/3%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Elmer 的新车燃油效率（以每升行驶千米数衡量）比旧车高 50%。不过新车使用柴油，柴油每升价格比旧车使用的汽油贵 20%。如果 Elmer 长途旅行时使用新车而不是旧车，他会省下百分之多少的钱？</w:t>
      </w:r>
    </w:p>
    <w:p>
      <w:pPr>
        <w:spacing w:before="0" w:after="120" w:line="300" w:lineRule="auto"/>
      </w:pPr>
      <w:r>
        <w:rPr>
          <w:rFonts w:ascii="Times New Roman" w:hAnsi="Times New Roman" w:eastAsia="宋体"/>
          <w:b w:val="0"/>
          <w:i w:val="0"/>
          <w:sz w:val="21"/>
        </w:rPr>
        <w:t>（A）20%　　（B）262/3%　　（C）277/9%　　（D）331/3%　　（E）412/3%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Elmer’s new car gets 50% better fuel efficiency, measured in kilometers per liter, than his old car. However, his new car uses diesel fuel, which is 20% more expensive per liter than the gasoline his old car uses. By what percent will Elmer save money if he uses his new car instead of his old car for a long trip?</w:t>
      </w:r>
    </w:p>
    <w:p>
      <w:pPr>
        <w:spacing w:before="0" w:after="160" w:line="300" w:lineRule="auto"/>
      </w:pPr>
      <w:r>
        <w:rPr>
          <w:rFonts w:ascii="Times New Roman" w:hAnsi="Times New Roman" w:eastAsia="宋体"/>
          <w:b w:val="0"/>
          <w:i w:val="0"/>
          <w:color w:val="333333"/>
          <w:sz w:val="19"/>
        </w:rPr>
        <w:t>(A) 20%　　(B) 262/3%　　(C) 277/9%　　(D) 331/3%　　(E) 412/3%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 20 名学生参加课后项目，该项目提供瑜伽、桥牌和绘画课程。每名学生至少选一门课，也可以选两门或三门。</w:t>
      </w:r>
    </w:p>
    <w:p>
      <w:pPr>
        <w:spacing w:before="0" w:after="80" w:line="300" w:lineRule="auto"/>
        <w:jc w:val="left"/>
      </w:pPr>
      <w:r>
        <w:rPr>
          <w:rFonts w:ascii="Times New Roman" w:hAnsi="Times New Roman" w:eastAsia="宋体"/>
          <w:b w:val="0"/>
          <w:i w:val="0"/>
          <w:sz w:val="21"/>
        </w:rPr>
        <w:t>有 10 人选瑜伽，13 人选桥牌，9 人选绘画。有 9 人至少选了两门课。选了三门课的学生有多少人？</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20 students participating in an after-school program offering classes in yoga, bridge, and painting. Each student must take at least one of these three classes, but may take two or all three.</w:t>
      </w:r>
    </w:p>
    <w:p>
      <w:pPr>
        <w:spacing w:before="0" w:after="80" w:line="300" w:lineRule="auto"/>
        <w:jc w:val="left"/>
      </w:pPr>
      <w:r>
        <w:rPr>
          <w:rFonts w:ascii="Times New Roman" w:hAnsi="Times New Roman" w:eastAsia="宋体"/>
          <w:b w:val="0"/>
          <w:i w:val="0"/>
          <w:color w:val="333333"/>
          <w:sz w:val="19"/>
        </w:rPr>
        <w:t>There are 10 students taking yoga, 13 taking bridge, and 9 taking painting. There are 9 students taking at least two classes. How many students are taking all three classes?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从 1≤ N ≤ 2020 的整数中随机选一个整数 N。N¹⁶ 除以 5 的余数为 1 的概率是多少？</w:t>
      </w:r>
    </w:p>
    <w:p>
      <w:pPr>
        <w:spacing w:before="0" w:after="120" w:line="300" w:lineRule="auto"/>
      </w:pPr>
      <w:r>
        <w:rPr>
          <w:rFonts w:ascii="Times New Roman" w:hAnsi="Times New Roman" w:eastAsia="宋体"/>
          <w:b w:val="0"/>
          <w:i w:val="0"/>
          <w:sz w:val="21"/>
        </w:rPr>
        <w:t>（A）1/5　　（B）2/5　　（C）3/5　　（D）4/5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integer N is selected at random in the range 1≤ N ≤ 2020. What is the probability that the remainder when N¹⁶ is divided by 5 is 1?</w:t>
      </w:r>
    </w:p>
    <w:p>
      <w:pPr>
        <w:spacing w:before="0" w:after="160" w:line="300" w:lineRule="auto"/>
      </w:pPr>
      <w:r>
        <w:rPr>
          <w:rFonts w:ascii="Times New Roman" w:hAnsi="Times New Roman" w:eastAsia="宋体"/>
          <w:b w:val="0"/>
          <w:i w:val="0"/>
          <w:color w:val="333333"/>
          <w:sz w:val="19"/>
        </w:rPr>
        <w:t>(A) 1/5　　(B) 2/5　　(C) 3/5　　(D) 4/5　　(E) 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长方形 ABCD 中，AB=3，BC=4。点 E 是从 B 向对角线 AC 所作垂线的垂足。求 △ ADE 的面积。</w:t>
      </w:r>
    </w:p>
    <w:p>
      <w:pPr>
        <w:spacing w:before="0" w:after="120" w:line="300" w:lineRule="auto"/>
      </w:pPr>
      <w:r>
        <w:rPr>
          <w:rFonts w:ascii="Times New Roman" w:hAnsi="Times New Roman" w:eastAsia="宋体"/>
          <w:b w:val="0"/>
          <w:i w:val="0"/>
          <w:sz w:val="21"/>
        </w:rPr>
        <w:t>（A）1　　（B）42/25　　（C）28/15　　（D）2　　（E）54/25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AB=3 and BC=4. Point E is the foot of the perpendicular from B to diagonal AC. What is the area of △ ADE?</w:t>
      </w:r>
    </w:p>
    <w:p>
      <w:pPr>
        <w:spacing w:before="0" w:after="160" w:line="300" w:lineRule="auto"/>
      </w:pPr>
      <w:r>
        <w:rPr>
          <w:rFonts w:ascii="Times New Roman" w:hAnsi="Times New Roman" w:eastAsia="宋体"/>
          <w:b w:val="0"/>
          <w:i w:val="0"/>
          <w:color w:val="333333"/>
          <w:sz w:val="19"/>
        </w:rPr>
        <w:t>(A) 1　　(B) 42/25　　(C) 28/15　　(D) 2　　(E) 54/25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小于或等于 2017 的正整数中，十进制表示含有数字 0 的有多少个？</w:t>
      </w:r>
    </w:p>
    <w:p>
      <w:pPr>
        <w:spacing w:before="0" w:after="120" w:line="300" w:lineRule="auto"/>
      </w:pPr>
      <w:r>
        <w:rPr>
          <w:rFonts w:ascii="Times New Roman" w:hAnsi="Times New Roman" w:eastAsia="宋体"/>
          <w:b w:val="0"/>
          <w:i w:val="0"/>
          <w:sz w:val="21"/>
        </w:rPr>
        <w:t>（A）469　　（B）471　　（C）475　　（D）478　　（E）481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base-ten numerals for the positive integers less than or equal to 2017 contain the digit 0?</w:t>
      </w:r>
    </w:p>
    <w:p>
      <w:pPr>
        <w:spacing w:before="0" w:after="160" w:line="300" w:lineRule="auto"/>
      </w:pPr>
      <w:r>
        <w:rPr>
          <w:rFonts w:ascii="Times New Roman" w:hAnsi="Times New Roman" w:eastAsia="宋体"/>
          <w:b w:val="0"/>
          <w:i w:val="0"/>
          <w:color w:val="333333"/>
          <w:sz w:val="19"/>
        </w:rPr>
        <w:t>(A) 469　　(B) 471　　(C) 475　　(D) 478　　(E) 481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若一个正整数是一位数，或者它的数字从左到右读时构成严格递增或严格递减的序列，则称它为</w:t>
      </w:r>
      <w:r>
        <w:rPr>
          <w:rFonts w:ascii="Times New Roman" w:hAnsi="Times New Roman" w:eastAsia="宋体"/>
          <w:b w:val="0"/>
          <w:i/>
          <w:sz w:val="21"/>
        </w:rPr>
        <w:t>单调数</w:t>
      </w:r>
      <w:r>
        <w:rPr>
          <w:rFonts w:ascii="Times New Roman" w:hAnsi="Times New Roman" w:eastAsia="宋体"/>
          <w:b w:val="0"/>
          <w:i w:val="0"/>
          <w:sz w:val="21"/>
        </w:rPr>
        <w:t>。例如 3、23578 和 987620 是单调数，但 88、7434 和 23557 不是。共有多少个单调正整数？</w:t>
      </w:r>
    </w:p>
    <w:p>
      <w:pPr>
        <w:spacing w:before="0" w:after="120" w:line="300" w:lineRule="auto"/>
      </w:pPr>
      <w:r>
        <w:rPr>
          <w:rFonts w:ascii="Times New Roman" w:hAnsi="Times New Roman" w:eastAsia="宋体"/>
          <w:b w:val="0"/>
          <w:i w:val="0"/>
          <w:sz w:val="21"/>
        </w:rPr>
        <w:t>（A）1024　　（B）1524　　（C）1533　　（D）1536　　（E）2048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positive integer</w:t>
      </w:r>
      <w:r>
        <w:rPr>
          <w:rFonts w:ascii="Times New Roman" w:hAnsi="Times New Roman" w:eastAsia="宋体"/>
          <w:b w:val="0"/>
          <w:i/>
          <w:color w:val="333333"/>
          <w:sz w:val="19"/>
        </w:rPr>
        <w:t>monotonous</w:t>
      </w:r>
      <w:r>
        <w:rPr>
          <w:rFonts w:ascii="Times New Roman" w:hAnsi="Times New Roman" w:eastAsia="宋体"/>
          <w:b w:val="0"/>
          <w:i w:val="0"/>
          <w:color w:val="333333"/>
          <w:sz w:val="19"/>
        </w:rPr>
        <w:t>if it is a one-digit number or its digits, when read from left to right, form either a strictly increasing or a strictly decreasing sequence. For example, 3, 23578, and 987620 are monotonous, but 88, 7434, and 23557 are not. How many monotonous positive integers are there?</w:t>
      </w:r>
    </w:p>
    <w:p>
      <w:pPr>
        <w:spacing w:before="0" w:after="160" w:line="300" w:lineRule="auto"/>
      </w:pPr>
      <w:r>
        <w:rPr>
          <w:rFonts w:ascii="Times New Roman" w:hAnsi="Times New Roman" w:eastAsia="宋体"/>
          <w:b w:val="0"/>
          <w:i w:val="0"/>
          <w:color w:val="333333"/>
          <w:sz w:val="19"/>
        </w:rPr>
        <w:t>(A) 1024　　(B) 1524　　(C) 1533　　(D) 1536　　(E) 2048</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在下图中，6 个圆盘中有 3 个要涂成蓝色，2 个要涂成红色，1 个要涂成绿色。如果两个涂色方案可以通过整个图形的旋转或反射相互得到，则视为相同。共有多少种不同涂法？</w:t>
      </w:r>
    </w:p>
    <w:p>
      <w:pPr>
        <w:spacing w:before="80" w:after="80"/>
        <w:jc w:val="center"/>
      </w:pPr>
      <w:r>
        <w:drawing>
          <wp:inline xmlns:a="http://schemas.openxmlformats.org/drawingml/2006/main" xmlns:pic="http://schemas.openxmlformats.org/drawingml/2006/picture">
            <wp:extent cx="917333" cy="835968"/>
            <wp:docPr id="1" name="Picture 1"/>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917333" cy="835968"/>
                    </a:xfrm>
                    <a:prstGeom prst="rect"/>
                  </pic:spPr>
                </pic:pic>
              </a:graphicData>
            </a:graphic>
          </wp:inline>
        </w:drawing>
      </w:r>
    </w:p>
    <w:p>
      <w:pPr>
        <w:spacing w:before="0" w:after="120" w:line="300" w:lineRule="auto"/>
      </w:pPr>
      <w:r>
        <w:rPr>
          <w:rFonts w:ascii="Times New Roman" w:hAnsi="Times New Roman" w:eastAsia="宋体"/>
          <w:b w:val="0"/>
          <w:i w:val="0"/>
          <w:sz w:val="21"/>
        </w:rPr>
        <w:t>（A）6　　（B）8　　（C）9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3 of the 6 disks are to be painted blue, 2 are to be painted red, and 1 is to be painted green. Two paintings that can be obtained from one another by a rotation or a reflection of the entire figure are considered the same. How many different paintings are possible?</w:t>
      </w:r>
    </w:p>
    <w:p>
      <w:pPr>
        <w:spacing w:before="80" w:after="80"/>
        <w:jc w:val="center"/>
      </w:pPr>
      <w:r>
        <w:drawing>
          <wp:inline xmlns:a="http://schemas.openxmlformats.org/drawingml/2006/main" xmlns:pic="http://schemas.openxmlformats.org/drawingml/2006/picture">
            <wp:extent cx="917333" cy="835968"/>
            <wp:docPr id="2" name="Picture 2"/>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917333" cy="83596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8　　(C) 9　　(D) 12　　(E) 15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ABC 是等边三角形。将边 AB 过 B 延长到点 B'，使 BB'=3 · AB。类似地，将 BC 过 C 延长到 C'，使 CC'=3 · BC，将 CA 过 A 延长到 A'，使 AA'=3 · CA。</w:t>
      </w:r>
    </w:p>
    <w:p>
      <w:pPr>
        <w:spacing w:before="0" w:after="80" w:line="300" w:lineRule="auto"/>
        <w:jc w:val="left"/>
      </w:pPr>
      <w:r>
        <w:rPr>
          <w:rFonts w:ascii="Times New Roman" w:hAnsi="Times New Roman" w:eastAsia="宋体"/>
          <w:b w:val="0"/>
          <w:i w:val="0"/>
          <w:sz w:val="21"/>
        </w:rPr>
        <w:t>△ A'B'C' 的面积与 △ ABC 的面积之比是多少？</w:t>
      </w:r>
    </w:p>
    <w:p>
      <w:pPr>
        <w:spacing w:before="0" w:after="120" w:line="300" w:lineRule="auto"/>
      </w:pPr>
      <w:r>
        <w:rPr>
          <w:rFonts w:ascii="Times New Roman" w:hAnsi="Times New Roman" w:eastAsia="宋体"/>
          <w:b w:val="0"/>
          <w:i w:val="0"/>
          <w:sz w:val="21"/>
        </w:rPr>
        <w:t>（A）9:1　　（B）16:1　　（C）25:1　　（D）36:1　　（E）37:1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be an equilateral triangle. Extend side AB beyond B to a point B' so that BB'=3 · AB. Similarly, extend side BC beyond C to a point C' so that CC'=3 · BC, and extend side CA beyond A to a point A' so that AA'=3 · CA.</w:t>
      </w:r>
    </w:p>
    <w:p>
      <w:pPr>
        <w:spacing w:before="0" w:after="80" w:line="300" w:lineRule="auto"/>
        <w:jc w:val="left"/>
      </w:pPr>
      <w:r>
        <w:rPr>
          <w:rFonts w:ascii="Times New Roman" w:hAnsi="Times New Roman" w:eastAsia="宋体"/>
          <w:b w:val="0"/>
          <w:i w:val="0"/>
          <w:color w:val="333333"/>
          <w:sz w:val="19"/>
        </w:rPr>
        <w:t>What is the ratio of the area of △ A'B'C' to the area of △ ABC?</w:t>
      </w:r>
    </w:p>
    <w:p>
      <w:pPr>
        <w:spacing w:before="0" w:after="160" w:line="300" w:lineRule="auto"/>
      </w:pPr>
      <w:r>
        <w:rPr>
          <w:rFonts w:ascii="Times New Roman" w:hAnsi="Times New Roman" w:eastAsia="宋体"/>
          <w:b w:val="0"/>
          <w:i w:val="0"/>
          <w:color w:val="333333"/>
          <w:sz w:val="19"/>
        </w:rPr>
        <w:t>(A) 9:1　　(B) 16:1　　(C) 25:1　　(D) 36:1　　(E) 37:1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数 21! =51,090,942,171,709,440,000 有超过 60,000 个正整数因子。随机选择其中一个因子。它是奇数的概率是多少？</w:t>
      </w:r>
    </w:p>
    <w:p>
      <w:pPr>
        <w:spacing w:before="0" w:after="120" w:line="300" w:lineRule="auto"/>
      </w:pPr>
      <w:r>
        <w:rPr>
          <w:rFonts w:ascii="Times New Roman" w:hAnsi="Times New Roman" w:eastAsia="宋体"/>
          <w:b w:val="0"/>
          <w:i w:val="0"/>
          <w:sz w:val="21"/>
        </w:rPr>
        <w:t>（A）1/21　　（B）1/19　　（C）1/18　　（D）1/2　　（E）11/21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21! =51,090,942,171,709,440,000 has over 60,000 positive integer divisors. One of them is chosen at random. What is the probability that it is odd?</w:t>
      </w:r>
    </w:p>
    <w:p>
      <w:pPr>
        <w:spacing w:before="0" w:after="160" w:line="300" w:lineRule="auto"/>
      </w:pPr>
      <w:r>
        <w:rPr>
          <w:rFonts w:ascii="Times New Roman" w:hAnsi="Times New Roman" w:eastAsia="宋体"/>
          <w:b w:val="0"/>
          <w:i w:val="0"/>
          <w:color w:val="333333"/>
          <w:sz w:val="19"/>
        </w:rPr>
        <w:t>(A) 1/21　　(B) 1/19　　(C) 1/18　　(D) 1/2　　(E) 11/21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 △ ABC 中，AB=6，AC=8，BC=10，且 D 是 BC 的中点。求 △ ADB 与 △ ADC 内切圆半径之和。</w:t>
      </w:r>
    </w:p>
    <w:p>
      <w:pPr>
        <w:spacing w:before="0" w:after="120" w:line="300" w:lineRule="auto"/>
      </w:pPr>
      <w:r>
        <w:rPr>
          <w:rFonts w:ascii="Times New Roman" w:hAnsi="Times New Roman" w:eastAsia="宋体"/>
          <w:b w:val="0"/>
          <w:i w:val="0"/>
          <w:sz w:val="21"/>
        </w:rPr>
        <w:t>（A）√(5)　　（B）11/4　　（C）2√(2)　　（D）17/6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AB=6, AC=8, BC=10, and D is the midpoint of BC. What is the sum of the radii of the circles inscribed in △ ADB and △ ADC?</w:t>
      </w:r>
    </w:p>
    <w:p>
      <w:pPr>
        <w:spacing w:before="0" w:after="160" w:line="300" w:lineRule="auto"/>
      </w:pPr>
      <w:r>
        <w:rPr>
          <w:rFonts w:ascii="Times New Roman" w:hAnsi="Times New Roman" w:eastAsia="宋体"/>
          <w:b w:val="0"/>
          <w:i w:val="0"/>
          <w:color w:val="333333"/>
          <w:sz w:val="19"/>
        </w:rPr>
        <w:t>(A) √(5)　　(B) 11/4　　(C) 2√(2)　　(D) 17/6　　(E) 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半径为 2 的圆的直径 AB 延长到圆外一点 D，使 BD=3。点 E 满足 ED=5，且直线 ED 垂直于直线 AD。线段 AE 与圆交于位于 A 和 E 之间的点 C。求 △ ABC 的面积。</w:t>
      </w:r>
    </w:p>
    <w:p>
      <w:pPr>
        <w:spacing w:before="0" w:after="120" w:line="300" w:lineRule="auto"/>
      </w:pPr>
      <w:r>
        <w:rPr>
          <w:rFonts w:ascii="Times New Roman" w:hAnsi="Times New Roman" w:eastAsia="宋体"/>
          <w:b w:val="0"/>
          <w:i w:val="0"/>
          <w:sz w:val="21"/>
        </w:rPr>
        <w:t>（A）120/37　　（B）140/39　　（C）145/39　　（D）140/37　　（E）120/31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diameter AB of a circle of radius 2 is extended to a point D outside the circle so that BD=3. Point E is chosen so that ED=5 and line ED is perpendicular to line AD. Segment AE intersects the circle at a point C between A and E. What is the area of △ ABC?</w:t>
      </w:r>
    </w:p>
    <w:p>
      <w:pPr>
        <w:spacing w:before="0" w:after="160" w:line="300" w:lineRule="auto"/>
      </w:pPr>
      <w:r>
        <w:rPr>
          <w:rFonts w:ascii="Times New Roman" w:hAnsi="Times New Roman" w:eastAsia="宋体"/>
          <w:b w:val="0"/>
          <w:i w:val="0"/>
          <w:color w:val="333333"/>
          <w:sz w:val="19"/>
        </w:rPr>
        <w:t>(A) 120/37　　(B) 140/39　　(C) 145/39　　(D) 140/37　　(E) 120/31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N=123456789101112…4344</w:t>
      </w:r>
    </w:p>
    <w:p>
      <w:pPr>
        <w:spacing w:before="0" w:after="80" w:line="300" w:lineRule="auto"/>
        <w:jc w:val="left"/>
      </w:pPr>
      <w:r>
        <w:rPr>
          <w:rFonts w:ascii="Times New Roman" w:hAnsi="Times New Roman" w:eastAsia="宋体"/>
          <w:b w:val="0"/>
          <w:i w:val="0"/>
          <w:sz w:val="21"/>
        </w:rPr>
        <w:t>为把整数 1 到 44 依次写在一起形成的 79 位数。N 除以 45 的余数是多少？</w:t>
      </w:r>
    </w:p>
    <w:p>
      <w:pPr>
        <w:spacing w:before="0" w:after="120" w:line="300" w:lineRule="auto"/>
      </w:pPr>
      <w:r>
        <w:rPr>
          <w:rFonts w:ascii="Times New Roman" w:hAnsi="Times New Roman" w:eastAsia="宋体"/>
          <w:b w:val="0"/>
          <w:i w:val="0"/>
          <w:sz w:val="21"/>
        </w:rPr>
        <w:t>（A）1　　（B）4　　（C）9　　（D）18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N=123456789101112…4344</w:t>
      </w:r>
    </w:p>
    <w:p>
      <w:pPr>
        <w:spacing w:before="0" w:after="80" w:line="300" w:lineRule="auto"/>
        <w:jc w:val="left"/>
      </w:pPr>
      <w:r>
        <w:rPr>
          <w:rFonts w:ascii="Times New Roman" w:hAnsi="Times New Roman" w:eastAsia="宋体"/>
          <w:b w:val="0"/>
          <w:i w:val="0"/>
          <w:color w:val="333333"/>
          <w:sz w:val="19"/>
        </w:rPr>
        <w:t>be the 79-digit number that is formed by writing the integers from 1 to 44 in order, one after the other. What is the remainder when N is divided by 45?</w:t>
      </w:r>
    </w:p>
    <w:p>
      <w:pPr>
        <w:spacing w:before="0" w:after="160" w:line="300" w:lineRule="auto"/>
      </w:pPr>
      <w:r>
        <w:rPr>
          <w:rFonts w:ascii="Times New Roman" w:hAnsi="Times New Roman" w:eastAsia="宋体"/>
          <w:b w:val="0"/>
          <w:i w:val="0"/>
          <w:color w:val="333333"/>
          <w:sz w:val="19"/>
        </w:rPr>
        <w:t>(A) 1　　(B) 4　　(C) 9　　(D) 18　　(E) 44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一个等边三角形的三个顶点都在双曲线 xy=1 上，并且该双曲线的一个顶点是这个三角形的重心。这个三角形面积的平方是多少？</w:t>
      </w:r>
    </w:p>
    <w:p>
      <w:pPr>
        <w:spacing w:before="0" w:after="120" w:line="300" w:lineRule="auto"/>
      </w:pPr>
      <w:r>
        <w:rPr>
          <w:rFonts w:ascii="Times New Roman" w:hAnsi="Times New Roman" w:eastAsia="宋体"/>
          <w:b w:val="0"/>
          <w:i w:val="0"/>
          <w:sz w:val="21"/>
        </w:rPr>
        <w:t>（A）48　　（B）60　　（C）108　　（D）120　　（E）169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of an equilateral triangle lie on the hyperbola xy=1, and a vertex of this hyperbola is the centroid of the triangle. What is the square of the area of the triangle?</w:t>
      </w:r>
    </w:p>
    <w:p>
      <w:pPr>
        <w:spacing w:before="0" w:after="160" w:line="300" w:lineRule="auto"/>
      </w:pPr>
      <w:r>
        <w:rPr>
          <w:rFonts w:ascii="Times New Roman" w:hAnsi="Times New Roman" w:eastAsia="宋体"/>
          <w:b w:val="0"/>
          <w:i w:val="0"/>
          <w:color w:val="333333"/>
          <w:sz w:val="19"/>
        </w:rPr>
        <w:t>(A) 48　　(B) 60　　(C) 108　　(D) 120　　(E) 169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去年 Isabella 参加了 7 次数学考试，得到了 7 个不同的分数，每个分数都是 91 到 100 之间（含端点）的整数。每次考试后，她都注意到到目前为止考试分数的平均数是整数。她第七次考试得了 95 分。她第六次考试得了多少分？</w:t>
      </w:r>
    </w:p>
    <w:p>
      <w:pPr>
        <w:spacing w:before="0" w:after="120" w:line="300" w:lineRule="auto"/>
      </w:pPr>
      <w:r>
        <w:rPr>
          <w:rFonts w:ascii="Times New Roman" w:hAnsi="Times New Roman" w:eastAsia="宋体"/>
          <w:b w:val="0"/>
          <w:i w:val="0"/>
          <w:sz w:val="21"/>
        </w:rPr>
        <w:t>（A）92　　（B）94　　（C）96　　（D）98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year Isabella took 7 math tests and received 7 different scores, each an integer between 91 and 100, inclusive. After each test she noticed that the average of her test scores was an integer. Her score on the seventh test was 95. What was her score on the sixth test?</w:t>
      </w:r>
    </w:p>
    <w:p>
      <w:pPr>
        <w:spacing w:before="0" w:after="160" w:line="300" w:lineRule="auto"/>
      </w:pPr>
      <w:r>
        <w:rPr>
          <w:rFonts w:ascii="Times New Roman" w:hAnsi="Times New Roman" w:eastAsia="宋体"/>
          <w:b w:val="0"/>
          <w:i w:val="0"/>
          <w:color w:val="333333"/>
          <w:sz w:val="19"/>
        </w:rPr>
        <w:t>(A) 92　　(B) 94　　(C) 96　　(D) 98　　(E) 100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E　D　D　B　C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A　C　D　E　A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D　D　C　C　E</w:t>
      </w:r>
    </w:p>
    <w:p>
      <w:pPr>
        <w:spacing w:before="0" w:after="200" w:line="300" w:lineRule="auto"/>
      </w:pPr>
      <w:r>
        <w:rPr>
          <w:rFonts w:ascii="Times New Roman" w:hAnsi="Times New Roman" w:eastAsia="宋体"/>
          <w:b w:val="0"/>
          <w:i w:val="0"/>
          <w:color w:val="666666"/>
          <w:sz w:val="18"/>
        </w:rPr>
        <w:t>答案串：BCEDDBCCDEDACDEABDEBDDCCE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从可能的结果倒推。把 71,72,73,74,75 的两个数字换回去，分别得到 17,27,37,47,57。再减去 11，依次得到 6,16,26,36,46。其中只有 6 和 36 能被 3 整除，而其中只有 36÷3=12 是两位数。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 backward from the possible results. Reversing 71,72,73,74,75 gives 17,27,37,47,57, respectively. Subtracting 11 gives 6,16,26,36,46. Only 6 and 36 are divisible by 3, and only 36÷3=12 is a two-digit number.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Sofia 总共以每秒 4 米跑了 5· 100=500 米，以每秒 5 米跑了 5· 300=1500 米。</w:t>
      </w:r>
    </w:p>
    <w:p>
      <w:pPr>
        <w:spacing w:before="0" w:after="80" w:line="300" w:lineRule="auto"/>
        <w:jc w:val="left"/>
      </w:pPr>
      <w:r>
        <w:rPr>
          <w:rFonts w:ascii="Times New Roman" w:hAnsi="Times New Roman" w:eastAsia="宋体"/>
          <w:b w:val="0"/>
          <w:i w:val="0"/>
          <w:sz w:val="21"/>
        </w:rPr>
        <w:t>因此总时间为</w:t>
      </w:r>
    </w:p>
    <w:p>
      <w:pPr>
        <w:spacing w:before="0" w:after="80" w:line="300" w:lineRule="auto"/>
        <w:jc w:val="left"/>
      </w:pPr>
      <w:r>
        <w:rPr>
          <w:rFonts w:ascii="Times New Roman" w:hAnsi="Times New Roman" w:eastAsia="宋体"/>
          <w:b w:val="0"/>
          <w:i w:val="0"/>
          <w:sz w:val="21"/>
        </w:rPr>
        <w:t>500/4 + 1500/5 = 425</w:t>
      </w:r>
    </w:p>
    <w:p>
      <w:pPr>
        <w:spacing w:before="0" w:after="80" w:line="300" w:lineRule="auto"/>
        <w:jc w:val="left"/>
      </w:pPr>
      <w:r>
        <w:rPr>
          <w:rFonts w:ascii="Times New Roman" w:hAnsi="Times New Roman" w:eastAsia="宋体"/>
          <w:b w:val="0"/>
          <w:i w:val="0"/>
          <w:sz w:val="21"/>
        </w:rPr>
        <w:t>秒。</w:t>
      </w:r>
    </w:p>
    <w:p>
      <w:pPr>
        <w:spacing w:before="0" w:after="80" w:line="300" w:lineRule="auto"/>
        <w:jc w:val="left"/>
      </w:pPr>
      <w:r>
        <w:rPr>
          <w:rFonts w:ascii="Times New Roman" w:hAnsi="Times New Roman" w:eastAsia="宋体"/>
          <w:b w:val="0"/>
          <w:i w:val="0"/>
          <w:sz w:val="21"/>
        </w:rPr>
        <w:t>这个时间等于 7 分 5 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She ran a total of 5· 100=500 meters at 4 meters per second and 5· 300=1500 meters at 5 meters per second.</w:t>
      </w:r>
    </w:p>
    <w:p>
      <w:pPr>
        <w:spacing w:before="0" w:after="80" w:line="300" w:lineRule="auto"/>
        <w:jc w:val="left"/>
      </w:pPr>
      <w:r>
        <w:rPr>
          <w:rFonts w:ascii="Times New Roman" w:hAnsi="Times New Roman" w:eastAsia="宋体"/>
          <w:b w:val="0"/>
          <w:i w:val="0"/>
          <w:color w:val="333333"/>
          <w:sz w:val="19"/>
        </w:rPr>
        <w:t>Therefore, her time is</w:t>
      </w:r>
    </w:p>
    <w:p>
      <w:pPr>
        <w:spacing w:before="0" w:after="80" w:line="300" w:lineRule="auto"/>
        <w:jc w:val="left"/>
      </w:pPr>
      <w:r>
        <w:rPr>
          <w:rFonts w:ascii="Times New Roman" w:hAnsi="Times New Roman" w:eastAsia="宋体"/>
          <w:b w:val="0"/>
          <w:i w:val="0"/>
          <w:color w:val="333333"/>
          <w:sz w:val="19"/>
        </w:rPr>
        <w:t>500/4 + 1500/5 = 425</w:t>
      </w:r>
    </w:p>
    <w:p>
      <w:pPr>
        <w:spacing w:before="0" w:after="80" w:line="300" w:lineRule="auto"/>
        <w:jc w:val="left"/>
      </w:pPr>
      <w:r>
        <w:rPr>
          <w:rFonts w:ascii="Times New Roman" w:hAnsi="Times New Roman" w:eastAsia="宋体"/>
          <w:b w:val="0"/>
          <w:i w:val="0"/>
          <w:color w:val="333333"/>
          <w:sz w:val="19"/>
        </w:rPr>
        <w:t>seconds.</w:t>
      </w:r>
    </w:p>
    <w:p>
      <w:pPr>
        <w:spacing w:before="0" w:after="80" w:line="300" w:lineRule="auto"/>
        <w:jc w:val="left"/>
      </w:pPr>
      <w:r>
        <w:rPr>
          <w:rFonts w:ascii="Times New Roman" w:hAnsi="Times New Roman" w:eastAsia="宋体"/>
          <w:b w:val="0"/>
          <w:i w:val="0"/>
          <w:color w:val="333333"/>
          <w:sz w:val="19"/>
        </w:rPr>
        <w:t>This is equal to a total of 7 minutes and 5 seconds.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因为 -1 &lt; y 且 1 &lt; z，所以 0 &lt; y+z，因此选项</w:t>
      </w:r>
      <w:r>
        <w:rPr>
          <w:rFonts w:ascii="Times New Roman" w:hAnsi="Times New Roman" w:eastAsia="宋体"/>
          <w:b/>
          <w:i w:val="0"/>
          <w:sz w:val="21"/>
        </w:rPr>
        <w:t>E</w:t>
      </w:r>
      <w:r>
        <w:rPr>
          <w:rFonts w:ascii="Times New Roman" w:hAnsi="Times New Roman" w:eastAsia="宋体"/>
          <w:b w:val="0"/>
          <w:i w:val="0"/>
          <w:sz w:val="21"/>
        </w:rPr>
        <w:t>一定正确。</w:t>
      </w:r>
    </w:p>
    <w:p>
      <w:pPr>
        <w:spacing w:before="0" w:after="80" w:line="300" w:lineRule="auto"/>
        <w:jc w:val="left"/>
      </w:pPr>
      <w:r>
        <w:rPr>
          <w:rFonts w:ascii="Times New Roman" w:hAnsi="Times New Roman" w:eastAsia="宋体"/>
          <w:b w:val="0"/>
          <w:i w:val="0"/>
          <w:sz w:val="21"/>
        </w:rPr>
        <w:t>此外，用下面这组取值可以排除其余每个选项：</w:t>
      </w:r>
    </w:p>
    <w:p>
      <w:pPr>
        <w:spacing w:before="0" w:after="80" w:line="300" w:lineRule="auto"/>
        <w:jc w:val="left"/>
      </w:pPr>
      <w:r>
        <w:rPr>
          <w:rFonts w:ascii="Times New Roman" w:hAnsi="Times New Roman" w:eastAsia="宋体"/>
          <w:b w:val="0"/>
          <w:i w:val="0"/>
          <w:sz w:val="21"/>
        </w:rPr>
        <w:t>x=0.1，</w:t>
      </w:r>
    </w:p>
    <w:p>
      <w:pPr>
        <w:spacing w:before="0" w:after="80" w:line="300" w:lineRule="auto"/>
        <w:jc w:val="left"/>
      </w:pPr>
      <w:r>
        <w:rPr>
          <w:rFonts w:ascii="Times New Roman" w:hAnsi="Times New Roman" w:eastAsia="宋体"/>
          <w:b w:val="0"/>
          <w:i w:val="0"/>
          <w:sz w:val="21"/>
        </w:rPr>
        <w:t>y=-0.25，</w:t>
      </w:r>
    </w:p>
    <w:p>
      <w:pPr>
        <w:spacing w:before="0" w:after="80" w:line="300" w:lineRule="auto"/>
        <w:jc w:val="left"/>
      </w:pPr>
      <w:r>
        <w:rPr>
          <w:rFonts w:ascii="Times New Roman" w:hAnsi="Times New Roman" w:eastAsia="宋体"/>
          <w:b w:val="0"/>
          <w:i w:val="0"/>
          <w:sz w:val="21"/>
        </w:rPr>
        <w:t>z=1.25。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 &lt; y and 1 &lt; z, we can add the inequalities to see that 0 &lt; y+z. This naturally proves choice</w:t>
      </w:r>
      <w:r>
        <w:rPr>
          <w:rFonts w:ascii="Times New Roman" w:hAnsi="Times New Roman" w:eastAsia="宋体"/>
          <w:b/>
          <w:i w:val="0"/>
          <w:color w:val="333333"/>
          <w:sz w:val="19"/>
        </w:rPr>
        <w:t>E</w:t>
      </w:r>
      <w:r>
        <w:rPr>
          <w:rFonts w:ascii="Times New Roman" w:hAnsi="Times New Roman" w:eastAsia="宋体"/>
          <w:b w:val="0"/>
          <w:i w:val="0"/>
          <w:color w:val="333333"/>
          <w:sz w:val="19"/>
        </w:rPr>
        <w:t>correct.</w:t>
      </w:r>
    </w:p>
    <w:p>
      <w:pPr>
        <w:spacing w:before="0" w:after="80" w:line="300" w:lineRule="auto"/>
        <w:jc w:val="left"/>
      </w:pPr>
      <w:r>
        <w:rPr>
          <w:rFonts w:ascii="Times New Roman" w:hAnsi="Times New Roman" w:eastAsia="宋体"/>
          <w:b w:val="0"/>
          <w:i w:val="0"/>
          <w:color w:val="333333"/>
          <w:sz w:val="19"/>
        </w:rPr>
        <w:t>Furthermore, we can eliminate every other choice with the following values:</w:t>
      </w:r>
    </w:p>
    <w:p>
      <w:pPr>
        <w:spacing w:before="0" w:after="80" w:line="300" w:lineRule="auto"/>
        <w:jc w:val="left"/>
      </w:pPr>
      <w:r>
        <w:rPr>
          <w:rFonts w:ascii="Times New Roman" w:hAnsi="Times New Roman" w:eastAsia="宋体"/>
          <w:b w:val="0"/>
          <w:i w:val="0"/>
          <w:color w:val="333333"/>
          <w:sz w:val="19"/>
        </w:rPr>
        <w:t>x=0.1,</w:t>
      </w:r>
    </w:p>
    <w:p>
      <w:pPr>
        <w:spacing w:before="0" w:after="80" w:line="300" w:lineRule="auto"/>
        <w:jc w:val="left"/>
      </w:pPr>
      <w:r>
        <w:rPr>
          <w:rFonts w:ascii="Times New Roman" w:hAnsi="Times New Roman" w:eastAsia="宋体"/>
          <w:b w:val="0"/>
          <w:i w:val="0"/>
          <w:color w:val="333333"/>
          <w:sz w:val="19"/>
        </w:rPr>
        <w:t>y=-0.25,</w:t>
      </w:r>
    </w:p>
    <w:p>
      <w:pPr>
        <w:spacing w:before="0" w:after="80" w:line="300" w:lineRule="auto"/>
        <w:jc w:val="left"/>
      </w:pPr>
      <w:r>
        <w:rPr>
          <w:rFonts w:ascii="Times New Roman" w:hAnsi="Times New Roman" w:eastAsia="宋体"/>
          <w:b w:val="0"/>
          <w:i w:val="0"/>
          <w:color w:val="333333"/>
          <w:sz w:val="19"/>
        </w:rPr>
        <w:t>z=1.25.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由</w:t>
      </w:r>
    </w:p>
    <w:p>
      <w:pPr>
        <w:spacing w:before="0" w:after="80" w:line="300" w:lineRule="auto"/>
        <w:jc w:val="left"/>
      </w:pPr>
      <w:r>
        <w:rPr>
          <w:rFonts w:ascii="Times New Roman" w:hAnsi="Times New Roman" w:eastAsia="宋体"/>
          <w:b w:val="0"/>
          <w:i w:val="0"/>
          <w:sz w:val="21"/>
        </w:rPr>
        <w:t>3x+y/x-3y=-2，</w:t>
      </w:r>
    </w:p>
    <w:p>
      <w:pPr>
        <w:spacing w:before="0" w:after="80" w:line="300" w:lineRule="auto"/>
        <w:jc w:val="left"/>
      </w:pPr>
      <w:r>
        <w:rPr>
          <w:rFonts w:ascii="Times New Roman" w:hAnsi="Times New Roman" w:eastAsia="宋体"/>
          <w:b w:val="0"/>
          <w:i w:val="0"/>
          <w:sz w:val="21"/>
        </w:rPr>
        <w:t>两边同乘分母，得到</w:t>
      </w:r>
    </w:p>
    <w:p>
      <w:pPr>
        <w:spacing w:before="0" w:after="80" w:line="300" w:lineRule="auto"/>
        <w:jc w:val="left"/>
      </w:pPr>
      <w:r>
        <w:rPr>
          <w:rFonts w:ascii="Times New Roman" w:hAnsi="Times New Roman" w:eastAsia="宋体"/>
          <w:b w:val="0"/>
          <w:i w:val="0"/>
          <w:sz w:val="21"/>
        </w:rPr>
        <w:t>3x+y = 6y-2x。</w:t>
      </w:r>
    </w:p>
    <w:p>
      <w:pPr>
        <w:spacing w:before="0" w:after="80" w:line="300" w:lineRule="auto"/>
        <w:jc w:val="left"/>
      </w:pPr>
      <w:r>
        <w:rPr>
          <w:rFonts w:ascii="Times New Roman" w:hAnsi="Times New Roman" w:eastAsia="宋体"/>
          <w:b w:val="0"/>
          <w:i w:val="0"/>
          <w:sz w:val="21"/>
        </w:rPr>
        <w:t>整理可得 x=y。</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x+3y/3x-y = x+3x/3x-x=2。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w:t>
      </w:r>
    </w:p>
    <w:p>
      <w:pPr>
        <w:spacing w:before="0" w:after="80" w:line="300" w:lineRule="auto"/>
        <w:jc w:val="left"/>
      </w:pPr>
      <w:r>
        <w:rPr>
          <w:rFonts w:ascii="Times New Roman" w:hAnsi="Times New Roman" w:eastAsia="宋体"/>
          <w:b w:val="0"/>
          <w:i w:val="0"/>
          <w:color w:val="333333"/>
          <w:sz w:val="19"/>
        </w:rPr>
        <w:t>3x+y/x-3y=-2,</w:t>
      </w:r>
    </w:p>
    <w:p>
      <w:pPr>
        <w:spacing w:before="0" w:after="80" w:line="300" w:lineRule="auto"/>
        <w:jc w:val="left"/>
      </w:pPr>
      <w:r>
        <w:rPr>
          <w:rFonts w:ascii="Times New Roman" w:hAnsi="Times New Roman" w:eastAsia="宋体"/>
          <w:b w:val="0"/>
          <w:i w:val="0"/>
          <w:color w:val="333333"/>
          <w:sz w:val="19"/>
        </w:rPr>
        <w:t>we can multiply by the denominator to get</w:t>
      </w:r>
    </w:p>
    <w:p>
      <w:pPr>
        <w:spacing w:before="0" w:after="80" w:line="300" w:lineRule="auto"/>
        <w:jc w:val="left"/>
      </w:pPr>
      <w:r>
        <w:rPr>
          <w:rFonts w:ascii="Times New Roman" w:hAnsi="Times New Roman" w:eastAsia="宋体"/>
          <w:b w:val="0"/>
          <w:i w:val="0"/>
          <w:color w:val="333333"/>
          <w:sz w:val="19"/>
        </w:rPr>
        <w:t>3x+y = 6y-2x.</w:t>
      </w:r>
    </w:p>
    <w:p>
      <w:pPr>
        <w:spacing w:before="0" w:after="80" w:line="300" w:lineRule="auto"/>
        <w:jc w:val="left"/>
      </w:pPr>
      <w:r>
        <w:rPr>
          <w:rFonts w:ascii="Times New Roman" w:hAnsi="Times New Roman" w:eastAsia="宋体"/>
          <w:b w:val="0"/>
          <w:i w:val="0"/>
          <w:color w:val="333333"/>
          <w:sz w:val="19"/>
        </w:rPr>
        <w:t>Solving, we can see that x=y.</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x+3y/3x-y = x+3x/3x-x=2.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设原来樱桃味有 c 颗，蓝莓味有 b 颗。</w:t>
      </w:r>
    </w:p>
    <w:p>
      <w:pPr>
        <w:spacing w:before="0" w:after="80" w:line="300" w:lineRule="auto"/>
        <w:jc w:val="left"/>
      </w:pPr>
      <w:r>
        <w:rPr>
          <w:rFonts w:ascii="Times New Roman" w:hAnsi="Times New Roman" w:eastAsia="宋体"/>
          <w:b w:val="0"/>
          <w:i w:val="0"/>
          <w:sz w:val="21"/>
        </w:rPr>
        <w:t>由第一句和第二句分别可得</w:t>
      </w:r>
    </w:p>
    <w:p>
      <w:pPr>
        <w:spacing w:before="0" w:after="80" w:line="300" w:lineRule="auto"/>
        <w:jc w:val="left"/>
      </w:pPr>
      <w:r>
        <w:rPr>
          <w:rFonts w:ascii="Times New Roman" w:hAnsi="Times New Roman" w:eastAsia="宋体"/>
          <w:b w:val="0"/>
          <w:i w:val="0"/>
          <w:sz w:val="21"/>
        </w:rPr>
        <w:t>b = 2c</w:t>
      </w:r>
    </w:p>
    <w:p>
      <w:pPr>
        <w:spacing w:before="0" w:after="80" w:line="300" w:lineRule="auto"/>
        <w:jc w:val="left"/>
      </w:pPr>
      <w:r>
        <w:rPr>
          <w:rFonts w:ascii="Times New Roman" w:hAnsi="Times New Roman" w:eastAsia="宋体"/>
          <w:b w:val="0"/>
          <w:i w:val="0"/>
          <w:sz w:val="21"/>
        </w:rPr>
        <w:t>b-10=3(c-10)</w:t>
      </w:r>
    </w:p>
    <w:p>
      <w:pPr>
        <w:spacing w:before="0" w:after="80" w:line="300" w:lineRule="auto"/>
        <w:jc w:val="left"/>
      </w:pPr>
      <w:r>
        <w:rPr>
          <w:rFonts w:ascii="Times New Roman" w:hAnsi="Times New Roman" w:eastAsia="宋体"/>
          <w:b w:val="0"/>
          <w:i w:val="0"/>
          <w:sz w:val="21"/>
        </w:rPr>
        <w:t>这两个方程。</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2c-10 = 3c-30</w:t>
      </w:r>
    </w:p>
    <w:p>
      <w:pPr>
        <w:spacing w:before="0" w:after="80" w:line="300" w:lineRule="auto"/>
        <w:jc w:val="left"/>
      </w:pPr>
      <w:r>
        <w:rPr>
          <w:rFonts w:ascii="Times New Roman" w:hAnsi="Times New Roman" w:eastAsia="宋体"/>
          <w:b w:val="0"/>
          <w:i w:val="0"/>
          <w:sz w:val="21"/>
        </w:rPr>
        <w:t>c=20。</w:t>
      </w:r>
    </w:p>
    <w:p>
      <w:pPr>
        <w:spacing w:before="0" w:after="80" w:line="300" w:lineRule="auto"/>
        <w:jc w:val="left"/>
      </w:pPr>
      <w:r>
        <w:rPr>
          <w:rFonts w:ascii="Times New Roman" w:hAnsi="Times New Roman" w:eastAsia="宋体"/>
          <w:b w:val="0"/>
          <w:i w:val="0"/>
          <w:sz w:val="21"/>
        </w:rPr>
        <w:t>这说明</w:t>
      </w:r>
    </w:p>
    <w:p>
      <w:pPr>
        <w:spacing w:before="0" w:after="80" w:line="300" w:lineRule="auto"/>
        <w:jc w:val="left"/>
      </w:pPr>
      <w:r>
        <w:rPr>
          <w:rFonts w:ascii="Times New Roman" w:hAnsi="Times New Roman" w:eastAsia="宋体"/>
          <w:b w:val="0"/>
          <w:i w:val="0"/>
          <w:sz w:val="21"/>
        </w:rPr>
        <w:t>b = 2· 20=40。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cherry jelly beans be c and let the number of blueberry jelly beans be b.</w:t>
      </w:r>
    </w:p>
    <w:p>
      <w:pPr>
        <w:spacing w:before="0" w:after="80" w:line="300" w:lineRule="auto"/>
        <w:jc w:val="left"/>
      </w:pPr>
      <w:r>
        <w:rPr>
          <w:rFonts w:ascii="Times New Roman" w:hAnsi="Times New Roman" w:eastAsia="宋体"/>
          <w:b w:val="0"/>
          <w:i w:val="0"/>
          <w:color w:val="333333"/>
          <w:sz w:val="19"/>
        </w:rPr>
        <w:t>Then, we know</w:t>
      </w:r>
    </w:p>
    <w:p>
      <w:pPr>
        <w:spacing w:before="0" w:after="80" w:line="300" w:lineRule="auto"/>
        <w:jc w:val="left"/>
      </w:pPr>
      <w:r>
        <w:rPr>
          <w:rFonts w:ascii="Times New Roman" w:hAnsi="Times New Roman" w:eastAsia="宋体"/>
          <w:b w:val="0"/>
          <w:i w:val="0"/>
          <w:color w:val="333333"/>
          <w:sz w:val="19"/>
        </w:rPr>
        <w:t>b = 2c</w:t>
      </w:r>
    </w:p>
    <w:p>
      <w:pPr>
        <w:spacing w:before="0" w:after="80" w:line="300" w:lineRule="auto"/>
        <w:jc w:val="left"/>
      </w:pPr>
      <w:r>
        <w:rPr>
          <w:rFonts w:ascii="Times New Roman" w:hAnsi="Times New Roman" w:eastAsia="宋体"/>
          <w:b w:val="0"/>
          <w:i w:val="0"/>
          <w:color w:val="333333"/>
          <w:sz w:val="19"/>
        </w:rPr>
        <w:t>b-10=3(c-10)</w:t>
      </w:r>
    </w:p>
    <w:p>
      <w:pPr>
        <w:spacing w:before="0" w:after="80" w:line="300" w:lineRule="auto"/>
        <w:jc w:val="left"/>
      </w:pPr>
      <w:r>
        <w:rPr>
          <w:rFonts w:ascii="Times New Roman" w:hAnsi="Times New Roman" w:eastAsia="宋体"/>
          <w:b w:val="0"/>
          <w:i w:val="0"/>
          <w:color w:val="333333"/>
          <w:sz w:val="19"/>
        </w:rPr>
        <w:t>from the first and second statements respectively.</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2c-10 = 3c-30</w:t>
      </w:r>
    </w:p>
    <w:p>
      <w:pPr>
        <w:spacing w:before="0" w:after="80" w:line="300" w:lineRule="auto"/>
        <w:jc w:val="left"/>
      </w:pPr>
      <w:r>
        <w:rPr>
          <w:rFonts w:ascii="Times New Roman" w:hAnsi="Times New Roman" w:eastAsia="宋体"/>
          <w:b w:val="0"/>
          <w:i w:val="0"/>
          <w:color w:val="333333"/>
          <w:sz w:val="19"/>
        </w:rPr>
        <w:t>c=20.</w:t>
      </w:r>
    </w:p>
    <w:p>
      <w:pPr>
        <w:spacing w:before="0" w:after="80" w:line="300" w:lineRule="auto"/>
        <w:jc w:val="left"/>
      </w:pPr>
      <w:r>
        <w:rPr>
          <w:rFonts w:ascii="Times New Roman" w:hAnsi="Times New Roman" w:eastAsia="宋体"/>
          <w:b w:val="0"/>
          <w:i w:val="0"/>
          <w:color w:val="333333"/>
          <w:sz w:val="19"/>
        </w:rPr>
        <w:t>This means that</w:t>
      </w:r>
    </w:p>
    <w:p>
      <w:pPr>
        <w:spacing w:before="0" w:after="80" w:line="300" w:lineRule="auto"/>
        <w:jc w:val="left"/>
      </w:pPr>
      <w:r>
        <w:rPr>
          <w:rFonts w:ascii="Times New Roman" w:hAnsi="Times New Roman" w:eastAsia="宋体"/>
          <w:b w:val="0"/>
          <w:i w:val="0"/>
          <w:color w:val="333333"/>
          <w:sz w:val="19"/>
        </w:rPr>
        <w:t>b = 2· 20=40.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大盒子的体积是 3· 3· 2 = 18，每块小积木体积是 2· 2· 1=4。所以最多能放 4 块。</w:t>
      </w:r>
    </w:p>
    <w:p>
      <w:pPr>
        <w:spacing w:before="0" w:after="80" w:line="300" w:lineRule="auto"/>
        <w:jc w:val="left"/>
      </w:pPr>
      <w:r>
        <w:rPr>
          <w:rFonts w:ascii="Times New Roman" w:hAnsi="Times New Roman" w:eastAsia="宋体"/>
          <w:b w:val="0"/>
          <w:i w:val="0"/>
          <w:sz w:val="21"/>
        </w:rPr>
        <w:t>这个上界可以达到：先把 3 块小积木放入一个 3 × 2 × 2 的长方体，再在剩下的 3 × 2 × 1 空间中放入一块。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 of the large solid object is 3· 3· 2 = 18 and volume of the smaller object is 2· 2· 1=4. This means we can fit at most 4 of the small objects.</w:t>
      </w:r>
    </w:p>
    <w:p>
      <w:pPr>
        <w:spacing w:before="0" w:after="80" w:line="300" w:lineRule="auto"/>
        <w:jc w:val="left"/>
      </w:pPr>
      <w:r>
        <w:rPr>
          <w:rFonts w:ascii="Times New Roman" w:hAnsi="Times New Roman" w:eastAsia="宋体"/>
          <w:b w:val="0"/>
          <w:i w:val="0"/>
          <w:color w:val="333333"/>
          <w:sz w:val="19"/>
        </w:rPr>
        <w:t>We can make this happen by putting 3 of the small objects in a 3 × 2 × 2 rectangular prism, and then we have a 3 × 2 × 1 space left where we can place one small object.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 d 为 Samia 步行的距离。她骑车走过的距离与此相同，所以由总用时可得</w:t>
      </w:r>
    </w:p>
    <w:p>
      <w:pPr>
        <w:spacing w:before="0" w:after="80" w:line="300" w:lineRule="auto"/>
        <w:jc w:val="left"/>
      </w:pPr>
      <w:r>
        <w:rPr>
          <w:rFonts w:ascii="Times New Roman" w:hAnsi="Times New Roman" w:eastAsia="宋体"/>
          <w:b w:val="0"/>
          <w:i w:val="0"/>
          <w:sz w:val="21"/>
        </w:rPr>
        <w:t>d/17+d/5=44/60。</w:t>
      </w:r>
    </w:p>
    <w:p>
      <w:pPr>
        <w:spacing w:before="0" w:after="80" w:line="300" w:lineRule="auto"/>
        <w:jc w:val="left"/>
      </w:pPr>
      <w:r>
        <w:rPr>
          <w:rFonts w:ascii="Times New Roman" w:hAnsi="Times New Roman" w:eastAsia="宋体"/>
          <w:b w:val="0"/>
          <w:i w:val="0"/>
          <w:sz w:val="21"/>
        </w:rPr>
        <w:t>解得 d=17/6=2.833…，四舍五入到十分位约为 2.8 千米。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distance Samia walked. She bicycled the same distance, so her total travel time gives</w:t>
      </w:r>
    </w:p>
    <w:p>
      <w:pPr>
        <w:spacing w:before="0" w:after="80" w:line="300" w:lineRule="auto"/>
        <w:jc w:val="left"/>
      </w:pPr>
      <w:r>
        <w:rPr>
          <w:rFonts w:ascii="Times New Roman" w:hAnsi="Times New Roman" w:eastAsia="宋体"/>
          <w:b w:val="0"/>
          <w:i w:val="0"/>
          <w:color w:val="333333"/>
          <w:sz w:val="19"/>
        </w:rPr>
        <w:t>d/17+d/5=44/60.</w:t>
      </w:r>
    </w:p>
    <w:p>
      <w:pPr>
        <w:spacing w:before="0" w:after="80" w:line="300" w:lineRule="auto"/>
        <w:jc w:val="left"/>
      </w:pPr>
      <w:r>
        <w:rPr>
          <w:rFonts w:ascii="Times New Roman" w:hAnsi="Times New Roman" w:eastAsia="宋体"/>
          <w:b w:val="0"/>
          <w:i w:val="0"/>
          <w:color w:val="333333"/>
          <w:sz w:val="19"/>
        </w:rPr>
        <w:t>Solving yields d=17/6=2.833…, which rounds to 2.8 kilometers.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因为 AB=AC，所以从 A 作出的高也平分底边 BC。因此 D 是 BC 的中点。若 C=(x,y)，则</w:t>
      </w:r>
    </w:p>
    <w:p>
      <w:pPr>
        <w:spacing w:before="0" w:after="80" w:line="300" w:lineRule="auto"/>
        <w:jc w:val="left"/>
      </w:pPr>
      <w:r>
        <w:rPr>
          <w:rFonts w:ascii="Times New Roman" w:hAnsi="Times New Roman" w:eastAsia="宋体"/>
          <w:b w:val="0"/>
          <w:i w:val="0"/>
          <w:sz w:val="21"/>
        </w:rPr>
        <w:t>x+2/2 = -1，</w:t>
      </w:r>
    </w:p>
    <w:p>
      <w:pPr>
        <w:spacing w:before="0" w:after="80" w:line="300" w:lineRule="auto"/>
        <w:jc w:val="left"/>
      </w:pPr>
      <w:r>
        <w:rPr>
          <w:rFonts w:ascii="Times New Roman" w:hAnsi="Times New Roman" w:eastAsia="宋体"/>
          <w:b w:val="0"/>
          <w:i w:val="0"/>
          <w:sz w:val="21"/>
        </w:rPr>
        <w:t>y-3/2=3。</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C=(x,y)=(-4,9)。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AB=AC, the altitude from A also bisects the base BC. Therefore, D is the midpoint of BC. If C=(x,y), then we have</w:t>
      </w:r>
    </w:p>
    <w:p>
      <w:pPr>
        <w:spacing w:before="0" w:after="80" w:line="300" w:lineRule="auto"/>
        <w:jc w:val="left"/>
      </w:pPr>
      <w:r>
        <w:rPr>
          <w:rFonts w:ascii="Times New Roman" w:hAnsi="Times New Roman" w:eastAsia="宋体"/>
          <w:b w:val="0"/>
          <w:i w:val="0"/>
          <w:color w:val="333333"/>
          <w:sz w:val="19"/>
        </w:rPr>
        <w:t>x+2/2 = -1,</w:t>
      </w:r>
    </w:p>
    <w:p>
      <w:pPr>
        <w:spacing w:before="0" w:after="80" w:line="300" w:lineRule="auto"/>
        <w:jc w:val="left"/>
      </w:pPr>
      <w:r>
        <w:rPr>
          <w:rFonts w:ascii="Times New Roman" w:hAnsi="Times New Roman" w:eastAsia="宋体"/>
          <w:b w:val="0"/>
          <w:i w:val="0"/>
          <w:color w:val="333333"/>
          <w:sz w:val="19"/>
        </w:rPr>
        <w:t>y-3/2=3.</w:t>
      </w:r>
    </w:p>
    <w:p>
      <w:pPr>
        <w:spacing w:before="0" w:after="80" w:line="300" w:lineRule="auto"/>
        <w:jc w:val="left"/>
      </w:pPr>
      <w:r>
        <w:rPr>
          <w:rFonts w:ascii="Times New Roman" w:hAnsi="Times New Roman" w:eastAsia="宋体"/>
          <w:b w:val="0"/>
          <w:i w:val="0"/>
          <w:color w:val="333333"/>
          <w:sz w:val="19"/>
        </w:rPr>
        <w:t>As such,</w:t>
      </w:r>
    </w:p>
    <w:p>
      <w:pPr>
        <w:spacing w:before="0" w:after="80" w:line="300" w:lineRule="auto"/>
        <w:jc w:val="left"/>
      </w:pPr>
      <w:r>
        <w:rPr>
          <w:rFonts w:ascii="Times New Roman" w:hAnsi="Times New Roman" w:eastAsia="宋体"/>
          <w:b w:val="0"/>
          <w:i w:val="0"/>
          <w:color w:val="333333"/>
          <w:sz w:val="19"/>
        </w:rPr>
        <w:t>C=(x,y)=(-4,9).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全部 3 题答对的概率为</w:t>
      </w:r>
    </w:p>
    <w:p>
      <w:pPr>
        <w:spacing w:before="0" w:after="80" w:line="300" w:lineRule="auto"/>
        <w:jc w:val="left"/>
      </w:pPr>
      <w:r>
        <w:rPr>
          <w:rFonts w:ascii="Times New Roman" w:hAnsi="Times New Roman" w:eastAsia="宋体"/>
          <w:b w:val="0"/>
          <w:i w:val="0"/>
          <w:sz w:val="21"/>
        </w:rPr>
        <w:t>(1/3)³=1/27。</w:t>
      </w:r>
    </w:p>
    <w:p>
      <w:pPr>
        <w:spacing w:before="0" w:after="80" w:line="300" w:lineRule="auto"/>
        <w:jc w:val="left"/>
      </w:pPr>
      <w:r>
        <w:rPr>
          <w:rFonts w:ascii="Times New Roman" w:hAnsi="Times New Roman" w:eastAsia="宋体"/>
          <w:b w:val="0"/>
          <w:i w:val="0"/>
          <w:sz w:val="21"/>
        </w:rPr>
        <w:t>恰好答对 2 题的概率为</w:t>
      </w:r>
    </w:p>
    <w:p>
      <w:pPr>
        <w:spacing w:before="0" w:after="80" w:line="300" w:lineRule="auto"/>
        <w:jc w:val="left"/>
      </w:pPr>
      <w:r>
        <w:rPr>
          <w:rFonts w:ascii="Times New Roman" w:hAnsi="Times New Roman" w:eastAsia="宋体"/>
          <w:b w:val="0"/>
          <w:i w:val="0"/>
          <w:sz w:val="21"/>
        </w:rPr>
        <w:t>C(3, 2)(1/3)²(2/3)=6/27。</w:t>
      </w:r>
    </w:p>
    <w:p>
      <w:pPr>
        <w:spacing w:before="0" w:after="80" w:line="300" w:lineRule="auto"/>
        <w:jc w:val="left"/>
      </w:pPr>
      <w:r>
        <w:rPr>
          <w:rFonts w:ascii="Times New Roman" w:hAnsi="Times New Roman" w:eastAsia="宋体"/>
          <w:b w:val="0"/>
          <w:i w:val="0"/>
          <w:sz w:val="21"/>
        </w:rPr>
        <w:t>合计概率为</w:t>
      </w:r>
    </w:p>
    <w:p>
      <w:pPr>
        <w:spacing w:before="0" w:after="80" w:line="300" w:lineRule="auto"/>
        <w:jc w:val="left"/>
      </w:pPr>
      <w:r>
        <w:rPr>
          <w:rFonts w:ascii="Times New Roman" w:hAnsi="Times New Roman" w:eastAsia="宋体"/>
          <w:b w:val="0"/>
          <w:i w:val="0"/>
          <w:sz w:val="21"/>
        </w:rPr>
        <w:t>6/27+1/27=7/27。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probability that a contestant gets all 3 correct is</w:t>
      </w:r>
    </w:p>
    <w:p>
      <w:pPr>
        <w:spacing w:before="0" w:after="80" w:line="300" w:lineRule="auto"/>
        <w:jc w:val="left"/>
      </w:pPr>
      <w:r>
        <w:rPr>
          <w:rFonts w:ascii="Times New Roman" w:hAnsi="Times New Roman" w:eastAsia="宋体"/>
          <w:b w:val="0"/>
          <w:i w:val="0"/>
          <w:color w:val="333333"/>
          <w:sz w:val="19"/>
        </w:rPr>
        <w:t>(1/3)³=1/27.</w:t>
      </w:r>
    </w:p>
    <w:p>
      <w:pPr>
        <w:spacing w:before="0" w:after="80" w:line="300" w:lineRule="auto"/>
        <w:jc w:val="left"/>
      </w:pPr>
      <w:r>
        <w:rPr>
          <w:rFonts w:ascii="Times New Roman" w:hAnsi="Times New Roman" w:eastAsia="宋体"/>
          <w:b w:val="0"/>
          <w:i w:val="0"/>
          <w:color w:val="333333"/>
          <w:sz w:val="19"/>
        </w:rPr>
        <w:t>The probability of getting exactly 2 correct is</w:t>
      </w:r>
    </w:p>
    <w:p>
      <w:pPr>
        <w:spacing w:before="0" w:after="80" w:line="300" w:lineRule="auto"/>
        <w:jc w:val="left"/>
      </w:pPr>
      <w:r>
        <w:rPr>
          <w:rFonts w:ascii="Times New Roman" w:hAnsi="Times New Roman" w:eastAsia="宋体"/>
          <w:b w:val="0"/>
          <w:i w:val="0"/>
          <w:color w:val="333333"/>
          <w:sz w:val="19"/>
        </w:rPr>
        <w:t>C(3, 2)(1/3)²(2/3)=6/27.</w:t>
      </w:r>
    </w:p>
    <w:p>
      <w:pPr>
        <w:spacing w:before="0" w:after="80" w:line="300" w:lineRule="auto"/>
        <w:jc w:val="left"/>
      </w:pPr>
      <w:r>
        <w:rPr>
          <w:rFonts w:ascii="Times New Roman" w:hAnsi="Times New Roman" w:eastAsia="宋体"/>
          <w:b w:val="0"/>
          <w:i w:val="0"/>
          <w:color w:val="333333"/>
          <w:sz w:val="19"/>
        </w:rPr>
        <w:t>The combined probability is</w:t>
      </w:r>
    </w:p>
    <w:p>
      <w:pPr>
        <w:spacing w:before="0" w:after="80" w:line="300" w:lineRule="auto"/>
        <w:jc w:val="left"/>
      </w:pPr>
      <w:r>
        <w:rPr>
          <w:rFonts w:ascii="Times New Roman" w:hAnsi="Times New Roman" w:eastAsia="宋体"/>
          <w:b w:val="0"/>
          <w:i w:val="0"/>
          <w:color w:val="333333"/>
          <w:sz w:val="19"/>
        </w:rPr>
        <w:t>6/27+1/27=7/27.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第一个方程可改写为 y=a/2x-c/2，第二个可改写为 y=-2/b x-c/b。因为两条直线垂直，它们的斜率之积为 -1，所以 a=b。</w:t>
      </w:r>
    </w:p>
    <w:p>
      <w:pPr>
        <w:spacing w:before="0" w:after="80" w:line="300" w:lineRule="auto"/>
        <w:jc w:val="left"/>
      </w:pPr>
      <w:r>
        <w:rPr>
          <w:rFonts w:ascii="Times New Roman" w:hAnsi="Times New Roman" w:eastAsia="宋体"/>
          <w:b w:val="0"/>
          <w:i w:val="0"/>
          <w:sz w:val="21"/>
        </w:rPr>
        <w:t>把 (x,y)=(1,-5) 代入原来的两个方程，得到 a+10=c 和 2-5a=-c。两式相加得 12-4a=0，所以 a=3，c=13。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equation can be rewritten as y=a/2x-c/2, and the second as y=-2/b x-c/b. Because the lines are perpendicular, their slopes multiply to -1, so a=b.</w:t>
      </w:r>
    </w:p>
    <w:p>
      <w:pPr>
        <w:spacing w:before="0" w:after="80" w:line="300" w:lineRule="auto"/>
        <w:jc w:val="left"/>
      </w:pPr>
      <w:r>
        <w:rPr>
          <w:rFonts w:ascii="Times New Roman" w:hAnsi="Times New Roman" w:eastAsia="宋体"/>
          <w:b w:val="0"/>
          <w:i w:val="0"/>
          <w:color w:val="333333"/>
          <w:sz w:val="19"/>
        </w:rPr>
        <w:t>Substituting (x,y)=(1,-5) into the two original equations gives a+10=c and 2-5a=-c. Adding these equations yields 12-4a=0, so a=3 and c=13.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真正喜欢跳舞的人占 60%，其中只有 80% 说自己喜欢跳舞。因此全体学生中有 48% 说自己喜欢跳舞，而真正喜欢但说不喜欢的占 60%-48% = 12% 。</w:t>
      </w:r>
    </w:p>
    <w:p>
      <w:pPr>
        <w:spacing w:before="0" w:after="80" w:line="300" w:lineRule="auto"/>
        <w:jc w:val="left"/>
      </w:pPr>
      <w:r>
        <w:rPr>
          <w:rFonts w:ascii="Times New Roman" w:hAnsi="Times New Roman" w:eastAsia="宋体"/>
          <w:b w:val="0"/>
          <w:i w:val="0"/>
          <w:sz w:val="21"/>
        </w:rPr>
        <w:t>真正不喜欢跳舞的人占 40%，其中 90% 说自己不喜欢，因而这部分占全体的 36%。</w:t>
      </w:r>
    </w:p>
    <w:p>
      <w:pPr>
        <w:spacing w:before="0" w:after="80" w:line="300" w:lineRule="auto"/>
        <w:jc w:val="left"/>
      </w:pPr>
      <w:r>
        <w:rPr>
          <w:rFonts w:ascii="Times New Roman" w:hAnsi="Times New Roman" w:eastAsia="宋体"/>
          <w:b w:val="0"/>
          <w:i w:val="0"/>
          <w:sz w:val="21"/>
        </w:rPr>
        <w:t>所以说自己不喜欢跳舞的人共占 12%+36% = 48%。</w:t>
      </w:r>
    </w:p>
    <w:p>
      <w:pPr>
        <w:spacing w:before="0" w:after="80" w:line="300" w:lineRule="auto"/>
        <w:jc w:val="left"/>
      </w:pPr>
      <w:r>
        <w:rPr>
          <w:rFonts w:ascii="Times New Roman" w:hAnsi="Times New Roman" w:eastAsia="宋体"/>
          <w:b w:val="0"/>
          <w:i w:val="0"/>
          <w:sz w:val="21"/>
        </w:rPr>
        <w:t>因此，说自己不喜欢、但实际上喜欢跳舞的人所占比例为</w:t>
      </w:r>
    </w:p>
    <w:p>
      <w:pPr>
        <w:spacing w:before="0" w:after="80" w:line="300" w:lineRule="auto"/>
        <w:jc w:val="left"/>
      </w:pPr>
      <w:r>
        <w:rPr>
          <w:rFonts w:ascii="Times New Roman" w:hAnsi="Times New Roman" w:eastAsia="宋体"/>
          <w:b w:val="0"/>
          <w:i w:val="0"/>
          <w:sz w:val="21"/>
        </w:rPr>
        <w:t>12/48 = 1/4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Observe that of the 60% of people that actually like dancing, only 80% say they like dancing. This suggests that 48% of the students say that they like dancing, and as such, 60%-48% = 12% of the students who like dancing say they don’t like it.</w:t>
      </w:r>
    </w:p>
    <w:p>
      <w:pPr>
        <w:spacing w:before="0" w:after="80" w:line="300" w:lineRule="auto"/>
        <w:jc w:val="left"/>
      </w:pPr>
      <w:r>
        <w:rPr>
          <w:rFonts w:ascii="Times New Roman" w:hAnsi="Times New Roman" w:eastAsia="宋体"/>
          <w:b w:val="0"/>
          <w:i w:val="0"/>
          <w:color w:val="333333"/>
          <w:sz w:val="19"/>
        </w:rPr>
        <w:t>Then, we know that 90% of the 40% of people who don’t like dancing say they don’t like it, which is 36% of the total student population.</w:t>
      </w:r>
    </w:p>
    <w:p>
      <w:pPr>
        <w:spacing w:before="0" w:after="80" w:line="300" w:lineRule="auto"/>
        <w:jc w:val="left"/>
      </w:pPr>
      <w:r>
        <w:rPr>
          <w:rFonts w:ascii="Times New Roman" w:hAnsi="Times New Roman" w:eastAsia="宋体"/>
          <w:b w:val="0"/>
          <w:i w:val="0"/>
          <w:color w:val="333333"/>
          <w:sz w:val="19"/>
        </w:rPr>
        <w:t>This means the total amount of people who say they don’t like dancing is 12%+36% = 48%.</w:t>
      </w:r>
    </w:p>
    <w:p>
      <w:pPr>
        <w:spacing w:before="0" w:after="80" w:line="300" w:lineRule="auto"/>
        <w:jc w:val="left"/>
      </w:pPr>
      <w:r>
        <w:rPr>
          <w:rFonts w:ascii="Times New Roman" w:hAnsi="Times New Roman" w:eastAsia="宋体"/>
          <w:b w:val="0"/>
          <w:i w:val="0"/>
          <w:color w:val="333333"/>
          <w:sz w:val="19"/>
        </w:rPr>
        <w:t>We know then that the fraction of people who say they dislike dancing but actually like it is equal to:</w:t>
      </w:r>
    </w:p>
    <w:p>
      <w:pPr>
        <w:spacing w:before="0" w:after="80" w:line="300" w:lineRule="auto"/>
        <w:jc w:val="left"/>
      </w:pPr>
      <w:r>
        <w:rPr>
          <w:rFonts w:ascii="Times New Roman" w:hAnsi="Times New Roman" w:eastAsia="宋体"/>
          <w:b w:val="0"/>
          <w:i w:val="0"/>
          <w:color w:val="333333"/>
          <w:sz w:val="19"/>
        </w:rPr>
        <w:t>12/48 = 1/4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设旧车的燃油效率为每升 M 千米，汽油价格为每升 C 美元。于是旧车每千米的燃油费用为 C/M 美元。</w:t>
      </w:r>
    </w:p>
    <w:p>
      <w:pPr>
        <w:spacing w:before="0" w:after="80" w:line="300" w:lineRule="auto"/>
        <w:jc w:val="left"/>
      </w:pPr>
      <w:r>
        <w:rPr>
          <w:rFonts w:ascii="Times New Roman" w:hAnsi="Times New Roman" w:eastAsia="宋体"/>
          <w:b w:val="0"/>
          <w:i w:val="0"/>
          <w:sz w:val="21"/>
        </w:rPr>
        <w:t>新车每升可行驶 1.5M 千米，而它所用燃料的价格为每升 1.2C 美元，所以新车每千米的燃油费用为</w:t>
      </w:r>
    </w:p>
    <w:p>
      <w:pPr>
        <w:spacing w:before="0" w:after="80" w:line="300" w:lineRule="auto"/>
        <w:jc w:val="left"/>
      </w:pPr>
      <w:r>
        <w:rPr>
          <w:rFonts w:ascii="Times New Roman" w:hAnsi="Times New Roman" w:eastAsia="宋体"/>
          <w:b w:val="0"/>
          <w:i w:val="0"/>
          <w:sz w:val="21"/>
        </w:rPr>
        <w:t>1.2C/1.5M=0.8C/M。</w:t>
      </w:r>
    </w:p>
    <w:p>
      <w:pPr>
        <w:spacing w:before="0" w:after="80" w:line="300" w:lineRule="auto"/>
        <w:jc w:val="left"/>
      </w:pPr>
      <w:r>
        <w:rPr>
          <w:rFonts w:ascii="Times New Roman" w:hAnsi="Times New Roman" w:eastAsia="宋体"/>
          <w:b w:val="0"/>
          <w:i w:val="0"/>
          <w:sz w:val="21"/>
        </w:rPr>
        <w:t>新车的燃油费用是旧车的 80%，所以 Elmer 节省了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old car’s fuel efficiency be M kilometers per liter and let gasoline cost C dollars per liter. The old car therefore costs C/M dollars per kilometer to fuel.</w:t>
      </w:r>
    </w:p>
    <w:p>
      <w:pPr>
        <w:spacing w:before="0" w:after="80" w:line="300" w:lineRule="auto"/>
        <w:jc w:val="left"/>
      </w:pPr>
      <w:r>
        <w:rPr>
          <w:rFonts w:ascii="Times New Roman" w:hAnsi="Times New Roman" w:eastAsia="宋体"/>
          <w:b w:val="0"/>
          <w:i w:val="0"/>
          <w:color w:val="333333"/>
          <w:sz w:val="19"/>
        </w:rPr>
        <w:t>The new car gets 1.5M kilometers per liter and its fuel costs 1.2C dollars per liter, so its fuel cost per kilometer is</w:t>
      </w:r>
    </w:p>
    <w:p>
      <w:pPr>
        <w:spacing w:before="0" w:after="80" w:line="300" w:lineRule="auto"/>
        <w:jc w:val="left"/>
      </w:pPr>
      <w:r>
        <w:rPr>
          <w:rFonts w:ascii="Times New Roman" w:hAnsi="Times New Roman" w:eastAsia="宋体"/>
          <w:b w:val="0"/>
          <w:i w:val="0"/>
          <w:color w:val="333333"/>
          <w:sz w:val="19"/>
        </w:rPr>
        <w:t>1.2C/1.5M=0.8C/M.</w:t>
      </w:r>
    </w:p>
    <w:p>
      <w:pPr>
        <w:spacing w:before="0" w:after="80" w:line="300" w:lineRule="auto"/>
        <w:jc w:val="left"/>
      </w:pPr>
      <w:r>
        <w:rPr>
          <w:rFonts w:ascii="Times New Roman" w:hAnsi="Times New Roman" w:eastAsia="宋体"/>
          <w:b w:val="0"/>
          <w:i w:val="0"/>
          <w:color w:val="333333"/>
          <w:sz w:val="19"/>
        </w:rPr>
        <w:t>The new fuel cost is 80% of the old one, so Elmer saves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总选课人次为 10+13+9=32。</w:t>
      </w:r>
    </w:p>
    <w:p>
      <w:pPr>
        <w:spacing w:before="0" w:after="80" w:line="300" w:lineRule="auto"/>
        <w:jc w:val="left"/>
      </w:pPr>
      <w:r>
        <w:rPr>
          <w:rFonts w:ascii="Times New Roman" w:hAnsi="Times New Roman" w:eastAsia="宋体"/>
          <w:b w:val="0"/>
          <w:i w:val="0"/>
          <w:sz w:val="21"/>
        </w:rPr>
        <w:t>设 x 表示选 1 门课的人数，y 表示选 2 门课的人数，z 表示选 3 门课的人数。</w:t>
      </w:r>
    </w:p>
    <w:p>
      <w:pPr>
        <w:spacing w:before="0" w:after="80" w:line="300" w:lineRule="auto"/>
        <w:jc w:val="left"/>
      </w:pPr>
      <w:r>
        <w:rPr>
          <w:rFonts w:ascii="Times New Roman" w:hAnsi="Times New Roman" w:eastAsia="宋体"/>
          <w:b w:val="0"/>
          <w:i w:val="0"/>
          <w:sz w:val="21"/>
        </w:rPr>
        <w:t>于是 x+2y+3z = 32。</w:t>
      </w:r>
    </w:p>
    <w:p>
      <w:pPr>
        <w:spacing w:before="0" w:after="80" w:line="300" w:lineRule="auto"/>
        <w:jc w:val="left"/>
      </w:pPr>
      <w:r>
        <w:rPr>
          <w:rFonts w:ascii="Times New Roman" w:hAnsi="Times New Roman" w:eastAsia="宋体"/>
          <w:b w:val="0"/>
          <w:i w:val="0"/>
          <w:sz w:val="21"/>
        </w:rPr>
        <w:t>因此总人数为 20，所以 x+y+z = 20，从而 y+2z=12。</w:t>
      </w:r>
    </w:p>
    <w:p>
      <w:pPr>
        <w:spacing w:before="0" w:after="80" w:line="300" w:lineRule="auto"/>
        <w:jc w:val="left"/>
      </w:pPr>
      <w:r>
        <w:rPr>
          <w:rFonts w:ascii="Times New Roman" w:hAnsi="Times New Roman" w:eastAsia="宋体"/>
          <w:b w:val="0"/>
          <w:i w:val="0"/>
          <w:sz w:val="21"/>
        </w:rPr>
        <w:t>至少选两门课的人数为 9，所以 y+z = 9。</w:t>
      </w:r>
    </w:p>
    <w:p>
      <w:pPr>
        <w:spacing w:before="0" w:after="80" w:line="300" w:lineRule="auto"/>
        <w:jc w:val="left"/>
      </w:pPr>
      <w:r>
        <w:rPr>
          <w:rFonts w:ascii="Times New Roman" w:hAnsi="Times New Roman" w:eastAsia="宋体"/>
          <w:b w:val="0"/>
          <w:i w:val="0"/>
          <w:sz w:val="21"/>
        </w:rPr>
        <w:t>因此 z=3，这就是答案。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classes taken total is 10+13+9=32.</w:t>
      </w:r>
    </w:p>
    <w:p>
      <w:pPr>
        <w:spacing w:before="0" w:after="80" w:line="300" w:lineRule="auto"/>
        <w:jc w:val="left"/>
      </w:pPr>
      <w:r>
        <w:rPr>
          <w:rFonts w:ascii="Times New Roman" w:hAnsi="Times New Roman" w:eastAsia="宋体"/>
          <w:b w:val="0"/>
          <w:i w:val="0"/>
          <w:color w:val="333333"/>
          <w:sz w:val="19"/>
        </w:rPr>
        <w:t>Let x represent the number of people who take 1, let y represent the number of people who take 2 classes, and let z represent the number of people who take 3 classes.</w:t>
      </w:r>
    </w:p>
    <w:p>
      <w:pPr>
        <w:spacing w:before="0" w:after="80" w:line="300" w:lineRule="auto"/>
        <w:jc w:val="left"/>
      </w:pPr>
      <w:r>
        <w:rPr>
          <w:rFonts w:ascii="Times New Roman" w:hAnsi="Times New Roman" w:eastAsia="宋体"/>
          <w:b w:val="0"/>
          <w:i w:val="0"/>
          <w:color w:val="333333"/>
          <w:sz w:val="19"/>
        </w:rPr>
        <w:t>Then, we know x+2y+3z = 32.</w:t>
      </w:r>
    </w:p>
    <w:p>
      <w:pPr>
        <w:spacing w:before="0" w:after="80" w:line="300" w:lineRule="auto"/>
        <w:jc w:val="left"/>
      </w:pPr>
      <w:r>
        <w:rPr>
          <w:rFonts w:ascii="Times New Roman" w:hAnsi="Times New Roman" w:eastAsia="宋体"/>
          <w:b w:val="0"/>
          <w:i w:val="0"/>
          <w:color w:val="333333"/>
          <w:sz w:val="19"/>
        </w:rPr>
        <w:t>As such, the total number of people is 20, so x+y+z = 20. This makes y+2z=12.</w:t>
      </w:r>
    </w:p>
    <w:p>
      <w:pPr>
        <w:spacing w:before="0" w:after="80" w:line="300" w:lineRule="auto"/>
        <w:jc w:val="left"/>
      </w:pPr>
      <w:r>
        <w:rPr>
          <w:rFonts w:ascii="Times New Roman" w:hAnsi="Times New Roman" w:eastAsia="宋体"/>
          <w:b w:val="0"/>
          <w:i w:val="0"/>
          <w:color w:val="333333"/>
          <w:sz w:val="19"/>
        </w:rPr>
        <w:t>The number of people who take at least two classes is 9, so y+z = 9.</w:t>
      </w:r>
    </w:p>
    <w:p>
      <w:pPr>
        <w:spacing w:before="0" w:after="80" w:line="300" w:lineRule="auto"/>
        <w:jc w:val="left"/>
      </w:pPr>
      <w:r>
        <w:rPr>
          <w:rFonts w:ascii="Times New Roman" w:hAnsi="Times New Roman" w:eastAsia="宋体"/>
          <w:b w:val="0"/>
          <w:i w:val="0"/>
          <w:color w:val="333333"/>
          <w:sz w:val="19"/>
        </w:rPr>
        <w:t>Therefore, z=3, making that the answer.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根据费马小定理，只要 N 不能被 5 整除，就有 N⁴≡1pmod5。因此</w:t>
      </w:r>
    </w:p>
    <w:p>
      <w:pPr>
        <w:spacing w:before="0" w:after="80" w:line="300" w:lineRule="auto"/>
        <w:jc w:val="left"/>
      </w:pPr>
      <w:r>
        <w:rPr>
          <w:rFonts w:ascii="Times New Roman" w:hAnsi="Times New Roman" w:eastAsia="宋体"/>
          <w:b w:val="0"/>
          <w:i w:val="0"/>
          <w:sz w:val="21"/>
        </w:rPr>
        <w:t>N¹⁶≡(N⁴)⁴≡1pmod5。</w:t>
      </w:r>
    </w:p>
    <w:p>
      <w:pPr>
        <w:spacing w:before="0" w:after="80" w:line="300" w:lineRule="auto"/>
        <w:jc w:val="left"/>
      </w:pPr>
      <w:r>
        <w:rPr>
          <w:rFonts w:ascii="Times New Roman" w:hAnsi="Times New Roman" w:eastAsia="宋体"/>
          <w:b w:val="0"/>
          <w:i w:val="0"/>
          <w:sz w:val="21"/>
        </w:rPr>
        <w:t>5 的倍数共有 2020/5=404 个，所以 N 的可取值共有 2020-404=1616 个。</w:t>
      </w:r>
    </w:p>
    <w:p>
      <w:pPr>
        <w:spacing w:before="0" w:after="80" w:line="300" w:lineRule="auto"/>
        <w:jc w:val="left"/>
      </w:pPr>
      <w:r>
        <w:rPr>
          <w:rFonts w:ascii="Times New Roman" w:hAnsi="Times New Roman" w:eastAsia="宋体"/>
          <w:b w:val="0"/>
          <w:i w:val="0"/>
          <w:sz w:val="21"/>
        </w:rPr>
        <w:t>5 的倍数满足 N¹⁶≡0pmod5，所以其余的值都不符合要求。因此所求概率为</w:t>
      </w:r>
    </w:p>
    <w:p>
      <w:pPr>
        <w:spacing w:before="0" w:after="80" w:line="300" w:lineRule="auto"/>
        <w:jc w:val="left"/>
      </w:pPr>
      <w:r>
        <w:rPr>
          <w:rFonts w:ascii="Times New Roman" w:hAnsi="Times New Roman" w:eastAsia="宋体"/>
          <w:b w:val="0"/>
          <w:i w:val="0"/>
          <w:sz w:val="21"/>
        </w:rPr>
        <w:t>1616/2020=4/5。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Fermat’s Little Theorem, N⁴≡1pmod5 whenever N is not divisible by 5. Therefore,</w:t>
      </w:r>
    </w:p>
    <w:p>
      <w:pPr>
        <w:spacing w:before="0" w:after="80" w:line="300" w:lineRule="auto"/>
        <w:jc w:val="left"/>
      </w:pPr>
      <w:r>
        <w:rPr>
          <w:rFonts w:ascii="Times New Roman" w:hAnsi="Times New Roman" w:eastAsia="宋体"/>
          <w:b w:val="0"/>
          <w:i w:val="0"/>
          <w:color w:val="333333"/>
          <w:sz w:val="19"/>
        </w:rPr>
        <w:t>N¹⁶≡(N⁴)⁴≡1pmod5.</w:t>
      </w:r>
    </w:p>
    <w:p>
      <w:pPr>
        <w:spacing w:before="0" w:after="80" w:line="300" w:lineRule="auto"/>
        <w:jc w:val="left"/>
      </w:pPr>
      <w:r>
        <w:rPr>
          <w:rFonts w:ascii="Times New Roman" w:hAnsi="Times New Roman" w:eastAsia="宋体"/>
          <w:b w:val="0"/>
          <w:i w:val="0"/>
          <w:color w:val="333333"/>
          <w:sz w:val="19"/>
        </w:rPr>
        <w:t>There are 2020/5=404 multiples of 5, so there are 2020-404=1616 allowable values of N.</w:t>
      </w:r>
    </w:p>
    <w:p>
      <w:pPr>
        <w:spacing w:before="0" w:after="80" w:line="300" w:lineRule="auto"/>
        <w:jc w:val="left"/>
      </w:pPr>
      <w:r>
        <w:rPr>
          <w:rFonts w:ascii="Times New Roman" w:hAnsi="Times New Roman" w:eastAsia="宋体"/>
          <w:b w:val="0"/>
          <w:i w:val="0"/>
          <w:color w:val="333333"/>
          <w:sz w:val="19"/>
        </w:rPr>
        <w:t>A multiple of 5 has N¹⁶≡0pmod5, so no other values work. Thus the probability is</w:t>
      </w:r>
    </w:p>
    <w:p>
      <w:pPr>
        <w:spacing w:before="0" w:after="80" w:line="300" w:lineRule="auto"/>
        <w:jc w:val="left"/>
      </w:pPr>
      <w:r>
        <w:rPr>
          <w:rFonts w:ascii="Times New Roman" w:hAnsi="Times New Roman" w:eastAsia="宋体"/>
          <w:b w:val="0"/>
          <w:i w:val="0"/>
          <w:color w:val="333333"/>
          <w:sz w:val="19"/>
        </w:rPr>
        <w:t>1616/2020=4/5.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 CDA 的面积是 (3·4)/2=6。因为 E 在 AC 上，三角形 EAD 和 CDA 共用从 D 作出的同一条高，所以 [EAD]=[CDA]· AE/AC。</w:t>
      </w:r>
    </w:p>
    <w:p>
      <w:pPr>
        <w:spacing w:before="0" w:after="80" w:line="300" w:lineRule="auto"/>
        <w:jc w:val="left"/>
      </w:pPr>
      <w:r>
        <w:rPr>
          <w:rFonts w:ascii="Times New Roman" w:hAnsi="Times New Roman" w:eastAsia="宋体"/>
          <w:b w:val="0"/>
          <w:i w:val="0"/>
          <w:sz w:val="21"/>
        </w:rPr>
        <w:t>由勾股定理，AC=5。又由 △ ABE∼ △ ACB，AE/AB=AB/AC=3/5，所以 AE=9/5，AE/AC=9/25。</w:t>
      </w:r>
    </w:p>
    <w:p>
      <w:pPr>
        <w:spacing w:before="0" w:after="80" w:line="300" w:lineRule="auto"/>
        <w:jc w:val="left"/>
      </w:pPr>
      <w:r>
        <w:rPr>
          <w:rFonts w:ascii="Times New Roman" w:hAnsi="Times New Roman" w:eastAsia="宋体"/>
          <w:b w:val="0"/>
          <w:i w:val="0"/>
          <w:sz w:val="21"/>
        </w:rPr>
        <w:t>因此 [EAD]=6· 9/25=54/25。所以正确答案是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 CDA is (3·4)/2=6. Since E lies on AC, triangles EAD and CDA share the same altitude from D, so [EAD]=[CDA]· AE/AC.</w:t>
      </w:r>
    </w:p>
    <w:p>
      <w:pPr>
        <w:spacing w:before="0" w:after="80" w:line="300" w:lineRule="auto"/>
        <w:jc w:val="left"/>
      </w:pPr>
      <w:r>
        <w:rPr>
          <w:rFonts w:ascii="Times New Roman" w:hAnsi="Times New Roman" w:eastAsia="宋体"/>
          <w:b w:val="0"/>
          <w:i w:val="0"/>
          <w:color w:val="333333"/>
          <w:sz w:val="19"/>
        </w:rPr>
        <w:t>By the Pythagorean Theorem, AC=5. Also △ ABE∼ △ ACB, so AE/AB=AB/AC=3/5, giving AE=9/5. Thus AE/AC=9/25.</w:t>
      </w:r>
    </w:p>
    <w:p>
      <w:pPr>
        <w:spacing w:before="0" w:after="80" w:line="300" w:lineRule="auto"/>
        <w:jc w:val="left"/>
      </w:pPr>
      <w:r>
        <w:rPr>
          <w:rFonts w:ascii="Times New Roman" w:hAnsi="Times New Roman" w:eastAsia="宋体"/>
          <w:b w:val="0"/>
          <w:i w:val="0"/>
          <w:color w:val="333333"/>
          <w:sz w:val="19"/>
        </w:rPr>
        <w:t>Therefore [EAD]=6· 9/25=54/25.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小于 100 的数中，只有 10 的倍数才含有数字 0，这样的数有 9 个。</w:t>
      </w:r>
    </w:p>
    <w:p>
      <w:pPr>
        <w:spacing w:before="0" w:after="80" w:line="300" w:lineRule="auto"/>
        <w:jc w:val="left"/>
      </w:pPr>
      <w:r>
        <w:rPr>
          <w:rFonts w:ascii="Times New Roman" w:hAnsi="Times New Roman" w:eastAsia="宋体"/>
          <w:b w:val="0"/>
          <w:i w:val="0"/>
          <w:sz w:val="21"/>
        </w:rPr>
        <w:t>对 100 到 999（含端点）的数用补集计数。这个范围共有 900 个数。没有 0 的数有 9· 9· 9=729 个，因为每一位都有 9 种选择使它不是 0。因此这个范围内共有 171 个。</w:t>
      </w:r>
    </w:p>
    <w:p>
      <w:pPr>
        <w:spacing w:before="0" w:after="80" w:line="300" w:lineRule="auto"/>
        <w:jc w:val="left"/>
      </w:pPr>
      <w:r>
        <w:rPr>
          <w:rFonts w:ascii="Times New Roman" w:hAnsi="Times New Roman" w:eastAsia="宋体"/>
          <w:b w:val="0"/>
          <w:i w:val="0"/>
          <w:sz w:val="21"/>
        </w:rPr>
        <w:t>对 1000 到 1999（含端点）的数再次用补集计数。这个范围共有 1000 个数。没有 0 的数有 1· 9· 9· 9=729 个，因为后 3 位各有 9 种选择使它不是 0，首位必须是 1。因此这个范围内共有 271 个。</w:t>
      </w:r>
    </w:p>
    <w:p>
      <w:pPr>
        <w:spacing w:before="0" w:after="80" w:line="300" w:lineRule="auto"/>
        <w:jc w:val="left"/>
      </w:pPr>
      <w:r>
        <w:rPr>
          <w:rFonts w:ascii="Times New Roman" w:hAnsi="Times New Roman" w:eastAsia="宋体"/>
          <w:b w:val="0"/>
          <w:i w:val="0"/>
          <w:sz w:val="21"/>
        </w:rPr>
        <w:t>从 2000 到 2017（含端点）共有 18 个数，每个数从左数第二位都是 0。</w:t>
      </w:r>
    </w:p>
    <w:p>
      <w:pPr>
        <w:spacing w:before="0" w:after="80" w:line="300" w:lineRule="auto"/>
        <w:jc w:val="left"/>
      </w:pPr>
      <w:r>
        <w:rPr>
          <w:rFonts w:ascii="Times New Roman" w:hAnsi="Times New Roman" w:eastAsia="宋体"/>
          <w:b w:val="0"/>
          <w:i w:val="0"/>
          <w:sz w:val="21"/>
        </w:rPr>
        <w:t>总数为</w:t>
      </w:r>
    </w:p>
    <w:p>
      <w:pPr>
        <w:spacing w:before="0" w:after="80" w:line="300" w:lineRule="auto"/>
        <w:jc w:val="left"/>
      </w:pPr>
      <w:r>
        <w:rPr>
          <w:rFonts w:ascii="Times New Roman" w:hAnsi="Times New Roman" w:eastAsia="宋体"/>
          <w:b w:val="0"/>
          <w:i w:val="0"/>
          <w:sz w:val="21"/>
        </w:rPr>
        <w:t>9+171+271+18=469。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numbers less than 100, we only have a 0 if it is a multiple of 10, of which there are 9.</w:t>
      </w:r>
    </w:p>
    <w:p>
      <w:pPr>
        <w:spacing w:before="0" w:after="80" w:line="300" w:lineRule="auto"/>
        <w:jc w:val="left"/>
      </w:pPr>
      <w:r>
        <w:rPr>
          <w:rFonts w:ascii="Times New Roman" w:hAnsi="Times New Roman" w:eastAsia="宋体"/>
          <w:b w:val="0"/>
          <w:i w:val="0"/>
          <w:color w:val="333333"/>
          <w:sz w:val="19"/>
        </w:rPr>
        <w:t>For numbers between 100 and 999 inclusive, we will use complementary counting. There are 900 total numbers in this range. Also, there are 9· 9· 9=729 numbers in this range with no 0 since there are 9 ways to choose each digit to not be 0. Thus, the total in this range is 171.</w:t>
      </w:r>
    </w:p>
    <w:p>
      <w:pPr>
        <w:spacing w:before="0" w:after="80" w:line="300" w:lineRule="auto"/>
        <w:jc w:val="left"/>
      </w:pPr>
      <w:r>
        <w:rPr>
          <w:rFonts w:ascii="Times New Roman" w:hAnsi="Times New Roman" w:eastAsia="宋体"/>
          <w:b w:val="0"/>
          <w:i w:val="0"/>
          <w:color w:val="333333"/>
          <w:sz w:val="19"/>
        </w:rPr>
        <w:t>For numbers between 1000 and 1999 inclusive, we will use complementary counting again. There are 1000 total numbers in this range. Also, there are 1· 9· 9· 9=729 numbers in this range with no 0 since there are 9 ways to choose each of the last 3 digits to not be 0 and the first digit must be 1. Thus, the total in this range is 271.</w:t>
      </w:r>
    </w:p>
    <w:p>
      <w:pPr>
        <w:spacing w:before="0" w:after="80" w:line="300" w:lineRule="auto"/>
        <w:jc w:val="left"/>
      </w:pPr>
      <w:r>
        <w:rPr>
          <w:rFonts w:ascii="Times New Roman" w:hAnsi="Times New Roman" w:eastAsia="宋体"/>
          <w:b w:val="0"/>
          <w:i w:val="0"/>
          <w:color w:val="333333"/>
          <w:sz w:val="19"/>
        </w:rPr>
        <w:t>There are 18 numbers between 2000 and 2017 inclusive, each with a 0 in the second digit from the left.</w:t>
      </w:r>
    </w:p>
    <w:p>
      <w:pPr>
        <w:spacing w:before="0" w:after="80" w:line="300" w:lineRule="auto"/>
        <w:jc w:val="left"/>
      </w:pPr>
      <w:r>
        <w:rPr>
          <w:rFonts w:ascii="Times New Roman" w:hAnsi="Times New Roman" w:eastAsia="宋体"/>
          <w:b w:val="0"/>
          <w:i w:val="0"/>
          <w:color w:val="333333"/>
          <w:sz w:val="19"/>
        </w:rPr>
        <w:t>This makes the total</w:t>
      </w:r>
    </w:p>
    <w:p>
      <w:pPr>
        <w:spacing w:before="0" w:after="80" w:line="300" w:lineRule="auto"/>
        <w:jc w:val="left"/>
      </w:pPr>
      <w:r>
        <w:rPr>
          <w:rFonts w:ascii="Times New Roman" w:hAnsi="Times New Roman" w:eastAsia="宋体"/>
          <w:b w:val="0"/>
          <w:i w:val="0"/>
          <w:color w:val="333333"/>
          <w:sz w:val="19"/>
        </w:rPr>
        <w:t>9+171+271+18=469.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严格递增的正整数对应于 {1,2,3,4,5,6,7,8,9} 的非空子集，把选出的数字按递增顺序写出。因此有 2⁹-1=511 个。</w:t>
      </w:r>
    </w:p>
    <w:p>
      <w:pPr>
        <w:spacing w:before="0" w:after="80" w:line="300" w:lineRule="auto"/>
        <w:jc w:val="left"/>
      </w:pPr>
      <w:r>
        <w:rPr>
          <w:rFonts w:ascii="Times New Roman" w:hAnsi="Times New Roman" w:eastAsia="宋体"/>
          <w:b w:val="0"/>
          <w:i w:val="0"/>
          <w:sz w:val="21"/>
        </w:rPr>
        <w:t>严格递减的正整数对应于 {0,1,2,3,4,5,6,7,8,9} 的子集，把选出的数字按递减顺序写出，但要排除空集和 {0}。因此有 2¹⁰-2=1022 个。</w:t>
      </w:r>
    </w:p>
    <w:p>
      <w:pPr>
        <w:spacing w:before="0" w:after="80" w:line="300" w:lineRule="auto"/>
        <w:jc w:val="left"/>
      </w:pPr>
      <w:r>
        <w:rPr>
          <w:rFonts w:ascii="Times New Roman" w:hAnsi="Times New Roman" w:eastAsia="宋体"/>
          <w:b w:val="0"/>
          <w:i w:val="0"/>
          <w:sz w:val="21"/>
        </w:rPr>
        <w:t>一位数 1 到 9 被两边都算了一次，所以总数为 511+1022-9=1524。所以正确答案是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strictly increasing positive integers correspond to the nonempty subsets of {1,2,3,4,5,6,7,8,9}, written in increasing order. There are 2⁹-1=511 of these.</w:t>
      </w:r>
    </w:p>
    <w:p>
      <w:pPr>
        <w:spacing w:before="0" w:after="80" w:line="300" w:lineRule="auto"/>
        <w:jc w:val="left"/>
      </w:pPr>
      <w:r>
        <w:rPr>
          <w:rFonts w:ascii="Times New Roman" w:hAnsi="Times New Roman" w:eastAsia="宋体"/>
          <w:b w:val="0"/>
          <w:i w:val="0"/>
          <w:color w:val="333333"/>
          <w:sz w:val="19"/>
        </w:rPr>
        <w:t>The strictly decreasing positive integers correspond to subsets of {0,1,2,3,4,5,6,7,8,9}, written in decreasing order, except for the empty set and {0}. There are 2¹⁰-2=1022 of these.</w:t>
      </w:r>
    </w:p>
    <w:p>
      <w:pPr>
        <w:spacing w:before="0" w:after="80" w:line="300" w:lineRule="auto"/>
        <w:jc w:val="left"/>
      </w:pPr>
      <w:r>
        <w:rPr>
          <w:rFonts w:ascii="Times New Roman" w:hAnsi="Times New Roman" w:eastAsia="宋体"/>
          <w:b w:val="0"/>
          <w:i w:val="0"/>
          <w:color w:val="333333"/>
          <w:sz w:val="19"/>
        </w:rPr>
        <w:t>The one-digit numbers 1 through 9 were counted in both groups, so the total is 511+1022-9=1524.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由对称性，绿色圆盘的位置只有两类：角上的位置或边中点的位置。每类各固定一个代表位置。此时选出两个红色圆盘的方法有 C(5, 2)=10 种。</w:t>
      </w:r>
    </w:p>
    <w:p>
      <w:pPr>
        <w:spacing w:before="0" w:after="80" w:line="300" w:lineRule="auto"/>
        <w:jc w:val="left"/>
      </w:pPr>
      <w:r>
        <w:rPr>
          <w:rFonts w:ascii="Times New Roman" w:hAnsi="Times New Roman" w:eastAsia="宋体"/>
          <w:b w:val="0"/>
          <w:i w:val="0"/>
          <w:sz w:val="21"/>
        </w:rPr>
        <w:t>保持绿色位置不动的那个反射会固定其余圆盘中的一个，并把另外四个圆盘两两交换。恰好有 2 种红色圆盘的选法在这个反射下不变，即选中被交换的某一对。其余 8 种选法两两互为镜像，构成 4 对。因此绿色圆盘的每一类位置都给出 2+4=6 种涂色方案。</w:t>
      </w:r>
    </w:p>
    <w:p>
      <w:pPr>
        <w:spacing w:before="0" w:after="80" w:line="300" w:lineRule="auto"/>
        <w:jc w:val="left"/>
      </w:pPr>
      <w:r>
        <w:rPr>
          <w:rFonts w:ascii="Times New Roman" w:hAnsi="Times New Roman" w:eastAsia="宋体"/>
          <w:b w:val="0"/>
          <w:i w:val="0"/>
          <w:sz w:val="21"/>
        </w:rPr>
        <w:t>于是两类位置合起来给出 6+6=12 种涂色方案。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the green disk has two possible types of position: a corner or a side midpoint. Fix one representative of either type. There are C(5, 2)=10 ways to choose the two red disks.</w:t>
      </w:r>
    </w:p>
    <w:p>
      <w:pPr>
        <w:spacing w:before="0" w:after="80" w:line="300" w:lineRule="auto"/>
        <w:jc w:val="left"/>
      </w:pPr>
      <w:r>
        <w:rPr>
          <w:rFonts w:ascii="Times New Roman" w:hAnsi="Times New Roman" w:eastAsia="宋体"/>
          <w:b w:val="0"/>
          <w:i w:val="0"/>
          <w:color w:val="333333"/>
          <w:sz w:val="19"/>
        </w:rPr>
        <w:t>The reflection that fixes the green position fixes one of the other disks and exchanges the other four disks in two pairs. Exactly 2 red-disk choices are unchanged by this reflection: choosing either exchanged pair. The other 8 choices form 4 mirror-image pairs. Hence there are 2+4=6 paintings for each type of green position.</w:t>
      </w:r>
    </w:p>
    <w:p>
      <w:pPr>
        <w:spacing w:before="0" w:after="80" w:line="300" w:lineRule="auto"/>
        <w:jc w:val="left"/>
      </w:pPr>
      <w:r>
        <w:rPr>
          <w:rFonts w:ascii="Times New Roman" w:hAnsi="Times New Roman" w:eastAsia="宋体"/>
          <w:b w:val="0"/>
          <w:i w:val="0"/>
          <w:color w:val="333333"/>
          <w:sz w:val="19"/>
        </w:rPr>
        <w:t>The two types therefore give 6+6=12 paintings.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设 △ ABC 的面积为 X。△ BB'C、△ CC'A 和 △ AA'B 的底边都是 △ ABC 对应边的三倍，而对应的高相同。因此它们的面积都是 3X。</w:t>
      </w:r>
    </w:p>
    <w:p>
      <w:pPr>
        <w:spacing w:before="0" w:after="80" w:line="300" w:lineRule="auto"/>
        <w:jc w:val="left"/>
      </w:pPr>
      <w:r>
        <w:rPr>
          <w:rFonts w:ascii="Times New Roman" w:hAnsi="Times New Roman" w:eastAsia="宋体"/>
          <w:b w:val="0"/>
          <w:i w:val="0"/>
          <w:sz w:val="21"/>
        </w:rPr>
        <w:t>接着，△ AA'C' 的底是 △ ACC' 的三倍，高相同；后者面积为 3X。所以 △ AA'C' 的面积为 9X。同理，△ CC'B' 和 △ BB'A' 的面积也都是 9X。</w:t>
      </w:r>
    </w:p>
    <w:p>
      <w:pPr>
        <w:spacing w:before="0" w:after="80" w:line="300" w:lineRule="auto"/>
        <w:jc w:val="left"/>
      </w:pPr>
      <w:r>
        <w:rPr>
          <w:rFonts w:ascii="Times New Roman" w:hAnsi="Times New Roman" w:eastAsia="宋体"/>
          <w:b w:val="0"/>
          <w:i w:val="0"/>
          <w:sz w:val="21"/>
        </w:rPr>
        <w:t>这七个区域恰好分割大三角形，所以</w:t>
      </w:r>
    </w:p>
    <w:p>
      <w:pPr>
        <w:spacing w:before="0" w:after="80" w:line="300" w:lineRule="auto"/>
        <w:jc w:val="left"/>
      </w:pPr>
      <w:r>
        <w:rPr>
          <w:rFonts w:ascii="Times New Roman" w:hAnsi="Times New Roman" w:eastAsia="宋体"/>
          <w:b w:val="0"/>
          <w:i w:val="0"/>
          <w:sz w:val="21"/>
        </w:rPr>
        <w:t>[A'B'C']=X+3(3X)+3(9X)</w:t>
      </w:r>
    </w:p>
    <w:p>
      <w:pPr>
        <w:spacing w:before="0" w:after="80" w:line="300" w:lineRule="auto"/>
        <w:jc w:val="left"/>
      </w:pPr>
      <w:r>
        <w:rPr>
          <w:rFonts w:ascii="Times New Roman" w:hAnsi="Times New Roman" w:eastAsia="宋体"/>
          <w:b w:val="0"/>
          <w:i w:val="0"/>
          <w:sz w:val="21"/>
        </w:rPr>
        <w:t>=37X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所求比为 37:1。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area of △ ABC. Each of △ BB'C, △ CC'A, and △ AA'B has a base three times as long as a side of △ ABC and the same corresponding altitude. Each therefore has area 3X.</w:t>
      </w:r>
    </w:p>
    <w:p>
      <w:pPr>
        <w:spacing w:before="0" w:after="80" w:line="300" w:lineRule="auto"/>
        <w:jc w:val="left"/>
      </w:pPr>
      <w:r>
        <w:rPr>
          <w:rFonts w:ascii="Times New Roman" w:hAnsi="Times New Roman" w:eastAsia="宋体"/>
          <w:b w:val="0"/>
          <w:i w:val="0"/>
          <w:color w:val="333333"/>
          <w:sz w:val="19"/>
        </w:rPr>
        <w:t>Next, △ AA'C' has three times the base and the same altitude as △ ACC', whose area is 3X. Thus △ AA'C' has area 9X. Similarly, △ CC'B' and △ BB'A' each have area 9X.</w:t>
      </w:r>
    </w:p>
    <w:p>
      <w:pPr>
        <w:spacing w:before="0" w:after="80" w:line="300" w:lineRule="auto"/>
        <w:jc w:val="left"/>
      </w:pPr>
      <w:r>
        <w:rPr>
          <w:rFonts w:ascii="Times New Roman" w:hAnsi="Times New Roman" w:eastAsia="宋体"/>
          <w:b w:val="0"/>
          <w:i w:val="0"/>
          <w:color w:val="333333"/>
          <w:sz w:val="19"/>
        </w:rPr>
        <w:t>These seven regions partition the large triangle, so</w:t>
      </w:r>
    </w:p>
    <w:p>
      <w:pPr>
        <w:spacing w:before="0" w:after="80" w:line="300" w:lineRule="auto"/>
        <w:jc w:val="left"/>
      </w:pPr>
      <w:r>
        <w:rPr>
          <w:rFonts w:ascii="Times New Roman" w:hAnsi="Times New Roman" w:eastAsia="宋体"/>
          <w:b w:val="0"/>
          <w:i w:val="0"/>
          <w:color w:val="333333"/>
          <w:sz w:val="19"/>
        </w:rPr>
        <w:t>[A'B'C']=X+3(3X)+3(9X)</w:t>
      </w:r>
    </w:p>
    <w:p>
      <w:pPr>
        <w:spacing w:before="0" w:after="80" w:line="300" w:lineRule="auto"/>
        <w:jc w:val="left"/>
      </w:pPr>
      <w:r>
        <w:rPr>
          <w:rFonts w:ascii="Times New Roman" w:hAnsi="Times New Roman" w:eastAsia="宋体"/>
          <w:b w:val="0"/>
          <w:i w:val="0"/>
          <w:color w:val="333333"/>
          <w:sz w:val="19"/>
        </w:rPr>
        <w:t>=37X.</w:t>
      </w:r>
    </w:p>
    <w:p>
      <w:pPr>
        <w:spacing w:before="0" w:after="80" w:line="300" w:lineRule="auto"/>
        <w:jc w:val="left"/>
      </w:pPr>
      <w:r>
        <w:rPr>
          <w:rFonts w:ascii="Times New Roman" w:hAnsi="Times New Roman" w:eastAsia="宋体"/>
          <w:b w:val="0"/>
          <w:i w:val="0"/>
          <w:color w:val="333333"/>
          <w:sz w:val="19"/>
        </w:rPr>
        <w:t>The requested ratio is 37:1.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21! 中 2 的指数为</w:t>
      </w:r>
    </w:p>
    <w:p>
      <w:pPr>
        <w:spacing w:before="0" w:after="80" w:line="300" w:lineRule="auto"/>
        <w:jc w:val="left"/>
      </w:pPr>
      <w:r>
        <w:rPr>
          <w:rFonts w:ascii="Times New Roman" w:hAnsi="Times New Roman" w:eastAsia="宋体"/>
          <w:b w:val="0"/>
          <w:i w:val="0"/>
          <w:sz w:val="21"/>
        </w:rPr>
        <w:t>⌊21/2⌋+ ⌊21/4⌋</w:t>
      </w:r>
    </w:p>
    <w:p>
      <w:pPr>
        <w:spacing w:before="0" w:after="80" w:line="300" w:lineRule="auto"/>
        <w:jc w:val="left"/>
      </w:pPr>
      <w:r>
        <w:rPr>
          <w:rFonts w:ascii="Times New Roman" w:hAnsi="Times New Roman" w:eastAsia="宋体"/>
          <w:b w:val="0"/>
          <w:i w:val="0"/>
          <w:sz w:val="21"/>
        </w:rPr>
        <w:t>+⌊21/8⌋+ ⌊21/16⌋</w:t>
      </w:r>
    </w:p>
    <w:p>
      <w:pPr>
        <w:spacing w:before="0" w:after="80" w:line="300" w:lineRule="auto"/>
        <w:jc w:val="left"/>
      </w:pPr>
      <w:r>
        <w:rPr>
          <w:rFonts w:ascii="Times New Roman" w:hAnsi="Times New Roman" w:eastAsia="宋体"/>
          <w:b w:val="0"/>
          <w:i w:val="0"/>
          <w:sz w:val="21"/>
        </w:rPr>
        <w:t>=10+5+2+1=18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21!=2¹⁸d，其中 d 是某个奇整数。</w:t>
      </w:r>
    </w:p>
    <w:p>
      <w:pPr>
        <w:spacing w:before="0" w:after="80" w:line="300" w:lineRule="auto"/>
        <w:jc w:val="left"/>
      </w:pPr>
      <w:r>
        <w:rPr>
          <w:rFonts w:ascii="Times New Roman" w:hAnsi="Times New Roman" w:eastAsia="宋体"/>
          <w:b w:val="0"/>
          <w:i w:val="0"/>
          <w:sz w:val="21"/>
        </w:rPr>
        <w:t>对 d 的每个因子 x，21! 中奇数部分为 x 的因子恰好是 x,2x,…,2¹⁸x。这 19 个因子中只有一个是奇数，所以所求概率为 1/19。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exponent of 2 in 21! is</w:t>
      </w:r>
    </w:p>
    <w:p>
      <w:pPr>
        <w:spacing w:before="0" w:after="80" w:line="300" w:lineRule="auto"/>
        <w:jc w:val="left"/>
      </w:pPr>
      <w:r>
        <w:rPr>
          <w:rFonts w:ascii="Times New Roman" w:hAnsi="Times New Roman" w:eastAsia="宋体"/>
          <w:b w:val="0"/>
          <w:i w:val="0"/>
          <w:color w:val="333333"/>
          <w:sz w:val="19"/>
        </w:rPr>
        <w:t>⌊21/2⌋+ ⌊21/4⌋</w:t>
      </w:r>
    </w:p>
    <w:p>
      <w:pPr>
        <w:spacing w:before="0" w:after="80" w:line="300" w:lineRule="auto"/>
        <w:jc w:val="left"/>
      </w:pPr>
      <w:r>
        <w:rPr>
          <w:rFonts w:ascii="Times New Roman" w:hAnsi="Times New Roman" w:eastAsia="宋体"/>
          <w:b w:val="0"/>
          <w:i w:val="0"/>
          <w:color w:val="333333"/>
          <w:sz w:val="19"/>
        </w:rPr>
        <w:t>+⌊21/8⌋+ ⌊21/16⌋</w:t>
      </w:r>
    </w:p>
    <w:p>
      <w:pPr>
        <w:spacing w:before="0" w:after="80" w:line="300" w:lineRule="auto"/>
        <w:jc w:val="left"/>
      </w:pPr>
      <w:r>
        <w:rPr>
          <w:rFonts w:ascii="Times New Roman" w:hAnsi="Times New Roman" w:eastAsia="宋体"/>
          <w:b w:val="0"/>
          <w:i w:val="0"/>
          <w:color w:val="333333"/>
          <w:sz w:val="19"/>
        </w:rPr>
        <w:t>=10+5+2+1=18.</w:t>
      </w:r>
    </w:p>
    <w:p>
      <w:pPr>
        <w:spacing w:before="0" w:after="80" w:line="300" w:lineRule="auto"/>
        <w:jc w:val="left"/>
      </w:pPr>
      <w:r>
        <w:rPr>
          <w:rFonts w:ascii="Times New Roman" w:hAnsi="Times New Roman" w:eastAsia="宋体"/>
          <w:b w:val="0"/>
          <w:i w:val="0"/>
          <w:color w:val="333333"/>
          <w:sz w:val="19"/>
        </w:rPr>
        <w:t>Thus 21!=2¹⁸d for some odd integer d.</w:t>
      </w:r>
    </w:p>
    <w:p>
      <w:pPr>
        <w:spacing w:before="0" w:after="80" w:line="300" w:lineRule="auto"/>
        <w:jc w:val="left"/>
      </w:pPr>
      <w:r>
        <w:rPr>
          <w:rFonts w:ascii="Times New Roman" w:hAnsi="Times New Roman" w:eastAsia="宋体"/>
          <w:b w:val="0"/>
          <w:i w:val="0"/>
          <w:color w:val="333333"/>
          <w:sz w:val="19"/>
        </w:rPr>
        <w:t>For every divisor x of d, the divisors of 21! with odd part x are x,2x,…,2¹⁸x. Exactly one of these 19 divisors is odd, so the probability is 1/19.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80" w:after="80"/>
        <w:jc w:val="center"/>
      </w:pPr>
      <w:r>
        <w:drawing>
          <wp:inline xmlns:a="http://schemas.openxmlformats.org/drawingml/2006/main" xmlns:pic="http://schemas.openxmlformats.org/drawingml/2006/picture">
            <wp:extent cx="1464060" cy="1074297"/>
            <wp:docPr id="3" name="Picture 3"/>
            <wp:cNvGraphicFramePr>
              <a:graphicFrameLocks noChangeAspect="1"/>
            </wp:cNvGraphicFramePr>
            <a:graphic>
              <a:graphicData uri="http://schemas.openxmlformats.org/drawingml/2006/picture">
                <pic:pic>
                  <pic:nvPicPr>
                    <pic:cNvPr id="0" name="q21-sol-1@300dpi.png"/>
                    <pic:cNvPicPr/>
                  </pic:nvPicPr>
                  <pic:blipFill>
                    <a:blip r:embed="rId10"/>
                    <a:stretch>
                      <a:fillRect/>
                    </a:stretch>
                  </pic:blipFill>
                  <pic:spPr>
                    <a:xfrm>
                      <a:off x="0" y="0"/>
                      <a:ext cx="1464060" cy="1074297"/>
                    </a:xfrm>
                    <a:prstGeom prst="rect"/>
                  </pic:spPr>
                </pic:pic>
              </a:graphicData>
            </a:graphic>
          </wp:inline>
        </w:drawing>
      </w:r>
    </w:p>
    <w:p>
      <w:pPr>
        <w:spacing w:before="0" w:after="80" w:line="300" w:lineRule="auto"/>
        <w:jc w:val="left"/>
      </w:pPr>
      <w:r>
        <w:rPr>
          <w:rFonts w:ascii="Times New Roman" w:hAnsi="Times New Roman" w:eastAsia="宋体"/>
          <w:b w:val="0"/>
          <w:i w:val="0"/>
          <w:sz w:val="21"/>
        </w:rPr>
        <w:t>三角形 ABC 是在 A 处为直角的直角三角形。由于 D 是斜边中点，所以它是这个三角形的外心。</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AD = BD = DC = 5。</w:t>
      </w:r>
    </w:p>
    <w:p>
      <w:pPr>
        <w:spacing w:before="0" w:after="80" w:line="300" w:lineRule="auto"/>
        <w:jc w:val="left"/>
      </w:pPr>
      <w:r>
        <w:rPr>
          <w:rFonts w:ascii="Times New Roman" w:hAnsi="Times New Roman" w:eastAsia="宋体"/>
          <w:b w:val="0"/>
          <w:i w:val="0"/>
          <w:sz w:val="21"/>
        </w:rPr>
        <w:t>同时，ABC 的面积为</w:t>
      </w:r>
    </w:p>
    <w:p>
      <w:pPr>
        <w:spacing w:before="0" w:after="80" w:line="300" w:lineRule="auto"/>
        <w:jc w:val="left"/>
      </w:pPr>
      <w:r>
        <w:rPr>
          <w:rFonts w:ascii="Times New Roman" w:hAnsi="Times New Roman" w:eastAsia="宋体"/>
          <w:b w:val="0"/>
          <w:i w:val="0"/>
          <w:sz w:val="21"/>
        </w:rPr>
        <w:t>(6· 8)/2 = 24。</w:t>
      </w:r>
    </w:p>
    <w:p>
      <w:pPr>
        <w:spacing w:before="0" w:after="80" w:line="300" w:lineRule="auto"/>
        <w:jc w:val="left"/>
      </w:pPr>
      <w:r>
        <w:rPr>
          <w:rFonts w:ascii="Times New Roman" w:hAnsi="Times New Roman" w:eastAsia="宋体"/>
          <w:b w:val="0"/>
          <w:i w:val="0"/>
          <w:sz w:val="21"/>
        </w:rPr>
        <w:t>底边 BD 和 DC 相等，两个三角形从 A 作出的高也相同。因此，△ ABD 和 △ ACD 的面积都为 12。</w:t>
      </w:r>
    </w:p>
    <w:p>
      <w:pPr>
        <w:spacing w:before="0" w:after="80" w:line="300" w:lineRule="auto"/>
        <w:jc w:val="left"/>
      </w:pPr>
      <w:r>
        <w:rPr>
          <w:rFonts w:ascii="Times New Roman" w:hAnsi="Times New Roman" w:eastAsia="宋体"/>
          <w:b w:val="0"/>
          <w:i w:val="0"/>
          <w:sz w:val="21"/>
        </w:rPr>
        <w:t>对每个三角形，都有 A = rs，其中 A 是面积，r 是内切圆半径，s 是半周长。等价地，12=1/2rP，其中 P 是周长，所以 r=24/P。对 △ ABD，内切圆半径为 24/5+5+6=3/2。对 △ ACD，内切圆半径为 24/5+5+8=4/3。</w:t>
      </w:r>
    </w:p>
    <w:p>
      <w:pPr>
        <w:spacing w:before="0" w:after="80" w:line="300" w:lineRule="auto"/>
        <w:jc w:val="left"/>
      </w:pPr>
      <w:r>
        <w:rPr>
          <w:rFonts w:ascii="Times New Roman" w:hAnsi="Times New Roman" w:eastAsia="宋体"/>
          <w:b w:val="0"/>
          <w:i w:val="0"/>
          <w:sz w:val="21"/>
        </w:rPr>
        <w:t>两者之和为 3/2 + 4/3 = 17/6。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464060" cy="1074297"/>
            <wp:docPr id="4" name="Picture 4"/>
            <wp:cNvGraphicFramePr>
              <a:graphicFrameLocks noChangeAspect="1"/>
            </wp:cNvGraphicFramePr>
            <a:graphic>
              <a:graphicData uri="http://schemas.openxmlformats.org/drawingml/2006/picture">
                <pic:pic>
                  <pic:nvPicPr>
                    <pic:cNvPr id="0" name="q21-sol-1@300dpi.png"/>
                    <pic:cNvPicPr/>
                  </pic:nvPicPr>
                  <pic:blipFill>
                    <a:blip r:embed="rId10"/>
                    <a:stretch>
                      <a:fillRect/>
                    </a:stretch>
                  </pic:blipFill>
                  <pic:spPr>
                    <a:xfrm>
                      <a:off x="0" y="0"/>
                      <a:ext cx="1464060" cy="107429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triangle ABC is a right triangle with a right angle at A. This makes D the circumcenter of the triangle since it is the midpoint of the hypotenuse.</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AD = BD = DC = 5.</w:t>
      </w:r>
    </w:p>
    <w:p>
      <w:pPr>
        <w:spacing w:before="0" w:after="80" w:line="300" w:lineRule="auto"/>
        <w:jc w:val="left"/>
      </w:pPr>
      <w:r>
        <w:rPr>
          <w:rFonts w:ascii="Times New Roman" w:hAnsi="Times New Roman" w:eastAsia="宋体"/>
          <w:b w:val="0"/>
          <w:i w:val="0"/>
          <w:color w:val="333333"/>
          <w:sz w:val="19"/>
        </w:rPr>
        <w:t>Also, the area of ABC is</w:t>
      </w:r>
    </w:p>
    <w:p>
      <w:pPr>
        <w:spacing w:before="0" w:after="80" w:line="300" w:lineRule="auto"/>
        <w:jc w:val="left"/>
      </w:pPr>
      <w:r>
        <w:rPr>
          <w:rFonts w:ascii="Times New Roman" w:hAnsi="Times New Roman" w:eastAsia="宋体"/>
          <w:b w:val="0"/>
          <w:i w:val="0"/>
          <w:color w:val="333333"/>
          <w:sz w:val="19"/>
        </w:rPr>
        <w:t>(6· 8)/2 = 24.</w:t>
      </w:r>
    </w:p>
    <w:p>
      <w:pPr>
        <w:spacing w:before="0" w:after="80" w:line="300" w:lineRule="auto"/>
        <w:jc w:val="left"/>
      </w:pPr>
      <w:r>
        <w:rPr>
          <w:rFonts w:ascii="Times New Roman" w:hAnsi="Times New Roman" w:eastAsia="宋体"/>
          <w:b w:val="0"/>
          <w:i w:val="0"/>
          <w:color w:val="333333"/>
          <w:sz w:val="19"/>
        </w:rPr>
        <w:t>The bases BD and DC are equal, and the two triangles share the same altitude from A. Therefore, △ ABD and △ ACD each have area 12.</w:t>
      </w:r>
    </w:p>
    <w:p>
      <w:pPr>
        <w:spacing w:before="0" w:after="80" w:line="300" w:lineRule="auto"/>
        <w:jc w:val="left"/>
      </w:pPr>
      <w:r>
        <w:rPr>
          <w:rFonts w:ascii="Times New Roman" w:hAnsi="Times New Roman" w:eastAsia="宋体"/>
          <w:b w:val="0"/>
          <w:i w:val="0"/>
          <w:color w:val="333333"/>
          <w:sz w:val="19"/>
        </w:rPr>
        <w:t>Then, for each triangle, we have A = rs where A is the area, r is the inradius, and s is the semiperimeter. Equivalently, 12=1/2rP, where P is the perimeter, so r=24/P. For △ ABD, the inradius is 24/5+5+6=3/2. For △ ACD, it is 24/5+5+8=4/3.</w:t>
      </w:r>
    </w:p>
    <w:p>
      <w:pPr>
        <w:spacing w:before="0" w:after="80" w:line="300" w:lineRule="auto"/>
        <w:jc w:val="left"/>
      </w:pPr>
      <w:r>
        <w:rPr>
          <w:rFonts w:ascii="Times New Roman" w:hAnsi="Times New Roman" w:eastAsia="宋体"/>
          <w:b w:val="0"/>
          <w:i w:val="0"/>
          <w:color w:val="333333"/>
          <w:sz w:val="19"/>
        </w:rPr>
        <w:t>Their sum is 3/2 + 4/3 = 17/6.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因为半径为 2，且 BD =3，所以 AD = 7。由于 ED = 5，且 D 处角为直角，ADE 的面积为 (5· 7)/2 = 35/2 。</w:t>
      </w:r>
    </w:p>
    <w:p>
      <w:pPr>
        <w:spacing w:before="0" w:after="80" w:line="300" w:lineRule="auto"/>
        <w:jc w:val="left"/>
      </w:pPr>
      <w:r>
        <w:rPr>
          <w:rFonts w:ascii="Times New Roman" w:hAnsi="Times New Roman" w:eastAsia="宋体"/>
          <w:b w:val="0"/>
          <w:i w:val="0"/>
          <w:sz w:val="21"/>
        </w:rPr>
        <w:t>由勾股定理，AE=√(5²+7²)=√(74)。又因为 AB 是直径，所以 ∠ ACB 是直角。两个三角形共用 A 处的角，因此由角角相似可知 △ ABC∼△ AED。</w:t>
      </w:r>
    </w:p>
    <w:p>
      <w:pPr>
        <w:spacing w:before="0" w:after="80" w:line="300" w:lineRule="auto"/>
        <w:jc w:val="left"/>
      </w:pPr>
      <w:r>
        <w:rPr>
          <w:rFonts w:ascii="Times New Roman" w:hAnsi="Times New Roman" w:eastAsia="宋体"/>
          <w:b w:val="0"/>
          <w:i w:val="0"/>
          <w:sz w:val="21"/>
        </w:rPr>
        <w:t>它们对应的斜边分别是 AB=4 和 AE=√(74)，所以面积之比为</w:t>
      </w:r>
    </w:p>
    <w:p>
      <w:pPr>
        <w:spacing w:before="0" w:after="80" w:line="300" w:lineRule="auto"/>
        <w:jc w:val="left"/>
      </w:pPr>
      <w:r>
        <w:rPr>
          <w:rFonts w:ascii="Times New Roman" w:hAnsi="Times New Roman" w:eastAsia="宋体"/>
          <w:b w:val="0"/>
          <w:i w:val="0"/>
          <w:sz w:val="21"/>
        </w:rPr>
        <w:t>([ABC])/([AED])=(4/(√(74)))²=8/37。</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[ABC]=8/37·35/2=140/37。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radius is 2 and BD =3, we have AD = 7. Since ED = 5 and the angle at D is a right angle, the area of ADE is (5· 7)/2 = 35/2.</w:t>
      </w:r>
    </w:p>
    <w:p>
      <w:pPr>
        <w:spacing w:before="0" w:after="80" w:line="300" w:lineRule="auto"/>
        <w:jc w:val="left"/>
      </w:pPr>
      <w:r>
        <w:rPr>
          <w:rFonts w:ascii="Times New Roman" w:hAnsi="Times New Roman" w:eastAsia="宋体"/>
          <w:b w:val="0"/>
          <w:i w:val="0"/>
          <w:color w:val="333333"/>
          <w:sz w:val="19"/>
        </w:rPr>
        <w:t>By the Pythagorean Theorem, AE=√(5²+7²)=√(74). Also, ∠ ACB is a right angle because AB is a diameter. The triangles share the angle at A, so △ ABC∼△ AED by angle-angle similarity.</w:t>
      </w:r>
    </w:p>
    <w:p>
      <w:pPr>
        <w:spacing w:before="0" w:after="80" w:line="300" w:lineRule="auto"/>
        <w:jc w:val="left"/>
      </w:pPr>
      <w:r>
        <w:rPr>
          <w:rFonts w:ascii="Times New Roman" w:hAnsi="Times New Roman" w:eastAsia="宋体"/>
          <w:b w:val="0"/>
          <w:i w:val="0"/>
          <w:color w:val="333333"/>
          <w:sz w:val="19"/>
        </w:rPr>
        <w:t>Their corresponding hypotenuses are AB=4 and AE=√(74), so their area ratio is</w:t>
      </w:r>
    </w:p>
    <w:p>
      <w:pPr>
        <w:spacing w:before="0" w:after="80" w:line="300" w:lineRule="auto"/>
        <w:jc w:val="left"/>
      </w:pPr>
      <w:r>
        <w:rPr>
          <w:rFonts w:ascii="Times New Roman" w:hAnsi="Times New Roman" w:eastAsia="宋体"/>
          <w:b w:val="0"/>
          <w:i w:val="0"/>
          <w:color w:val="333333"/>
          <w:sz w:val="19"/>
        </w:rPr>
        <w:t>([ABC])/([AED])=(4/(√(74)))²=8/37.</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[ABC]=8/37·35/2=140/37.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要找除以 45 的余数，必须分别找除以 5 和 9 的余数。除以 5 的余数就是个位数字除以 5 的余数，所以是 4。</w:t>
      </w:r>
    </w:p>
    <w:p>
      <w:pPr>
        <w:spacing w:before="0" w:after="80" w:line="300" w:lineRule="auto"/>
        <w:jc w:val="left"/>
      </w:pPr>
      <w:r>
        <w:rPr>
          <w:rFonts w:ascii="Times New Roman" w:hAnsi="Times New Roman" w:eastAsia="宋体"/>
          <w:b w:val="0"/>
          <w:i w:val="0"/>
          <w:sz w:val="21"/>
        </w:rPr>
        <w:t>要找除以 9 的余数，通常找数字和。不过每个两位数除以 9 的余数与它的数字和相同，所以可以直接把 1 到 44 的整数相加，因为每个整数与它自己的数字和同余。这个和为 (44·45)/2=990，它是 9 的倍数。因此 N 是 9 的倍数。</w:t>
      </w:r>
    </w:p>
    <w:p>
      <w:pPr>
        <w:spacing w:before="0" w:after="80" w:line="300" w:lineRule="auto"/>
        <w:jc w:val="left"/>
      </w:pPr>
      <w:r>
        <w:rPr>
          <w:rFonts w:ascii="Times New Roman" w:hAnsi="Times New Roman" w:eastAsia="宋体"/>
          <w:b w:val="0"/>
          <w:i w:val="0"/>
          <w:sz w:val="21"/>
        </w:rPr>
        <w:t>这个数是 9 的倍数，并且除以 5 的余数为 4，所以除以 45 的余数为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remainder when divided by 45, we must find the remainder when divided by 5 and 9. The remainder when divided by 5 is the remainder when the units digit is divided by 5, making it 4.</w:t>
      </w:r>
    </w:p>
    <w:p>
      <w:pPr>
        <w:spacing w:before="0" w:after="80" w:line="300" w:lineRule="auto"/>
        <w:jc w:val="left"/>
      </w:pPr>
      <w:r>
        <w:rPr>
          <w:rFonts w:ascii="Times New Roman" w:hAnsi="Times New Roman" w:eastAsia="宋体"/>
          <w:b w:val="0"/>
          <w:i w:val="0"/>
          <w:color w:val="333333"/>
          <w:sz w:val="19"/>
        </w:rPr>
        <w:t>To find the remainder when divided by 9, we usually find the sum of the digits. However, each double digit number has the same remainder when divided by 9 as its digit sum, so we can just sum the integers from 1 to 44, because each integer is congruent to its own digit sum. This sum is (44·45)/2=990, which is a multiple of 9. Thus, N is a multiple of 9.</w:t>
      </w:r>
    </w:p>
    <w:p>
      <w:pPr>
        <w:spacing w:before="0" w:after="80" w:line="300" w:lineRule="auto"/>
        <w:jc w:val="left"/>
      </w:pPr>
      <w:r>
        <w:rPr>
          <w:rFonts w:ascii="Times New Roman" w:hAnsi="Times New Roman" w:eastAsia="宋体"/>
          <w:b w:val="0"/>
          <w:i w:val="0"/>
          <w:color w:val="333333"/>
          <w:sz w:val="19"/>
        </w:rPr>
        <w:t>Since it is a multiple of 9 and has a remainder of 4 when divided by 5, the remainder when divided by 45 is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由对称性，不妨设重心是双曲线顶点 G=(1,1)。三角形至少有两个顶点位于双曲线的同一支上。它们不能都位于负支：如果其中两个顶点的 x 坐标为负，第三个顶点的横坐标就会大于 3，而三个 y 坐标之和会小于 1/3，这与重心是 (1,1) 矛盾。因此两个顶点位于正支。</w:t>
      </w:r>
    </w:p>
    <w:p>
      <w:pPr>
        <w:spacing w:before="0" w:after="80" w:line="300" w:lineRule="auto"/>
        <w:jc w:val="left"/>
      </w:pPr>
      <w:r>
        <w:rPr>
          <w:rFonts w:ascii="Times New Roman" w:hAnsi="Times New Roman" w:eastAsia="宋体"/>
          <w:b w:val="0"/>
          <w:i w:val="0"/>
          <w:sz w:val="21"/>
        </w:rPr>
        <w:t>把这两个顶点写成 P=(a,1/a) 和 Q=(b,1/b)，其中 a,b&gt;0。等边三角形的重心也是外心，所以 P 和 Q 到 G 的距离相等。对 t&gt;0，点 (t,1/t) 到 G 的距离平方为</w:t>
      </w:r>
    </w:p>
    <w:p>
      <w:pPr>
        <w:spacing w:before="0" w:after="80" w:line="300" w:lineRule="auto"/>
        <w:jc w:val="left"/>
      </w:pPr>
      <w:r>
        <w:rPr>
          <w:rFonts w:ascii="Times New Roman" w:hAnsi="Times New Roman" w:eastAsia="宋体"/>
          <w:b w:val="0"/>
          <w:i w:val="0"/>
          <w:sz w:val="21"/>
        </w:rPr>
        <w:t>(t+1/t)(t+1/t-2)。</w:t>
      </w:r>
    </w:p>
    <w:p>
      <w:pPr>
        <w:spacing w:before="0" w:after="80" w:line="300" w:lineRule="auto"/>
        <w:jc w:val="left"/>
      </w:pPr>
      <w:r>
        <w:rPr>
          <w:rFonts w:ascii="Times New Roman" w:hAnsi="Times New Roman" w:eastAsia="宋体"/>
          <w:b w:val="0"/>
          <w:i w:val="0"/>
          <w:sz w:val="21"/>
        </w:rPr>
        <w:t>当 t+1/t 从 2 开始增大时，此式严格递增，所以两个不同的点必须满足 b=1/a。因此 P 和 Q 关于 y=x 对称。</w:t>
      </w:r>
    </w:p>
    <w:p>
      <w:pPr>
        <w:spacing w:before="0" w:after="80" w:line="300" w:lineRule="auto"/>
        <w:jc w:val="left"/>
      </w:pPr>
      <w:r>
        <w:rPr>
          <w:rFonts w:ascii="Times New Roman" w:hAnsi="Times New Roman" w:eastAsia="宋体"/>
          <w:b w:val="0"/>
          <w:i w:val="0"/>
          <w:sz w:val="21"/>
        </w:rPr>
        <w:t>第三个顶点位于垂直平分线 y=x 上。它的坐标还满足 xy=1，所以它是 (1,1) 或 (-1,-1)。它不能与重心重合，所以是 (-1,-1)。因此外接圆半径就是从 (1,1) 到 (-1,-1) 的距离，即 2√(2)。</w:t>
      </w:r>
    </w:p>
    <w:p>
      <w:pPr>
        <w:spacing w:before="0" w:after="80" w:line="300" w:lineRule="auto"/>
        <w:jc w:val="left"/>
      </w:pPr>
      <w:r>
        <w:rPr>
          <w:rFonts w:ascii="Times New Roman" w:hAnsi="Times New Roman" w:eastAsia="宋体"/>
          <w:b w:val="0"/>
          <w:i w:val="0"/>
          <w:sz w:val="21"/>
        </w:rPr>
        <w:t>从中心把等边三角形分成三个三角形，其面积为</w:t>
      </w:r>
    </w:p>
    <w:p>
      <w:pPr>
        <w:spacing w:before="0" w:after="80" w:line="300" w:lineRule="auto"/>
        <w:jc w:val="left"/>
      </w:pPr>
      <w:r>
        <w:rPr>
          <w:rFonts w:ascii="Times New Roman" w:hAnsi="Times New Roman" w:eastAsia="宋体"/>
          <w:b w:val="0"/>
          <w:i w:val="0"/>
          <w:sz w:val="21"/>
        </w:rPr>
        <w:t>3·1/2(2√(2))²sin120°=6√(3)。</w:t>
      </w:r>
    </w:p>
    <w:p>
      <w:pPr>
        <w:spacing w:before="0" w:after="80" w:line="300" w:lineRule="auto"/>
        <w:jc w:val="left"/>
      </w:pPr>
      <w:r>
        <w:rPr>
          <w:rFonts w:ascii="Times New Roman" w:hAnsi="Times New Roman" w:eastAsia="宋体"/>
          <w:b w:val="0"/>
          <w:i w:val="0"/>
          <w:sz w:val="21"/>
        </w:rPr>
        <w:t>面积的平方为 (6√(3))²=108。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assume that the centroid is the hyperbola vertex G=(1,1). At least two triangle vertices lie on the same branch of the hyperbola. They cannot both lie on the negative branch: if two of their x-coordinates were negative, the third would exceed 3, while the sum of the three y-coordinates would be less than 1/3, contradicting that their centroid is (1,1). Thus two vertices lie on the positive branch.</w:t>
      </w:r>
    </w:p>
    <w:p>
      <w:pPr>
        <w:spacing w:before="0" w:after="80" w:line="300" w:lineRule="auto"/>
        <w:jc w:val="left"/>
      </w:pPr>
      <w:r>
        <w:rPr>
          <w:rFonts w:ascii="Times New Roman" w:hAnsi="Times New Roman" w:eastAsia="宋体"/>
          <w:b w:val="0"/>
          <w:i w:val="0"/>
          <w:color w:val="333333"/>
          <w:sz w:val="19"/>
        </w:rPr>
        <w:t>Write these vertices as P=(a,1/a) and Q=(b,1/b), where a,b&gt;0. The centroid of an equilateral triangle is also its circumcenter, so P and Q are equidistant from G. For t&gt;0, the squared distance from (t,1/t) to G is</w:t>
      </w:r>
    </w:p>
    <w:p>
      <w:pPr>
        <w:spacing w:before="0" w:after="80" w:line="300" w:lineRule="auto"/>
        <w:jc w:val="left"/>
      </w:pPr>
      <w:r>
        <w:rPr>
          <w:rFonts w:ascii="Times New Roman" w:hAnsi="Times New Roman" w:eastAsia="宋体"/>
          <w:b w:val="0"/>
          <w:i w:val="0"/>
          <w:color w:val="333333"/>
          <w:sz w:val="19"/>
        </w:rPr>
        <w:t>(t+1/t)(t+1/t-2).</w:t>
      </w:r>
    </w:p>
    <w:p>
      <w:pPr>
        <w:spacing w:before="0" w:after="80" w:line="300" w:lineRule="auto"/>
        <w:jc w:val="left"/>
      </w:pPr>
      <w:r>
        <w:rPr>
          <w:rFonts w:ascii="Times New Roman" w:hAnsi="Times New Roman" w:eastAsia="宋体"/>
          <w:b w:val="0"/>
          <w:i w:val="0"/>
          <w:color w:val="333333"/>
          <w:sz w:val="19"/>
        </w:rPr>
        <w:t>This is strictly increasing as t+1/t increases from 2, so the distinct points must satisfy b=1/a. Hence P and Q are reflections across y=x.</w:t>
      </w:r>
    </w:p>
    <w:p>
      <w:pPr>
        <w:spacing w:before="0" w:after="80" w:line="300" w:lineRule="auto"/>
        <w:jc w:val="left"/>
      </w:pPr>
      <w:r>
        <w:rPr>
          <w:rFonts w:ascii="Times New Roman" w:hAnsi="Times New Roman" w:eastAsia="宋体"/>
          <w:b w:val="0"/>
          <w:i w:val="0"/>
          <w:color w:val="333333"/>
          <w:sz w:val="19"/>
        </w:rPr>
        <w:t>The third vertex lies on the perpendicular bisector y=x. Its coordinates also satisfy xy=1, so it is either (1,1) or (-1,-1). It cannot equal the centroid, so it is (-1,-1). Therefore, the circumradius is the distance from (1,1) to (-1,-1), namely 2√(2).</w:t>
      </w:r>
    </w:p>
    <w:p>
      <w:pPr>
        <w:spacing w:before="0" w:after="80" w:line="300" w:lineRule="auto"/>
        <w:jc w:val="left"/>
      </w:pPr>
      <w:r>
        <w:rPr>
          <w:rFonts w:ascii="Times New Roman" w:hAnsi="Times New Roman" w:eastAsia="宋体"/>
          <w:b w:val="0"/>
          <w:i w:val="0"/>
          <w:color w:val="333333"/>
          <w:sz w:val="19"/>
        </w:rPr>
        <w:t>Dividing the equilateral triangle into three triangles at its center gives its area as</w:t>
      </w:r>
    </w:p>
    <w:p>
      <w:pPr>
        <w:spacing w:before="0" w:after="80" w:line="300" w:lineRule="auto"/>
        <w:jc w:val="left"/>
      </w:pPr>
      <w:r>
        <w:rPr>
          <w:rFonts w:ascii="Times New Roman" w:hAnsi="Times New Roman" w:eastAsia="宋体"/>
          <w:b w:val="0"/>
          <w:i w:val="0"/>
          <w:color w:val="333333"/>
          <w:sz w:val="19"/>
        </w:rPr>
        <w:t>3·1/2(2√(2))²sin120°=6√(3).</w:t>
      </w:r>
    </w:p>
    <w:p>
      <w:pPr>
        <w:spacing w:before="0" w:after="80" w:line="300" w:lineRule="auto"/>
        <w:jc w:val="left"/>
      </w:pPr>
      <w:r>
        <w:rPr>
          <w:rFonts w:ascii="Times New Roman" w:hAnsi="Times New Roman" w:eastAsia="宋体"/>
          <w:b w:val="0"/>
          <w:i w:val="0"/>
          <w:color w:val="333333"/>
          <w:sz w:val="19"/>
        </w:rPr>
        <w:t>The square of the area is (6√(3))²=108.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设七次总分为 S。因为七次后的平均数是整数，S 可被 7 整除。七个不同分数都在 91 到 100 之间，所以 91+92+⋯+97 ≤ S≤ 94+95+⋯+100。</w:t>
      </w:r>
    </w:p>
    <w:p>
      <w:pPr>
        <w:spacing w:before="0" w:after="80" w:line="300" w:lineRule="auto"/>
        <w:jc w:val="left"/>
      </w:pPr>
      <w:r>
        <w:rPr>
          <w:rFonts w:ascii="Times New Roman" w:hAnsi="Times New Roman" w:eastAsia="宋体"/>
          <w:b w:val="0"/>
          <w:i w:val="0"/>
          <w:sz w:val="21"/>
        </w:rPr>
        <w:t>因此 658≤ S≤ 679，可能的 7 的倍数为 658,665,672,679。由于第七次分数是 95，前六次总分为 S-95，它必须能被 6 整除。这迫使 S=665。</w:t>
      </w:r>
    </w:p>
    <w:p>
      <w:pPr>
        <w:spacing w:before="0" w:after="80" w:line="300" w:lineRule="auto"/>
        <w:jc w:val="left"/>
      </w:pPr>
      <w:r>
        <w:rPr>
          <w:rFonts w:ascii="Times New Roman" w:hAnsi="Times New Roman" w:eastAsia="宋体"/>
          <w:b w:val="0"/>
          <w:i w:val="0"/>
          <w:sz w:val="21"/>
        </w:rPr>
        <w:t>因此前六次总分为 570。前五次平均数也是整数，所以前五次总分能被 5 整除。因此第六次分数也必须能被 5 整除。由于第七次已经是 95，且所有分数不同，第六次分数只能是 100。所以正确答案是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sum of all seven scores. Since all seven averages were integers, S is divisible by 7. Also the seven distinct scores are between 91 and 100, so 91+92+⋯+97 ≤ S≤ 94+95+⋯+100.</w:t>
      </w:r>
    </w:p>
    <w:p>
      <w:pPr>
        <w:spacing w:before="0" w:after="80" w:line="300" w:lineRule="auto"/>
        <w:jc w:val="left"/>
      </w:pPr>
      <w:r>
        <w:rPr>
          <w:rFonts w:ascii="Times New Roman" w:hAnsi="Times New Roman" w:eastAsia="宋体"/>
          <w:b w:val="0"/>
          <w:i w:val="0"/>
          <w:color w:val="333333"/>
          <w:sz w:val="19"/>
        </w:rPr>
        <w:t>Thus 658≤ S≤ 679, and the possible multiples of 7 are 658,665,672,679. Since the seventh score is 95, the first six scores sum to S-95, which must be divisible by 6. This forces S=665.</w:t>
      </w:r>
    </w:p>
    <w:p>
      <w:pPr>
        <w:spacing w:before="0" w:after="80" w:line="300" w:lineRule="auto"/>
        <w:jc w:val="left"/>
      </w:pPr>
      <w:r>
        <w:rPr>
          <w:rFonts w:ascii="Times New Roman" w:hAnsi="Times New Roman" w:eastAsia="宋体"/>
          <w:b w:val="0"/>
          <w:i w:val="0"/>
          <w:color w:val="333333"/>
          <w:sz w:val="19"/>
        </w:rPr>
        <w:t>The first six scores sum to 570. The first five-score average was also an integer, so the sum of the first five scores is divisible by 5. Therefore the sixth score is divisible by 5. Since the seventh score is already 95 and all scores are distinct, the sixth score is 100.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