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2017A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2(2(2(2(2(2+1)+1)</w:t>
      </w:r>
    </w:p>
    <w:p>
      <w:pPr>
        <w:spacing w:before="0" w:after="80" w:line="300" w:lineRule="auto"/>
        <w:jc w:val="left"/>
      </w:pPr>
      <w:r>
        <w:rPr>
          <w:rFonts w:ascii="Times New Roman" w:hAnsi="Times New Roman" w:eastAsia="宋体"/>
          <w:b w:val="0"/>
          <w:i w:val="0"/>
          <w:sz w:val="21"/>
        </w:rPr>
        <w:t>+1)+1)+1)+1</w:t>
      </w:r>
    </w:p>
    <w:p>
      <w:pPr>
        <w:spacing w:before="0" w:after="120" w:line="300" w:lineRule="auto"/>
      </w:pPr>
      <w:r>
        <w:rPr>
          <w:rFonts w:ascii="Times New Roman" w:hAnsi="Times New Roman" w:eastAsia="宋体"/>
          <w:b w:val="0"/>
          <w:i w:val="0"/>
          <w:sz w:val="21"/>
        </w:rPr>
        <w:t>（A）70　　（B）97　　（C）127　　（D）159　　（E）729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2(2(2(2(2(2+1)+1)</w:t>
      </w:r>
    </w:p>
    <w:p>
      <w:pPr>
        <w:spacing w:before="0" w:after="80" w:line="300" w:lineRule="auto"/>
        <w:jc w:val="left"/>
      </w:pPr>
      <w:r>
        <w:rPr>
          <w:rFonts w:ascii="Times New Roman" w:hAnsi="Times New Roman" w:eastAsia="宋体"/>
          <w:b w:val="0"/>
          <w:i w:val="0"/>
          <w:color w:val="333333"/>
          <w:sz w:val="19"/>
        </w:rPr>
        <w:t>+1)+1)+1)+1</w:t>
      </w:r>
    </w:p>
    <w:p>
      <w:pPr>
        <w:spacing w:before="0" w:after="160" w:line="300" w:lineRule="auto"/>
      </w:pPr>
      <w:r>
        <w:rPr>
          <w:rFonts w:ascii="Times New Roman" w:hAnsi="Times New Roman" w:eastAsia="宋体"/>
          <w:b w:val="0"/>
          <w:i w:val="0"/>
          <w:color w:val="333333"/>
          <w:sz w:val="19"/>
        </w:rPr>
        <w:t>(A) 70　　(B) 97　　(C) 127　　(D) 159　　(E) 729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Pablo 给朋友们买冰棒。商店出售单支冰棒，每支 $1；3 支装盒子，每盒 $2；5 支装盒子，每盒 $3。Pablo 用 $8 最多可以买多少支冰棒？</w:t>
      </w:r>
    </w:p>
    <w:p>
      <w:pPr>
        <w:spacing w:before="0" w:after="120" w:line="300" w:lineRule="auto"/>
      </w:pPr>
      <w:r>
        <w:rPr>
          <w:rFonts w:ascii="Times New Roman" w:hAnsi="Times New Roman" w:eastAsia="宋体"/>
          <w:b w:val="0"/>
          <w:i w:val="0"/>
          <w:sz w:val="21"/>
        </w:rPr>
        <w:t>（A）8　　（B）11　　（C）12　　（D）13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Pablo buys popsicles for his friends. The store sells single popsicles for $1 each, 3-popsicle boxes for $2 each, and 5-popsicle boxes for $3. What is the greatest number of popsicles that Pablo can buy with $8?</w:t>
      </w:r>
    </w:p>
    <w:p>
      <w:pPr>
        <w:spacing w:before="0" w:after="160" w:line="300" w:lineRule="auto"/>
      </w:pPr>
      <w:r>
        <w:rPr>
          <w:rFonts w:ascii="Times New Roman" w:hAnsi="Times New Roman" w:eastAsia="宋体"/>
          <w:b w:val="0"/>
          <w:i w:val="0"/>
          <w:color w:val="333333"/>
          <w:sz w:val="19"/>
        </w:rPr>
        <w:t>(A) 8　　(B) 11　　(C) 12　　(D) 13　　(E) 15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Tamara 的花园里有三排花坛，每排有两个 6 英尺乘 2 英尺的花坛。花坛之间以及花坛外侧都有 1 英尺宽的小路，如图所示。所有小路的总面积是多少平方英尺？</w:t>
      </w:r>
    </w:p>
    <w:p>
      <w:pPr>
        <w:spacing w:before="80" w:after="80"/>
        <w:jc w:val="center"/>
      </w:pPr>
      <w:r>
        <w:drawing>
          <wp:inline xmlns:a="http://schemas.openxmlformats.org/drawingml/2006/main" xmlns:pic="http://schemas.openxmlformats.org/drawingml/2006/picture">
            <wp:extent cx="3428889" cy="2290159"/>
            <wp:docPr id="1" name="Picture 1"/>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3428889" cy="2290159"/>
                    </a:xfrm>
                    <a:prstGeom prst="rect"/>
                  </pic:spPr>
                </pic:pic>
              </a:graphicData>
            </a:graphic>
          </wp:inline>
        </w:drawing>
      </w:r>
    </w:p>
    <w:p>
      <w:pPr>
        <w:spacing w:before="0" w:after="120" w:line="300" w:lineRule="auto"/>
      </w:pPr>
      <w:r>
        <w:rPr>
          <w:rFonts w:ascii="Times New Roman" w:hAnsi="Times New Roman" w:eastAsia="宋体"/>
          <w:b w:val="0"/>
          <w:i w:val="0"/>
          <w:sz w:val="21"/>
        </w:rPr>
        <w:t>（A）72　　（B）78　　（C）90　　（D）120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Tamara has three rows of two 6-feet by 2-feet flower beds in her garden. The beds are separated and also surrounded by 1-foot-wide walkways, as shown on the diagram. What is the total area of the walkways, in square feet?</w:t>
      </w:r>
    </w:p>
    <w:p>
      <w:pPr>
        <w:spacing w:before="80" w:after="80"/>
        <w:jc w:val="center"/>
      </w:pPr>
      <w:r>
        <w:drawing>
          <wp:inline xmlns:a="http://schemas.openxmlformats.org/drawingml/2006/main" xmlns:pic="http://schemas.openxmlformats.org/drawingml/2006/picture">
            <wp:extent cx="3428889" cy="2290159"/>
            <wp:docPr id="2" name="Picture 2"/>
            <wp:cNvGraphicFramePr>
              <a:graphicFrameLocks noChangeAspect="1"/>
            </wp:cNvGraphicFramePr>
            <a:graphic>
              <a:graphicData uri="http://schemas.openxmlformats.org/drawingml/2006/picture">
                <pic:pic>
                  <pic:nvPicPr>
                    <pic:cNvPr id="0" name="q03-1@300dpi.png"/>
                    <pic:cNvPicPr/>
                  </pic:nvPicPr>
                  <pic:blipFill>
                    <a:blip r:embed="rId9"/>
                    <a:stretch>
                      <a:fillRect/>
                    </a:stretch>
                  </pic:blipFill>
                  <pic:spPr>
                    <a:xfrm>
                      <a:off x="0" y="0"/>
                      <a:ext cx="3428889" cy="2290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72　　(B) 78　　(C) 90　　(D) 120　　(E) 150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Mia 正在“帮”妈妈把散落在地板上的 30 个玩具捡起来。Mia 的妈妈每 30 秒能把 3 个玩具放进玩具箱，但每次这 30 秒刚结束，Mia 立刻从箱子里拿出 2 个玩具。Mia 和妈妈第一次把全部 30 个玩具放进箱子需要多少分钟？</w:t>
      </w:r>
    </w:p>
    <w:p>
      <w:pPr>
        <w:spacing w:before="0" w:after="120" w:line="300" w:lineRule="auto"/>
      </w:pPr>
      <w:r>
        <w:rPr>
          <w:rFonts w:ascii="Times New Roman" w:hAnsi="Times New Roman" w:eastAsia="宋体"/>
          <w:b w:val="0"/>
          <w:i w:val="0"/>
          <w:sz w:val="21"/>
        </w:rPr>
        <w:t>（A）13.5　　（B）14　　（C）14.5　　（D）15　　（E）15.5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Mia is “helping” her mom pick up 30 toys that are strewn on the floor. Mia’s mom manages to put 3 toys into the toy box every 30 seconds, but each time immediately after those 30 seconds have elapsed, Mia takes 2 toys out of the box. How much time, in minutes, will it take Mia and her mom to put all 30 toys into the box for the first time?</w:t>
      </w:r>
    </w:p>
    <w:p>
      <w:pPr>
        <w:spacing w:before="0" w:after="160" w:line="300" w:lineRule="auto"/>
      </w:pPr>
      <w:r>
        <w:rPr>
          <w:rFonts w:ascii="Times New Roman" w:hAnsi="Times New Roman" w:eastAsia="宋体"/>
          <w:b w:val="0"/>
          <w:i w:val="0"/>
          <w:color w:val="333333"/>
          <w:sz w:val="19"/>
        </w:rPr>
        <w:t>(A) 13.5　　(B) 14　　(C) 14.5　　(D) 15　　(E) 15.5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两个非零实数的和等于它们乘积的 4 倍。这两个数的倒数之和是多少？</w:t>
      </w:r>
    </w:p>
    <w:p>
      <w:pPr>
        <w:spacing w:before="0" w:after="120" w:line="300" w:lineRule="auto"/>
      </w:pPr>
      <w:r>
        <w:rPr>
          <w:rFonts w:ascii="Times New Roman" w:hAnsi="Times New Roman" w:eastAsia="宋体"/>
          <w:b w:val="0"/>
          <w:i w:val="0"/>
          <w:sz w:val="21"/>
        </w:rPr>
        <w:t>（A）1　　（B）2　　（C）4　　（D）8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nonzero real numbers is 4 times their product. What is the sum of the reciprocals of the two numbers?</w:t>
      </w:r>
    </w:p>
    <w:p>
      <w:pPr>
        <w:spacing w:before="0" w:after="160" w:line="300" w:lineRule="auto"/>
      </w:pPr>
      <w:r>
        <w:rPr>
          <w:rFonts w:ascii="Times New Roman" w:hAnsi="Times New Roman" w:eastAsia="宋体"/>
          <w:b w:val="0"/>
          <w:i w:val="0"/>
          <w:color w:val="333333"/>
          <w:sz w:val="19"/>
        </w:rPr>
        <w:t>(A) 1　　(B) 2　　(C) 4　　(D) 8　　(E) 12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Carroll 老师承诺：即将到来的考试中，所有选择题都答对的人都会得到 A。下面哪一个陈述在逻辑上必然成立？</w:t>
      </w:r>
    </w:p>
    <w:p>
      <w:pPr>
        <w:spacing w:before="0" w:after="120" w:line="300" w:lineRule="auto"/>
      </w:pPr>
      <w:r>
        <w:rPr>
          <w:rFonts w:ascii="Times New Roman" w:hAnsi="Times New Roman" w:eastAsia="宋体"/>
          <w:b w:val="0"/>
          <w:i w:val="0"/>
          <w:sz w:val="21"/>
        </w:rPr>
        <w:t>（A）如果 Lewis 没有得到 A，那么他所有选择题都答错了。　　（B）如果 Lewis 没有得到 A，那么他至少答错了一道选择题。　　（C）如果 Lewis 至少答错了一道选择题，那么他没有得到 A。　　（D）如果 Lewis 得到了 A，那么他所有选择题都答对了。　　（E）如果 Lewis 得到了 A，那么他至少答对了一道选择题。</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Ms. Carroll promised that anyone who got all the multiple choice questions right on the upcoming exam would receive an A on the exam. Which one of these statements necessarily follows logically?</w:t>
      </w:r>
    </w:p>
    <w:p>
      <w:pPr>
        <w:spacing w:before="0" w:after="160" w:line="300" w:lineRule="auto"/>
      </w:pPr>
      <w:r>
        <w:rPr>
          <w:rFonts w:ascii="Times New Roman" w:hAnsi="Times New Roman" w:eastAsia="宋体"/>
          <w:b w:val="0"/>
          <w:i w:val="0"/>
          <w:color w:val="333333"/>
          <w:sz w:val="19"/>
        </w:rPr>
        <w:t>(A) If Lewis did not receive an A, then he got all of the multiple</w:t>
        <w:br/>
        <w:t>choice questions wrong.　　(B) If Lewis did not receive an A, then he got at</w:t>
        <w:br/>
        <w:t>least one of the multiple choice questions wrong.　　(C) If Lewis got at least one of the multiple choice questions</w:t>
        <w:br/>
        <w:t>wrong, then he did not receive an A.　　(D) If Lewis received an A, then he got all of the multiple choice</w:t>
        <w:br/>
        <w:t>questions right.　　(E) If Lewis received an A, then he got at least one of the</w:t>
        <w:br/>
        <w:t>multiple choice questions right.</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Jerry 和 Silvia 想从一块正方形田地的西南角走到东北角。Jerry 先向正东走，再向正北走到达目标；Silvia 则向东北方向沿直线到达目标。与 Jerry 的路程相比，Silvia 的路程大约短了多少？</w:t>
      </w:r>
    </w:p>
    <w:p>
      <w:pPr>
        <w:spacing w:before="0" w:after="120" w:line="300" w:lineRule="auto"/>
      </w:pPr>
      <w:r>
        <w:rPr>
          <w:rFonts w:ascii="Times New Roman" w:hAnsi="Times New Roman" w:eastAsia="宋体"/>
          <w:b w:val="0"/>
          <w:i w:val="0"/>
          <w:sz w:val="21"/>
        </w:rPr>
        <w:t>（A）30%　　（B）40%　　（C）50%　　（D）60%　　（E）70%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Jerry and Silvia wanted to go from the southwest corner of a square field to the northeast corner. Jerry walked due east and then due north to reach the goal, but Silvia headed northeast and reached the goal walking in a straight line. Which of the following is closest to how much shorter Silvia’s trip was, compared to Jerry’s trip?</w:t>
      </w:r>
    </w:p>
    <w:p>
      <w:pPr>
        <w:spacing w:before="0" w:after="160" w:line="300" w:lineRule="auto"/>
      </w:pPr>
      <w:r>
        <w:rPr>
          <w:rFonts w:ascii="Times New Roman" w:hAnsi="Times New Roman" w:eastAsia="宋体"/>
          <w:b w:val="0"/>
          <w:i w:val="0"/>
          <w:color w:val="333333"/>
          <w:sz w:val="19"/>
        </w:rPr>
        <w:t>(A) 30%　　(B) 40%　　(C) 50%　　(D) 60%　　(E) 70%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在一个 30 人的聚会上，有 20 个人彼此都认识，另有 10 个人谁也不认识。认识的人拥抱，不认识的人握手。这个群体中会发生多少次握手？</w:t>
      </w:r>
    </w:p>
    <w:p>
      <w:pPr>
        <w:spacing w:before="0" w:after="120" w:line="300" w:lineRule="auto"/>
      </w:pPr>
      <w:r>
        <w:rPr>
          <w:rFonts w:ascii="Times New Roman" w:hAnsi="Times New Roman" w:eastAsia="宋体"/>
          <w:b w:val="0"/>
          <w:i w:val="0"/>
          <w:sz w:val="21"/>
        </w:rPr>
        <w:t>（A）240　　（B）245　　（C）290　　（D）480　　（E）490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gathering of 30 people, there are 20 people who all know each other and 10 people who know no one. People who know each other hug, and people who do not know each other shake hands. How many handshakes occur?</w:t>
      </w:r>
    </w:p>
    <w:p>
      <w:pPr>
        <w:spacing w:before="0" w:after="160" w:line="300" w:lineRule="auto"/>
      </w:pPr>
      <w:r>
        <w:rPr>
          <w:rFonts w:ascii="Times New Roman" w:hAnsi="Times New Roman" w:eastAsia="宋体"/>
          <w:b w:val="0"/>
          <w:i w:val="0"/>
          <w:color w:val="333333"/>
          <w:sz w:val="19"/>
        </w:rPr>
        <w:t>(A) 240　　(B) 245　　(C) 290　　(D) 480　　(E) 490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Minnie 在平路上以每小时 20 千米骑行，下坡以每小时 30 千米骑行，上坡以每小时 5 千米骑行。Penny 在平路上以每小时 30 千米骑行，下坡以每小时 40 千米骑行，上坡以每小时 10 千米骑行。Minnie 从城镇 A 到城镇 B，全程上坡 10 千米；再从 B 到 C，全程下坡 15 千米；然后沿平路 20 千米回到 A，Penny 沿同一路线反方向骑行。Minnie 完成这 45 千米骑行比 Penny 多花多少分钟？</w:t>
      </w:r>
    </w:p>
    <w:p>
      <w:pPr>
        <w:spacing w:before="0" w:after="120" w:line="300" w:lineRule="auto"/>
      </w:pPr>
      <w:r>
        <w:rPr>
          <w:rFonts w:ascii="Times New Roman" w:hAnsi="Times New Roman" w:eastAsia="宋体"/>
          <w:b w:val="0"/>
          <w:i w:val="0"/>
          <w:sz w:val="21"/>
        </w:rPr>
        <w:t>（A）45　　（B）60　　（C）65　　（D）90　　（E）95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Minnie rides on a flat road at 20 kilometers per hour (kph), downhill at 30 kph, and uphill at 5 kph. Penny rides on a flat road at 30 kph, downhill at 40 kph, and uphill at 10 kph. Minnie goes from town A to town B, a distance of 10 km all uphill, then from town B to town C, a distance of 15 km all downhill, and then back to town A, a distance of 20 km on the flat. Penny goes the other way around using the same route. How many more minutes does it take Minnie to complete the 45-km ride than it takes Penny?</w:t>
      </w:r>
    </w:p>
    <w:p>
      <w:pPr>
        <w:spacing w:before="0" w:after="160" w:line="300" w:lineRule="auto"/>
      </w:pPr>
      <w:r>
        <w:rPr>
          <w:rFonts w:ascii="Times New Roman" w:hAnsi="Times New Roman" w:eastAsia="宋体"/>
          <w:b w:val="0"/>
          <w:i w:val="0"/>
          <w:color w:val="333333"/>
          <w:sz w:val="19"/>
        </w:rPr>
        <w:t>(A) 45　　(B) 60　　(C) 65　　(D) 90　　(E) 95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Joy 有 30 根细杆，长度分别为从 1 厘米到 30 厘米的每个整数。她把长度为 3 厘米、7 厘米和 15 厘米的细杆放在桌上。她想再选一根细杆，与这三根一起组成一个面积为正的四边形。剩下的细杆中有多少根可以作为第四根？</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Joy has 30 thin rods, one each of every integer length from 1 cm through 30 cm. She places the rods with lengths 3 cm, 7 cm, and 15 cm on a table. She then wants to choose a fourth rod that she can put with these three to form a quadrilateral with positive area. How many of the remaining rods can she choose as the fourth rod?</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三维空间中所有距离线段 AB 不超过 3 个单位的点组成的区域体积为 216π。AB 的长度是多少？</w:t>
      </w:r>
    </w:p>
    <w:p>
      <w:pPr>
        <w:spacing w:before="0" w:after="120" w:line="300" w:lineRule="auto"/>
      </w:pPr>
      <w:r>
        <w:rPr>
          <w:rFonts w:ascii="Times New Roman" w:hAnsi="Times New Roman" w:eastAsia="宋体"/>
          <w:b w:val="0"/>
          <w:i w:val="0"/>
          <w:sz w:val="21"/>
        </w:rPr>
        <w:t>（A）6　　（B）12　　（C）18　　（D）20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region consisting of all points in three-dimensional space within 3 units of line segment AB has volume 216π. What is the length AB?</w:t>
      </w:r>
    </w:p>
    <w:p>
      <w:pPr>
        <w:spacing w:before="0" w:after="160" w:line="300" w:lineRule="auto"/>
      </w:pPr>
      <w:r>
        <w:rPr>
          <w:rFonts w:ascii="Times New Roman" w:hAnsi="Times New Roman" w:eastAsia="宋体"/>
          <w:b w:val="0"/>
          <w:i w:val="0"/>
          <w:color w:val="333333"/>
          <w:sz w:val="19"/>
        </w:rPr>
        <w:t>(A) 6　　(B) 12　　(C) 18　　(D) 20　　(E) 24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S 是坐标平面中的点 (x,y) 的集合，满足三个量 3，x+2、y-4 中有两个相等，而第三个量不大于这个公共值。下面哪一项正确描述了 S？</w:t>
      </w:r>
    </w:p>
    <w:p>
      <w:pPr>
        <w:spacing w:before="0" w:after="120" w:line="300" w:lineRule="auto"/>
      </w:pPr>
      <w:r>
        <w:rPr>
          <w:rFonts w:ascii="Times New Roman" w:hAnsi="Times New Roman" w:eastAsia="宋体"/>
          <w:b w:val="0"/>
          <w:i w:val="0"/>
          <w:sz w:val="21"/>
        </w:rPr>
        <w:t>（A）一个点　　（B）两条相交直线　　（C）三条直线，且两两交于三个不同点　　（D）一个三角形　　（E）有共同端点的三条射线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points (x,y) in the coordinate plane such that two of the three quantities 3, x+2, and y-4 are equal and the third of the three quantities is no greater than this common value. Which of the following is a correct description of S?</w:t>
      </w:r>
    </w:p>
    <w:p>
      <w:pPr>
        <w:spacing w:before="0" w:after="160" w:line="300" w:lineRule="auto"/>
      </w:pPr>
      <w:r>
        <w:rPr>
          <w:rFonts w:ascii="Times New Roman" w:hAnsi="Times New Roman" w:eastAsia="宋体"/>
          <w:b w:val="0"/>
          <w:i w:val="0"/>
          <w:color w:val="333333"/>
          <w:sz w:val="19"/>
        </w:rPr>
        <w:t>(A) a single point　　(B) two intersecting lines　　(C) three lines whose pairwise intersections are three distinct</w:t>
        <w:br/>
        <w:t>points　　(D) a triangle　　(E) three rays with a common endpoint</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递归定义数列：F₀=0， F₁=1，且对所有 n≥ 2，Fₙ= Fₙ₋₁+Fₙ₋₂ 除以 3 的余数。因此数列开头为 0，1，1，2，0，2，…。求</w:t>
      </w:r>
    </w:p>
    <w:p>
      <w:pPr>
        <w:spacing w:before="0" w:after="80" w:line="300" w:lineRule="auto"/>
        <w:jc w:val="left"/>
      </w:pPr>
      <w:r>
        <w:rPr>
          <w:rFonts w:ascii="Times New Roman" w:hAnsi="Times New Roman" w:eastAsia="宋体"/>
          <w:b w:val="0"/>
          <w:i w:val="0"/>
          <w:sz w:val="21"/>
        </w:rPr>
        <w:t>F₂₀₁₇+F₂₀₁₈+F₂₀₁₉+F₂₀₂₀+</w:t>
      </w:r>
    </w:p>
    <w:p>
      <w:pPr>
        <w:spacing w:before="0" w:after="80" w:line="300" w:lineRule="auto"/>
        <w:jc w:val="left"/>
      </w:pPr>
      <w:r>
        <w:rPr>
          <w:rFonts w:ascii="Times New Roman" w:hAnsi="Times New Roman" w:eastAsia="宋体"/>
          <w:b w:val="0"/>
          <w:i w:val="0"/>
          <w:sz w:val="21"/>
        </w:rPr>
        <w:t>F₂₀₂₁+F₂₀₂₂+F₂₀₂₃+F₂₀₂₄？</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 sequence recursively by F₀=0, F₁=1, and Fₙ= the remainder when Fₙ₋₁+Fₙ₋₂ is divided by 3, for all n≥ 2. Thus the sequence starts 0, 1, 1, 2, 0, 2, …. What is</w:t>
      </w:r>
    </w:p>
    <w:p>
      <w:pPr>
        <w:spacing w:before="0" w:after="80" w:line="300" w:lineRule="auto"/>
        <w:jc w:val="left"/>
      </w:pPr>
      <w:r>
        <w:rPr>
          <w:rFonts w:ascii="Times New Roman" w:hAnsi="Times New Roman" w:eastAsia="宋体"/>
          <w:b w:val="0"/>
          <w:i w:val="0"/>
          <w:color w:val="333333"/>
          <w:sz w:val="19"/>
        </w:rPr>
        <w:t>F₂₀₁₇+F₂₀₁₈+F₂₀₁₉+F₂₀₂₀+</w:t>
      </w:r>
    </w:p>
    <w:p>
      <w:pPr>
        <w:spacing w:before="0" w:after="80" w:line="300" w:lineRule="auto"/>
        <w:jc w:val="left"/>
      </w:pPr>
      <w:r>
        <w:rPr>
          <w:rFonts w:ascii="Times New Roman" w:hAnsi="Times New Roman" w:eastAsia="宋体"/>
          <w:b w:val="0"/>
          <w:i w:val="0"/>
          <w:color w:val="333333"/>
          <w:sz w:val="19"/>
        </w:rPr>
        <w:t>F₂₀₂₁+F₂₀₂₂+F₂₀₂₃+F₂₀₂₄?</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Roger 每周用零花钱买一张电影票和一杯汽水。上周 Roger 的零花钱是 A 美元。电影票价格是 A 与汽水价格之差的 20%，汽水价格是 A 与电影票价格之差的 5%。四舍五入到最接近的整数百分比，Roger 买电影票和汽水共花了 A 的百分之多少？</w:t>
      </w:r>
    </w:p>
    <w:p>
      <w:pPr>
        <w:spacing w:before="0" w:after="120" w:line="300" w:lineRule="auto"/>
      </w:pPr>
      <w:r>
        <w:rPr>
          <w:rFonts w:ascii="Times New Roman" w:hAnsi="Times New Roman" w:eastAsia="宋体"/>
          <w:b w:val="0"/>
          <w:i w:val="0"/>
          <w:sz w:val="21"/>
        </w:rPr>
        <w:t>（A）9%　　（B）19%　　（C）22%　　（D）23%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week Roger pays for a movie ticket and a soda out of his allowance. Last week, Roger’s allowance was A dollars. The cost of his movie ticket was 20% of the difference between A and the cost of his soda, while the cost of his soda was 5% of the difference between A and the cost of his movie ticket. To the nearest whole percent, what fraction of A did Roger pay for his movie ticket and soda?</w:t>
      </w:r>
    </w:p>
    <w:p>
      <w:pPr>
        <w:spacing w:before="0" w:after="160" w:line="300" w:lineRule="auto"/>
      </w:pPr>
      <w:r>
        <w:rPr>
          <w:rFonts w:ascii="Times New Roman" w:hAnsi="Times New Roman" w:eastAsia="宋体"/>
          <w:b w:val="0"/>
          <w:i w:val="0"/>
          <w:color w:val="333333"/>
          <w:sz w:val="19"/>
        </w:rPr>
        <w:t>(A) 9%　　(B) 19%　　(C) 22%　　(D) 23%　　(E) 25%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Chloe 从区间 [0, 2017] 中均匀随机选择一个实数。</w:t>
      </w:r>
    </w:p>
    <w:p>
      <w:pPr>
        <w:spacing w:before="0" w:after="80" w:line="300" w:lineRule="auto"/>
        <w:jc w:val="left"/>
      </w:pPr>
      <w:r>
        <w:rPr>
          <w:rFonts w:ascii="Times New Roman" w:hAnsi="Times New Roman" w:eastAsia="宋体"/>
          <w:b w:val="0"/>
          <w:i w:val="0"/>
          <w:sz w:val="21"/>
        </w:rPr>
        <w:t>Laurent 独立地从区间 [0, 4034] 中均匀随机选择一个实数。</w:t>
      </w:r>
    </w:p>
    <w:p>
      <w:pPr>
        <w:spacing w:before="0" w:after="80" w:line="300" w:lineRule="auto"/>
        <w:jc w:val="left"/>
      </w:pPr>
      <w:r>
        <w:rPr>
          <w:rFonts w:ascii="Times New Roman" w:hAnsi="Times New Roman" w:eastAsia="宋体"/>
          <w:b w:val="0"/>
          <w:i w:val="0"/>
          <w:sz w:val="21"/>
        </w:rPr>
        <w:t>Laurent 选择的数大于 Chloe 选择的数的概率是多少？</w:t>
      </w:r>
    </w:p>
    <w:p>
      <w:pPr>
        <w:spacing w:before="0" w:after="120" w:line="300" w:lineRule="auto"/>
      </w:pPr>
      <w:r>
        <w:rPr>
          <w:rFonts w:ascii="Times New Roman" w:hAnsi="Times New Roman" w:eastAsia="宋体"/>
          <w:b w:val="0"/>
          <w:i w:val="0"/>
          <w:sz w:val="21"/>
        </w:rPr>
        <w:t>（A）1/2　　（B）2/3　　（C）3/4　　（D）5/6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Chloé chooses a real number uniformly at random from the interval [0, 2017].</w:t>
      </w:r>
    </w:p>
    <w:p>
      <w:pPr>
        <w:spacing w:before="0" w:after="80" w:line="300" w:lineRule="auto"/>
        <w:jc w:val="left"/>
      </w:pPr>
      <w:r>
        <w:rPr>
          <w:rFonts w:ascii="Times New Roman" w:hAnsi="Times New Roman" w:eastAsia="宋体"/>
          <w:b w:val="0"/>
          <w:i w:val="0"/>
          <w:color w:val="333333"/>
          <w:sz w:val="19"/>
        </w:rPr>
        <w:t>Independently, Laurent chooses a real number uniformly at random from the interval [0, 4034].</w:t>
      </w:r>
    </w:p>
    <w:p>
      <w:pPr>
        <w:spacing w:before="0" w:after="80" w:line="300" w:lineRule="auto"/>
        <w:jc w:val="left"/>
      </w:pPr>
      <w:r>
        <w:rPr>
          <w:rFonts w:ascii="Times New Roman" w:hAnsi="Times New Roman" w:eastAsia="宋体"/>
          <w:b w:val="0"/>
          <w:i w:val="0"/>
          <w:color w:val="333333"/>
          <w:sz w:val="19"/>
        </w:rPr>
        <w:t>What is the probability that Laurent’s number is greater than Chloé’s number?</w:t>
      </w:r>
    </w:p>
    <w:p>
      <w:pPr>
        <w:spacing w:before="0" w:after="160" w:line="300" w:lineRule="auto"/>
      </w:pPr>
      <w:r>
        <w:rPr>
          <w:rFonts w:ascii="Times New Roman" w:hAnsi="Times New Roman" w:eastAsia="宋体"/>
          <w:b w:val="0"/>
          <w:i w:val="0"/>
          <w:color w:val="333333"/>
          <w:sz w:val="19"/>
        </w:rPr>
        <w:t>(A) 1/2　　(B) 2/3　　(C) 3/4　　(D) 5/6　　(E) 7/8</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有 10 匹马，名字分别是 Horse 1、Horse 2、……、Horse 10。Horse k 跑完圆形赛道一圈恰好需要 k 分钟。时刻 0，所有马都在起点。它们沿同一方向以恒定速度奔跑。</w:t>
      </w:r>
    </w:p>
    <w:p>
      <w:pPr>
        <w:spacing w:before="0" w:after="80" w:line="300" w:lineRule="auto"/>
        <w:jc w:val="left"/>
      </w:pPr>
      <w:r>
        <w:rPr>
          <w:rFonts w:ascii="Times New Roman" w:hAnsi="Times New Roman" w:eastAsia="宋体"/>
          <w:b w:val="0"/>
          <w:i w:val="0"/>
          <w:sz w:val="21"/>
        </w:rPr>
        <w:t>所有 10 匹马再次同时回到起点的最小正时间 S &gt; 0 为 S=2520 分钟。设 T &gt; 0 是至少 5 匹马再次同时在起点的最小正时间。T 的各位数字之和是多少？</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10 horses, named Horse 1, Horse 2, and so on through Horse 10. They get their names from how many minutes it takes them to run one lap around a circular race track: Horse k runs one lap in exactly k minutes. At time 0 all the horses are together at the starting point on the track. The horses start running in the same direction, and they keep running around the circular track at their constant speeds.</w:t>
      </w:r>
    </w:p>
    <w:p>
      <w:pPr>
        <w:spacing w:before="0" w:after="80" w:line="300" w:lineRule="auto"/>
        <w:jc w:val="left"/>
      </w:pPr>
      <w:r>
        <w:rPr>
          <w:rFonts w:ascii="Times New Roman" w:hAnsi="Times New Roman" w:eastAsia="宋体"/>
          <w:b w:val="0"/>
          <w:i w:val="0"/>
          <w:color w:val="333333"/>
          <w:sz w:val="19"/>
        </w:rPr>
        <w:t>The least time S &gt; 0, in minutes, at which all 10 horses will again simultaneously be at the starting point is S=2520. Let T &gt; 0 be the least time, in minutes, such that at least 5 of the horses are again at the starting point. What is the sum of the digits of T?</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不同点 P、Q、R、S 都在圆 x²+y²=25 上，并且坐标都是整数。距离 PQ 和 RS 都是无理数。</w:t>
      </w:r>
    </w:p>
    <w:p>
      <w:pPr>
        <w:spacing w:before="0" w:after="80" w:line="300" w:lineRule="auto"/>
        <w:jc w:val="left"/>
      </w:pPr>
      <w:r>
        <w:rPr>
          <w:rFonts w:ascii="Times New Roman" w:hAnsi="Times New Roman" w:eastAsia="宋体"/>
          <w:b w:val="0"/>
          <w:i w:val="0"/>
          <w:sz w:val="21"/>
        </w:rPr>
        <w:t>比值 PQ/RS 的最大可能值是多少？</w:t>
      </w:r>
    </w:p>
    <w:p>
      <w:pPr>
        <w:spacing w:before="0" w:after="120" w:line="300" w:lineRule="auto"/>
      </w:pPr>
      <w:r>
        <w:rPr>
          <w:rFonts w:ascii="Times New Roman" w:hAnsi="Times New Roman" w:eastAsia="宋体"/>
          <w:b w:val="0"/>
          <w:i w:val="0"/>
          <w:sz w:val="21"/>
        </w:rPr>
        <w:t>（A）3　　（B）5　　（C）3√(5)　　（D）7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Distinct points P, Q, R, S lie on the circle x²+y²=25 and have integer coordinates. The distances PQ and RS are irrational numbers.</w:t>
      </w:r>
    </w:p>
    <w:p>
      <w:pPr>
        <w:spacing w:before="0" w:after="80" w:line="300" w:lineRule="auto"/>
        <w:jc w:val="left"/>
      </w:pPr>
      <w:r>
        <w:rPr>
          <w:rFonts w:ascii="Times New Roman" w:hAnsi="Times New Roman" w:eastAsia="宋体"/>
          <w:b w:val="0"/>
          <w:i w:val="0"/>
          <w:color w:val="333333"/>
          <w:sz w:val="19"/>
        </w:rPr>
        <w:t>What is the greatest possible value of the ratio PQ/RS?</w:t>
      </w:r>
    </w:p>
    <w:p>
      <w:pPr>
        <w:spacing w:before="0" w:after="160" w:line="300" w:lineRule="auto"/>
      </w:pPr>
      <w:r>
        <w:rPr>
          <w:rFonts w:ascii="Times New Roman" w:hAnsi="Times New Roman" w:eastAsia="宋体"/>
          <w:b w:val="0"/>
          <w:i w:val="0"/>
          <w:color w:val="333333"/>
          <w:sz w:val="19"/>
        </w:rPr>
        <w:t>(A) 3　　(B) 5　　(C) 3√(5)　　(D) 7　　(E) 5√(2)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Amelia 有一枚正面朝上的概率为 1/3 的硬币，Blaine 有一枚正面朝上的概率为 2/5 的硬币。Amelia 和 Blaine 轮流抛自己的硬币，直到有人抛出正面；第一个抛出正面的人获胜。所有抛硬币事件相互独立。Amelia 先抛。Amelia 获胜的概率为 p/q，其中 p、q 是互质正整数。求 q-p。</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Amelia has a coin that lands heads with probability 1/3, and Blaine has a coin that lands on heads with probability 2/5. Amelia and Blaine alternately toss their coins until someone gets a head; the first one to get a head wins. All coin tosses are independent. Amelia goes first. The probability that Amelia wins is p/q, where p and q are relatively prime positive integers. What is q-p?</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Alice 拒绝坐在 Bob 或 Carla 旁边。Derek 拒绝坐在 Eric 旁边。在这些条件下，五个人坐成一排 5 把椅子有多少种方式？</w:t>
      </w:r>
    </w:p>
    <w:p>
      <w:pPr>
        <w:spacing w:before="0" w:after="120" w:line="300" w:lineRule="auto"/>
      </w:pPr>
      <w:r>
        <w:rPr>
          <w:rFonts w:ascii="Times New Roman" w:hAnsi="Times New Roman" w:eastAsia="宋体"/>
          <w:b w:val="0"/>
          <w:i w:val="0"/>
          <w:sz w:val="21"/>
        </w:rPr>
        <w:t>（A）12　　（B）16　　（C）28　　（D）32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refuses to sit next to either Bob or Carla. Derek refuses to sit next to Eric. How many ways are there for the five of them to sit in a row of 5 chairs under these conditions?</w:t>
      </w:r>
    </w:p>
    <w:p>
      <w:pPr>
        <w:spacing w:before="0" w:after="160" w:line="300" w:lineRule="auto"/>
      </w:pPr>
      <w:r>
        <w:rPr>
          <w:rFonts w:ascii="Times New Roman" w:hAnsi="Times New Roman" w:eastAsia="宋体"/>
          <w:b w:val="0"/>
          <w:i w:val="0"/>
          <w:color w:val="333333"/>
          <w:sz w:val="19"/>
        </w:rPr>
        <w:t>(A) 12　　(B) 16　　(C) 28　　(D) 32　　(E) 40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S(n) 表示正整数 n 的各位数字之和。例如，S(1507) = 13。对某个正整数 n，有 S(n) = 1274。</w:t>
      </w:r>
    </w:p>
    <w:p>
      <w:pPr>
        <w:spacing w:before="0" w:after="80" w:line="300" w:lineRule="auto"/>
        <w:jc w:val="left"/>
      </w:pPr>
      <w:r>
        <w:rPr>
          <w:rFonts w:ascii="Times New Roman" w:hAnsi="Times New Roman" w:eastAsia="宋体"/>
          <w:b w:val="0"/>
          <w:i w:val="0"/>
          <w:sz w:val="21"/>
        </w:rPr>
        <w:t>下面哪一个值可能等于 S(n+1)？</w:t>
      </w:r>
    </w:p>
    <w:p>
      <w:pPr>
        <w:spacing w:before="0" w:after="120" w:line="300" w:lineRule="auto"/>
      </w:pPr>
      <w:r>
        <w:rPr>
          <w:rFonts w:ascii="Times New Roman" w:hAnsi="Times New Roman" w:eastAsia="宋体"/>
          <w:b w:val="0"/>
          <w:i w:val="0"/>
          <w:sz w:val="21"/>
        </w:rPr>
        <w:t>（A）1　　（B）3　　（C）12　　（D）1239　　（E）1265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S(n) equal the sum of the digits of positive integer n. For example, S(1507) = 13. For a particular positive integer n, S(n) = 1274.</w:t>
      </w:r>
    </w:p>
    <w:p>
      <w:pPr>
        <w:spacing w:before="0" w:after="80" w:line="300" w:lineRule="auto"/>
        <w:jc w:val="left"/>
      </w:pPr>
      <w:r>
        <w:rPr>
          <w:rFonts w:ascii="Times New Roman" w:hAnsi="Times New Roman" w:eastAsia="宋体"/>
          <w:b w:val="0"/>
          <w:i w:val="0"/>
          <w:color w:val="333333"/>
          <w:sz w:val="19"/>
        </w:rPr>
        <w:t>Which of the following could be the value of S(n+1)?</w:t>
      </w:r>
    </w:p>
    <w:p>
      <w:pPr>
        <w:spacing w:before="0" w:after="160" w:line="300" w:lineRule="auto"/>
      </w:pPr>
      <w:r>
        <w:rPr>
          <w:rFonts w:ascii="Times New Roman" w:hAnsi="Times New Roman" w:eastAsia="宋体"/>
          <w:b w:val="0"/>
          <w:i w:val="0"/>
          <w:color w:val="333333"/>
          <w:sz w:val="19"/>
        </w:rPr>
        <w:t>(A) 1　　(B) 3　　(C) 12　　(D) 1239　　(E) 1265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一个边长为 x 的正方形内接于一个边长为 3、4、5 的直角三角形，使正方形的一个顶点与三角形的直角顶点重合。另一个边长为 y 的正方形内接于另一个边长为 3、4、5 的直角三角形，使正方形的一条边落在三角形的斜边上。求 x/y 的值。</w:t>
      </w:r>
    </w:p>
    <w:p>
      <w:pPr>
        <w:spacing w:before="0" w:after="120" w:line="300" w:lineRule="auto"/>
      </w:pPr>
      <w:r>
        <w:rPr>
          <w:rFonts w:ascii="Times New Roman" w:hAnsi="Times New Roman" w:eastAsia="宋体"/>
          <w:b w:val="0"/>
          <w:i w:val="0"/>
          <w:sz w:val="21"/>
        </w:rPr>
        <w:t>（A）12/13　　（B）35/37　　（C）1　　（D）37/35　　（E）13/12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side length x is inscribed in a right triangle with sides of length 3, 4, and 5 so that one vertex of the square coincides with the right-angle vertex of the triangle. A square with side length y is inscribed in another right triangle with sides of length 3, 4, and 5 so that one side of the square lies on the hypotenuse of the triangle. What is x/y?</w:t>
      </w:r>
    </w:p>
    <w:p>
      <w:pPr>
        <w:spacing w:before="0" w:after="160" w:line="300" w:lineRule="auto"/>
      </w:pPr>
      <w:r>
        <w:rPr>
          <w:rFonts w:ascii="Times New Roman" w:hAnsi="Times New Roman" w:eastAsia="宋体"/>
          <w:b w:val="0"/>
          <w:i w:val="0"/>
          <w:color w:val="333333"/>
          <w:sz w:val="19"/>
        </w:rPr>
        <w:t>(A) 12/13　　(B) 35/37　　(C) 1　　(D) 37/35　　(E) 13/12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等边三角形 ABC 的边 AB 和 AC 分别在点 B 和 C 处与一个圆相切。△ ABC 的面积中，有多少比例在圆外？</w:t>
      </w:r>
    </w:p>
    <w:p>
      <w:pPr>
        <w:spacing w:before="0" w:after="120" w:line="300" w:lineRule="auto"/>
      </w:pPr>
      <w:r>
        <w:rPr>
          <w:rFonts w:ascii="Times New Roman" w:hAnsi="Times New Roman" w:eastAsia="宋体"/>
          <w:b w:val="0"/>
          <w:i w:val="0"/>
          <w:sz w:val="21"/>
        </w:rPr>
        <w:t>（A）(4√(3)π)/27-1/3　　（B）(√(3))/2-π/8　　（C）1/2　　（D）√(3)-(2√(3)π)/9　　（E）4/3-(4√(3)π)/27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Sides AB and AC of equilateral triangle ABC are tangent to a circle at points B and C respectively. What fraction of the area of △ ABC lies outside the circle?</w:t>
      </w:r>
    </w:p>
    <w:p>
      <w:pPr>
        <w:spacing w:before="0" w:after="160" w:line="300" w:lineRule="auto"/>
      </w:pPr>
      <w:r>
        <w:rPr>
          <w:rFonts w:ascii="Times New Roman" w:hAnsi="Times New Roman" w:eastAsia="宋体"/>
          <w:b w:val="0"/>
          <w:i w:val="0"/>
          <w:color w:val="333333"/>
          <w:sz w:val="19"/>
        </w:rPr>
        <w:t>(A) (4√(3)π)/27-1/3　　(B) (√(3))/2-π/8　　(C) 1/2　　(D) √(3)-(2√(3)π)/9　　(E) 4/3-(4√(3)π)/27</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在坐标平面中，所有顶点都在点 (i,j) 上、面积为正的三角形有多少个？其中 i 和 j 都是 1 到 5 之间的整数（含端点）。</w:t>
      </w:r>
    </w:p>
    <w:p>
      <w:pPr>
        <w:spacing w:before="0" w:after="120" w:line="300" w:lineRule="auto"/>
      </w:pPr>
      <w:r>
        <w:rPr>
          <w:rFonts w:ascii="Times New Roman" w:hAnsi="Times New Roman" w:eastAsia="宋体"/>
          <w:b w:val="0"/>
          <w:i w:val="0"/>
          <w:sz w:val="21"/>
        </w:rPr>
        <w:t>（A）2128　　（B）2148　　（C）2160　　（D）2200　　（E）2300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triangles with positive area have all their vertices at points (i,j) in the coordinate plane, where i and j are integers between 1 and 5, inclusive?</w:t>
      </w:r>
    </w:p>
    <w:p>
      <w:pPr>
        <w:spacing w:before="0" w:after="160" w:line="300" w:lineRule="auto"/>
      </w:pPr>
      <w:r>
        <w:rPr>
          <w:rFonts w:ascii="Times New Roman" w:hAnsi="Times New Roman" w:eastAsia="宋体"/>
          <w:b w:val="0"/>
          <w:i w:val="0"/>
          <w:color w:val="333333"/>
          <w:sz w:val="19"/>
        </w:rPr>
        <w:t>(A) 2128　　(B) 2148　　(C) 2160　　(D) 2200　　(E) 2300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对于某些实数 a、b 和 c，多项式</w:t>
      </w:r>
    </w:p>
    <w:p>
      <w:pPr>
        <w:spacing w:before="0" w:after="80" w:line="300" w:lineRule="auto"/>
        <w:jc w:val="left"/>
      </w:pPr>
      <w:r>
        <w:rPr>
          <w:rFonts w:ascii="Times New Roman" w:hAnsi="Times New Roman" w:eastAsia="宋体"/>
          <w:b w:val="0"/>
          <w:i w:val="0"/>
          <w:sz w:val="21"/>
        </w:rPr>
        <w:t>g(x) = x³ + ax² + x + 10</w:t>
      </w:r>
    </w:p>
    <w:p>
      <w:pPr>
        <w:spacing w:before="0" w:after="80" w:line="300" w:lineRule="auto"/>
        <w:jc w:val="left"/>
      </w:pPr>
      <w:r>
        <w:rPr>
          <w:rFonts w:ascii="Times New Roman" w:hAnsi="Times New Roman" w:eastAsia="宋体"/>
          <w:b w:val="0"/>
          <w:i w:val="0"/>
          <w:sz w:val="21"/>
        </w:rPr>
        <w:t>有三个不同的根，并且 g(x) 的每个根也都是多项式</w:t>
      </w:r>
    </w:p>
    <w:p>
      <w:pPr>
        <w:spacing w:before="0" w:after="80" w:line="300" w:lineRule="auto"/>
        <w:jc w:val="left"/>
      </w:pPr>
      <w:r>
        <w:rPr>
          <w:rFonts w:ascii="Times New Roman" w:hAnsi="Times New Roman" w:eastAsia="宋体"/>
          <w:b w:val="0"/>
          <w:i w:val="0"/>
          <w:sz w:val="21"/>
        </w:rPr>
        <w:t>f(x) = x⁴ + x³</w:t>
      </w:r>
    </w:p>
    <w:p>
      <w:pPr>
        <w:spacing w:before="0" w:after="80" w:line="300" w:lineRule="auto"/>
        <w:jc w:val="left"/>
      </w:pPr>
      <w:r>
        <w:rPr>
          <w:rFonts w:ascii="Times New Roman" w:hAnsi="Times New Roman" w:eastAsia="宋体"/>
          <w:b w:val="0"/>
          <w:i w:val="0"/>
          <w:sz w:val="21"/>
        </w:rPr>
        <w:t>+ bx² + 100x + c</w:t>
      </w:r>
    </w:p>
    <w:p>
      <w:pPr>
        <w:spacing w:before="0" w:after="80" w:line="300" w:lineRule="auto"/>
        <w:jc w:val="left"/>
      </w:pPr>
      <w:r>
        <w:rPr>
          <w:rFonts w:ascii="Times New Roman" w:hAnsi="Times New Roman" w:eastAsia="宋体"/>
          <w:b w:val="0"/>
          <w:i w:val="0"/>
          <w:sz w:val="21"/>
        </w:rPr>
        <w:t>的根。求 f(1)。</w:t>
      </w:r>
    </w:p>
    <w:p>
      <w:pPr>
        <w:spacing w:before="0" w:after="120" w:line="300" w:lineRule="auto"/>
      </w:pPr>
      <w:r>
        <w:rPr>
          <w:rFonts w:ascii="Times New Roman" w:hAnsi="Times New Roman" w:eastAsia="宋体"/>
          <w:b w:val="0"/>
          <w:i w:val="0"/>
          <w:sz w:val="21"/>
        </w:rPr>
        <w:t>（A）-9009　　（B）-8008　　（C）-7007　　（D）-6006　　（E）-5005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certain real numbers a, b, and c, the polynomial</w:t>
      </w:r>
    </w:p>
    <w:p>
      <w:pPr>
        <w:spacing w:before="0" w:after="80" w:line="300" w:lineRule="auto"/>
        <w:jc w:val="left"/>
      </w:pPr>
      <w:r>
        <w:rPr>
          <w:rFonts w:ascii="Times New Roman" w:hAnsi="Times New Roman" w:eastAsia="宋体"/>
          <w:b w:val="0"/>
          <w:i w:val="0"/>
          <w:color w:val="333333"/>
          <w:sz w:val="19"/>
        </w:rPr>
        <w:t>g(x) = x³ + ax² + x + 10</w:t>
      </w:r>
    </w:p>
    <w:p>
      <w:pPr>
        <w:spacing w:before="0" w:after="80" w:line="300" w:lineRule="auto"/>
        <w:jc w:val="left"/>
      </w:pPr>
      <w:r>
        <w:rPr>
          <w:rFonts w:ascii="Times New Roman" w:hAnsi="Times New Roman" w:eastAsia="宋体"/>
          <w:b w:val="0"/>
          <w:i w:val="0"/>
          <w:color w:val="333333"/>
          <w:sz w:val="19"/>
        </w:rPr>
        <w:t>has three distinct roots, and each root of g(x) is also a root of the polynomial</w:t>
      </w:r>
    </w:p>
    <w:p>
      <w:pPr>
        <w:spacing w:before="0" w:after="80" w:line="300" w:lineRule="auto"/>
        <w:jc w:val="left"/>
      </w:pPr>
      <w:r>
        <w:rPr>
          <w:rFonts w:ascii="Times New Roman" w:hAnsi="Times New Roman" w:eastAsia="宋体"/>
          <w:b w:val="0"/>
          <w:i w:val="0"/>
          <w:color w:val="333333"/>
          <w:sz w:val="19"/>
        </w:rPr>
        <w:t>f(x) = x⁴ + x³</w:t>
      </w:r>
    </w:p>
    <w:p>
      <w:pPr>
        <w:spacing w:before="0" w:after="80" w:line="300" w:lineRule="auto"/>
        <w:jc w:val="left"/>
      </w:pPr>
      <w:r>
        <w:rPr>
          <w:rFonts w:ascii="Times New Roman" w:hAnsi="Times New Roman" w:eastAsia="宋体"/>
          <w:b w:val="0"/>
          <w:i w:val="0"/>
          <w:color w:val="333333"/>
          <w:sz w:val="19"/>
        </w:rPr>
        <w:t>+ bx² + 100x + c.</w:t>
      </w:r>
    </w:p>
    <w:p>
      <w:pPr>
        <w:spacing w:before="0" w:after="80" w:line="300" w:lineRule="auto"/>
        <w:jc w:val="left"/>
      </w:pPr>
      <w:r>
        <w:rPr>
          <w:rFonts w:ascii="Times New Roman" w:hAnsi="Times New Roman" w:eastAsia="宋体"/>
          <w:b w:val="0"/>
          <w:i w:val="0"/>
          <w:color w:val="333333"/>
          <w:sz w:val="19"/>
        </w:rPr>
        <w:t>What is f(1)?</w:t>
      </w:r>
    </w:p>
    <w:p>
      <w:pPr>
        <w:spacing w:before="0" w:after="160" w:line="300" w:lineRule="auto"/>
      </w:pPr>
      <w:r>
        <w:rPr>
          <w:rFonts w:ascii="Times New Roman" w:hAnsi="Times New Roman" w:eastAsia="宋体"/>
          <w:b w:val="0"/>
          <w:i w:val="0"/>
          <w:color w:val="333333"/>
          <w:sz w:val="19"/>
        </w:rPr>
        <w:t>(A) -9009　　(B) -8008　　(C) -7007　　(D) -6006　　(E) -5005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 100 到 999（含端点）之间，有多少个整数具有如下性质：它的数字经过某种排列后，是一个从 100 到 999 的 11 的倍数？例如，121 和 211 都具有这个性质。</w:t>
      </w:r>
    </w:p>
    <w:p>
      <w:pPr>
        <w:spacing w:before="0" w:after="120" w:line="300" w:lineRule="auto"/>
      </w:pPr>
      <w:r>
        <w:rPr>
          <w:rFonts w:ascii="Times New Roman" w:hAnsi="Times New Roman" w:eastAsia="宋体"/>
          <w:b w:val="0"/>
          <w:i w:val="0"/>
          <w:sz w:val="21"/>
        </w:rPr>
        <w:t>（A）226　　（B）243　　（C）270　　（D）469　　（E）486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between 100 and 999, inclusive, have the property that some permutation of its digits is a multiple of 11 between 100 and 999? For example, both 121 and 211 have this property.</w:t>
      </w:r>
    </w:p>
    <w:p>
      <w:pPr>
        <w:spacing w:before="0" w:after="160" w:line="300" w:lineRule="auto"/>
      </w:pPr>
      <w:r>
        <w:rPr>
          <w:rFonts w:ascii="Times New Roman" w:hAnsi="Times New Roman" w:eastAsia="宋体"/>
          <w:b w:val="0"/>
          <w:i w:val="0"/>
          <w:color w:val="333333"/>
          <w:sz w:val="19"/>
        </w:rPr>
        <w:t>(A) 226　　(B) 243　　(C) 270　　(D) 469　　(E) 486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B　B　C　B　A　B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E　D　D　C　B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D　E　B　C　A</w:t>
      </w:r>
    </w:p>
    <w:p>
      <w:pPr>
        <w:spacing w:before="0" w:after="200" w:line="300" w:lineRule="auto"/>
      </w:pPr>
      <w:r>
        <w:rPr>
          <w:rFonts w:ascii="Times New Roman" w:hAnsi="Times New Roman" w:eastAsia="宋体"/>
          <w:b w:val="0"/>
          <w:i w:val="0"/>
          <w:color w:val="666666"/>
          <w:sz w:val="18"/>
        </w:rPr>
        <w:t>答案串：CDBBCBABCBDEDDCBDDCDDEBCA</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从最内层的 2+1 开始，每向外一层，就把当前值乘以二再加 1。依次得到</w:t>
      </w:r>
    </w:p>
    <w:p>
      <w:pPr>
        <w:spacing w:before="0" w:after="80" w:line="300" w:lineRule="auto"/>
        <w:jc w:val="left"/>
      </w:pPr>
      <w:r>
        <w:rPr>
          <w:rFonts w:ascii="Times New Roman" w:hAnsi="Times New Roman" w:eastAsia="宋体"/>
          <w:b w:val="0"/>
          <w:i w:val="0"/>
          <w:sz w:val="21"/>
        </w:rPr>
        <w:t>3,7,15,31,63,127。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with the innermost 2+1, each new layer doubles the current value and adds 1. The successive values are</w:t>
      </w:r>
    </w:p>
    <w:p>
      <w:pPr>
        <w:spacing w:before="0" w:after="80" w:line="300" w:lineRule="auto"/>
        <w:jc w:val="left"/>
      </w:pPr>
      <w:r>
        <w:rPr>
          <w:rFonts w:ascii="Times New Roman" w:hAnsi="Times New Roman" w:eastAsia="宋体"/>
          <w:b w:val="0"/>
          <w:i w:val="0"/>
          <w:color w:val="333333"/>
          <w:sz w:val="19"/>
        </w:rPr>
        <w:t>3,7,15,31,63,127.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五支装盒子最划算，$3 可以买五支。</w:t>
      </w:r>
    </w:p>
    <w:p>
      <w:pPr>
        <w:spacing w:before="0" w:after="80" w:line="300" w:lineRule="auto"/>
        <w:jc w:val="left"/>
      </w:pPr>
      <w:r>
        <w:rPr>
          <w:rFonts w:ascii="Times New Roman" w:hAnsi="Times New Roman" w:eastAsia="宋体"/>
          <w:b w:val="0"/>
          <w:i w:val="0"/>
          <w:sz w:val="21"/>
        </w:rPr>
        <w:t>用六美元买两盒，可得 5 · 2 = 10 支，还剩 $8 - $6 = $2。</w:t>
      </w:r>
    </w:p>
    <w:p>
      <w:pPr>
        <w:spacing w:before="0" w:after="80" w:line="300" w:lineRule="auto"/>
        <w:jc w:val="left"/>
      </w:pPr>
      <w:r>
        <w:rPr>
          <w:rFonts w:ascii="Times New Roman" w:hAnsi="Times New Roman" w:eastAsia="宋体"/>
          <w:b w:val="0"/>
          <w:i w:val="0"/>
          <w:sz w:val="21"/>
        </w:rPr>
        <w:t>$1 的单支冰棒最不划算，所以剩下的钱应买一个 3 支装盒子。</w:t>
      </w:r>
    </w:p>
    <w:p>
      <w:pPr>
        <w:spacing w:before="0" w:after="80" w:line="300" w:lineRule="auto"/>
        <w:jc w:val="left"/>
      </w:pPr>
      <w:r>
        <w:rPr>
          <w:rFonts w:ascii="Times New Roman" w:hAnsi="Times New Roman" w:eastAsia="宋体"/>
          <w:b w:val="0"/>
          <w:i w:val="0"/>
          <w:sz w:val="21"/>
        </w:rPr>
        <w:t>总数为 10 + 3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$3 boxes give us the most popsicles per dollar, so we want to buy as many of those as possible.</w:t>
      </w:r>
    </w:p>
    <w:p>
      <w:pPr>
        <w:spacing w:before="0" w:after="80" w:line="300" w:lineRule="auto"/>
        <w:jc w:val="left"/>
      </w:pPr>
      <w:r>
        <w:rPr>
          <w:rFonts w:ascii="Times New Roman" w:hAnsi="Times New Roman" w:eastAsia="宋体"/>
          <w:b w:val="0"/>
          <w:i w:val="0"/>
          <w:color w:val="333333"/>
          <w:sz w:val="19"/>
        </w:rPr>
        <w:t>We can buy two of those, getting 5 · 2 = 10 popsicles with $8 - $6 = $2 remaining.</w:t>
      </w:r>
    </w:p>
    <w:p>
      <w:pPr>
        <w:spacing w:before="0" w:after="80" w:line="300" w:lineRule="auto"/>
        <w:jc w:val="left"/>
      </w:pPr>
      <w:r>
        <w:rPr>
          <w:rFonts w:ascii="Times New Roman" w:hAnsi="Times New Roman" w:eastAsia="宋体"/>
          <w:b w:val="0"/>
          <w:i w:val="0"/>
          <w:color w:val="333333"/>
          <w:sz w:val="19"/>
        </w:rPr>
        <w:t>The $1 single popsicles are the worst deal, so Pablo should spend the rest of his money on the 3-popsicle box.</w:t>
      </w:r>
    </w:p>
    <w:p>
      <w:pPr>
        <w:spacing w:before="0" w:after="80" w:line="300" w:lineRule="auto"/>
        <w:jc w:val="left"/>
      </w:pPr>
      <w:r>
        <w:rPr>
          <w:rFonts w:ascii="Times New Roman" w:hAnsi="Times New Roman" w:eastAsia="宋体"/>
          <w:b w:val="0"/>
          <w:i w:val="0"/>
          <w:color w:val="333333"/>
          <w:sz w:val="19"/>
        </w:rPr>
        <w:t>He then ends up with 10 + 3 = 13 popsicles.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花园总宽为</w:t>
      </w:r>
    </w:p>
    <w:p>
      <w:pPr>
        <w:spacing w:before="0" w:after="80" w:line="300" w:lineRule="auto"/>
        <w:jc w:val="left"/>
      </w:pPr>
      <w:r>
        <w:rPr>
          <w:rFonts w:ascii="Times New Roman" w:hAnsi="Times New Roman" w:eastAsia="宋体"/>
          <w:b w:val="0"/>
          <w:i w:val="0"/>
          <w:sz w:val="21"/>
        </w:rPr>
        <w:t>2 · 6 + 3 · 1 = 15，</w:t>
      </w:r>
    </w:p>
    <w:p>
      <w:pPr>
        <w:spacing w:before="0" w:after="80" w:line="300" w:lineRule="auto"/>
        <w:jc w:val="left"/>
      </w:pPr>
      <w:r>
        <w:rPr>
          <w:rFonts w:ascii="Times New Roman" w:hAnsi="Times New Roman" w:eastAsia="宋体"/>
          <w:b w:val="0"/>
          <w:i w:val="0"/>
          <w:sz w:val="21"/>
        </w:rPr>
        <w:t>总高为</w:t>
      </w:r>
    </w:p>
    <w:p>
      <w:pPr>
        <w:spacing w:before="0" w:after="80" w:line="300" w:lineRule="auto"/>
        <w:jc w:val="left"/>
      </w:pPr>
      <w:r>
        <w:rPr>
          <w:rFonts w:ascii="Times New Roman" w:hAnsi="Times New Roman" w:eastAsia="宋体"/>
          <w:b w:val="0"/>
          <w:i w:val="0"/>
          <w:sz w:val="21"/>
        </w:rPr>
        <w:t>3 · 2 + 4 · 1 = 10。</w:t>
      </w:r>
    </w:p>
    <w:p>
      <w:pPr>
        <w:spacing w:before="0" w:after="80" w:line="300" w:lineRule="auto"/>
        <w:jc w:val="left"/>
      </w:pPr>
      <w:r>
        <w:rPr>
          <w:rFonts w:ascii="Times New Roman" w:hAnsi="Times New Roman" w:eastAsia="宋体"/>
          <w:b w:val="0"/>
          <w:i w:val="0"/>
          <w:sz w:val="21"/>
        </w:rPr>
        <w:t>因此花园总面积为 15 · 10 = 150。所有花坛的总面积为</w:t>
      </w:r>
    </w:p>
    <w:p>
      <w:pPr>
        <w:spacing w:before="0" w:after="80" w:line="300" w:lineRule="auto"/>
        <w:jc w:val="left"/>
      </w:pPr>
      <w:r>
        <w:rPr>
          <w:rFonts w:ascii="Times New Roman" w:hAnsi="Times New Roman" w:eastAsia="宋体"/>
          <w:b w:val="0"/>
          <w:i w:val="0"/>
          <w:sz w:val="21"/>
        </w:rPr>
        <w:t>6 · 2 · 6 = 72。</w:t>
      </w:r>
    </w:p>
    <w:p>
      <w:pPr>
        <w:spacing w:before="0" w:after="80" w:line="300" w:lineRule="auto"/>
        <w:jc w:val="left"/>
      </w:pPr>
      <w:r>
        <w:rPr>
          <w:rFonts w:ascii="Times New Roman" w:hAnsi="Times New Roman" w:eastAsia="宋体"/>
          <w:b w:val="0"/>
          <w:i w:val="0"/>
          <w:sz w:val="21"/>
        </w:rPr>
        <w:t>用花园面积减去花坛面积，得到小路面积 150 - 72 = 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see that the width of the garden is</w:t>
      </w:r>
    </w:p>
    <w:p>
      <w:pPr>
        <w:spacing w:before="0" w:after="80" w:line="300" w:lineRule="auto"/>
        <w:jc w:val="left"/>
      </w:pPr>
      <w:r>
        <w:rPr>
          <w:rFonts w:ascii="Times New Roman" w:hAnsi="Times New Roman" w:eastAsia="宋体"/>
          <w:b w:val="0"/>
          <w:i w:val="0"/>
          <w:color w:val="333333"/>
          <w:sz w:val="19"/>
        </w:rPr>
        <w:t>2 · 6 + 3 · 1 = 15.</w:t>
      </w:r>
    </w:p>
    <w:p>
      <w:pPr>
        <w:spacing w:before="0" w:after="80" w:line="300" w:lineRule="auto"/>
        <w:jc w:val="left"/>
      </w:pPr>
      <w:r>
        <w:rPr>
          <w:rFonts w:ascii="Times New Roman" w:hAnsi="Times New Roman" w:eastAsia="宋体"/>
          <w:b w:val="0"/>
          <w:i w:val="0"/>
          <w:color w:val="333333"/>
          <w:sz w:val="19"/>
        </w:rPr>
        <w:t>We can also see that the height is</w:t>
      </w:r>
    </w:p>
    <w:p>
      <w:pPr>
        <w:spacing w:before="0" w:after="80" w:line="300" w:lineRule="auto"/>
        <w:jc w:val="left"/>
      </w:pPr>
      <w:r>
        <w:rPr>
          <w:rFonts w:ascii="Times New Roman" w:hAnsi="Times New Roman" w:eastAsia="宋体"/>
          <w:b w:val="0"/>
          <w:i w:val="0"/>
          <w:color w:val="333333"/>
          <w:sz w:val="19"/>
        </w:rPr>
        <w:t>3 · 2 + 4 · 1 = 10.</w:t>
      </w:r>
    </w:p>
    <w:p>
      <w:pPr>
        <w:spacing w:before="0" w:after="80" w:line="300" w:lineRule="auto"/>
        <w:jc w:val="left"/>
      </w:pPr>
      <w:r>
        <w:rPr>
          <w:rFonts w:ascii="Times New Roman" w:hAnsi="Times New Roman" w:eastAsia="宋体"/>
          <w:b w:val="0"/>
          <w:i w:val="0"/>
          <w:color w:val="333333"/>
          <w:sz w:val="19"/>
        </w:rPr>
        <w:t>The total area of the garden is therefore 15 · 10 = 150. The area of all the flower beds is</w:t>
      </w:r>
    </w:p>
    <w:p>
      <w:pPr>
        <w:spacing w:before="0" w:after="80" w:line="300" w:lineRule="auto"/>
        <w:jc w:val="left"/>
      </w:pPr>
      <w:r>
        <w:rPr>
          <w:rFonts w:ascii="Times New Roman" w:hAnsi="Times New Roman" w:eastAsia="宋体"/>
          <w:b w:val="0"/>
          <w:i w:val="0"/>
          <w:color w:val="333333"/>
          <w:sz w:val="19"/>
        </w:rPr>
        <w:t>6 · 2 · 6 = 72.</w:t>
      </w:r>
    </w:p>
    <w:p>
      <w:pPr>
        <w:spacing w:before="0" w:after="80" w:line="300" w:lineRule="auto"/>
        <w:jc w:val="left"/>
      </w:pPr>
      <w:r>
        <w:rPr>
          <w:rFonts w:ascii="Times New Roman" w:hAnsi="Times New Roman" w:eastAsia="宋体"/>
          <w:b w:val="0"/>
          <w:i w:val="0"/>
          <w:color w:val="333333"/>
          <w:sz w:val="19"/>
        </w:rPr>
        <w:t>Subtracting this from the area of the garden yields 150 - 72 = 78, which is the area of the walkways.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每 30 秒妈妈放入 3 个，然后 Mia 拿出 2 个，通常净增加 +1 个。</w:t>
      </w:r>
    </w:p>
    <w:p>
      <w:pPr>
        <w:spacing w:before="0" w:after="80" w:line="300" w:lineRule="auto"/>
        <w:jc w:val="left"/>
      </w:pPr>
      <w:r>
        <w:rPr>
          <w:rFonts w:ascii="Times New Roman" w:hAnsi="Times New Roman" w:eastAsia="宋体"/>
          <w:b w:val="0"/>
          <w:i w:val="0"/>
          <w:sz w:val="21"/>
        </w:rPr>
        <w:t>不过最后阶段要特别注意：妈妈放入玩具后、Mia 拿出玩具前，箱中可能已经第一次达到 30 个。</w:t>
      </w:r>
    </w:p>
    <w:p>
      <w:pPr>
        <w:spacing w:before="0" w:after="80" w:line="300" w:lineRule="auto"/>
        <w:jc w:val="left"/>
      </w:pPr>
      <w:r>
        <w:rPr>
          <w:rFonts w:ascii="Times New Roman" w:hAnsi="Times New Roman" w:eastAsia="宋体"/>
          <w:b w:val="0"/>
          <w:i w:val="0"/>
          <w:sz w:val="21"/>
        </w:rPr>
        <w:t>当箱中已有 27 个玩具时，妈妈再放入 3 个，就有 30 个玩具。</w:t>
      </w:r>
    </w:p>
    <w:p>
      <w:pPr>
        <w:spacing w:before="0" w:after="80" w:line="300" w:lineRule="auto"/>
        <w:jc w:val="left"/>
      </w:pPr>
      <w:r>
        <w:rPr>
          <w:rFonts w:ascii="Times New Roman" w:hAnsi="Times New Roman" w:eastAsia="宋体"/>
          <w:b w:val="0"/>
          <w:i w:val="0"/>
          <w:sz w:val="21"/>
        </w:rPr>
        <w:t>这需要 27 · 30 秒，再加上 30 秒，即</w:t>
      </w:r>
    </w:p>
    <w:p>
      <w:pPr>
        <w:spacing w:before="0" w:after="80" w:line="300" w:lineRule="auto"/>
        <w:jc w:val="left"/>
      </w:pPr>
      <w:r>
        <w:rPr>
          <w:rFonts w:ascii="Times New Roman" w:hAnsi="Times New Roman" w:eastAsia="宋体"/>
          <w:b w:val="0"/>
          <w:i w:val="0"/>
          <w:sz w:val="21"/>
        </w:rPr>
        <w:t>28 · 30 ÷ 60 = 14</w:t>
      </w:r>
    </w:p>
    <w:p>
      <w:pPr>
        <w:spacing w:before="0" w:after="80" w:line="300" w:lineRule="auto"/>
        <w:jc w:val="left"/>
      </w:pPr>
      <w:r>
        <w:rPr>
          <w:rFonts w:ascii="Times New Roman" w:hAnsi="Times New Roman" w:eastAsia="宋体"/>
          <w:b w:val="0"/>
          <w:i w:val="0"/>
          <w:sz w:val="21"/>
        </w:rPr>
        <w:t>分钟，箱中第一次达到 30 个玩具。</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after 30 seconds, there are 3 toys added and 2 removed, leaving a net total of +1 toys in the box.</w:t>
      </w:r>
    </w:p>
    <w:p>
      <w:pPr>
        <w:spacing w:before="0" w:after="80" w:line="300" w:lineRule="auto"/>
        <w:jc w:val="left"/>
      </w:pPr>
      <w:r>
        <w:rPr>
          <w:rFonts w:ascii="Times New Roman" w:hAnsi="Times New Roman" w:eastAsia="宋体"/>
          <w:b w:val="0"/>
          <w:i w:val="0"/>
          <w:color w:val="333333"/>
          <w:sz w:val="19"/>
        </w:rPr>
        <w:t>We have to be careful towards the end, however, since it is possible for the box to have 30 toys right after Mia’s mom adds the toys and before Mia removes them.</w:t>
      </w:r>
    </w:p>
    <w:p>
      <w:pPr>
        <w:spacing w:before="0" w:after="80" w:line="300" w:lineRule="auto"/>
        <w:jc w:val="left"/>
      </w:pPr>
      <w:r>
        <w:rPr>
          <w:rFonts w:ascii="Times New Roman" w:hAnsi="Times New Roman" w:eastAsia="宋体"/>
          <w:b w:val="0"/>
          <w:i w:val="0"/>
          <w:color w:val="333333"/>
          <w:sz w:val="19"/>
        </w:rPr>
        <w:t>After there are 27 toys in the box, Mia’s mom can add 3, leaving 30 toys in the box.</w:t>
      </w:r>
    </w:p>
    <w:p>
      <w:pPr>
        <w:spacing w:before="0" w:after="80" w:line="300" w:lineRule="auto"/>
        <w:jc w:val="left"/>
      </w:pPr>
      <w:r>
        <w:rPr>
          <w:rFonts w:ascii="Times New Roman" w:hAnsi="Times New Roman" w:eastAsia="宋体"/>
          <w:b w:val="0"/>
          <w:i w:val="0"/>
          <w:color w:val="333333"/>
          <w:sz w:val="19"/>
        </w:rPr>
        <w:t>It will take 27 · 30 seconds, plus another 30 seconds, which gives us</w:t>
      </w:r>
    </w:p>
    <w:p>
      <w:pPr>
        <w:spacing w:before="0" w:after="80" w:line="300" w:lineRule="auto"/>
        <w:jc w:val="left"/>
      </w:pPr>
      <w:r>
        <w:rPr>
          <w:rFonts w:ascii="Times New Roman" w:hAnsi="Times New Roman" w:eastAsia="宋体"/>
          <w:b w:val="0"/>
          <w:i w:val="0"/>
          <w:color w:val="333333"/>
          <w:sz w:val="19"/>
        </w:rPr>
        <w:t>28 · 30 ÷ 60 = 14</w:t>
      </w:r>
    </w:p>
    <w:p>
      <w:pPr>
        <w:spacing w:before="0" w:after="80" w:line="300" w:lineRule="auto"/>
        <w:jc w:val="left"/>
      </w:pPr>
      <w:r>
        <w:rPr>
          <w:rFonts w:ascii="Times New Roman" w:hAnsi="Times New Roman" w:eastAsia="宋体"/>
          <w:b w:val="0"/>
          <w:i w:val="0"/>
          <w:color w:val="333333"/>
          <w:sz w:val="19"/>
        </w:rPr>
        <w:t>minutes to get 30 toys in the box.</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设两个数为 x、y。题目给出 x + y = 4xy。</w:t>
      </w:r>
    </w:p>
    <w:p>
      <w:pPr>
        <w:spacing w:before="0" w:after="80" w:line="300" w:lineRule="auto"/>
        <w:jc w:val="left"/>
      </w:pPr>
      <w:r>
        <w:rPr>
          <w:rFonts w:ascii="Times New Roman" w:hAnsi="Times New Roman" w:eastAsia="宋体"/>
          <w:b w:val="0"/>
          <w:i w:val="0"/>
          <w:sz w:val="21"/>
        </w:rPr>
        <w:t>因为两数非零，可以用它们的乘积作分母：</w:t>
      </w:r>
    </w:p>
    <w:p>
      <w:pPr>
        <w:spacing w:before="0" w:after="80" w:line="300" w:lineRule="auto"/>
        <w:jc w:val="left"/>
      </w:pPr>
      <w:r>
        <w:rPr>
          <w:rFonts w:ascii="Times New Roman" w:hAnsi="Times New Roman" w:eastAsia="宋体"/>
          <w:b w:val="0"/>
          <w:i w:val="0"/>
          <w:sz w:val="21"/>
        </w:rPr>
        <w:t>1/x + 1/y = (x + y)/xy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the two numbers. We are given that x + y = 4xy.</w:t>
      </w:r>
    </w:p>
    <w:p>
      <w:pPr>
        <w:spacing w:before="0" w:after="80" w:line="300" w:lineRule="auto"/>
        <w:jc w:val="left"/>
      </w:pPr>
      <w:r>
        <w:rPr>
          <w:rFonts w:ascii="Times New Roman" w:hAnsi="Times New Roman" w:eastAsia="宋体"/>
          <w:b w:val="0"/>
          <w:i w:val="0"/>
          <w:color w:val="333333"/>
          <w:sz w:val="19"/>
        </w:rPr>
        <w:t>Note that</w:t>
      </w:r>
    </w:p>
    <w:p>
      <w:pPr>
        <w:spacing w:before="0" w:after="80" w:line="300" w:lineRule="auto"/>
        <w:jc w:val="left"/>
      </w:pPr>
      <w:r>
        <w:rPr>
          <w:rFonts w:ascii="Times New Roman" w:hAnsi="Times New Roman" w:eastAsia="宋体"/>
          <w:b w:val="0"/>
          <w:i w:val="0"/>
          <w:color w:val="333333"/>
          <w:sz w:val="19"/>
        </w:rPr>
        <w:t>1/x + 1/y = (x + y)/xy =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这个承诺是说：只要所有选择题都答对，就一定能得到 A。它的逆否命题是：任何没有得到 A 的人，一定没有把所有选择题都答对。换句话说，那个人至少答错了一道选择题。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promise says that getting every multiple choice question right guarantees an A. Its contrapositive is that anyone who did not receive an A must not have gotten every multiple choice question right. In other words, that person got at least one multiple choice question wrong.</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设正方形边长为 s。Jerry 的路程是 2s，Silvia 的直线路程是 s√(2)。</w:t>
      </w:r>
    </w:p>
    <w:p>
      <w:pPr>
        <w:spacing w:before="0" w:after="80" w:line="300" w:lineRule="auto"/>
        <w:jc w:val="left"/>
      </w:pPr>
      <w:r>
        <w:rPr>
          <w:rFonts w:ascii="Times New Roman" w:hAnsi="Times New Roman" w:eastAsia="宋体"/>
          <w:b w:val="0"/>
          <w:i w:val="0"/>
          <w:sz w:val="21"/>
        </w:rPr>
        <w:t>因此 Silvia 比 Jerry 少走的比例为</w:t>
      </w:r>
    </w:p>
    <w:p>
      <w:pPr>
        <w:spacing w:before="0" w:after="80" w:line="300" w:lineRule="auto"/>
        <w:jc w:val="left"/>
      </w:pPr>
      <w:r>
        <w:rPr>
          <w:rFonts w:ascii="Times New Roman" w:hAnsi="Times New Roman" w:eastAsia="宋体"/>
          <w:b w:val="0"/>
          <w:i w:val="0"/>
          <w:sz w:val="21"/>
        </w:rPr>
        <w:t>(2s - s√(2))/2s = (2 - √(2))/2</w:t>
      </w:r>
    </w:p>
    <w:p>
      <w:pPr>
        <w:spacing w:before="0" w:after="80" w:line="300" w:lineRule="auto"/>
        <w:jc w:val="left"/>
      </w:pPr>
      <w:r>
        <w:rPr>
          <w:rFonts w:ascii="Times New Roman" w:hAnsi="Times New Roman" w:eastAsia="宋体"/>
          <w:b w:val="0"/>
          <w:i w:val="0"/>
          <w:sz w:val="21"/>
        </w:rPr>
        <w:t>≈ (2 - 1.4)/2</w:t>
      </w:r>
    </w:p>
    <w:p>
      <w:pPr>
        <w:spacing w:before="0" w:after="80" w:line="300" w:lineRule="auto"/>
        <w:jc w:val="left"/>
      </w:pPr>
      <w:r>
        <w:rPr>
          <w:rFonts w:ascii="Times New Roman" w:hAnsi="Times New Roman" w:eastAsia="宋体"/>
          <w:b w:val="0"/>
          <w:i w:val="0"/>
          <w:sz w:val="21"/>
        </w:rPr>
        <w:t>= 0.3</w:t>
      </w:r>
    </w:p>
    <w:p>
      <w:pPr>
        <w:spacing w:before="0" w:after="80" w:line="300" w:lineRule="auto"/>
        <w:jc w:val="left"/>
      </w:pPr>
      <w:r>
        <w:rPr>
          <w:rFonts w:ascii="Times New Roman" w:hAnsi="Times New Roman" w:eastAsia="宋体"/>
          <w:b w:val="0"/>
          <w:i w:val="0"/>
          <w:sz w:val="21"/>
        </w:rPr>
        <w:t>= 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side length of the field. Then Jerry traveled 2s and Silvia traveled s√(2) from the Pythagorean theorem.</w:t>
      </w:r>
    </w:p>
    <w:p>
      <w:pPr>
        <w:spacing w:before="0" w:after="80" w:line="300" w:lineRule="auto"/>
        <w:jc w:val="left"/>
      </w:pPr>
      <w:r>
        <w:rPr>
          <w:rFonts w:ascii="Times New Roman" w:hAnsi="Times New Roman" w:eastAsia="宋体"/>
          <w:b w:val="0"/>
          <w:i w:val="0"/>
          <w:color w:val="333333"/>
          <w:sz w:val="19"/>
        </w:rPr>
        <w:t>The desired value is</w:t>
      </w:r>
    </w:p>
    <w:p>
      <w:pPr>
        <w:spacing w:before="0" w:after="80" w:line="300" w:lineRule="auto"/>
        <w:jc w:val="left"/>
      </w:pPr>
      <w:r>
        <w:rPr>
          <w:rFonts w:ascii="Times New Roman" w:hAnsi="Times New Roman" w:eastAsia="宋体"/>
          <w:b w:val="0"/>
          <w:i w:val="0"/>
          <w:color w:val="333333"/>
          <w:sz w:val="19"/>
        </w:rPr>
        <w:t>(2s - s√(2))/2s = (2 - √(2))/2</w:t>
      </w:r>
    </w:p>
    <w:p>
      <w:pPr>
        <w:spacing w:before="0" w:after="80" w:line="300" w:lineRule="auto"/>
        <w:jc w:val="left"/>
      </w:pPr>
      <w:r>
        <w:rPr>
          <w:rFonts w:ascii="Times New Roman" w:hAnsi="Times New Roman" w:eastAsia="宋体"/>
          <w:b w:val="0"/>
          <w:i w:val="0"/>
          <w:color w:val="333333"/>
          <w:sz w:val="19"/>
        </w:rPr>
        <w:t>≈ (2 - 1.4)/2</w:t>
      </w:r>
    </w:p>
    <w:p>
      <w:pPr>
        <w:spacing w:before="0" w:after="80" w:line="300" w:lineRule="auto"/>
        <w:jc w:val="left"/>
      </w:pPr>
      <w:r>
        <w:rPr>
          <w:rFonts w:ascii="Times New Roman" w:hAnsi="Times New Roman" w:eastAsia="宋体"/>
          <w:b w:val="0"/>
          <w:i w:val="0"/>
          <w:color w:val="333333"/>
          <w:sz w:val="19"/>
        </w:rPr>
        <w:t>= 0.3</w:t>
      </w:r>
    </w:p>
    <w:p>
      <w:pPr>
        <w:spacing w:before="0" w:after="80" w:line="300" w:lineRule="auto"/>
        <w:jc w:val="left"/>
      </w:pPr>
      <w:r>
        <w:rPr>
          <w:rFonts w:ascii="Times New Roman" w:hAnsi="Times New Roman" w:eastAsia="宋体"/>
          <w:b w:val="0"/>
          <w:i w:val="0"/>
          <w:color w:val="333333"/>
          <w:sz w:val="19"/>
        </w:rPr>
        <w:t>= 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那 10 个谁也不认识的人，每人都与 20 个彼此认识的人握手，共 10 · 20 = 200 次。</w:t>
      </w:r>
    </w:p>
    <w:p>
      <w:pPr>
        <w:spacing w:before="0" w:after="80" w:line="300" w:lineRule="auto"/>
        <w:jc w:val="left"/>
      </w:pPr>
      <w:r>
        <w:rPr>
          <w:rFonts w:ascii="Times New Roman" w:hAnsi="Times New Roman" w:eastAsia="宋体"/>
          <w:b w:val="0"/>
          <w:i w:val="0"/>
          <w:sz w:val="21"/>
        </w:rPr>
        <w:t>这 10 个人彼此之间也都不认识，所以他们之间还有 C(10, 2) = 45 次握手。</w:t>
      </w:r>
    </w:p>
    <w:p>
      <w:pPr>
        <w:spacing w:before="0" w:after="80" w:line="300" w:lineRule="auto"/>
        <w:jc w:val="left"/>
      </w:pPr>
      <w:r>
        <w:rPr>
          <w:rFonts w:ascii="Times New Roman" w:hAnsi="Times New Roman" w:eastAsia="宋体"/>
          <w:b w:val="0"/>
          <w:i w:val="0"/>
          <w:sz w:val="21"/>
        </w:rPr>
        <w:t>总数为 200 + 45 = 245。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10 people shake hands with each of the 20 people. This results in 10 · 20 = 200 handshakes.</w:t>
      </w:r>
    </w:p>
    <w:p>
      <w:pPr>
        <w:spacing w:before="0" w:after="80" w:line="300" w:lineRule="auto"/>
        <w:jc w:val="left"/>
      </w:pPr>
      <w:r>
        <w:rPr>
          <w:rFonts w:ascii="Times New Roman" w:hAnsi="Times New Roman" w:eastAsia="宋体"/>
          <w:b w:val="0"/>
          <w:i w:val="0"/>
          <w:color w:val="333333"/>
          <w:sz w:val="19"/>
        </w:rPr>
        <w:t>There are also C(10, 2) = 45 handshakes within the 10 people (every pair of people shake hands).</w:t>
      </w:r>
    </w:p>
    <w:p>
      <w:pPr>
        <w:spacing w:before="0" w:after="80" w:line="300" w:lineRule="auto"/>
        <w:jc w:val="left"/>
      </w:pPr>
      <w:r>
        <w:rPr>
          <w:rFonts w:ascii="Times New Roman" w:hAnsi="Times New Roman" w:eastAsia="宋体"/>
          <w:b w:val="0"/>
          <w:i w:val="0"/>
          <w:color w:val="333333"/>
          <w:sz w:val="19"/>
        </w:rPr>
        <w:t>Therefore, the total number of handshakes is 200 + 45 = 245.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Minnie 上坡用时 10 ÷ 5 = 2 小时，下坡用时 15 ÷ 30 = 1/2 小时。</w:t>
      </w:r>
    </w:p>
    <w:p>
      <w:pPr>
        <w:spacing w:before="0" w:after="80" w:line="300" w:lineRule="auto"/>
        <w:jc w:val="left"/>
      </w:pPr>
      <w:r>
        <w:rPr>
          <w:rFonts w:ascii="Times New Roman" w:hAnsi="Times New Roman" w:eastAsia="宋体"/>
          <w:b w:val="0"/>
          <w:i w:val="0"/>
          <w:sz w:val="21"/>
        </w:rPr>
        <w:t>Minnie 平路用时 20 ÷ 20 = 1 小时，所以总用时为</w:t>
      </w:r>
    </w:p>
    <w:p>
      <w:pPr>
        <w:spacing w:before="0" w:after="80" w:line="300" w:lineRule="auto"/>
        <w:jc w:val="left"/>
      </w:pPr>
      <w:r>
        <w:rPr>
          <w:rFonts w:ascii="Times New Roman" w:hAnsi="Times New Roman" w:eastAsia="宋体"/>
          <w:b w:val="0"/>
          <w:i w:val="0"/>
          <w:sz w:val="21"/>
        </w:rPr>
        <w:t>60(2 + 1/2 + 1) = 60 · 7/2</w:t>
      </w:r>
    </w:p>
    <w:p>
      <w:pPr>
        <w:spacing w:before="0" w:after="80" w:line="300" w:lineRule="auto"/>
        <w:jc w:val="left"/>
      </w:pPr>
      <w:r>
        <w:rPr>
          <w:rFonts w:ascii="Times New Roman" w:hAnsi="Times New Roman" w:eastAsia="宋体"/>
          <w:b w:val="0"/>
          <w:i w:val="0"/>
          <w:sz w:val="21"/>
        </w:rPr>
        <w:t>= 210</w:t>
      </w:r>
    </w:p>
    <w:p>
      <w:pPr>
        <w:spacing w:before="0" w:after="80" w:line="300" w:lineRule="auto"/>
        <w:jc w:val="left"/>
      </w:pPr>
      <w:r>
        <w:rPr>
          <w:rFonts w:ascii="Times New Roman" w:hAnsi="Times New Roman" w:eastAsia="宋体"/>
          <w:b w:val="0"/>
          <w:i w:val="0"/>
          <w:sz w:val="21"/>
        </w:rPr>
        <w:t>分钟。</w:t>
      </w:r>
    </w:p>
    <w:p>
      <w:pPr>
        <w:spacing w:before="0" w:after="80" w:line="300" w:lineRule="auto"/>
        <w:jc w:val="left"/>
      </w:pPr>
      <w:r>
        <w:rPr>
          <w:rFonts w:ascii="Times New Roman" w:hAnsi="Times New Roman" w:eastAsia="宋体"/>
          <w:b w:val="0"/>
          <w:i w:val="0"/>
          <w:sz w:val="21"/>
        </w:rPr>
        <w:t>Penny 反向骑行，平路用时 20 ÷ 30 = 2/3 小时，原来的下坡段对她是上坡，用时 15 ÷ 10 = 3/2 小时。</w:t>
      </w:r>
    </w:p>
    <w:p>
      <w:pPr>
        <w:spacing w:before="0" w:after="80" w:line="300" w:lineRule="auto"/>
        <w:jc w:val="left"/>
      </w:pPr>
      <w:r>
        <w:rPr>
          <w:rFonts w:ascii="Times New Roman" w:hAnsi="Times New Roman" w:eastAsia="宋体"/>
          <w:b w:val="0"/>
          <w:i w:val="0"/>
          <w:sz w:val="21"/>
        </w:rPr>
        <w:t>原来的上坡段对她是下坡，用时 10 ÷ 40 = 1/4 小时，因此 Penny 总用时为</w:t>
      </w:r>
    </w:p>
    <w:p>
      <w:pPr>
        <w:spacing w:before="0" w:after="80" w:line="300" w:lineRule="auto"/>
        <w:jc w:val="left"/>
      </w:pPr>
      <w:r>
        <w:rPr>
          <w:rFonts w:ascii="Times New Roman" w:hAnsi="Times New Roman" w:eastAsia="宋体"/>
          <w:b w:val="0"/>
          <w:i w:val="0"/>
          <w:sz w:val="21"/>
        </w:rPr>
        <w:t>60(2/3 + 3/2 + 1/4) = 60 · 29/12</w:t>
      </w:r>
    </w:p>
    <w:p>
      <w:pPr>
        <w:spacing w:before="0" w:after="80" w:line="300" w:lineRule="auto"/>
        <w:jc w:val="left"/>
      </w:pPr>
      <w:r>
        <w:rPr>
          <w:rFonts w:ascii="Times New Roman" w:hAnsi="Times New Roman" w:eastAsia="宋体"/>
          <w:b w:val="0"/>
          <w:i w:val="0"/>
          <w:sz w:val="21"/>
        </w:rPr>
        <w:t>= 145</w:t>
      </w:r>
    </w:p>
    <w:p>
      <w:pPr>
        <w:spacing w:before="0" w:after="80" w:line="300" w:lineRule="auto"/>
        <w:jc w:val="left"/>
      </w:pPr>
      <w:r>
        <w:rPr>
          <w:rFonts w:ascii="Times New Roman" w:hAnsi="Times New Roman" w:eastAsia="宋体"/>
          <w:b w:val="0"/>
          <w:i w:val="0"/>
          <w:sz w:val="21"/>
        </w:rPr>
        <w:t>分钟。Minnie 比 Penny 多用 210 - 145 = 65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will take Minnie 10 ÷ 5 = 2 hours to travel the uphill distance. It will take her 15 ÷ 30 = 1/2 hours to travel the downhill distance.</w:t>
      </w:r>
    </w:p>
    <w:p>
      <w:pPr>
        <w:spacing w:before="0" w:after="80" w:line="300" w:lineRule="auto"/>
        <w:jc w:val="left"/>
      </w:pPr>
      <w:r>
        <w:rPr>
          <w:rFonts w:ascii="Times New Roman" w:hAnsi="Times New Roman" w:eastAsia="宋体"/>
          <w:b w:val="0"/>
          <w:i w:val="0"/>
          <w:color w:val="333333"/>
          <w:sz w:val="19"/>
        </w:rPr>
        <w:t>Finally, it will take her 20 ÷ 20 = 1 hour to travel the flat. This will take her a total of</w:t>
      </w:r>
    </w:p>
    <w:p>
      <w:pPr>
        <w:spacing w:before="0" w:after="80" w:line="300" w:lineRule="auto"/>
        <w:jc w:val="left"/>
      </w:pPr>
      <w:r>
        <w:rPr>
          <w:rFonts w:ascii="Times New Roman" w:hAnsi="Times New Roman" w:eastAsia="宋体"/>
          <w:b w:val="0"/>
          <w:i w:val="0"/>
          <w:color w:val="333333"/>
          <w:sz w:val="19"/>
        </w:rPr>
        <w:t>60(2 + 1/2 + 1) = 60 · 7/2</w:t>
      </w:r>
    </w:p>
    <w:p>
      <w:pPr>
        <w:spacing w:before="0" w:after="80" w:line="300" w:lineRule="auto"/>
        <w:jc w:val="left"/>
      </w:pPr>
      <w:r>
        <w:rPr>
          <w:rFonts w:ascii="Times New Roman" w:hAnsi="Times New Roman" w:eastAsia="宋体"/>
          <w:b w:val="0"/>
          <w:i w:val="0"/>
          <w:color w:val="333333"/>
          <w:sz w:val="19"/>
        </w:rPr>
        <w:t>= 210</w:t>
      </w:r>
    </w:p>
    <w:p>
      <w:pPr>
        <w:spacing w:before="0" w:after="80" w:line="300" w:lineRule="auto"/>
        <w:jc w:val="left"/>
      </w:pPr>
      <w:r>
        <w:rPr>
          <w:rFonts w:ascii="Times New Roman" w:hAnsi="Times New Roman" w:eastAsia="宋体"/>
          <w:b w:val="0"/>
          <w:i w:val="0"/>
          <w:color w:val="333333"/>
          <w:sz w:val="19"/>
        </w:rPr>
        <w:t>minutes.</w:t>
      </w:r>
    </w:p>
    <w:p>
      <w:pPr>
        <w:spacing w:before="0" w:after="80" w:line="300" w:lineRule="auto"/>
        <w:jc w:val="left"/>
      </w:pPr>
      <w:r>
        <w:rPr>
          <w:rFonts w:ascii="Times New Roman" w:hAnsi="Times New Roman" w:eastAsia="宋体"/>
          <w:b w:val="0"/>
          <w:i w:val="0"/>
          <w:color w:val="333333"/>
          <w:sz w:val="19"/>
        </w:rPr>
        <w:t>It will take Penny 20 ÷ 30 = 2/3 hours to travel the flat. It will take her another 15 ÷ 10 = 3/2 hours to travel the uphill.</w:t>
      </w:r>
    </w:p>
    <w:p>
      <w:pPr>
        <w:spacing w:before="0" w:after="80" w:line="300" w:lineRule="auto"/>
        <w:jc w:val="left"/>
      </w:pPr>
      <w:r>
        <w:rPr>
          <w:rFonts w:ascii="Times New Roman" w:hAnsi="Times New Roman" w:eastAsia="宋体"/>
          <w:b w:val="0"/>
          <w:i w:val="0"/>
          <w:color w:val="333333"/>
          <w:sz w:val="19"/>
        </w:rPr>
        <w:t>Finally, it will take her 10 ÷ 40 = 1/4 hours to travel the downhill. This is a total of</w:t>
      </w:r>
    </w:p>
    <w:p>
      <w:pPr>
        <w:spacing w:before="0" w:after="80" w:line="300" w:lineRule="auto"/>
        <w:jc w:val="left"/>
      </w:pPr>
      <w:r>
        <w:rPr>
          <w:rFonts w:ascii="Times New Roman" w:hAnsi="Times New Roman" w:eastAsia="宋体"/>
          <w:b w:val="0"/>
          <w:i w:val="0"/>
          <w:color w:val="333333"/>
          <w:sz w:val="19"/>
        </w:rPr>
        <w:t>60(2/3 + 3/2 + 1/4) = 60 · 29/12</w:t>
      </w:r>
    </w:p>
    <w:p>
      <w:pPr>
        <w:spacing w:before="0" w:after="80" w:line="300" w:lineRule="auto"/>
        <w:jc w:val="left"/>
      </w:pPr>
      <w:r>
        <w:rPr>
          <w:rFonts w:ascii="Times New Roman" w:hAnsi="Times New Roman" w:eastAsia="宋体"/>
          <w:b w:val="0"/>
          <w:i w:val="0"/>
          <w:color w:val="333333"/>
          <w:sz w:val="19"/>
        </w:rPr>
        <w:t>= 145</w:t>
      </w:r>
    </w:p>
    <w:p>
      <w:pPr>
        <w:spacing w:before="0" w:after="80" w:line="300" w:lineRule="auto"/>
        <w:jc w:val="left"/>
      </w:pPr>
      <w:r>
        <w:rPr>
          <w:rFonts w:ascii="Times New Roman" w:hAnsi="Times New Roman" w:eastAsia="宋体"/>
          <w:b w:val="0"/>
          <w:i w:val="0"/>
          <w:color w:val="333333"/>
          <w:sz w:val="19"/>
        </w:rPr>
        <w:t>minutes. The trip takes Minnie 210 - 145 = 65 more minutes to travel than Penny.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四条边能组成面积为正的四边形，当且仅当最长边小于其余三边之和。</w:t>
      </w:r>
    </w:p>
    <w:p>
      <w:pPr>
        <w:spacing w:before="0" w:after="80" w:line="300" w:lineRule="auto"/>
        <w:jc w:val="left"/>
      </w:pPr>
      <w:r>
        <w:rPr>
          <w:rFonts w:ascii="Times New Roman" w:hAnsi="Times New Roman" w:eastAsia="宋体"/>
          <w:b w:val="0"/>
          <w:i w:val="0"/>
          <w:sz w:val="21"/>
        </w:rPr>
        <w:t>设第四根长度为 x。必须有</w:t>
      </w:r>
    </w:p>
    <w:p>
      <w:pPr>
        <w:spacing w:before="0" w:after="80" w:line="300" w:lineRule="auto"/>
        <w:jc w:val="left"/>
      </w:pPr>
      <w:r>
        <w:rPr>
          <w:rFonts w:ascii="Times New Roman" w:hAnsi="Times New Roman" w:eastAsia="宋体"/>
          <w:b w:val="0"/>
          <w:i w:val="0"/>
          <w:sz w:val="21"/>
        </w:rPr>
        <w:t>x &lt; 3 + 7 + 15；</w:t>
      </w:r>
    </w:p>
    <w:p>
      <w:pPr>
        <w:spacing w:before="0" w:after="80" w:line="300" w:lineRule="auto"/>
        <w:jc w:val="left"/>
      </w:pPr>
      <w:r>
        <w:rPr>
          <w:rFonts w:ascii="Times New Roman" w:hAnsi="Times New Roman" w:eastAsia="宋体"/>
          <w:b w:val="0"/>
          <w:i w:val="0"/>
          <w:sz w:val="21"/>
        </w:rPr>
        <w:t>当原来最长的细杆仍是最长边时，还必须有</w:t>
      </w:r>
    </w:p>
    <w:p>
      <w:pPr>
        <w:spacing w:before="0" w:after="80" w:line="300" w:lineRule="auto"/>
        <w:jc w:val="left"/>
      </w:pPr>
      <w:r>
        <w:rPr>
          <w:rFonts w:ascii="Times New Roman" w:hAnsi="Times New Roman" w:eastAsia="宋体"/>
          <w:b w:val="0"/>
          <w:i w:val="0"/>
          <w:sz w:val="21"/>
        </w:rPr>
        <w:t>x + 3 + 7 &gt; 15。</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5&lt; x&lt; 25。</w:t>
      </w:r>
    </w:p>
    <w:p>
      <w:pPr>
        <w:spacing w:before="0" w:after="80" w:line="300" w:lineRule="auto"/>
        <w:jc w:val="left"/>
      </w:pPr>
      <w:r>
        <w:rPr>
          <w:rFonts w:ascii="Times New Roman" w:hAnsi="Times New Roman" w:eastAsia="宋体"/>
          <w:b w:val="0"/>
          <w:i w:val="0"/>
          <w:sz w:val="21"/>
        </w:rPr>
        <w:t>这个范围内有 25 - 5 - 1 = 19 个 x 的整数值。</w:t>
      </w:r>
    </w:p>
    <w:p>
      <w:pPr>
        <w:spacing w:before="0" w:after="80" w:line="300" w:lineRule="auto"/>
        <w:jc w:val="left"/>
      </w:pPr>
      <w:r>
        <w:rPr>
          <w:rFonts w:ascii="Times New Roman" w:hAnsi="Times New Roman" w:eastAsia="宋体"/>
          <w:b w:val="0"/>
          <w:i w:val="0"/>
          <w:sz w:val="21"/>
        </w:rPr>
        <w:t>不过长度为 7 和 15 的细杆已经被使用，所以 x 不能等于这些值。</w:t>
      </w:r>
    </w:p>
    <w:p>
      <w:pPr>
        <w:spacing w:before="0" w:after="80" w:line="300" w:lineRule="auto"/>
        <w:jc w:val="left"/>
      </w:pPr>
      <w:r>
        <w:rPr>
          <w:rFonts w:ascii="Times New Roman" w:hAnsi="Times New Roman" w:eastAsia="宋体"/>
          <w:b w:val="0"/>
          <w:i w:val="0"/>
          <w:sz w:val="21"/>
        </w:rPr>
        <w:t>这留下 19 - 2 = 17 个可行的 x 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no one side can be greater than or equal to the sum of the other side lengths.</w:t>
      </w:r>
    </w:p>
    <w:p>
      <w:pPr>
        <w:spacing w:before="0" w:after="80" w:line="300" w:lineRule="auto"/>
        <w:jc w:val="left"/>
      </w:pPr>
      <w:r>
        <w:rPr>
          <w:rFonts w:ascii="Times New Roman" w:hAnsi="Times New Roman" w:eastAsia="宋体"/>
          <w:b w:val="0"/>
          <w:i w:val="0"/>
          <w:color w:val="333333"/>
          <w:sz w:val="19"/>
        </w:rPr>
        <w:t>Let x be the length fourth rod. Then we have that</w:t>
      </w:r>
    </w:p>
    <w:p>
      <w:pPr>
        <w:spacing w:before="0" w:after="80" w:line="300" w:lineRule="auto"/>
        <w:jc w:val="left"/>
      </w:pPr>
      <w:r>
        <w:rPr>
          <w:rFonts w:ascii="Times New Roman" w:hAnsi="Times New Roman" w:eastAsia="宋体"/>
          <w:b w:val="0"/>
          <w:i w:val="0"/>
          <w:color w:val="333333"/>
          <w:sz w:val="19"/>
        </w:rPr>
        <w:t>x &lt; 3 + 7 + 15</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x + 3 + 7 &gt; 15</w:t>
      </w:r>
    </w:p>
    <w:p>
      <w:pPr>
        <w:spacing w:before="0" w:after="80" w:line="300" w:lineRule="auto"/>
        <w:jc w:val="left"/>
      </w:pPr>
      <w:r>
        <w:rPr>
          <w:rFonts w:ascii="Times New Roman" w:hAnsi="Times New Roman" w:eastAsia="宋体"/>
          <w:b w:val="0"/>
          <w:i w:val="0"/>
          <w:color w:val="333333"/>
          <w:sz w:val="19"/>
        </w:rPr>
        <w:t>Simplifying, we know that</w:t>
      </w:r>
    </w:p>
    <w:p>
      <w:pPr>
        <w:spacing w:before="0" w:after="80" w:line="300" w:lineRule="auto"/>
        <w:jc w:val="left"/>
      </w:pPr>
      <w:r>
        <w:rPr>
          <w:rFonts w:ascii="Times New Roman" w:hAnsi="Times New Roman" w:eastAsia="宋体"/>
          <w:b w:val="0"/>
          <w:i w:val="0"/>
          <w:color w:val="333333"/>
          <w:sz w:val="19"/>
        </w:rPr>
        <w:t>5&lt; x&lt; 25.</w:t>
      </w:r>
    </w:p>
    <w:p>
      <w:pPr>
        <w:spacing w:before="0" w:after="80" w:line="300" w:lineRule="auto"/>
        <w:jc w:val="left"/>
      </w:pPr>
      <w:r>
        <w:rPr>
          <w:rFonts w:ascii="Times New Roman" w:hAnsi="Times New Roman" w:eastAsia="宋体"/>
          <w:b w:val="0"/>
          <w:i w:val="0"/>
          <w:color w:val="333333"/>
          <w:sz w:val="19"/>
        </w:rPr>
        <w:t>Counting the number of integers in this range, we are left with 25 - 5 - 1 = 19 values for x.</w:t>
      </w:r>
    </w:p>
    <w:p>
      <w:pPr>
        <w:spacing w:before="0" w:after="80" w:line="300" w:lineRule="auto"/>
        <w:jc w:val="left"/>
      </w:pPr>
      <w:r>
        <w:rPr>
          <w:rFonts w:ascii="Times New Roman" w:hAnsi="Times New Roman" w:eastAsia="宋体"/>
          <w:b w:val="0"/>
          <w:i w:val="0"/>
          <w:color w:val="333333"/>
          <w:sz w:val="19"/>
        </w:rPr>
        <w:t>The rods with length 7 and 15 are already being used, however, so x cannot equal these.</w:t>
      </w:r>
    </w:p>
    <w:p>
      <w:pPr>
        <w:spacing w:before="0" w:after="80" w:line="300" w:lineRule="auto"/>
        <w:jc w:val="left"/>
      </w:pPr>
      <w:r>
        <w:rPr>
          <w:rFonts w:ascii="Times New Roman" w:hAnsi="Times New Roman" w:eastAsia="宋体"/>
          <w:b w:val="0"/>
          <w:i w:val="0"/>
          <w:color w:val="333333"/>
          <w:sz w:val="19"/>
        </w:rPr>
        <w:t>This leaves 19 - 2 = 17 viable solutions for x.</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回忆一下，距离一个点不超过固定距离 r 的所有点组成一个球。</w:t>
      </w:r>
    </w:p>
    <w:p>
      <w:pPr>
        <w:spacing w:before="0" w:after="80" w:line="300" w:lineRule="auto"/>
        <w:jc w:val="left"/>
      </w:pPr>
      <w:r>
        <w:rPr>
          <w:rFonts w:ascii="Times New Roman" w:hAnsi="Times New Roman" w:eastAsia="宋体"/>
          <w:b w:val="0"/>
          <w:i w:val="0"/>
          <w:sz w:val="21"/>
        </w:rPr>
        <w:t>在线段的两个端点处，可以把区域看成各形成一个半球。</w:t>
      </w:r>
    </w:p>
    <w:p>
      <w:pPr>
        <w:spacing w:before="0" w:after="80" w:line="300" w:lineRule="auto"/>
        <w:jc w:val="left"/>
      </w:pPr>
      <w:r>
        <w:rPr>
          <w:rFonts w:ascii="Times New Roman" w:hAnsi="Times New Roman" w:eastAsia="宋体"/>
          <w:b w:val="0"/>
          <w:i w:val="0"/>
          <w:sz w:val="21"/>
        </w:rPr>
        <w:t>中间各点周围也会形成球，但它们会并入相邻的部分。</w:t>
      </w:r>
    </w:p>
    <w:p>
      <w:pPr>
        <w:spacing w:before="0" w:after="80" w:line="300" w:lineRule="auto"/>
        <w:jc w:val="left"/>
      </w:pPr>
      <w:r>
        <w:rPr>
          <w:rFonts w:ascii="Times New Roman" w:hAnsi="Times New Roman" w:eastAsia="宋体"/>
          <w:b w:val="0"/>
          <w:i w:val="0"/>
          <w:sz w:val="21"/>
        </w:rPr>
        <w:t>这说明中间部分形成半径为 3 的圆柱。两个半球合成一个半径为 3 的球，其体积为</w:t>
      </w:r>
    </w:p>
    <w:p>
      <w:pPr>
        <w:spacing w:before="0" w:after="80" w:line="300" w:lineRule="auto"/>
        <w:jc w:val="left"/>
      </w:pPr>
      <w:r>
        <w:rPr>
          <w:rFonts w:ascii="Times New Roman" w:hAnsi="Times New Roman" w:eastAsia="宋体"/>
          <w:b w:val="0"/>
          <w:i w:val="0"/>
          <w:sz w:val="21"/>
        </w:rPr>
        <w:t>4/3 π 3³ = 27 · 4/3 π = 36 π。</w:t>
      </w:r>
    </w:p>
    <w:p>
      <w:pPr>
        <w:spacing w:before="0" w:after="80" w:line="300" w:lineRule="auto"/>
        <w:jc w:val="left"/>
      </w:pPr>
      <w:r>
        <w:rPr>
          <w:rFonts w:ascii="Times New Roman" w:hAnsi="Times New Roman" w:eastAsia="宋体"/>
          <w:b w:val="0"/>
          <w:i w:val="0"/>
          <w:sz w:val="21"/>
        </w:rPr>
        <w:t>因此圆柱的体积为 216 π - 36 π = 180 π。底面积为 9 π，若 h 表示 AB 的长度，则</w:t>
      </w:r>
    </w:p>
    <w:p>
      <w:pPr>
        <w:spacing w:before="0" w:after="80" w:line="300" w:lineRule="auto"/>
        <w:jc w:val="left"/>
      </w:pPr>
      <w:r>
        <w:rPr>
          <w:rFonts w:ascii="Times New Roman" w:hAnsi="Times New Roman" w:eastAsia="宋体"/>
          <w:b w:val="0"/>
          <w:i w:val="0"/>
          <w:sz w:val="21"/>
        </w:rPr>
        <w:t>π 3² h = 180π</w:t>
      </w:r>
    </w:p>
    <w:p>
      <w:pPr>
        <w:spacing w:before="0" w:after="80" w:line="300" w:lineRule="auto"/>
        <w:jc w:val="left"/>
      </w:pPr>
      <w:r>
        <w:rPr>
          <w:rFonts w:ascii="Times New Roman" w:hAnsi="Times New Roman" w:eastAsia="宋体"/>
          <w:b w:val="0"/>
          <w:i w:val="0"/>
          <w:sz w:val="21"/>
        </w:rPr>
        <w:t>9h π = 180 π</w:t>
      </w:r>
    </w:p>
    <w:p>
      <w:pPr>
        <w:spacing w:before="0" w:after="80" w:line="300" w:lineRule="auto"/>
        <w:jc w:val="left"/>
      </w:pPr>
      <w:r>
        <w:rPr>
          <w:rFonts w:ascii="Times New Roman" w:hAnsi="Times New Roman" w:eastAsia="宋体"/>
          <w:b w:val="0"/>
          <w:i w:val="0"/>
          <w:sz w:val="21"/>
        </w:rPr>
        <w:t>h = 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all the points at most a fixed distance r away from a point form a sphere.</w:t>
      </w:r>
    </w:p>
    <w:p>
      <w:pPr>
        <w:spacing w:before="0" w:after="80" w:line="300" w:lineRule="auto"/>
        <w:jc w:val="left"/>
      </w:pPr>
      <w:r>
        <w:rPr>
          <w:rFonts w:ascii="Times New Roman" w:hAnsi="Times New Roman" w:eastAsia="宋体"/>
          <w:b w:val="0"/>
          <w:i w:val="0"/>
          <w:color w:val="333333"/>
          <w:sz w:val="19"/>
        </w:rPr>
        <w:t>At the end points of this line segment, we can visualize two hemispheres being formed at each end.</w:t>
      </w:r>
    </w:p>
    <w:p>
      <w:pPr>
        <w:spacing w:before="0" w:after="80" w:line="300" w:lineRule="auto"/>
        <w:jc w:val="left"/>
      </w:pPr>
      <w:r>
        <w:rPr>
          <w:rFonts w:ascii="Times New Roman" w:hAnsi="Times New Roman" w:eastAsia="宋体"/>
          <w:b w:val="0"/>
          <w:i w:val="0"/>
          <w:color w:val="333333"/>
          <w:sz w:val="19"/>
        </w:rPr>
        <w:t>All the points in the middle also have spheres forming around them, but they get merged into the ones right next to them.</w:t>
      </w:r>
    </w:p>
    <w:p>
      <w:pPr>
        <w:spacing w:before="0" w:after="80" w:line="300" w:lineRule="auto"/>
        <w:jc w:val="left"/>
      </w:pPr>
      <w:r>
        <w:rPr>
          <w:rFonts w:ascii="Times New Roman" w:hAnsi="Times New Roman" w:eastAsia="宋体"/>
          <w:b w:val="0"/>
          <w:i w:val="0"/>
          <w:color w:val="333333"/>
          <w:sz w:val="19"/>
        </w:rPr>
        <w:t>This means that the middle section forms a cylinder with radius 3. The two hemispheres form a sphere with radius 3, and therefore a volume of</w:t>
      </w:r>
    </w:p>
    <w:p>
      <w:pPr>
        <w:spacing w:before="0" w:after="80" w:line="300" w:lineRule="auto"/>
        <w:jc w:val="left"/>
      </w:pPr>
      <w:r>
        <w:rPr>
          <w:rFonts w:ascii="Times New Roman" w:hAnsi="Times New Roman" w:eastAsia="宋体"/>
          <w:b w:val="0"/>
          <w:i w:val="0"/>
          <w:color w:val="333333"/>
          <w:sz w:val="19"/>
        </w:rPr>
        <w:t>4/3 π 3³ = 27 · 4/3 π = 36 π.</w:t>
      </w:r>
    </w:p>
    <w:p>
      <w:pPr>
        <w:spacing w:before="0" w:after="80" w:line="300" w:lineRule="auto"/>
        <w:jc w:val="left"/>
      </w:pPr>
      <w:r>
        <w:rPr>
          <w:rFonts w:ascii="Times New Roman" w:hAnsi="Times New Roman" w:eastAsia="宋体"/>
          <w:b w:val="0"/>
          <w:i w:val="0"/>
          <w:color w:val="333333"/>
          <w:sz w:val="19"/>
        </w:rPr>
        <w:t>This means that the cylinder has a volume of 216 π - 36 π = 180 π. We know the base area is 9 π, so if h is AB, then the volume is</w:t>
      </w:r>
    </w:p>
    <w:p>
      <w:pPr>
        <w:spacing w:before="0" w:after="80" w:line="300" w:lineRule="auto"/>
        <w:jc w:val="left"/>
      </w:pPr>
      <w:r>
        <w:rPr>
          <w:rFonts w:ascii="Times New Roman" w:hAnsi="Times New Roman" w:eastAsia="宋体"/>
          <w:b w:val="0"/>
          <w:i w:val="0"/>
          <w:color w:val="333333"/>
          <w:sz w:val="19"/>
        </w:rPr>
        <w:t>π 3² h = 180π</w:t>
      </w:r>
    </w:p>
    <w:p>
      <w:pPr>
        <w:spacing w:before="0" w:after="80" w:line="300" w:lineRule="auto"/>
        <w:jc w:val="left"/>
      </w:pPr>
      <w:r>
        <w:rPr>
          <w:rFonts w:ascii="Times New Roman" w:hAnsi="Times New Roman" w:eastAsia="宋体"/>
          <w:b w:val="0"/>
          <w:i w:val="0"/>
          <w:color w:val="333333"/>
          <w:sz w:val="19"/>
        </w:rPr>
        <w:t>9h π = 180 π</w:t>
      </w:r>
    </w:p>
    <w:p>
      <w:pPr>
        <w:spacing w:before="0" w:after="80" w:line="300" w:lineRule="auto"/>
        <w:jc w:val="left"/>
      </w:pPr>
      <w:r>
        <w:rPr>
          <w:rFonts w:ascii="Times New Roman" w:hAnsi="Times New Roman" w:eastAsia="宋体"/>
          <w:b w:val="0"/>
          <w:i w:val="0"/>
          <w:color w:val="333333"/>
          <w:sz w:val="19"/>
        </w:rPr>
        <w:t>h = 20.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分情况讨论哪两个量相等。若 3 = x + 2，则 x = 1。第三个量还须满足</w:t>
      </w:r>
    </w:p>
    <w:p>
      <w:pPr>
        <w:spacing w:before="0" w:after="80" w:line="300" w:lineRule="auto"/>
        <w:jc w:val="left"/>
      </w:pPr>
      <w:r>
        <w:rPr>
          <w:rFonts w:ascii="Times New Roman" w:hAnsi="Times New Roman" w:eastAsia="宋体"/>
          <w:b w:val="0"/>
          <w:i w:val="0"/>
          <w:sz w:val="21"/>
        </w:rPr>
        <w:t>y - 4 ≤ 3</w:t>
      </w:r>
    </w:p>
    <w:p>
      <w:pPr>
        <w:spacing w:before="0" w:after="80" w:line="300" w:lineRule="auto"/>
        <w:jc w:val="left"/>
      </w:pPr>
      <w:r>
        <w:rPr>
          <w:rFonts w:ascii="Times New Roman" w:hAnsi="Times New Roman" w:eastAsia="宋体"/>
          <w:b w:val="0"/>
          <w:i w:val="0"/>
          <w:sz w:val="21"/>
        </w:rPr>
        <w:t>y ≤ 7。</w:t>
      </w:r>
    </w:p>
    <w:p>
      <w:pPr>
        <w:spacing w:before="0" w:after="80" w:line="300" w:lineRule="auto"/>
        <w:jc w:val="left"/>
      </w:pPr>
      <w:r>
        <w:rPr>
          <w:rFonts w:ascii="Times New Roman" w:hAnsi="Times New Roman" w:eastAsia="宋体"/>
          <w:b w:val="0"/>
          <w:i w:val="0"/>
          <w:sz w:val="21"/>
        </w:rPr>
        <w:t>这描述了一条以 (1, 7) 为端点、沿 y 轴负方向延伸的射线。</w:t>
      </w:r>
    </w:p>
    <w:p>
      <w:pPr>
        <w:spacing w:before="0" w:after="80" w:line="300" w:lineRule="auto"/>
        <w:jc w:val="left"/>
      </w:pPr>
      <w:r>
        <w:rPr>
          <w:rFonts w:ascii="Times New Roman" w:hAnsi="Times New Roman" w:eastAsia="宋体"/>
          <w:b w:val="0"/>
          <w:i w:val="0"/>
          <w:sz w:val="21"/>
        </w:rPr>
        <w:t>类似地，若 3 = y - 4，则 y = 7，并且</w:t>
      </w:r>
    </w:p>
    <w:p>
      <w:pPr>
        <w:spacing w:before="0" w:after="80" w:line="300" w:lineRule="auto"/>
        <w:jc w:val="left"/>
      </w:pPr>
      <w:r>
        <w:rPr>
          <w:rFonts w:ascii="Times New Roman" w:hAnsi="Times New Roman" w:eastAsia="宋体"/>
          <w:b w:val="0"/>
          <w:i w:val="0"/>
          <w:sz w:val="21"/>
        </w:rPr>
        <w:t>x + 2 ≤ 3</w:t>
      </w:r>
    </w:p>
    <w:p>
      <w:pPr>
        <w:spacing w:before="0" w:after="80" w:line="300" w:lineRule="auto"/>
        <w:jc w:val="left"/>
      </w:pPr>
      <w:r>
        <w:rPr>
          <w:rFonts w:ascii="Times New Roman" w:hAnsi="Times New Roman" w:eastAsia="宋体"/>
          <w:b w:val="0"/>
          <w:i w:val="0"/>
          <w:sz w:val="21"/>
        </w:rPr>
        <w:t>x ≤ 1。</w:t>
      </w:r>
    </w:p>
    <w:p>
      <w:pPr>
        <w:spacing w:before="0" w:after="80" w:line="300" w:lineRule="auto"/>
        <w:jc w:val="left"/>
      </w:pPr>
      <w:r>
        <w:rPr>
          <w:rFonts w:ascii="Times New Roman" w:hAnsi="Times New Roman" w:eastAsia="宋体"/>
          <w:b w:val="0"/>
          <w:i w:val="0"/>
          <w:sz w:val="21"/>
        </w:rPr>
        <w:t>这描述了一条以 (1, 7) 为端点、沿 x 轴负方向延伸的射线。</w:t>
      </w:r>
    </w:p>
    <w:p>
      <w:pPr>
        <w:spacing w:before="0" w:after="80" w:line="300" w:lineRule="auto"/>
        <w:jc w:val="left"/>
      </w:pPr>
      <w:r>
        <w:rPr>
          <w:rFonts w:ascii="Times New Roman" w:hAnsi="Times New Roman" w:eastAsia="宋体"/>
          <w:b w:val="0"/>
          <w:i w:val="0"/>
          <w:sz w:val="21"/>
        </w:rPr>
        <w:t>最后，若 x + 2 = y - 4，则直线为 y = x + 6。此外有</w:t>
      </w:r>
    </w:p>
    <w:p>
      <w:pPr>
        <w:spacing w:before="0" w:after="80" w:line="300" w:lineRule="auto"/>
        <w:jc w:val="left"/>
      </w:pPr>
      <w:r>
        <w:rPr>
          <w:rFonts w:ascii="Times New Roman" w:hAnsi="Times New Roman" w:eastAsia="宋体"/>
          <w:b w:val="0"/>
          <w:i w:val="0"/>
          <w:sz w:val="21"/>
        </w:rPr>
        <w:t>3 ≤ x + 2</w:t>
      </w:r>
    </w:p>
    <w:p>
      <w:pPr>
        <w:spacing w:before="0" w:after="80" w:line="300" w:lineRule="auto"/>
        <w:jc w:val="left"/>
      </w:pPr>
      <w:r>
        <w:rPr>
          <w:rFonts w:ascii="Times New Roman" w:hAnsi="Times New Roman" w:eastAsia="宋体"/>
          <w:b w:val="0"/>
          <w:i w:val="0"/>
          <w:sz w:val="21"/>
        </w:rPr>
        <w:t>x ≥ 1</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3 ≤ y - 4</w:t>
      </w:r>
    </w:p>
    <w:p>
      <w:pPr>
        <w:spacing w:before="0" w:after="80" w:line="300" w:lineRule="auto"/>
        <w:jc w:val="left"/>
      </w:pPr>
      <w:r>
        <w:rPr>
          <w:rFonts w:ascii="Times New Roman" w:hAnsi="Times New Roman" w:eastAsia="宋体"/>
          <w:b w:val="0"/>
          <w:i w:val="0"/>
          <w:sz w:val="21"/>
        </w:rPr>
        <w:t>y ≥ 7。</w:t>
      </w:r>
    </w:p>
    <w:p>
      <w:pPr>
        <w:spacing w:before="0" w:after="80" w:line="300" w:lineRule="auto"/>
        <w:jc w:val="left"/>
      </w:pPr>
      <w:r>
        <w:rPr>
          <w:rFonts w:ascii="Times New Roman" w:hAnsi="Times New Roman" w:eastAsia="宋体"/>
          <w:b w:val="0"/>
          <w:i w:val="0"/>
          <w:sz w:val="21"/>
        </w:rPr>
        <w:t>注意，由直线方程可知，满足其中一个条件时，另一个也必然满足。</w:t>
      </w:r>
    </w:p>
    <w:p>
      <w:pPr>
        <w:spacing w:before="0" w:after="80" w:line="300" w:lineRule="auto"/>
        <w:jc w:val="left"/>
      </w:pPr>
      <w:r>
        <w:rPr>
          <w:rFonts w:ascii="Times New Roman" w:hAnsi="Times New Roman" w:eastAsia="宋体"/>
          <w:b w:val="0"/>
          <w:i w:val="0"/>
          <w:sz w:val="21"/>
        </w:rPr>
        <w:t>当 y = 7 时，x = 1。其余点在线上，满足 y &gt; 7 且 x &gt; 1。</w:t>
      </w:r>
    </w:p>
    <w:p>
      <w:pPr>
        <w:spacing w:before="0" w:after="80" w:line="300" w:lineRule="auto"/>
        <w:jc w:val="left"/>
      </w:pPr>
      <w:r>
        <w:rPr>
          <w:rFonts w:ascii="Times New Roman" w:hAnsi="Times New Roman" w:eastAsia="宋体"/>
          <w:b w:val="0"/>
          <w:i w:val="0"/>
          <w:sz w:val="21"/>
        </w:rPr>
        <w:t>这描述了另一条从 (1, 7) 出发、沿第三个方向延伸的射线。</w:t>
      </w:r>
    </w:p>
    <w:p>
      <w:pPr>
        <w:spacing w:before="0" w:after="80" w:line="300" w:lineRule="auto"/>
        <w:jc w:val="left"/>
      </w:pPr>
      <w:r>
        <w:rPr>
          <w:rFonts w:ascii="Times New Roman" w:hAnsi="Times New Roman" w:eastAsia="宋体"/>
          <w:b w:val="0"/>
          <w:i w:val="0"/>
          <w:sz w:val="21"/>
        </w:rPr>
        <w:t>三种情形都得到从 (1, 7) 出发、方向各不相同的射线。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case on which of the values are equal. If 3 = x + 2, then x = 1. This also tells us that</w:t>
      </w:r>
    </w:p>
    <w:p>
      <w:pPr>
        <w:spacing w:before="0" w:after="80" w:line="300" w:lineRule="auto"/>
        <w:jc w:val="left"/>
      </w:pPr>
      <w:r>
        <w:rPr>
          <w:rFonts w:ascii="Times New Roman" w:hAnsi="Times New Roman" w:eastAsia="宋体"/>
          <w:b w:val="0"/>
          <w:i w:val="0"/>
          <w:color w:val="333333"/>
          <w:sz w:val="19"/>
        </w:rPr>
        <w:t>y - 4 ≤ 3</w:t>
      </w:r>
    </w:p>
    <w:p>
      <w:pPr>
        <w:spacing w:before="0" w:after="80" w:line="300" w:lineRule="auto"/>
        <w:jc w:val="left"/>
      </w:pPr>
      <w:r>
        <w:rPr>
          <w:rFonts w:ascii="Times New Roman" w:hAnsi="Times New Roman" w:eastAsia="宋体"/>
          <w:b w:val="0"/>
          <w:i w:val="0"/>
          <w:color w:val="333333"/>
          <w:sz w:val="19"/>
        </w:rPr>
        <w:t>y ≤ 7.</w:t>
      </w:r>
    </w:p>
    <w:p>
      <w:pPr>
        <w:spacing w:before="0" w:after="80" w:line="300" w:lineRule="auto"/>
        <w:jc w:val="left"/>
      </w:pPr>
      <w:r>
        <w:rPr>
          <w:rFonts w:ascii="Times New Roman" w:hAnsi="Times New Roman" w:eastAsia="宋体"/>
          <w:b w:val="0"/>
          <w:i w:val="0"/>
          <w:color w:val="333333"/>
          <w:sz w:val="19"/>
        </w:rPr>
        <w:t>This describes a ray starting at (1, 7) and extending in the negative y direction.</w:t>
      </w:r>
    </w:p>
    <w:p>
      <w:pPr>
        <w:spacing w:before="0" w:after="80" w:line="300" w:lineRule="auto"/>
        <w:jc w:val="left"/>
      </w:pPr>
      <w:r>
        <w:rPr>
          <w:rFonts w:ascii="Times New Roman" w:hAnsi="Times New Roman" w:eastAsia="宋体"/>
          <w:b w:val="0"/>
          <w:i w:val="0"/>
          <w:color w:val="333333"/>
          <w:sz w:val="19"/>
        </w:rPr>
        <w:t>Similarly, if 3 = y - 4, then y = 7 and</w:t>
      </w:r>
    </w:p>
    <w:p>
      <w:pPr>
        <w:spacing w:before="0" w:after="80" w:line="300" w:lineRule="auto"/>
        <w:jc w:val="left"/>
      </w:pPr>
      <w:r>
        <w:rPr>
          <w:rFonts w:ascii="Times New Roman" w:hAnsi="Times New Roman" w:eastAsia="宋体"/>
          <w:b w:val="0"/>
          <w:i w:val="0"/>
          <w:color w:val="333333"/>
          <w:sz w:val="19"/>
        </w:rPr>
        <w:t>x + 2 ≤ 3</w:t>
      </w:r>
    </w:p>
    <w:p>
      <w:pPr>
        <w:spacing w:before="0" w:after="80" w:line="300" w:lineRule="auto"/>
        <w:jc w:val="left"/>
      </w:pPr>
      <w:r>
        <w:rPr>
          <w:rFonts w:ascii="Times New Roman" w:hAnsi="Times New Roman" w:eastAsia="宋体"/>
          <w:b w:val="0"/>
          <w:i w:val="0"/>
          <w:color w:val="333333"/>
          <w:sz w:val="19"/>
        </w:rPr>
        <w:t>x ≤ 1.</w:t>
      </w:r>
    </w:p>
    <w:p>
      <w:pPr>
        <w:spacing w:before="0" w:after="80" w:line="300" w:lineRule="auto"/>
        <w:jc w:val="left"/>
      </w:pPr>
      <w:r>
        <w:rPr>
          <w:rFonts w:ascii="Times New Roman" w:hAnsi="Times New Roman" w:eastAsia="宋体"/>
          <w:b w:val="0"/>
          <w:i w:val="0"/>
          <w:color w:val="333333"/>
          <w:sz w:val="19"/>
        </w:rPr>
        <w:t>This also describes a ray starting at (1, 7) but instead extending in the negative x direction.</w:t>
      </w:r>
    </w:p>
    <w:p>
      <w:pPr>
        <w:spacing w:before="0" w:after="80" w:line="300" w:lineRule="auto"/>
        <w:jc w:val="left"/>
      </w:pPr>
      <w:r>
        <w:rPr>
          <w:rFonts w:ascii="Times New Roman" w:hAnsi="Times New Roman" w:eastAsia="宋体"/>
          <w:b w:val="0"/>
          <w:i w:val="0"/>
          <w:color w:val="333333"/>
          <w:sz w:val="19"/>
        </w:rPr>
        <w:t>Finally, if x + 2 = y - 4, then we have the line y = x + 6. Furthermore, we have that</w:t>
      </w:r>
    </w:p>
    <w:p>
      <w:pPr>
        <w:spacing w:before="0" w:after="80" w:line="300" w:lineRule="auto"/>
        <w:jc w:val="left"/>
      </w:pPr>
      <w:r>
        <w:rPr>
          <w:rFonts w:ascii="Times New Roman" w:hAnsi="Times New Roman" w:eastAsia="宋体"/>
          <w:b w:val="0"/>
          <w:i w:val="0"/>
          <w:color w:val="333333"/>
          <w:sz w:val="19"/>
        </w:rPr>
        <w:t>3 ≤ x + 2</w:t>
      </w:r>
    </w:p>
    <w:p>
      <w:pPr>
        <w:spacing w:before="0" w:after="80" w:line="300" w:lineRule="auto"/>
        <w:jc w:val="left"/>
      </w:pPr>
      <w:r>
        <w:rPr>
          <w:rFonts w:ascii="Times New Roman" w:hAnsi="Times New Roman" w:eastAsia="宋体"/>
          <w:b w:val="0"/>
          <w:i w:val="0"/>
          <w:color w:val="333333"/>
          <w:sz w:val="19"/>
        </w:rPr>
        <w:t>x ≥ 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3 ≤ y - 4</w:t>
      </w:r>
    </w:p>
    <w:p>
      <w:pPr>
        <w:spacing w:before="0" w:after="80" w:line="300" w:lineRule="auto"/>
        <w:jc w:val="left"/>
      </w:pPr>
      <w:r>
        <w:rPr>
          <w:rFonts w:ascii="Times New Roman" w:hAnsi="Times New Roman" w:eastAsia="宋体"/>
          <w:b w:val="0"/>
          <w:i w:val="0"/>
          <w:color w:val="333333"/>
          <w:sz w:val="19"/>
        </w:rPr>
        <w:t>y ≥ 7.</w:t>
      </w:r>
    </w:p>
    <w:p>
      <w:pPr>
        <w:spacing w:before="0" w:after="80" w:line="300" w:lineRule="auto"/>
        <w:jc w:val="left"/>
      </w:pPr>
      <w:r>
        <w:rPr>
          <w:rFonts w:ascii="Times New Roman" w:hAnsi="Times New Roman" w:eastAsia="宋体"/>
          <w:b w:val="0"/>
          <w:i w:val="0"/>
          <w:color w:val="333333"/>
          <w:sz w:val="19"/>
        </w:rPr>
        <w:t>Note that if one of these conditions is met, the other is also necessarily true due to the equation of the line.</w:t>
      </w:r>
    </w:p>
    <w:p>
      <w:pPr>
        <w:spacing w:before="0" w:after="80" w:line="300" w:lineRule="auto"/>
        <w:jc w:val="left"/>
      </w:pPr>
      <w:r>
        <w:rPr>
          <w:rFonts w:ascii="Times New Roman" w:hAnsi="Times New Roman" w:eastAsia="宋体"/>
          <w:b w:val="0"/>
          <w:i w:val="0"/>
          <w:color w:val="333333"/>
          <w:sz w:val="19"/>
        </w:rPr>
        <w:t>If y = 7, then x = 1. The other points are along the line, where y &gt; 7 and x &gt; 1.</w:t>
      </w:r>
    </w:p>
    <w:p>
      <w:pPr>
        <w:spacing w:before="0" w:after="80" w:line="300" w:lineRule="auto"/>
        <w:jc w:val="left"/>
      </w:pPr>
      <w:r>
        <w:rPr>
          <w:rFonts w:ascii="Times New Roman" w:hAnsi="Times New Roman" w:eastAsia="宋体"/>
          <w:b w:val="0"/>
          <w:i w:val="0"/>
          <w:color w:val="333333"/>
          <w:sz w:val="19"/>
        </w:rPr>
        <w:t>This describes another ray that starts at (1, 7) and goes off in some third direction.</w:t>
      </w:r>
    </w:p>
    <w:p>
      <w:pPr>
        <w:spacing w:before="0" w:after="80" w:line="300" w:lineRule="auto"/>
        <w:jc w:val="left"/>
      </w:pPr>
      <w:r>
        <w:rPr>
          <w:rFonts w:ascii="Times New Roman" w:hAnsi="Times New Roman" w:eastAsia="宋体"/>
          <w:b w:val="0"/>
          <w:i w:val="0"/>
          <w:color w:val="333333"/>
          <w:sz w:val="19"/>
        </w:rPr>
        <w:t>All three cases result in rays originating from (1, 7) that all go in different directions.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先列出前几项，看看能否找到数列中的规律。</w:t>
      </w:r>
    </w:p>
    <w:p>
      <w:pPr>
        <w:spacing w:before="0" w:after="80" w:line="300" w:lineRule="auto"/>
        <w:jc w:val="left"/>
      </w:pPr>
      <w:r>
        <w:rPr>
          <w:rFonts w:ascii="Times New Roman" w:hAnsi="Times New Roman" w:eastAsia="宋体"/>
          <w:b w:val="0"/>
          <w:i w:val="0"/>
          <w:sz w:val="21"/>
        </w:rPr>
        <w:t>0, 1, 1, 2, 0, 2, 2, 1, 0, 1, ⋯</w:t>
      </w:r>
    </w:p>
    <w:p>
      <w:pPr>
        <w:spacing w:before="0" w:after="80" w:line="300" w:lineRule="auto"/>
        <w:jc w:val="left"/>
      </w:pPr>
      <w:r>
        <w:rPr>
          <w:rFonts w:ascii="Times New Roman" w:hAnsi="Times New Roman" w:eastAsia="宋体"/>
          <w:b w:val="0"/>
          <w:i w:val="0"/>
          <w:sz w:val="21"/>
        </w:rPr>
        <w:t>因为 (F₈,F₉)=(0,1)=(F₀,F₁)，而之后的每一项都由前两项唯一确定，所以数列每 8 项重复一次。</w:t>
      </w:r>
    </w:p>
    <w:p>
      <w:pPr>
        <w:spacing w:before="0" w:after="80" w:line="300" w:lineRule="auto"/>
        <w:jc w:val="left"/>
      </w:pPr>
      <w:r>
        <w:rPr>
          <w:rFonts w:ascii="Times New Roman" w:hAnsi="Times New Roman" w:eastAsia="宋体"/>
          <w:b w:val="0"/>
          <w:i w:val="0"/>
          <w:sz w:val="21"/>
        </w:rPr>
        <w:t>所求是连续 8 项的和，这个和固定，为</w:t>
      </w:r>
    </w:p>
    <w:p>
      <w:pPr>
        <w:spacing w:before="0" w:after="80" w:line="300" w:lineRule="auto"/>
        <w:jc w:val="left"/>
      </w:pPr>
      <w:r>
        <w:rPr>
          <w:rFonts w:ascii="Times New Roman" w:hAnsi="Times New Roman" w:eastAsia="宋体"/>
          <w:b w:val="0"/>
          <w:i w:val="0"/>
          <w:sz w:val="21"/>
        </w:rPr>
        <w:t>0 + 1 + 1 + 2 + 0 + 2</w:t>
      </w:r>
    </w:p>
    <w:p>
      <w:pPr>
        <w:spacing w:before="0" w:after="80" w:line="300" w:lineRule="auto"/>
        <w:jc w:val="left"/>
      </w:pPr>
      <w:r>
        <w:rPr>
          <w:rFonts w:ascii="Times New Roman" w:hAnsi="Times New Roman" w:eastAsia="宋体"/>
          <w:b w:val="0"/>
          <w:i w:val="0"/>
          <w:sz w:val="21"/>
        </w:rPr>
        <w:t>+ 2 + 1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list out the first few values to see if we can find a pattern in this sequence.</w:t>
      </w:r>
    </w:p>
    <w:p>
      <w:pPr>
        <w:spacing w:before="0" w:after="80" w:line="300" w:lineRule="auto"/>
        <w:jc w:val="left"/>
      </w:pPr>
      <w:r>
        <w:rPr>
          <w:rFonts w:ascii="Times New Roman" w:hAnsi="Times New Roman" w:eastAsia="宋体"/>
          <w:b w:val="0"/>
          <w:i w:val="0"/>
          <w:color w:val="333333"/>
          <w:sz w:val="19"/>
        </w:rPr>
        <w:t>0, 1, 1, 2, 0, 2, 2, 1, 0, 1, ⋯</w:t>
      </w:r>
    </w:p>
    <w:p>
      <w:pPr>
        <w:spacing w:before="0" w:after="80" w:line="300" w:lineRule="auto"/>
        <w:jc w:val="left"/>
      </w:pPr>
      <w:r>
        <w:rPr>
          <w:rFonts w:ascii="Times New Roman" w:hAnsi="Times New Roman" w:eastAsia="宋体"/>
          <w:b w:val="0"/>
          <w:i w:val="0"/>
          <w:color w:val="333333"/>
          <w:sz w:val="19"/>
        </w:rPr>
        <w:t>The pair (F₈,F₉)=(0,1)=(F₀,F₁). Because each later term is determined by the preceding two terms, the sequence therefore repeats every 8 terms.</w:t>
      </w:r>
    </w:p>
    <w:p>
      <w:pPr>
        <w:spacing w:before="0" w:after="80" w:line="300" w:lineRule="auto"/>
        <w:jc w:val="left"/>
      </w:pPr>
      <w:r>
        <w:rPr>
          <w:rFonts w:ascii="Times New Roman" w:hAnsi="Times New Roman" w:eastAsia="宋体"/>
          <w:b w:val="0"/>
          <w:i w:val="0"/>
          <w:color w:val="333333"/>
          <w:sz w:val="19"/>
        </w:rPr>
        <w:t>The desired answer is the sum of 8 consecutive numbers, which is fixed. This sum is</w:t>
      </w:r>
    </w:p>
    <w:p>
      <w:pPr>
        <w:spacing w:before="0" w:after="80" w:line="300" w:lineRule="auto"/>
        <w:jc w:val="left"/>
      </w:pPr>
      <w:r>
        <w:rPr>
          <w:rFonts w:ascii="Times New Roman" w:hAnsi="Times New Roman" w:eastAsia="宋体"/>
          <w:b w:val="0"/>
          <w:i w:val="0"/>
          <w:color w:val="333333"/>
          <w:sz w:val="19"/>
        </w:rPr>
        <w:t>0 + 1 + 1 + 2 + 0 + 2</w:t>
      </w:r>
    </w:p>
    <w:p>
      <w:pPr>
        <w:spacing w:before="0" w:after="80" w:line="300" w:lineRule="auto"/>
        <w:jc w:val="left"/>
      </w:pPr>
      <w:r>
        <w:rPr>
          <w:rFonts w:ascii="Times New Roman" w:hAnsi="Times New Roman" w:eastAsia="宋体"/>
          <w:b w:val="0"/>
          <w:i w:val="0"/>
          <w:color w:val="333333"/>
          <w:sz w:val="19"/>
        </w:rPr>
        <w:t>+ 2 + 1 = 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设电影票价格为 t，汽水价格为 s。</w:t>
      </w:r>
    </w:p>
    <w:p>
      <w:pPr>
        <w:spacing w:before="0" w:after="80" w:line="300" w:lineRule="auto"/>
        <w:jc w:val="left"/>
      </w:pPr>
      <w:r>
        <w:rPr>
          <w:rFonts w:ascii="Times New Roman" w:hAnsi="Times New Roman" w:eastAsia="宋体"/>
          <w:b w:val="0"/>
          <w:i w:val="0"/>
          <w:sz w:val="21"/>
        </w:rPr>
        <w:t>t = (A - s)/5</w:t>
      </w:r>
    </w:p>
    <w:p>
      <w:pPr>
        <w:spacing w:before="0" w:after="80" w:line="300" w:lineRule="auto"/>
        <w:jc w:val="left"/>
      </w:pPr>
      <w:r>
        <w:rPr>
          <w:rFonts w:ascii="Times New Roman" w:hAnsi="Times New Roman" w:eastAsia="宋体"/>
          <w:b w:val="0"/>
          <w:i w:val="0"/>
          <w:sz w:val="21"/>
        </w:rPr>
        <w:t>s = (A - t)/20</w:t>
      </w:r>
    </w:p>
    <w:p>
      <w:pPr>
        <w:spacing w:before="0" w:after="80" w:line="300" w:lineRule="auto"/>
        <w:jc w:val="left"/>
      </w:pPr>
      <w:r>
        <w:rPr>
          <w:rFonts w:ascii="Times New Roman" w:hAnsi="Times New Roman" w:eastAsia="宋体"/>
          <w:b w:val="0"/>
          <w:i w:val="0"/>
          <w:sz w:val="21"/>
        </w:rPr>
        <w:t>第一式交叉相乘，得到 5t = A - s。代入 s 的表达式，可得</w:t>
      </w:r>
    </w:p>
    <w:p>
      <w:pPr>
        <w:spacing w:before="0" w:after="80" w:line="300" w:lineRule="auto"/>
        <w:jc w:val="left"/>
      </w:pPr>
      <w:r>
        <w:rPr>
          <w:rFonts w:ascii="Times New Roman" w:hAnsi="Times New Roman" w:eastAsia="宋体"/>
          <w:b w:val="0"/>
          <w:i w:val="0"/>
          <w:sz w:val="21"/>
        </w:rPr>
        <w:t>5t = A - (A - t)/20。</w:t>
      </w:r>
    </w:p>
    <w:p>
      <w:pPr>
        <w:spacing w:before="0" w:after="80" w:line="300" w:lineRule="auto"/>
        <w:jc w:val="left"/>
      </w:pPr>
      <w:r>
        <w:rPr>
          <w:rFonts w:ascii="Times New Roman" w:hAnsi="Times New Roman" w:eastAsia="宋体"/>
          <w:b w:val="0"/>
          <w:i w:val="0"/>
          <w:sz w:val="21"/>
        </w:rPr>
        <w:t>解这个方程：</w:t>
      </w:r>
    </w:p>
    <w:p>
      <w:pPr>
        <w:spacing w:before="0" w:after="80" w:line="300" w:lineRule="auto"/>
        <w:jc w:val="left"/>
      </w:pPr>
      <w:r>
        <w:rPr>
          <w:rFonts w:ascii="Times New Roman" w:hAnsi="Times New Roman" w:eastAsia="宋体"/>
          <w:b w:val="0"/>
          <w:i w:val="0"/>
          <w:sz w:val="21"/>
        </w:rPr>
        <w:t>5t = A - (A - t)/20</w:t>
      </w:r>
    </w:p>
    <w:p>
      <w:pPr>
        <w:spacing w:before="0" w:after="80" w:line="300" w:lineRule="auto"/>
        <w:jc w:val="left"/>
      </w:pPr>
      <w:r>
        <w:rPr>
          <w:rFonts w:ascii="Times New Roman" w:hAnsi="Times New Roman" w:eastAsia="宋体"/>
          <w:b w:val="0"/>
          <w:i w:val="0"/>
          <w:sz w:val="21"/>
        </w:rPr>
        <w:t>100t = 20A - A + t</w:t>
      </w:r>
    </w:p>
    <w:p>
      <w:pPr>
        <w:spacing w:before="0" w:after="80" w:line="300" w:lineRule="auto"/>
        <w:jc w:val="left"/>
      </w:pPr>
      <w:r>
        <w:rPr>
          <w:rFonts w:ascii="Times New Roman" w:hAnsi="Times New Roman" w:eastAsia="宋体"/>
          <w:b w:val="0"/>
          <w:i w:val="0"/>
          <w:sz w:val="21"/>
        </w:rPr>
        <w:t>99t = 19A</w:t>
      </w:r>
    </w:p>
    <w:p>
      <w:pPr>
        <w:spacing w:before="0" w:after="80" w:line="300" w:lineRule="auto"/>
        <w:jc w:val="left"/>
      </w:pPr>
      <w:r>
        <w:rPr>
          <w:rFonts w:ascii="Times New Roman" w:hAnsi="Times New Roman" w:eastAsia="宋体"/>
          <w:b w:val="0"/>
          <w:i w:val="0"/>
          <w:sz w:val="21"/>
        </w:rPr>
        <w:t>t = 19A/99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代入第二式可得</w:t>
      </w:r>
    </w:p>
    <w:p>
      <w:pPr>
        <w:spacing w:before="0" w:after="80" w:line="300" w:lineRule="auto"/>
        <w:jc w:val="left"/>
      </w:pPr>
      <w:r>
        <w:rPr>
          <w:rFonts w:ascii="Times New Roman" w:hAnsi="Times New Roman" w:eastAsia="宋体"/>
          <w:b w:val="0"/>
          <w:i w:val="0"/>
          <w:sz w:val="21"/>
        </w:rPr>
        <w:t>s = (A - 19A/99)/20 = 4A/99。</w:t>
      </w:r>
    </w:p>
    <w:p>
      <w:pPr>
        <w:spacing w:before="0" w:after="80" w:line="300" w:lineRule="auto"/>
        <w:jc w:val="left"/>
      </w:pPr>
      <w:r>
        <w:rPr>
          <w:rFonts w:ascii="Times New Roman" w:hAnsi="Times New Roman" w:eastAsia="宋体"/>
          <w:b w:val="0"/>
          <w:i w:val="0"/>
          <w:sz w:val="21"/>
        </w:rPr>
        <w:t>两项费用相加得</w:t>
      </w:r>
    </w:p>
    <w:p>
      <w:pPr>
        <w:spacing w:before="0" w:after="80" w:line="300" w:lineRule="auto"/>
        <w:jc w:val="left"/>
      </w:pPr>
      <w:r>
        <w:rPr>
          <w:rFonts w:ascii="Times New Roman" w:hAnsi="Times New Roman" w:eastAsia="宋体"/>
          <w:b w:val="0"/>
          <w:i w:val="0"/>
          <w:sz w:val="21"/>
        </w:rPr>
        <w:t>19A/99 + 4A/99 = 23A/99 ≈ 23 %。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 be the cost of the ticket and s be the cost of the soda. Then we get the following equations.</w:t>
      </w:r>
    </w:p>
    <w:p>
      <w:pPr>
        <w:spacing w:before="0" w:after="80" w:line="300" w:lineRule="auto"/>
        <w:jc w:val="left"/>
      </w:pPr>
      <w:r>
        <w:rPr>
          <w:rFonts w:ascii="Times New Roman" w:hAnsi="Times New Roman" w:eastAsia="宋体"/>
          <w:b w:val="0"/>
          <w:i w:val="0"/>
          <w:color w:val="333333"/>
          <w:sz w:val="19"/>
        </w:rPr>
        <w:t>t = (A - s)/5</w:t>
      </w:r>
    </w:p>
    <w:p>
      <w:pPr>
        <w:spacing w:before="0" w:after="80" w:line="300" w:lineRule="auto"/>
        <w:jc w:val="left"/>
      </w:pPr>
      <w:r>
        <w:rPr>
          <w:rFonts w:ascii="Times New Roman" w:hAnsi="Times New Roman" w:eastAsia="宋体"/>
          <w:b w:val="0"/>
          <w:i w:val="0"/>
          <w:color w:val="333333"/>
          <w:sz w:val="19"/>
        </w:rPr>
        <w:t>s = (A - t)/20</w:t>
      </w:r>
    </w:p>
    <w:p>
      <w:pPr>
        <w:spacing w:before="0" w:after="80" w:line="300" w:lineRule="auto"/>
        <w:jc w:val="left"/>
      </w:pPr>
      <w:r>
        <w:rPr>
          <w:rFonts w:ascii="Times New Roman" w:hAnsi="Times New Roman" w:eastAsia="宋体"/>
          <w:b w:val="0"/>
          <w:i w:val="0"/>
          <w:color w:val="333333"/>
          <w:sz w:val="19"/>
        </w:rPr>
        <w:t>Cross-multiplying the first equation gives us 5t = A - s. Substituting in the expression for s yields</w:t>
      </w:r>
    </w:p>
    <w:p>
      <w:pPr>
        <w:spacing w:before="0" w:after="80" w:line="300" w:lineRule="auto"/>
        <w:jc w:val="left"/>
      </w:pPr>
      <w:r>
        <w:rPr>
          <w:rFonts w:ascii="Times New Roman" w:hAnsi="Times New Roman" w:eastAsia="宋体"/>
          <w:b w:val="0"/>
          <w:i w:val="0"/>
          <w:color w:val="333333"/>
          <w:sz w:val="19"/>
        </w:rPr>
        <w:t>5t = A - (A - t)/20.</w:t>
      </w:r>
    </w:p>
    <w:p>
      <w:pPr>
        <w:spacing w:before="0" w:after="80" w:line="300" w:lineRule="auto"/>
        <w:jc w:val="left"/>
      </w:pPr>
      <w:r>
        <w:rPr>
          <w:rFonts w:ascii="Times New Roman" w:hAnsi="Times New Roman" w:eastAsia="宋体"/>
          <w:b w:val="0"/>
          <w:i w:val="0"/>
          <w:color w:val="333333"/>
          <w:sz w:val="19"/>
        </w:rPr>
        <w:t>Solving yields</w:t>
      </w:r>
    </w:p>
    <w:p>
      <w:pPr>
        <w:spacing w:before="0" w:after="80" w:line="300" w:lineRule="auto"/>
        <w:jc w:val="left"/>
      </w:pPr>
      <w:r>
        <w:rPr>
          <w:rFonts w:ascii="Times New Roman" w:hAnsi="Times New Roman" w:eastAsia="宋体"/>
          <w:b w:val="0"/>
          <w:i w:val="0"/>
          <w:color w:val="333333"/>
          <w:sz w:val="19"/>
        </w:rPr>
        <w:t>5t = A - (A - t)/20</w:t>
      </w:r>
    </w:p>
    <w:p>
      <w:pPr>
        <w:spacing w:before="0" w:after="80" w:line="300" w:lineRule="auto"/>
        <w:jc w:val="left"/>
      </w:pPr>
      <w:r>
        <w:rPr>
          <w:rFonts w:ascii="Times New Roman" w:hAnsi="Times New Roman" w:eastAsia="宋体"/>
          <w:b w:val="0"/>
          <w:i w:val="0"/>
          <w:color w:val="333333"/>
          <w:sz w:val="19"/>
        </w:rPr>
        <w:t>100t = 20A - A + t</w:t>
      </w:r>
    </w:p>
    <w:p>
      <w:pPr>
        <w:spacing w:before="0" w:after="80" w:line="300" w:lineRule="auto"/>
        <w:jc w:val="left"/>
      </w:pPr>
      <w:r>
        <w:rPr>
          <w:rFonts w:ascii="Times New Roman" w:hAnsi="Times New Roman" w:eastAsia="宋体"/>
          <w:b w:val="0"/>
          <w:i w:val="0"/>
          <w:color w:val="333333"/>
          <w:sz w:val="19"/>
        </w:rPr>
        <w:t>99t = 19A</w:t>
      </w:r>
    </w:p>
    <w:p>
      <w:pPr>
        <w:spacing w:before="0" w:after="80" w:line="300" w:lineRule="auto"/>
        <w:jc w:val="left"/>
      </w:pPr>
      <w:r>
        <w:rPr>
          <w:rFonts w:ascii="Times New Roman" w:hAnsi="Times New Roman" w:eastAsia="宋体"/>
          <w:b w:val="0"/>
          <w:i w:val="0"/>
          <w:color w:val="333333"/>
          <w:sz w:val="19"/>
        </w:rPr>
        <w:t>t = 19A/99.</w:t>
      </w:r>
    </w:p>
    <w:p>
      <w:pPr>
        <w:spacing w:before="0" w:after="80" w:line="300" w:lineRule="auto"/>
        <w:jc w:val="left"/>
      </w:pPr>
      <w:r>
        <w:rPr>
          <w:rFonts w:ascii="Times New Roman" w:hAnsi="Times New Roman" w:eastAsia="宋体"/>
          <w:b w:val="0"/>
          <w:i w:val="0"/>
          <w:color w:val="333333"/>
          <w:sz w:val="19"/>
        </w:rPr>
        <w:t>This also gives us</w:t>
      </w:r>
    </w:p>
    <w:p>
      <w:pPr>
        <w:spacing w:before="0" w:after="80" w:line="300" w:lineRule="auto"/>
        <w:jc w:val="left"/>
      </w:pPr>
      <w:r>
        <w:rPr>
          <w:rFonts w:ascii="Times New Roman" w:hAnsi="Times New Roman" w:eastAsia="宋体"/>
          <w:b w:val="0"/>
          <w:i w:val="0"/>
          <w:color w:val="333333"/>
          <w:sz w:val="19"/>
        </w:rPr>
        <w:t>s = (A - 19A/99)/20 = 4A/99.</w:t>
      </w:r>
    </w:p>
    <w:p>
      <w:pPr>
        <w:spacing w:before="0" w:after="80" w:line="300" w:lineRule="auto"/>
        <w:jc w:val="left"/>
      </w:pPr>
      <w:r>
        <w:rPr>
          <w:rFonts w:ascii="Times New Roman" w:hAnsi="Times New Roman" w:eastAsia="宋体"/>
          <w:b w:val="0"/>
          <w:i w:val="0"/>
          <w:color w:val="333333"/>
          <w:sz w:val="19"/>
        </w:rPr>
        <w:t>Adding together the costs gives us</w:t>
      </w:r>
    </w:p>
    <w:p>
      <w:pPr>
        <w:spacing w:before="0" w:after="80" w:line="300" w:lineRule="auto"/>
        <w:jc w:val="left"/>
      </w:pPr>
      <w:r>
        <w:rPr>
          <w:rFonts w:ascii="Times New Roman" w:hAnsi="Times New Roman" w:eastAsia="宋体"/>
          <w:b w:val="0"/>
          <w:i w:val="0"/>
          <w:color w:val="333333"/>
          <w:sz w:val="19"/>
        </w:rPr>
        <w:t>19A/99 + 4A/99 = 23A/99 ≈ 23 %.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如果 Laurent 选到区间 (2017, 4034]，Chloe 就不可能有更大的数。</w:t>
      </w:r>
    </w:p>
    <w:p>
      <w:pPr>
        <w:spacing w:before="0" w:after="80" w:line="300" w:lineRule="auto"/>
        <w:jc w:val="left"/>
      </w:pPr>
      <w:r>
        <w:rPr>
          <w:rFonts w:ascii="Times New Roman" w:hAnsi="Times New Roman" w:eastAsia="宋体"/>
          <w:b w:val="0"/>
          <w:i w:val="0"/>
          <w:sz w:val="21"/>
        </w:rPr>
        <w:t>这意味着 Laurent 有 1/2 的概率自动获胜。</w:t>
      </w:r>
    </w:p>
    <w:p>
      <w:pPr>
        <w:spacing w:before="0" w:after="80" w:line="300" w:lineRule="auto"/>
        <w:jc w:val="left"/>
      </w:pPr>
      <w:r>
        <w:rPr>
          <w:rFonts w:ascii="Times New Roman" w:hAnsi="Times New Roman" w:eastAsia="宋体"/>
          <w:b w:val="0"/>
          <w:i w:val="0"/>
          <w:sz w:val="21"/>
        </w:rPr>
        <w:t>否则，Laurent 选到区间 [0, 2017]。此时 Laurent 选到更大数的概率，与 Chloe 选到更大数的概率相同。</w:t>
      </w:r>
    </w:p>
    <w:p>
      <w:pPr>
        <w:spacing w:before="0" w:after="80" w:line="300" w:lineRule="auto"/>
        <w:jc w:val="left"/>
      </w:pPr>
      <w:r>
        <w:rPr>
          <w:rFonts w:ascii="Times New Roman" w:hAnsi="Times New Roman" w:eastAsia="宋体"/>
          <w:b w:val="0"/>
          <w:i w:val="0"/>
          <w:sz w:val="21"/>
        </w:rPr>
        <w:t>因此 Laurent 有 1/2 的概率取得更大的数（在实数区间中，由于区间无限，平局概率本质上是 0）。</w:t>
      </w:r>
    </w:p>
    <w:p>
      <w:pPr>
        <w:spacing w:before="0" w:after="80" w:line="300" w:lineRule="auto"/>
        <w:jc w:val="left"/>
      </w:pPr>
      <w:r>
        <w:rPr>
          <w:rFonts w:ascii="Times New Roman" w:hAnsi="Times New Roman" w:eastAsia="宋体"/>
          <w:b w:val="0"/>
          <w:i w:val="0"/>
          <w:sz w:val="21"/>
        </w:rPr>
        <w:t>Laurent 取得更大数的总概率为</w:t>
      </w:r>
    </w:p>
    <w:p>
      <w:pPr>
        <w:spacing w:before="0" w:after="80" w:line="300" w:lineRule="auto"/>
        <w:jc w:val="left"/>
      </w:pPr>
      <w:r>
        <w:rPr>
          <w:rFonts w:ascii="Times New Roman" w:hAnsi="Times New Roman" w:eastAsia="宋体"/>
          <w:b w:val="0"/>
          <w:i w:val="0"/>
          <w:sz w:val="21"/>
        </w:rPr>
        <w:t>1/2 · 1 + 1/2 · 1/2 =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Laurent chooses a number in the interval (2017, 4034], then there is no way that Chloé can have the greater number.</w:t>
      </w:r>
    </w:p>
    <w:p>
      <w:pPr>
        <w:spacing w:before="0" w:after="80" w:line="300" w:lineRule="auto"/>
        <w:jc w:val="left"/>
      </w:pPr>
      <w:r>
        <w:rPr>
          <w:rFonts w:ascii="Times New Roman" w:hAnsi="Times New Roman" w:eastAsia="宋体"/>
          <w:b w:val="0"/>
          <w:i w:val="0"/>
          <w:color w:val="333333"/>
          <w:sz w:val="19"/>
        </w:rPr>
        <w:t>This means that Laurent has a 1/2 chance of automatically winning.</w:t>
      </w:r>
    </w:p>
    <w:p>
      <w:pPr>
        <w:spacing w:before="0" w:after="80" w:line="300" w:lineRule="auto"/>
        <w:jc w:val="left"/>
      </w:pPr>
      <w:r>
        <w:rPr>
          <w:rFonts w:ascii="Times New Roman" w:hAnsi="Times New Roman" w:eastAsia="宋体"/>
          <w:b w:val="0"/>
          <w:i w:val="0"/>
          <w:color w:val="333333"/>
          <w:sz w:val="19"/>
        </w:rPr>
        <w:t>Otherwise, Laurent chooses a number in the interval [0, 2017]. The probability that he gets a greater number than Chloé is the same as Chloé getting a greater number than Laurent.</w:t>
      </w:r>
    </w:p>
    <w:p>
      <w:pPr>
        <w:spacing w:before="0" w:after="80" w:line="300" w:lineRule="auto"/>
        <w:jc w:val="left"/>
      </w:pPr>
      <w:r>
        <w:rPr>
          <w:rFonts w:ascii="Times New Roman" w:hAnsi="Times New Roman" w:eastAsia="宋体"/>
          <w:b w:val="0"/>
          <w:i w:val="0"/>
          <w:color w:val="333333"/>
          <w:sz w:val="19"/>
        </w:rPr>
        <w:t>This means that Laurent has a 1/2 chance of getting a greater number (when working with real intervals, the probability of a tie is essentially 0 due to the infinite size of the intervals).</w:t>
      </w:r>
    </w:p>
    <w:p>
      <w:pPr>
        <w:spacing w:before="0" w:after="80" w:line="300" w:lineRule="auto"/>
        <w:jc w:val="left"/>
      </w:pPr>
      <w:r>
        <w:rPr>
          <w:rFonts w:ascii="Times New Roman" w:hAnsi="Times New Roman" w:eastAsia="宋体"/>
          <w:b w:val="0"/>
          <w:i w:val="0"/>
          <w:color w:val="333333"/>
          <w:sz w:val="19"/>
        </w:rPr>
        <w:t>Laurent’s total chance of getting a greater number is</w:t>
      </w:r>
    </w:p>
    <w:p>
      <w:pPr>
        <w:spacing w:before="0" w:after="80" w:line="300" w:lineRule="auto"/>
        <w:jc w:val="left"/>
      </w:pPr>
      <w:r>
        <w:rPr>
          <w:rFonts w:ascii="Times New Roman" w:hAnsi="Times New Roman" w:eastAsia="宋体"/>
          <w:b w:val="0"/>
          <w:i w:val="0"/>
          <w:color w:val="333333"/>
          <w:sz w:val="19"/>
        </w:rPr>
        <w:t>1/2 · 1 + 1/2 · 1/2 = 3/4.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Horse k 在 t 分钟后回到起点，当且仅当 t 能被 k 整除。因此要找最小正整数 t，使它能被 1,2,…,10 中至少五个数整除。</w:t>
      </w:r>
    </w:p>
    <w:p>
      <w:pPr>
        <w:spacing w:before="0" w:after="80" w:line="300" w:lineRule="auto"/>
        <w:jc w:val="left"/>
      </w:pPr>
      <w:r>
        <w:rPr>
          <w:rFonts w:ascii="Times New Roman" w:hAnsi="Times New Roman" w:eastAsia="宋体"/>
          <w:b w:val="0"/>
          <w:i w:val="0"/>
          <w:sz w:val="21"/>
        </w:rPr>
        <w:t>小于 12 的数都不行：例如 6 只被 1,2,3,6 整除，8 只被 1,2,4,8 整除，9 只被 1,3,9 整除，10 只被 1,2,5,10 整除。</w:t>
      </w:r>
    </w:p>
    <w:p>
      <w:pPr>
        <w:spacing w:before="0" w:after="80" w:line="300" w:lineRule="auto"/>
        <w:jc w:val="left"/>
      </w:pPr>
      <w:r>
        <w:rPr>
          <w:rFonts w:ascii="Times New Roman" w:hAnsi="Times New Roman" w:eastAsia="宋体"/>
          <w:b w:val="0"/>
          <w:i w:val="0"/>
          <w:sz w:val="21"/>
        </w:rPr>
        <w:t>12 能被 1,2,3,4 和 6 整除，所以 T=12，各位数字之和为 1+2=3。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Horse k is back at the starting point after t minutes exactly when t is divisible by k. Thus we need the least positive t that is divisible by at least five of the integers 1,2,…,10.</w:t>
      </w:r>
    </w:p>
    <w:p>
      <w:pPr>
        <w:spacing w:before="0" w:after="80" w:line="300" w:lineRule="auto"/>
        <w:jc w:val="left"/>
      </w:pPr>
      <w:r>
        <w:rPr>
          <w:rFonts w:ascii="Times New Roman" w:hAnsi="Times New Roman" w:eastAsia="宋体"/>
          <w:b w:val="0"/>
          <w:i w:val="0"/>
          <w:color w:val="333333"/>
          <w:sz w:val="19"/>
        </w:rPr>
        <w:t>Checking upward, no number below 12 has five divisors from this list: for example, 6 has 1,2,3,6, 8 has 1,2,4,8, 9 has 1,3,9, and 10 has 1,2,5,10.</w:t>
      </w:r>
    </w:p>
    <w:p>
      <w:pPr>
        <w:spacing w:before="0" w:after="80" w:line="300" w:lineRule="auto"/>
        <w:jc w:val="left"/>
      </w:pPr>
      <w:r>
        <w:rPr>
          <w:rFonts w:ascii="Times New Roman" w:hAnsi="Times New Roman" w:eastAsia="宋体"/>
          <w:b w:val="0"/>
          <w:i w:val="0"/>
          <w:color w:val="333333"/>
          <w:sz w:val="19"/>
        </w:rPr>
        <w:t>The number 12 is divisible by 1,2,3,4, and 6, so the least possible time is T=12. The sum of its digits is 1+2=3.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圆 x²+y²=25 上的整点为 (±5,0)、(0,±5)、(±3,±4)、(±4,±3)。</w:t>
      </w:r>
    </w:p>
    <w:p>
      <w:pPr>
        <w:spacing w:before="0" w:after="80" w:line="300" w:lineRule="auto"/>
        <w:jc w:val="left"/>
      </w:pPr>
      <w:r>
        <w:rPr>
          <w:rFonts w:ascii="Times New Roman" w:hAnsi="Times New Roman" w:eastAsia="宋体"/>
          <w:b w:val="0"/>
          <w:i w:val="0"/>
          <w:sz w:val="21"/>
        </w:rPr>
        <w:t>要使 PQ 和 RS 为无理数，距离平方不能是完全平方数。要最大化比值，就在这个条件下让 PQ 尽可能大、RS 尽可能小。</w:t>
      </w:r>
    </w:p>
    <w:p>
      <w:pPr>
        <w:spacing w:before="0" w:after="80" w:line="300" w:lineRule="auto"/>
        <w:jc w:val="left"/>
      </w:pPr>
      <w:r>
        <w:rPr>
          <w:rFonts w:ascii="Times New Roman" w:hAnsi="Times New Roman" w:eastAsia="宋体"/>
          <w:b w:val="0"/>
          <w:i w:val="0"/>
          <w:sz w:val="21"/>
        </w:rPr>
        <w:t>最大的可能无理距离可由 (-4,3) 与 (3,-4) 给出，此时 PQ=√(7²+7²)=√(98)。最小的可能无理距离可由 (3,4) 与 (4,3) 给出，此时 RS=√(1²+1²)=√(2)。</w:t>
      </w:r>
    </w:p>
    <w:p>
      <w:pPr>
        <w:spacing w:before="0" w:after="80" w:line="300" w:lineRule="auto"/>
        <w:jc w:val="left"/>
      </w:pPr>
      <w:r>
        <w:rPr>
          <w:rFonts w:ascii="Times New Roman" w:hAnsi="Times New Roman" w:eastAsia="宋体"/>
          <w:b w:val="0"/>
          <w:i w:val="0"/>
          <w:sz w:val="21"/>
        </w:rPr>
        <w:t>因此最大比值为 (√(98))/(√(2))=7。所以正确答案是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integer-coordinate points on x²+y²=25 are (±5,0), (0,±5), (±3,±4), and (±4,±3).</w:t>
      </w:r>
    </w:p>
    <w:p>
      <w:pPr>
        <w:spacing w:before="0" w:after="80" w:line="300" w:lineRule="auto"/>
        <w:jc w:val="left"/>
      </w:pPr>
      <w:r>
        <w:rPr>
          <w:rFonts w:ascii="Times New Roman" w:hAnsi="Times New Roman" w:eastAsia="宋体"/>
          <w:b w:val="0"/>
          <w:i w:val="0"/>
          <w:color w:val="333333"/>
          <w:sz w:val="19"/>
        </w:rPr>
        <w:t>For PQ and RS to be irrational, the squared distance must not be a perfect square. To maximize the ratio, make PQ as large as possible and RS as small as possible under that condition.</w:t>
      </w:r>
    </w:p>
    <w:p>
      <w:pPr>
        <w:spacing w:before="0" w:after="80" w:line="300" w:lineRule="auto"/>
        <w:jc w:val="left"/>
      </w:pPr>
      <w:r>
        <w:rPr>
          <w:rFonts w:ascii="Times New Roman" w:hAnsi="Times New Roman" w:eastAsia="宋体"/>
          <w:b w:val="0"/>
          <w:i w:val="0"/>
          <w:color w:val="333333"/>
          <w:sz w:val="19"/>
        </w:rPr>
        <w:t>The largest possible irrational distance is between (-4,3) and (3,-4), giving PQ=√(7²+7²)=√(98). The smallest possible irrational distance is between (3,4) and (4,3), giving RS=√(1²+1²)=√(2).</w:t>
      </w:r>
    </w:p>
    <w:p>
      <w:pPr>
        <w:spacing w:before="0" w:after="80" w:line="300" w:lineRule="auto"/>
        <w:jc w:val="left"/>
      </w:pPr>
      <w:r>
        <w:rPr>
          <w:rFonts w:ascii="Times New Roman" w:hAnsi="Times New Roman" w:eastAsia="宋体"/>
          <w:b w:val="0"/>
          <w:i w:val="0"/>
          <w:color w:val="333333"/>
          <w:sz w:val="19"/>
        </w:rPr>
        <w:t>The greatest possible ratio is (√(98))/(√(2))=7.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设 Amelia 获胜的概率为 x。</w:t>
      </w:r>
    </w:p>
    <w:p>
      <w:pPr>
        <w:spacing w:before="0" w:after="80" w:line="300" w:lineRule="auto"/>
        <w:jc w:val="left"/>
      </w:pPr>
      <w:r>
        <w:rPr>
          <w:rFonts w:ascii="Times New Roman" w:hAnsi="Times New Roman" w:eastAsia="宋体"/>
          <w:b w:val="0"/>
          <w:i w:val="0"/>
          <w:sz w:val="21"/>
        </w:rPr>
        <w:t>Amelia 第一次抛硬币就获胜的概率为 1/3。</w:t>
      </w:r>
    </w:p>
    <w:p>
      <w:pPr>
        <w:spacing w:before="0" w:after="80" w:line="300" w:lineRule="auto"/>
        <w:jc w:val="left"/>
      </w:pPr>
      <w:r>
        <w:rPr>
          <w:rFonts w:ascii="Times New Roman" w:hAnsi="Times New Roman" w:eastAsia="宋体"/>
          <w:b w:val="0"/>
          <w:i w:val="0"/>
          <w:sz w:val="21"/>
        </w:rPr>
        <w:t>若她抛出反面，只有 Blaine 也抛出反面，游戏才会回到原来的状态。Blaine 抛出反面的概率为 3/5。</w:t>
      </w:r>
    </w:p>
    <w:p>
      <w:pPr>
        <w:spacing w:before="0" w:after="80" w:line="300" w:lineRule="auto"/>
        <w:jc w:val="left"/>
      </w:pPr>
      <w:r>
        <w:rPr>
          <w:rFonts w:ascii="Times New Roman" w:hAnsi="Times New Roman" w:eastAsia="宋体"/>
          <w:b w:val="0"/>
          <w:i w:val="0"/>
          <w:sz w:val="21"/>
        </w:rPr>
        <w:t>两人都抛出反面的概率为</w:t>
      </w:r>
    </w:p>
    <w:p>
      <w:pPr>
        <w:spacing w:before="0" w:after="80" w:line="300" w:lineRule="auto"/>
        <w:jc w:val="left"/>
      </w:pPr>
      <w:r>
        <w:rPr>
          <w:rFonts w:ascii="Times New Roman" w:hAnsi="Times New Roman" w:eastAsia="宋体"/>
          <w:b w:val="0"/>
          <w:i w:val="0"/>
          <w:sz w:val="21"/>
        </w:rPr>
        <w:t>2/3 · 3/5 = 2/5。</w:t>
      </w:r>
    </w:p>
    <w:p>
      <w:pPr>
        <w:spacing w:before="0" w:after="80" w:line="300" w:lineRule="auto"/>
        <w:jc w:val="left"/>
      </w:pPr>
      <w:r>
        <w:rPr>
          <w:rFonts w:ascii="Times New Roman" w:hAnsi="Times New Roman" w:eastAsia="宋体"/>
          <w:b w:val="0"/>
          <w:i w:val="0"/>
          <w:sz w:val="21"/>
        </w:rPr>
        <w:t>此时又轮到 Amelia，她仍以概率 x 获胜。</w:t>
      </w:r>
    </w:p>
    <w:p>
      <w:pPr>
        <w:spacing w:before="0" w:after="80" w:line="300" w:lineRule="auto"/>
        <w:jc w:val="left"/>
      </w:pPr>
      <w:r>
        <w:rPr>
          <w:rFonts w:ascii="Times New Roman" w:hAnsi="Times New Roman" w:eastAsia="宋体"/>
          <w:b w:val="0"/>
          <w:i w:val="0"/>
          <w:sz w:val="21"/>
        </w:rPr>
        <w:t>因此得到方程</w:t>
      </w:r>
    </w:p>
    <w:p>
      <w:pPr>
        <w:spacing w:before="0" w:after="80" w:line="300" w:lineRule="auto"/>
        <w:jc w:val="left"/>
      </w:pPr>
      <w:r>
        <w:rPr>
          <w:rFonts w:ascii="Times New Roman" w:hAnsi="Times New Roman" w:eastAsia="宋体"/>
          <w:b w:val="0"/>
          <w:i w:val="0"/>
          <w:sz w:val="21"/>
        </w:rPr>
        <w:t>x = 1/3 + 2/5x</w:t>
      </w:r>
    </w:p>
    <w:p>
      <w:pPr>
        <w:spacing w:before="0" w:after="80" w:line="300" w:lineRule="auto"/>
        <w:jc w:val="left"/>
      </w:pPr>
      <w:r>
        <w:rPr>
          <w:rFonts w:ascii="Times New Roman" w:hAnsi="Times New Roman" w:eastAsia="宋体"/>
          <w:b w:val="0"/>
          <w:i w:val="0"/>
          <w:sz w:val="21"/>
        </w:rPr>
        <w:t>3/5x = 1/3</w:t>
      </w:r>
    </w:p>
    <w:p>
      <w:pPr>
        <w:spacing w:before="0" w:after="80" w:line="300" w:lineRule="auto"/>
        <w:jc w:val="left"/>
      </w:pPr>
      <w:r>
        <w:rPr>
          <w:rFonts w:ascii="Times New Roman" w:hAnsi="Times New Roman" w:eastAsia="宋体"/>
          <w:b w:val="0"/>
          <w:i w:val="0"/>
          <w:sz w:val="21"/>
        </w:rPr>
        <w:t>x = 5/9。</w:t>
      </w:r>
    </w:p>
    <w:p>
      <w:pPr>
        <w:spacing w:before="0" w:after="80" w:line="300" w:lineRule="auto"/>
        <w:jc w:val="left"/>
      </w:pPr>
      <w:r>
        <w:rPr>
          <w:rFonts w:ascii="Times New Roman" w:hAnsi="Times New Roman" w:eastAsia="宋体"/>
          <w:b w:val="0"/>
          <w:i w:val="0"/>
          <w:sz w:val="21"/>
        </w:rPr>
        <w:t>分母与分子的差为 9 - 5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probability that Amelia wins.</w:t>
      </w:r>
    </w:p>
    <w:p>
      <w:pPr>
        <w:spacing w:before="0" w:after="80" w:line="300" w:lineRule="auto"/>
        <w:jc w:val="left"/>
      </w:pPr>
      <w:r>
        <w:rPr>
          <w:rFonts w:ascii="Times New Roman" w:hAnsi="Times New Roman" w:eastAsia="宋体"/>
          <w:b w:val="0"/>
          <w:i w:val="0"/>
          <w:color w:val="333333"/>
          <w:sz w:val="19"/>
        </w:rPr>
        <w:t>There is a 1/3 chance Amelia wins off her first flip.</w:t>
      </w:r>
    </w:p>
    <w:p>
      <w:pPr>
        <w:spacing w:before="0" w:after="80" w:line="300" w:lineRule="auto"/>
        <w:jc w:val="left"/>
      </w:pPr>
      <w:r>
        <w:rPr>
          <w:rFonts w:ascii="Times New Roman" w:hAnsi="Times New Roman" w:eastAsia="宋体"/>
          <w:b w:val="0"/>
          <w:i w:val="0"/>
          <w:color w:val="333333"/>
          <w:sz w:val="19"/>
        </w:rPr>
        <w:t>If she gets tails, Blaine must also get tails for the game to return to the same state; this happens with probability 3/5.</w:t>
      </w:r>
    </w:p>
    <w:p>
      <w:pPr>
        <w:spacing w:before="0" w:after="80" w:line="300" w:lineRule="auto"/>
        <w:jc w:val="left"/>
      </w:pPr>
      <w:r>
        <w:rPr>
          <w:rFonts w:ascii="Times New Roman" w:hAnsi="Times New Roman" w:eastAsia="宋体"/>
          <w:b w:val="0"/>
          <w:i w:val="0"/>
          <w:color w:val="333333"/>
          <w:sz w:val="19"/>
        </w:rPr>
        <w:t>The total probability of this case is</w:t>
      </w:r>
    </w:p>
    <w:p>
      <w:pPr>
        <w:spacing w:before="0" w:after="80" w:line="300" w:lineRule="auto"/>
        <w:jc w:val="left"/>
      </w:pPr>
      <w:r>
        <w:rPr>
          <w:rFonts w:ascii="Times New Roman" w:hAnsi="Times New Roman" w:eastAsia="宋体"/>
          <w:b w:val="0"/>
          <w:i w:val="0"/>
          <w:color w:val="333333"/>
          <w:sz w:val="19"/>
        </w:rPr>
        <w:t>2/3 · 3/5 = 2/5.</w:t>
      </w:r>
    </w:p>
    <w:p>
      <w:pPr>
        <w:spacing w:before="0" w:after="80" w:line="300" w:lineRule="auto"/>
        <w:jc w:val="left"/>
      </w:pPr>
      <w:r>
        <w:rPr>
          <w:rFonts w:ascii="Times New Roman" w:hAnsi="Times New Roman" w:eastAsia="宋体"/>
          <w:b w:val="0"/>
          <w:i w:val="0"/>
          <w:color w:val="333333"/>
          <w:sz w:val="19"/>
        </w:rPr>
        <w:t>The game then goes back to Amelia, who then again has a x chance of winning.</w:t>
      </w:r>
    </w:p>
    <w:p>
      <w:pPr>
        <w:spacing w:before="0" w:after="80" w:line="300" w:lineRule="auto"/>
        <w:jc w:val="left"/>
      </w:pPr>
      <w:r>
        <w:rPr>
          <w:rFonts w:ascii="Times New Roman" w:hAnsi="Times New Roman" w:eastAsia="宋体"/>
          <w:b w:val="0"/>
          <w:i w:val="0"/>
          <w:color w:val="333333"/>
          <w:sz w:val="19"/>
        </w:rPr>
        <w:t>Therefore, we get the following equation.</w:t>
      </w:r>
    </w:p>
    <w:p>
      <w:pPr>
        <w:spacing w:before="0" w:after="80" w:line="300" w:lineRule="auto"/>
        <w:jc w:val="left"/>
      </w:pPr>
      <w:r>
        <w:rPr>
          <w:rFonts w:ascii="Times New Roman" w:hAnsi="Times New Roman" w:eastAsia="宋体"/>
          <w:b w:val="0"/>
          <w:i w:val="0"/>
          <w:color w:val="333333"/>
          <w:sz w:val="19"/>
        </w:rPr>
        <w:t>x = 1/3 + 2/5x</w:t>
      </w:r>
    </w:p>
    <w:p>
      <w:pPr>
        <w:spacing w:before="0" w:after="80" w:line="300" w:lineRule="auto"/>
        <w:jc w:val="left"/>
      </w:pPr>
      <w:r>
        <w:rPr>
          <w:rFonts w:ascii="Times New Roman" w:hAnsi="Times New Roman" w:eastAsia="宋体"/>
          <w:b w:val="0"/>
          <w:i w:val="0"/>
          <w:color w:val="333333"/>
          <w:sz w:val="19"/>
        </w:rPr>
        <w:t>3/5x = 1/3</w:t>
      </w:r>
    </w:p>
    <w:p>
      <w:pPr>
        <w:spacing w:before="0" w:after="80" w:line="300" w:lineRule="auto"/>
        <w:jc w:val="left"/>
      </w:pPr>
      <w:r>
        <w:rPr>
          <w:rFonts w:ascii="Times New Roman" w:hAnsi="Times New Roman" w:eastAsia="宋体"/>
          <w:b w:val="0"/>
          <w:i w:val="0"/>
          <w:color w:val="333333"/>
          <w:sz w:val="19"/>
        </w:rPr>
        <w:t>x = 5/9.</w:t>
      </w:r>
    </w:p>
    <w:p>
      <w:pPr>
        <w:spacing w:before="0" w:after="80" w:line="300" w:lineRule="auto"/>
        <w:jc w:val="left"/>
      </w:pPr>
      <w:r>
        <w:rPr>
          <w:rFonts w:ascii="Times New Roman" w:hAnsi="Times New Roman" w:eastAsia="宋体"/>
          <w:b w:val="0"/>
          <w:i w:val="0"/>
          <w:color w:val="333333"/>
          <w:sz w:val="19"/>
        </w:rPr>
        <w:t>The difference between the denominator and numerator is 9 - 5 =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若 Alice 坐在一端，她旁边的人不能是 Bob 或 Carla，所以必须是 Derek 或 Eric。</w:t>
      </w:r>
    </w:p>
    <w:p>
      <w:pPr>
        <w:spacing w:before="0" w:after="80" w:line="300" w:lineRule="auto"/>
        <w:jc w:val="left"/>
      </w:pPr>
      <w:r>
        <w:rPr>
          <w:rFonts w:ascii="Times New Roman" w:hAnsi="Times New Roman" w:eastAsia="宋体"/>
          <w:b w:val="0"/>
          <w:i w:val="0"/>
          <w:sz w:val="21"/>
        </w:rPr>
        <w:t>不妨设这个人是 Eric。则 Eric 旁边的人必须是 Bob 或 Carla。之后没有更多限制。</w:t>
      </w:r>
    </w:p>
    <w:p>
      <w:pPr>
        <w:spacing w:before="0" w:after="80" w:line="300" w:lineRule="auto"/>
        <w:jc w:val="left"/>
      </w:pPr>
      <w:r>
        <w:rPr>
          <w:rFonts w:ascii="Times New Roman" w:hAnsi="Times New Roman" w:eastAsia="宋体"/>
          <w:b w:val="0"/>
          <w:i w:val="0"/>
          <w:sz w:val="21"/>
        </w:rPr>
        <w:t>这给出总数</w:t>
      </w:r>
    </w:p>
    <w:p>
      <w:pPr>
        <w:spacing w:before="0" w:after="80" w:line="300" w:lineRule="auto"/>
        <w:jc w:val="left"/>
      </w:pPr>
      <w:r>
        <w:rPr>
          <w:rFonts w:ascii="Times New Roman" w:hAnsi="Times New Roman" w:eastAsia="宋体"/>
          <w:b w:val="0"/>
          <w:i w:val="0"/>
          <w:sz w:val="21"/>
        </w:rPr>
        <w:t>2 · 2 · 2 · 2 = 16。</w:t>
      </w:r>
    </w:p>
    <w:p>
      <w:pPr>
        <w:spacing w:before="0" w:after="80" w:line="300" w:lineRule="auto"/>
        <w:jc w:val="left"/>
      </w:pPr>
      <w:r>
        <w:rPr>
          <w:rFonts w:ascii="Times New Roman" w:hAnsi="Times New Roman" w:eastAsia="宋体"/>
          <w:b w:val="0"/>
          <w:i w:val="0"/>
          <w:sz w:val="21"/>
        </w:rPr>
        <w:t>第一个 2 表示两个端点。第二个 2 表示 Derek 或 Eric。第三个 2 表示 Bob 或 Carla。最后一个 2 表示剩下的 2 个人。</w:t>
      </w:r>
    </w:p>
    <w:p>
      <w:pPr>
        <w:spacing w:before="0" w:after="80" w:line="300" w:lineRule="auto"/>
        <w:jc w:val="left"/>
      </w:pPr>
      <w:r>
        <w:rPr>
          <w:rFonts w:ascii="Times New Roman" w:hAnsi="Times New Roman" w:eastAsia="宋体"/>
          <w:b w:val="0"/>
          <w:i w:val="0"/>
          <w:sz w:val="21"/>
        </w:rPr>
        <w:t>若 Alice 坐在中间三个位置之一，则她两侧必须是 Derek 和 Eric；Bob 和 Carla 只能坐在最后 2 个座位。</w:t>
      </w:r>
    </w:p>
    <w:p>
      <w:pPr>
        <w:spacing w:before="0" w:after="80" w:line="300" w:lineRule="auto"/>
        <w:jc w:val="left"/>
      </w:pPr>
      <w:r>
        <w:rPr>
          <w:rFonts w:ascii="Times New Roman" w:hAnsi="Times New Roman" w:eastAsia="宋体"/>
          <w:b w:val="0"/>
          <w:i w:val="0"/>
          <w:sz w:val="21"/>
        </w:rPr>
        <w:t>Alice 的位置有 3 种，Derek 和 Eric 左右交换有 2 种，Bob 和 Carla 填剩下两个座位有 2 种。</w:t>
      </w:r>
    </w:p>
    <w:p>
      <w:pPr>
        <w:spacing w:before="0" w:after="80" w:line="300" w:lineRule="auto"/>
        <w:jc w:val="left"/>
      </w:pPr>
      <w:r>
        <w:rPr>
          <w:rFonts w:ascii="Times New Roman" w:hAnsi="Times New Roman" w:eastAsia="宋体"/>
          <w:b w:val="0"/>
          <w:i w:val="0"/>
          <w:sz w:val="21"/>
        </w:rPr>
        <w:t>这一类共有</w:t>
      </w:r>
    </w:p>
    <w:p>
      <w:pPr>
        <w:spacing w:before="0" w:after="80" w:line="300" w:lineRule="auto"/>
        <w:jc w:val="left"/>
      </w:pPr>
      <w:r>
        <w:rPr>
          <w:rFonts w:ascii="Times New Roman" w:hAnsi="Times New Roman" w:eastAsia="宋体"/>
          <w:b w:val="0"/>
          <w:i w:val="0"/>
          <w:sz w:val="21"/>
        </w:rPr>
        <w:t>3 · 2 · 2 = 12</w:t>
      </w:r>
    </w:p>
    <w:p>
      <w:pPr>
        <w:spacing w:before="0" w:after="80" w:line="300" w:lineRule="auto"/>
        <w:jc w:val="left"/>
      </w:pPr>
      <w:r>
        <w:rPr>
          <w:rFonts w:ascii="Times New Roman" w:hAnsi="Times New Roman" w:eastAsia="宋体"/>
          <w:b w:val="0"/>
          <w:i w:val="0"/>
          <w:sz w:val="21"/>
        </w:rPr>
        <w:t>种排法。</w:t>
      </w:r>
    </w:p>
    <w:p>
      <w:pPr>
        <w:spacing w:before="0" w:after="80" w:line="300" w:lineRule="auto"/>
        <w:jc w:val="left"/>
      </w:pPr>
      <w:r>
        <w:rPr>
          <w:rFonts w:ascii="Times New Roman" w:hAnsi="Times New Roman" w:eastAsia="宋体"/>
          <w:b w:val="0"/>
          <w:i w:val="0"/>
          <w:sz w:val="21"/>
        </w:rPr>
        <w:t>总数为 12 + 16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Alice sits on an end, then the person next to her cannot be Bob or Carla. This means that it must be Derek or Eric.</w:t>
      </w:r>
    </w:p>
    <w:p>
      <w:pPr>
        <w:spacing w:before="0" w:after="80" w:line="300" w:lineRule="auto"/>
        <w:jc w:val="left"/>
      </w:pPr>
      <w:r>
        <w:rPr>
          <w:rFonts w:ascii="Times New Roman" w:hAnsi="Times New Roman" w:eastAsia="宋体"/>
          <w:b w:val="0"/>
          <w:i w:val="0"/>
          <w:color w:val="333333"/>
          <w:sz w:val="19"/>
        </w:rPr>
        <w:t>WLOG, let the person be Eric. Then the person next to Eric has to be Bob or Carla. After that there are no more restrictions.</w:t>
      </w:r>
    </w:p>
    <w:p>
      <w:pPr>
        <w:spacing w:before="0" w:after="80" w:line="300" w:lineRule="auto"/>
        <w:jc w:val="left"/>
      </w:pPr>
      <w:r>
        <w:rPr>
          <w:rFonts w:ascii="Times New Roman" w:hAnsi="Times New Roman" w:eastAsia="宋体"/>
          <w:b w:val="0"/>
          <w:i w:val="0"/>
          <w:color w:val="333333"/>
          <w:sz w:val="19"/>
        </w:rPr>
        <w:t>This gives us a total of</w:t>
      </w:r>
    </w:p>
    <w:p>
      <w:pPr>
        <w:spacing w:before="0" w:after="80" w:line="300" w:lineRule="auto"/>
        <w:jc w:val="left"/>
      </w:pPr>
      <w:r>
        <w:rPr>
          <w:rFonts w:ascii="Times New Roman" w:hAnsi="Times New Roman" w:eastAsia="宋体"/>
          <w:b w:val="0"/>
          <w:i w:val="0"/>
          <w:color w:val="333333"/>
          <w:sz w:val="19"/>
        </w:rPr>
        <w:t>2 · 2 · 2 · 2 = 16.</w:t>
      </w:r>
    </w:p>
    <w:p>
      <w:pPr>
        <w:spacing w:before="0" w:after="80" w:line="300" w:lineRule="auto"/>
        <w:jc w:val="left"/>
      </w:pPr>
      <w:r>
        <w:rPr>
          <w:rFonts w:ascii="Times New Roman" w:hAnsi="Times New Roman" w:eastAsia="宋体"/>
          <w:b w:val="0"/>
          <w:i w:val="0"/>
          <w:color w:val="333333"/>
          <w:sz w:val="19"/>
        </w:rPr>
        <w:t>The first 2 is for both edges. The second 2 is for Derek or Eric. The third 2 is for Bob or Carla. The final 2 is just for the 2 people that are remaining.</w:t>
      </w:r>
    </w:p>
    <w:p>
      <w:pPr>
        <w:spacing w:before="0" w:after="80" w:line="300" w:lineRule="auto"/>
        <w:jc w:val="left"/>
      </w:pPr>
      <w:r>
        <w:rPr>
          <w:rFonts w:ascii="Times New Roman" w:hAnsi="Times New Roman" w:eastAsia="宋体"/>
          <w:b w:val="0"/>
          <w:i w:val="0"/>
          <w:color w:val="333333"/>
          <w:sz w:val="19"/>
        </w:rPr>
        <w:t>Otherwise, let Alice be in one of the three non-end seats. Then the two people next to her have to be Derek and Eric. Bob and Carla are forced to be in the last 2 seats.</w:t>
      </w:r>
    </w:p>
    <w:p>
      <w:pPr>
        <w:spacing w:before="0" w:after="80" w:line="300" w:lineRule="auto"/>
        <w:jc w:val="left"/>
      </w:pPr>
      <w:r>
        <w:rPr>
          <w:rFonts w:ascii="Times New Roman" w:hAnsi="Times New Roman" w:eastAsia="宋体"/>
          <w:b w:val="0"/>
          <w:i w:val="0"/>
          <w:color w:val="333333"/>
          <w:sz w:val="19"/>
        </w:rPr>
        <w:t>There are 3 choices for Alice’s seat. The side on which Derek sits has 2 options, and then there are 2 options for where Bob and Carla go.</w:t>
      </w:r>
    </w:p>
    <w:p>
      <w:pPr>
        <w:spacing w:before="0" w:after="80" w:line="300" w:lineRule="auto"/>
        <w:jc w:val="left"/>
      </w:pPr>
      <w:r>
        <w:rPr>
          <w:rFonts w:ascii="Times New Roman" w:hAnsi="Times New Roman" w:eastAsia="宋体"/>
          <w:b w:val="0"/>
          <w:i w:val="0"/>
          <w:color w:val="333333"/>
          <w:sz w:val="19"/>
        </w:rPr>
        <w:t>This gives us</w:t>
      </w:r>
    </w:p>
    <w:p>
      <w:pPr>
        <w:spacing w:before="0" w:after="80" w:line="300" w:lineRule="auto"/>
        <w:jc w:val="left"/>
      </w:pPr>
      <w:r>
        <w:rPr>
          <w:rFonts w:ascii="Times New Roman" w:hAnsi="Times New Roman" w:eastAsia="宋体"/>
          <w:b w:val="0"/>
          <w:i w:val="0"/>
          <w:color w:val="333333"/>
          <w:sz w:val="19"/>
        </w:rPr>
        <w:t>3 · 2 · 2 = 12</w:t>
      </w:r>
    </w:p>
    <w:p>
      <w:pPr>
        <w:spacing w:before="0" w:after="80" w:line="300" w:lineRule="auto"/>
        <w:jc w:val="left"/>
      </w:pPr>
      <w:r>
        <w:rPr>
          <w:rFonts w:ascii="Times New Roman" w:hAnsi="Times New Roman" w:eastAsia="宋体"/>
          <w:b w:val="0"/>
          <w:i w:val="0"/>
          <w:color w:val="333333"/>
          <w:sz w:val="19"/>
        </w:rPr>
        <w:t>configurations.</w:t>
      </w:r>
    </w:p>
    <w:p>
      <w:pPr>
        <w:spacing w:before="0" w:after="80" w:line="300" w:lineRule="auto"/>
        <w:jc w:val="left"/>
      </w:pPr>
      <w:r>
        <w:rPr>
          <w:rFonts w:ascii="Times New Roman" w:hAnsi="Times New Roman" w:eastAsia="宋体"/>
          <w:b w:val="0"/>
          <w:i w:val="0"/>
          <w:color w:val="333333"/>
          <w:sz w:val="19"/>
        </w:rPr>
        <w:t>Therefore, there are a total of 12 + 16 = 28 total seating arrangements.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回忆，一个数能被 9 整除，当且仅当它的数位和也能被 9 整除。</w:t>
      </w:r>
    </w:p>
    <w:p>
      <w:pPr>
        <w:spacing w:before="0" w:after="80" w:line="300" w:lineRule="auto"/>
        <w:jc w:val="left"/>
      </w:pPr>
      <w:r>
        <w:rPr>
          <w:rFonts w:ascii="Times New Roman" w:hAnsi="Times New Roman" w:eastAsia="宋体"/>
          <w:b w:val="0"/>
          <w:i w:val="0"/>
          <w:sz w:val="21"/>
        </w:rPr>
        <w:t>这说明 S(n) 除以 9 的余数，与 n 除以 9 的余数相同。</w:t>
      </w:r>
    </w:p>
    <w:p>
      <w:pPr>
        <w:spacing w:before="0" w:after="80" w:line="300" w:lineRule="auto"/>
        <w:jc w:val="left"/>
      </w:pPr>
      <w:r>
        <w:rPr>
          <w:rFonts w:ascii="Times New Roman" w:hAnsi="Times New Roman" w:eastAsia="宋体"/>
          <w:b w:val="0"/>
          <w:i w:val="0"/>
          <w:sz w:val="21"/>
        </w:rPr>
        <w:t>下面证明这一点。若给 n 加上 x 而没有进位，显然数位和增加 x，同时 n 本身也增加 x。</w:t>
      </w:r>
    </w:p>
    <w:p>
      <w:pPr>
        <w:spacing w:before="0" w:after="80" w:line="300" w:lineRule="auto"/>
        <w:jc w:val="left"/>
      </w:pPr>
      <w:r>
        <w:rPr>
          <w:rFonts w:ascii="Times New Roman" w:hAnsi="Times New Roman" w:eastAsia="宋体"/>
          <w:b w:val="0"/>
          <w:i w:val="0"/>
          <w:sz w:val="21"/>
        </w:rPr>
        <w:t>所以两者模 9 的值都增加 x。</w:t>
      </w:r>
    </w:p>
    <w:p>
      <w:pPr>
        <w:spacing w:before="0" w:after="80" w:line="300" w:lineRule="auto"/>
        <w:jc w:val="left"/>
      </w:pPr>
      <w:r>
        <w:rPr>
          <w:rFonts w:ascii="Times New Roman" w:hAnsi="Times New Roman" w:eastAsia="宋体"/>
          <w:b w:val="0"/>
          <w:i w:val="0"/>
          <w:sz w:val="21"/>
        </w:rPr>
        <w:t>若发生进位，就相当于从某一位减去 10，并在下一位加上 1。</w:t>
      </w:r>
    </w:p>
    <w:p>
      <w:pPr>
        <w:spacing w:before="0" w:after="80" w:line="300" w:lineRule="auto"/>
        <w:jc w:val="left"/>
      </w:pPr>
      <w:r>
        <w:rPr>
          <w:rFonts w:ascii="Times New Roman" w:hAnsi="Times New Roman" w:eastAsia="宋体"/>
          <w:b w:val="0"/>
          <w:i w:val="0"/>
          <w:sz w:val="21"/>
        </w:rPr>
        <w:t>这会保持模 9 的值不变。不过我们还加了 x，所以模 9 的值仍增加了 x。</w:t>
      </w:r>
    </w:p>
    <w:p>
      <w:pPr>
        <w:spacing w:before="0" w:after="80" w:line="300" w:lineRule="auto"/>
        <w:jc w:val="left"/>
      </w:pPr>
      <w:r>
        <w:rPr>
          <w:rFonts w:ascii="Times New Roman" w:hAnsi="Times New Roman" w:eastAsia="宋体"/>
          <w:b w:val="0"/>
          <w:i w:val="0"/>
          <w:sz w:val="21"/>
        </w:rPr>
        <w:t>这就是全部两种情况，并且在两种情况下，n 和 S(n) 模 9 的值都增加了 x。</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n ≡ S(n) ≡ 5 pmod 9。</w:t>
      </w:r>
    </w:p>
    <w:p>
      <w:pPr>
        <w:spacing w:before="0" w:after="80" w:line="300" w:lineRule="auto"/>
        <w:jc w:val="left"/>
      </w:pPr>
      <w:r>
        <w:rPr>
          <w:rFonts w:ascii="Times New Roman" w:hAnsi="Times New Roman" w:eastAsia="宋体"/>
          <w:b w:val="0"/>
          <w:i w:val="0"/>
          <w:sz w:val="21"/>
        </w:rPr>
        <w:t>由此可得</w:t>
      </w:r>
    </w:p>
    <w:p>
      <w:pPr>
        <w:spacing w:before="0" w:after="80" w:line="300" w:lineRule="auto"/>
        <w:jc w:val="left"/>
      </w:pPr>
      <w:r>
        <w:rPr>
          <w:rFonts w:ascii="Times New Roman" w:hAnsi="Times New Roman" w:eastAsia="宋体"/>
          <w:b w:val="0"/>
          <w:i w:val="0"/>
          <w:sz w:val="21"/>
        </w:rPr>
        <w:t>n + 1 ≡ 6</w:t>
      </w:r>
    </w:p>
    <w:p>
      <w:pPr>
        <w:spacing w:before="0" w:after="80" w:line="300" w:lineRule="auto"/>
        <w:jc w:val="left"/>
      </w:pPr>
      <w:r>
        <w:rPr>
          <w:rFonts w:ascii="Times New Roman" w:hAnsi="Times New Roman" w:eastAsia="宋体"/>
          <w:b w:val="0"/>
          <w:i w:val="0"/>
          <w:sz w:val="21"/>
        </w:rPr>
        <w:t>≡ S(n + 1) pmod 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选项中只有 1239 除以 9 余 6。</w:t>
      </w:r>
    </w:p>
    <w:p>
      <w:pPr>
        <w:spacing w:before="0" w:after="80" w:line="300" w:lineRule="auto"/>
        <w:jc w:val="left"/>
      </w:pPr>
      <w:r>
        <w:rPr>
          <w:rFonts w:ascii="Times New Roman" w:hAnsi="Times New Roman" w:eastAsia="宋体"/>
          <w:b w:val="0"/>
          <w:i w:val="0"/>
          <w:sz w:val="21"/>
        </w:rPr>
        <w:t>这个值确实可以达到。令 n 由 137 个数字 9、一个数字 5 和最后四个数字 9 依次组成。则</w:t>
      </w:r>
    </w:p>
    <w:p>
      <w:pPr>
        <w:spacing w:before="0" w:after="80" w:line="300" w:lineRule="auto"/>
        <w:jc w:val="left"/>
      </w:pPr>
      <w:r>
        <w:rPr>
          <w:rFonts w:ascii="Times New Roman" w:hAnsi="Times New Roman" w:eastAsia="宋体"/>
          <w:b w:val="0"/>
          <w:i w:val="0"/>
          <w:sz w:val="21"/>
        </w:rPr>
        <w:t>S(n)=137·9+5+4·9</w:t>
      </w:r>
    </w:p>
    <w:p>
      <w:pPr>
        <w:spacing w:before="0" w:after="80" w:line="300" w:lineRule="auto"/>
        <w:jc w:val="left"/>
      </w:pPr>
      <w:r>
        <w:rPr>
          <w:rFonts w:ascii="Times New Roman" w:hAnsi="Times New Roman" w:eastAsia="宋体"/>
          <w:b w:val="0"/>
          <w:i w:val="0"/>
          <w:sz w:val="21"/>
        </w:rPr>
        <w:t>=1274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加 1 后，末尾四个 9 变成 0，数字 5 变成 6，所以 S(n+1)=137·9+6=1239。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a number is divisible by 9 if and only if the sum of its digits is also divisible by 9.</w:t>
      </w:r>
    </w:p>
    <w:p>
      <w:pPr>
        <w:spacing w:before="0" w:after="80" w:line="300" w:lineRule="auto"/>
        <w:jc w:val="left"/>
      </w:pPr>
      <w:r>
        <w:rPr>
          <w:rFonts w:ascii="Times New Roman" w:hAnsi="Times New Roman" w:eastAsia="宋体"/>
          <w:b w:val="0"/>
          <w:i w:val="0"/>
          <w:color w:val="333333"/>
          <w:sz w:val="19"/>
        </w:rPr>
        <w:t>This means that looking at S(n) mod 9 would also give us n mod 9.</w:t>
      </w:r>
    </w:p>
    <w:p>
      <w:pPr>
        <w:spacing w:before="0" w:after="80" w:line="300" w:lineRule="auto"/>
        <w:jc w:val="left"/>
      </w:pPr>
      <w:r>
        <w:rPr>
          <w:rFonts w:ascii="Times New Roman" w:hAnsi="Times New Roman" w:eastAsia="宋体"/>
          <w:b w:val="0"/>
          <w:i w:val="0"/>
          <w:color w:val="333333"/>
          <w:sz w:val="19"/>
        </w:rPr>
        <w:t>Let us prove this. If we add x to n without carrying, it is clear that the sum of the digits increases by x and that n itself increases by x.</w:t>
      </w:r>
    </w:p>
    <w:p>
      <w:pPr>
        <w:spacing w:before="0" w:after="80" w:line="300" w:lineRule="auto"/>
        <w:jc w:val="left"/>
      </w:pPr>
      <w:r>
        <w:rPr>
          <w:rFonts w:ascii="Times New Roman" w:hAnsi="Times New Roman" w:eastAsia="宋体"/>
          <w:b w:val="0"/>
          <w:i w:val="0"/>
          <w:color w:val="333333"/>
          <w:sz w:val="19"/>
        </w:rPr>
        <w:t>This would increase both their values mod 9 by x.</w:t>
      </w:r>
    </w:p>
    <w:p>
      <w:pPr>
        <w:spacing w:before="0" w:after="80" w:line="300" w:lineRule="auto"/>
        <w:jc w:val="left"/>
      </w:pPr>
      <w:r>
        <w:rPr>
          <w:rFonts w:ascii="Times New Roman" w:hAnsi="Times New Roman" w:eastAsia="宋体"/>
          <w:b w:val="0"/>
          <w:i w:val="0"/>
          <w:color w:val="333333"/>
          <w:sz w:val="19"/>
        </w:rPr>
        <w:t>Now, if it does carry, we would be subtracting 10 from some digit and adding on 1 to the next digit.</w:t>
      </w:r>
    </w:p>
    <w:p>
      <w:pPr>
        <w:spacing w:before="0" w:after="80" w:line="300" w:lineRule="auto"/>
        <w:jc w:val="left"/>
      </w:pPr>
      <w:r>
        <w:rPr>
          <w:rFonts w:ascii="Times New Roman" w:hAnsi="Times New Roman" w:eastAsia="宋体"/>
          <w:b w:val="0"/>
          <w:i w:val="0"/>
          <w:color w:val="333333"/>
          <w:sz w:val="19"/>
        </w:rPr>
        <w:t>This would keep the value mod 9 constant. We did, however, add x in there, so the value mod 9 still increased by x.</w:t>
      </w:r>
    </w:p>
    <w:p>
      <w:pPr>
        <w:spacing w:before="0" w:after="80" w:line="300" w:lineRule="auto"/>
        <w:jc w:val="left"/>
      </w:pPr>
      <w:r>
        <w:rPr>
          <w:rFonts w:ascii="Times New Roman" w:hAnsi="Times New Roman" w:eastAsia="宋体"/>
          <w:b w:val="0"/>
          <w:i w:val="0"/>
          <w:color w:val="333333"/>
          <w:sz w:val="19"/>
        </w:rPr>
        <w:t>These are the only two cases, and in both we have shown that the value mod 9 for both n and S(n) increased by x.</w:t>
      </w:r>
    </w:p>
    <w:p>
      <w:pPr>
        <w:spacing w:before="0" w:after="80" w:line="300" w:lineRule="auto"/>
        <w:jc w:val="left"/>
      </w:pPr>
      <w:r>
        <w:rPr>
          <w:rFonts w:ascii="Times New Roman" w:hAnsi="Times New Roman" w:eastAsia="宋体"/>
          <w:b w:val="0"/>
          <w:i w:val="0"/>
          <w:color w:val="333333"/>
          <w:sz w:val="19"/>
        </w:rPr>
        <w:t>Therefore, we have that</w:t>
      </w:r>
    </w:p>
    <w:p>
      <w:pPr>
        <w:spacing w:before="0" w:after="80" w:line="300" w:lineRule="auto"/>
        <w:jc w:val="left"/>
      </w:pPr>
      <w:r>
        <w:rPr>
          <w:rFonts w:ascii="Times New Roman" w:hAnsi="Times New Roman" w:eastAsia="宋体"/>
          <w:b w:val="0"/>
          <w:i w:val="0"/>
          <w:color w:val="333333"/>
          <w:sz w:val="19"/>
        </w:rPr>
        <w:t>n ≡ S(n) ≡ 5 pmod 9.</w:t>
      </w:r>
    </w:p>
    <w:p>
      <w:pPr>
        <w:spacing w:before="0" w:after="80" w:line="300" w:lineRule="auto"/>
        <w:jc w:val="left"/>
      </w:pPr>
      <w:r>
        <w:rPr>
          <w:rFonts w:ascii="Times New Roman" w:hAnsi="Times New Roman" w:eastAsia="宋体"/>
          <w:b w:val="0"/>
          <w:i w:val="0"/>
          <w:color w:val="333333"/>
          <w:sz w:val="19"/>
        </w:rPr>
        <w:t>From this, we can see that</w:t>
      </w:r>
    </w:p>
    <w:p>
      <w:pPr>
        <w:spacing w:before="0" w:after="80" w:line="300" w:lineRule="auto"/>
        <w:jc w:val="left"/>
      </w:pPr>
      <w:r>
        <w:rPr>
          <w:rFonts w:ascii="Times New Roman" w:hAnsi="Times New Roman" w:eastAsia="宋体"/>
          <w:b w:val="0"/>
          <w:i w:val="0"/>
          <w:color w:val="333333"/>
          <w:sz w:val="19"/>
        </w:rPr>
        <w:t>n + 1 ≡ 6</w:t>
      </w:r>
    </w:p>
    <w:p>
      <w:pPr>
        <w:spacing w:before="0" w:after="80" w:line="300" w:lineRule="auto"/>
        <w:jc w:val="left"/>
      </w:pPr>
      <w:r>
        <w:rPr>
          <w:rFonts w:ascii="Times New Roman" w:hAnsi="Times New Roman" w:eastAsia="宋体"/>
          <w:b w:val="0"/>
          <w:i w:val="0"/>
          <w:color w:val="333333"/>
          <w:sz w:val="19"/>
        </w:rPr>
        <w:t>≡ S(n + 1) pmod 9.</w:t>
      </w:r>
    </w:p>
    <w:p>
      <w:pPr>
        <w:spacing w:before="0" w:after="80" w:line="300" w:lineRule="auto"/>
        <w:jc w:val="left"/>
      </w:pPr>
      <w:r>
        <w:rPr>
          <w:rFonts w:ascii="Times New Roman" w:hAnsi="Times New Roman" w:eastAsia="宋体"/>
          <w:b w:val="0"/>
          <w:i w:val="0"/>
          <w:color w:val="333333"/>
          <w:sz w:val="19"/>
        </w:rPr>
        <w:t>The only answer choice that leaves a remainder of 6 when divided by 9 is 1239.</w:t>
      </w:r>
    </w:p>
    <w:p>
      <w:pPr>
        <w:spacing w:before="0" w:after="80" w:line="300" w:lineRule="auto"/>
        <w:jc w:val="left"/>
      </w:pPr>
      <w:r>
        <w:rPr>
          <w:rFonts w:ascii="Times New Roman" w:hAnsi="Times New Roman" w:eastAsia="宋体"/>
          <w:b w:val="0"/>
          <w:i w:val="0"/>
          <w:color w:val="333333"/>
          <w:sz w:val="19"/>
        </w:rPr>
        <w:t>This value is attainable. Take n to consist of 137 digits 9, followed by a digit 5, followed by four more digits 9. Then</w:t>
      </w:r>
    </w:p>
    <w:p>
      <w:pPr>
        <w:spacing w:before="0" w:after="80" w:line="300" w:lineRule="auto"/>
        <w:jc w:val="left"/>
      </w:pPr>
      <w:r>
        <w:rPr>
          <w:rFonts w:ascii="Times New Roman" w:hAnsi="Times New Roman" w:eastAsia="宋体"/>
          <w:b w:val="0"/>
          <w:i w:val="0"/>
          <w:color w:val="333333"/>
          <w:sz w:val="19"/>
        </w:rPr>
        <w:t>S(n)=137·9+5+4·9</w:t>
      </w:r>
    </w:p>
    <w:p>
      <w:pPr>
        <w:spacing w:before="0" w:after="80" w:line="300" w:lineRule="auto"/>
        <w:jc w:val="left"/>
      </w:pPr>
      <w:r>
        <w:rPr>
          <w:rFonts w:ascii="Times New Roman" w:hAnsi="Times New Roman" w:eastAsia="宋体"/>
          <w:b w:val="0"/>
          <w:i w:val="0"/>
          <w:color w:val="333333"/>
          <w:sz w:val="19"/>
        </w:rPr>
        <w:t>=1274.</w:t>
      </w:r>
    </w:p>
    <w:p>
      <w:pPr>
        <w:spacing w:before="0" w:after="80" w:line="300" w:lineRule="auto"/>
        <w:jc w:val="left"/>
      </w:pPr>
      <w:r>
        <w:rPr>
          <w:rFonts w:ascii="Times New Roman" w:hAnsi="Times New Roman" w:eastAsia="宋体"/>
          <w:b w:val="0"/>
          <w:i w:val="0"/>
          <w:color w:val="333333"/>
          <w:sz w:val="19"/>
        </w:rPr>
        <w:t>Adding 1 changes the final four 9s to 0s and changes the 5 to 6, so S(n+1)=137·9+6=1239.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D</w:t>
      </w:r>
    </w:p>
    <w:p>
      <w:pPr>
        <w:spacing w:before="80" w:after="80"/>
        <w:jc w:val="center"/>
      </w:pPr>
      <w:r>
        <w:drawing>
          <wp:inline xmlns:a="http://schemas.openxmlformats.org/drawingml/2006/main" xmlns:pic="http://schemas.openxmlformats.org/drawingml/2006/picture">
            <wp:extent cx="1322065" cy="1026631"/>
            <wp:docPr id="3" name="Picture 3"/>
            <wp:cNvGraphicFramePr>
              <a:graphicFrameLocks noChangeAspect="1"/>
            </wp:cNvGraphicFramePr>
            <a:graphic>
              <a:graphicData uri="http://schemas.openxmlformats.org/drawingml/2006/picture">
                <pic:pic>
                  <pic:nvPicPr>
                    <pic:cNvPr id="0" name="q21-sol-1@300dpi.png"/>
                    <pic:cNvPicPr/>
                  </pic:nvPicPr>
                  <pic:blipFill>
                    <a:blip r:embed="rId10"/>
                    <a:stretch>
                      <a:fillRect/>
                    </a:stretch>
                  </pic:blipFill>
                  <pic:spPr>
                    <a:xfrm>
                      <a:off x="0" y="0"/>
                      <a:ext cx="1322065" cy="1026631"/>
                    </a:xfrm>
                    <a:prstGeom prst="rect"/>
                  </pic:spPr>
                </pic:pic>
              </a:graphicData>
            </a:graphic>
          </wp:inline>
        </w:drawing>
      </w:r>
    </w:p>
    <w:p>
      <w:pPr>
        <w:spacing w:before="0" w:after="80" w:line="300" w:lineRule="auto"/>
        <w:jc w:val="left"/>
      </w:pPr>
      <w:r>
        <w:rPr>
          <w:rFonts w:ascii="Times New Roman" w:hAnsi="Times New Roman" w:eastAsia="宋体"/>
          <w:b w:val="0"/>
          <w:i w:val="0"/>
          <w:sz w:val="21"/>
        </w:rPr>
        <w:t>第一种放置中，△ FBE 与原来的 △ ABC 相似，因此</w:t>
      </w:r>
    </w:p>
    <w:p>
      <w:pPr>
        <w:spacing w:before="0" w:after="80" w:line="300" w:lineRule="auto"/>
        <w:jc w:val="left"/>
      </w:pPr>
      <w:r>
        <w:rPr>
          <w:rFonts w:ascii="Times New Roman" w:hAnsi="Times New Roman" w:eastAsia="宋体"/>
          <w:b w:val="0"/>
          <w:i w:val="0"/>
          <w:sz w:val="21"/>
        </w:rPr>
        <w:t>BF/FE = AB/AC</w:t>
      </w:r>
    </w:p>
    <w:p>
      <w:pPr>
        <w:spacing w:before="0" w:after="80" w:line="300" w:lineRule="auto"/>
        <w:jc w:val="left"/>
      </w:pPr>
      <w:r>
        <w:rPr>
          <w:rFonts w:ascii="Times New Roman" w:hAnsi="Times New Roman" w:eastAsia="宋体"/>
          <w:b w:val="0"/>
          <w:i w:val="0"/>
          <w:sz w:val="21"/>
        </w:rPr>
        <w:t>(4 - x)/x = 4/3。</w:t>
      </w:r>
    </w:p>
    <w:p>
      <w:pPr>
        <w:spacing w:before="0" w:after="80" w:line="300" w:lineRule="auto"/>
        <w:jc w:val="left"/>
      </w:pPr>
      <w:r>
        <w:rPr>
          <w:rFonts w:ascii="Times New Roman" w:hAnsi="Times New Roman" w:eastAsia="宋体"/>
          <w:b w:val="0"/>
          <w:i w:val="0"/>
          <w:sz w:val="21"/>
        </w:rPr>
        <w:t>交叉相乘可得</w:t>
      </w:r>
    </w:p>
    <w:p>
      <w:pPr>
        <w:spacing w:before="0" w:after="80" w:line="300" w:lineRule="auto"/>
        <w:jc w:val="left"/>
      </w:pPr>
      <w:r>
        <w:rPr>
          <w:rFonts w:ascii="Times New Roman" w:hAnsi="Times New Roman" w:eastAsia="宋体"/>
          <w:b w:val="0"/>
          <w:i w:val="0"/>
          <w:sz w:val="21"/>
        </w:rPr>
        <w:t>12 - 3x = 4x</w:t>
      </w:r>
    </w:p>
    <w:p>
      <w:pPr>
        <w:spacing w:before="0" w:after="80" w:line="300" w:lineRule="auto"/>
        <w:jc w:val="left"/>
      </w:pPr>
      <w:r>
        <w:rPr>
          <w:rFonts w:ascii="Times New Roman" w:hAnsi="Times New Roman" w:eastAsia="宋体"/>
          <w:b w:val="0"/>
          <w:i w:val="0"/>
          <w:sz w:val="21"/>
        </w:rPr>
        <w:t>x = 12/7。</w:t>
      </w:r>
    </w:p>
    <w:p>
      <w:pPr>
        <w:spacing w:before="80" w:after="80"/>
        <w:jc w:val="center"/>
      </w:pPr>
      <w:r>
        <w:drawing>
          <wp:inline xmlns:a="http://schemas.openxmlformats.org/drawingml/2006/main" xmlns:pic="http://schemas.openxmlformats.org/drawingml/2006/picture">
            <wp:extent cx="1251101" cy="989091"/>
            <wp:docPr id="4" name="Picture 4"/>
            <wp:cNvGraphicFramePr>
              <a:graphicFrameLocks noChangeAspect="1"/>
            </wp:cNvGraphicFramePr>
            <a:graphic>
              <a:graphicData uri="http://schemas.openxmlformats.org/drawingml/2006/picture">
                <pic:pic>
                  <pic:nvPicPr>
                    <pic:cNvPr id="0" name="q21-sol-2@300dpi.png"/>
                    <pic:cNvPicPr/>
                  </pic:nvPicPr>
                  <pic:blipFill>
                    <a:blip r:embed="rId11"/>
                    <a:stretch>
                      <a:fillRect/>
                    </a:stretch>
                  </pic:blipFill>
                  <pic:spPr>
                    <a:xfrm>
                      <a:off x="0" y="0"/>
                      <a:ext cx="1251101" cy="989091"/>
                    </a:xfrm>
                    <a:prstGeom prst="rect"/>
                  </pic:spPr>
                </pic:pic>
              </a:graphicData>
            </a:graphic>
          </wp:inline>
        </w:drawing>
      </w:r>
    </w:p>
    <w:p>
      <w:pPr>
        <w:spacing w:before="0" w:after="80" w:line="300" w:lineRule="auto"/>
        <w:jc w:val="left"/>
      </w:pPr>
      <w:r>
        <w:rPr>
          <w:rFonts w:ascii="Times New Roman" w:hAnsi="Times New Roman" w:eastAsia="宋体"/>
          <w:b w:val="0"/>
          <w:i w:val="0"/>
          <w:sz w:val="21"/>
        </w:rPr>
        <w:t>这里，△ ABC、△ RBQ 和 △ STC 都相似（角角相似）。</w:t>
      </w:r>
    </w:p>
    <w:p>
      <w:pPr>
        <w:spacing w:before="0" w:after="80" w:line="300" w:lineRule="auto"/>
        <w:jc w:val="left"/>
      </w:pPr>
      <w:r>
        <w:rPr>
          <w:rFonts w:ascii="Times New Roman" w:hAnsi="Times New Roman" w:eastAsia="宋体"/>
          <w:b w:val="0"/>
          <w:i w:val="0"/>
          <w:sz w:val="21"/>
        </w:rPr>
        <w:t>因此 RB = 4/3y，且 CS = 3/4y。这给出方程</w:t>
      </w:r>
    </w:p>
    <w:p>
      <w:pPr>
        <w:spacing w:before="0" w:after="80" w:line="300" w:lineRule="auto"/>
        <w:jc w:val="left"/>
      </w:pPr>
      <w:r>
        <w:rPr>
          <w:rFonts w:ascii="Times New Roman" w:hAnsi="Times New Roman" w:eastAsia="宋体"/>
          <w:b w:val="0"/>
          <w:i w:val="0"/>
          <w:sz w:val="21"/>
        </w:rPr>
        <w:t>4/3y + 3/4y + y = 5</w:t>
      </w:r>
    </w:p>
    <w:p>
      <w:pPr>
        <w:spacing w:before="0" w:after="80" w:line="300" w:lineRule="auto"/>
        <w:jc w:val="left"/>
      </w:pPr>
      <w:r>
        <w:rPr>
          <w:rFonts w:ascii="Times New Roman" w:hAnsi="Times New Roman" w:eastAsia="宋体"/>
          <w:b w:val="0"/>
          <w:i w:val="0"/>
          <w:sz w:val="21"/>
        </w:rPr>
        <w:t>37/12y = 5。</w:t>
      </w:r>
    </w:p>
    <w:p>
      <w:pPr>
        <w:spacing w:before="0" w:after="80" w:line="300" w:lineRule="auto"/>
        <w:jc w:val="left"/>
      </w:pPr>
      <w:r>
        <w:rPr>
          <w:rFonts w:ascii="Times New Roman" w:hAnsi="Times New Roman" w:eastAsia="宋体"/>
          <w:b w:val="0"/>
          <w:i w:val="0"/>
          <w:sz w:val="21"/>
        </w:rPr>
        <w:t>最后得到 y = 60/37。因此所求比值为</w:t>
      </w:r>
    </w:p>
    <w:p>
      <w:pPr>
        <w:spacing w:before="0" w:after="80" w:line="300" w:lineRule="auto"/>
        <w:jc w:val="left"/>
      </w:pPr>
      <w:r>
        <w:rPr>
          <w:rFonts w:ascii="Times New Roman" w:hAnsi="Times New Roman" w:eastAsia="宋体"/>
          <w:b w:val="0"/>
          <w:i w:val="0"/>
          <w:sz w:val="21"/>
        </w:rPr>
        <w:t>(12/7)/(60/37) = 37/35。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322065" cy="1026631"/>
            <wp:docPr id="5" name="Picture 5"/>
            <wp:cNvGraphicFramePr>
              <a:graphicFrameLocks noChangeAspect="1"/>
            </wp:cNvGraphicFramePr>
            <a:graphic>
              <a:graphicData uri="http://schemas.openxmlformats.org/drawingml/2006/picture">
                <pic:pic>
                  <pic:nvPicPr>
                    <pic:cNvPr id="0" name="q21-sol-1@300dpi.png"/>
                    <pic:cNvPicPr/>
                  </pic:nvPicPr>
                  <pic:blipFill>
                    <a:blip r:embed="rId10"/>
                    <a:stretch>
                      <a:fillRect/>
                    </a:stretch>
                  </pic:blipFill>
                  <pic:spPr>
                    <a:xfrm>
                      <a:off x="0" y="0"/>
                      <a:ext cx="1322065" cy="102663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can see that △ ABC and △ FBE are similar (angle-angle). This gives us</w:t>
      </w:r>
    </w:p>
    <w:p>
      <w:pPr>
        <w:spacing w:before="0" w:after="80" w:line="300" w:lineRule="auto"/>
        <w:jc w:val="left"/>
      </w:pPr>
      <w:r>
        <w:rPr>
          <w:rFonts w:ascii="Times New Roman" w:hAnsi="Times New Roman" w:eastAsia="宋体"/>
          <w:b w:val="0"/>
          <w:i w:val="0"/>
          <w:color w:val="333333"/>
          <w:sz w:val="19"/>
        </w:rPr>
        <w:t>BF/FE = AB/AC</w:t>
      </w:r>
    </w:p>
    <w:p>
      <w:pPr>
        <w:spacing w:before="0" w:after="80" w:line="300" w:lineRule="auto"/>
        <w:jc w:val="left"/>
      </w:pPr>
      <w:r>
        <w:rPr>
          <w:rFonts w:ascii="Times New Roman" w:hAnsi="Times New Roman" w:eastAsia="宋体"/>
          <w:b w:val="0"/>
          <w:i w:val="0"/>
          <w:color w:val="333333"/>
          <w:sz w:val="19"/>
        </w:rPr>
        <w:t>(4 - x)/x = 4/3.</w:t>
      </w:r>
    </w:p>
    <w:p>
      <w:pPr>
        <w:spacing w:before="0" w:after="80" w:line="300" w:lineRule="auto"/>
        <w:jc w:val="left"/>
      </w:pPr>
      <w:r>
        <w:rPr>
          <w:rFonts w:ascii="Times New Roman" w:hAnsi="Times New Roman" w:eastAsia="宋体"/>
          <w:b w:val="0"/>
          <w:i w:val="0"/>
          <w:color w:val="333333"/>
          <w:sz w:val="19"/>
        </w:rPr>
        <w:t>Cross-multiplying yields</w:t>
      </w:r>
    </w:p>
    <w:p>
      <w:pPr>
        <w:spacing w:before="0" w:after="80" w:line="300" w:lineRule="auto"/>
        <w:jc w:val="left"/>
      </w:pPr>
      <w:r>
        <w:rPr>
          <w:rFonts w:ascii="Times New Roman" w:hAnsi="Times New Roman" w:eastAsia="宋体"/>
          <w:b w:val="0"/>
          <w:i w:val="0"/>
          <w:color w:val="333333"/>
          <w:sz w:val="19"/>
        </w:rPr>
        <w:t>12 - 3x = 4x</w:t>
      </w:r>
    </w:p>
    <w:p>
      <w:pPr>
        <w:spacing w:before="0" w:after="80" w:line="300" w:lineRule="auto"/>
        <w:jc w:val="left"/>
      </w:pPr>
      <w:r>
        <w:rPr>
          <w:rFonts w:ascii="Times New Roman" w:hAnsi="Times New Roman" w:eastAsia="宋体"/>
          <w:b w:val="0"/>
          <w:i w:val="0"/>
          <w:color w:val="333333"/>
          <w:sz w:val="19"/>
        </w:rPr>
        <w:t>x = 12/7.</w:t>
      </w:r>
    </w:p>
    <w:p>
      <w:pPr>
        <w:spacing w:before="80" w:after="80"/>
        <w:jc w:val="center"/>
      </w:pPr>
      <w:r>
        <w:drawing>
          <wp:inline xmlns:a="http://schemas.openxmlformats.org/drawingml/2006/main" xmlns:pic="http://schemas.openxmlformats.org/drawingml/2006/picture">
            <wp:extent cx="1251101" cy="989091"/>
            <wp:docPr id="6" name="Picture 6"/>
            <wp:cNvGraphicFramePr>
              <a:graphicFrameLocks noChangeAspect="1"/>
            </wp:cNvGraphicFramePr>
            <a:graphic>
              <a:graphicData uri="http://schemas.openxmlformats.org/drawingml/2006/picture">
                <pic:pic>
                  <pic:nvPicPr>
                    <pic:cNvPr id="0" name="q21-sol-2@300dpi.png"/>
                    <pic:cNvPicPr/>
                  </pic:nvPicPr>
                  <pic:blipFill>
                    <a:blip r:embed="rId11"/>
                    <a:stretch>
                      <a:fillRect/>
                    </a:stretch>
                  </pic:blipFill>
                  <pic:spPr>
                    <a:xfrm>
                      <a:off x="0" y="0"/>
                      <a:ext cx="1251101" cy="98909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Here, we have that △ ABC, △ RBQ, and △ STC are similar (angle-angle).</w:t>
      </w:r>
    </w:p>
    <w:p>
      <w:pPr>
        <w:spacing w:before="0" w:after="80" w:line="300" w:lineRule="auto"/>
        <w:jc w:val="left"/>
      </w:pPr>
      <w:r>
        <w:rPr>
          <w:rFonts w:ascii="Times New Roman" w:hAnsi="Times New Roman" w:eastAsia="宋体"/>
          <w:b w:val="0"/>
          <w:i w:val="0"/>
          <w:color w:val="333333"/>
          <w:sz w:val="19"/>
        </w:rPr>
        <w:t>This means that RB = 4/3y and CS = 3/4y. This gives us the equation</w:t>
      </w:r>
    </w:p>
    <w:p>
      <w:pPr>
        <w:spacing w:before="0" w:after="80" w:line="300" w:lineRule="auto"/>
        <w:jc w:val="left"/>
      </w:pPr>
      <w:r>
        <w:rPr>
          <w:rFonts w:ascii="Times New Roman" w:hAnsi="Times New Roman" w:eastAsia="宋体"/>
          <w:b w:val="0"/>
          <w:i w:val="0"/>
          <w:color w:val="333333"/>
          <w:sz w:val="19"/>
        </w:rPr>
        <w:t>4/3y + 3/4y + y = 5</w:t>
      </w:r>
    </w:p>
    <w:p>
      <w:pPr>
        <w:spacing w:before="0" w:after="80" w:line="300" w:lineRule="auto"/>
        <w:jc w:val="left"/>
      </w:pPr>
      <w:r>
        <w:rPr>
          <w:rFonts w:ascii="Times New Roman" w:hAnsi="Times New Roman" w:eastAsia="宋体"/>
          <w:b w:val="0"/>
          <w:i w:val="0"/>
          <w:color w:val="333333"/>
          <w:sz w:val="19"/>
        </w:rPr>
        <w:t>37/12y = 5.</w:t>
      </w:r>
    </w:p>
    <w:p>
      <w:pPr>
        <w:spacing w:before="0" w:after="80" w:line="300" w:lineRule="auto"/>
        <w:jc w:val="left"/>
      </w:pPr>
      <w:r>
        <w:rPr>
          <w:rFonts w:ascii="Times New Roman" w:hAnsi="Times New Roman" w:eastAsia="宋体"/>
          <w:b w:val="0"/>
          <w:i w:val="0"/>
          <w:color w:val="333333"/>
          <w:sz w:val="19"/>
        </w:rPr>
        <w:t>Finally, we get that y = 60/37. The desired ratio is</w:t>
      </w:r>
    </w:p>
    <w:p>
      <w:pPr>
        <w:spacing w:before="0" w:after="80" w:line="300" w:lineRule="auto"/>
        <w:jc w:val="left"/>
      </w:pPr>
      <w:r>
        <w:rPr>
          <w:rFonts w:ascii="Times New Roman" w:hAnsi="Times New Roman" w:eastAsia="宋体"/>
          <w:b w:val="0"/>
          <w:i w:val="0"/>
          <w:color w:val="333333"/>
          <w:sz w:val="19"/>
        </w:rPr>
        <w:t>(12/7)/(60/37) = 37/35.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E</w:t>
      </w:r>
    </w:p>
    <w:p>
      <w:pPr>
        <w:spacing w:before="80" w:after="80"/>
        <w:jc w:val="center"/>
      </w:pPr>
      <w:r>
        <w:drawing>
          <wp:inline xmlns:a="http://schemas.openxmlformats.org/drawingml/2006/main" xmlns:pic="http://schemas.openxmlformats.org/drawingml/2006/picture">
            <wp:extent cx="749750" cy="1045813"/>
            <wp:docPr id="7" name="Picture 7"/>
            <wp:cNvGraphicFramePr>
              <a:graphicFrameLocks noChangeAspect="1"/>
            </wp:cNvGraphicFramePr>
            <a:graphic>
              <a:graphicData uri="http://schemas.openxmlformats.org/drawingml/2006/picture">
                <pic:pic>
                  <pic:nvPicPr>
                    <pic:cNvPr id="0" name="q22-sol-1@300dpi.png"/>
                    <pic:cNvPicPr/>
                  </pic:nvPicPr>
                  <pic:blipFill>
                    <a:blip r:embed="rId12"/>
                    <a:stretch>
                      <a:fillRect/>
                    </a:stretch>
                  </pic:blipFill>
                  <pic:spPr>
                    <a:xfrm>
                      <a:off x="0" y="0"/>
                      <a:ext cx="749750" cy="1045813"/>
                    </a:xfrm>
                    <a:prstGeom prst="rect"/>
                  </pic:spPr>
                </pic:pic>
              </a:graphicData>
            </a:graphic>
          </wp:inline>
        </w:drawing>
      </w:r>
    </w:p>
    <w:p>
      <w:pPr>
        <w:spacing w:before="0" w:after="80" w:line="300" w:lineRule="auto"/>
        <w:jc w:val="left"/>
      </w:pPr>
      <w:r>
        <w:rPr>
          <w:rFonts w:ascii="Times New Roman" w:hAnsi="Times New Roman" w:eastAsia="宋体"/>
          <w:b w:val="0"/>
          <w:i w:val="0"/>
          <w:sz w:val="21"/>
        </w:rPr>
        <w:t>设圆的半径为 r。</w:t>
      </w:r>
    </w:p>
    <w:p>
      <w:pPr>
        <w:spacing w:before="0" w:after="80" w:line="300" w:lineRule="auto"/>
        <w:jc w:val="left"/>
      </w:pPr>
      <w:r>
        <w:rPr>
          <w:rFonts w:ascii="Times New Roman" w:hAnsi="Times New Roman" w:eastAsia="宋体"/>
          <w:b w:val="0"/>
          <w:i w:val="0"/>
          <w:sz w:val="21"/>
        </w:rPr>
        <w:t>要求三角形在圆外的面积，可以先求三角形在圆内的面积，再从三角形总面积中减去。</w:t>
      </w:r>
    </w:p>
    <w:p>
      <w:pPr>
        <w:spacing w:before="0" w:after="80" w:line="300" w:lineRule="auto"/>
        <w:jc w:val="left"/>
      </w:pPr>
      <w:r>
        <w:rPr>
          <w:rFonts w:ascii="Times New Roman" w:hAnsi="Times New Roman" w:eastAsia="宋体"/>
          <w:b w:val="0"/>
          <w:i w:val="0"/>
          <w:sz w:val="21"/>
        </w:rPr>
        <w:t>因为 ∠ ABO 和 ∠ ACO 都是直角，所以 ∠ BOC = 120°。</w:t>
      </w:r>
    </w:p>
    <w:p>
      <w:pPr>
        <w:spacing w:before="0" w:after="80" w:line="300" w:lineRule="auto"/>
        <w:jc w:val="left"/>
      </w:pPr>
      <w:r>
        <w:rPr>
          <w:rFonts w:ascii="Times New Roman" w:hAnsi="Times New Roman" w:eastAsia="宋体"/>
          <w:b w:val="0"/>
          <w:i w:val="0"/>
          <w:sz w:val="21"/>
        </w:rPr>
        <w:t>因此扇形 OBC 的面积为</w:t>
      </w:r>
    </w:p>
    <w:p>
      <w:pPr>
        <w:spacing w:before="0" w:after="80" w:line="300" w:lineRule="auto"/>
        <w:jc w:val="left"/>
      </w:pPr>
      <w:r>
        <w:rPr>
          <w:rFonts w:ascii="Times New Roman" w:hAnsi="Times New Roman" w:eastAsia="宋体"/>
          <w:b w:val="0"/>
          <w:i w:val="0"/>
          <w:sz w:val="21"/>
        </w:rPr>
        <w:t>120/360 · π r² = (π r²)/3。</w:t>
      </w:r>
    </w:p>
    <w:p>
      <w:pPr>
        <w:spacing w:before="0" w:after="80" w:line="300" w:lineRule="auto"/>
        <w:jc w:val="left"/>
      </w:pPr>
      <w:r>
        <w:rPr>
          <w:rFonts w:ascii="Times New Roman" w:hAnsi="Times New Roman" w:eastAsia="宋体"/>
          <w:b w:val="0"/>
          <w:i w:val="0"/>
          <w:sz w:val="21"/>
        </w:rPr>
        <w:t>接下来求 △ BOC 的面积。利用三角形面积的正弦公式，可得</w:t>
      </w:r>
    </w:p>
    <w:p>
      <w:pPr>
        <w:spacing w:before="0" w:after="80" w:line="300" w:lineRule="auto"/>
        <w:jc w:val="left"/>
      </w:pPr>
      <w:r>
        <w:rPr>
          <w:rFonts w:ascii="Times New Roman" w:hAnsi="Times New Roman" w:eastAsia="宋体"/>
          <w:b w:val="0"/>
          <w:i w:val="0"/>
          <w:sz w:val="21"/>
        </w:rPr>
        <w:t>1/2 sin (120°) · r² = (r²√(3))/4。</w:t>
      </w:r>
    </w:p>
    <w:p>
      <w:pPr>
        <w:spacing w:before="0" w:after="80" w:line="300" w:lineRule="auto"/>
        <w:jc w:val="left"/>
      </w:pPr>
      <w:r>
        <w:rPr>
          <w:rFonts w:ascii="Times New Roman" w:hAnsi="Times New Roman" w:eastAsia="宋体"/>
          <w:b w:val="0"/>
          <w:i w:val="0"/>
          <w:sz w:val="21"/>
        </w:rPr>
        <w:t>所以三角形在圆内的面积为</w:t>
      </w:r>
    </w:p>
    <w:p>
      <w:pPr>
        <w:spacing w:before="0" w:after="80" w:line="300" w:lineRule="auto"/>
        <w:jc w:val="left"/>
      </w:pPr>
      <w:r>
        <w:rPr>
          <w:rFonts w:ascii="Times New Roman" w:hAnsi="Times New Roman" w:eastAsia="宋体"/>
          <w:b w:val="0"/>
          <w:i w:val="0"/>
          <w:sz w:val="21"/>
        </w:rPr>
        <w:t>(π r²)/3 - (r²√(3))/4 = (r²(4π - 3√(3)))/12。</w:t>
      </w:r>
    </w:p>
    <w:p>
      <w:pPr>
        <w:spacing w:before="0" w:after="80" w:line="300" w:lineRule="auto"/>
        <w:jc w:val="left"/>
      </w:pPr>
      <w:r>
        <w:rPr>
          <w:rFonts w:ascii="Times New Roman" w:hAnsi="Times New Roman" w:eastAsia="宋体"/>
          <w:b w:val="0"/>
          <w:i w:val="0"/>
          <w:sz w:val="21"/>
        </w:rPr>
        <w:t>△ ABC 的面积为</w:t>
      </w:r>
    </w:p>
    <w:p>
      <w:pPr>
        <w:spacing w:before="0" w:after="80" w:line="300" w:lineRule="auto"/>
        <w:jc w:val="left"/>
      </w:pPr>
      <w:r>
        <w:rPr>
          <w:rFonts w:ascii="Times New Roman" w:hAnsi="Times New Roman" w:eastAsia="宋体"/>
          <w:b w:val="0"/>
          <w:i w:val="0"/>
          <w:sz w:val="21"/>
        </w:rPr>
        <w:t>((r√(3))²√(3))/4 = (3r²√(3))/4。</w:t>
      </w:r>
    </w:p>
    <w:p>
      <w:pPr>
        <w:spacing w:before="0" w:after="80" w:line="300" w:lineRule="auto"/>
        <w:jc w:val="left"/>
      </w:pPr>
      <w:r>
        <w:rPr>
          <w:rFonts w:ascii="Times New Roman" w:hAnsi="Times New Roman" w:eastAsia="宋体"/>
          <w:b w:val="0"/>
          <w:i w:val="0"/>
          <w:sz w:val="21"/>
        </w:rPr>
        <w:t>三角形位于圆内的面积占比为</w:t>
      </w:r>
    </w:p>
    <w:p>
      <w:pPr>
        <w:spacing w:before="0" w:after="80" w:line="300" w:lineRule="auto"/>
        <w:jc w:val="left"/>
      </w:pPr>
      <w:r>
        <w:rPr>
          <w:rFonts w:ascii="Times New Roman" w:hAnsi="Times New Roman" w:eastAsia="宋体"/>
          <w:b w:val="0"/>
          <w:i w:val="0"/>
          <w:sz w:val="21"/>
        </w:rPr>
        <w:t>(r²(4π-3√(3)))/12· 4/(3r²√(3))，</w:t>
      </w:r>
    </w:p>
    <w:p>
      <w:pPr>
        <w:spacing w:before="0" w:after="80" w:line="300" w:lineRule="auto"/>
        <w:jc w:val="left"/>
      </w:pPr>
      <w:r>
        <w:rPr>
          <w:rFonts w:ascii="Times New Roman" w:hAnsi="Times New Roman" w:eastAsia="宋体"/>
          <w:b w:val="0"/>
          <w:i w:val="0"/>
          <w:sz w:val="21"/>
        </w:rPr>
        <w:t>化简得</w:t>
      </w:r>
    </w:p>
    <w:p>
      <w:pPr>
        <w:spacing w:before="0" w:after="80" w:line="300" w:lineRule="auto"/>
        <w:jc w:val="left"/>
      </w:pPr>
      <w:r>
        <w:rPr>
          <w:rFonts w:ascii="Times New Roman" w:hAnsi="Times New Roman" w:eastAsia="宋体"/>
          <w:b w:val="0"/>
          <w:i w:val="0"/>
          <w:sz w:val="21"/>
        </w:rPr>
        <w:t>(4π-3√(3))/(9√(3))。</w:t>
      </w:r>
    </w:p>
    <w:p>
      <w:pPr>
        <w:spacing w:before="0" w:after="80" w:line="300" w:lineRule="auto"/>
        <w:jc w:val="left"/>
      </w:pPr>
      <w:r>
        <w:rPr>
          <w:rFonts w:ascii="Times New Roman" w:hAnsi="Times New Roman" w:eastAsia="宋体"/>
          <w:b w:val="0"/>
          <w:i w:val="0"/>
          <w:sz w:val="21"/>
        </w:rPr>
        <w:t>因此所求占比为</w:t>
      </w:r>
    </w:p>
    <w:p>
      <w:pPr>
        <w:spacing w:before="0" w:after="80" w:line="300" w:lineRule="auto"/>
        <w:jc w:val="left"/>
      </w:pPr>
      <w:r>
        <w:rPr>
          <w:rFonts w:ascii="Times New Roman" w:hAnsi="Times New Roman" w:eastAsia="宋体"/>
          <w:b w:val="0"/>
          <w:i w:val="0"/>
          <w:sz w:val="21"/>
        </w:rPr>
        <w:t>1-(4π-3√(3))/(9√(3))</w:t>
      </w:r>
    </w:p>
    <w:p>
      <w:pPr>
        <w:spacing w:before="0" w:after="80" w:line="300" w:lineRule="auto"/>
        <w:jc w:val="left"/>
      </w:pPr>
      <w:r>
        <w:rPr>
          <w:rFonts w:ascii="Times New Roman" w:hAnsi="Times New Roman" w:eastAsia="宋体"/>
          <w:b w:val="0"/>
          <w:i w:val="0"/>
          <w:sz w:val="21"/>
        </w:rPr>
        <w:t>=1-(4π√(3))/27+1/3</w:t>
      </w:r>
    </w:p>
    <w:p>
      <w:pPr>
        <w:spacing w:before="0" w:after="80" w:line="300" w:lineRule="auto"/>
        <w:jc w:val="left"/>
      </w:pPr>
      <w:r>
        <w:rPr>
          <w:rFonts w:ascii="Times New Roman" w:hAnsi="Times New Roman" w:eastAsia="宋体"/>
          <w:b w:val="0"/>
          <w:i w:val="0"/>
          <w:sz w:val="21"/>
        </w:rPr>
        <w:t>=4/3-(4π√(3))/27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749750" cy="1045813"/>
            <wp:docPr id="8" name="Picture 8"/>
            <wp:cNvGraphicFramePr>
              <a:graphicFrameLocks noChangeAspect="1"/>
            </wp:cNvGraphicFramePr>
            <a:graphic>
              <a:graphicData uri="http://schemas.openxmlformats.org/drawingml/2006/picture">
                <pic:pic>
                  <pic:nvPicPr>
                    <pic:cNvPr id="0" name="q22-sol-1@300dpi.png"/>
                    <pic:cNvPicPr/>
                  </pic:nvPicPr>
                  <pic:blipFill>
                    <a:blip r:embed="rId12"/>
                    <a:stretch>
                      <a:fillRect/>
                    </a:stretch>
                  </pic:blipFill>
                  <pic:spPr>
                    <a:xfrm>
                      <a:off x="0" y="0"/>
                      <a:ext cx="749750" cy="104581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the radius of the circle be r.</w:t>
      </w:r>
    </w:p>
    <w:p>
      <w:pPr>
        <w:spacing w:before="0" w:after="80" w:line="300" w:lineRule="auto"/>
        <w:jc w:val="left"/>
      </w:pPr>
      <w:r>
        <w:rPr>
          <w:rFonts w:ascii="Times New Roman" w:hAnsi="Times New Roman" w:eastAsia="宋体"/>
          <w:b w:val="0"/>
          <w:i w:val="0"/>
          <w:color w:val="333333"/>
          <w:sz w:val="19"/>
        </w:rPr>
        <w:t>To find the area of the triangle outside of the circle, we can find the area of the triangle inside the circle and subtract it.</w:t>
      </w:r>
    </w:p>
    <w:p>
      <w:pPr>
        <w:spacing w:before="0" w:after="80" w:line="300" w:lineRule="auto"/>
        <w:jc w:val="left"/>
      </w:pPr>
      <w:r>
        <w:rPr>
          <w:rFonts w:ascii="Times New Roman" w:hAnsi="Times New Roman" w:eastAsia="宋体"/>
          <w:b w:val="0"/>
          <w:i w:val="0"/>
          <w:color w:val="333333"/>
          <w:sz w:val="19"/>
        </w:rPr>
        <w:t>We get that ∠ BOC = 120° since ∠ ABO and ∠ ACO are right angles.</w:t>
      </w:r>
    </w:p>
    <w:p>
      <w:pPr>
        <w:spacing w:before="0" w:after="80" w:line="300" w:lineRule="auto"/>
        <w:jc w:val="left"/>
      </w:pPr>
      <w:r>
        <w:rPr>
          <w:rFonts w:ascii="Times New Roman" w:hAnsi="Times New Roman" w:eastAsia="宋体"/>
          <w:b w:val="0"/>
          <w:i w:val="0"/>
          <w:color w:val="333333"/>
          <w:sz w:val="19"/>
        </w:rPr>
        <w:t>This means that the area of sector OBC is</w:t>
      </w:r>
    </w:p>
    <w:p>
      <w:pPr>
        <w:spacing w:before="0" w:after="80" w:line="300" w:lineRule="auto"/>
        <w:jc w:val="left"/>
      </w:pPr>
      <w:r>
        <w:rPr>
          <w:rFonts w:ascii="Times New Roman" w:hAnsi="Times New Roman" w:eastAsia="宋体"/>
          <w:b w:val="0"/>
          <w:i w:val="0"/>
          <w:color w:val="333333"/>
          <w:sz w:val="19"/>
        </w:rPr>
        <w:t>120/360 · π r² = (π r²)/3.</w:t>
      </w:r>
    </w:p>
    <w:p>
      <w:pPr>
        <w:spacing w:before="0" w:after="80" w:line="300" w:lineRule="auto"/>
        <w:jc w:val="left"/>
      </w:pPr>
      <w:r>
        <w:rPr>
          <w:rFonts w:ascii="Times New Roman" w:hAnsi="Times New Roman" w:eastAsia="宋体"/>
          <w:b w:val="0"/>
          <w:i w:val="0"/>
          <w:color w:val="333333"/>
          <w:sz w:val="19"/>
        </w:rPr>
        <w:t>Now, we need to find the area of △ BOC. Using the formula for the area of a triangle with sine, we get the area to be</w:t>
      </w:r>
    </w:p>
    <w:p>
      <w:pPr>
        <w:spacing w:before="0" w:after="80" w:line="300" w:lineRule="auto"/>
        <w:jc w:val="left"/>
      </w:pPr>
      <w:r>
        <w:rPr>
          <w:rFonts w:ascii="Times New Roman" w:hAnsi="Times New Roman" w:eastAsia="宋体"/>
          <w:b w:val="0"/>
          <w:i w:val="0"/>
          <w:color w:val="333333"/>
          <w:sz w:val="19"/>
        </w:rPr>
        <w:t>1/2 sin (120°) · r² = (r²√(3))/4.</w:t>
      </w:r>
    </w:p>
    <w:p>
      <w:pPr>
        <w:spacing w:before="0" w:after="80" w:line="300" w:lineRule="auto"/>
        <w:jc w:val="left"/>
      </w:pPr>
      <w:r>
        <w:rPr>
          <w:rFonts w:ascii="Times New Roman" w:hAnsi="Times New Roman" w:eastAsia="宋体"/>
          <w:b w:val="0"/>
          <w:i w:val="0"/>
          <w:color w:val="333333"/>
          <w:sz w:val="19"/>
        </w:rPr>
        <w:t>Then the area of the triangle inside the circle is</w:t>
      </w:r>
    </w:p>
    <w:p>
      <w:pPr>
        <w:spacing w:before="0" w:after="80" w:line="300" w:lineRule="auto"/>
        <w:jc w:val="left"/>
      </w:pPr>
      <w:r>
        <w:rPr>
          <w:rFonts w:ascii="Times New Roman" w:hAnsi="Times New Roman" w:eastAsia="宋体"/>
          <w:b w:val="0"/>
          <w:i w:val="0"/>
          <w:color w:val="333333"/>
          <w:sz w:val="19"/>
        </w:rPr>
        <w:t>(π r²)/3 - (r²√(3))/4 = (r²(4π - 3√(3)))/12.</w:t>
      </w:r>
    </w:p>
    <w:p>
      <w:pPr>
        <w:spacing w:before="0" w:after="80" w:line="300" w:lineRule="auto"/>
        <w:jc w:val="left"/>
      </w:pPr>
      <w:r>
        <w:rPr>
          <w:rFonts w:ascii="Times New Roman" w:hAnsi="Times New Roman" w:eastAsia="宋体"/>
          <w:b w:val="0"/>
          <w:i w:val="0"/>
          <w:color w:val="333333"/>
          <w:sz w:val="19"/>
        </w:rPr>
        <w:t>The area of △ ABC is</w:t>
      </w:r>
    </w:p>
    <w:p>
      <w:pPr>
        <w:spacing w:before="0" w:after="80" w:line="300" w:lineRule="auto"/>
        <w:jc w:val="left"/>
      </w:pPr>
      <w:r>
        <w:rPr>
          <w:rFonts w:ascii="Times New Roman" w:hAnsi="Times New Roman" w:eastAsia="宋体"/>
          <w:b w:val="0"/>
          <w:i w:val="0"/>
          <w:color w:val="333333"/>
          <w:sz w:val="19"/>
        </w:rPr>
        <w:t>((r√(3))²√(3))/4 = (3r²√(3))/4.</w:t>
      </w:r>
    </w:p>
    <w:p>
      <w:pPr>
        <w:spacing w:before="0" w:after="80" w:line="300" w:lineRule="auto"/>
        <w:jc w:val="left"/>
      </w:pPr>
      <w:r>
        <w:rPr>
          <w:rFonts w:ascii="Times New Roman" w:hAnsi="Times New Roman" w:eastAsia="宋体"/>
          <w:b w:val="0"/>
          <w:i w:val="0"/>
          <w:color w:val="333333"/>
          <w:sz w:val="19"/>
        </w:rPr>
        <w:t>The fraction of the triangle lying inside the circle is</w:t>
      </w:r>
    </w:p>
    <w:p>
      <w:pPr>
        <w:spacing w:before="0" w:after="80" w:line="300" w:lineRule="auto"/>
        <w:jc w:val="left"/>
      </w:pPr>
      <w:r>
        <w:rPr>
          <w:rFonts w:ascii="Times New Roman" w:hAnsi="Times New Roman" w:eastAsia="宋体"/>
          <w:b w:val="0"/>
          <w:i w:val="0"/>
          <w:color w:val="333333"/>
          <w:sz w:val="19"/>
        </w:rPr>
        <w:t>(r²(4π-3√(3)))/12· 4/(3r²√(3)),</w:t>
      </w:r>
    </w:p>
    <w:p>
      <w:pPr>
        <w:spacing w:before="0" w:after="80" w:line="300" w:lineRule="auto"/>
        <w:jc w:val="left"/>
      </w:pPr>
      <w:r>
        <w:rPr>
          <w:rFonts w:ascii="Times New Roman" w:hAnsi="Times New Roman" w:eastAsia="宋体"/>
          <w:b w:val="0"/>
          <w:i w:val="0"/>
          <w:color w:val="333333"/>
          <w:sz w:val="19"/>
        </w:rPr>
        <w:t>which simplifies to</w:t>
      </w:r>
    </w:p>
    <w:p>
      <w:pPr>
        <w:spacing w:before="0" w:after="80" w:line="300" w:lineRule="auto"/>
        <w:jc w:val="left"/>
      </w:pPr>
      <w:r>
        <w:rPr>
          <w:rFonts w:ascii="Times New Roman" w:hAnsi="Times New Roman" w:eastAsia="宋体"/>
          <w:b w:val="0"/>
          <w:i w:val="0"/>
          <w:color w:val="333333"/>
          <w:sz w:val="19"/>
        </w:rPr>
        <w:t>(4π-3√(3))/(9√(3)).</w:t>
      </w:r>
    </w:p>
    <w:p>
      <w:pPr>
        <w:spacing w:before="0" w:after="80" w:line="300" w:lineRule="auto"/>
        <w:jc w:val="left"/>
      </w:pPr>
      <w:r>
        <w:rPr>
          <w:rFonts w:ascii="Times New Roman" w:hAnsi="Times New Roman" w:eastAsia="宋体"/>
          <w:b w:val="0"/>
          <w:i w:val="0"/>
          <w:color w:val="333333"/>
          <w:sz w:val="19"/>
        </w:rPr>
        <w:t>Hence the desired fraction is</w:t>
      </w:r>
    </w:p>
    <w:p>
      <w:pPr>
        <w:spacing w:before="0" w:after="80" w:line="300" w:lineRule="auto"/>
        <w:jc w:val="left"/>
      </w:pPr>
      <w:r>
        <w:rPr>
          <w:rFonts w:ascii="Times New Roman" w:hAnsi="Times New Roman" w:eastAsia="宋体"/>
          <w:b w:val="0"/>
          <w:i w:val="0"/>
          <w:color w:val="333333"/>
          <w:sz w:val="19"/>
        </w:rPr>
        <w:t>1-(4π-3√(3))/(9√(3))</w:t>
      </w:r>
    </w:p>
    <w:p>
      <w:pPr>
        <w:spacing w:before="0" w:after="80" w:line="300" w:lineRule="auto"/>
        <w:jc w:val="left"/>
      </w:pPr>
      <w:r>
        <w:rPr>
          <w:rFonts w:ascii="Times New Roman" w:hAnsi="Times New Roman" w:eastAsia="宋体"/>
          <w:b w:val="0"/>
          <w:i w:val="0"/>
          <w:color w:val="333333"/>
          <w:sz w:val="19"/>
        </w:rPr>
        <w:t>=1-(4π√(3))/27+1/3</w:t>
      </w:r>
    </w:p>
    <w:p>
      <w:pPr>
        <w:spacing w:before="0" w:after="80" w:line="300" w:lineRule="auto"/>
        <w:jc w:val="left"/>
      </w:pPr>
      <w:r>
        <w:rPr>
          <w:rFonts w:ascii="Times New Roman" w:hAnsi="Times New Roman" w:eastAsia="宋体"/>
          <w:b w:val="0"/>
          <w:i w:val="0"/>
          <w:color w:val="333333"/>
          <w:sz w:val="19"/>
        </w:rPr>
        <w:t>=4/3-(4π√(3))/27.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可以使用补集计数：先求三角形总数，再减去不能形成三角形的选法。</w:t>
      </w:r>
    </w:p>
    <w:p>
      <w:pPr>
        <w:spacing w:before="0" w:after="80" w:line="300" w:lineRule="auto"/>
        <w:jc w:val="left"/>
      </w:pPr>
      <w:r>
        <w:rPr>
          <w:rFonts w:ascii="Times New Roman" w:hAnsi="Times New Roman" w:eastAsia="宋体"/>
          <w:b w:val="0"/>
          <w:i w:val="0"/>
          <w:sz w:val="21"/>
        </w:rPr>
        <w:t>共有 5² = 25 个格点，因此任取三点有 C(25, 3) = 2300 种可能的三角形。</w:t>
      </w:r>
    </w:p>
    <w:p>
      <w:pPr>
        <w:spacing w:before="0" w:after="80" w:line="300" w:lineRule="auto"/>
        <w:jc w:val="left"/>
      </w:pPr>
      <w:r>
        <w:rPr>
          <w:rFonts w:ascii="Times New Roman" w:hAnsi="Times New Roman" w:eastAsia="宋体"/>
          <w:b w:val="0"/>
          <w:i w:val="0"/>
          <w:sz w:val="21"/>
        </w:rPr>
        <w:t>注意，不能形成三角形的唯一情形是所有 3 个点共线。</w:t>
      </w:r>
    </w:p>
    <w:p>
      <w:pPr>
        <w:spacing w:before="0" w:after="80" w:line="300" w:lineRule="auto"/>
        <w:jc w:val="left"/>
      </w:pPr>
      <w:r>
        <w:rPr>
          <w:rFonts w:ascii="Times New Roman" w:hAnsi="Times New Roman" w:eastAsia="宋体"/>
          <w:b w:val="0"/>
          <w:i w:val="0"/>
          <w:sz w:val="21"/>
        </w:rPr>
        <w:t>有 5 行、5 列和 2 条长对角线。这样的 12 条直线各有 5 个点，所以它们贡献</w:t>
      </w:r>
    </w:p>
    <w:p>
      <w:pPr>
        <w:spacing w:before="0" w:after="80" w:line="300" w:lineRule="auto"/>
        <w:jc w:val="left"/>
      </w:pPr>
      <w:r>
        <w:rPr>
          <w:rFonts w:ascii="Times New Roman" w:hAnsi="Times New Roman" w:eastAsia="宋体"/>
          <w:b w:val="0"/>
          <w:i w:val="0"/>
          <w:sz w:val="21"/>
        </w:rPr>
        <w:t>12 · C(5, 3) = 12 · 10 = 120</w:t>
      </w:r>
    </w:p>
    <w:p>
      <w:pPr>
        <w:spacing w:before="0" w:after="80" w:line="300" w:lineRule="auto"/>
        <w:jc w:val="left"/>
      </w:pPr>
      <w:r>
        <w:rPr>
          <w:rFonts w:ascii="Times New Roman" w:hAnsi="Times New Roman" w:eastAsia="宋体"/>
          <w:b w:val="0"/>
          <w:i w:val="0"/>
          <w:sz w:val="21"/>
        </w:rPr>
        <w:t>个退化三角形。</w:t>
      </w:r>
    </w:p>
    <w:p>
      <w:pPr>
        <w:spacing w:before="0" w:after="80" w:line="300" w:lineRule="auto"/>
        <w:jc w:val="left"/>
      </w:pPr>
      <w:r>
        <w:rPr>
          <w:rFonts w:ascii="Times New Roman" w:hAnsi="Times New Roman" w:eastAsia="宋体"/>
          <w:b w:val="0"/>
          <w:i w:val="0"/>
          <w:sz w:val="21"/>
        </w:rPr>
        <w:t>另外还有含 4 个点的对角线，例如从 (1,2) 到 (4,5)。这样的直线有 4 条，所以它们贡献</w:t>
      </w:r>
    </w:p>
    <w:p>
      <w:pPr>
        <w:spacing w:before="0" w:after="80" w:line="300" w:lineRule="auto"/>
        <w:jc w:val="left"/>
      </w:pPr>
      <w:r>
        <w:rPr>
          <w:rFonts w:ascii="Times New Roman" w:hAnsi="Times New Roman" w:eastAsia="宋体"/>
          <w:b w:val="0"/>
          <w:i w:val="0"/>
          <w:sz w:val="21"/>
        </w:rPr>
        <w:t>4 · C(4, 3) = 4 · 4 = 16</w:t>
      </w:r>
    </w:p>
    <w:p>
      <w:pPr>
        <w:spacing w:before="0" w:after="80" w:line="300" w:lineRule="auto"/>
        <w:jc w:val="left"/>
      </w:pPr>
      <w:r>
        <w:rPr>
          <w:rFonts w:ascii="Times New Roman" w:hAnsi="Times New Roman" w:eastAsia="宋体"/>
          <w:b w:val="0"/>
          <w:i w:val="0"/>
          <w:sz w:val="21"/>
        </w:rPr>
        <w:t>个退化三角形。</w:t>
      </w:r>
    </w:p>
    <w:p>
      <w:pPr>
        <w:spacing w:before="0" w:after="80" w:line="300" w:lineRule="auto"/>
        <w:jc w:val="left"/>
      </w:pPr>
      <w:r>
        <w:rPr>
          <w:rFonts w:ascii="Times New Roman" w:hAnsi="Times New Roman" w:eastAsia="宋体"/>
          <w:b w:val="0"/>
          <w:i w:val="0"/>
          <w:sz w:val="21"/>
        </w:rPr>
        <w:t>类似地，还有 4 条含 3 个点的对角线。它们额外给出 4 · 1 = 4 个不能形成三角形的选法。</w:t>
      </w:r>
    </w:p>
    <w:p>
      <w:pPr>
        <w:spacing w:before="0" w:after="80" w:line="300" w:lineRule="auto"/>
        <w:jc w:val="left"/>
      </w:pPr>
      <w:r>
        <w:rPr>
          <w:rFonts w:ascii="Times New Roman" w:hAnsi="Times New Roman" w:eastAsia="宋体"/>
          <w:b w:val="0"/>
          <w:i w:val="0"/>
          <w:sz w:val="21"/>
        </w:rPr>
        <w:t>现在还要看斜率为 1/2, 2, -1/2 和 -2 的直线。</w:t>
      </w:r>
    </w:p>
    <w:p>
      <w:pPr>
        <w:spacing w:before="0" w:after="80" w:line="300" w:lineRule="auto"/>
        <w:jc w:val="left"/>
      </w:pPr>
      <w:r>
        <w:rPr>
          <w:rFonts w:ascii="Times New Roman" w:hAnsi="Times New Roman" w:eastAsia="宋体"/>
          <w:b w:val="0"/>
          <w:i w:val="0"/>
          <w:sz w:val="21"/>
        </w:rPr>
        <w:t>每种斜率有 3 条这样的直线，并且每条都有 3 个点。因此还要扣除</w:t>
      </w:r>
    </w:p>
    <w:p>
      <w:pPr>
        <w:spacing w:before="0" w:after="80" w:line="300" w:lineRule="auto"/>
        <w:jc w:val="left"/>
      </w:pPr>
      <w:r>
        <w:rPr>
          <w:rFonts w:ascii="Times New Roman" w:hAnsi="Times New Roman" w:eastAsia="宋体"/>
          <w:b w:val="0"/>
          <w:i w:val="0"/>
          <w:sz w:val="21"/>
        </w:rPr>
        <w:t>4 · 3 · 1 = 12</w:t>
      </w:r>
    </w:p>
    <w:p>
      <w:pPr>
        <w:spacing w:before="0" w:after="80" w:line="300" w:lineRule="auto"/>
        <w:jc w:val="left"/>
      </w:pPr>
      <w:r>
        <w:rPr>
          <w:rFonts w:ascii="Times New Roman" w:hAnsi="Times New Roman" w:eastAsia="宋体"/>
          <w:b w:val="0"/>
          <w:i w:val="0"/>
          <w:sz w:val="21"/>
        </w:rPr>
        <w:t>个退化三角形。</w:t>
      </w:r>
    </w:p>
    <w:p>
      <w:pPr>
        <w:spacing w:before="0" w:after="80" w:line="300" w:lineRule="auto"/>
        <w:jc w:val="left"/>
      </w:pPr>
      <w:r>
        <w:rPr>
          <w:rFonts w:ascii="Times New Roman" w:hAnsi="Times New Roman" w:eastAsia="宋体"/>
          <w:b w:val="0"/>
          <w:i w:val="0"/>
          <w:sz w:val="21"/>
        </w:rPr>
        <w:t>面积为正的三角形总数为</w:t>
      </w:r>
    </w:p>
    <w:p>
      <w:pPr>
        <w:spacing w:before="0" w:after="80" w:line="300" w:lineRule="auto"/>
        <w:jc w:val="left"/>
      </w:pPr>
      <w:r>
        <w:rPr>
          <w:rFonts w:ascii="Times New Roman" w:hAnsi="Times New Roman" w:eastAsia="宋体"/>
          <w:b w:val="0"/>
          <w:i w:val="0"/>
          <w:sz w:val="21"/>
        </w:rPr>
        <w:t>2300 - 120 - 16 - 4 - 12</w:t>
      </w:r>
    </w:p>
    <w:p>
      <w:pPr>
        <w:spacing w:before="0" w:after="80" w:line="300" w:lineRule="auto"/>
        <w:jc w:val="left"/>
      </w:pPr>
      <w:r>
        <w:rPr>
          <w:rFonts w:ascii="Times New Roman" w:hAnsi="Times New Roman" w:eastAsia="宋体"/>
          <w:b w:val="0"/>
          <w:i w:val="0"/>
          <w:sz w:val="21"/>
        </w:rPr>
        <w:t>= 2148。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use complementary counting to find the total number of triangles and subtract out the ones that don’t work.</w:t>
      </w:r>
    </w:p>
    <w:p>
      <w:pPr>
        <w:spacing w:before="0" w:after="80" w:line="300" w:lineRule="auto"/>
        <w:jc w:val="left"/>
      </w:pPr>
      <w:r>
        <w:rPr>
          <w:rFonts w:ascii="Times New Roman" w:hAnsi="Times New Roman" w:eastAsia="宋体"/>
          <w:b w:val="0"/>
          <w:i w:val="0"/>
          <w:color w:val="333333"/>
          <w:sz w:val="19"/>
        </w:rPr>
        <w:t>There are a total of 5² = 25 points, so there are C(25, 3) = 2300 possible triangles.</w:t>
      </w:r>
    </w:p>
    <w:p>
      <w:pPr>
        <w:spacing w:before="0" w:after="80" w:line="300" w:lineRule="auto"/>
        <w:jc w:val="left"/>
      </w:pPr>
      <w:r>
        <w:rPr>
          <w:rFonts w:ascii="Times New Roman" w:hAnsi="Times New Roman" w:eastAsia="宋体"/>
          <w:b w:val="0"/>
          <w:i w:val="0"/>
          <w:color w:val="333333"/>
          <w:sz w:val="19"/>
        </w:rPr>
        <w:t>Note that the only way a triangle doesn’t work is if all the 3 points are in a straight line.</w:t>
      </w:r>
    </w:p>
    <w:p>
      <w:pPr>
        <w:spacing w:before="0" w:after="80" w:line="300" w:lineRule="auto"/>
        <w:jc w:val="left"/>
      </w:pPr>
      <w:r>
        <w:rPr>
          <w:rFonts w:ascii="Times New Roman" w:hAnsi="Times New Roman" w:eastAsia="宋体"/>
          <w:b w:val="0"/>
          <w:i w:val="0"/>
          <w:color w:val="333333"/>
          <w:sz w:val="19"/>
        </w:rPr>
        <w:t>There are 5 rows, 5 columns, and 2 long diagonals. Each of these 12 lines have 5 points, which means they contribute</w:t>
      </w:r>
    </w:p>
    <w:p>
      <w:pPr>
        <w:spacing w:before="0" w:after="80" w:line="300" w:lineRule="auto"/>
        <w:jc w:val="left"/>
      </w:pPr>
      <w:r>
        <w:rPr>
          <w:rFonts w:ascii="Times New Roman" w:hAnsi="Times New Roman" w:eastAsia="宋体"/>
          <w:b w:val="0"/>
          <w:i w:val="0"/>
          <w:color w:val="333333"/>
          <w:sz w:val="19"/>
        </w:rPr>
        <w:t>12 · C(5, 3) = 12 · 10 = 120</w:t>
      </w:r>
    </w:p>
    <w:p>
      <w:pPr>
        <w:spacing w:before="0" w:after="80" w:line="300" w:lineRule="auto"/>
        <w:jc w:val="left"/>
      </w:pPr>
      <w:r>
        <w:rPr>
          <w:rFonts w:ascii="Times New Roman" w:hAnsi="Times New Roman" w:eastAsia="宋体"/>
          <w:b w:val="0"/>
          <w:i w:val="0"/>
          <w:color w:val="333333"/>
          <w:sz w:val="19"/>
        </w:rPr>
        <w:t>degenerate triangles.</w:t>
      </w:r>
    </w:p>
    <w:p>
      <w:pPr>
        <w:spacing w:before="0" w:after="80" w:line="300" w:lineRule="auto"/>
        <w:jc w:val="left"/>
      </w:pPr>
      <w:r>
        <w:rPr>
          <w:rFonts w:ascii="Times New Roman" w:hAnsi="Times New Roman" w:eastAsia="宋体"/>
          <w:b w:val="0"/>
          <w:i w:val="0"/>
          <w:color w:val="333333"/>
          <w:sz w:val="19"/>
        </w:rPr>
        <w:t>There are also the diagonal lines with 4 points, such as the line from (1,2) to (4,5). There are 4 of these lines, so they have</w:t>
      </w:r>
    </w:p>
    <w:p>
      <w:pPr>
        <w:spacing w:before="0" w:after="80" w:line="300" w:lineRule="auto"/>
        <w:jc w:val="left"/>
      </w:pPr>
      <w:r>
        <w:rPr>
          <w:rFonts w:ascii="Times New Roman" w:hAnsi="Times New Roman" w:eastAsia="宋体"/>
          <w:b w:val="0"/>
          <w:i w:val="0"/>
          <w:color w:val="333333"/>
          <w:sz w:val="19"/>
        </w:rPr>
        <w:t>4 · C(4, 3) = 4 · 4 = 16</w:t>
      </w:r>
    </w:p>
    <w:p>
      <w:pPr>
        <w:spacing w:before="0" w:after="80" w:line="300" w:lineRule="auto"/>
        <w:jc w:val="left"/>
      </w:pPr>
      <w:r>
        <w:rPr>
          <w:rFonts w:ascii="Times New Roman" w:hAnsi="Times New Roman" w:eastAsia="宋体"/>
          <w:b w:val="0"/>
          <w:i w:val="0"/>
          <w:color w:val="333333"/>
          <w:sz w:val="19"/>
        </w:rPr>
        <w:t>degenerate triangles.</w:t>
      </w:r>
    </w:p>
    <w:p>
      <w:pPr>
        <w:spacing w:before="0" w:after="80" w:line="300" w:lineRule="auto"/>
        <w:jc w:val="left"/>
      </w:pPr>
      <w:r>
        <w:rPr>
          <w:rFonts w:ascii="Times New Roman" w:hAnsi="Times New Roman" w:eastAsia="宋体"/>
          <w:b w:val="0"/>
          <w:i w:val="0"/>
          <w:color w:val="333333"/>
          <w:sz w:val="19"/>
        </w:rPr>
        <w:t>Similarly, there are 4 diagonal lines with 3 points. These give us 4 · 1 = 4 extra triangles that don’t work.</w:t>
      </w:r>
    </w:p>
    <w:p>
      <w:pPr>
        <w:spacing w:before="0" w:after="80" w:line="300" w:lineRule="auto"/>
        <w:jc w:val="left"/>
      </w:pPr>
      <w:r>
        <w:rPr>
          <w:rFonts w:ascii="Times New Roman" w:hAnsi="Times New Roman" w:eastAsia="宋体"/>
          <w:b w:val="0"/>
          <w:i w:val="0"/>
          <w:color w:val="333333"/>
          <w:sz w:val="19"/>
        </w:rPr>
        <w:t>Now, we have to look at the lines with slopes of 1/2, 2, -1/2, and -2.</w:t>
      </w:r>
    </w:p>
    <w:p>
      <w:pPr>
        <w:spacing w:before="0" w:after="80" w:line="300" w:lineRule="auto"/>
        <w:jc w:val="left"/>
      </w:pPr>
      <w:r>
        <w:rPr>
          <w:rFonts w:ascii="Times New Roman" w:hAnsi="Times New Roman" w:eastAsia="宋体"/>
          <w:b w:val="0"/>
          <w:i w:val="0"/>
          <w:color w:val="333333"/>
          <w:sz w:val="19"/>
        </w:rPr>
        <w:t>There are 3 such lines for each slope, and they all have 3 points on them. Therefore, they contribute</w:t>
      </w:r>
    </w:p>
    <w:p>
      <w:pPr>
        <w:spacing w:before="0" w:after="80" w:line="300" w:lineRule="auto"/>
        <w:jc w:val="left"/>
      </w:pPr>
      <w:r>
        <w:rPr>
          <w:rFonts w:ascii="Times New Roman" w:hAnsi="Times New Roman" w:eastAsia="宋体"/>
          <w:b w:val="0"/>
          <w:i w:val="0"/>
          <w:color w:val="333333"/>
          <w:sz w:val="19"/>
        </w:rPr>
        <w:t>4 · 3 · 1 = 12</w:t>
      </w:r>
    </w:p>
    <w:p>
      <w:pPr>
        <w:spacing w:before="0" w:after="80" w:line="300" w:lineRule="auto"/>
        <w:jc w:val="left"/>
      </w:pPr>
      <w:r>
        <w:rPr>
          <w:rFonts w:ascii="Times New Roman" w:hAnsi="Times New Roman" w:eastAsia="宋体"/>
          <w:b w:val="0"/>
          <w:i w:val="0"/>
          <w:color w:val="333333"/>
          <w:sz w:val="19"/>
        </w:rPr>
        <w:t>more triangles to discount.</w:t>
      </w:r>
    </w:p>
    <w:p>
      <w:pPr>
        <w:spacing w:before="0" w:after="80" w:line="300" w:lineRule="auto"/>
        <w:jc w:val="left"/>
      </w:pPr>
      <w:r>
        <w:rPr>
          <w:rFonts w:ascii="Times New Roman" w:hAnsi="Times New Roman" w:eastAsia="宋体"/>
          <w:b w:val="0"/>
          <w:i w:val="0"/>
          <w:color w:val="333333"/>
          <w:sz w:val="19"/>
        </w:rPr>
        <w:t>The total number of working triangles is then</w:t>
      </w:r>
    </w:p>
    <w:p>
      <w:pPr>
        <w:spacing w:before="0" w:after="80" w:line="300" w:lineRule="auto"/>
        <w:jc w:val="left"/>
      </w:pPr>
      <w:r>
        <w:rPr>
          <w:rFonts w:ascii="Times New Roman" w:hAnsi="Times New Roman" w:eastAsia="宋体"/>
          <w:b w:val="0"/>
          <w:i w:val="0"/>
          <w:color w:val="333333"/>
          <w:sz w:val="19"/>
        </w:rPr>
        <w:t>2300 - 120 - 16 - 4 - 12</w:t>
      </w:r>
    </w:p>
    <w:p>
      <w:pPr>
        <w:spacing w:before="0" w:after="80" w:line="300" w:lineRule="auto"/>
        <w:jc w:val="left"/>
      </w:pPr>
      <w:r>
        <w:rPr>
          <w:rFonts w:ascii="Times New Roman" w:hAnsi="Times New Roman" w:eastAsia="宋体"/>
          <w:b w:val="0"/>
          <w:i w:val="0"/>
          <w:color w:val="333333"/>
          <w:sz w:val="19"/>
        </w:rPr>
        <w:t>= 2148.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因为三次多项式 g 的三个不同实根也是首一四次多项式 f 的根，所以可写成</w:t>
      </w:r>
    </w:p>
    <w:p>
      <w:pPr>
        <w:spacing w:before="0" w:after="80" w:line="300" w:lineRule="auto"/>
        <w:jc w:val="left"/>
      </w:pPr>
      <w:r>
        <w:rPr>
          <w:rFonts w:ascii="Times New Roman" w:hAnsi="Times New Roman" w:eastAsia="宋体"/>
          <w:b w:val="0"/>
          <w:i w:val="0"/>
          <w:sz w:val="21"/>
        </w:rPr>
        <w:t>f(x)=g(x)(x-r)，</w:t>
      </w:r>
    </w:p>
    <w:p>
      <w:pPr>
        <w:spacing w:before="0" w:after="80" w:line="300" w:lineRule="auto"/>
        <w:jc w:val="left"/>
      </w:pPr>
      <w:r>
        <w:rPr>
          <w:rFonts w:ascii="Times New Roman" w:hAnsi="Times New Roman" w:eastAsia="宋体"/>
          <w:b w:val="0"/>
          <w:i w:val="0"/>
          <w:sz w:val="21"/>
        </w:rPr>
        <w:t>其中 r 是某个实数。</w:t>
      </w:r>
    </w:p>
    <w:p>
      <w:pPr>
        <w:spacing w:before="0" w:after="80" w:line="300" w:lineRule="auto"/>
        <w:jc w:val="left"/>
      </w:pPr>
      <w:r>
        <w:rPr>
          <w:rFonts w:ascii="Times New Roman" w:hAnsi="Times New Roman" w:eastAsia="宋体"/>
          <w:b w:val="0"/>
          <w:i w:val="0"/>
          <w:sz w:val="21"/>
        </w:rPr>
        <w:t>乘积中 x 的系数为 10-r，所以 10-r=100，得 r=-90。x³ 的系数为 a-r，所以 a-r=1，得 a=-89。</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f(1)=g(1)(1-r)</w:t>
      </w:r>
    </w:p>
    <w:p>
      <w:pPr>
        <w:spacing w:before="0" w:after="80" w:line="300" w:lineRule="auto"/>
        <w:jc w:val="left"/>
      </w:pPr>
      <w:r>
        <w:rPr>
          <w:rFonts w:ascii="Times New Roman" w:hAnsi="Times New Roman" w:eastAsia="宋体"/>
          <w:b w:val="0"/>
          <w:i w:val="0"/>
          <w:sz w:val="21"/>
        </w:rPr>
        <w:t>=(1-89+1+10)(91)</w:t>
      </w:r>
    </w:p>
    <w:p>
      <w:pPr>
        <w:spacing w:before="0" w:after="80" w:line="300" w:lineRule="auto"/>
        <w:jc w:val="left"/>
      </w:pPr>
      <w:r>
        <w:rPr>
          <w:rFonts w:ascii="Times New Roman" w:hAnsi="Times New Roman" w:eastAsia="宋体"/>
          <w:b w:val="0"/>
          <w:i w:val="0"/>
          <w:sz w:val="21"/>
        </w:rPr>
        <w:t>=(-77)(91)</w:t>
      </w:r>
    </w:p>
    <w:p>
      <w:pPr>
        <w:spacing w:before="0" w:after="80" w:line="300" w:lineRule="auto"/>
        <w:jc w:val="left"/>
      </w:pPr>
      <w:r>
        <w:rPr>
          <w:rFonts w:ascii="Times New Roman" w:hAnsi="Times New Roman" w:eastAsia="宋体"/>
          <w:b w:val="0"/>
          <w:i w:val="0"/>
          <w:sz w:val="21"/>
        </w:rPr>
        <w:t>=-7007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the three distinct roots of the cubic g are also roots of the monic quartic f, we can write</w:t>
      </w:r>
    </w:p>
    <w:p>
      <w:pPr>
        <w:spacing w:before="0" w:after="80" w:line="300" w:lineRule="auto"/>
        <w:jc w:val="left"/>
      </w:pPr>
      <w:r>
        <w:rPr>
          <w:rFonts w:ascii="Times New Roman" w:hAnsi="Times New Roman" w:eastAsia="宋体"/>
          <w:b w:val="0"/>
          <w:i w:val="0"/>
          <w:color w:val="333333"/>
          <w:sz w:val="19"/>
        </w:rPr>
        <w:t>f(x)=g(x)(x-r)</w:t>
      </w:r>
    </w:p>
    <w:p>
      <w:pPr>
        <w:spacing w:before="0" w:after="80" w:line="300" w:lineRule="auto"/>
        <w:jc w:val="left"/>
      </w:pPr>
      <w:r>
        <w:rPr>
          <w:rFonts w:ascii="Times New Roman" w:hAnsi="Times New Roman" w:eastAsia="宋体"/>
          <w:b w:val="0"/>
          <w:i w:val="0"/>
          <w:color w:val="333333"/>
          <w:sz w:val="19"/>
        </w:rPr>
        <w:t>for some real number r.</w:t>
      </w:r>
    </w:p>
    <w:p>
      <w:pPr>
        <w:spacing w:before="0" w:after="80" w:line="300" w:lineRule="auto"/>
        <w:jc w:val="left"/>
      </w:pPr>
      <w:r>
        <w:rPr>
          <w:rFonts w:ascii="Times New Roman" w:hAnsi="Times New Roman" w:eastAsia="宋体"/>
          <w:b w:val="0"/>
          <w:i w:val="0"/>
          <w:color w:val="333333"/>
          <w:sz w:val="19"/>
        </w:rPr>
        <w:t>The coefficient of x in this product is 10-r, so 10-r=100 and r=-90. The coefficient of x³ is a-r, so a-r=1 and a=-89.</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f(1)=g(1)(1-r)</w:t>
      </w:r>
    </w:p>
    <w:p>
      <w:pPr>
        <w:spacing w:before="0" w:after="80" w:line="300" w:lineRule="auto"/>
        <w:jc w:val="left"/>
      </w:pPr>
      <w:r>
        <w:rPr>
          <w:rFonts w:ascii="Times New Roman" w:hAnsi="Times New Roman" w:eastAsia="宋体"/>
          <w:b w:val="0"/>
          <w:i w:val="0"/>
          <w:color w:val="333333"/>
          <w:sz w:val="19"/>
        </w:rPr>
        <w:t>=(1-89+1+10)(91)</w:t>
      </w:r>
    </w:p>
    <w:p>
      <w:pPr>
        <w:spacing w:before="0" w:after="80" w:line="300" w:lineRule="auto"/>
        <w:jc w:val="left"/>
      </w:pPr>
      <w:r>
        <w:rPr>
          <w:rFonts w:ascii="Times New Roman" w:hAnsi="Times New Roman" w:eastAsia="宋体"/>
          <w:b w:val="0"/>
          <w:i w:val="0"/>
          <w:color w:val="333333"/>
          <w:sz w:val="19"/>
        </w:rPr>
        <w:t>=(-77)(91)</w:t>
      </w:r>
    </w:p>
    <w:p>
      <w:pPr>
        <w:spacing w:before="0" w:after="80" w:line="300" w:lineRule="auto"/>
        <w:jc w:val="left"/>
      </w:pPr>
      <w:r>
        <w:rPr>
          <w:rFonts w:ascii="Times New Roman" w:hAnsi="Times New Roman" w:eastAsia="宋体"/>
          <w:b w:val="0"/>
          <w:i w:val="0"/>
          <w:color w:val="333333"/>
          <w:sz w:val="19"/>
        </w:rPr>
        <w:t>=-7007.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可以分析所有 11 的倍数，并看它们各自贡献多少排列。我们可以按数字中不同数字的个数分类。</w:t>
      </w:r>
    </w:p>
    <w:p>
      <w:pPr>
        <w:spacing w:before="0" w:after="80" w:line="300" w:lineRule="auto"/>
        <w:jc w:val="left"/>
      </w:pPr>
      <w:r>
        <w:rPr>
          <w:rFonts w:ascii="Times New Roman" w:hAnsi="Times New Roman" w:eastAsia="宋体"/>
          <w:b/>
          <w:i w:val="0"/>
          <w:sz w:val="21"/>
        </w:rPr>
        <w:t>情形 1 三个数字全相同</w:t>
      </w:r>
    </w:p>
    <w:p>
      <w:pPr>
        <w:spacing w:before="0" w:after="80" w:line="300" w:lineRule="auto"/>
        <w:jc w:val="left"/>
      </w:pPr>
      <w:r>
        <w:rPr>
          <w:rFonts w:ascii="Times New Roman" w:hAnsi="Times New Roman" w:eastAsia="宋体"/>
          <w:b w:val="0"/>
          <w:i w:val="0"/>
          <w:sz w:val="21"/>
        </w:rPr>
        <w:t>这不可能。由 11 的整除规则可知，首位与末位之和减去中间位必须能被 11 整除。</w:t>
      </w:r>
    </w:p>
    <w:p>
      <w:pPr>
        <w:spacing w:before="0" w:after="80" w:line="300" w:lineRule="auto"/>
        <w:jc w:val="left"/>
      </w:pPr>
      <w:r>
        <w:rPr>
          <w:rFonts w:ascii="Times New Roman" w:hAnsi="Times New Roman" w:eastAsia="宋体"/>
          <w:b w:val="0"/>
          <w:i w:val="0"/>
          <w:sz w:val="21"/>
        </w:rPr>
        <w:t>若三个数字全相同，上述表达式就等于那个数字，不可能被 11 整除。</w:t>
      </w:r>
    </w:p>
    <w:p>
      <w:pPr>
        <w:spacing w:before="0" w:after="80" w:line="300" w:lineRule="auto"/>
        <w:jc w:val="left"/>
      </w:pPr>
      <w:r>
        <w:rPr>
          <w:rFonts w:ascii="Times New Roman" w:hAnsi="Times New Roman" w:eastAsia="宋体"/>
          <w:b/>
          <w:i w:val="0"/>
          <w:sz w:val="21"/>
        </w:rPr>
        <w:t>情形 2 两个数字相同</w:t>
      </w:r>
    </w:p>
    <w:p>
      <w:pPr>
        <w:spacing w:before="0" w:after="80" w:line="300" w:lineRule="auto"/>
        <w:jc w:val="left"/>
      </w:pPr>
      <w:r>
        <w:rPr>
          <w:rFonts w:ascii="Times New Roman" w:hAnsi="Times New Roman" w:eastAsia="宋体"/>
          <w:b w:val="0"/>
          <w:i w:val="0"/>
          <w:sz w:val="21"/>
        </w:rPr>
        <w:t>可以把它分为含有数字 0 的数和不含数字零的数。</w:t>
      </w:r>
    </w:p>
    <w:p>
      <w:pPr>
        <w:spacing w:before="0" w:after="80" w:line="300" w:lineRule="auto"/>
        <w:jc w:val="left"/>
      </w:pPr>
      <w:r>
        <w:rPr>
          <w:rFonts w:ascii="Times New Roman" w:hAnsi="Times New Roman" w:eastAsia="宋体"/>
          <w:b w:val="0"/>
          <w:i w:val="0"/>
          <w:sz w:val="21"/>
        </w:rPr>
        <w:t>不含数字 0 的 11 的倍数有 8 个：</w:t>
      </w:r>
    </w:p>
    <w:p>
      <w:pPr>
        <w:spacing w:before="0" w:after="80" w:line="300" w:lineRule="auto"/>
        <w:jc w:val="left"/>
      </w:pPr>
      <w:r>
        <w:rPr>
          <w:rFonts w:ascii="Times New Roman" w:hAnsi="Times New Roman" w:eastAsia="宋体"/>
          <w:b w:val="0"/>
          <w:i w:val="0"/>
          <w:sz w:val="21"/>
        </w:rPr>
        <w:t>121, 242, 363, 484, 616, 737, 858</w:t>
      </w:r>
    </w:p>
    <w:p>
      <w:pPr>
        <w:spacing w:before="0" w:after="80" w:line="300" w:lineRule="auto"/>
        <w:jc w:val="left"/>
      </w:pPr>
      <w:r>
        <w:rPr>
          <w:rFonts w:ascii="Times New Roman" w:hAnsi="Times New Roman" w:eastAsia="宋体"/>
          <w:b w:val="0"/>
          <w:i w:val="0"/>
          <w:sz w:val="21"/>
        </w:rPr>
        <w:t>以及 979。</w:t>
      </w:r>
    </w:p>
    <w:p>
      <w:pPr>
        <w:spacing w:before="0" w:after="80" w:line="300" w:lineRule="auto"/>
        <w:jc w:val="left"/>
      </w:pPr>
      <w:r>
        <w:rPr>
          <w:rFonts w:ascii="Times New Roman" w:hAnsi="Times New Roman" w:eastAsia="宋体"/>
          <w:b w:val="0"/>
          <w:i w:val="0"/>
          <w:sz w:val="21"/>
        </w:rPr>
        <w:t>这些数各贡献 3 个排列，所以这一情形有 8 · 3 = 24 个数。</w:t>
      </w:r>
    </w:p>
    <w:p>
      <w:pPr>
        <w:spacing w:before="0" w:after="80" w:line="300" w:lineRule="auto"/>
        <w:jc w:val="left"/>
      </w:pPr>
      <w:r>
        <w:rPr>
          <w:rFonts w:ascii="Times New Roman" w:hAnsi="Times New Roman" w:eastAsia="宋体"/>
          <w:b w:val="0"/>
          <w:i w:val="0"/>
          <w:sz w:val="21"/>
        </w:rPr>
        <w:t>含数字 0 的 11 的倍数有 9 个：</w:t>
      </w:r>
    </w:p>
    <w:p>
      <w:pPr>
        <w:spacing w:before="0" w:after="80" w:line="300" w:lineRule="auto"/>
        <w:jc w:val="left"/>
      </w:pPr>
      <w:r>
        <w:rPr>
          <w:rFonts w:ascii="Times New Roman" w:hAnsi="Times New Roman" w:eastAsia="宋体"/>
          <w:b w:val="0"/>
          <w:i w:val="0"/>
          <w:sz w:val="21"/>
        </w:rPr>
        <w:t>110, 220, 330, 440, 550, 660, 770</w:t>
      </w:r>
    </w:p>
    <w:p>
      <w:pPr>
        <w:spacing w:before="0" w:after="80" w:line="300" w:lineRule="auto"/>
        <w:jc w:val="left"/>
      </w:pPr>
      <w:r>
        <w:rPr>
          <w:rFonts w:ascii="Times New Roman" w:hAnsi="Times New Roman" w:eastAsia="宋体"/>
          <w:b w:val="0"/>
          <w:i w:val="0"/>
          <w:sz w:val="21"/>
        </w:rPr>
        <w:t>880 和 990。</w:t>
      </w:r>
    </w:p>
    <w:p>
      <w:pPr>
        <w:spacing w:before="0" w:after="80" w:line="300" w:lineRule="auto"/>
        <w:jc w:val="left"/>
      </w:pPr>
      <w:r>
        <w:rPr>
          <w:rFonts w:ascii="Times New Roman" w:hAnsi="Times New Roman" w:eastAsia="宋体"/>
          <w:b w:val="0"/>
          <w:i w:val="0"/>
          <w:sz w:val="21"/>
        </w:rPr>
        <w:t>对这些数，0 不能作为百位，所以每个只贡献 2 个排列，总共 9 · 2 = 18。</w:t>
      </w:r>
    </w:p>
    <w:p>
      <w:pPr>
        <w:spacing w:before="0" w:after="80" w:line="300" w:lineRule="auto"/>
        <w:jc w:val="left"/>
      </w:pPr>
      <w:r>
        <w:rPr>
          <w:rFonts w:ascii="Times New Roman" w:hAnsi="Times New Roman" w:eastAsia="宋体"/>
          <w:b/>
          <w:i w:val="0"/>
          <w:sz w:val="21"/>
        </w:rPr>
        <w:t>情形 3 三个数字都不同</w:t>
      </w:r>
    </w:p>
    <w:p>
      <w:pPr>
        <w:spacing w:before="0" w:after="80" w:line="300" w:lineRule="auto"/>
        <w:jc w:val="left"/>
      </w:pPr>
      <w:r>
        <w:rPr>
          <w:rFonts w:ascii="Times New Roman" w:hAnsi="Times New Roman" w:eastAsia="宋体"/>
          <w:b w:val="0"/>
          <w:i w:val="0"/>
          <w:sz w:val="21"/>
        </w:rPr>
        <w:t>100 到 999 之间共有 81 个 11 的倍数。三位都不同的个数为</w:t>
      </w:r>
    </w:p>
    <w:p>
      <w:pPr>
        <w:spacing w:before="0" w:after="80" w:line="300" w:lineRule="auto"/>
        <w:jc w:val="left"/>
      </w:pPr>
      <w:r>
        <w:rPr>
          <w:rFonts w:ascii="Times New Roman" w:hAnsi="Times New Roman" w:eastAsia="宋体"/>
          <w:b w:val="0"/>
          <w:i w:val="0"/>
          <w:sz w:val="21"/>
        </w:rPr>
        <w:t>81 - 8 - 9 = 64。</w:t>
      </w:r>
    </w:p>
    <w:p>
      <w:pPr>
        <w:spacing w:before="0" w:after="80" w:line="300" w:lineRule="auto"/>
        <w:jc w:val="left"/>
      </w:pPr>
      <w:r>
        <w:rPr>
          <w:rFonts w:ascii="Times New Roman" w:hAnsi="Times New Roman" w:eastAsia="宋体"/>
          <w:b w:val="0"/>
          <w:i w:val="0"/>
          <w:sz w:val="21"/>
        </w:rPr>
        <w:t>与情形 2 一样，还要特别处理含数字 0 的数。这样的数有 8 个：</w:t>
      </w:r>
    </w:p>
    <w:p>
      <w:pPr>
        <w:spacing w:before="0" w:after="80" w:line="300" w:lineRule="auto"/>
        <w:jc w:val="left"/>
      </w:pPr>
      <w:r>
        <w:rPr>
          <w:rFonts w:ascii="Times New Roman" w:hAnsi="Times New Roman" w:eastAsia="宋体"/>
          <w:b w:val="0"/>
          <w:i w:val="0"/>
          <w:sz w:val="21"/>
        </w:rPr>
        <w:t>209, 308, 407, 506, 605, 704, 803</w:t>
      </w:r>
    </w:p>
    <w:p>
      <w:pPr>
        <w:spacing w:before="0" w:after="80" w:line="300" w:lineRule="auto"/>
        <w:jc w:val="left"/>
      </w:pPr>
      <w:r>
        <w:rPr>
          <w:rFonts w:ascii="Times New Roman" w:hAnsi="Times New Roman" w:eastAsia="宋体"/>
          <w:b w:val="0"/>
          <w:i w:val="0"/>
          <w:sz w:val="21"/>
        </w:rPr>
        <w:t>以及 902。</w:t>
      </w:r>
    </w:p>
    <w:p>
      <w:pPr>
        <w:spacing w:before="0" w:after="80" w:line="300" w:lineRule="auto"/>
        <w:jc w:val="left"/>
      </w:pPr>
      <w:r>
        <w:rPr>
          <w:rFonts w:ascii="Times New Roman" w:hAnsi="Times New Roman" w:eastAsia="宋体"/>
          <w:b w:val="0"/>
          <w:i w:val="0"/>
          <w:sz w:val="21"/>
        </w:rPr>
        <w:t>每个这样的数给出 2 · 2 = 4 个排列，但首末位交换会得到集合中已有的另一个数，所以要除以 2。</w:t>
      </w:r>
    </w:p>
    <w:p>
      <w:pPr>
        <w:spacing w:before="0" w:after="80" w:line="300" w:lineRule="auto"/>
        <w:jc w:val="left"/>
      </w:pPr>
      <w:r>
        <w:rPr>
          <w:rFonts w:ascii="Times New Roman" w:hAnsi="Times New Roman" w:eastAsia="宋体"/>
          <w:b w:val="0"/>
          <w:i w:val="0"/>
          <w:sz w:val="21"/>
        </w:rPr>
        <w:t>因此这些数总共提供</w:t>
      </w:r>
    </w:p>
    <w:p>
      <w:pPr>
        <w:spacing w:before="0" w:after="80" w:line="300" w:lineRule="auto"/>
        <w:jc w:val="left"/>
      </w:pPr>
      <w:r>
        <w:rPr>
          <w:rFonts w:ascii="Times New Roman" w:hAnsi="Times New Roman" w:eastAsia="宋体"/>
          <w:b w:val="0"/>
          <w:i w:val="0"/>
          <w:sz w:val="21"/>
        </w:rPr>
        <w:t>8 · 4 ÷ 2 = 16</w:t>
      </w:r>
    </w:p>
    <w:p>
      <w:pPr>
        <w:spacing w:before="0" w:after="80" w:line="300" w:lineRule="auto"/>
        <w:jc w:val="left"/>
      </w:pPr>
      <w:r>
        <w:rPr>
          <w:rFonts w:ascii="Times New Roman" w:hAnsi="Times New Roman" w:eastAsia="宋体"/>
          <w:b w:val="0"/>
          <w:i w:val="0"/>
          <w:sz w:val="21"/>
        </w:rPr>
        <w:t>个不同的排列。</w:t>
      </w:r>
    </w:p>
    <w:p>
      <w:pPr>
        <w:spacing w:before="0" w:after="80" w:line="300" w:lineRule="auto"/>
        <w:jc w:val="left"/>
      </w:pPr>
      <w:r>
        <w:rPr>
          <w:rFonts w:ascii="Times New Roman" w:hAnsi="Times New Roman" w:eastAsia="宋体"/>
          <w:b w:val="0"/>
          <w:i w:val="0"/>
          <w:sz w:val="21"/>
        </w:rPr>
        <w:t>现在还剩 64 - 8 = 56 个需要计入的 11 的倍数。</w:t>
      </w:r>
    </w:p>
    <w:p>
      <w:pPr>
        <w:spacing w:before="0" w:after="80" w:line="300" w:lineRule="auto"/>
        <w:jc w:val="left"/>
      </w:pPr>
      <w:r>
        <w:rPr>
          <w:rFonts w:ascii="Times New Roman" w:hAnsi="Times New Roman" w:eastAsia="宋体"/>
          <w:b w:val="0"/>
          <w:i w:val="0"/>
          <w:sz w:val="21"/>
        </w:rPr>
        <w:t>每个这样的数有 3! = 6 个排列。不过和上面一样，任意一个数首末位交换后仍会得到这个集合中的另一个数。</w:t>
      </w:r>
    </w:p>
    <w:p>
      <w:pPr>
        <w:spacing w:before="0" w:after="80" w:line="300" w:lineRule="auto"/>
        <w:jc w:val="left"/>
      </w:pPr>
      <w:r>
        <w:rPr>
          <w:rFonts w:ascii="Times New Roman" w:hAnsi="Times New Roman" w:eastAsia="宋体"/>
          <w:b w:val="0"/>
          <w:i w:val="0"/>
          <w:sz w:val="21"/>
        </w:rPr>
        <w:t>这可以用 11 的整除规则看出。若 ABC 能被 11 整除，则 A + C - B 能被 11 整除。</w:t>
      </w:r>
    </w:p>
    <w:p>
      <w:pPr>
        <w:spacing w:before="0" w:after="80" w:line="300" w:lineRule="auto"/>
        <w:jc w:val="left"/>
      </w:pPr>
      <w:r>
        <w:rPr>
          <w:rFonts w:ascii="Times New Roman" w:hAnsi="Times New Roman" w:eastAsia="宋体"/>
          <w:b w:val="0"/>
          <w:i w:val="0"/>
          <w:sz w:val="21"/>
        </w:rPr>
        <w:t>这意味着 C + A - B 能被 11 整除，也就意味着 CBA 也能被 11 整除。</w:t>
      </w:r>
    </w:p>
    <w:p>
      <w:pPr>
        <w:spacing w:before="0" w:after="80" w:line="300" w:lineRule="auto"/>
        <w:jc w:val="left"/>
      </w:pPr>
      <w:r>
        <w:rPr>
          <w:rFonts w:ascii="Times New Roman" w:hAnsi="Times New Roman" w:eastAsia="宋体"/>
          <w:b w:val="0"/>
          <w:i w:val="0"/>
          <w:sz w:val="21"/>
        </w:rPr>
        <w:t>因此这些数还贡献</w:t>
      </w:r>
    </w:p>
    <w:p>
      <w:pPr>
        <w:spacing w:before="0" w:after="80" w:line="300" w:lineRule="auto"/>
        <w:jc w:val="left"/>
      </w:pPr>
      <w:r>
        <w:rPr>
          <w:rFonts w:ascii="Times New Roman" w:hAnsi="Times New Roman" w:eastAsia="宋体"/>
          <w:b w:val="0"/>
          <w:i w:val="0"/>
          <w:sz w:val="21"/>
        </w:rPr>
        <w:t>56 · 6 ÷ 2 = 168</w:t>
      </w:r>
    </w:p>
    <w:p>
      <w:pPr>
        <w:spacing w:before="0" w:after="80" w:line="300" w:lineRule="auto"/>
        <w:jc w:val="left"/>
      </w:pPr>
      <w:r>
        <w:rPr>
          <w:rFonts w:ascii="Times New Roman" w:hAnsi="Times New Roman" w:eastAsia="宋体"/>
          <w:b w:val="0"/>
          <w:i w:val="0"/>
          <w:sz w:val="21"/>
        </w:rPr>
        <w:t>个排列。</w:t>
      </w:r>
    </w:p>
    <w:p>
      <w:pPr>
        <w:spacing w:before="0" w:after="80" w:line="300" w:lineRule="auto"/>
        <w:jc w:val="left"/>
      </w:pPr>
      <w:r>
        <w:rPr>
          <w:rFonts w:ascii="Times New Roman" w:hAnsi="Times New Roman" w:eastAsia="宋体"/>
          <w:b w:val="0"/>
          <w:i w:val="0"/>
          <w:sz w:val="21"/>
        </w:rPr>
        <w:t>所有情形合计共有</w:t>
      </w:r>
    </w:p>
    <w:p>
      <w:pPr>
        <w:spacing w:before="0" w:after="80" w:line="300" w:lineRule="auto"/>
        <w:jc w:val="left"/>
      </w:pPr>
      <w:r>
        <w:rPr>
          <w:rFonts w:ascii="Times New Roman" w:hAnsi="Times New Roman" w:eastAsia="宋体"/>
          <w:b w:val="0"/>
          <w:i w:val="0"/>
          <w:sz w:val="21"/>
        </w:rPr>
        <w:t>24 + 18 + 16 + 168 = 226</w:t>
      </w:r>
    </w:p>
    <w:p>
      <w:pPr>
        <w:spacing w:before="0" w:after="80" w:line="300" w:lineRule="auto"/>
        <w:jc w:val="left"/>
      </w:pPr>
      <w:r>
        <w:rPr>
          <w:rFonts w:ascii="Times New Roman" w:hAnsi="Times New Roman" w:eastAsia="宋体"/>
          <w:b w:val="0"/>
          <w:i w:val="0"/>
          <w:sz w:val="21"/>
        </w:rPr>
        <w:t>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analyze all the multiples of 11 and see how many permutations each of them contribute. We can do this by casing on the number of unique digits in the number.</w:t>
      </w:r>
    </w:p>
    <w:p>
      <w:pPr>
        <w:spacing w:before="0" w:after="80" w:line="300" w:lineRule="auto"/>
        <w:jc w:val="left"/>
      </w:pPr>
      <w:r>
        <w:rPr>
          <w:rFonts w:ascii="Times New Roman" w:hAnsi="Times New Roman" w:eastAsia="宋体"/>
          <w:b/>
          <w:i w:val="0"/>
          <w:color w:val="333333"/>
          <w:sz w:val="19"/>
        </w:rPr>
        <w:t>Case 1: all the digits are the same</w:t>
      </w:r>
    </w:p>
    <w:p>
      <w:pPr>
        <w:spacing w:before="0" w:after="80" w:line="300" w:lineRule="auto"/>
        <w:jc w:val="left"/>
      </w:pPr>
      <w:r>
        <w:rPr>
          <w:rFonts w:ascii="Times New Roman" w:hAnsi="Times New Roman" w:eastAsia="宋体"/>
          <w:b w:val="0"/>
          <w:i w:val="0"/>
          <w:color w:val="333333"/>
          <w:sz w:val="19"/>
        </w:rPr>
        <w:t>This cannot happen. We can see this by the divisibility rule for 11, which says that the sum of the first and last digit minus the middle digit must be divisible by 11.</w:t>
      </w:r>
    </w:p>
    <w:p>
      <w:pPr>
        <w:spacing w:before="0" w:after="80" w:line="300" w:lineRule="auto"/>
        <w:jc w:val="left"/>
      </w:pPr>
      <w:r>
        <w:rPr>
          <w:rFonts w:ascii="Times New Roman" w:hAnsi="Times New Roman" w:eastAsia="宋体"/>
          <w:b w:val="0"/>
          <w:i w:val="0"/>
          <w:color w:val="333333"/>
          <w:sz w:val="19"/>
        </w:rPr>
        <w:t>If all the digits are the same, then the above expression evaluates to that digit, which cannot be divisible by 11.</w:t>
      </w:r>
    </w:p>
    <w:p>
      <w:pPr>
        <w:spacing w:before="0" w:after="80" w:line="300" w:lineRule="auto"/>
        <w:jc w:val="left"/>
      </w:pPr>
      <w:r>
        <w:rPr>
          <w:rFonts w:ascii="Times New Roman" w:hAnsi="Times New Roman" w:eastAsia="宋体"/>
          <w:b/>
          <w:i w:val="0"/>
          <w:color w:val="333333"/>
          <w:sz w:val="19"/>
        </w:rPr>
        <w:t>Case 2: two of the digits are the same</w:t>
      </w:r>
    </w:p>
    <w:p>
      <w:pPr>
        <w:spacing w:before="0" w:after="80" w:line="300" w:lineRule="auto"/>
        <w:jc w:val="left"/>
      </w:pPr>
      <w:r>
        <w:rPr>
          <w:rFonts w:ascii="Times New Roman" w:hAnsi="Times New Roman" w:eastAsia="宋体"/>
          <w:b w:val="0"/>
          <w:i w:val="0"/>
          <w:color w:val="333333"/>
          <w:sz w:val="19"/>
        </w:rPr>
        <w:t>We can split this up into the numbers that have the digit 0 and those that don’t.</w:t>
      </w:r>
    </w:p>
    <w:p>
      <w:pPr>
        <w:spacing w:before="0" w:after="80" w:line="300" w:lineRule="auto"/>
        <w:jc w:val="left"/>
      </w:pPr>
      <w:r>
        <w:rPr>
          <w:rFonts w:ascii="Times New Roman" w:hAnsi="Times New Roman" w:eastAsia="宋体"/>
          <w:b w:val="0"/>
          <w:i w:val="0"/>
          <w:color w:val="333333"/>
          <w:sz w:val="19"/>
        </w:rPr>
        <w:t>There are 8 multiples of 11 that do not have the digit 0:</w:t>
      </w:r>
    </w:p>
    <w:p>
      <w:pPr>
        <w:spacing w:before="0" w:after="80" w:line="300" w:lineRule="auto"/>
        <w:jc w:val="left"/>
      </w:pPr>
      <w:r>
        <w:rPr>
          <w:rFonts w:ascii="Times New Roman" w:hAnsi="Times New Roman" w:eastAsia="宋体"/>
          <w:b w:val="0"/>
          <w:i w:val="0"/>
          <w:color w:val="333333"/>
          <w:sz w:val="19"/>
        </w:rPr>
        <w:t>121, 242, 363, 484, 616, 737, 858,</w:t>
      </w:r>
    </w:p>
    <w:p>
      <w:pPr>
        <w:spacing w:before="0" w:after="80" w:line="300" w:lineRule="auto"/>
        <w:jc w:val="left"/>
      </w:pPr>
      <w:r>
        <w:rPr>
          <w:rFonts w:ascii="Times New Roman" w:hAnsi="Times New Roman" w:eastAsia="宋体"/>
          <w:b w:val="0"/>
          <w:i w:val="0"/>
          <w:color w:val="333333"/>
          <w:sz w:val="19"/>
        </w:rPr>
        <w:t>and 979.</w:t>
      </w:r>
    </w:p>
    <w:p>
      <w:pPr>
        <w:spacing w:before="0" w:after="80" w:line="300" w:lineRule="auto"/>
        <w:jc w:val="left"/>
      </w:pPr>
      <w:r>
        <w:rPr>
          <w:rFonts w:ascii="Times New Roman" w:hAnsi="Times New Roman" w:eastAsia="宋体"/>
          <w:b w:val="0"/>
          <w:i w:val="0"/>
          <w:color w:val="333333"/>
          <w:sz w:val="19"/>
        </w:rPr>
        <w:t>Each of these numbers contributes 3 permutations, so this scenario has 8 · 3 = 24 numbers.</w:t>
      </w:r>
    </w:p>
    <w:p>
      <w:pPr>
        <w:spacing w:before="0" w:after="80" w:line="300" w:lineRule="auto"/>
        <w:jc w:val="left"/>
      </w:pPr>
      <w:r>
        <w:rPr>
          <w:rFonts w:ascii="Times New Roman" w:hAnsi="Times New Roman" w:eastAsia="宋体"/>
          <w:b w:val="0"/>
          <w:i w:val="0"/>
          <w:color w:val="333333"/>
          <w:sz w:val="19"/>
        </w:rPr>
        <w:t>There are 9 multiples of 11 that have the digit 0:</w:t>
      </w:r>
    </w:p>
    <w:p>
      <w:pPr>
        <w:spacing w:before="0" w:after="80" w:line="300" w:lineRule="auto"/>
        <w:jc w:val="left"/>
      </w:pPr>
      <w:r>
        <w:rPr>
          <w:rFonts w:ascii="Times New Roman" w:hAnsi="Times New Roman" w:eastAsia="宋体"/>
          <w:b w:val="0"/>
          <w:i w:val="0"/>
          <w:color w:val="333333"/>
          <w:sz w:val="19"/>
        </w:rPr>
        <w:t>110, 220, 330, 440, 550, 660, 770,</w:t>
      </w:r>
    </w:p>
    <w:p>
      <w:pPr>
        <w:spacing w:before="0" w:after="80" w:line="300" w:lineRule="auto"/>
        <w:jc w:val="left"/>
      </w:pPr>
      <w:r>
        <w:rPr>
          <w:rFonts w:ascii="Times New Roman" w:hAnsi="Times New Roman" w:eastAsia="宋体"/>
          <w:b w:val="0"/>
          <w:i w:val="0"/>
          <w:color w:val="333333"/>
          <w:sz w:val="19"/>
        </w:rPr>
        <w:t>880, and 990.</w:t>
      </w:r>
    </w:p>
    <w:p>
      <w:pPr>
        <w:spacing w:before="0" w:after="80" w:line="300" w:lineRule="auto"/>
        <w:jc w:val="left"/>
      </w:pPr>
      <w:r>
        <w:rPr>
          <w:rFonts w:ascii="Times New Roman" w:hAnsi="Times New Roman" w:eastAsia="宋体"/>
          <w:b w:val="0"/>
          <w:i w:val="0"/>
          <w:color w:val="333333"/>
          <w:sz w:val="19"/>
        </w:rPr>
        <w:t>For these numbers, 0 cannot be the hundreds digit, so each of them only contributes 2 permutations, for a total of 9 · 2 = 18.</w:t>
      </w:r>
    </w:p>
    <w:p>
      <w:pPr>
        <w:spacing w:before="0" w:after="80" w:line="300" w:lineRule="auto"/>
        <w:jc w:val="left"/>
      </w:pPr>
      <w:r>
        <w:rPr>
          <w:rFonts w:ascii="Times New Roman" w:hAnsi="Times New Roman" w:eastAsia="宋体"/>
          <w:b/>
          <w:i w:val="0"/>
          <w:color w:val="333333"/>
          <w:sz w:val="19"/>
        </w:rPr>
        <w:t>Case 3: all the digits are different</w:t>
      </w:r>
    </w:p>
    <w:p>
      <w:pPr>
        <w:spacing w:before="0" w:after="80" w:line="300" w:lineRule="auto"/>
        <w:jc w:val="left"/>
      </w:pPr>
      <w:r>
        <w:rPr>
          <w:rFonts w:ascii="Times New Roman" w:hAnsi="Times New Roman" w:eastAsia="宋体"/>
          <w:b w:val="0"/>
          <w:i w:val="0"/>
          <w:color w:val="333333"/>
          <w:sz w:val="19"/>
        </w:rPr>
        <w:t>There are a total of 81 multiples of 11 between 100 and 999. The number of these with all different digits is</w:t>
      </w:r>
    </w:p>
    <w:p>
      <w:pPr>
        <w:spacing w:before="0" w:after="80" w:line="300" w:lineRule="auto"/>
        <w:jc w:val="left"/>
      </w:pPr>
      <w:r>
        <w:rPr>
          <w:rFonts w:ascii="Times New Roman" w:hAnsi="Times New Roman" w:eastAsia="宋体"/>
          <w:b w:val="0"/>
          <w:i w:val="0"/>
          <w:color w:val="333333"/>
          <w:sz w:val="19"/>
        </w:rPr>
        <w:t>81 - 8 - 9 = 64.</w:t>
      </w:r>
    </w:p>
    <w:p>
      <w:pPr>
        <w:spacing w:before="0" w:after="80" w:line="300" w:lineRule="auto"/>
        <w:jc w:val="left"/>
      </w:pPr>
      <w:r>
        <w:rPr>
          <w:rFonts w:ascii="Times New Roman" w:hAnsi="Times New Roman" w:eastAsia="宋体"/>
          <w:b w:val="0"/>
          <w:i w:val="0"/>
          <w:color w:val="333333"/>
          <w:sz w:val="19"/>
        </w:rPr>
        <w:t>As in case 2, we have to specially account for the numbers with 0 as a digit. There are 8:</w:t>
      </w:r>
    </w:p>
    <w:p>
      <w:pPr>
        <w:spacing w:before="0" w:after="80" w:line="300" w:lineRule="auto"/>
        <w:jc w:val="left"/>
      </w:pPr>
      <w:r>
        <w:rPr>
          <w:rFonts w:ascii="Times New Roman" w:hAnsi="Times New Roman" w:eastAsia="宋体"/>
          <w:b w:val="0"/>
          <w:i w:val="0"/>
          <w:color w:val="333333"/>
          <w:sz w:val="19"/>
        </w:rPr>
        <w:t>209, 308, 407, 506, 605, 704, 803,</w:t>
      </w:r>
    </w:p>
    <w:p>
      <w:pPr>
        <w:spacing w:before="0" w:after="80" w:line="300" w:lineRule="auto"/>
        <w:jc w:val="left"/>
      </w:pPr>
      <w:r>
        <w:rPr>
          <w:rFonts w:ascii="Times New Roman" w:hAnsi="Times New Roman" w:eastAsia="宋体"/>
          <w:b w:val="0"/>
          <w:i w:val="0"/>
          <w:color w:val="333333"/>
          <w:sz w:val="19"/>
        </w:rPr>
        <w:t>and 902.</w:t>
      </w:r>
    </w:p>
    <w:p>
      <w:pPr>
        <w:spacing w:before="0" w:after="80" w:line="300" w:lineRule="auto"/>
        <w:jc w:val="left"/>
      </w:pPr>
      <w:r>
        <w:rPr>
          <w:rFonts w:ascii="Times New Roman" w:hAnsi="Times New Roman" w:eastAsia="宋体"/>
          <w:b w:val="0"/>
          <w:i w:val="0"/>
          <w:color w:val="333333"/>
          <w:sz w:val="19"/>
        </w:rPr>
        <w:t>Each of these gives us 2 · 2 = 4 permutations, but we overcount by a factor of 2 since flipping the first and last digits creates another number already in the set.</w:t>
      </w:r>
    </w:p>
    <w:p>
      <w:pPr>
        <w:spacing w:before="0" w:after="80" w:line="300" w:lineRule="auto"/>
        <w:jc w:val="left"/>
      </w:pPr>
      <w:r>
        <w:rPr>
          <w:rFonts w:ascii="Times New Roman" w:hAnsi="Times New Roman" w:eastAsia="宋体"/>
          <w:b w:val="0"/>
          <w:i w:val="0"/>
          <w:color w:val="333333"/>
          <w:sz w:val="19"/>
        </w:rPr>
        <w:t>Therefore, these numbers provide a total of</w:t>
      </w:r>
    </w:p>
    <w:p>
      <w:pPr>
        <w:spacing w:before="0" w:after="80" w:line="300" w:lineRule="auto"/>
        <w:jc w:val="left"/>
      </w:pPr>
      <w:r>
        <w:rPr>
          <w:rFonts w:ascii="Times New Roman" w:hAnsi="Times New Roman" w:eastAsia="宋体"/>
          <w:b w:val="0"/>
          <w:i w:val="0"/>
          <w:color w:val="333333"/>
          <w:sz w:val="19"/>
        </w:rPr>
        <w:t>8 · 4 ÷ 2 = 16</w:t>
      </w:r>
    </w:p>
    <w:p>
      <w:pPr>
        <w:spacing w:before="0" w:after="80" w:line="300" w:lineRule="auto"/>
        <w:jc w:val="left"/>
      </w:pPr>
      <w:r>
        <w:rPr>
          <w:rFonts w:ascii="Times New Roman" w:hAnsi="Times New Roman" w:eastAsia="宋体"/>
          <w:b w:val="0"/>
          <w:i w:val="0"/>
          <w:color w:val="333333"/>
          <w:sz w:val="19"/>
        </w:rPr>
        <w:t>unique permutations.</w:t>
      </w:r>
    </w:p>
    <w:p>
      <w:pPr>
        <w:spacing w:before="0" w:after="80" w:line="300" w:lineRule="auto"/>
        <w:jc w:val="left"/>
      </w:pPr>
      <w:r>
        <w:rPr>
          <w:rFonts w:ascii="Times New Roman" w:hAnsi="Times New Roman" w:eastAsia="宋体"/>
          <w:b w:val="0"/>
          <w:i w:val="0"/>
          <w:color w:val="333333"/>
          <w:sz w:val="19"/>
        </w:rPr>
        <w:t>There are now 64 - 8 = 56 multiples of 11 that we need to account for.</w:t>
      </w:r>
    </w:p>
    <w:p>
      <w:pPr>
        <w:spacing w:before="0" w:after="80" w:line="300" w:lineRule="auto"/>
        <w:jc w:val="left"/>
      </w:pPr>
      <w:r>
        <w:rPr>
          <w:rFonts w:ascii="Times New Roman" w:hAnsi="Times New Roman" w:eastAsia="宋体"/>
          <w:b w:val="0"/>
          <w:i w:val="0"/>
          <w:color w:val="333333"/>
          <w:sz w:val="19"/>
        </w:rPr>
        <w:t>We know that each of these provides 3! = 6 permutations. As above, however, note that flipping the first and last digit of any number in this set produces another number in this set.</w:t>
      </w:r>
    </w:p>
    <w:p>
      <w:pPr>
        <w:spacing w:before="0" w:after="80" w:line="300" w:lineRule="auto"/>
        <w:jc w:val="left"/>
      </w:pPr>
      <w:r>
        <w:rPr>
          <w:rFonts w:ascii="Times New Roman" w:hAnsi="Times New Roman" w:eastAsia="宋体"/>
          <w:b w:val="0"/>
          <w:i w:val="0"/>
          <w:color w:val="333333"/>
          <w:sz w:val="19"/>
        </w:rPr>
        <w:t>We can see this by using the divisibility rule for 11. If ABC is divisible by 11, then we have that A + C - B is divisible by 11.</w:t>
      </w:r>
    </w:p>
    <w:p>
      <w:pPr>
        <w:spacing w:before="0" w:after="80" w:line="300" w:lineRule="auto"/>
        <w:jc w:val="left"/>
      </w:pPr>
      <w:r>
        <w:rPr>
          <w:rFonts w:ascii="Times New Roman" w:hAnsi="Times New Roman" w:eastAsia="宋体"/>
          <w:b w:val="0"/>
          <w:i w:val="0"/>
          <w:color w:val="333333"/>
          <w:sz w:val="19"/>
        </w:rPr>
        <w:t>This means that C + A - B is divisible by 11, which means that CBA is also divisible by 11.</w:t>
      </w:r>
    </w:p>
    <w:p>
      <w:pPr>
        <w:spacing w:before="0" w:after="80" w:line="300" w:lineRule="auto"/>
        <w:jc w:val="left"/>
      </w:pPr>
      <w:r>
        <w:rPr>
          <w:rFonts w:ascii="Times New Roman" w:hAnsi="Times New Roman" w:eastAsia="宋体"/>
          <w:b w:val="0"/>
          <w:i w:val="0"/>
          <w:color w:val="333333"/>
          <w:sz w:val="19"/>
        </w:rPr>
        <w:t>Therefore, these numbers contribute</w:t>
      </w:r>
    </w:p>
    <w:p>
      <w:pPr>
        <w:spacing w:before="0" w:after="80" w:line="300" w:lineRule="auto"/>
        <w:jc w:val="left"/>
      </w:pPr>
      <w:r>
        <w:rPr>
          <w:rFonts w:ascii="Times New Roman" w:hAnsi="Times New Roman" w:eastAsia="宋体"/>
          <w:b w:val="0"/>
          <w:i w:val="0"/>
          <w:color w:val="333333"/>
          <w:sz w:val="19"/>
        </w:rPr>
        <w:t>56 · 6 ÷ 2 = 168</w:t>
      </w:r>
    </w:p>
    <w:p>
      <w:pPr>
        <w:spacing w:before="0" w:after="80" w:line="300" w:lineRule="auto"/>
        <w:jc w:val="left"/>
      </w:pPr>
      <w:r>
        <w:rPr>
          <w:rFonts w:ascii="Times New Roman" w:hAnsi="Times New Roman" w:eastAsia="宋体"/>
          <w:b w:val="0"/>
          <w:i w:val="0"/>
          <w:color w:val="333333"/>
          <w:sz w:val="19"/>
        </w:rPr>
        <w:t>more permutations.</w:t>
      </w:r>
    </w:p>
    <w:p>
      <w:pPr>
        <w:spacing w:before="0" w:after="80" w:line="300" w:lineRule="auto"/>
        <w:jc w:val="left"/>
      </w:pPr>
      <w:r>
        <w:rPr>
          <w:rFonts w:ascii="Times New Roman" w:hAnsi="Times New Roman" w:eastAsia="宋体"/>
          <w:b w:val="0"/>
          <w:i w:val="0"/>
          <w:color w:val="333333"/>
          <w:sz w:val="19"/>
        </w:rPr>
        <w:t>Over all the cases, we have a total of</w:t>
      </w:r>
    </w:p>
    <w:p>
      <w:pPr>
        <w:spacing w:before="0" w:after="80" w:line="300" w:lineRule="auto"/>
        <w:jc w:val="left"/>
      </w:pPr>
      <w:r>
        <w:rPr>
          <w:rFonts w:ascii="Times New Roman" w:hAnsi="Times New Roman" w:eastAsia="宋体"/>
          <w:b w:val="0"/>
          <w:i w:val="0"/>
          <w:color w:val="333333"/>
          <w:sz w:val="19"/>
        </w:rPr>
        <w:t>24 + 18 + 16 + 168 = 226</w:t>
      </w:r>
    </w:p>
    <w:p>
      <w:pPr>
        <w:spacing w:before="0" w:after="80" w:line="300" w:lineRule="auto"/>
        <w:jc w:val="left"/>
      </w:pPr>
      <w:r>
        <w:rPr>
          <w:rFonts w:ascii="Times New Roman" w:hAnsi="Times New Roman" w:eastAsia="宋体"/>
          <w:b w:val="0"/>
          <w:i w:val="0"/>
          <w:color w:val="333333"/>
          <w:sz w:val="19"/>
        </w:rPr>
        <w:t>numbers.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