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2016B AMC 10 真题与解答</w:t>
      </w:r>
    </w:p>
    <w:p>
      <w:pPr>
        <w:spacing w:before="0" w:after="40" w:line="300" w:lineRule="auto"/>
        <w:jc w:val="center"/>
      </w:pPr>
      <w:r>
        <w:rPr>
          <w:rFonts w:ascii="Times New Roman" w:hAnsi="Times New Roman" w:eastAsia="宋体"/>
          <w:b w:val="0"/>
          <w:i w:val="0"/>
          <w:color w:val="555555"/>
          <w:sz w:val="21"/>
        </w:rPr>
        <w:t>American Mathematics Competitions 10 · 中英双语</w:t>
      </w:r>
    </w:p>
    <w:p>
      <w:pPr>
        <w:spacing w:before="0" w:after="280" w:line="300" w:lineRule="auto"/>
        <w:jc w:val="center"/>
      </w:pPr>
      <w:r>
        <w:rPr>
          <w:rFonts w:ascii="Times New Roman" w:hAnsi="Times New Roman" w:eastAsia="宋体"/>
          <w:b w:val="0"/>
          <w:i w:val="0"/>
          <w:color w:val="555555"/>
          <w:sz w:val="19"/>
        </w:rPr>
        <w:t>共 25 题，限时 75 分钟；答对得 6 分，未答得 1.5 分，答错 0 分，满分 150 分。</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当 a= 1/2 时，求</w:t>
      </w:r>
    </w:p>
    <w:p>
      <w:pPr>
        <w:spacing w:before="0" w:after="80" w:line="300" w:lineRule="auto"/>
        <w:jc w:val="left"/>
      </w:pPr>
      <w:r>
        <w:rPr>
          <w:rFonts w:ascii="Times New Roman" w:hAnsi="Times New Roman" w:eastAsia="宋体"/>
          <w:b w:val="0"/>
          <w:i w:val="0"/>
          <w:sz w:val="21"/>
        </w:rPr>
        <w:t>(2a⁻¹+(a⁻¹)/2)/a</w:t>
      </w:r>
    </w:p>
    <w:p>
      <w:pPr>
        <w:spacing w:before="0" w:after="80" w:line="300" w:lineRule="auto"/>
        <w:jc w:val="left"/>
      </w:pPr>
      <w:r>
        <w:rPr>
          <w:rFonts w:ascii="Times New Roman" w:hAnsi="Times New Roman" w:eastAsia="宋体"/>
          <w:b w:val="0"/>
          <w:i w:val="0"/>
          <w:sz w:val="21"/>
        </w:rPr>
        <w:t>的值。</w:t>
      </w:r>
    </w:p>
    <w:p>
      <w:pPr>
        <w:spacing w:before="0" w:after="120" w:line="300" w:lineRule="auto"/>
      </w:pPr>
      <w:r>
        <w:rPr>
          <w:rFonts w:ascii="Times New Roman" w:hAnsi="Times New Roman" w:eastAsia="宋体"/>
          <w:b w:val="0"/>
          <w:i w:val="0"/>
          <w:sz w:val="21"/>
        </w:rPr>
        <w:t>（A）1　　（B）2　　（C）5/2　　（D）10　　（E）20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value of</w:t>
      </w:r>
    </w:p>
    <w:p>
      <w:pPr>
        <w:spacing w:before="0" w:after="80" w:line="300" w:lineRule="auto"/>
        <w:jc w:val="left"/>
      </w:pPr>
      <w:r>
        <w:rPr>
          <w:rFonts w:ascii="Times New Roman" w:hAnsi="Times New Roman" w:eastAsia="宋体"/>
          <w:b w:val="0"/>
          <w:i w:val="0"/>
          <w:color w:val="333333"/>
          <w:sz w:val="19"/>
        </w:rPr>
        <w:t>(2a⁻¹+(a⁻¹)/2)/a</w:t>
      </w:r>
    </w:p>
    <w:p>
      <w:pPr>
        <w:spacing w:before="0" w:after="80" w:line="300" w:lineRule="auto"/>
        <w:jc w:val="left"/>
      </w:pPr>
      <w:r>
        <w:rPr>
          <w:rFonts w:ascii="Times New Roman" w:hAnsi="Times New Roman" w:eastAsia="宋体"/>
          <w:b w:val="0"/>
          <w:i w:val="0"/>
          <w:color w:val="333333"/>
          <w:sz w:val="19"/>
        </w:rPr>
        <w:t>when a= 1/2?</w:t>
      </w:r>
    </w:p>
    <w:p>
      <w:pPr>
        <w:spacing w:before="0" w:after="160" w:line="300" w:lineRule="auto"/>
      </w:pPr>
      <w:r>
        <w:rPr>
          <w:rFonts w:ascii="Times New Roman" w:hAnsi="Times New Roman" w:eastAsia="宋体"/>
          <w:b w:val="0"/>
          <w:i w:val="0"/>
          <w:color w:val="333333"/>
          <w:sz w:val="19"/>
        </w:rPr>
        <w:t>(A) 1　　(B) 2　　(C) 5/2　　(D) 10　　(E) 20</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若 nheartsuit m=n³m²，则 (2heartsuit 4)/(4heartsuit 2) 等于多少？</w:t>
      </w:r>
    </w:p>
    <w:p>
      <w:pPr>
        <w:spacing w:before="0" w:after="120" w:line="300" w:lineRule="auto"/>
      </w:pPr>
      <w:r>
        <w:rPr>
          <w:rFonts w:ascii="Times New Roman" w:hAnsi="Times New Roman" w:eastAsia="宋体"/>
          <w:b w:val="0"/>
          <w:i w:val="0"/>
          <w:sz w:val="21"/>
        </w:rPr>
        <w:t>（A）1/4　　（B）1/2　　（C）1　　（D）2　　（E）4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nheartsuit m=n³m², what is (2heartsuit 4)/(4heartsuit 2)?</w:t>
      </w:r>
    </w:p>
    <w:p>
      <w:pPr>
        <w:spacing w:before="0" w:after="160" w:line="300" w:lineRule="auto"/>
      </w:pPr>
      <w:r>
        <w:rPr>
          <w:rFonts w:ascii="Times New Roman" w:hAnsi="Times New Roman" w:eastAsia="宋体"/>
          <w:b w:val="0"/>
          <w:i w:val="0"/>
          <w:color w:val="333333"/>
          <w:sz w:val="19"/>
        </w:rPr>
        <w:t>(A) 1/4　　(B) 1/2　　(C) 1　　(D) 2　　(E) 4</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令 x=-2016。求下式的值：</w:t>
      </w:r>
    </w:p>
    <w:p>
      <w:pPr>
        <w:spacing w:before="0" w:after="80" w:line="300" w:lineRule="auto"/>
        <w:jc w:val="left"/>
      </w:pPr>
      <w:r>
        <w:rPr>
          <w:rFonts w:ascii="Times New Roman" w:hAnsi="Times New Roman" w:eastAsia="宋体"/>
          <w:b w:val="0"/>
          <w:i w:val="0"/>
          <w:sz w:val="21"/>
        </w:rPr>
        <w:t>Bigg|| |x|-x|-|x|Bigg|-x？</w:t>
      </w:r>
    </w:p>
    <w:p>
      <w:pPr>
        <w:spacing w:before="0" w:after="120" w:line="300" w:lineRule="auto"/>
      </w:pPr>
      <w:r>
        <w:rPr>
          <w:rFonts w:ascii="Times New Roman" w:hAnsi="Times New Roman" w:eastAsia="宋体"/>
          <w:b w:val="0"/>
          <w:i w:val="0"/>
          <w:sz w:val="21"/>
        </w:rPr>
        <w:t>（A）-2016　　（B）0　　（C）2016　　（D）4032　　（E）6048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x=-2016. What is the value of</w:t>
      </w:r>
    </w:p>
    <w:p>
      <w:pPr>
        <w:spacing w:before="0" w:after="80" w:line="300" w:lineRule="auto"/>
        <w:jc w:val="left"/>
      </w:pPr>
      <w:r>
        <w:rPr>
          <w:rFonts w:ascii="Times New Roman" w:hAnsi="Times New Roman" w:eastAsia="宋体"/>
          <w:b w:val="0"/>
          <w:i w:val="0"/>
          <w:color w:val="333333"/>
          <w:sz w:val="19"/>
        </w:rPr>
        <w:t>Bigg|| |x|-x|-|x|Bigg|-x?</w:t>
      </w:r>
    </w:p>
    <w:p>
      <w:pPr>
        <w:spacing w:before="0" w:after="160" w:line="300" w:lineRule="auto"/>
      </w:pPr>
      <w:r>
        <w:rPr>
          <w:rFonts w:ascii="Times New Roman" w:hAnsi="Times New Roman" w:eastAsia="宋体"/>
          <w:b w:val="0"/>
          <w:i w:val="0"/>
          <w:color w:val="333333"/>
          <w:sz w:val="19"/>
        </w:rPr>
        <w:t>(A) -2016　　(B) 0　　(C) 2016　　(D) 4032　　(E) 6048</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Zoey 一本一本地读了 15 本书。第一本书花了她 1 天，第二本花了 2 天，第三本花了 3 天，依此类推，每一本都比前一本多花 1 天。Zoey 在星期一读完第一本书，在星期三读完第二本书。她会在星期几读完第 15 本书？</w:t>
      </w:r>
    </w:p>
    <w:p>
      <w:pPr>
        <w:spacing w:before="0" w:after="120" w:line="300" w:lineRule="auto"/>
      </w:pPr>
      <w:r>
        <w:rPr>
          <w:rFonts w:ascii="Times New Roman" w:hAnsi="Times New Roman" w:eastAsia="宋体"/>
          <w:b w:val="0"/>
          <w:i w:val="0"/>
          <w:sz w:val="21"/>
        </w:rPr>
        <w:t>（A）星期日　　（B）星期一　　（C）星期三　　（D）星期五　　（E）星期六</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Zoey read 15 books, one at a time. The first book took her 1 day to read, the second book took her 2 days to read, the third book took her 3 days to read, and so on, with each book taking her 1 more day to read than the previous book. Zoey finished the first book on a Monday, and the second on a Wednesday. On what day of the week did she finish her 15th book?</w:t>
      </w:r>
    </w:p>
    <w:p>
      <w:pPr>
        <w:spacing w:before="0" w:after="160" w:line="300" w:lineRule="auto"/>
      </w:pPr>
      <w:r>
        <w:rPr>
          <w:rFonts w:ascii="Times New Roman" w:hAnsi="Times New Roman" w:eastAsia="宋体"/>
          <w:b w:val="0"/>
          <w:i w:val="0"/>
          <w:color w:val="333333"/>
          <w:sz w:val="19"/>
        </w:rPr>
        <w:t>(A) Sunday　　(B) Monday　　(C) Wednesday　　(D) Friday　　(E) Saturday</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Amanda 的 4 个表亲的平均年龄是 8，年龄中位数是 5。她最小和最大的两个表亲的年龄之和是多少？</w:t>
      </w:r>
    </w:p>
    <w:p>
      <w:pPr>
        <w:spacing w:before="0" w:after="120" w:line="300" w:lineRule="auto"/>
      </w:pPr>
      <w:r>
        <w:rPr>
          <w:rFonts w:ascii="Times New Roman" w:hAnsi="Times New Roman" w:eastAsia="宋体"/>
          <w:b w:val="0"/>
          <w:i w:val="0"/>
          <w:sz w:val="21"/>
        </w:rPr>
        <w:t>（A）13　　（B）16　　（C）19　　（D）22　　（E）25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mean age of Amanda’s 4 cousins is 8, and their median age is 5. What is the sum of the ages of Amanda’s youngest and oldest cousins?</w:t>
      </w:r>
    </w:p>
    <w:p>
      <w:pPr>
        <w:spacing w:before="0" w:after="160" w:line="300" w:lineRule="auto"/>
      </w:pPr>
      <w:r>
        <w:rPr>
          <w:rFonts w:ascii="Times New Roman" w:hAnsi="Times New Roman" w:eastAsia="宋体"/>
          <w:b w:val="0"/>
          <w:i w:val="0"/>
          <w:color w:val="333333"/>
          <w:sz w:val="19"/>
        </w:rPr>
        <w:t>(A) 13　　(B) 16　　(C) 19　　(D) 22　　(E) 25</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Laura 把两个三位正整数相加。这两个数中的六个数字互不相同。她得到的和是一个三位数 S。S 的各位数字之和最小可能是多少？</w:t>
      </w:r>
    </w:p>
    <w:p>
      <w:pPr>
        <w:spacing w:before="0" w:after="120" w:line="300" w:lineRule="auto"/>
      </w:pPr>
      <w:r>
        <w:rPr>
          <w:rFonts w:ascii="Times New Roman" w:hAnsi="Times New Roman" w:eastAsia="宋体"/>
          <w:b w:val="0"/>
          <w:i w:val="0"/>
          <w:sz w:val="21"/>
        </w:rPr>
        <w:t>（A）1　　（B）4　　（C）5　　（D）15　　（E）21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Laura added two three-digit positive integers. All six digits in these numbers are different. Laura’s sum is a three-digit number S. What is the smallest possible value for the sum of the digits of S?</w:t>
      </w:r>
    </w:p>
    <w:p>
      <w:pPr>
        <w:spacing w:before="0" w:after="160" w:line="300" w:lineRule="auto"/>
      </w:pPr>
      <w:r>
        <w:rPr>
          <w:rFonts w:ascii="Times New Roman" w:hAnsi="Times New Roman" w:eastAsia="宋体"/>
          <w:b w:val="0"/>
          <w:i w:val="0"/>
          <w:color w:val="333333"/>
          <w:sz w:val="19"/>
        </w:rPr>
        <w:t>(A) 1　　(B) 4　　(C) 5　　(D) 15　　(E) 21</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两个锐角的度数之比为 5:4，且其中一个角的余角是另一个角的余角的两倍。这两个角的度数之和是多少？</w:t>
      </w:r>
    </w:p>
    <w:p>
      <w:pPr>
        <w:spacing w:before="0" w:after="120" w:line="300" w:lineRule="auto"/>
      </w:pPr>
      <w:r>
        <w:rPr>
          <w:rFonts w:ascii="Times New Roman" w:hAnsi="Times New Roman" w:eastAsia="宋体"/>
          <w:b w:val="0"/>
          <w:i w:val="0"/>
          <w:sz w:val="21"/>
        </w:rPr>
        <w:t>（A）75　　（B）90　　（C）135　　（D）150　　（E）270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ratio of the measures of two acute angles is 5:4, and the complement of one of these two angles is twice as large as the complement of the other. What is the sum of the degree measures of the two angles?</w:t>
      </w:r>
    </w:p>
    <w:p>
      <w:pPr>
        <w:spacing w:before="0" w:after="160" w:line="300" w:lineRule="auto"/>
      </w:pPr>
      <w:r>
        <w:rPr>
          <w:rFonts w:ascii="Times New Roman" w:hAnsi="Times New Roman" w:eastAsia="宋体"/>
          <w:b w:val="0"/>
          <w:i w:val="0"/>
          <w:color w:val="333333"/>
          <w:sz w:val="19"/>
        </w:rPr>
        <w:t>(A) 75　　(B) 90　　(C) 135　　(D) 150　　(E) 270</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2015²⁰¹⁶-2017 的十位数字是多少？</w:t>
      </w:r>
    </w:p>
    <w:p>
      <w:pPr>
        <w:spacing w:before="0" w:after="120" w:line="300" w:lineRule="auto"/>
      </w:pPr>
      <w:r>
        <w:rPr>
          <w:rFonts w:ascii="Times New Roman" w:hAnsi="Times New Roman" w:eastAsia="宋体"/>
          <w:b w:val="0"/>
          <w:i w:val="0"/>
          <w:sz w:val="21"/>
        </w:rPr>
        <w:t>（A）0　　（B）1　　（C）3　　（D）5　　（E）8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tens digit of 2015²⁰¹⁶-2017?</w:t>
      </w:r>
    </w:p>
    <w:p>
      <w:pPr>
        <w:spacing w:before="0" w:after="160" w:line="300" w:lineRule="auto"/>
      </w:pPr>
      <w:r>
        <w:rPr>
          <w:rFonts w:ascii="Times New Roman" w:hAnsi="Times New Roman" w:eastAsia="宋体"/>
          <w:b w:val="0"/>
          <w:i w:val="0"/>
          <w:color w:val="333333"/>
          <w:sz w:val="19"/>
        </w:rPr>
        <w:t>(A) 0　　(B) 1　　(C) 3　　(D) 5　　(E) 8</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bigtriangleup ABC 的三个顶点都在抛物线 y=x² 上，其中 A 在原点，且 BC 平行于 x 轴。若三角形面积为 64，则 BC 的长度是多少？</w:t>
      </w:r>
    </w:p>
    <w:p>
      <w:pPr>
        <w:spacing w:before="0" w:after="120" w:line="300" w:lineRule="auto"/>
      </w:pPr>
      <w:r>
        <w:rPr>
          <w:rFonts w:ascii="Times New Roman" w:hAnsi="Times New Roman" w:eastAsia="宋体"/>
          <w:b w:val="0"/>
          <w:i w:val="0"/>
          <w:sz w:val="21"/>
        </w:rPr>
        <w:t>（A）4　　（B）6　　（C）8　　（D）10　　（E）16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All three vertices of bigtriangleup ABC lie on the parabola defined by y=x², with A at the origin and BC parallel to the x-axis. The area of the triangle is 64. What is the length of BC?</w:t>
      </w:r>
    </w:p>
    <w:p>
      <w:pPr>
        <w:spacing w:before="0" w:after="160" w:line="300" w:lineRule="auto"/>
      </w:pPr>
      <w:r>
        <w:rPr>
          <w:rFonts w:ascii="Times New Roman" w:hAnsi="Times New Roman" w:eastAsia="宋体"/>
          <w:b w:val="0"/>
          <w:i w:val="0"/>
          <w:color w:val="333333"/>
          <w:sz w:val="19"/>
        </w:rPr>
        <w:t>(A) 4　　(B) 6　　(C) 8　　(D) 10　　(E) 16</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一块均匀密度的薄木板是边长为 3 英寸的等边三角形，重 12 盎司。另一块同种木材、同样厚度的等边三角形木板边长为 5 英寸。下面哪个数最接近第二块木板的重量（盎司）？</w:t>
      </w:r>
    </w:p>
    <w:p>
      <w:pPr>
        <w:spacing w:before="0" w:after="120" w:line="300" w:lineRule="auto"/>
      </w:pPr>
      <w:r>
        <w:rPr>
          <w:rFonts w:ascii="Times New Roman" w:hAnsi="Times New Roman" w:eastAsia="宋体"/>
          <w:b w:val="0"/>
          <w:i w:val="0"/>
          <w:sz w:val="21"/>
        </w:rPr>
        <w:t>（A）14.0　　（B）16.0　　（C）20.0　　（D）33.3　　（E）55.6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thin piece of wood of uniform density in the shape of an equilateral triangle with side length 3 inches weighs 12 ounces. A second piece of the same type of wood, with the same thickness, also in the shape of an equilateral triangle, has side length 5 inches. Which of the following is closest to the weight, in ounces, of the second piece?</w:t>
      </w:r>
    </w:p>
    <w:p>
      <w:pPr>
        <w:spacing w:before="0" w:after="160" w:line="300" w:lineRule="auto"/>
      </w:pPr>
      <w:r>
        <w:rPr>
          <w:rFonts w:ascii="Times New Roman" w:hAnsi="Times New Roman" w:eastAsia="宋体"/>
          <w:b w:val="0"/>
          <w:i w:val="0"/>
          <w:color w:val="333333"/>
          <w:sz w:val="19"/>
        </w:rPr>
        <w:t>(A) 14.0　　(B) 16.0　　(C) 20.0　　(D) 33.3　　(E) 55.6</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Carl 决定给他的长方形花园围篱笆。他买了 20 根柱子，四个角各放一根，其余柱子沿花园边均匀放置，相邻柱子之间恰好相隔 4 码。较长边（包括两端角上的柱子）上的柱子数是较短边的两倍。Carl 的花园面积是多少平方码？</w:t>
      </w:r>
    </w:p>
    <w:p>
      <w:pPr>
        <w:spacing w:before="0" w:after="120" w:line="300" w:lineRule="auto"/>
      </w:pPr>
      <w:r>
        <w:rPr>
          <w:rFonts w:ascii="Times New Roman" w:hAnsi="Times New Roman" w:eastAsia="宋体"/>
          <w:b w:val="0"/>
          <w:i w:val="0"/>
          <w:sz w:val="21"/>
        </w:rPr>
        <w:t>（A）256　　（B）336　　（C）384　　（D）448　　（E）512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Carl decided to fence in his rectangular garden. He bought 20 fence posts, placed one on each of the four corners, and spaced out the rest evenly along the edges of the garden, leaving exactly 4 yards between neighboring posts. The longer side of his garden, including the corners, has twice as many posts as the shorter side, including the corners. What is the area, in square yards, of Carl’s garden?</w:t>
      </w:r>
    </w:p>
    <w:p>
      <w:pPr>
        <w:spacing w:before="0" w:after="160" w:line="300" w:lineRule="auto"/>
      </w:pPr>
      <w:r>
        <w:rPr>
          <w:rFonts w:ascii="Times New Roman" w:hAnsi="Times New Roman" w:eastAsia="宋体"/>
          <w:b w:val="0"/>
          <w:i w:val="0"/>
          <w:color w:val="333333"/>
          <w:sz w:val="19"/>
        </w:rPr>
        <w:t>(A) 256　　(B) 336　　(C) 384　　(D) 448　　(E) 512</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从集合 {1, 2, 3, 4, 5} 中随机选出两个不同的数并相乘。乘积为偶数的概率是多少？</w:t>
      </w:r>
    </w:p>
    <w:p>
      <w:pPr>
        <w:spacing w:before="0" w:after="120" w:line="300" w:lineRule="auto"/>
      </w:pPr>
      <w:r>
        <w:rPr>
          <w:rFonts w:ascii="Times New Roman" w:hAnsi="Times New Roman" w:eastAsia="宋体"/>
          <w:b w:val="0"/>
          <w:i w:val="0"/>
          <w:sz w:val="21"/>
        </w:rPr>
        <w:t>（A）0.2　　（B）0.4　　（C）0.5　　（D）0.7　　（E）0.8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Two different numbers are selected at random from {1, 2, 3, 4, 5} and multiplied together. What is the probability that the product is even?</w:t>
      </w:r>
    </w:p>
    <w:p>
      <w:pPr>
        <w:spacing w:before="0" w:after="160" w:line="300" w:lineRule="auto"/>
      </w:pPr>
      <w:r>
        <w:rPr>
          <w:rFonts w:ascii="Times New Roman" w:hAnsi="Times New Roman" w:eastAsia="宋体"/>
          <w:b w:val="0"/>
          <w:i w:val="0"/>
          <w:color w:val="333333"/>
          <w:sz w:val="19"/>
        </w:rPr>
        <w:t>(A) 0.2　　(B) 0.4　　(C) 0.5　　(D) 0.7　　(E) 0.8</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某年 Megapolis 医院的多胞胎统计如下：双胞胎、三胞胎、四胞胎一共占 1000 个出生婴儿。三胞胎组数是四胞胎组数的四倍，双胞胎组数是三胞胎组数的三倍。这 1000 个婴儿中，有多少个属于四胞胎？</w:t>
      </w:r>
    </w:p>
    <w:p>
      <w:pPr>
        <w:spacing w:before="0" w:after="120" w:line="300" w:lineRule="auto"/>
      </w:pPr>
      <w:r>
        <w:rPr>
          <w:rFonts w:ascii="Times New Roman" w:hAnsi="Times New Roman" w:eastAsia="宋体"/>
          <w:b w:val="0"/>
          <w:i w:val="0"/>
          <w:sz w:val="21"/>
        </w:rPr>
        <w:t>（A）25　　（B）40　　（C）64　　（D）100　　（E）160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At Megapolis Hospital one year, multiple-birth statistics were as follows: Sets of twins, triplets, and quadruplets accounted for 1000 of the babies born. There were four times as many sets of triplets as sets of quadruplets, and there were three times as many sets of twins as sets of triplets. How many of these 1000 babies were in sets of quadruplets?</w:t>
      </w:r>
    </w:p>
    <w:p>
      <w:pPr>
        <w:spacing w:before="0" w:after="160" w:line="300" w:lineRule="auto"/>
      </w:pPr>
      <w:r>
        <w:rPr>
          <w:rFonts w:ascii="Times New Roman" w:hAnsi="Times New Roman" w:eastAsia="宋体"/>
          <w:b w:val="0"/>
          <w:i w:val="0"/>
          <w:color w:val="333333"/>
          <w:sz w:val="19"/>
        </w:rPr>
        <w:t>(A) 25　　(B) 40　　(C) 64　　(D) 100　　(E) 160</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有多少个边平行于坐标轴、顶点坐标都是整数的正方形完全位于由直线 y=π x、直线 y=-0.1 和直线 x=5.1 围成的区域内？</w:t>
      </w:r>
    </w:p>
    <w:p>
      <w:pPr>
        <w:spacing w:before="0" w:after="120" w:line="300" w:lineRule="auto"/>
      </w:pPr>
      <w:r>
        <w:rPr>
          <w:rFonts w:ascii="Times New Roman" w:hAnsi="Times New Roman" w:eastAsia="宋体"/>
          <w:b w:val="0"/>
          <w:i w:val="0"/>
          <w:sz w:val="21"/>
        </w:rPr>
        <w:t>（A）30　　（B）41　　（C）45　　（D）50　　（E）57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squares whose sides are parallel to the axes and whose vertices have coordinates that are integers lie entirely within the region bounded by the line y=π x, the line y=-0.1 and the line x=5.1?</w:t>
      </w:r>
    </w:p>
    <w:p>
      <w:pPr>
        <w:spacing w:before="0" w:after="160" w:line="300" w:lineRule="auto"/>
      </w:pPr>
      <w:r>
        <w:rPr>
          <w:rFonts w:ascii="Times New Roman" w:hAnsi="Times New Roman" w:eastAsia="宋体"/>
          <w:b w:val="0"/>
          <w:i w:val="0"/>
          <w:color w:val="333333"/>
          <w:sz w:val="19"/>
        </w:rPr>
        <w:t>(A) 30　　(B) 41　　(C) 45　　(D) 50　　(E) 57</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把数字 1、2、3、4、5、6、7、8、9 填入一个 3×3 方格阵列，每格一个数，使得任意两个连续数字所在方格都共边。四个角上的数字之和为 18。中心格中的数字是多少？</w:t>
      </w:r>
    </w:p>
    <w:p>
      <w:pPr>
        <w:spacing w:before="0" w:after="120" w:line="300" w:lineRule="auto"/>
      </w:pPr>
      <w:r>
        <w:rPr>
          <w:rFonts w:ascii="Times New Roman" w:hAnsi="Times New Roman" w:eastAsia="宋体"/>
          <w:b w:val="0"/>
          <w:i w:val="0"/>
          <w:sz w:val="21"/>
        </w:rPr>
        <w:t>（A）5　　（B）6　　（C）7　　（D）8　　（E）9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All the numbers 1, 2, 3, 4, 5, 6, 7, 8, 9 are written in a 3×3 array of squares, one number in each square, in such a way that if two numbers are consecutive then they occupy squares that share an edge. The numbers in the four corners add up to 18. What is the number in the center?</w:t>
      </w:r>
    </w:p>
    <w:p>
      <w:pPr>
        <w:spacing w:before="0" w:after="160" w:line="300" w:lineRule="auto"/>
      </w:pPr>
      <w:r>
        <w:rPr>
          <w:rFonts w:ascii="Times New Roman" w:hAnsi="Times New Roman" w:eastAsia="宋体"/>
          <w:b w:val="0"/>
          <w:i w:val="0"/>
          <w:color w:val="333333"/>
          <w:sz w:val="19"/>
        </w:rPr>
        <w:t>(A) 5　　(B) 6　　(C) 7　　(D) 8　　(E) 9</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一个无穷等比级数的和是正数 S，且该级数的第二项是 1。S 的最小可能值是多少？</w:t>
      </w:r>
    </w:p>
    <w:p>
      <w:pPr>
        <w:spacing w:before="0" w:after="120" w:line="300" w:lineRule="auto"/>
      </w:pPr>
      <w:r>
        <w:rPr>
          <w:rFonts w:ascii="Times New Roman" w:hAnsi="Times New Roman" w:eastAsia="宋体"/>
          <w:b w:val="0"/>
          <w:i w:val="0"/>
          <w:sz w:val="21"/>
        </w:rPr>
        <w:t>（A）(1+√(5))/2　　（B）2　　（C）√(5)　　（D）3　　（E）4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sum of an infinite geometric series is a positive number S, and the second term in the series is 1. What is the smallest possible value of S?</w:t>
      </w:r>
    </w:p>
    <w:p>
      <w:pPr>
        <w:spacing w:before="0" w:after="160" w:line="300" w:lineRule="auto"/>
      </w:pPr>
      <w:r>
        <w:rPr>
          <w:rFonts w:ascii="Times New Roman" w:hAnsi="Times New Roman" w:eastAsia="宋体"/>
          <w:b w:val="0"/>
          <w:i w:val="0"/>
          <w:color w:val="333333"/>
          <w:sz w:val="19"/>
        </w:rPr>
        <w:t>(A) (1+√(5))/2　　(B) 2　　(C) √(5)　　(D) 3　　(E) 4</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把数字 2、3、4、5、6、7 分配到一个立方体的六个面上，每个面一个数。对立方体的每个顶点，计算包含该顶点的三个面上的三个数的乘积。所有八个顶点的这些乘积之和最大可能是多少？</w:t>
      </w:r>
    </w:p>
    <w:p>
      <w:pPr>
        <w:spacing w:before="0" w:after="120" w:line="300" w:lineRule="auto"/>
      </w:pPr>
      <w:r>
        <w:rPr>
          <w:rFonts w:ascii="Times New Roman" w:hAnsi="Times New Roman" w:eastAsia="宋体"/>
          <w:b w:val="0"/>
          <w:i w:val="0"/>
          <w:sz w:val="21"/>
        </w:rPr>
        <w:t>（A）312　　（B）343　　（C）625　　（D）729　　（E）1680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All the numbers 2, 3, 4, 5, 6, 7 are assigned to the six faces of a cube, one number to each face. For each of the eight vertices of the cube, a product of three numbers is computed, where the three numbers are the numbers assigned to the three faces that include that vertex. What is the greatest possible value of the sum of these eight products?</w:t>
      </w:r>
    </w:p>
    <w:p>
      <w:pPr>
        <w:spacing w:before="0" w:after="160" w:line="300" w:lineRule="auto"/>
      </w:pPr>
      <w:r>
        <w:rPr>
          <w:rFonts w:ascii="Times New Roman" w:hAnsi="Times New Roman" w:eastAsia="宋体"/>
          <w:b w:val="0"/>
          <w:i w:val="0"/>
          <w:color w:val="333333"/>
          <w:sz w:val="19"/>
        </w:rPr>
        <w:t>(A) 312　　(B) 343　　(C) 625　　(D) 729　　(E) 1680</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345 可以用多少种方式写成两个或更多个连续正整数的递增序列之和？</w:t>
      </w:r>
    </w:p>
    <w:p>
      <w:pPr>
        <w:spacing w:before="0" w:after="120" w:line="300" w:lineRule="auto"/>
      </w:pPr>
      <w:r>
        <w:rPr>
          <w:rFonts w:ascii="Times New Roman" w:hAnsi="Times New Roman" w:eastAsia="宋体"/>
          <w:b w:val="0"/>
          <w:i w:val="0"/>
          <w:sz w:val="21"/>
        </w:rPr>
        <w:t>（A）1　　（B）3　　（C）5　　（D）6　　（E）7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how many ways can 345 be written as the sum of an increasing sequence of two or more consecutive positive integers?</w:t>
      </w:r>
    </w:p>
    <w:p>
      <w:pPr>
        <w:spacing w:before="0" w:after="160" w:line="300" w:lineRule="auto"/>
      </w:pPr>
      <w:r>
        <w:rPr>
          <w:rFonts w:ascii="Times New Roman" w:hAnsi="Times New Roman" w:eastAsia="宋体"/>
          <w:b w:val="0"/>
          <w:i w:val="0"/>
          <w:color w:val="333333"/>
          <w:sz w:val="19"/>
        </w:rPr>
        <w:t>(A) 1　　(B) 3　　(C) 5　　(D) 6　　(E) 7</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长方形 ABCD 中，AB=5，BC=4。点 E 在 AB 上且 EB=1，点 G 在 BC 上且 CG=1，点 F 在 CD 上且 DF=2。线段 AG 与 AC 分别在 Q 与 P 处和 EF 相交。求 PQ/EF。</w:t>
      </w:r>
    </w:p>
    <w:p>
      <w:pPr>
        <w:spacing w:before="80" w:after="80"/>
        <w:jc w:val="center"/>
      </w:pPr>
      <w:r>
        <w:drawing>
          <wp:inline xmlns:a="http://schemas.openxmlformats.org/drawingml/2006/main" xmlns:pic="http://schemas.openxmlformats.org/drawingml/2006/picture">
            <wp:extent cx="1868875" cy="1551231"/>
            <wp:docPr id="1" name="Picture 1"/>
            <wp:cNvGraphicFramePr>
              <a:graphicFrameLocks noChangeAspect="1"/>
            </wp:cNvGraphicFramePr>
            <a:graphic>
              <a:graphicData uri="http://schemas.openxmlformats.org/drawingml/2006/picture">
                <pic:pic>
                  <pic:nvPicPr>
                    <pic:cNvPr id="0" name="q19-1@300dpi.png"/>
                    <pic:cNvPicPr/>
                  </pic:nvPicPr>
                  <pic:blipFill>
                    <a:blip r:embed="rId9"/>
                    <a:stretch>
                      <a:fillRect/>
                    </a:stretch>
                  </pic:blipFill>
                  <pic:spPr>
                    <a:xfrm>
                      <a:off x="0" y="0"/>
                      <a:ext cx="1868875" cy="1551231"/>
                    </a:xfrm>
                    <a:prstGeom prst="rect"/>
                  </pic:spPr>
                </pic:pic>
              </a:graphicData>
            </a:graphic>
          </wp:inline>
        </w:drawing>
      </w:r>
    </w:p>
    <w:p>
      <w:pPr>
        <w:spacing w:before="0" w:after="120" w:line="300" w:lineRule="auto"/>
      </w:pPr>
      <w:r>
        <w:rPr>
          <w:rFonts w:ascii="Times New Roman" w:hAnsi="Times New Roman" w:eastAsia="宋体"/>
          <w:b w:val="0"/>
          <w:i w:val="0"/>
          <w:sz w:val="21"/>
        </w:rPr>
        <w:t>（A）(√(3))/16　　（B）(√(2))/13　　（C）9/82　　（D）10/91　　（E）1/9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Rectangle ABCD has AB=5 and BC=4. Point E lies on AB so that EB=1, point G lies on BC so that CG=1, and point F lies on CD so that DF=2. Segments AG and AC intersect EF at Q and P, respectively. What is the value of PQ/EF?</w:t>
      </w:r>
    </w:p>
    <w:p>
      <w:pPr>
        <w:spacing w:before="80" w:after="80"/>
        <w:jc w:val="center"/>
      </w:pPr>
      <w:r>
        <w:drawing>
          <wp:inline xmlns:a="http://schemas.openxmlformats.org/drawingml/2006/main" xmlns:pic="http://schemas.openxmlformats.org/drawingml/2006/picture">
            <wp:extent cx="1868875" cy="1551231"/>
            <wp:docPr id="2" name="Picture 2"/>
            <wp:cNvGraphicFramePr>
              <a:graphicFrameLocks noChangeAspect="1"/>
            </wp:cNvGraphicFramePr>
            <a:graphic>
              <a:graphicData uri="http://schemas.openxmlformats.org/drawingml/2006/picture">
                <pic:pic>
                  <pic:nvPicPr>
                    <pic:cNvPr id="0" name="q19-1@300dpi.png"/>
                    <pic:cNvPicPr/>
                  </pic:nvPicPr>
                  <pic:blipFill>
                    <a:blip r:embed="rId9"/>
                    <a:stretch>
                      <a:fillRect/>
                    </a:stretch>
                  </pic:blipFill>
                  <pic:spPr>
                    <a:xfrm>
                      <a:off x="0" y="0"/>
                      <a:ext cx="1868875" cy="1551231"/>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(√(3))/16　　(B) (√(2))/13　　(C) 9/82　　(D) 10/91　　(E) 1/9</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平面上的一次位似变换，也就是具有正比例因子的大小变换，把以 A(2,2) 为圆心、半径为 2 的圆变成以 A'(5,6) 为圆心、半径为 3 的圆。在这个变换下，原点 O(0,0) 移动了多远？</w:t>
      </w:r>
    </w:p>
    <w:p>
      <w:pPr>
        <w:spacing w:before="0" w:after="120" w:line="300" w:lineRule="auto"/>
      </w:pPr>
      <w:r>
        <w:rPr>
          <w:rFonts w:ascii="Times New Roman" w:hAnsi="Times New Roman" w:eastAsia="宋体"/>
          <w:b w:val="0"/>
          <w:i w:val="0"/>
          <w:sz w:val="21"/>
        </w:rPr>
        <w:t>（A）0　　（B）3　　（C）√(13)　　（D）4　　（E）5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dilation of the plane—that is, a size transformation with a positive scale factor—sends the circle of radius 2 centered at A(2,2) to the circle of radius 3 centered at A'(5,6). What distance does the origin O(0,0), move under this transformation?</w:t>
      </w:r>
    </w:p>
    <w:p>
      <w:pPr>
        <w:spacing w:before="0" w:after="160" w:line="300" w:lineRule="auto"/>
      </w:pPr>
      <w:r>
        <w:rPr>
          <w:rFonts w:ascii="Times New Roman" w:hAnsi="Times New Roman" w:eastAsia="宋体"/>
          <w:b w:val="0"/>
          <w:i w:val="0"/>
          <w:color w:val="333333"/>
          <w:sz w:val="19"/>
        </w:rPr>
        <w:t>(A) 0　　(B) 3　　(C) √(13)　　(D) 4　　(E) 5</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方程 x²+y²=|x|+|y| 的图形围成区域的面积是多少？</w:t>
      </w:r>
    </w:p>
    <w:p>
      <w:pPr>
        <w:spacing w:before="0" w:after="120" w:line="300" w:lineRule="auto"/>
      </w:pPr>
      <w:r>
        <w:rPr>
          <w:rFonts w:ascii="Times New Roman" w:hAnsi="Times New Roman" w:eastAsia="宋体"/>
          <w:b w:val="0"/>
          <w:i w:val="0"/>
          <w:sz w:val="21"/>
        </w:rPr>
        <w:t>（A）π+√(2)　　（B）π+2　　（C）π+2√(2)　　（D）2π+√(2)　　（E）2π+2√(2)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area of the region enclosed by the graph of the equation x²+y²=|x|+|y|?</w:t>
      </w:r>
    </w:p>
    <w:p>
      <w:pPr>
        <w:spacing w:before="0" w:after="160" w:line="300" w:lineRule="auto"/>
      </w:pPr>
      <w:r>
        <w:rPr>
          <w:rFonts w:ascii="Times New Roman" w:hAnsi="Times New Roman" w:eastAsia="宋体"/>
          <w:b w:val="0"/>
          <w:i w:val="0"/>
          <w:color w:val="333333"/>
          <w:sz w:val="19"/>
        </w:rPr>
        <w:t>(A) π+√(2)　　(B) π+2　　(C) π+2√(2)　　(D) 2π+√(2)　　(E) 2π+2√(2)</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一组队伍进行循环赛，每支队伍与其他每支队伍恰好比赛一次。每支队伍都赢了 10 场、输了 10 场，没有平局。有多少个三队集合 {A, B, C} 满足 A 击败 B，B 击败 C，且 C 击败 A？</w:t>
      </w:r>
    </w:p>
    <w:p>
      <w:pPr>
        <w:spacing w:before="0" w:after="120" w:line="300" w:lineRule="auto"/>
      </w:pPr>
      <w:r>
        <w:rPr>
          <w:rFonts w:ascii="Times New Roman" w:hAnsi="Times New Roman" w:eastAsia="宋体"/>
          <w:b w:val="0"/>
          <w:i w:val="0"/>
          <w:sz w:val="21"/>
        </w:rPr>
        <w:t>（A）385　　（B）665　　（C）945　　（D）1140　　（E）1330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set of teams held a round-robin tournament in which every team played every other team exactly once. Every team won 10 games and lost 10 games; there were no ties. How many sets of three teams {A, B, C} were there in which A beat B, B beat C, and C beat A?</w:t>
      </w:r>
    </w:p>
    <w:p>
      <w:pPr>
        <w:spacing w:before="0" w:after="160" w:line="300" w:lineRule="auto"/>
      </w:pPr>
      <w:r>
        <w:rPr>
          <w:rFonts w:ascii="Times New Roman" w:hAnsi="Times New Roman" w:eastAsia="宋体"/>
          <w:b w:val="0"/>
          <w:i w:val="0"/>
          <w:color w:val="333333"/>
          <w:sz w:val="19"/>
        </w:rPr>
        <w:t>(A) 385　　(B) 665　　(C) 945　　(D) 1140　　(E) 1330</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在正六边形 ABCDEF 中，点 W、X、Y、Z 分别选在边 BC、CD、EF、FA 上，使直线 AB、ZW、YX、ED 互相平行且间距相等。六边形 WCXYFZ 的面积与六边形 ABCDEF 的面积之比是多少？</w:t>
      </w:r>
    </w:p>
    <w:p>
      <w:pPr>
        <w:spacing w:before="0" w:after="120" w:line="300" w:lineRule="auto"/>
      </w:pPr>
      <w:r>
        <w:rPr>
          <w:rFonts w:ascii="Times New Roman" w:hAnsi="Times New Roman" w:eastAsia="宋体"/>
          <w:b w:val="0"/>
          <w:i w:val="0"/>
          <w:sz w:val="21"/>
        </w:rPr>
        <w:t>（A）1/3　　（B）10/27　　（C）11/27　　（D）4/9　　（E）13/27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regular hexagon ABCDEF, points W, X, Y, and Z are chosen on sides BC, CD, EF, and FA respectively, so lines AB, ZW, YX, and ED are parallel and equally spaced. What is the ratio of the area of hexagon WCXYFZ to the area of hexagon ABCDEF?</w:t>
      </w:r>
    </w:p>
    <w:p>
      <w:pPr>
        <w:spacing w:before="0" w:after="160" w:line="300" w:lineRule="auto"/>
      </w:pPr>
      <w:r>
        <w:rPr>
          <w:rFonts w:ascii="Times New Roman" w:hAnsi="Times New Roman" w:eastAsia="宋体"/>
          <w:b w:val="0"/>
          <w:i w:val="0"/>
          <w:color w:val="333333"/>
          <w:sz w:val="19"/>
        </w:rPr>
        <w:t>(A) 1/3　　(B) 10/27　　(C) 11/27　　(D) 4/9　　(E) 13/27</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有多少个四位整数 abcd，其中 a ≠ 0，满足：三个两位数 ab &lt; bc &lt; cd 构成一个递增等差数列？</w:t>
      </w:r>
    </w:p>
    <w:p>
      <w:pPr>
        <w:spacing w:before="0" w:after="80" w:line="300" w:lineRule="auto"/>
        <w:jc w:val="left"/>
      </w:pPr>
      <w:r>
        <w:rPr>
          <w:rFonts w:ascii="Times New Roman" w:hAnsi="Times New Roman" w:eastAsia="宋体"/>
          <w:b w:val="0"/>
          <w:i w:val="0"/>
          <w:sz w:val="21"/>
        </w:rPr>
        <w:t>其中一个例子是 4692，此时 a=4、b=6、c=9、d=2。</w:t>
      </w:r>
    </w:p>
    <w:p>
      <w:pPr>
        <w:spacing w:before="0" w:after="120" w:line="300" w:lineRule="auto"/>
      </w:pPr>
      <w:r>
        <w:rPr>
          <w:rFonts w:ascii="Times New Roman" w:hAnsi="Times New Roman" w:eastAsia="宋体"/>
          <w:b w:val="0"/>
          <w:i w:val="0"/>
          <w:sz w:val="21"/>
        </w:rPr>
        <w:t>（A）9　　（B）15　　（C）16　　（D）17　　（E）20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four-digit positive integers abcd, with a ≠ 0, have the property that the three two-digit integers ab &lt; bc &lt; cd form an increasing arithmetic sequence?</w:t>
      </w:r>
    </w:p>
    <w:p>
      <w:pPr>
        <w:spacing w:before="0" w:after="80" w:line="300" w:lineRule="auto"/>
        <w:jc w:val="left"/>
      </w:pPr>
      <w:r>
        <w:rPr>
          <w:rFonts w:ascii="Times New Roman" w:hAnsi="Times New Roman" w:eastAsia="宋体"/>
          <w:b w:val="0"/>
          <w:i w:val="0"/>
          <w:color w:val="333333"/>
          <w:sz w:val="19"/>
        </w:rPr>
        <w:t>One such number is 4692, where a=4, b=6, c=9, and d=2.</w:t>
      </w:r>
    </w:p>
    <w:p>
      <w:pPr>
        <w:spacing w:before="0" w:after="160" w:line="300" w:lineRule="auto"/>
      </w:pPr>
      <w:r>
        <w:rPr>
          <w:rFonts w:ascii="Times New Roman" w:hAnsi="Times New Roman" w:eastAsia="宋体"/>
          <w:b w:val="0"/>
          <w:i w:val="0"/>
          <w:color w:val="333333"/>
          <w:sz w:val="19"/>
        </w:rPr>
        <w:t>(A) 9　　(B) 15　　(C) 16　　(D) 17　　(E) 20</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令</w:t>
      </w:r>
    </w:p>
    <w:p>
      <w:pPr>
        <w:spacing w:before="0" w:after="80" w:line="300" w:lineRule="auto"/>
        <w:jc w:val="left"/>
      </w:pPr>
      <w:r>
        <w:rPr>
          <w:rFonts w:ascii="Times New Roman" w:hAnsi="Times New Roman" w:eastAsia="宋体"/>
          <w:b w:val="0"/>
          <w:i w:val="0"/>
          <w:sz w:val="21"/>
        </w:rPr>
        <w:t>f(x)=Σₖ₌₂¹⁰(⌊ kx ⌋ -k ⌊ x ⌋)，</w:t>
      </w:r>
    </w:p>
    <w:p>
      <w:pPr>
        <w:spacing w:before="0" w:after="80" w:line="300" w:lineRule="auto"/>
        <w:jc w:val="left"/>
      </w:pPr>
      <w:r>
        <w:rPr>
          <w:rFonts w:ascii="Times New Roman" w:hAnsi="Times New Roman" w:eastAsia="宋体"/>
          <w:b w:val="0"/>
          <w:i w:val="0"/>
          <w:sz w:val="21"/>
        </w:rPr>
        <w:t>其中 ⌊ r ⌋ 表示小于或等于 r 的最大整数。当 x ≥ 0 时，f(x) 会取到多少个不同的值？</w:t>
      </w:r>
    </w:p>
    <w:p>
      <w:pPr>
        <w:spacing w:before="0" w:after="120" w:line="300" w:lineRule="auto"/>
      </w:pPr>
      <w:r>
        <w:rPr>
          <w:rFonts w:ascii="Times New Roman" w:hAnsi="Times New Roman" w:eastAsia="宋体"/>
          <w:b w:val="0"/>
          <w:i w:val="0"/>
          <w:sz w:val="21"/>
        </w:rPr>
        <w:t>（A）32　　（B）36　　（C）45　　（D）46　　（E）无穷多个</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w:t>
      </w:r>
    </w:p>
    <w:p>
      <w:pPr>
        <w:spacing w:before="0" w:after="80" w:line="300" w:lineRule="auto"/>
        <w:jc w:val="left"/>
      </w:pPr>
      <w:r>
        <w:rPr>
          <w:rFonts w:ascii="Times New Roman" w:hAnsi="Times New Roman" w:eastAsia="宋体"/>
          <w:b w:val="0"/>
          <w:i w:val="0"/>
          <w:color w:val="333333"/>
          <w:sz w:val="19"/>
        </w:rPr>
        <w:t>f(x)=Σₖ₌₂¹⁰(⌊ kx ⌋ -k ⌊ x ⌋),</w:t>
      </w:r>
    </w:p>
    <w:p>
      <w:pPr>
        <w:spacing w:before="0" w:after="80" w:line="300" w:lineRule="auto"/>
        <w:jc w:val="left"/>
      </w:pPr>
      <w:r>
        <w:rPr>
          <w:rFonts w:ascii="Times New Roman" w:hAnsi="Times New Roman" w:eastAsia="宋体"/>
          <w:b w:val="0"/>
          <w:i w:val="0"/>
          <w:color w:val="333333"/>
          <w:sz w:val="19"/>
        </w:rPr>
        <w:t>where ⌊ r ⌋ denotes the greatest integer less than or equal to r. How many distinct values does f(x) assume for x ≥ 0?</w:t>
      </w:r>
    </w:p>
    <w:p>
      <w:pPr>
        <w:spacing w:before="0" w:after="160" w:line="300" w:lineRule="auto"/>
      </w:pPr>
      <w:r>
        <w:rPr>
          <w:rFonts w:ascii="Times New Roman" w:hAnsi="Times New Roman" w:eastAsia="宋体"/>
          <w:b w:val="0"/>
          <w:i w:val="0"/>
          <w:color w:val="333333"/>
          <w:sz w:val="19"/>
        </w:rPr>
        <w:t>(A) 32　　(B) 36　　(C) 45　　(D) 46　　(E) infinitely many</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D　B　D　B　D　B　C　A　C</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D　B　D　D　D　C　E　D　E</w:t>
      </w:r>
    </w:p>
    <w:p>
      <w:pPr>
        <w:spacing w:before="0" w:after="0" w:line="300" w:lineRule="auto"/>
      </w:pPr>
      <w:r>
        <w:rPr>
          <w:rFonts w:ascii="Times New Roman" w:hAnsi="Times New Roman" w:eastAsia="宋体"/>
          <w:b w:val="0"/>
          <w:i w:val="0"/>
          <w:sz w:val="18"/>
        </w:rPr>
        <w:t>题号　19　20　21　22　23　24　25</w:t>
      </w:r>
    </w:p>
    <w:p>
      <w:pPr>
        <w:spacing w:before="0" w:after="80" w:line="300" w:lineRule="auto"/>
      </w:pPr>
      <w:r>
        <w:rPr>
          <w:rFonts w:ascii="Times New Roman" w:hAnsi="Times New Roman" w:eastAsia="宋体"/>
          <w:b/>
          <w:i w:val="0"/>
          <w:sz w:val="18"/>
        </w:rPr>
        <w:t>答案　D　C　B　A　C　D　A</w:t>
      </w:r>
    </w:p>
    <w:p>
      <w:pPr>
        <w:spacing w:before="0" w:after="200" w:line="300" w:lineRule="auto"/>
      </w:pPr>
      <w:r>
        <w:rPr>
          <w:rFonts w:ascii="Times New Roman" w:hAnsi="Times New Roman" w:eastAsia="宋体"/>
          <w:b w:val="0"/>
          <w:i w:val="0"/>
          <w:color w:val="666666"/>
          <w:sz w:val="18"/>
        </w:rPr>
        <w:t>答案串：DBDBDBCACDBDDDCEDEDCBACDA</w:t>
      </w:r>
    </w:p>
    <w:p>
      <w:pPr>
        <w:spacing w:before="200" w:after="80" w:line="300" w:lineRule="auto"/>
      </w:pPr>
      <w:r>
        <w:rPr>
          <w:rFonts w:ascii="Times New Roman" w:hAnsi="Times New Roman" w:eastAsia="宋体"/>
          <w:b/>
          <w:i w:val="0"/>
          <w:sz w:val="23"/>
        </w:rPr>
        <w:t>第 1 题　答案 D</w:t>
      </w:r>
    </w:p>
    <w:p>
      <w:pPr>
        <w:spacing w:before="0" w:after="80" w:line="300" w:lineRule="auto"/>
        <w:jc w:val="left"/>
      </w:pPr>
      <w:r>
        <w:rPr>
          <w:rFonts w:ascii="Times New Roman" w:hAnsi="Times New Roman" w:eastAsia="宋体"/>
          <w:b w:val="0"/>
          <w:i w:val="0"/>
          <w:sz w:val="21"/>
        </w:rPr>
        <w:t>原式等于</w:t>
      </w:r>
    </w:p>
    <w:p>
      <w:pPr>
        <w:spacing w:before="0" w:after="80" w:line="300" w:lineRule="auto"/>
        <w:jc w:val="left"/>
      </w:pPr>
      <w:r>
        <w:rPr>
          <w:rFonts w:ascii="Times New Roman" w:hAnsi="Times New Roman" w:eastAsia="宋体"/>
          <w:b w:val="0"/>
          <w:i w:val="0"/>
          <w:sz w:val="21"/>
        </w:rPr>
        <w:t>2a⁻²+(a⁻²)/2 = 2.5 (a⁻¹)²。</w:t>
      </w:r>
    </w:p>
    <w:p>
      <w:pPr>
        <w:spacing w:before="0" w:after="80" w:line="300" w:lineRule="auto"/>
        <w:jc w:val="left"/>
      </w:pPr>
      <w:r>
        <w:rPr>
          <w:rFonts w:ascii="Times New Roman" w:hAnsi="Times New Roman" w:eastAsia="宋体"/>
          <w:b w:val="0"/>
          <w:i w:val="0"/>
          <w:sz w:val="21"/>
        </w:rPr>
        <w:t>此时 a⁻¹ 等于 1/(1/2) = 2，所以原式为 2.5· 2² = 10。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expression is equivalent to</w:t>
      </w:r>
    </w:p>
    <w:p>
      <w:pPr>
        <w:spacing w:before="0" w:after="80" w:line="300" w:lineRule="auto"/>
        <w:jc w:val="left"/>
      </w:pPr>
      <w:r>
        <w:rPr>
          <w:rFonts w:ascii="Times New Roman" w:hAnsi="Times New Roman" w:eastAsia="宋体"/>
          <w:b w:val="0"/>
          <w:i w:val="0"/>
          <w:color w:val="333333"/>
          <w:sz w:val="19"/>
        </w:rPr>
        <w:t>2a⁻²+(a⁻²)/2 = 2.5 (a⁻¹)².</w:t>
      </w:r>
    </w:p>
    <w:p>
      <w:pPr>
        <w:spacing w:before="0" w:after="80" w:line="300" w:lineRule="auto"/>
        <w:jc w:val="left"/>
      </w:pPr>
      <w:r>
        <w:rPr>
          <w:rFonts w:ascii="Times New Roman" w:hAnsi="Times New Roman" w:eastAsia="宋体"/>
          <w:b w:val="0"/>
          <w:i w:val="0"/>
          <w:color w:val="333333"/>
          <w:sz w:val="19"/>
        </w:rPr>
        <w:t>Then a⁻¹ is equal to 1/(1/2) = 2, so our expression is equal to 2.5· 2² = 10.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 题　答案 B</w:t>
      </w:r>
    </w:p>
    <w:p>
      <w:pPr>
        <w:spacing w:before="0" w:after="80" w:line="300" w:lineRule="auto"/>
        <w:jc w:val="left"/>
      </w:pPr>
      <w:r>
        <w:rPr>
          <w:rFonts w:ascii="Times New Roman" w:hAnsi="Times New Roman" w:eastAsia="宋体"/>
          <w:b w:val="0"/>
          <w:i w:val="0"/>
          <w:sz w:val="21"/>
        </w:rPr>
        <w:t>对任意非零 a,b，有</w:t>
      </w:r>
    </w:p>
    <w:p>
      <w:pPr>
        <w:spacing w:before="0" w:after="80" w:line="300" w:lineRule="auto"/>
        <w:jc w:val="left"/>
      </w:pPr>
      <w:r>
        <w:rPr>
          <w:rFonts w:ascii="Times New Roman" w:hAnsi="Times New Roman" w:eastAsia="宋体"/>
          <w:b w:val="0"/>
          <w:i w:val="0"/>
          <w:sz w:val="21"/>
        </w:rPr>
        <w:t>(aheartsuit b)/(bheartsuit a) = a³b²/(b³ a²) = a/b 。</w:t>
      </w:r>
    </w:p>
    <w:p>
      <w:pPr>
        <w:spacing w:before="0" w:after="80" w:line="300" w:lineRule="auto"/>
        <w:jc w:val="left"/>
      </w:pPr>
      <w:r>
        <w:rPr>
          <w:rFonts w:ascii="Times New Roman" w:hAnsi="Times New Roman" w:eastAsia="宋体"/>
          <w:b w:val="0"/>
          <w:i w:val="0"/>
          <w:sz w:val="21"/>
        </w:rPr>
        <w:t>令 a=2,b=4，得到 2/4 = 1/2。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any nonzero a,b, we have</w:t>
      </w:r>
    </w:p>
    <w:p>
      <w:pPr>
        <w:spacing w:before="0" w:after="80" w:line="300" w:lineRule="auto"/>
        <w:jc w:val="left"/>
      </w:pPr>
      <w:r>
        <w:rPr>
          <w:rFonts w:ascii="Times New Roman" w:hAnsi="Times New Roman" w:eastAsia="宋体"/>
          <w:b w:val="0"/>
          <w:i w:val="0"/>
          <w:color w:val="333333"/>
          <w:sz w:val="19"/>
        </w:rPr>
        <w:t>(aheartsuit b)/(bheartsuit a) = a³b²/(b³ a²) = a/b.</w:t>
      </w:r>
    </w:p>
    <w:p>
      <w:pPr>
        <w:spacing w:before="0" w:after="80" w:line="300" w:lineRule="auto"/>
        <w:jc w:val="left"/>
      </w:pPr>
      <w:r>
        <w:rPr>
          <w:rFonts w:ascii="Times New Roman" w:hAnsi="Times New Roman" w:eastAsia="宋体"/>
          <w:b w:val="0"/>
          <w:i w:val="0"/>
          <w:color w:val="333333"/>
          <w:sz w:val="19"/>
        </w:rPr>
        <w:t>Using a=2,b=4, we get that 2/4 = 1/2.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D</w:t>
      </w:r>
    </w:p>
    <w:p>
      <w:pPr>
        <w:spacing w:before="0" w:after="80" w:line="300" w:lineRule="auto"/>
        <w:jc w:val="left"/>
      </w:pPr>
      <w:r>
        <w:rPr>
          <w:rFonts w:ascii="Times New Roman" w:hAnsi="Times New Roman" w:eastAsia="宋体"/>
          <w:b w:val="0"/>
          <w:i w:val="0"/>
          <w:sz w:val="21"/>
        </w:rPr>
        <w:t>由 x=-2016&lt;0 可知 |x|=2016，所以</w:t>
      </w:r>
    </w:p>
    <w:p>
      <w:pPr>
        <w:spacing w:before="0" w:after="80" w:line="300" w:lineRule="auto"/>
        <w:jc w:val="left"/>
      </w:pPr>
      <w:r>
        <w:rPr>
          <w:rFonts w:ascii="Times New Roman" w:hAnsi="Times New Roman" w:eastAsia="宋体"/>
          <w:b w:val="0"/>
          <w:i w:val="0"/>
          <w:sz w:val="21"/>
        </w:rPr>
        <w:t>|x|-x=2016-(-2016)</w:t>
      </w:r>
    </w:p>
    <w:p>
      <w:pPr>
        <w:spacing w:before="0" w:after="80" w:line="300" w:lineRule="auto"/>
        <w:jc w:val="left"/>
      </w:pPr>
      <w:r>
        <w:rPr>
          <w:rFonts w:ascii="Times New Roman" w:hAnsi="Times New Roman" w:eastAsia="宋体"/>
          <w:b w:val="0"/>
          <w:i w:val="0"/>
          <w:sz w:val="21"/>
        </w:rPr>
        <w:t>=4032</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最内层的绝对值为 4032。因此整个表达式为</w:t>
      </w:r>
    </w:p>
    <w:p>
      <w:pPr>
        <w:spacing w:before="0" w:after="80" w:line="300" w:lineRule="auto"/>
        <w:jc w:val="left"/>
      </w:pPr>
      <w:r>
        <w:rPr>
          <w:rFonts w:ascii="Times New Roman" w:hAnsi="Times New Roman" w:eastAsia="宋体"/>
          <w:b w:val="0"/>
          <w:i w:val="0"/>
          <w:sz w:val="21"/>
        </w:rPr>
        <w:t>|4032-2016|+2016=4032。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x=-2016&lt;0, we have |x|=2016. Thus</w:t>
      </w:r>
    </w:p>
    <w:p>
      <w:pPr>
        <w:spacing w:before="0" w:after="80" w:line="300" w:lineRule="auto"/>
        <w:jc w:val="left"/>
      </w:pPr>
      <w:r>
        <w:rPr>
          <w:rFonts w:ascii="Times New Roman" w:hAnsi="Times New Roman" w:eastAsia="宋体"/>
          <w:b w:val="0"/>
          <w:i w:val="0"/>
          <w:color w:val="333333"/>
          <w:sz w:val="19"/>
        </w:rPr>
        <w:t>|x|-x=2016-(-2016)</w:t>
      </w:r>
    </w:p>
    <w:p>
      <w:pPr>
        <w:spacing w:before="0" w:after="80" w:line="300" w:lineRule="auto"/>
        <w:jc w:val="left"/>
      </w:pPr>
      <w:r>
        <w:rPr>
          <w:rFonts w:ascii="Times New Roman" w:hAnsi="Times New Roman" w:eastAsia="宋体"/>
          <w:b w:val="0"/>
          <w:i w:val="0"/>
          <w:color w:val="333333"/>
          <w:sz w:val="19"/>
        </w:rPr>
        <w:t>=4032,</w:t>
      </w:r>
    </w:p>
    <w:p>
      <w:pPr>
        <w:spacing w:before="0" w:after="80" w:line="300" w:lineRule="auto"/>
        <w:jc w:val="left"/>
      </w:pPr>
      <w:r>
        <w:rPr>
          <w:rFonts w:ascii="Times New Roman" w:hAnsi="Times New Roman" w:eastAsia="宋体"/>
          <w:b w:val="0"/>
          <w:i w:val="0"/>
          <w:color w:val="333333"/>
          <w:sz w:val="19"/>
        </w:rPr>
        <w:t>so the innermost absolute value is 4032. Therefore the full expression is</w:t>
      </w:r>
    </w:p>
    <w:p>
      <w:pPr>
        <w:spacing w:before="0" w:after="80" w:line="300" w:lineRule="auto"/>
        <w:jc w:val="left"/>
      </w:pPr>
      <w:r>
        <w:rPr>
          <w:rFonts w:ascii="Times New Roman" w:hAnsi="Times New Roman" w:eastAsia="宋体"/>
          <w:b w:val="0"/>
          <w:i w:val="0"/>
          <w:color w:val="333333"/>
          <w:sz w:val="19"/>
        </w:rPr>
        <w:t>|4032-2016|+2016=4032.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 题　答案 B</w:t>
      </w:r>
    </w:p>
    <w:p>
      <w:pPr>
        <w:spacing w:before="0" w:after="80" w:line="300" w:lineRule="auto"/>
        <w:jc w:val="left"/>
      </w:pPr>
      <w:r>
        <w:rPr>
          <w:rFonts w:ascii="Times New Roman" w:hAnsi="Times New Roman" w:eastAsia="宋体"/>
          <w:b w:val="0"/>
          <w:i w:val="0"/>
          <w:sz w:val="21"/>
        </w:rPr>
        <w:t>读完 15 本书共需要 (15· 16)/2 =120 天。因此第十五本读完是在第一本读完后的 120-1=119 天。因为这是 7 的倍数，所以第 15 本是在与第 1 本相同的星期几读完的，也就是星期一。</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number of days it takes to read 15 books is (15· 16)/2 =120. Therefore, it is 120-1=119 days after the first book is read. This is a multiple of 7, so the 15th book was finished on the same day as the 1st book. Therefore, it was finished on a Monday.</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D</w:t>
      </w:r>
    </w:p>
    <w:p>
      <w:pPr>
        <w:spacing w:before="0" w:after="80" w:line="300" w:lineRule="auto"/>
        <w:jc w:val="left"/>
      </w:pPr>
      <w:r>
        <w:rPr>
          <w:rFonts w:ascii="Times New Roman" w:hAnsi="Times New Roman" w:eastAsia="宋体"/>
          <w:b w:val="0"/>
          <w:i w:val="0"/>
          <w:sz w:val="21"/>
        </w:rPr>
        <w:t>四个年龄的总和是 4·8=32。由于中位数是 5，中间两个年龄的平均数是 5，所以它们的和是 10。</w:t>
      </w:r>
    </w:p>
    <w:p>
      <w:pPr>
        <w:spacing w:before="0" w:after="80" w:line="300" w:lineRule="auto"/>
        <w:jc w:val="left"/>
      </w:pPr>
      <w:r>
        <w:rPr>
          <w:rFonts w:ascii="Times New Roman" w:hAnsi="Times New Roman" w:eastAsia="宋体"/>
          <w:b w:val="0"/>
          <w:i w:val="0"/>
          <w:sz w:val="21"/>
        </w:rPr>
        <w:t>因此最小年龄与最大年龄的和为 32-10=22。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total of the four cousin ages is 4·8=32. Since the median is 5, the two middle ages have average 5, so their sum is 10.</w:t>
      </w:r>
    </w:p>
    <w:p>
      <w:pPr>
        <w:spacing w:before="0" w:after="80" w:line="300" w:lineRule="auto"/>
        <w:jc w:val="left"/>
      </w:pPr>
      <w:r>
        <w:rPr>
          <w:rFonts w:ascii="Times New Roman" w:hAnsi="Times New Roman" w:eastAsia="宋体"/>
          <w:b w:val="0"/>
          <w:i w:val="0"/>
          <w:color w:val="333333"/>
          <w:sz w:val="19"/>
        </w:rPr>
        <w:t>Therefore the youngest and oldest ages sum to 32-10=22.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6 题　答案 B</w:t>
      </w:r>
    </w:p>
    <w:p>
      <w:pPr>
        <w:spacing w:before="0" w:after="80" w:line="300" w:lineRule="auto"/>
        <w:jc w:val="left"/>
      </w:pPr>
      <w:r>
        <w:rPr>
          <w:rFonts w:ascii="Times New Roman" w:hAnsi="Times New Roman" w:eastAsia="宋体"/>
          <w:b w:val="0"/>
          <w:i w:val="0"/>
          <w:sz w:val="21"/>
        </w:rPr>
        <w:t>为使两个加数的和尽量小，百位取两个最小的非零数字 1 和 2，剩下的四个数位取余下最小的四个数字 0,3,4,5。把较小的数字放在十位上可知，任何可能的和都至少是 104+235=339。另一方面，数字和小于 4 的三位数最大也只有 300。因此 S 的数字和至少为 4。</w:t>
      </w:r>
    </w:p>
    <w:p>
      <w:pPr>
        <w:spacing w:before="0" w:after="80" w:line="300" w:lineRule="auto"/>
        <w:jc w:val="left"/>
      </w:pPr>
      <w:r>
        <w:rPr>
          <w:rFonts w:ascii="Times New Roman" w:hAnsi="Times New Roman" w:eastAsia="宋体"/>
          <w:b w:val="0"/>
          <w:i w:val="0"/>
          <w:sz w:val="21"/>
        </w:rPr>
        <w:t>例子 157+243=400 使用六个互不相同的数字，且数字和为 4。因此最小可能值是 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To minimize the sum of the addends, use the two smallest nonzero hundreds digits, 1 and 2, and then the four smallest remaining digits, 0,3,4,5. Placing the smaller digits in the tens places shows that every possible sum is at least 104+235=339. On the other hand, any three-digit number with digit sum less than 4 is at most 300. Therefore the digit sum of S is at least 4.</w:t>
      </w:r>
    </w:p>
    <w:p>
      <w:pPr>
        <w:spacing w:before="0" w:after="80" w:line="300" w:lineRule="auto"/>
        <w:jc w:val="left"/>
      </w:pPr>
      <w:r>
        <w:rPr>
          <w:rFonts w:ascii="Times New Roman" w:hAnsi="Times New Roman" w:eastAsia="宋体"/>
          <w:b w:val="0"/>
          <w:i w:val="0"/>
          <w:color w:val="333333"/>
          <w:sz w:val="19"/>
        </w:rPr>
        <w:t>The example 157+243=400 uses six distinct digits and has digit sum 4. Thus the smallest possible digit sum is 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C</w:t>
      </w:r>
    </w:p>
    <w:p>
      <w:pPr>
        <w:spacing w:before="0" w:after="80" w:line="300" w:lineRule="auto"/>
        <w:jc w:val="left"/>
      </w:pPr>
      <w:r>
        <w:rPr>
          <w:rFonts w:ascii="Times New Roman" w:hAnsi="Times New Roman" w:eastAsia="宋体"/>
          <w:b w:val="0"/>
          <w:i w:val="0"/>
          <w:sz w:val="21"/>
        </w:rPr>
        <w:t>设较小角为 x。则较大角为 5/4 x，两角和为 9/4 x。</w:t>
      </w:r>
    </w:p>
    <w:p>
      <w:pPr>
        <w:spacing w:before="0" w:after="80" w:line="300" w:lineRule="auto"/>
        <w:jc w:val="left"/>
      </w:pPr>
      <w:r>
        <w:rPr>
          <w:rFonts w:ascii="Times New Roman" w:hAnsi="Times New Roman" w:eastAsia="宋体"/>
          <w:b w:val="0"/>
          <w:i w:val="0"/>
          <w:sz w:val="21"/>
        </w:rPr>
        <w:t>它们的余角分别是 90-x 与 90 - 5/4x。由于 90-x 大于 90-5/4 x，所以</w:t>
      </w:r>
    </w:p>
    <w:p>
      <w:pPr>
        <w:spacing w:before="0" w:after="80" w:line="300" w:lineRule="auto"/>
        <w:jc w:val="left"/>
      </w:pPr>
      <w:r>
        <w:rPr>
          <w:rFonts w:ascii="Times New Roman" w:hAnsi="Times New Roman" w:eastAsia="宋体"/>
          <w:b w:val="0"/>
          <w:i w:val="0"/>
          <w:sz w:val="21"/>
        </w:rPr>
        <w:t>90 -x = 2(90 - 5/4 x)</w:t>
      </w:r>
    </w:p>
    <w:p>
      <w:pPr>
        <w:spacing w:before="0" w:after="80" w:line="300" w:lineRule="auto"/>
        <w:jc w:val="left"/>
      </w:pPr>
      <w:r>
        <w:rPr>
          <w:rFonts w:ascii="Times New Roman" w:hAnsi="Times New Roman" w:eastAsia="宋体"/>
          <w:b w:val="0"/>
          <w:i w:val="0"/>
          <w:sz w:val="21"/>
        </w:rPr>
        <w:t>90-x= 180-5/2 x</w:t>
      </w:r>
    </w:p>
    <w:p>
      <w:pPr>
        <w:spacing w:before="0" w:after="80" w:line="300" w:lineRule="auto"/>
        <w:jc w:val="left"/>
      </w:pPr>
      <w:r>
        <w:rPr>
          <w:rFonts w:ascii="Times New Roman" w:hAnsi="Times New Roman" w:eastAsia="宋体"/>
          <w:b w:val="0"/>
          <w:i w:val="0"/>
          <w:sz w:val="21"/>
        </w:rPr>
        <w:t>x=60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因此两角和为</w:t>
      </w:r>
    </w:p>
    <w:p>
      <w:pPr>
        <w:spacing w:before="0" w:after="80" w:line="300" w:lineRule="auto"/>
        <w:jc w:val="left"/>
      </w:pPr>
      <w:r>
        <w:rPr>
          <w:rFonts w:ascii="Times New Roman" w:hAnsi="Times New Roman" w:eastAsia="宋体"/>
          <w:b w:val="0"/>
          <w:i w:val="0"/>
          <w:sz w:val="21"/>
        </w:rPr>
        <w:t>9/4 · 60=135。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smaller angle be x. Then, the larger angle is 5/4 x. Note that their sum is 9/4 x.</w:t>
      </w:r>
    </w:p>
    <w:p>
      <w:pPr>
        <w:spacing w:before="0" w:after="80" w:line="300" w:lineRule="auto"/>
        <w:jc w:val="left"/>
      </w:pPr>
      <w:r>
        <w:rPr>
          <w:rFonts w:ascii="Times New Roman" w:hAnsi="Times New Roman" w:eastAsia="宋体"/>
          <w:b w:val="0"/>
          <w:i w:val="0"/>
          <w:color w:val="333333"/>
          <w:sz w:val="19"/>
        </w:rPr>
        <w:t>Their complements are then 90-x and 90 - 5/4x. Since 90-x is larger than 90-5/4 x, we know</w:t>
      </w:r>
    </w:p>
    <w:p>
      <w:pPr>
        <w:spacing w:before="0" w:after="80" w:line="300" w:lineRule="auto"/>
        <w:jc w:val="left"/>
      </w:pPr>
      <w:r>
        <w:rPr>
          <w:rFonts w:ascii="Times New Roman" w:hAnsi="Times New Roman" w:eastAsia="宋体"/>
          <w:b w:val="0"/>
          <w:i w:val="0"/>
          <w:color w:val="333333"/>
          <w:sz w:val="19"/>
        </w:rPr>
        <w:t>90 -x = 2(90 - 5/4 x)</w:t>
      </w:r>
    </w:p>
    <w:p>
      <w:pPr>
        <w:spacing w:before="0" w:after="80" w:line="300" w:lineRule="auto"/>
        <w:jc w:val="left"/>
      </w:pPr>
      <w:r>
        <w:rPr>
          <w:rFonts w:ascii="Times New Roman" w:hAnsi="Times New Roman" w:eastAsia="宋体"/>
          <w:b w:val="0"/>
          <w:i w:val="0"/>
          <w:color w:val="333333"/>
          <w:sz w:val="19"/>
        </w:rPr>
        <w:t>90-x= 180-5/2 x</w:t>
      </w:r>
    </w:p>
    <w:p>
      <w:pPr>
        <w:spacing w:before="0" w:after="80" w:line="300" w:lineRule="auto"/>
        <w:jc w:val="left"/>
      </w:pPr>
      <w:r>
        <w:rPr>
          <w:rFonts w:ascii="Times New Roman" w:hAnsi="Times New Roman" w:eastAsia="宋体"/>
          <w:b w:val="0"/>
          <w:i w:val="0"/>
          <w:color w:val="333333"/>
          <w:sz w:val="19"/>
        </w:rPr>
        <w:t>x=60.</w:t>
      </w:r>
    </w:p>
    <w:p>
      <w:pPr>
        <w:spacing w:before="0" w:after="80" w:line="300" w:lineRule="auto"/>
        <w:jc w:val="left"/>
      </w:pPr>
      <w:r>
        <w:rPr>
          <w:rFonts w:ascii="Times New Roman" w:hAnsi="Times New Roman" w:eastAsia="宋体"/>
          <w:b w:val="0"/>
          <w:i w:val="0"/>
          <w:color w:val="333333"/>
          <w:sz w:val="19"/>
        </w:rPr>
        <w:t>Therefore, the sum is</w:t>
      </w:r>
    </w:p>
    <w:p>
      <w:pPr>
        <w:spacing w:before="0" w:after="80" w:line="300" w:lineRule="auto"/>
        <w:jc w:val="left"/>
      </w:pPr>
      <w:r>
        <w:rPr>
          <w:rFonts w:ascii="Times New Roman" w:hAnsi="Times New Roman" w:eastAsia="宋体"/>
          <w:b w:val="0"/>
          <w:i w:val="0"/>
          <w:color w:val="333333"/>
          <w:sz w:val="19"/>
        </w:rPr>
        <w:t>9/4 · 60=135.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8 题　答案 A</w:t>
      </w:r>
    </w:p>
    <w:p>
      <w:pPr>
        <w:spacing w:before="0" w:after="80" w:line="300" w:lineRule="auto"/>
        <w:jc w:val="left"/>
      </w:pPr>
      <w:r>
        <w:rPr>
          <w:rFonts w:ascii="Times New Roman" w:hAnsi="Times New Roman" w:eastAsia="宋体"/>
          <w:b w:val="0"/>
          <w:i w:val="0"/>
          <w:sz w:val="21"/>
        </w:rPr>
        <w:t>为了求十位数字，先求该数模 100 的余数。先求 2015²⁰¹⁶ mod 100，可用中国剩余定理分别考虑 mod 4 和 mod 25。</w:t>
      </w:r>
    </w:p>
    <w:p>
      <w:pPr>
        <w:spacing w:before="0" w:after="80" w:line="300" w:lineRule="auto"/>
        <w:jc w:val="left"/>
      </w:pPr>
      <w:r>
        <w:rPr>
          <w:rFonts w:ascii="Times New Roman" w:hAnsi="Times New Roman" w:eastAsia="宋体"/>
          <w:b w:val="0"/>
          <w:i w:val="0"/>
          <w:sz w:val="21"/>
        </w:rPr>
        <w:t>有</w:t>
      </w:r>
    </w:p>
    <w:p>
      <w:pPr>
        <w:spacing w:before="0" w:after="80" w:line="300" w:lineRule="auto"/>
        <w:jc w:val="left"/>
      </w:pPr>
      <w:r>
        <w:rPr>
          <w:rFonts w:ascii="Times New Roman" w:hAnsi="Times New Roman" w:eastAsia="宋体"/>
          <w:b w:val="0"/>
          <w:i w:val="0"/>
          <w:sz w:val="21"/>
        </w:rPr>
        <w:t>2015²⁰¹⁶ ≡ 0 mod 25</w:t>
      </w:r>
    </w:p>
    <w:p>
      <w:pPr>
        <w:spacing w:before="0" w:after="80" w:line="300" w:lineRule="auto"/>
        <w:jc w:val="left"/>
      </w:pPr>
      <w:r>
        <w:rPr>
          <w:rFonts w:ascii="Times New Roman" w:hAnsi="Times New Roman" w:eastAsia="宋体"/>
          <w:b w:val="0"/>
          <w:i w:val="0"/>
          <w:sz w:val="21"/>
        </w:rPr>
        <w:t>因为它是 25 的倍数。</w:t>
      </w:r>
    </w:p>
    <w:p>
      <w:pPr>
        <w:spacing w:before="0" w:after="80" w:line="300" w:lineRule="auto"/>
        <w:jc w:val="left"/>
      </w:pPr>
      <w:r>
        <w:rPr>
          <w:rFonts w:ascii="Times New Roman" w:hAnsi="Times New Roman" w:eastAsia="宋体"/>
          <w:b w:val="0"/>
          <w:i w:val="0"/>
          <w:sz w:val="21"/>
        </w:rPr>
        <w:t>另一方面，底数除以四的余数为负一，所以</w:t>
      </w:r>
    </w:p>
    <w:p>
      <w:pPr>
        <w:spacing w:before="0" w:after="80" w:line="300" w:lineRule="auto"/>
        <w:jc w:val="left"/>
      </w:pPr>
      <w:r>
        <w:rPr>
          <w:rFonts w:ascii="Times New Roman" w:hAnsi="Times New Roman" w:eastAsia="宋体"/>
          <w:b w:val="0"/>
          <w:i w:val="0"/>
          <w:sz w:val="21"/>
        </w:rPr>
        <w:t>2015²⁰¹⁶ ≡ (-1)²⁰¹⁶</w:t>
      </w:r>
    </w:p>
    <w:p>
      <w:pPr>
        <w:spacing w:before="0" w:after="80" w:line="300" w:lineRule="auto"/>
        <w:jc w:val="left"/>
      </w:pPr>
      <w:r>
        <w:rPr>
          <w:rFonts w:ascii="Times New Roman" w:hAnsi="Times New Roman" w:eastAsia="宋体"/>
          <w:b w:val="0"/>
          <w:i w:val="0"/>
          <w:sz w:val="21"/>
        </w:rPr>
        <w:t>≡ 1 mod 4。</w:t>
      </w:r>
    </w:p>
    <w:p>
      <w:pPr>
        <w:spacing w:before="0" w:after="80" w:line="300" w:lineRule="auto"/>
        <w:jc w:val="left"/>
      </w:pPr>
      <w:r>
        <w:rPr>
          <w:rFonts w:ascii="Times New Roman" w:hAnsi="Times New Roman" w:eastAsia="宋体"/>
          <w:b w:val="0"/>
          <w:i w:val="0"/>
          <w:sz w:val="21"/>
        </w:rPr>
        <w:t>由中国剩余定理可知，这个数同余于 25 mod 100。</w:t>
      </w:r>
    </w:p>
    <w:p>
      <w:pPr>
        <w:spacing w:before="0" w:after="80" w:line="300" w:lineRule="auto"/>
        <w:jc w:val="left"/>
      </w:pPr>
      <w:r>
        <w:rPr>
          <w:rFonts w:ascii="Times New Roman" w:hAnsi="Times New Roman" w:eastAsia="宋体"/>
          <w:b w:val="0"/>
          <w:i w:val="0"/>
          <w:sz w:val="21"/>
        </w:rPr>
        <w:t>因此</w:t>
      </w:r>
    </w:p>
    <w:p>
      <w:pPr>
        <w:spacing w:before="0" w:after="80" w:line="300" w:lineRule="auto"/>
        <w:jc w:val="left"/>
      </w:pPr>
      <w:r>
        <w:rPr>
          <w:rFonts w:ascii="Times New Roman" w:hAnsi="Times New Roman" w:eastAsia="宋体"/>
          <w:b w:val="0"/>
          <w:i w:val="0"/>
          <w:sz w:val="21"/>
        </w:rPr>
        <w:t>2015²⁰¹⁶-2017</w:t>
      </w:r>
    </w:p>
    <w:p>
      <w:pPr>
        <w:spacing w:before="0" w:after="80" w:line="300" w:lineRule="auto"/>
        <w:jc w:val="left"/>
      </w:pPr>
      <w:r>
        <w:rPr>
          <w:rFonts w:ascii="Times New Roman" w:hAnsi="Times New Roman" w:eastAsia="宋体"/>
          <w:b w:val="0"/>
          <w:i w:val="0"/>
          <w:sz w:val="21"/>
        </w:rPr>
        <w:t>≡ 25 - 17 mod 100</w:t>
      </w:r>
    </w:p>
    <w:p>
      <w:pPr>
        <w:spacing w:before="0" w:after="80" w:line="300" w:lineRule="auto"/>
        <w:jc w:val="left"/>
      </w:pPr>
      <w:r>
        <w:rPr>
          <w:rFonts w:ascii="Times New Roman" w:hAnsi="Times New Roman" w:eastAsia="宋体"/>
          <w:b w:val="0"/>
          <w:i w:val="0"/>
          <w:sz w:val="21"/>
        </w:rPr>
        <w:t>≡ 8 mod 100。</w:t>
      </w:r>
    </w:p>
    <w:p>
      <w:pPr>
        <w:spacing w:before="0" w:after="80" w:line="300" w:lineRule="auto"/>
        <w:jc w:val="left"/>
      </w:pPr>
      <w:r>
        <w:rPr>
          <w:rFonts w:ascii="Times New Roman" w:hAnsi="Times New Roman" w:eastAsia="宋体"/>
          <w:b w:val="0"/>
          <w:i w:val="0"/>
          <w:sz w:val="21"/>
        </w:rPr>
        <w:t>这说明十位数字是 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To find the tens digit, we first need to find the number modulo 100. First, we can find 2015²⁰¹⁶ mod 100. We can do this with the Chinese Remainder Theorem by first getting the number mod 4 and then mod 25.</w:t>
      </w:r>
    </w:p>
    <w:p>
      <w:pPr>
        <w:spacing w:before="0" w:after="80" w:line="300" w:lineRule="auto"/>
        <w:jc w:val="left"/>
      </w:pPr>
      <w:r>
        <w:rPr>
          <w:rFonts w:ascii="Times New Roman" w:hAnsi="Times New Roman" w:eastAsia="宋体"/>
          <w:b w:val="0"/>
          <w:i w:val="0"/>
          <w:color w:val="333333"/>
          <w:sz w:val="19"/>
        </w:rPr>
        <w:t>The number</w:t>
      </w:r>
    </w:p>
    <w:p>
      <w:pPr>
        <w:spacing w:before="0" w:after="80" w:line="300" w:lineRule="auto"/>
        <w:jc w:val="left"/>
      </w:pPr>
      <w:r>
        <w:rPr>
          <w:rFonts w:ascii="Times New Roman" w:hAnsi="Times New Roman" w:eastAsia="宋体"/>
          <w:b w:val="0"/>
          <w:i w:val="0"/>
          <w:color w:val="333333"/>
          <w:sz w:val="19"/>
        </w:rPr>
        <w:t>2015²⁰¹⁶ ≡ 0 mod 25</w:t>
      </w:r>
    </w:p>
    <w:p>
      <w:pPr>
        <w:spacing w:before="0" w:after="80" w:line="300" w:lineRule="auto"/>
        <w:jc w:val="left"/>
      </w:pPr>
      <w:r>
        <w:rPr>
          <w:rFonts w:ascii="Times New Roman" w:hAnsi="Times New Roman" w:eastAsia="宋体"/>
          <w:b w:val="0"/>
          <w:i w:val="0"/>
          <w:color w:val="333333"/>
          <w:sz w:val="19"/>
        </w:rPr>
        <w:t>since it is a multiple of 25.</w:t>
      </w:r>
    </w:p>
    <w:p>
      <w:pPr>
        <w:spacing w:before="0" w:after="80" w:line="300" w:lineRule="auto"/>
        <w:jc w:val="left"/>
      </w:pPr>
      <w:r>
        <w:rPr>
          <w:rFonts w:ascii="Times New Roman" w:hAnsi="Times New Roman" w:eastAsia="宋体"/>
          <w:b w:val="0"/>
          <w:i w:val="0"/>
          <w:color w:val="333333"/>
          <w:sz w:val="19"/>
        </w:rPr>
        <w:t>Then, observe that</w:t>
      </w:r>
    </w:p>
    <w:p>
      <w:pPr>
        <w:spacing w:before="0" w:after="80" w:line="300" w:lineRule="auto"/>
        <w:jc w:val="left"/>
      </w:pPr>
      <w:r>
        <w:rPr>
          <w:rFonts w:ascii="Times New Roman" w:hAnsi="Times New Roman" w:eastAsia="宋体"/>
          <w:b w:val="0"/>
          <w:i w:val="0"/>
          <w:color w:val="333333"/>
          <w:sz w:val="19"/>
        </w:rPr>
        <w:t>2015²⁰¹⁶ ≡ (-1)²⁰¹⁶</w:t>
      </w:r>
    </w:p>
    <w:p>
      <w:pPr>
        <w:spacing w:before="0" w:after="80" w:line="300" w:lineRule="auto"/>
        <w:jc w:val="left"/>
      </w:pPr>
      <w:r>
        <w:rPr>
          <w:rFonts w:ascii="Times New Roman" w:hAnsi="Times New Roman" w:eastAsia="宋体"/>
          <w:b w:val="0"/>
          <w:i w:val="0"/>
          <w:color w:val="333333"/>
          <w:sz w:val="19"/>
        </w:rPr>
        <w:t>≡ 1 mod 4.</w:t>
      </w:r>
    </w:p>
    <w:p>
      <w:pPr>
        <w:spacing w:before="0" w:after="80" w:line="300" w:lineRule="auto"/>
        <w:jc w:val="left"/>
      </w:pPr>
      <w:r>
        <w:rPr>
          <w:rFonts w:ascii="Times New Roman" w:hAnsi="Times New Roman" w:eastAsia="宋体"/>
          <w:b w:val="0"/>
          <w:i w:val="0"/>
          <w:color w:val="333333"/>
          <w:sz w:val="19"/>
        </w:rPr>
        <w:t>By the Chinese remainder theorem, we can get that our number is congruent to 25 mod 100.</w:t>
      </w:r>
    </w:p>
    <w:p>
      <w:pPr>
        <w:spacing w:before="0" w:after="80" w:line="300" w:lineRule="auto"/>
        <w:jc w:val="left"/>
      </w:pPr>
      <w:r>
        <w:rPr>
          <w:rFonts w:ascii="Times New Roman" w:hAnsi="Times New Roman" w:eastAsia="宋体"/>
          <w:b w:val="0"/>
          <w:i w:val="0"/>
          <w:color w:val="333333"/>
          <w:sz w:val="19"/>
        </w:rPr>
        <w:t>Therefore,</w:t>
      </w:r>
    </w:p>
    <w:p>
      <w:pPr>
        <w:spacing w:before="0" w:after="80" w:line="300" w:lineRule="auto"/>
        <w:jc w:val="left"/>
      </w:pPr>
      <w:r>
        <w:rPr>
          <w:rFonts w:ascii="Times New Roman" w:hAnsi="Times New Roman" w:eastAsia="宋体"/>
          <w:b w:val="0"/>
          <w:i w:val="0"/>
          <w:color w:val="333333"/>
          <w:sz w:val="19"/>
        </w:rPr>
        <w:t>2015²⁰¹⁶-2017</w:t>
      </w:r>
    </w:p>
    <w:p>
      <w:pPr>
        <w:spacing w:before="0" w:after="80" w:line="300" w:lineRule="auto"/>
        <w:jc w:val="left"/>
      </w:pPr>
      <w:r>
        <w:rPr>
          <w:rFonts w:ascii="Times New Roman" w:hAnsi="Times New Roman" w:eastAsia="宋体"/>
          <w:b w:val="0"/>
          <w:i w:val="0"/>
          <w:color w:val="333333"/>
          <w:sz w:val="19"/>
        </w:rPr>
        <w:t>≡ 25 - 17 mod 100</w:t>
      </w:r>
    </w:p>
    <w:p>
      <w:pPr>
        <w:spacing w:before="0" w:after="80" w:line="300" w:lineRule="auto"/>
        <w:jc w:val="left"/>
      </w:pPr>
      <w:r>
        <w:rPr>
          <w:rFonts w:ascii="Times New Roman" w:hAnsi="Times New Roman" w:eastAsia="宋体"/>
          <w:b w:val="0"/>
          <w:i w:val="0"/>
          <w:color w:val="333333"/>
          <w:sz w:val="19"/>
        </w:rPr>
        <w:t>≡ 8 mod 100.</w:t>
      </w:r>
    </w:p>
    <w:p>
      <w:pPr>
        <w:spacing w:before="0" w:after="80" w:line="300" w:lineRule="auto"/>
        <w:jc w:val="left"/>
      </w:pPr>
      <w:r>
        <w:rPr>
          <w:rFonts w:ascii="Times New Roman" w:hAnsi="Times New Roman" w:eastAsia="宋体"/>
          <w:b w:val="0"/>
          <w:i w:val="0"/>
          <w:color w:val="333333"/>
          <w:sz w:val="19"/>
        </w:rPr>
        <w:t>This means the tens digit is 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9 题　答案 C</w:t>
      </w:r>
    </w:p>
    <w:p>
      <w:pPr>
        <w:spacing w:before="0" w:after="80" w:line="300" w:lineRule="auto"/>
        <w:jc w:val="left"/>
      </w:pPr>
      <w:r>
        <w:rPr>
          <w:rFonts w:ascii="Times New Roman" w:hAnsi="Times New Roman" w:eastAsia="宋体"/>
          <w:b w:val="0"/>
          <w:i w:val="0"/>
          <w:sz w:val="21"/>
        </w:rPr>
        <w:t>设三个顶点为</w:t>
      </w:r>
    </w:p>
    <w:p>
      <w:pPr>
        <w:spacing w:before="0" w:after="80" w:line="300" w:lineRule="auto"/>
        <w:jc w:val="left"/>
      </w:pPr>
      <w:r>
        <w:rPr>
          <w:rFonts w:ascii="Times New Roman" w:hAnsi="Times New Roman" w:eastAsia="宋体"/>
          <w:b w:val="0"/>
          <w:i w:val="0"/>
          <w:sz w:val="21"/>
        </w:rPr>
        <w:t>A=(0,0)，</w:t>
      </w:r>
    </w:p>
    <w:p>
      <w:pPr>
        <w:spacing w:before="0" w:after="80" w:line="300" w:lineRule="auto"/>
        <w:jc w:val="left"/>
      </w:pPr>
      <w:r>
        <w:rPr>
          <w:rFonts w:ascii="Times New Roman" w:hAnsi="Times New Roman" w:eastAsia="宋体"/>
          <w:b w:val="0"/>
          <w:i w:val="0"/>
          <w:sz w:val="21"/>
        </w:rPr>
        <w:t>B=(x₁,y₁)，</w:t>
      </w:r>
    </w:p>
    <w:p>
      <w:pPr>
        <w:spacing w:before="0" w:after="80" w:line="300" w:lineRule="auto"/>
        <w:jc w:val="left"/>
      </w:pPr>
      <w:r>
        <w:rPr>
          <w:rFonts w:ascii="Times New Roman" w:hAnsi="Times New Roman" w:eastAsia="宋体"/>
          <w:b w:val="0"/>
          <w:i w:val="0"/>
          <w:sz w:val="21"/>
        </w:rPr>
        <w:t>C=(x₂,y₂)。</w:t>
      </w:r>
    </w:p>
    <w:p>
      <w:pPr>
        <w:spacing w:before="0" w:after="80" w:line="300" w:lineRule="auto"/>
        <w:jc w:val="left"/>
      </w:pPr>
      <w:r>
        <w:rPr>
          <w:rFonts w:ascii="Times New Roman" w:hAnsi="Times New Roman" w:eastAsia="宋体"/>
          <w:b w:val="0"/>
          <w:i w:val="0"/>
          <w:sz w:val="21"/>
        </w:rPr>
        <w:t>因为 BC 平行于 x 轴，所以 y₁=y₂，记为 y。又两点都在抛物线上，x₁² = y=x₂²，即 x₁²=x₂² 。因此 x₁=-x₂ 或 x₁ = x₂。后一种会让两点重合，面积为 0。所以令 x= -x₁=x₂，同时 y=x²。</w:t>
      </w:r>
    </w:p>
    <w:p>
      <w:pPr>
        <w:spacing w:before="0" w:after="80" w:line="300" w:lineRule="auto"/>
        <w:jc w:val="left"/>
      </w:pPr>
      <w:r>
        <w:rPr>
          <w:rFonts w:ascii="Times New Roman" w:hAnsi="Times New Roman" w:eastAsia="宋体"/>
          <w:b w:val="0"/>
          <w:i w:val="0"/>
          <w:sz w:val="21"/>
        </w:rPr>
        <w:t>于是点为</w:t>
      </w:r>
    </w:p>
    <w:p>
      <w:pPr>
        <w:spacing w:before="0" w:after="80" w:line="300" w:lineRule="auto"/>
        <w:jc w:val="left"/>
      </w:pPr>
      <w:r>
        <w:rPr>
          <w:rFonts w:ascii="Times New Roman" w:hAnsi="Times New Roman" w:eastAsia="宋体"/>
          <w:b w:val="0"/>
          <w:i w:val="0"/>
          <w:sz w:val="21"/>
        </w:rPr>
        <w:t>A=(0,0)，</w:t>
      </w:r>
    </w:p>
    <w:p>
      <w:pPr>
        <w:spacing w:before="0" w:after="80" w:line="300" w:lineRule="auto"/>
        <w:jc w:val="left"/>
      </w:pPr>
      <w:r>
        <w:rPr>
          <w:rFonts w:ascii="Times New Roman" w:hAnsi="Times New Roman" w:eastAsia="宋体"/>
          <w:b w:val="0"/>
          <w:i w:val="0"/>
          <w:sz w:val="21"/>
        </w:rPr>
        <w:t>B=(-x,x²)，</w:t>
      </w:r>
    </w:p>
    <w:p>
      <w:pPr>
        <w:spacing w:before="0" w:after="80" w:line="300" w:lineRule="auto"/>
        <w:jc w:val="left"/>
      </w:pPr>
      <w:r>
        <w:rPr>
          <w:rFonts w:ascii="Times New Roman" w:hAnsi="Times New Roman" w:eastAsia="宋体"/>
          <w:b w:val="0"/>
          <w:i w:val="0"/>
          <w:sz w:val="21"/>
        </w:rPr>
        <w:t>C=(x,x²)。</w:t>
      </w:r>
    </w:p>
    <w:p>
      <w:pPr>
        <w:spacing w:before="0" w:after="80" w:line="300" w:lineRule="auto"/>
        <w:jc w:val="left"/>
      </w:pPr>
      <w:r>
        <w:rPr>
          <w:rFonts w:ascii="Times New Roman" w:hAnsi="Times New Roman" w:eastAsia="宋体"/>
          <w:b w:val="0"/>
          <w:i w:val="0"/>
          <w:sz w:val="21"/>
        </w:rPr>
        <w:t>以 BC 为底时，底长为 2x，高为 x²，面积为 x³ = 64。因此 x=4，所以 BC = 2· 4 = 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points be</w:t>
      </w:r>
    </w:p>
    <w:p>
      <w:pPr>
        <w:spacing w:before="0" w:after="80" w:line="300" w:lineRule="auto"/>
        <w:jc w:val="left"/>
      </w:pPr>
      <w:r>
        <w:rPr>
          <w:rFonts w:ascii="Times New Roman" w:hAnsi="Times New Roman" w:eastAsia="宋体"/>
          <w:b w:val="0"/>
          <w:i w:val="0"/>
          <w:color w:val="333333"/>
          <w:sz w:val="19"/>
        </w:rPr>
        <w:t>A=(0,0),</w:t>
      </w:r>
    </w:p>
    <w:p>
      <w:pPr>
        <w:spacing w:before="0" w:after="80" w:line="300" w:lineRule="auto"/>
        <w:jc w:val="left"/>
      </w:pPr>
      <w:r>
        <w:rPr>
          <w:rFonts w:ascii="Times New Roman" w:hAnsi="Times New Roman" w:eastAsia="宋体"/>
          <w:b w:val="0"/>
          <w:i w:val="0"/>
          <w:color w:val="333333"/>
          <w:sz w:val="19"/>
        </w:rPr>
        <w:t>B=(x₁,y₁),</w:t>
      </w:r>
    </w:p>
    <w:p>
      <w:pPr>
        <w:spacing w:before="0" w:after="80" w:line="300" w:lineRule="auto"/>
        <w:jc w:val="left"/>
      </w:pPr>
      <w:r>
        <w:rPr>
          <w:rFonts w:ascii="Times New Roman" w:hAnsi="Times New Roman" w:eastAsia="宋体"/>
          <w:b w:val="0"/>
          <w:i w:val="0"/>
          <w:color w:val="333333"/>
          <w:sz w:val="19"/>
        </w:rPr>
        <w:t>C=(x₂,y₂).</w:t>
      </w:r>
    </w:p>
    <w:p>
      <w:pPr>
        <w:spacing w:before="0" w:after="80" w:line="300" w:lineRule="auto"/>
        <w:jc w:val="left"/>
      </w:pPr>
      <w:r>
        <w:rPr>
          <w:rFonts w:ascii="Times New Roman" w:hAnsi="Times New Roman" w:eastAsia="宋体"/>
          <w:b w:val="0"/>
          <w:i w:val="0"/>
          <w:color w:val="333333"/>
          <w:sz w:val="19"/>
        </w:rPr>
        <w:t>Then, since BC is parallel with the x-axis, we know y₁=y₂, which we will let be y. Then, x₁² = y=x₂², so x₁²=x₂². This implies that either x₁=-x₂ or x₁ = x₂. The second option cannot happen since that would set two points as the same, which would create an area of 0. As such, let x= -x₁=x₂. Then y=x² also.</w:t>
      </w:r>
    </w:p>
    <w:p>
      <w:pPr>
        <w:spacing w:before="0" w:after="80" w:line="300" w:lineRule="auto"/>
        <w:jc w:val="left"/>
      </w:pPr>
      <w:r>
        <w:rPr>
          <w:rFonts w:ascii="Times New Roman" w:hAnsi="Times New Roman" w:eastAsia="宋体"/>
          <w:b w:val="0"/>
          <w:i w:val="0"/>
          <w:color w:val="333333"/>
          <w:sz w:val="19"/>
        </w:rPr>
        <w:t>Then, the points are</w:t>
      </w:r>
    </w:p>
    <w:p>
      <w:pPr>
        <w:spacing w:before="0" w:after="80" w:line="300" w:lineRule="auto"/>
        <w:jc w:val="left"/>
      </w:pPr>
      <w:r>
        <w:rPr>
          <w:rFonts w:ascii="Times New Roman" w:hAnsi="Times New Roman" w:eastAsia="宋体"/>
          <w:b w:val="0"/>
          <w:i w:val="0"/>
          <w:color w:val="333333"/>
          <w:sz w:val="19"/>
        </w:rPr>
        <w:t>A=(0,0),</w:t>
      </w:r>
    </w:p>
    <w:p>
      <w:pPr>
        <w:spacing w:before="0" w:after="80" w:line="300" w:lineRule="auto"/>
        <w:jc w:val="left"/>
      </w:pPr>
      <w:r>
        <w:rPr>
          <w:rFonts w:ascii="Times New Roman" w:hAnsi="Times New Roman" w:eastAsia="宋体"/>
          <w:b w:val="0"/>
          <w:i w:val="0"/>
          <w:color w:val="333333"/>
          <w:sz w:val="19"/>
        </w:rPr>
        <w:t>B=(-x,x²),</w:t>
      </w:r>
    </w:p>
    <w:p>
      <w:pPr>
        <w:spacing w:before="0" w:after="80" w:line="300" w:lineRule="auto"/>
        <w:jc w:val="left"/>
      </w:pPr>
      <w:r>
        <w:rPr>
          <w:rFonts w:ascii="Times New Roman" w:hAnsi="Times New Roman" w:eastAsia="宋体"/>
          <w:b w:val="0"/>
          <w:i w:val="0"/>
          <w:color w:val="333333"/>
          <w:sz w:val="19"/>
        </w:rPr>
        <w:t>C=(x,x²).</w:t>
      </w:r>
    </w:p>
    <w:p>
      <w:pPr>
        <w:spacing w:before="0" w:after="80" w:line="300" w:lineRule="auto"/>
        <w:jc w:val="left"/>
      </w:pPr>
      <w:r>
        <w:rPr>
          <w:rFonts w:ascii="Times New Roman" w:hAnsi="Times New Roman" w:eastAsia="宋体"/>
          <w:b w:val="0"/>
          <w:i w:val="0"/>
          <w:color w:val="333333"/>
          <w:sz w:val="19"/>
        </w:rPr>
        <w:t>With a base of BC, the length is 2x and the height is x². This would make the area x³ = 64. Therefore, x=4, so BC = 2· 4 = 8.</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10 题　答案 D</w:t>
      </w:r>
    </w:p>
    <w:p>
      <w:pPr>
        <w:spacing w:before="0" w:after="80" w:line="300" w:lineRule="auto"/>
        <w:jc w:val="left"/>
      </w:pPr>
      <w:r>
        <w:rPr>
          <w:rFonts w:ascii="Times New Roman" w:hAnsi="Times New Roman" w:eastAsia="宋体"/>
          <w:b w:val="0"/>
          <w:i w:val="0"/>
          <w:sz w:val="21"/>
        </w:rPr>
        <w:t>面积按 5/3 ² 倍增加，因为边长按 5/3 倍增加。厚度不变，所以体积也按同样倍数增加。又因为木材密度相同，重量也按 5/3² 倍增加，于是新重量为</w:t>
      </w:r>
    </w:p>
    <w:p>
      <w:pPr>
        <w:spacing w:before="0" w:after="80" w:line="300" w:lineRule="auto"/>
        <w:jc w:val="left"/>
      </w:pPr>
      <w:r>
        <w:rPr>
          <w:rFonts w:ascii="Times New Roman" w:hAnsi="Times New Roman" w:eastAsia="宋体"/>
          <w:b w:val="0"/>
          <w:i w:val="0"/>
          <w:sz w:val="21"/>
        </w:rPr>
        <w:t>12 · 25/9 = 100/3。</w:t>
      </w:r>
    </w:p>
    <w:p>
      <w:pPr>
        <w:spacing w:before="0" w:after="80" w:line="300" w:lineRule="auto"/>
        <w:jc w:val="left"/>
      </w:pPr>
      <w:r>
        <w:rPr>
          <w:rFonts w:ascii="Times New Roman" w:hAnsi="Times New Roman" w:eastAsia="宋体"/>
          <w:b w:val="0"/>
          <w:i w:val="0"/>
          <w:sz w:val="21"/>
        </w:rPr>
        <w:t>约为 33.3。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surface area is increased by a factor of 5/3 ² since the side lengths are increased by a factor of 5/3. Also since the thickness is constant, the volume is scaled up by that much. Then, the wood having the same density makes the weight increase by a factor of 5/3² as well, so the new weight is</w:t>
      </w:r>
    </w:p>
    <w:p>
      <w:pPr>
        <w:spacing w:before="0" w:after="80" w:line="300" w:lineRule="auto"/>
        <w:jc w:val="left"/>
      </w:pPr>
      <w:r>
        <w:rPr>
          <w:rFonts w:ascii="Times New Roman" w:hAnsi="Times New Roman" w:eastAsia="宋体"/>
          <w:b w:val="0"/>
          <w:i w:val="0"/>
          <w:color w:val="333333"/>
          <w:sz w:val="19"/>
        </w:rPr>
        <w:t>12 · 25/9 = 100/3.</w:t>
      </w:r>
    </w:p>
    <w:p>
      <w:pPr>
        <w:spacing w:before="0" w:after="80" w:line="300" w:lineRule="auto"/>
        <w:jc w:val="left"/>
      </w:pPr>
      <w:r>
        <w:rPr>
          <w:rFonts w:ascii="Times New Roman" w:hAnsi="Times New Roman" w:eastAsia="宋体"/>
          <w:b w:val="0"/>
          <w:i w:val="0"/>
          <w:color w:val="333333"/>
          <w:sz w:val="19"/>
        </w:rPr>
        <w:t>This is approximately 33.3.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B</w:t>
      </w:r>
    </w:p>
    <w:p>
      <w:pPr>
        <w:spacing w:before="0" w:after="80" w:line="300" w:lineRule="auto"/>
        <w:jc w:val="left"/>
      </w:pPr>
      <w:r>
        <w:rPr>
          <w:rFonts w:ascii="Times New Roman" w:hAnsi="Times New Roman" w:eastAsia="宋体"/>
          <w:b w:val="0"/>
          <w:i w:val="0"/>
          <w:sz w:val="21"/>
        </w:rPr>
        <w:t>设长边上有 l 根柱子，短边上有 s 根柱子，均包括两个角。总柱子数为</w:t>
      </w:r>
    </w:p>
    <w:p>
      <w:pPr>
        <w:spacing w:before="0" w:after="80" w:line="300" w:lineRule="auto"/>
        <w:jc w:val="left"/>
      </w:pPr>
      <w:r>
        <w:rPr>
          <w:rFonts w:ascii="Times New Roman" w:hAnsi="Times New Roman" w:eastAsia="宋体"/>
          <w:b w:val="0"/>
          <w:i w:val="0"/>
          <w:sz w:val="21"/>
        </w:rPr>
        <w:t>2l+2s-4=20，</w:t>
      </w:r>
    </w:p>
    <w:p>
      <w:pPr>
        <w:spacing w:before="0" w:after="80" w:line="300" w:lineRule="auto"/>
        <w:jc w:val="left"/>
      </w:pPr>
      <w:r>
        <w:rPr>
          <w:rFonts w:ascii="Times New Roman" w:hAnsi="Times New Roman" w:eastAsia="宋体"/>
          <w:b w:val="0"/>
          <w:i w:val="0"/>
          <w:sz w:val="21"/>
        </w:rPr>
        <w:t>其中 -4 是为了避免四个角被重复计算。</w:t>
      </w:r>
    </w:p>
    <w:p>
      <w:pPr>
        <w:spacing w:before="0" w:after="80" w:line="300" w:lineRule="auto"/>
        <w:jc w:val="left"/>
      </w:pPr>
      <w:r>
        <w:rPr>
          <w:rFonts w:ascii="Times New Roman" w:hAnsi="Times New Roman" w:eastAsia="宋体"/>
          <w:b w:val="0"/>
          <w:i w:val="0"/>
          <w:sz w:val="21"/>
        </w:rPr>
        <w:t>又长边柱子数是短边的两倍，所以 l=2s。代入得 2(2s)+2s-4=20，因此 s=4，l=8。</w:t>
      </w:r>
    </w:p>
    <w:p>
      <w:pPr>
        <w:spacing w:before="0" w:after="80" w:line="300" w:lineRule="auto"/>
        <w:jc w:val="left"/>
      </w:pPr>
      <w:r>
        <w:rPr>
          <w:rFonts w:ascii="Times New Roman" w:hAnsi="Times New Roman" w:eastAsia="宋体"/>
          <w:b w:val="0"/>
          <w:i w:val="0"/>
          <w:sz w:val="21"/>
        </w:rPr>
        <w:t>短边有 3 个间隔，长边有 7 个间隔，每个间隔 4 码，所以边长分别为 12 和 28，面积为 12·28=336。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l be the number of posts on a long side, including corners, and let s be the number of posts on a short side, including corners. The total number of posts is</w:t>
      </w:r>
    </w:p>
    <w:p>
      <w:pPr>
        <w:spacing w:before="0" w:after="80" w:line="300" w:lineRule="auto"/>
        <w:jc w:val="left"/>
      </w:pPr>
      <w:r>
        <w:rPr>
          <w:rFonts w:ascii="Times New Roman" w:hAnsi="Times New Roman" w:eastAsia="宋体"/>
          <w:b w:val="0"/>
          <w:i w:val="0"/>
          <w:color w:val="333333"/>
          <w:sz w:val="19"/>
        </w:rPr>
        <w:t>2l+2s-4=20,</w:t>
      </w:r>
    </w:p>
    <w:p>
      <w:pPr>
        <w:spacing w:before="0" w:after="80" w:line="300" w:lineRule="auto"/>
        <w:jc w:val="left"/>
      </w:pPr>
      <w:r>
        <w:rPr>
          <w:rFonts w:ascii="Times New Roman" w:hAnsi="Times New Roman" w:eastAsia="宋体"/>
          <w:b w:val="0"/>
          <w:i w:val="0"/>
          <w:color w:val="333333"/>
          <w:sz w:val="19"/>
        </w:rPr>
        <w:t>where the -4 avoids double-counting the corners.</w:t>
      </w:r>
    </w:p>
    <w:p>
      <w:pPr>
        <w:spacing w:before="0" w:after="80" w:line="300" w:lineRule="auto"/>
        <w:jc w:val="left"/>
      </w:pPr>
      <w:r>
        <w:rPr>
          <w:rFonts w:ascii="Times New Roman" w:hAnsi="Times New Roman" w:eastAsia="宋体"/>
          <w:b w:val="0"/>
          <w:i w:val="0"/>
          <w:color w:val="333333"/>
          <w:sz w:val="19"/>
        </w:rPr>
        <w:t>Since a long side has twice as many posts as a short side, l=2s. Thus 2(2s)+2s-4=20, so s=4 and l=8.</w:t>
      </w:r>
    </w:p>
    <w:p>
      <w:pPr>
        <w:spacing w:before="0" w:after="80" w:line="300" w:lineRule="auto"/>
        <w:jc w:val="left"/>
      </w:pPr>
      <w:r>
        <w:rPr>
          <w:rFonts w:ascii="Times New Roman" w:hAnsi="Times New Roman" w:eastAsia="宋体"/>
          <w:b w:val="0"/>
          <w:i w:val="0"/>
          <w:color w:val="333333"/>
          <w:sz w:val="19"/>
        </w:rPr>
        <w:t>There are 3 equal gaps on a short side and 7 equal gaps on a long side. With 4 yards between neighboring posts, the side lengths are 12 and 28, so the area is 12·28=336.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12 题　答案 D</w:t>
      </w:r>
    </w:p>
    <w:p>
      <w:pPr>
        <w:spacing w:before="0" w:after="80" w:line="300" w:lineRule="auto"/>
        <w:jc w:val="left"/>
      </w:pPr>
      <w:r>
        <w:rPr>
          <w:rFonts w:ascii="Times New Roman" w:hAnsi="Times New Roman" w:eastAsia="宋体"/>
          <w:b w:val="0"/>
          <w:i w:val="0"/>
          <w:sz w:val="21"/>
        </w:rPr>
        <w:t>乘积为奇数当且仅当两个数都是奇数。有 C(3, 2)=3 种奇数对，总共有 C(5, 2)=10 种数对。因此乘积为奇数的概率为 3/10 = 0.3，乘积为偶数的概率为 1-0.3=0.7。</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product is odd if and only if both numbers are odd. There are C(3, 2)=3 ways to do this out of a possible C(5, 2)=10 ways. This makes the probability of it being odd equal to 3/10 = 0.3. This means the probability it is even is 1-0.3=0.7.</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D</w:t>
      </w:r>
    </w:p>
    <w:p>
      <w:pPr>
        <w:spacing w:before="0" w:after="80" w:line="300" w:lineRule="auto"/>
        <w:jc w:val="left"/>
      </w:pPr>
      <w:r>
        <w:rPr>
          <w:rFonts w:ascii="Times New Roman" w:hAnsi="Times New Roman" w:eastAsia="宋体"/>
          <w:b w:val="0"/>
          <w:i w:val="0"/>
          <w:sz w:val="21"/>
        </w:rPr>
        <w:t>设双胞胎、三胞胎、四胞胎的组数分别为 w,r,q。婴儿总数给出</w:t>
      </w:r>
    </w:p>
    <w:p>
      <w:pPr>
        <w:spacing w:before="0" w:after="80" w:line="300" w:lineRule="auto"/>
        <w:jc w:val="left"/>
      </w:pPr>
      <w:r>
        <w:rPr>
          <w:rFonts w:ascii="Times New Roman" w:hAnsi="Times New Roman" w:eastAsia="宋体"/>
          <w:b w:val="0"/>
          <w:i w:val="0"/>
          <w:sz w:val="21"/>
        </w:rPr>
        <w:t>2w+3r+4q=1000。</w:t>
      </w:r>
    </w:p>
    <w:p>
      <w:pPr>
        <w:spacing w:before="0" w:after="80" w:line="300" w:lineRule="auto"/>
        <w:jc w:val="left"/>
      </w:pPr>
      <w:r>
        <w:rPr>
          <w:rFonts w:ascii="Times New Roman" w:hAnsi="Times New Roman" w:eastAsia="宋体"/>
          <w:b w:val="0"/>
          <w:i w:val="0"/>
          <w:sz w:val="21"/>
        </w:rPr>
        <w:t>条件给出 r=4q，且 w=3r=12q。</w:t>
      </w:r>
    </w:p>
    <w:p>
      <w:pPr>
        <w:spacing w:before="0" w:after="80" w:line="300" w:lineRule="auto"/>
        <w:jc w:val="left"/>
      </w:pPr>
      <w:r>
        <w:rPr>
          <w:rFonts w:ascii="Times New Roman" w:hAnsi="Times New Roman" w:eastAsia="宋体"/>
          <w:b w:val="0"/>
          <w:i w:val="0"/>
          <w:sz w:val="21"/>
        </w:rPr>
        <w:t>代入得 2(12q)+3(4q)+4q =40q=1000，所以 q=25。四胞胎中的婴儿数为 4q=100。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w,r,q be the numbers of sets of twins, triplets, and quadruplets. Then</w:t>
      </w:r>
    </w:p>
    <w:p>
      <w:pPr>
        <w:spacing w:before="0" w:after="80" w:line="300" w:lineRule="auto"/>
        <w:jc w:val="left"/>
      </w:pPr>
      <w:r>
        <w:rPr>
          <w:rFonts w:ascii="Times New Roman" w:hAnsi="Times New Roman" w:eastAsia="宋体"/>
          <w:b w:val="0"/>
          <w:i w:val="0"/>
          <w:color w:val="333333"/>
          <w:sz w:val="19"/>
        </w:rPr>
        <w:t>2w+3r+4q=1000.</w:t>
      </w:r>
    </w:p>
    <w:p>
      <w:pPr>
        <w:spacing w:before="0" w:after="80" w:line="300" w:lineRule="auto"/>
        <w:jc w:val="left"/>
      </w:pPr>
      <w:r>
        <w:rPr>
          <w:rFonts w:ascii="Times New Roman" w:hAnsi="Times New Roman" w:eastAsia="宋体"/>
          <w:b w:val="0"/>
          <w:i w:val="0"/>
          <w:color w:val="333333"/>
          <w:sz w:val="19"/>
        </w:rPr>
        <w:t>The statement gives r=4q and w=3r=12q.</w:t>
      </w:r>
    </w:p>
    <w:p>
      <w:pPr>
        <w:spacing w:before="0" w:after="80" w:line="300" w:lineRule="auto"/>
        <w:jc w:val="left"/>
      </w:pPr>
      <w:r>
        <w:rPr>
          <w:rFonts w:ascii="Times New Roman" w:hAnsi="Times New Roman" w:eastAsia="宋体"/>
          <w:b w:val="0"/>
          <w:i w:val="0"/>
          <w:color w:val="333333"/>
          <w:sz w:val="19"/>
        </w:rPr>
        <w:t>Substituting gives 2(12q)+3(4q)+4q =40q=1000, so q=25. The number of babies in sets of quadruplets is 4q=100.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14 题　答案 D</w:t>
      </w:r>
    </w:p>
    <w:p>
      <w:pPr>
        <w:spacing w:before="0" w:after="80" w:line="300" w:lineRule="auto"/>
        <w:jc w:val="left"/>
      </w:pPr>
      <w:r>
        <w:rPr>
          <w:rFonts w:ascii="Times New Roman" w:hAnsi="Times New Roman" w:eastAsia="宋体"/>
          <w:b w:val="0"/>
          <w:i w:val="0"/>
          <w:sz w:val="21"/>
        </w:rPr>
        <w:t>正方形必须在 y=-0.1 上方、x=5.1 左方、且在 y=π x 下方。因为 π 略大于 3，在 x=1,2,3,4 处可用的整数高度分别是 3,6,9,12，边长大于 3 的正方形不能完全放入。</w:t>
      </w:r>
    </w:p>
    <w:p>
      <w:pPr>
        <w:spacing w:before="0" w:after="80" w:line="300" w:lineRule="auto"/>
        <w:jc w:val="left"/>
      </w:pPr>
      <w:r>
        <w:rPr>
          <w:rFonts w:ascii="Times New Roman" w:hAnsi="Times New Roman" w:eastAsia="宋体"/>
          <w:b w:val="0"/>
          <w:i w:val="0"/>
          <w:sz w:val="21"/>
        </w:rPr>
        <w:t>按左上顶点和边长计数。边长为 1 时有 3+6+9+12=30 个；边长为 2 时有 2+5+8=15 个；边长为 3 时有 1+4=5 个。</w:t>
      </w:r>
    </w:p>
    <w:p>
      <w:pPr>
        <w:spacing w:before="0" w:after="80" w:line="300" w:lineRule="auto"/>
        <w:jc w:val="left"/>
      </w:pPr>
      <w:r>
        <w:rPr>
          <w:rFonts w:ascii="Times New Roman" w:hAnsi="Times New Roman" w:eastAsia="宋体"/>
          <w:b w:val="0"/>
          <w:i w:val="0"/>
          <w:sz w:val="21"/>
        </w:rPr>
        <w:t>总数为 30+15+5=50。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square must lie above y=-0.1, to the left of x=5.1, and below y=π x. Since π is a little more than 3, the lattice heights available at x=1,2,3,4 are 3,6,9,12, and side lengths larger than 3 cannot fit.</w:t>
      </w:r>
    </w:p>
    <w:p>
      <w:pPr>
        <w:spacing w:before="0" w:after="80" w:line="300" w:lineRule="auto"/>
        <w:jc w:val="left"/>
      </w:pPr>
      <w:r>
        <w:rPr>
          <w:rFonts w:ascii="Times New Roman" w:hAnsi="Times New Roman" w:eastAsia="宋体"/>
          <w:b w:val="0"/>
          <w:i w:val="0"/>
          <w:color w:val="333333"/>
          <w:sz w:val="19"/>
        </w:rPr>
        <w:t>Count by side length using the top-left lattice point. For side length 1, there are 3+6+9+12=30 choices. For side length 2, there are 2+5+8=15 choices. For side length 3, there are 1+4=5 choices.</w:t>
      </w:r>
    </w:p>
    <w:p>
      <w:pPr>
        <w:spacing w:before="0" w:after="80" w:line="300" w:lineRule="auto"/>
        <w:jc w:val="left"/>
      </w:pPr>
      <w:r>
        <w:rPr>
          <w:rFonts w:ascii="Times New Roman" w:hAnsi="Times New Roman" w:eastAsia="宋体"/>
          <w:b w:val="0"/>
          <w:i w:val="0"/>
          <w:color w:val="333333"/>
          <w:sz w:val="19"/>
        </w:rPr>
        <w:t>The total is 30+15+5=50.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15 题　答案 C</w:t>
      </w:r>
    </w:p>
    <w:p>
      <w:pPr>
        <w:spacing w:before="0" w:after="80" w:line="300" w:lineRule="auto"/>
        <w:jc w:val="left"/>
      </w:pPr>
      <w:r>
        <w:rPr>
          <w:rFonts w:ascii="Times New Roman" w:hAnsi="Times New Roman" w:eastAsia="宋体"/>
          <w:b w:val="0"/>
          <w:i w:val="0"/>
          <w:sz w:val="21"/>
        </w:rPr>
        <w:t>把方阵像棋盘一样染色，使中心和四个角是一种颜色，四个边格是另一种颜色。相邻整数占据相邻格，所以路径 1,2,…,9 的颜色交替。因此五个奇数全在一个颜色类中，四个偶数全在另一个颜色类中。</w:t>
      </w:r>
    </w:p>
    <w:p>
      <w:pPr>
        <w:spacing w:before="0" w:after="80" w:line="300" w:lineRule="auto"/>
        <w:jc w:val="left"/>
      </w:pPr>
      <w:r>
        <w:rPr>
          <w:rFonts w:ascii="Times New Roman" w:hAnsi="Times New Roman" w:eastAsia="宋体"/>
          <w:b w:val="0"/>
          <w:i w:val="0"/>
          <w:sz w:val="21"/>
        </w:rPr>
        <w:t>由中心和四个角组成的颜色类有五个格子，所以其中放的是五个奇数。因此四角与中心之和为</w:t>
      </w:r>
    </w:p>
    <w:p>
      <w:pPr>
        <w:spacing w:before="0" w:after="80" w:line="300" w:lineRule="auto"/>
        <w:jc w:val="left"/>
      </w:pPr>
      <w:r>
        <w:rPr>
          <w:rFonts w:ascii="Times New Roman" w:hAnsi="Times New Roman" w:eastAsia="宋体"/>
          <w:b w:val="0"/>
          <w:i w:val="0"/>
          <w:sz w:val="21"/>
        </w:rPr>
        <w:t>1+3+5+7+9=25。</w:t>
      </w:r>
    </w:p>
    <w:p>
      <w:pPr>
        <w:spacing w:before="0" w:after="80" w:line="300" w:lineRule="auto"/>
        <w:jc w:val="left"/>
      </w:pPr>
      <w:r>
        <w:rPr>
          <w:rFonts w:ascii="Times New Roman" w:hAnsi="Times New Roman" w:eastAsia="宋体"/>
          <w:b w:val="0"/>
          <w:i w:val="0"/>
          <w:sz w:val="21"/>
        </w:rPr>
        <w:t>由于四个角的和为 18，中心的数为 25-18=7。</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Color the array like a checkerboard, with the center and four corners one color and the four edge squares the other color. Consecutive numbers occupy adjacent squares, so the path 1,2,…,9 alternates colors. Therefore all five odd numbers occupy one color class and all four even numbers occupy the other.</w:t>
      </w:r>
    </w:p>
    <w:p>
      <w:pPr>
        <w:spacing w:before="0" w:after="80" w:line="300" w:lineRule="auto"/>
        <w:jc w:val="left"/>
      </w:pPr>
      <w:r>
        <w:rPr>
          <w:rFonts w:ascii="Times New Roman" w:hAnsi="Times New Roman" w:eastAsia="宋体"/>
          <w:b w:val="0"/>
          <w:i w:val="0"/>
          <w:color w:val="333333"/>
          <w:sz w:val="19"/>
        </w:rPr>
        <w:t>The color class consisting of the center and four corners has five squares, so it contains the five odd numbers. Hence the sum of the corners and center is</w:t>
      </w:r>
    </w:p>
    <w:p>
      <w:pPr>
        <w:spacing w:before="0" w:after="80" w:line="300" w:lineRule="auto"/>
        <w:jc w:val="left"/>
      </w:pPr>
      <w:r>
        <w:rPr>
          <w:rFonts w:ascii="Times New Roman" w:hAnsi="Times New Roman" w:eastAsia="宋体"/>
          <w:b w:val="0"/>
          <w:i w:val="0"/>
          <w:color w:val="333333"/>
          <w:sz w:val="19"/>
        </w:rPr>
        <w:t>1+3+5+7+9=25.</w:t>
      </w:r>
    </w:p>
    <w:p>
      <w:pPr>
        <w:spacing w:before="0" w:after="80" w:line="300" w:lineRule="auto"/>
        <w:jc w:val="left"/>
      </w:pPr>
      <w:r>
        <w:rPr>
          <w:rFonts w:ascii="Times New Roman" w:hAnsi="Times New Roman" w:eastAsia="宋体"/>
          <w:b w:val="0"/>
          <w:i w:val="0"/>
          <w:color w:val="333333"/>
          <w:sz w:val="19"/>
        </w:rPr>
        <w:t>Since the corners have a sum of 18, the center has a value of 25-18=7.</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16 题　答案 E</w:t>
      </w:r>
    </w:p>
    <w:p>
      <w:pPr>
        <w:spacing w:before="0" w:after="80" w:line="300" w:lineRule="auto"/>
        <w:jc w:val="left"/>
      </w:pPr>
      <w:r>
        <w:rPr>
          <w:rFonts w:ascii="Times New Roman" w:hAnsi="Times New Roman" w:eastAsia="宋体"/>
          <w:b w:val="0"/>
          <w:i w:val="0"/>
          <w:sz w:val="21"/>
        </w:rPr>
        <w:t>设首项为 a，公比为 r。由第二项为一可得</w:t>
      </w:r>
    </w:p>
    <w:p>
      <w:pPr>
        <w:spacing w:before="0" w:after="80" w:line="300" w:lineRule="auto"/>
        <w:jc w:val="left"/>
      </w:pPr>
      <w:r>
        <w:rPr>
          <w:rFonts w:ascii="Times New Roman" w:hAnsi="Times New Roman" w:eastAsia="宋体"/>
          <w:b w:val="0"/>
          <w:i w:val="0"/>
          <w:sz w:val="21"/>
        </w:rPr>
        <w:t>S=a/1-r</w:t>
      </w:r>
    </w:p>
    <w:p>
      <w:pPr>
        <w:spacing w:before="0" w:after="80" w:line="300" w:lineRule="auto"/>
        <w:jc w:val="left"/>
      </w:pPr>
      <w:r>
        <w:rPr>
          <w:rFonts w:ascii="Times New Roman" w:hAnsi="Times New Roman" w:eastAsia="宋体"/>
          <w:b w:val="0"/>
          <w:i w:val="0"/>
          <w:sz w:val="21"/>
        </w:rPr>
        <w:t>= ar/(r(1-r))</w:t>
      </w:r>
    </w:p>
    <w:p>
      <w:pPr>
        <w:spacing w:before="0" w:after="80" w:line="300" w:lineRule="auto"/>
        <w:jc w:val="left"/>
      </w:pPr>
      <w:r>
        <w:rPr>
          <w:rFonts w:ascii="Times New Roman" w:hAnsi="Times New Roman" w:eastAsia="宋体"/>
          <w:b w:val="0"/>
          <w:i w:val="0"/>
          <w:sz w:val="21"/>
        </w:rPr>
        <w:t>= 1/(r(1-r))</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因此要使级数和最小，就要找使下式最大的 r：</w:t>
      </w:r>
    </w:p>
    <w:p>
      <w:pPr>
        <w:spacing w:before="0" w:after="80" w:line="300" w:lineRule="auto"/>
        <w:jc w:val="left"/>
      </w:pPr>
      <w:r>
        <w:rPr>
          <w:rFonts w:ascii="Times New Roman" w:hAnsi="Times New Roman" w:eastAsia="宋体"/>
          <w:b w:val="0"/>
          <w:i w:val="0"/>
          <w:sz w:val="21"/>
        </w:rPr>
        <w:t>r(1-r)= 0.25-(r-0.5)²。</w:t>
      </w:r>
    </w:p>
    <w:p>
      <w:pPr>
        <w:spacing w:before="0" w:after="80" w:line="300" w:lineRule="auto"/>
        <w:jc w:val="left"/>
      </w:pPr>
      <w:r>
        <w:rPr>
          <w:rFonts w:ascii="Times New Roman" w:hAnsi="Times New Roman" w:eastAsia="宋体"/>
          <w:b w:val="0"/>
          <w:i w:val="0"/>
          <w:sz w:val="21"/>
        </w:rPr>
        <w:t>这个最大值在 r=0.5 时取到。</w:t>
      </w:r>
    </w:p>
    <w:p>
      <w:pPr>
        <w:spacing w:before="0" w:after="80" w:line="300" w:lineRule="auto"/>
        <w:jc w:val="left"/>
      </w:pPr>
      <w:r>
        <w:rPr>
          <w:rFonts w:ascii="Times New Roman" w:hAnsi="Times New Roman" w:eastAsia="宋体"/>
          <w:b w:val="0"/>
          <w:i w:val="0"/>
          <w:sz w:val="21"/>
        </w:rPr>
        <w:t>所以 S = 1/(0.5(0.5))= 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first value of the series be a, and let the ratio be r. Thus,</w:t>
      </w:r>
    </w:p>
    <w:p>
      <w:pPr>
        <w:spacing w:before="0" w:after="80" w:line="300" w:lineRule="auto"/>
        <w:jc w:val="left"/>
      </w:pPr>
      <w:r>
        <w:rPr>
          <w:rFonts w:ascii="Times New Roman" w:hAnsi="Times New Roman" w:eastAsia="宋体"/>
          <w:b w:val="0"/>
          <w:i w:val="0"/>
          <w:color w:val="333333"/>
          <w:sz w:val="19"/>
        </w:rPr>
        <w:t>S=a/1-r</w:t>
      </w:r>
    </w:p>
    <w:p>
      <w:pPr>
        <w:spacing w:before="0" w:after="80" w:line="300" w:lineRule="auto"/>
        <w:jc w:val="left"/>
      </w:pPr>
      <w:r>
        <w:rPr>
          <w:rFonts w:ascii="Times New Roman" w:hAnsi="Times New Roman" w:eastAsia="宋体"/>
          <w:b w:val="0"/>
          <w:i w:val="0"/>
          <w:color w:val="333333"/>
          <w:sz w:val="19"/>
        </w:rPr>
        <w:t>= ar/(r(1-r))</w:t>
      </w:r>
    </w:p>
    <w:p>
      <w:pPr>
        <w:spacing w:before="0" w:after="80" w:line="300" w:lineRule="auto"/>
        <w:jc w:val="left"/>
      </w:pPr>
      <w:r>
        <w:rPr>
          <w:rFonts w:ascii="Times New Roman" w:hAnsi="Times New Roman" w:eastAsia="宋体"/>
          <w:b w:val="0"/>
          <w:i w:val="0"/>
          <w:color w:val="333333"/>
          <w:sz w:val="19"/>
        </w:rPr>
        <w:t>= 1/(r(1-r)).</w:t>
      </w:r>
    </w:p>
    <w:p>
      <w:pPr>
        <w:spacing w:before="0" w:after="80" w:line="300" w:lineRule="auto"/>
        <w:jc w:val="left"/>
      </w:pPr>
      <w:r>
        <w:rPr>
          <w:rFonts w:ascii="Times New Roman" w:hAnsi="Times New Roman" w:eastAsia="宋体"/>
          <w:b w:val="0"/>
          <w:i w:val="0"/>
          <w:color w:val="333333"/>
          <w:sz w:val="19"/>
        </w:rPr>
        <w:t>This means we have to find r that maximizes</w:t>
      </w:r>
    </w:p>
    <w:p>
      <w:pPr>
        <w:spacing w:before="0" w:after="80" w:line="300" w:lineRule="auto"/>
        <w:jc w:val="left"/>
      </w:pPr>
      <w:r>
        <w:rPr>
          <w:rFonts w:ascii="Times New Roman" w:hAnsi="Times New Roman" w:eastAsia="宋体"/>
          <w:b w:val="0"/>
          <w:i w:val="0"/>
          <w:color w:val="333333"/>
          <w:sz w:val="19"/>
        </w:rPr>
        <w:t>r(1-r)= 0.25-(r-0.5)².</w:t>
      </w:r>
    </w:p>
    <w:p>
      <w:pPr>
        <w:spacing w:before="0" w:after="80" w:line="300" w:lineRule="auto"/>
        <w:jc w:val="left"/>
      </w:pPr>
      <w:r>
        <w:rPr>
          <w:rFonts w:ascii="Times New Roman" w:hAnsi="Times New Roman" w:eastAsia="宋体"/>
          <w:b w:val="0"/>
          <w:i w:val="0"/>
          <w:color w:val="333333"/>
          <w:sz w:val="19"/>
        </w:rPr>
        <w:t>This maximization will happen with r=0.5.</w:t>
      </w:r>
    </w:p>
    <w:p>
      <w:pPr>
        <w:spacing w:before="0" w:after="80" w:line="300" w:lineRule="auto"/>
        <w:jc w:val="left"/>
      </w:pPr>
      <w:r>
        <w:rPr>
          <w:rFonts w:ascii="Times New Roman" w:hAnsi="Times New Roman" w:eastAsia="宋体"/>
          <w:b w:val="0"/>
          <w:i w:val="0"/>
          <w:color w:val="333333"/>
          <w:sz w:val="19"/>
        </w:rPr>
        <w:t>Therefore, S = 1/(0.5(0.5))= 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17 题　答案 D</w:t>
      </w:r>
    </w:p>
    <w:p>
      <w:pPr>
        <w:spacing w:before="0" w:after="80" w:line="300" w:lineRule="auto"/>
        <w:jc w:val="left"/>
      </w:pPr>
      <w:r>
        <w:rPr>
          <w:rFonts w:ascii="Times New Roman" w:hAnsi="Times New Roman" w:eastAsia="宋体"/>
          <w:b w:val="0"/>
          <w:i w:val="0"/>
          <w:sz w:val="21"/>
        </w:rPr>
        <w:t>把三对相对面上的数记为 (a₁,a₂)、(b₁,b₂)、(c₁,c₂)。每个顶点的乘积从每一对中各取一个数，所以八个顶点乘积之和为</w:t>
      </w:r>
    </w:p>
    <w:p>
      <w:pPr>
        <w:spacing w:before="0" w:after="80" w:line="300" w:lineRule="auto"/>
        <w:jc w:val="left"/>
      </w:pPr>
      <w:r>
        <w:rPr>
          <w:rFonts w:ascii="Times New Roman" w:hAnsi="Times New Roman" w:eastAsia="宋体"/>
          <w:b w:val="0"/>
          <w:i w:val="0"/>
          <w:sz w:val="21"/>
        </w:rPr>
        <w:t>(a₁+a₂)(b₁+b₂)(c₁+c₂)。</w:t>
      </w:r>
    </w:p>
    <w:p>
      <w:pPr>
        <w:spacing w:before="0" w:after="80" w:line="300" w:lineRule="auto"/>
        <w:jc w:val="left"/>
      </w:pPr>
      <w:r>
        <w:rPr>
          <w:rFonts w:ascii="Times New Roman" w:hAnsi="Times New Roman" w:eastAsia="宋体"/>
          <w:b w:val="0"/>
          <w:i w:val="0"/>
          <w:sz w:val="21"/>
        </w:rPr>
        <w:t>六个面上数字之和为 2+3+4+5+6+7=27，所以三对相对面之和的总和为 27。它们的乘积在尽量相等时最大，即 9,9,9，最大为 9³=729。</w:t>
      </w:r>
    </w:p>
    <w:p>
      <w:pPr>
        <w:spacing w:before="0" w:after="80" w:line="300" w:lineRule="auto"/>
        <w:jc w:val="left"/>
      </w:pPr>
      <w:r>
        <w:rPr>
          <w:rFonts w:ascii="Times New Roman" w:hAnsi="Times New Roman" w:eastAsia="宋体"/>
          <w:b w:val="0"/>
          <w:i w:val="0"/>
          <w:sz w:val="21"/>
        </w:rPr>
        <w:t>这个最大值可以通过把 2 与 7、3 与 6、4 与 5 配成相对面来达到。因此最大可能和为 729。</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Pair opposite faces as (a₁,a₂), (b₁,b₂), and (c₁,c₂). Each vertex product uses one number from each pair, so the sum of all eight vertex products is</w:t>
      </w:r>
    </w:p>
    <w:p>
      <w:pPr>
        <w:spacing w:before="0" w:after="80" w:line="300" w:lineRule="auto"/>
        <w:jc w:val="left"/>
      </w:pPr>
      <w:r>
        <w:rPr>
          <w:rFonts w:ascii="Times New Roman" w:hAnsi="Times New Roman" w:eastAsia="宋体"/>
          <w:b w:val="0"/>
          <w:i w:val="0"/>
          <w:color w:val="333333"/>
          <w:sz w:val="19"/>
        </w:rPr>
        <w:t>(a₁+a₂)(b₁+b₂)(c₁+c₂).</w:t>
      </w:r>
    </w:p>
    <w:p>
      <w:pPr>
        <w:spacing w:before="0" w:after="80" w:line="300" w:lineRule="auto"/>
        <w:jc w:val="left"/>
      </w:pPr>
      <w:r>
        <w:rPr>
          <w:rFonts w:ascii="Times New Roman" w:hAnsi="Times New Roman" w:eastAsia="宋体"/>
          <w:b w:val="0"/>
          <w:i w:val="0"/>
          <w:color w:val="333333"/>
          <w:sz w:val="19"/>
        </w:rPr>
        <w:t>The six face labels sum to 2+3+4+5+6+7=27, so the three opposite-pair sums have total 27. Their product is maximized when the sums are as equal as possible, namely 9,9,9, giving at most 9³=729.</w:t>
      </w:r>
    </w:p>
    <w:p>
      <w:pPr>
        <w:spacing w:before="0" w:after="80" w:line="300" w:lineRule="auto"/>
        <w:jc w:val="left"/>
      </w:pPr>
      <w:r>
        <w:rPr>
          <w:rFonts w:ascii="Times New Roman" w:hAnsi="Times New Roman" w:eastAsia="宋体"/>
          <w:b w:val="0"/>
          <w:i w:val="0"/>
          <w:color w:val="333333"/>
          <w:sz w:val="19"/>
        </w:rPr>
        <w:t>This maximum is attainable by pairing 2 with 7, 3 with 6, and 4 with 5. Hence the greatest possible sum is 729.</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18 题　答案 E</w:t>
      </w:r>
    </w:p>
    <w:p>
      <w:pPr>
        <w:spacing w:before="0" w:after="80" w:line="300" w:lineRule="auto"/>
        <w:jc w:val="left"/>
      </w:pPr>
      <w:r>
        <w:rPr>
          <w:rFonts w:ascii="Times New Roman" w:hAnsi="Times New Roman" w:eastAsia="宋体"/>
          <w:b w:val="0"/>
          <w:i w:val="0"/>
          <w:sz w:val="21"/>
        </w:rPr>
        <w:t>设这个数列的长度为 s，首项为 x。于是</w:t>
      </w:r>
    </w:p>
    <w:p>
      <w:pPr>
        <w:spacing w:before="0" w:after="80" w:line="300" w:lineRule="auto"/>
        <w:jc w:val="left"/>
      </w:pPr>
      <w:r>
        <w:rPr>
          <w:rFonts w:ascii="Times New Roman" w:hAnsi="Times New Roman" w:eastAsia="宋体"/>
          <w:b w:val="0"/>
          <w:i w:val="0"/>
          <w:sz w:val="21"/>
        </w:rPr>
        <w:t>345=s(x+s-1/2)，</w:t>
      </w:r>
    </w:p>
    <w:p>
      <w:pPr>
        <w:spacing w:before="0" w:after="80" w:line="300" w:lineRule="auto"/>
        <w:jc w:val="left"/>
      </w:pPr>
      <w:r>
        <w:rPr>
          <w:rFonts w:ascii="Times New Roman" w:hAnsi="Times New Roman" w:eastAsia="宋体"/>
          <w:b w:val="0"/>
          <w:i w:val="0"/>
          <w:sz w:val="21"/>
        </w:rPr>
        <w:t>即</w:t>
      </w:r>
    </w:p>
    <w:p>
      <w:pPr>
        <w:spacing w:before="0" w:after="80" w:line="300" w:lineRule="auto"/>
        <w:jc w:val="left"/>
      </w:pPr>
      <w:r>
        <w:rPr>
          <w:rFonts w:ascii="Times New Roman" w:hAnsi="Times New Roman" w:eastAsia="宋体"/>
          <w:b w:val="0"/>
          <w:i w:val="0"/>
          <w:sz w:val="21"/>
        </w:rPr>
        <w:t>s(2x+s-1)=690。</w:t>
      </w:r>
    </w:p>
    <w:p>
      <w:pPr>
        <w:spacing w:before="0" w:after="80" w:line="300" w:lineRule="auto"/>
        <w:jc w:val="left"/>
      </w:pPr>
      <w:r>
        <w:rPr>
          <w:rFonts w:ascii="Times New Roman" w:hAnsi="Times New Roman" w:eastAsia="宋体"/>
          <w:b w:val="0"/>
          <w:i w:val="0"/>
          <w:sz w:val="21"/>
        </w:rPr>
        <w:t>因此 s 必须是 690 的因子，而且 x=(690/s-s+1)/2 要是正整数。逐一检查可能的因子长度，得到</w:t>
      </w:r>
    </w:p>
    <w:p>
      <w:pPr>
        <w:spacing w:before="0" w:after="80" w:line="300" w:lineRule="auto"/>
        <w:jc w:val="left"/>
      </w:pPr>
      <w:r>
        <w:rPr>
          <w:rFonts w:ascii="Times New Roman" w:hAnsi="Times New Roman" w:eastAsia="宋体"/>
          <w:b w:val="0"/>
          <w:i w:val="0"/>
          <w:sz w:val="21"/>
        </w:rPr>
        <w:t>s=2,3,5,6,10,15,23。</w:t>
      </w:r>
    </w:p>
    <w:p>
      <w:pPr>
        <w:spacing w:before="0" w:after="80" w:line="300" w:lineRule="auto"/>
        <w:jc w:val="left"/>
      </w:pPr>
      <w:r>
        <w:rPr>
          <w:rFonts w:ascii="Times New Roman" w:hAnsi="Times New Roman" w:eastAsia="宋体"/>
          <w:b w:val="0"/>
          <w:i w:val="0"/>
          <w:sz w:val="21"/>
        </w:rPr>
        <w:t>只有这些长度才能让 x 保持为正整数。</w:t>
      </w:r>
    </w:p>
    <w:p>
      <w:pPr>
        <w:spacing w:before="0" w:after="80" w:line="300" w:lineRule="auto"/>
        <w:jc w:val="left"/>
      </w:pPr>
      <w:r>
        <w:rPr>
          <w:rFonts w:ascii="Times New Roman" w:hAnsi="Times New Roman" w:eastAsia="宋体"/>
          <w:b w:val="0"/>
          <w:i w:val="0"/>
          <w:sz w:val="21"/>
        </w:rPr>
        <w:t>因此共有 7 种表示。</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Suppose the sequence has length s and first term x. Then</w:t>
      </w:r>
    </w:p>
    <w:p>
      <w:pPr>
        <w:spacing w:before="0" w:after="80" w:line="300" w:lineRule="auto"/>
        <w:jc w:val="left"/>
      </w:pPr>
      <w:r>
        <w:rPr>
          <w:rFonts w:ascii="Times New Roman" w:hAnsi="Times New Roman" w:eastAsia="宋体"/>
          <w:b w:val="0"/>
          <w:i w:val="0"/>
          <w:color w:val="333333"/>
          <w:sz w:val="19"/>
        </w:rPr>
        <w:t>345=s(x+s-1/2),</w:t>
      </w:r>
    </w:p>
    <w:p>
      <w:pPr>
        <w:spacing w:before="0" w:after="80" w:line="300" w:lineRule="auto"/>
        <w:jc w:val="left"/>
      </w:pPr>
      <w:r>
        <w:rPr>
          <w:rFonts w:ascii="Times New Roman" w:hAnsi="Times New Roman" w:eastAsia="宋体"/>
          <w:b w:val="0"/>
          <w:i w:val="0"/>
          <w:color w:val="333333"/>
          <w:sz w:val="19"/>
        </w:rPr>
        <w:t>or</w:t>
      </w:r>
    </w:p>
    <w:p>
      <w:pPr>
        <w:spacing w:before="0" w:after="80" w:line="300" w:lineRule="auto"/>
        <w:jc w:val="left"/>
      </w:pPr>
      <w:r>
        <w:rPr>
          <w:rFonts w:ascii="Times New Roman" w:hAnsi="Times New Roman" w:eastAsia="宋体"/>
          <w:b w:val="0"/>
          <w:i w:val="0"/>
          <w:color w:val="333333"/>
          <w:sz w:val="19"/>
        </w:rPr>
        <w:t>s(2x+s-1)=690.</w:t>
      </w:r>
    </w:p>
    <w:p>
      <w:pPr>
        <w:spacing w:before="0" w:after="80" w:line="300" w:lineRule="auto"/>
        <w:jc w:val="left"/>
      </w:pPr>
      <w:r>
        <w:rPr>
          <w:rFonts w:ascii="Times New Roman" w:hAnsi="Times New Roman" w:eastAsia="宋体"/>
          <w:b w:val="0"/>
          <w:i w:val="0"/>
          <w:color w:val="333333"/>
          <w:sz w:val="19"/>
        </w:rPr>
        <w:t>Thus s must be a divisor of 690, with x=(690/s-s+1)/2 a positive integer. Checking the possible divisor lengths gives</w:t>
      </w:r>
    </w:p>
    <w:p>
      <w:pPr>
        <w:spacing w:before="0" w:after="80" w:line="300" w:lineRule="auto"/>
        <w:jc w:val="left"/>
      </w:pPr>
      <w:r>
        <w:rPr>
          <w:rFonts w:ascii="Times New Roman" w:hAnsi="Times New Roman" w:eastAsia="宋体"/>
          <w:b w:val="0"/>
          <w:i w:val="0"/>
          <w:color w:val="333333"/>
          <w:sz w:val="19"/>
        </w:rPr>
        <w:t>s=2,3,5,6,10,15,23.</w:t>
      </w:r>
    </w:p>
    <w:p>
      <w:pPr>
        <w:spacing w:before="0" w:after="80" w:line="300" w:lineRule="auto"/>
        <w:jc w:val="left"/>
      </w:pPr>
      <w:r>
        <w:rPr>
          <w:rFonts w:ascii="Times New Roman" w:hAnsi="Times New Roman" w:eastAsia="宋体"/>
          <w:b w:val="0"/>
          <w:i w:val="0"/>
          <w:color w:val="333333"/>
          <w:sz w:val="19"/>
        </w:rPr>
        <w:t>These are the only lengths that keep x positive and integral.</w:t>
      </w:r>
    </w:p>
    <w:p>
      <w:pPr>
        <w:spacing w:before="0" w:after="80" w:line="300" w:lineRule="auto"/>
        <w:jc w:val="left"/>
      </w:pPr>
      <w:r>
        <w:rPr>
          <w:rFonts w:ascii="Times New Roman" w:hAnsi="Times New Roman" w:eastAsia="宋体"/>
          <w:b w:val="0"/>
          <w:i w:val="0"/>
          <w:color w:val="333333"/>
          <w:sz w:val="19"/>
        </w:rPr>
        <w:t>Therefore there are 7 representations.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D</w:t>
      </w:r>
    </w:p>
    <w:p>
      <w:pPr>
        <w:spacing w:before="80" w:after="80"/>
        <w:jc w:val="center"/>
      </w:pPr>
      <w:r>
        <w:drawing>
          <wp:inline xmlns:a="http://schemas.openxmlformats.org/drawingml/2006/main" xmlns:pic="http://schemas.openxmlformats.org/drawingml/2006/picture">
            <wp:extent cx="2389695" cy="1551231"/>
            <wp:docPr id="3" name="Picture 3"/>
            <wp:cNvGraphicFramePr>
              <a:graphicFrameLocks noChangeAspect="1"/>
            </wp:cNvGraphicFramePr>
            <a:graphic>
              <a:graphicData uri="http://schemas.openxmlformats.org/drawingml/2006/picture">
                <pic:pic>
                  <pic:nvPicPr>
                    <pic:cNvPr id="0" name="q19-sol-1@300dpi.png"/>
                    <pic:cNvPicPr/>
                  </pic:nvPicPr>
                  <pic:blipFill>
                    <a:blip r:embed="rId10"/>
                    <a:stretch>
                      <a:fillRect/>
                    </a:stretch>
                  </pic:blipFill>
                  <pic:spPr>
                    <a:xfrm>
                      <a:off x="0" y="0"/>
                      <a:ext cx="2389695" cy="1551231"/>
                    </a:xfrm>
                    <a:prstGeom prst="rect"/>
                  </pic:spPr>
                </pic:pic>
              </a:graphicData>
            </a:graphic>
          </wp:inline>
        </w:drawing>
      </w:r>
    </w:p>
    <w:p>
      <w:pPr>
        <w:spacing w:before="0" w:after="80" w:line="300" w:lineRule="auto"/>
        <w:jc w:val="left"/>
      </w:pPr>
      <w:r>
        <w:rPr>
          <w:rFonts w:ascii="Times New Roman" w:hAnsi="Times New Roman" w:eastAsia="宋体"/>
          <w:b w:val="0"/>
          <w:i w:val="0"/>
          <w:sz w:val="21"/>
        </w:rPr>
        <w:t>我们有 AE=AB-EB=4 和 FC=DC-DF=3。因为 AE∥ FC，所以三角形 AEP 与 CFP 相似。于是</w:t>
      </w:r>
    </w:p>
    <w:p>
      <w:pPr>
        <w:spacing w:before="0" w:after="80" w:line="300" w:lineRule="auto"/>
        <w:jc w:val="left"/>
      </w:pPr>
      <w:r>
        <w:rPr>
          <w:rFonts w:ascii="Times New Roman" w:hAnsi="Times New Roman" w:eastAsia="宋体"/>
          <w:b w:val="0"/>
          <w:i w:val="0"/>
          <w:sz w:val="21"/>
        </w:rPr>
        <w:t>PF/PE=FC/AE=3/4，</w:t>
      </w:r>
    </w:p>
    <w:p>
      <w:pPr>
        <w:spacing w:before="0" w:after="80" w:line="300" w:lineRule="auto"/>
        <w:jc w:val="left"/>
      </w:pPr>
      <w:r>
        <w:rPr>
          <w:rFonts w:ascii="Times New Roman" w:hAnsi="Times New Roman" w:eastAsia="宋体"/>
          <w:b w:val="0"/>
          <w:i w:val="0"/>
          <w:sz w:val="21"/>
        </w:rPr>
        <w:t>从而 PF/EF=3/7。</w:t>
      </w:r>
    </w:p>
    <w:p>
      <w:pPr>
        <w:spacing w:before="0" w:after="80" w:line="300" w:lineRule="auto"/>
        <w:jc w:val="left"/>
      </w:pPr>
      <w:r>
        <w:rPr>
          <w:rFonts w:ascii="Times New Roman" w:hAnsi="Times New Roman" w:eastAsia="宋体"/>
          <w:b w:val="0"/>
          <w:i w:val="0"/>
          <w:sz w:val="21"/>
        </w:rPr>
        <w:t>延长 AG，与直线 CD 交于 X。因为 BG=3，由相似得</w:t>
      </w:r>
    </w:p>
    <w:p>
      <w:pPr>
        <w:spacing w:before="0" w:after="80" w:line="300" w:lineRule="auto"/>
        <w:jc w:val="left"/>
      </w:pPr>
      <w:r>
        <w:rPr>
          <w:rFonts w:ascii="Times New Roman" w:hAnsi="Times New Roman" w:eastAsia="宋体"/>
          <w:b w:val="0"/>
          <w:i w:val="0"/>
          <w:sz w:val="21"/>
        </w:rPr>
        <w:t>AD/DX=BG/AB, 4/DX=3/5，</w:t>
      </w:r>
    </w:p>
    <w:p>
      <w:pPr>
        <w:spacing w:before="0" w:after="80" w:line="300" w:lineRule="auto"/>
        <w:jc w:val="left"/>
      </w:pPr>
      <w:r>
        <w:rPr>
          <w:rFonts w:ascii="Times New Roman" w:hAnsi="Times New Roman" w:eastAsia="宋体"/>
          <w:b w:val="0"/>
          <w:i w:val="0"/>
          <w:sz w:val="21"/>
        </w:rPr>
        <w:t>于是 DX=20/3。因此 FX=DX-DF=14/3。又因为 AE∥ FX，三角形 AEQ 与 XFQ 相似，所以</w:t>
      </w:r>
    </w:p>
    <w:p>
      <w:pPr>
        <w:spacing w:before="0" w:after="80" w:line="300" w:lineRule="auto"/>
        <w:jc w:val="left"/>
      </w:pPr>
      <w:r>
        <w:rPr>
          <w:rFonts w:ascii="Times New Roman" w:hAnsi="Times New Roman" w:eastAsia="宋体"/>
          <w:b w:val="0"/>
          <w:i w:val="0"/>
          <w:sz w:val="21"/>
        </w:rPr>
        <w:t>QF/QE=FX/AE=7/6。</w:t>
      </w:r>
    </w:p>
    <w:p>
      <w:pPr>
        <w:spacing w:before="0" w:after="80" w:line="300" w:lineRule="auto"/>
        <w:jc w:val="left"/>
      </w:pPr>
      <w:r>
        <w:rPr>
          <w:rFonts w:ascii="Times New Roman" w:hAnsi="Times New Roman" w:eastAsia="宋体"/>
          <w:b w:val="0"/>
          <w:i w:val="0"/>
          <w:sz w:val="21"/>
        </w:rPr>
        <w:t>从而 QF/EF=7/13。</w:t>
      </w:r>
    </w:p>
    <w:p>
      <w:pPr>
        <w:spacing w:before="0" w:after="80" w:line="300" w:lineRule="auto"/>
        <w:jc w:val="left"/>
      </w:pPr>
      <w:r>
        <w:rPr>
          <w:rFonts w:ascii="Times New Roman" w:hAnsi="Times New Roman" w:eastAsia="宋体"/>
          <w:b w:val="0"/>
          <w:i w:val="0"/>
          <w:sz w:val="21"/>
        </w:rPr>
        <w:t>因此</w:t>
      </w:r>
    </w:p>
    <w:p>
      <w:pPr>
        <w:spacing w:before="0" w:after="80" w:line="300" w:lineRule="auto"/>
        <w:jc w:val="left"/>
      </w:pPr>
      <w:r>
        <w:rPr>
          <w:rFonts w:ascii="Times New Roman" w:hAnsi="Times New Roman" w:eastAsia="宋体"/>
          <w:b w:val="0"/>
          <w:i w:val="0"/>
          <w:sz w:val="21"/>
        </w:rPr>
        <w:t>PQ/EF=QF/EF-PF/EF</w:t>
      </w:r>
    </w:p>
    <w:p>
      <w:pPr>
        <w:spacing w:before="0" w:after="80" w:line="300" w:lineRule="auto"/>
        <w:jc w:val="left"/>
      </w:pPr>
      <w:r>
        <w:rPr>
          <w:rFonts w:ascii="Times New Roman" w:hAnsi="Times New Roman" w:eastAsia="宋体"/>
          <w:b w:val="0"/>
          <w:i w:val="0"/>
          <w:sz w:val="21"/>
        </w:rPr>
        <w:t>=7/13-3/7=10/91</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80" w:after="80"/>
        <w:jc w:val="center"/>
      </w:pPr>
      <w:r>
        <w:drawing>
          <wp:inline xmlns:a="http://schemas.openxmlformats.org/drawingml/2006/main" xmlns:pic="http://schemas.openxmlformats.org/drawingml/2006/picture">
            <wp:extent cx="2389695" cy="1551231"/>
            <wp:docPr id="4" name="Picture 4"/>
            <wp:cNvGraphicFramePr>
              <a:graphicFrameLocks noChangeAspect="1"/>
            </wp:cNvGraphicFramePr>
            <a:graphic>
              <a:graphicData uri="http://schemas.openxmlformats.org/drawingml/2006/picture">
                <pic:pic>
                  <pic:nvPicPr>
                    <pic:cNvPr id="0" name="q19-sol-1@300dpi.png"/>
                    <pic:cNvPicPr/>
                  </pic:nvPicPr>
                  <pic:blipFill>
                    <a:blip r:embed="rId10"/>
                    <a:stretch>
                      <a:fillRect/>
                    </a:stretch>
                  </pic:blipFill>
                  <pic:spPr>
                    <a:xfrm>
                      <a:off x="0" y="0"/>
                      <a:ext cx="2389695" cy="1551231"/>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We have AE=AB-EB=4 and FC=DC-DF=3. Since AE∥ FC, the triangles AEP and CFP are similar. Therefore</w:t>
      </w:r>
    </w:p>
    <w:p>
      <w:pPr>
        <w:spacing w:before="0" w:after="80" w:line="300" w:lineRule="auto"/>
        <w:jc w:val="left"/>
      </w:pPr>
      <w:r>
        <w:rPr>
          <w:rFonts w:ascii="Times New Roman" w:hAnsi="Times New Roman" w:eastAsia="宋体"/>
          <w:b w:val="0"/>
          <w:i w:val="0"/>
          <w:color w:val="333333"/>
          <w:sz w:val="19"/>
        </w:rPr>
        <w:t>PF/PE=FC/AE=3/4,</w:t>
      </w:r>
    </w:p>
    <w:p>
      <w:pPr>
        <w:spacing w:before="0" w:after="80" w:line="300" w:lineRule="auto"/>
        <w:jc w:val="left"/>
      </w:pPr>
      <w:r>
        <w:rPr>
          <w:rFonts w:ascii="Times New Roman" w:hAnsi="Times New Roman" w:eastAsia="宋体"/>
          <w:b w:val="0"/>
          <w:i w:val="0"/>
          <w:color w:val="333333"/>
          <w:sz w:val="19"/>
        </w:rPr>
        <w:t>so PF/EF=3/7.</w:t>
      </w:r>
    </w:p>
    <w:p>
      <w:pPr>
        <w:spacing w:before="0" w:after="80" w:line="300" w:lineRule="auto"/>
        <w:jc w:val="left"/>
      </w:pPr>
      <w:r>
        <w:rPr>
          <w:rFonts w:ascii="Times New Roman" w:hAnsi="Times New Roman" w:eastAsia="宋体"/>
          <w:b w:val="0"/>
          <w:i w:val="0"/>
          <w:color w:val="333333"/>
          <w:sz w:val="19"/>
        </w:rPr>
        <w:t>Extend AG to meet line CD at X. Because BG=3, similarity gives</w:t>
      </w:r>
    </w:p>
    <w:p>
      <w:pPr>
        <w:spacing w:before="0" w:after="80" w:line="300" w:lineRule="auto"/>
        <w:jc w:val="left"/>
      </w:pPr>
      <w:r>
        <w:rPr>
          <w:rFonts w:ascii="Times New Roman" w:hAnsi="Times New Roman" w:eastAsia="宋体"/>
          <w:b w:val="0"/>
          <w:i w:val="0"/>
          <w:color w:val="333333"/>
          <w:sz w:val="19"/>
        </w:rPr>
        <w:t>AD/DX=BG/AB, 4/DX=3/5,</w:t>
      </w:r>
    </w:p>
    <w:p>
      <w:pPr>
        <w:spacing w:before="0" w:after="80" w:line="300" w:lineRule="auto"/>
        <w:jc w:val="left"/>
      </w:pPr>
      <w:r>
        <w:rPr>
          <w:rFonts w:ascii="Times New Roman" w:hAnsi="Times New Roman" w:eastAsia="宋体"/>
          <w:b w:val="0"/>
          <w:i w:val="0"/>
          <w:color w:val="333333"/>
          <w:sz w:val="19"/>
        </w:rPr>
        <w:t>and hence DX=20/3. Thus FX=DX-DF=14/3. Since AE∥ FX, triangles AEQ and XFQ are similar, so</w:t>
      </w:r>
    </w:p>
    <w:p>
      <w:pPr>
        <w:spacing w:before="0" w:after="80" w:line="300" w:lineRule="auto"/>
        <w:jc w:val="left"/>
      </w:pPr>
      <w:r>
        <w:rPr>
          <w:rFonts w:ascii="Times New Roman" w:hAnsi="Times New Roman" w:eastAsia="宋体"/>
          <w:b w:val="0"/>
          <w:i w:val="0"/>
          <w:color w:val="333333"/>
          <w:sz w:val="19"/>
        </w:rPr>
        <w:t>QF/QE=FX/AE=7/6.</w:t>
      </w:r>
    </w:p>
    <w:p>
      <w:pPr>
        <w:spacing w:before="0" w:after="80" w:line="300" w:lineRule="auto"/>
        <w:jc w:val="left"/>
      </w:pPr>
      <w:r>
        <w:rPr>
          <w:rFonts w:ascii="Times New Roman" w:hAnsi="Times New Roman" w:eastAsia="宋体"/>
          <w:b w:val="0"/>
          <w:i w:val="0"/>
          <w:color w:val="333333"/>
          <w:sz w:val="19"/>
        </w:rPr>
        <w:t>Consequently QF/EF=7/13.</w:t>
      </w:r>
    </w:p>
    <w:p>
      <w:pPr>
        <w:spacing w:before="0" w:after="80" w:line="300" w:lineRule="auto"/>
        <w:jc w:val="left"/>
      </w:pPr>
      <w:r>
        <w:rPr>
          <w:rFonts w:ascii="Times New Roman" w:hAnsi="Times New Roman" w:eastAsia="宋体"/>
          <w:b w:val="0"/>
          <w:i w:val="0"/>
          <w:color w:val="333333"/>
          <w:sz w:val="19"/>
        </w:rPr>
        <w:t>It follows that</w:t>
      </w:r>
    </w:p>
    <w:p>
      <w:pPr>
        <w:spacing w:before="0" w:after="80" w:line="300" w:lineRule="auto"/>
        <w:jc w:val="left"/>
      </w:pPr>
      <w:r>
        <w:rPr>
          <w:rFonts w:ascii="Times New Roman" w:hAnsi="Times New Roman" w:eastAsia="宋体"/>
          <w:b w:val="0"/>
          <w:i w:val="0"/>
          <w:color w:val="333333"/>
          <w:sz w:val="19"/>
        </w:rPr>
        <w:t>PQ/EF=QF/EF-PF/EF</w:t>
      </w:r>
    </w:p>
    <w:p>
      <w:pPr>
        <w:spacing w:before="0" w:after="80" w:line="300" w:lineRule="auto"/>
        <w:jc w:val="left"/>
      </w:pPr>
      <w:r>
        <w:rPr>
          <w:rFonts w:ascii="Times New Roman" w:hAnsi="Times New Roman" w:eastAsia="宋体"/>
          <w:b w:val="0"/>
          <w:i w:val="0"/>
          <w:color w:val="333333"/>
          <w:sz w:val="19"/>
        </w:rPr>
        <w:t>=7/13-3/7=10/91.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20 题　答案 C</w:t>
      </w:r>
    </w:p>
    <w:p>
      <w:pPr>
        <w:spacing w:before="0" w:after="80" w:line="300" w:lineRule="auto"/>
        <w:jc w:val="left"/>
      </w:pPr>
      <w:r>
        <w:rPr>
          <w:rFonts w:ascii="Times New Roman" w:hAnsi="Times New Roman" w:eastAsia="宋体"/>
          <w:b w:val="0"/>
          <w:i w:val="0"/>
          <w:sz w:val="21"/>
        </w:rPr>
        <w:t>半径从 2 变为 3，所以位似比例因子为 3/2。位似中心 C 在 A(2,2) 与 A'(5,6) 所在的直线上。</w:t>
      </w:r>
    </w:p>
    <w:p>
      <w:pPr>
        <w:spacing w:before="0" w:after="80" w:line="300" w:lineRule="auto"/>
        <w:jc w:val="left"/>
      </w:pPr>
      <w:r>
        <w:rPr>
          <w:rFonts w:ascii="Times New Roman" w:hAnsi="Times New Roman" w:eastAsia="宋体"/>
          <w:b w:val="0"/>
          <w:i w:val="0"/>
          <w:sz w:val="21"/>
        </w:rPr>
        <w:t>从 A 到 A' 的向量为 (3,4)。若 C 是位似中心，则由比例因子可得</w:t>
      </w:r>
    </w:p>
    <w:p>
      <w:pPr>
        <w:spacing w:before="0" w:after="80" w:line="300" w:lineRule="auto"/>
        <w:jc w:val="left"/>
      </w:pPr>
      <w:r>
        <w:rPr>
          <w:rFonts w:ascii="Times New Roman" w:hAnsi="Times New Roman" w:eastAsia="宋体"/>
          <w:b w:val="0"/>
          <w:i w:val="0"/>
          <w:sz w:val="21"/>
        </w:rPr>
        <w:t>A'-A=1/2(A-C)。</w:t>
      </w:r>
    </w:p>
    <w:p>
      <w:pPr>
        <w:spacing w:before="0" w:after="80" w:line="300" w:lineRule="auto"/>
        <w:jc w:val="left"/>
      </w:pPr>
      <w:r>
        <w:rPr>
          <w:rFonts w:ascii="Times New Roman" w:hAnsi="Times New Roman" w:eastAsia="宋体"/>
          <w:b w:val="0"/>
          <w:i w:val="0"/>
          <w:sz w:val="21"/>
        </w:rPr>
        <w:t>于是 A-C=2(3,4)，所以 C=(2,2)-2(3,4)=(-4,-6)。</w:t>
      </w:r>
    </w:p>
    <w:p>
      <w:pPr>
        <w:spacing w:before="0" w:after="80" w:line="300" w:lineRule="auto"/>
        <w:jc w:val="left"/>
      </w:pPr>
      <w:r>
        <w:rPr>
          <w:rFonts w:ascii="Times New Roman" w:hAnsi="Times New Roman" w:eastAsia="宋体"/>
          <w:b w:val="0"/>
          <w:i w:val="0"/>
          <w:sz w:val="21"/>
        </w:rPr>
        <w:t>以 C 为中心作比例因子为 3/2 的位似时，一个点移动的距离是它到 C 距离的一半。由于 CO=√((-4)²+(-6)²)=√(52)，原点移动的距离为 1/2√(52)=√(13)。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dilation scale factor is 3/2, since the radius changes from 2 to 3. The center of dilation C lies on the line through A(2,2) and A'(5,6).</w:t>
      </w:r>
    </w:p>
    <w:p>
      <w:pPr>
        <w:spacing w:before="0" w:after="80" w:line="300" w:lineRule="auto"/>
        <w:jc w:val="left"/>
      </w:pPr>
      <w:r>
        <w:rPr>
          <w:rFonts w:ascii="Times New Roman" w:hAnsi="Times New Roman" w:eastAsia="宋体"/>
          <w:b w:val="0"/>
          <w:i w:val="0"/>
          <w:color w:val="333333"/>
          <w:sz w:val="19"/>
        </w:rPr>
        <w:t>The vector from A to A' is (3,4). If C is the dilation center, then the scale factor gives</w:t>
      </w:r>
    </w:p>
    <w:p>
      <w:pPr>
        <w:spacing w:before="0" w:after="80" w:line="300" w:lineRule="auto"/>
        <w:jc w:val="left"/>
      </w:pPr>
      <w:r>
        <w:rPr>
          <w:rFonts w:ascii="Times New Roman" w:hAnsi="Times New Roman" w:eastAsia="宋体"/>
          <w:b w:val="0"/>
          <w:i w:val="0"/>
          <w:color w:val="333333"/>
          <w:sz w:val="19"/>
        </w:rPr>
        <w:t>A'-A=1/2(A-C).</w:t>
      </w:r>
    </w:p>
    <w:p>
      <w:pPr>
        <w:spacing w:before="0" w:after="80" w:line="300" w:lineRule="auto"/>
        <w:jc w:val="left"/>
      </w:pPr>
      <w:r>
        <w:rPr>
          <w:rFonts w:ascii="Times New Roman" w:hAnsi="Times New Roman" w:eastAsia="宋体"/>
          <w:b w:val="0"/>
          <w:i w:val="0"/>
          <w:color w:val="333333"/>
          <w:sz w:val="19"/>
        </w:rPr>
        <w:t>Thus A-C=2(3,4), so C=(2,2)-2(3,4)=(-4,-6).</w:t>
      </w:r>
    </w:p>
    <w:p>
      <w:pPr>
        <w:spacing w:before="0" w:after="80" w:line="300" w:lineRule="auto"/>
        <w:jc w:val="left"/>
      </w:pPr>
      <w:r>
        <w:rPr>
          <w:rFonts w:ascii="Times New Roman" w:hAnsi="Times New Roman" w:eastAsia="宋体"/>
          <w:b w:val="0"/>
          <w:i w:val="0"/>
          <w:color w:val="333333"/>
          <w:sz w:val="19"/>
        </w:rPr>
        <w:t>Under a scale factor 3/2 dilation about C, a point moves by half its distance from C. Since CO=√((-4)²+(-6)²)=√(52), the origin moves 1/2√(52)=√(13).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21 题　答案 B</w:t>
      </w:r>
    </w:p>
    <w:p>
      <w:pPr>
        <w:spacing w:before="0" w:after="80" w:line="300" w:lineRule="auto"/>
        <w:jc w:val="left"/>
      </w:pPr>
      <w:r>
        <w:rPr>
          <w:rFonts w:ascii="Times New Roman" w:hAnsi="Times New Roman" w:eastAsia="宋体"/>
          <w:b w:val="0"/>
          <w:i w:val="0"/>
          <w:sz w:val="21"/>
        </w:rPr>
        <w:t>这个方程在四个象限中都是对称的。在第一象限里它化为</w:t>
      </w:r>
    </w:p>
    <w:p>
      <w:pPr>
        <w:spacing w:before="0" w:after="80" w:line="300" w:lineRule="auto"/>
        <w:jc w:val="left"/>
      </w:pPr>
      <w:r>
        <w:rPr>
          <w:rFonts w:ascii="Times New Roman" w:hAnsi="Times New Roman" w:eastAsia="宋体"/>
          <w:b w:val="0"/>
          <w:i w:val="0"/>
          <w:sz w:val="21"/>
        </w:rPr>
        <w:t>x²+y²=x+y，</w:t>
      </w:r>
    </w:p>
    <w:p>
      <w:pPr>
        <w:spacing w:before="0" w:after="80" w:line="300" w:lineRule="auto"/>
        <w:jc w:val="left"/>
      </w:pPr>
      <w:r>
        <w:rPr>
          <w:rFonts w:ascii="Times New Roman" w:hAnsi="Times New Roman" w:eastAsia="宋体"/>
          <w:b w:val="0"/>
          <w:i w:val="0"/>
          <w:sz w:val="21"/>
        </w:rPr>
        <w:t>即</w:t>
      </w:r>
    </w:p>
    <w:p>
      <w:pPr>
        <w:spacing w:before="0" w:after="80" w:line="300" w:lineRule="auto"/>
        <w:jc w:val="left"/>
      </w:pPr>
      <w:r>
        <w:rPr>
          <w:rFonts w:ascii="Times New Roman" w:hAnsi="Times New Roman" w:eastAsia="宋体"/>
          <w:b w:val="0"/>
          <w:i w:val="0"/>
          <w:sz w:val="21"/>
        </w:rPr>
        <w:t>(x-1/2)²+(y-1/2)²=1/2。</w:t>
      </w:r>
    </w:p>
    <w:p>
      <w:pPr>
        <w:spacing w:before="0" w:after="80" w:line="300" w:lineRule="auto"/>
        <w:jc w:val="left"/>
      </w:pPr>
      <w:r>
        <w:rPr>
          <w:rFonts w:ascii="Times New Roman" w:hAnsi="Times New Roman" w:eastAsia="宋体"/>
          <w:b w:val="0"/>
          <w:i w:val="0"/>
          <w:sz w:val="21"/>
        </w:rPr>
        <w:t>在第一象限中，围成的区域是直线 x+y=1 下方的三角形，面积为 1/2，再加上一个半径为 √(1/2) 的半圆，面积为 π/4。</w:t>
      </w:r>
    </w:p>
    <w:p>
      <w:pPr>
        <w:spacing w:before="0" w:after="80" w:line="300" w:lineRule="auto"/>
        <w:jc w:val="left"/>
      </w:pPr>
      <w:r>
        <w:rPr>
          <w:rFonts w:ascii="Times New Roman" w:hAnsi="Times New Roman" w:eastAsia="宋体"/>
          <w:b w:val="0"/>
          <w:i w:val="0"/>
          <w:sz w:val="21"/>
        </w:rPr>
        <w:t>乘以 4，总面积为</w:t>
      </w:r>
    </w:p>
    <w:p>
      <w:pPr>
        <w:spacing w:before="0" w:after="80" w:line="300" w:lineRule="auto"/>
        <w:jc w:val="left"/>
      </w:pPr>
      <w:r>
        <w:rPr>
          <w:rFonts w:ascii="Times New Roman" w:hAnsi="Times New Roman" w:eastAsia="宋体"/>
          <w:b w:val="0"/>
          <w:i w:val="0"/>
          <w:sz w:val="21"/>
        </w:rPr>
        <w:t>4(1/2+π/4)=2+π。</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equation is symmetric in all four quadrants. In the first quadrant it becomes</w:t>
      </w:r>
    </w:p>
    <w:p>
      <w:pPr>
        <w:spacing w:before="0" w:after="80" w:line="300" w:lineRule="auto"/>
        <w:jc w:val="left"/>
      </w:pPr>
      <w:r>
        <w:rPr>
          <w:rFonts w:ascii="Times New Roman" w:hAnsi="Times New Roman" w:eastAsia="宋体"/>
          <w:b w:val="0"/>
          <w:i w:val="0"/>
          <w:color w:val="333333"/>
          <w:sz w:val="19"/>
        </w:rPr>
        <w:t>x²+y²=x+y,</w:t>
      </w:r>
    </w:p>
    <w:p>
      <w:pPr>
        <w:spacing w:before="0" w:after="80" w:line="300" w:lineRule="auto"/>
        <w:jc w:val="left"/>
      </w:pPr>
      <w:r>
        <w:rPr>
          <w:rFonts w:ascii="Times New Roman" w:hAnsi="Times New Roman" w:eastAsia="宋体"/>
          <w:b w:val="0"/>
          <w:i w:val="0"/>
          <w:color w:val="333333"/>
          <w:sz w:val="19"/>
        </w:rPr>
        <w:t>or</w:t>
      </w:r>
    </w:p>
    <w:p>
      <w:pPr>
        <w:spacing w:before="0" w:after="80" w:line="300" w:lineRule="auto"/>
        <w:jc w:val="left"/>
      </w:pPr>
      <w:r>
        <w:rPr>
          <w:rFonts w:ascii="Times New Roman" w:hAnsi="Times New Roman" w:eastAsia="宋体"/>
          <w:b w:val="0"/>
          <w:i w:val="0"/>
          <w:color w:val="333333"/>
          <w:sz w:val="19"/>
        </w:rPr>
        <w:t>(x-1/2)²+(y-1/2)²=1/2.</w:t>
      </w:r>
    </w:p>
    <w:p>
      <w:pPr>
        <w:spacing w:before="0" w:after="80" w:line="300" w:lineRule="auto"/>
        <w:jc w:val="left"/>
      </w:pPr>
      <w:r>
        <w:rPr>
          <w:rFonts w:ascii="Times New Roman" w:hAnsi="Times New Roman" w:eastAsia="宋体"/>
          <w:b w:val="0"/>
          <w:i w:val="0"/>
          <w:color w:val="333333"/>
          <w:sz w:val="19"/>
        </w:rPr>
        <w:t>In the first quadrant, the enclosed region is the triangle under x+y=1, with area 1/2, plus a semicircle of radius √(1/2), with area π/4.</w:t>
      </w:r>
    </w:p>
    <w:p>
      <w:pPr>
        <w:spacing w:before="0" w:after="80" w:line="300" w:lineRule="auto"/>
        <w:jc w:val="left"/>
      </w:pPr>
      <w:r>
        <w:rPr>
          <w:rFonts w:ascii="Times New Roman" w:hAnsi="Times New Roman" w:eastAsia="宋体"/>
          <w:b w:val="0"/>
          <w:i w:val="0"/>
          <w:color w:val="333333"/>
          <w:sz w:val="19"/>
        </w:rPr>
        <w:t>Multiplying by 4, the total area is</w:t>
      </w:r>
    </w:p>
    <w:p>
      <w:pPr>
        <w:spacing w:before="0" w:after="80" w:line="300" w:lineRule="auto"/>
        <w:jc w:val="left"/>
      </w:pPr>
      <w:r>
        <w:rPr>
          <w:rFonts w:ascii="Times New Roman" w:hAnsi="Times New Roman" w:eastAsia="宋体"/>
          <w:b w:val="0"/>
          <w:i w:val="0"/>
          <w:color w:val="333333"/>
          <w:sz w:val="19"/>
        </w:rPr>
        <w:t>4(1/2+π/4)=2+π.</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22 题　答案 A</w:t>
      </w:r>
    </w:p>
    <w:p>
      <w:pPr>
        <w:spacing w:before="0" w:after="80" w:line="300" w:lineRule="auto"/>
        <w:jc w:val="left"/>
      </w:pPr>
      <w:r>
        <w:rPr>
          <w:rFonts w:ascii="Times New Roman" w:hAnsi="Times New Roman" w:eastAsia="宋体"/>
          <w:b w:val="0"/>
          <w:i w:val="0"/>
          <w:sz w:val="21"/>
        </w:rPr>
        <w:t>队伍总数为 10+10+1=21。因此三队集合总数为 C(21, 3) = 1330。</w:t>
      </w:r>
    </w:p>
    <w:p>
      <w:pPr>
        <w:spacing w:before="0" w:after="80" w:line="300" w:lineRule="auto"/>
        <w:jc w:val="left"/>
      </w:pPr>
      <w:r>
        <w:rPr>
          <w:rFonts w:ascii="Times New Roman" w:hAnsi="Times New Roman" w:eastAsia="宋体"/>
          <w:b w:val="0"/>
          <w:i w:val="0"/>
          <w:sz w:val="21"/>
        </w:rPr>
        <w:t>没有循环胜负的三队集合中，有一支队伍击败另外两支。选择这支队伍有 21 种方法，再从它击败的十支队伍中选两支，有 C(10, 2) = 45 种方法。因此非循环集合有 21· 45=945 个，循环集合数为 1330-945=385。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total number of teams is 10+10+1=21. The total number of sets is therefore C(21, 3) = 1330.</w:t>
      </w:r>
    </w:p>
    <w:p>
      <w:pPr>
        <w:spacing w:before="0" w:after="80" w:line="300" w:lineRule="auto"/>
        <w:jc w:val="left"/>
      </w:pPr>
      <w:r>
        <w:rPr>
          <w:rFonts w:ascii="Times New Roman" w:hAnsi="Times New Roman" w:eastAsia="宋体"/>
          <w:b w:val="0"/>
          <w:i w:val="0"/>
          <w:color w:val="333333"/>
          <w:sz w:val="19"/>
        </w:rPr>
        <w:t>Now, we must subtract the total number of sets such that there is no cycle. This only happens if one team beats the other two teams. There are 21 choices for the team that beat the other two and C(10, 2) = 45 ways to choose the teams they beat. Thus, the total of non-cycles is 21· 45=945. This means the total number of cycles is 1330-945=385.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23 题　答案 C</w:t>
      </w:r>
    </w:p>
    <w:p>
      <w:pPr>
        <w:spacing w:before="80" w:after="80"/>
        <w:jc w:val="center"/>
      </w:pPr>
      <w:r>
        <w:drawing>
          <wp:inline xmlns:a="http://schemas.openxmlformats.org/drawingml/2006/main" xmlns:pic="http://schemas.openxmlformats.org/drawingml/2006/picture">
            <wp:extent cx="1492751" cy="1287770"/>
            <wp:docPr id="5" name="Picture 5"/>
            <wp:cNvGraphicFramePr>
              <a:graphicFrameLocks noChangeAspect="1"/>
            </wp:cNvGraphicFramePr>
            <a:graphic>
              <a:graphicData uri="http://schemas.openxmlformats.org/drawingml/2006/picture">
                <pic:pic>
                  <pic:nvPicPr>
                    <pic:cNvPr id="0" name="q23-sol-1@300dpi.png"/>
                    <pic:cNvPicPr/>
                  </pic:nvPicPr>
                  <pic:blipFill>
                    <a:blip r:embed="rId11"/>
                    <a:stretch>
                      <a:fillRect/>
                    </a:stretch>
                  </pic:blipFill>
                  <pic:spPr>
                    <a:xfrm>
                      <a:off x="0" y="0"/>
                      <a:ext cx="1492751" cy="1287770"/>
                    </a:xfrm>
                    <a:prstGeom prst="rect"/>
                  </pic:spPr>
                </pic:pic>
              </a:graphicData>
            </a:graphic>
          </wp:inline>
        </w:drawing>
      </w:r>
    </w:p>
    <w:p>
      <w:pPr>
        <w:spacing w:before="0" w:after="80" w:line="300" w:lineRule="auto"/>
        <w:jc w:val="left"/>
      </w:pPr>
      <w:r>
        <w:rPr>
          <w:rFonts w:ascii="Times New Roman" w:hAnsi="Times New Roman" w:eastAsia="宋体"/>
          <w:b w:val="0"/>
          <w:i w:val="0"/>
          <w:sz w:val="21"/>
        </w:rPr>
        <w:t>延长 FE 和 CD，直到它们相交于点 P。</w:t>
      </w:r>
    </w:p>
    <w:p>
      <w:pPr>
        <w:spacing w:before="80" w:after="80"/>
        <w:jc w:val="center"/>
      </w:pPr>
      <w:r>
        <w:drawing>
          <wp:inline xmlns:a="http://schemas.openxmlformats.org/drawingml/2006/main" xmlns:pic="http://schemas.openxmlformats.org/drawingml/2006/picture">
            <wp:extent cx="1492751" cy="1263869"/>
            <wp:docPr id="6" name="Picture 6"/>
            <wp:cNvGraphicFramePr>
              <a:graphicFrameLocks noChangeAspect="1"/>
            </wp:cNvGraphicFramePr>
            <a:graphic>
              <a:graphicData uri="http://schemas.openxmlformats.org/drawingml/2006/picture">
                <pic:pic>
                  <pic:nvPicPr>
                    <pic:cNvPr id="0" name="q23-sol-2@300dpi.png"/>
                    <pic:cNvPicPr/>
                  </pic:nvPicPr>
                  <pic:blipFill>
                    <a:blip r:embed="rId12"/>
                    <a:stretch>
                      <a:fillRect/>
                    </a:stretch>
                  </pic:blipFill>
                  <pic:spPr>
                    <a:xfrm>
                      <a:off x="0" y="0"/>
                      <a:ext cx="1492751" cy="1263869"/>
                    </a:xfrm>
                    <a:prstGeom prst="rect"/>
                  </pic:spPr>
                </pic:pic>
              </a:graphicData>
            </a:graphic>
          </wp:inline>
        </w:drawing>
      </w:r>
    </w:p>
    <w:p>
      <w:pPr>
        <w:spacing w:before="0" w:after="80" w:line="300" w:lineRule="auto"/>
        <w:jc w:val="left"/>
      </w:pPr>
      <w:r>
        <w:rPr>
          <w:rFonts w:ascii="Times New Roman" w:hAnsi="Times New Roman" w:eastAsia="宋体"/>
          <w:b w:val="0"/>
          <w:i w:val="0"/>
          <w:sz w:val="21"/>
        </w:rPr>
        <w:t>设 d 为 ZW 与 FC 之间的距离。因为题中的四条直线彼此等距，且 FC 恰好位于 ZW 与 YX 的正中间，所以 ED 到 ZW 的距离是 2d。设从 P 到 ED 的高为 h。等边三角形 PED 与 PFC 的边长之比为 1:2，所以它们的高满足</w:t>
      </w:r>
    </w:p>
    <w:p>
      <w:pPr>
        <w:spacing w:before="0" w:after="80" w:line="300" w:lineRule="auto"/>
        <w:jc w:val="left"/>
      </w:pPr>
      <w:r>
        <w:rPr>
          <w:rFonts w:ascii="Times New Roman" w:hAnsi="Times New Roman" w:eastAsia="宋体"/>
          <w:b w:val="0"/>
          <w:i w:val="0"/>
          <w:sz w:val="21"/>
        </w:rPr>
        <w:t>h+3d=2h，</w:t>
      </w:r>
    </w:p>
    <w:p>
      <w:pPr>
        <w:spacing w:before="0" w:after="80" w:line="300" w:lineRule="auto"/>
        <w:jc w:val="left"/>
      </w:pPr>
      <w:r>
        <w:rPr>
          <w:rFonts w:ascii="Times New Roman" w:hAnsi="Times New Roman" w:eastAsia="宋体"/>
          <w:b w:val="0"/>
          <w:i w:val="0"/>
          <w:sz w:val="21"/>
        </w:rPr>
        <w:t>从而 h=3d。因此 PZW 与 PED 的边长之比为</w:t>
      </w:r>
    </w:p>
    <w:p>
      <w:pPr>
        <w:spacing w:before="0" w:after="80" w:line="300" w:lineRule="auto"/>
        <w:jc w:val="left"/>
      </w:pPr>
      <w:r>
        <w:rPr>
          <w:rFonts w:ascii="Times New Roman" w:hAnsi="Times New Roman" w:eastAsia="宋体"/>
          <w:b w:val="0"/>
          <w:i w:val="0"/>
          <w:sz w:val="21"/>
        </w:rPr>
        <w:t>h+2d/h=5/3。</w:t>
      </w:r>
    </w:p>
    <w:p>
      <w:pPr>
        <w:spacing w:before="0" w:after="80" w:line="300" w:lineRule="auto"/>
        <w:jc w:val="left"/>
      </w:pPr>
      <w:r>
        <w:rPr>
          <w:rFonts w:ascii="Times New Roman" w:hAnsi="Times New Roman" w:eastAsia="宋体"/>
          <w:b w:val="0"/>
          <w:i w:val="0"/>
          <w:sz w:val="21"/>
        </w:rPr>
        <w:t>取 [PED]=1，由相似可得 [PZW]=25/9 和 [PFC]=4。于是</w:t>
      </w:r>
    </w:p>
    <w:p>
      <w:pPr>
        <w:spacing w:before="0" w:after="80" w:line="300" w:lineRule="auto"/>
        <w:jc w:val="left"/>
      </w:pPr>
      <w:r>
        <w:rPr>
          <w:rFonts w:ascii="Times New Roman" w:hAnsi="Times New Roman" w:eastAsia="宋体"/>
          <w:b w:val="0"/>
          <w:i w:val="0"/>
          <w:sz w:val="21"/>
        </w:rPr>
        <w:t>[ZWCF]=4-25/9=11/9,</w:t>
      </w:r>
    </w:p>
    <w:p>
      <w:pPr>
        <w:spacing w:before="0" w:after="80" w:line="300" w:lineRule="auto"/>
        <w:jc w:val="left"/>
      </w:pPr>
      <w:r>
        <w:rPr>
          <w:rFonts w:ascii="Times New Roman" w:hAnsi="Times New Roman" w:eastAsia="宋体"/>
          <w:b w:val="0"/>
          <w:i w:val="0"/>
          <w:sz w:val="21"/>
        </w:rPr>
        <w:t>=4-1=3</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所求的六边形由两块全等的 ZWCF 拼成，而正六边形由两块全等的 EDCF 拼成。因此所求的比值是 (11/9)/3=11/27。</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80" w:after="80"/>
        <w:jc w:val="center"/>
      </w:pPr>
      <w:r>
        <w:drawing>
          <wp:inline xmlns:a="http://schemas.openxmlformats.org/drawingml/2006/main" xmlns:pic="http://schemas.openxmlformats.org/drawingml/2006/picture">
            <wp:extent cx="1492751" cy="1287770"/>
            <wp:docPr id="7" name="Picture 7"/>
            <wp:cNvGraphicFramePr>
              <a:graphicFrameLocks noChangeAspect="1"/>
            </wp:cNvGraphicFramePr>
            <a:graphic>
              <a:graphicData uri="http://schemas.openxmlformats.org/drawingml/2006/picture">
                <pic:pic>
                  <pic:nvPicPr>
                    <pic:cNvPr id="0" name="q23-sol-1@300dpi.png"/>
                    <pic:cNvPicPr/>
                  </pic:nvPicPr>
                  <pic:blipFill>
                    <a:blip r:embed="rId11"/>
                    <a:stretch>
                      <a:fillRect/>
                    </a:stretch>
                  </pic:blipFill>
                  <pic:spPr>
                    <a:xfrm>
                      <a:off x="0" y="0"/>
                      <a:ext cx="1492751" cy="1287770"/>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Extend FE and CD until they meet at P.</w:t>
      </w:r>
    </w:p>
    <w:p>
      <w:pPr>
        <w:spacing w:before="80" w:after="80"/>
        <w:jc w:val="center"/>
      </w:pPr>
      <w:r>
        <w:drawing>
          <wp:inline xmlns:a="http://schemas.openxmlformats.org/drawingml/2006/main" xmlns:pic="http://schemas.openxmlformats.org/drawingml/2006/picture">
            <wp:extent cx="1492751" cy="1263869"/>
            <wp:docPr id="8" name="Picture 8"/>
            <wp:cNvGraphicFramePr>
              <a:graphicFrameLocks noChangeAspect="1"/>
            </wp:cNvGraphicFramePr>
            <a:graphic>
              <a:graphicData uri="http://schemas.openxmlformats.org/drawingml/2006/picture">
                <pic:pic>
                  <pic:nvPicPr>
                    <pic:cNvPr id="0" name="q23-sol-2@300dpi.png"/>
                    <pic:cNvPicPr/>
                  </pic:nvPicPr>
                  <pic:blipFill>
                    <a:blip r:embed="rId12"/>
                    <a:stretch>
                      <a:fillRect/>
                    </a:stretch>
                  </pic:blipFill>
                  <pic:spPr>
                    <a:xfrm>
                      <a:off x="0" y="0"/>
                      <a:ext cx="1492751" cy="1263869"/>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Let d be the distance between ZW and FC. Because the four given lines are equally spaced and FC lies halfway between ZW and YX, the distance from ED to ZW is 2d. Let the altitude from P to ED be h. The equilateral triangles PED and PFC have side lengths in the ratio 1:2, so their altitudes satisfy</w:t>
      </w:r>
    </w:p>
    <w:p>
      <w:pPr>
        <w:spacing w:before="0" w:after="80" w:line="300" w:lineRule="auto"/>
        <w:jc w:val="left"/>
      </w:pPr>
      <w:r>
        <w:rPr>
          <w:rFonts w:ascii="Times New Roman" w:hAnsi="Times New Roman" w:eastAsia="宋体"/>
          <w:b w:val="0"/>
          <w:i w:val="0"/>
          <w:color w:val="333333"/>
          <w:sz w:val="19"/>
        </w:rPr>
        <w:t>h+3d=2h,</w:t>
      </w:r>
    </w:p>
    <w:p>
      <w:pPr>
        <w:spacing w:before="0" w:after="80" w:line="300" w:lineRule="auto"/>
        <w:jc w:val="left"/>
      </w:pPr>
      <w:r>
        <w:rPr>
          <w:rFonts w:ascii="Times New Roman" w:hAnsi="Times New Roman" w:eastAsia="宋体"/>
          <w:b w:val="0"/>
          <w:i w:val="0"/>
          <w:color w:val="333333"/>
          <w:sz w:val="19"/>
        </w:rPr>
        <w:t>giving h=3d. Therefore the side-length ratio of PZW to PED is</w:t>
      </w:r>
    </w:p>
    <w:p>
      <w:pPr>
        <w:spacing w:before="0" w:after="80" w:line="300" w:lineRule="auto"/>
        <w:jc w:val="left"/>
      </w:pPr>
      <w:r>
        <w:rPr>
          <w:rFonts w:ascii="Times New Roman" w:hAnsi="Times New Roman" w:eastAsia="宋体"/>
          <w:b w:val="0"/>
          <w:i w:val="0"/>
          <w:color w:val="333333"/>
          <w:sz w:val="19"/>
        </w:rPr>
        <w:t>h+2d/h=5/3.</w:t>
      </w:r>
    </w:p>
    <w:p>
      <w:pPr>
        <w:spacing w:before="0" w:after="80" w:line="300" w:lineRule="auto"/>
        <w:jc w:val="left"/>
      </w:pPr>
      <w:r>
        <w:rPr>
          <w:rFonts w:ascii="Times New Roman" w:hAnsi="Times New Roman" w:eastAsia="宋体"/>
          <w:b w:val="0"/>
          <w:i w:val="0"/>
          <w:color w:val="333333"/>
          <w:sz w:val="19"/>
        </w:rPr>
        <w:t>Taking [PED]=1, similarity gives [PZW]=25/9 and [PFC]=4. Hence</w:t>
      </w:r>
    </w:p>
    <w:p>
      <w:pPr>
        <w:spacing w:before="0" w:after="80" w:line="300" w:lineRule="auto"/>
        <w:jc w:val="left"/>
      </w:pPr>
      <w:r>
        <w:rPr>
          <w:rFonts w:ascii="Times New Roman" w:hAnsi="Times New Roman" w:eastAsia="宋体"/>
          <w:b w:val="0"/>
          <w:i w:val="0"/>
          <w:color w:val="333333"/>
          <w:sz w:val="19"/>
        </w:rPr>
        <w:t>[ZWCF]=4-25/9=11/9,</w:t>
      </w:r>
    </w:p>
    <w:p>
      <w:pPr>
        <w:spacing w:before="0" w:after="80" w:line="300" w:lineRule="auto"/>
        <w:jc w:val="left"/>
      </w:pPr>
      <w:r>
        <w:rPr>
          <w:rFonts w:ascii="Times New Roman" w:hAnsi="Times New Roman" w:eastAsia="宋体"/>
          <w:b w:val="0"/>
          <w:i w:val="0"/>
          <w:color w:val="333333"/>
          <w:sz w:val="19"/>
        </w:rPr>
        <w:t>=4-1=3.</w:t>
      </w:r>
    </w:p>
    <w:p>
      <w:pPr>
        <w:spacing w:before="0" w:after="80" w:line="300" w:lineRule="auto"/>
        <w:jc w:val="left"/>
      </w:pPr>
      <w:r>
        <w:rPr>
          <w:rFonts w:ascii="Times New Roman" w:hAnsi="Times New Roman" w:eastAsia="宋体"/>
          <w:b w:val="0"/>
          <w:i w:val="0"/>
          <w:color w:val="333333"/>
          <w:sz w:val="19"/>
        </w:rPr>
        <w:t>The desired hexagon consists of two congruent copies of ZWCF, while the regular hexagon consists of two congruent copies of EDCF. Thus the requested ratio is (11/9)/3=11/27.</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24 题　答案 D</w:t>
      </w:r>
    </w:p>
    <w:p>
      <w:pPr>
        <w:spacing w:before="0" w:after="80" w:line="300" w:lineRule="auto"/>
        <w:jc w:val="left"/>
      </w:pPr>
      <w:r>
        <w:rPr>
          <w:rFonts w:ascii="Times New Roman" w:hAnsi="Times New Roman" w:eastAsia="宋体"/>
          <w:b w:val="0"/>
          <w:i w:val="0"/>
          <w:sz w:val="21"/>
        </w:rPr>
        <w:t>由 ab情况 1：</w:t>
      </w:r>
    </w:p>
    <w:p>
      <w:pPr>
        <w:spacing w:before="0" w:after="80" w:line="300" w:lineRule="auto"/>
        <w:jc w:val="left"/>
      </w:pPr>
      <w:r>
        <w:rPr>
          <w:rFonts w:ascii="Times New Roman" w:hAnsi="Times New Roman" w:eastAsia="宋体"/>
          <w:b w:val="0"/>
          <w:i w:val="0"/>
          <w:sz w:val="21"/>
        </w:rPr>
        <w:t>-b+2c-d=10,</w:t>
      </w:r>
    </w:p>
    <w:p>
      <w:pPr>
        <w:spacing w:before="0" w:after="80" w:line="300" w:lineRule="auto"/>
        <w:jc w:val="left"/>
      </w:pPr>
      <w:r>
        <w:rPr>
          <w:rFonts w:ascii="Times New Roman" w:hAnsi="Times New Roman" w:eastAsia="宋体"/>
          <w:b w:val="0"/>
          <w:i w:val="0"/>
          <w:sz w:val="21"/>
        </w:rPr>
        <w:t>a=2b-c+1</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下面逐一考察 c 的可能值。</w:t>
      </w:r>
    </w:p>
    <w:p>
      <w:pPr>
        <w:spacing w:before="0" w:after="80" w:line="300" w:lineRule="auto"/>
        <w:jc w:val="left"/>
      </w:pPr>
      <w:r>
        <w:rPr>
          <w:rFonts w:ascii="Times New Roman" w:hAnsi="Times New Roman" w:eastAsia="宋体"/>
          <w:b w:val="0"/>
          <w:i w:val="0"/>
          <w:sz w:val="21"/>
        </w:rPr>
        <w:t>c=6：b+d=2, 2b-5=a。由第一个方程有 b≤ 2，但这无法满足第二个方程。</w:t>
      </w:r>
    </w:p>
    <w:p>
      <w:pPr>
        <w:spacing w:before="0" w:after="80" w:line="300" w:lineRule="auto"/>
        <w:jc w:val="left"/>
      </w:pPr>
      <w:r>
        <w:rPr>
          <w:rFonts w:ascii="Times New Roman" w:hAnsi="Times New Roman" w:eastAsia="宋体"/>
          <w:b w:val="0"/>
          <w:i w:val="0"/>
          <w:sz w:val="21"/>
        </w:rPr>
        <w:t>c=7：b+d=4, 2b-6=a。由第一个方程有 b≤ 4，由第二个方程有 b &gt; 3，所以只有 b=4 这一种情况。</w:t>
      </w:r>
    </w:p>
    <w:p>
      <w:pPr>
        <w:spacing w:before="0" w:after="80" w:line="300" w:lineRule="auto"/>
        <w:jc w:val="left"/>
      </w:pPr>
      <w:r>
        <w:rPr>
          <w:rFonts w:ascii="Times New Roman" w:hAnsi="Times New Roman" w:eastAsia="宋体"/>
          <w:b w:val="0"/>
          <w:i w:val="0"/>
          <w:sz w:val="21"/>
        </w:rPr>
        <w:t>c=8：b+d=6, 2b-7=a。由第一个方程有 b≤ 6，由第二个方程有 b &gt; 3，所以 b=4,5,6。给出三种情况。</w:t>
      </w:r>
    </w:p>
    <w:p>
      <w:pPr>
        <w:spacing w:before="0" w:after="80" w:line="300" w:lineRule="auto"/>
        <w:jc w:val="left"/>
      </w:pPr>
      <w:r>
        <w:rPr>
          <w:rFonts w:ascii="Times New Roman" w:hAnsi="Times New Roman" w:eastAsia="宋体"/>
          <w:b w:val="0"/>
          <w:i w:val="0"/>
          <w:sz w:val="21"/>
        </w:rPr>
        <w:t>c=9：b+d=8, 2b-8=a。由第一个方程有 b≤ 8，由第二个方程有 b &gt; 4，所以 b=5,6,7,8。给出四种情况。本情况的解为</w:t>
      </w:r>
    </w:p>
    <w:p>
      <w:pPr>
        <w:spacing w:before="0" w:after="80" w:line="300" w:lineRule="auto"/>
        <w:jc w:val="left"/>
      </w:pPr>
      <w:r>
        <w:rPr>
          <w:rFonts w:ascii="Times New Roman" w:hAnsi="Times New Roman" w:eastAsia="宋体"/>
          <w:b w:val="0"/>
          <w:i w:val="0"/>
          <w:sz w:val="21"/>
        </w:rPr>
        <w:t>2470,1482,3581,5680,</w:t>
      </w:r>
    </w:p>
    <w:p>
      <w:pPr>
        <w:spacing w:before="0" w:after="80" w:line="300" w:lineRule="auto"/>
        <w:jc w:val="left"/>
      </w:pPr>
      <w:r>
        <w:rPr>
          <w:rFonts w:ascii="Times New Roman" w:hAnsi="Times New Roman" w:eastAsia="宋体"/>
          <w:b w:val="0"/>
          <w:i w:val="0"/>
          <w:sz w:val="21"/>
        </w:rPr>
        <w:t>2593,4692,6791,8890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共 8 个。</w:t>
      </w:r>
    </w:p>
    <w:p>
      <w:pPr>
        <w:spacing w:before="0" w:after="80" w:line="300" w:lineRule="auto"/>
        <w:jc w:val="left"/>
      </w:pPr>
      <w:r>
        <w:rPr>
          <w:rFonts w:ascii="Times New Roman" w:hAnsi="Times New Roman" w:eastAsia="宋体"/>
          <w:b/>
          <w:i w:val="0"/>
          <w:sz w:val="21"/>
        </w:rPr>
        <w:t>情况 2：</w:t>
      </w:r>
    </w:p>
    <w:p>
      <w:pPr>
        <w:spacing w:before="0" w:after="80" w:line="300" w:lineRule="auto"/>
        <w:jc w:val="left"/>
      </w:pPr>
      <w:r>
        <w:rPr>
          <w:rFonts w:ascii="Times New Roman" w:hAnsi="Times New Roman" w:eastAsia="宋体"/>
          <w:b w:val="0"/>
          <w:i w:val="0"/>
          <w:sz w:val="21"/>
        </w:rPr>
        <w:t>-b+2c-d=0，</w:t>
      </w:r>
    </w:p>
    <w:p>
      <w:pPr>
        <w:spacing w:before="0" w:after="80" w:line="300" w:lineRule="auto"/>
        <w:jc w:val="left"/>
      </w:pPr>
      <w:r>
        <w:rPr>
          <w:rFonts w:ascii="Times New Roman" w:hAnsi="Times New Roman" w:eastAsia="宋体"/>
          <w:b w:val="0"/>
          <w:i w:val="0"/>
          <w:sz w:val="21"/>
        </w:rPr>
        <w:t>2b-a-c=0，</w:t>
      </w:r>
    </w:p>
    <w:p>
      <w:pPr>
        <w:spacing w:before="0" w:after="80" w:line="300" w:lineRule="auto"/>
        <w:jc w:val="left"/>
      </w:pPr>
      <w:r>
        <w:rPr>
          <w:rFonts w:ascii="Times New Roman" w:hAnsi="Times New Roman" w:eastAsia="宋体"/>
          <w:b w:val="0"/>
          <w:i w:val="0"/>
          <w:sz w:val="21"/>
        </w:rPr>
        <w:t>这表示四个数字构成等差数列。</w:t>
      </w:r>
    </w:p>
    <w:p>
      <w:pPr>
        <w:spacing w:before="0" w:after="80" w:line="300" w:lineRule="auto"/>
        <w:jc w:val="left"/>
      </w:pPr>
      <w:r>
        <w:rPr>
          <w:rFonts w:ascii="Times New Roman" w:hAnsi="Times New Roman" w:eastAsia="宋体"/>
          <w:b w:val="0"/>
          <w:i w:val="0"/>
          <w:sz w:val="21"/>
        </w:rPr>
        <w:t>若公差为 1，则 1 ≤ a ≤ 6，给出 6 个解。</w:t>
      </w:r>
    </w:p>
    <w:p>
      <w:pPr>
        <w:spacing w:before="0" w:after="80" w:line="300" w:lineRule="auto"/>
        <w:jc w:val="left"/>
      </w:pPr>
      <w:r>
        <w:rPr>
          <w:rFonts w:ascii="Times New Roman" w:hAnsi="Times New Roman" w:eastAsia="宋体"/>
          <w:b w:val="0"/>
          <w:i w:val="0"/>
          <w:sz w:val="21"/>
        </w:rPr>
        <w:t>若公差为 2，则 1 ≤ a ≤ 3，给出 3 个解。若公差至少为 3，就会迫使 d=a+3r&gt;9。因此本情况给出 9 个解。</w:t>
      </w:r>
    </w:p>
    <w:p>
      <w:pPr>
        <w:spacing w:before="0" w:after="80" w:line="300" w:lineRule="auto"/>
        <w:jc w:val="left"/>
      </w:pPr>
      <w:r>
        <w:rPr>
          <w:rFonts w:ascii="Times New Roman" w:hAnsi="Times New Roman" w:eastAsia="宋体"/>
          <w:b w:val="0"/>
          <w:i w:val="0"/>
          <w:sz w:val="21"/>
        </w:rPr>
        <w:t>总解数为 8+9 = 17。</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From abCase 1:</w:t>
      </w:r>
    </w:p>
    <w:p>
      <w:pPr>
        <w:spacing w:before="0" w:after="80" w:line="300" w:lineRule="auto"/>
        <w:jc w:val="left"/>
      </w:pPr>
      <w:r>
        <w:rPr>
          <w:rFonts w:ascii="Times New Roman" w:hAnsi="Times New Roman" w:eastAsia="宋体"/>
          <w:b w:val="0"/>
          <w:i w:val="0"/>
          <w:color w:val="333333"/>
          <w:sz w:val="19"/>
        </w:rPr>
        <w:t>-b+2c-d=10,</w:t>
      </w:r>
    </w:p>
    <w:p>
      <w:pPr>
        <w:spacing w:before="0" w:after="80" w:line="300" w:lineRule="auto"/>
        <w:jc w:val="left"/>
      </w:pPr>
      <w:r>
        <w:rPr>
          <w:rFonts w:ascii="Times New Roman" w:hAnsi="Times New Roman" w:eastAsia="宋体"/>
          <w:b w:val="0"/>
          <w:i w:val="0"/>
          <w:color w:val="333333"/>
          <w:sz w:val="19"/>
        </w:rPr>
        <w:t>a=2b-c+1.</w:t>
      </w:r>
    </w:p>
    <w:p>
      <w:pPr>
        <w:spacing w:before="0" w:after="80" w:line="300" w:lineRule="auto"/>
        <w:jc w:val="left"/>
      </w:pPr>
      <w:r>
        <w:rPr>
          <w:rFonts w:ascii="Times New Roman" w:hAnsi="Times New Roman" w:eastAsia="宋体"/>
          <w:b w:val="0"/>
          <w:i w:val="0"/>
          <w:color w:val="333333"/>
          <w:sz w:val="19"/>
        </w:rPr>
        <w:t>We can look at the possible values of c.</w:t>
      </w:r>
    </w:p>
    <w:p>
      <w:pPr>
        <w:spacing w:before="0" w:after="80" w:line="300" w:lineRule="auto"/>
        <w:jc w:val="left"/>
      </w:pPr>
      <w:r>
        <w:rPr>
          <w:rFonts w:ascii="Times New Roman" w:hAnsi="Times New Roman" w:eastAsia="宋体"/>
          <w:b w:val="0"/>
          <w:i w:val="0"/>
          <w:color w:val="333333"/>
          <w:sz w:val="19"/>
        </w:rPr>
        <w:t>c=6: b+d=2, 2b-5=a. Thus, b≤ 2 from the first equation, but can’t work for the second equation.</w:t>
      </w:r>
    </w:p>
    <w:p>
      <w:pPr>
        <w:spacing w:before="0" w:after="80" w:line="300" w:lineRule="auto"/>
        <w:jc w:val="left"/>
      </w:pPr>
      <w:r>
        <w:rPr>
          <w:rFonts w:ascii="Times New Roman" w:hAnsi="Times New Roman" w:eastAsia="宋体"/>
          <w:b w:val="0"/>
          <w:i w:val="0"/>
          <w:color w:val="333333"/>
          <w:sz w:val="19"/>
        </w:rPr>
        <w:t>c=7: b+d=4, 2b-6=a. Thus, b≤ 4 from the first equation, and b &gt; 3 from the second equation. This makes one case for b=4.</w:t>
      </w:r>
    </w:p>
    <w:p>
      <w:pPr>
        <w:spacing w:before="0" w:after="80" w:line="300" w:lineRule="auto"/>
        <w:jc w:val="left"/>
      </w:pPr>
      <w:r>
        <w:rPr>
          <w:rFonts w:ascii="Times New Roman" w:hAnsi="Times New Roman" w:eastAsia="宋体"/>
          <w:b w:val="0"/>
          <w:i w:val="0"/>
          <w:color w:val="333333"/>
          <w:sz w:val="19"/>
        </w:rPr>
        <w:t>c=8: b+d=6, 2b-7=a. Thus, b≤ 6 from the first equation, and b &gt; 3 from the second equation. This makes three cases for b=4,5,6.</w:t>
      </w:r>
    </w:p>
    <w:p>
      <w:pPr>
        <w:spacing w:before="0" w:after="80" w:line="300" w:lineRule="auto"/>
        <w:jc w:val="left"/>
      </w:pPr>
      <w:r>
        <w:rPr>
          <w:rFonts w:ascii="Times New Roman" w:hAnsi="Times New Roman" w:eastAsia="宋体"/>
          <w:b w:val="0"/>
          <w:i w:val="0"/>
          <w:color w:val="333333"/>
          <w:sz w:val="19"/>
        </w:rPr>
        <w:t>c=9: b+d=8, 2b-8=a. Thus, b≤ 8 from the first equation, and b &gt; 4 from the second equation. This makes four cases for b=5,6,7,8. Altogether this case gives</w:t>
      </w:r>
    </w:p>
    <w:p>
      <w:pPr>
        <w:spacing w:before="0" w:after="80" w:line="300" w:lineRule="auto"/>
        <w:jc w:val="left"/>
      </w:pPr>
      <w:r>
        <w:rPr>
          <w:rFonts w:ascii="Times New Roman" w:hAnsi="Times New Roman" w:eastAsia="宋体"/>
          <w:b w:val="0"/>
          <w:i w:val="0"/>
          <w:color w:val="333333"/>
          <w:sz w:val="19"/>
        </w:rPr>
        <w:t>2470,1482,3581,5680,</w:t>
      </w:r>
    </w:p>
    <w:p>
      <w:pPr>
        <w:spacing w:before="0" w:after="80" w:line="300" w:lineRule="auto"/>
        <w:jc w:val="left"/>
      </w:pPr>
      <w:r>
        <w:rPr>
          <w:rFonts w:ascii="Times New Roman" w:hAnsi="Times New Roman" w:eastAsia="宋体"/>
          <w:b w:val="0"/>
          <w:i w:val="0"/>
          <w:color w:val="333333"/>
          <w:sz w:val="19"/>
        </w:rPr>
        <w:t>2593,4692,6791,8890,</w:t>
      </w:r>
    </w:p>
    <w:p>
      <w:pPr>
        <w:spacing w:before="0" w:after="80" w:line="300" w:lineRule="auto"/>
        <w:jc w:val="left"/>
      </w:pPr>
      <w:r>
        <w:rPr>
          <w:rFonts w:ascii="Times New Roman" w:hAnsi="Times New Roman" w:eastAsia="宋体"/>
          <w:b w:val="0"/>
          <w:i w:val="0"/>
          <w:color w:val="333333"/>
          <w:sz w:val="19"/>
        </w:rPr>
        <w:t>for 8 solutions.</w:t>
      </w:r>
    </w:p>
    <w:p>
      <w:pPr>
        <w:spacing w:before="0" w:after="80" w:line="300" w:lineRule="auto"/>
        <w:jc w:val="left"/>
      </w:pPr>
      <w:r>
        <w:rPr>
          <w:rFonts w:ascii="Times New Roman" w:hAnsi="Times New Roman" w:eastAsia="宋体"/>
          <w:b/>
          <w:i w:val="0"/>
          <w:color w:val="333333"/>
          <w:sz w:val="19"/>
        </w:rPr>
        <w:t>Case 2:</w:t>
      </w:r>
    </w:p>
    <w:p>
      <w:pPr>
        <w:spacing w:before="0" w:after="80" w:line="300" w:lineRule="auto"/>
        <w:jc w:val="left"/>
      </w:pPr>
      <w:r>
        <w:rPr>
          <w:rFonts w:ascii="Times New Roman" w:hAnsi="Times New Roman" w:eastAsia="宋体"/>
          <w:b w:val="0"/>
          <w:i w:val="0"/>
          <w:color w:val="333333"/>
          <w:sz w:val="19"/>
        </w:rPr>
        <w:t>-b+2c-d=0,</w:t>
      </w:r>
    </w:p>
    <w:p>
      <w:pPr>
        <w:spacing w:before="0" w:after="80" w:line="300" w:lineRule="auto"/>
        <w:jc w:val="left"/>
      </w:pPr>
      <w:r>
        <w:rPr>
          <w:rFonts w:ascii="Times New Roman" w:hAnsi="Times New Roman" w:eastAsia="宋体"/>
          <w:b w:val="0"/>
          <w:i w:val="0"/>
          <w:color w:val="333333"/>
          <w:sz w:val="19"/>
        </w:rPr>
        <w:t>2b-a-c=0,</w:t>
      </w:r>
    </w:p>
    <w:p>
      <w:pPr>
        <w:spacing w:before="0" w:after="80" w:line="300" w:lineRule="auto"/>
        <w:jc w:val="left"/>
      </w:pPr>
      <w:r>
        <w:rPr>
          <w:rFonts w:ascii="Times New Roman" w:hAnsi="Times New Roman" w:eastAsia="宋体"/>
          <w:b w:val="0"/>
          <w:i w:val="0"/>
          <w:color w:val="333333"/>
          <w:sz w:val="19"/>
        </w:rPr>
        <w:t>which means the digits are an arithmetic sequence.</w:t>
      </w:r>
    </w:p>
    <w:p>
      <w:pPr>
        <w:spacing w:before="0" w:after="80" w:line="300" w:lineRule="auto"/>
        <w:jc w:val="left"/>
      </w:pPr>
      <w:r>
        <w:rPr>
          <w:rFonts w:ascii="Times New Roman" w:hAnsi="Times New Roman" w:eastAsia="宋体"/>
          <w:b w:val="0"/>
          <w:i w:val="0"/>
          <w:color w:val="333333"/>
          <w:sz w:val="19"/>
        </w:rPr>
        <w:t>If the difference is 1, then 1 ≤ a ≤ 6 makes 6 solutions.</w:t>
      </w:r>
    </w:p>
    <w:p>
      <w:pPr>
        <w:spacing w:before="0" w:after="80" w:line="300" w:lineRule="auto"/>
        <w:jc w:val="left"/>
      </w:pPr>
      <w:r>
        <w:rPr>
          <w:rFonts w:ascii="Times New Roman" w:hAnsi="Times New Roman" w:eastAsia="宋体"/>
          <w:b w:val="0"/>
          <w:i w:val="0"/>
          <w:color w:val="333333"/>
          <w:sz w:val="19"/>
        </w:rPr>
        <w:t>If the difference is 2, then 1 ≤ a ≤ 3 makes 3 solutions. A difference of at least 3 would force d=a+3r&gt;9. This case therefore gives 9 solutions.</w:t>
      </w:r>
    </w:p>
    <w:p>
      <w:pPr>
        <w:spacing w:before="0" w:after="80" w:line="300" w:lineRule="auto"/>
        <w:jc w:val="left"/>
      </w:pPr>
      <w:r>
        <w:rPr>
          <w:rFonts w:ascii="Times New Roman" w:hAnsi="Times New Roman" w:eastAsia="宋体"/>
          <w:b w:val="0"/>
          <w:i w:val="0"/>
          <w:color w:val="333333"/>
          <w:sz w:val="19"/>
        </w:rPr>
        <w:t>In total, the number of solutions is 8+9 = 17.</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25 题　答案 A</w:t>
      </w:r>
    </w:p>
    <w:p>
      <w:pPr>
        <w:spacing w:before="0" w:after="80" w:line="300" w:lineRule="auto"/>
        <w:jc w:val="left"/>
      </w:pPr>
      <w:r>
        <w:rPr>
          <w:rFonts w:ascii="Times New Roman" w:hAnsi="Times New Roman" w:eastAsia="宋体"/>
          <w:b w:val="0"/>
          <w:i w:val="0"/>
          <w:sz w:val="21"/>
        </w:rPr>
        <w:t>写 x=⌊ x⌋+t，其中 0≤ t&lt;1。则</w:t>
      </w:r>
    </w:p>
    <w:p>
      <w:pPr>
        <w:spacing w:before="0" w:after="80" w:line="300" w:lineRule="auto"/>
        <w:jc w:val="left"/>
      </w:pPr>
      <w:r>
        <w:rPr>
          <w:rFonts w:ascii="Times New Roman" w:hAnsi="Times New Roman" w:eastAsia="宋体"/>
          <w:b w:val="0"/>
          <w:i w:val="0"/>
          <w:sz w:val="21"/>
        </w:rPr>
        <w:t>⌊ kx⌋-k⌊ x⌋=⌊ kt⌋，</w:t>
      </w:r>
    </w:p>
    <w:p>
      <w:pPr>
        <w:spacing w:before="0" w:after="80" w:line="300" w:lineRule="auto"/>
        <w:jc w:val="left"/>
      </w:pPr>
      <w:r>
        <w:rPr>
          <w:rFonts w:ascii="Times New Roman" w:hAnsi="Times New Roman" w:eastAsia="宋体"/>
          <w:b w:val="0"/>
          <w:i w:val="0"/>
          <w:sz w:val="21"/>
        </w:rPr>
        <w:t>所以 f(x) 只取决于小数部分 t。</w:t>
      </w:r>
    </w:p>
    <w:p>
      <w:pPr>
        <w:spacing w:before="0" w:after="80" w:line="300" w:lineRule="auto"/>
        <w:jc w:val="left"/>
      </w:pPr>
      <w:r>
        <w:rPr>
          <w:rFonts w:ascii="Times New Roman" w:hAnsi="Times New Roman" w:eastAsia="宋体"/>
          <w:b w:val="0"/>
          <w:i w:val="0"/>
          <w:sz w:val="21"/>
        </w:rPr>
        <w:t>f 的值只会在 t 跨过某个分数 i/k 时改变，其中 2≤ k≤10，1≤ i&lt; k。在 (0,1) 内这些不同分数的个数是</w:t>
      </w:r>
    </w:p>
    <w:p>
      <w:pPr>
        <w:spacing w:before="0" w:after="80" w:line="300" w:lineRule="auto"/>
        <w:jc w:val="left"/>
      </w:pPr>
      <w:r>
        <w:rPr>
          <w:rFonts w:ascii="Times New Roman" w:hAnsi="Times New Roman" w:eastAsia="宋体"/>
          <w:b w:val="0"/>
          <w:i w:val="0"/>
          <w:sz w:val="21"/>
        </w:rPr>
        <w:t>φ(2)+φ(3)</w:t>
      </w:r>
    </w:p>
    <w:p>
      <w:pPr>
        <w:spacing w:before="0" w:after="80" w:line="300" w:lineRule="auto"/>
        <w:jc w:val="left"/>
      </w:pPr>
      <w:r>
        <w:rPr>
          <w:rFonts w:ascii="Times New Roman" w:hAnsi="Times New Roman" w:eastAsia="宋体"/>
          <w:b w:val="0"/>
          <w:i w:val="0"/>
          <w:sz w:val="21"/>
        </w:rPr>
        <w:t>+⋯+φ(10)</w:t>
      </w:r>
    </w:p>
    <w:p>
      <w:pPr>
        <w:spacing w:before="0" w:after="80" w:line="300" w:lineRule="auto"/>
        <w:jc w:val="left"/>
      </w:pPr>
      <w:r>
        <w:rPr>
          <w:rFonts w:ascii="Times New Roman" w:hAnsi="Times New Roman" w:eastAsia="宋体"/>
          <w:b w:val="0"/>
          <w:i w:val="0"/>
          <w:sz w:val="21"/>
        </w:rPr>
        <w:t>=1+2+2+4+2</w:t>
      </w:r>
    </w:p>
    <w:p>
      <w:pPr>
        <w:spacing w:before="0" w:after="80" w:line="300" w:lineRule="auto"/>
        <w:jc w:val="left"/>
      </w:pPr>
      <w:r>
        <w:rPr>
          <w:rFonts w:ascii="Times New Roman" w:hAnsi="Times New Roman" w:eastAsia="宋体"/>
          <w:b w:val="0"/>
          <w:i w:val="0"/>
          <w:sz w:val="21"/>
        </w:rPr>
        <w:t>+6+4+6+4</w:t>
      </w:r>
    </w:p>
    <w:p>
      <w:pPr>
        <w:spacing w:before="0" w:after="80" w:line="300" w:lineRule="auto"/>
        <w:jc w:val="left"/>
      </w:pPr>
      <w:r>
        <w:rPr>
          <w:rFonts w:ascii="Times New Roman" w:hAnsi="Times New Roman" w:eastAsia="宋体"/>
          <w:b w:val="0"/>
          <w:i w:val="0"/>
          <w:sz w:val="21"/>
        </w:rPr>
        <w:t>=31</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加上第一个断点之前的初始取值，f 共有 31+1=32 个不同的值。</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Write x=⌊ x⌋+t, where 0≤ t&lt;1. Then</w:t>
      </w:r>
    </w:p>
    <w:p>
      <w:pPr>
        <w:spacing w:before="0" w:after="80" w:line="300" w:lineRule="auto"/>
        <w:jc w:val="left"/>
      </w:pPr>
      <w:r>
        <w:rPr>
          <w:rFonts w:ascii="Times New Roman" w:hAnsi="Times New Roman" w:eastAsia="宋体"/>
          <w:b w:val="0"/>
          <w:i w:val="0"/>
          <w:color w:val="333333"/>
          <w:sz w:val="19"/>
        </w:rPr>
        <w:t>⌊ kx⌋-k⌊ x⌋=⌊ kt⌋,</w:t>
      </w:r>
    </w:p>
    <w:p>
      <w:pPr>
        <w:spacing w:before="0" w:after="80" w:line="300" w:lineRule="auto"/>
        <w:jc w:val="left"/>
      </w:pPr>
      <w:r>
        <w:rPr>
          <w:rFonts w:ascii="Times New Roman" w:hAnsi="Times New Roman" w:eastAsia="宋体"/>
          <w:b w:val="0"/>
          <w:i w:val="0"/>
          <w:color w:val="333333"/>
          <w:sz w:val="19"/>
        </w:rPr>
        <w:t>so f(x) depends only on the fractional part t.</w:t>
      </w:r>
    </w:p>
    <w:p>
      <w:pPr>
        <w:spacing w:before="0" w:after="80" w:line="300" w:lineRule="auto"/>
        <w:jc w:val="left"/>
      </w:pPr>
      <w:r>
        <w:rPr>
          <w:rFonts w:ascii="Times New Roman" w:hAnsi="Times New Roman" w:eastAsia="宋体"/>
          <w:b w:val="0"/>
          <w:i w:val="0"/>
          <w:color w:val="333333"/>
          <w:sz w:val="19"/>
        </w:rPr>
        <w:t>The value of f changes only when t crosses a fraction i/k, where 2≤ k≤10 and 1≤ i&lt; k. The number of distinct such fractions in (0,1) is</w:t>
      </w:r>
    </w:p>
    <w:p>
      <w:pPr>
        <w:spacing w:before="0" w:after="80" w:line="300" w:lineRule="auto"/>
        <w:jc w:val="left"/>
      </w:pPr>
      <w:r>
        <w:rPr>
          <w:rFonts w:ascii="Times New Roman" w:hAnsi="Times New Roman" w:eastAsia="宋体"/>
          <w:b w:val="0"/>
          <w:i w:val="0"/>
          <w:color w:val="333333"/>
          <w:sz w:val="19"/>
        </w:rPr>
        <w:t>φ(2)+φ(3)</w:t>
      </w:r>
    </w:p>
    <w:p>
      <w:pPr>
        <w:spacing w:before="0" w:after="80" w:line="300" w:lineRule="auto"/>
        <w:jc w:val="left"/>
      </w:pPr>
      <w:r>
        <w:rPr>
          <w:rFonts w:ascii="Times New Roman" w:hAnsi="Times New Roman" w:eastAsia="宋体"/>
          <w:b w:val="0"/>
          <w:i w:val="0"/>
          <w:color w:val="333333"/>
          <w:sz w:val="19"/>
        </w:rPr>
        <w:t>+⋯+φ(10)</w:t>
      </w:r>
    </w:p>
    <w:p>
      <w:pPr>
        <w:spacing w:before="0" w:after="80" w:line="300" w:lineRule="auto"/>
        <w:jc w:val="left"/>
      </w:pPr>
      <w:r>
        <w:rPr>
          <w:rFonts w:ascii="Times New Roman" w:hAnsi="Times New Roman" w:eastAsia="宋体"/>
          <w:b w:val="0"/>
          <w:i w:val="0"/>
          <w:color w:val="333333"/>
          <w:sz w:val="19"/>
        </w:rPr>
        <w:t>=1+2+2+4+2</w:t>
      </w:r>
    </w:p>
    <w:p>
      <w:pPr>
        <w:spacing w:before="0" w:after="80" w:line="300" w:lineRule="auto"/>
        <w:jc w:val="left"/>
      </w:pPr>
      <w:r>
        <w:rPr>
          <w:rFonts w:ascii="Times New Roman" w:hAnsi="Times New Roman" w:eastAsia="宋体"/>
          <w:b w:val="0"/>
          <w:i w:val="0"/>
          <w:color w:val="333333"/>
          <w:sz w:val="19"/>
        </w:rPr>
        <w:t>+6+4+6+4</w:t>
      </w:r>
    </w:p>
    <w:p>
      <w:pPr>
        <w:spacing w:before="0" w:after="80" w:line="300" w:lineRule="auto"/>
        <w:jc w:val="left"/>
      </w:pPr>
      <w:r>
        <w:rPr>
          <w:rFonts w:ascii="Times New Roman" w:hAnsi="Times New Roman" w:eastAsia="宋体"/>
          <w:b w:val="0"/>
          <w:i w:val="0"/>
          <w:color w:val="333333"/>
          <w:sz w:val="19"/>
        </w:rPr>
        <w:t>=31.</w:t>
      </w:r>
    </w:p>
    <w:p>
      <w:pPr>
        <w:spacing w:before="0" w:after="80" w:line="300" w:lineRule="auto"/>
        <w:jc w:val="left"/>
      </w:pPr>
      <w:r>
        <w:rPr>
          <w:rFonts w:ascii="Times New Roman" w:hAnsi="Times New Roman" w:eastAsia="宋体"/>
          <w:b w:val="0"/>
          <w:i w:val="0"/>
          <w:color w:val="333333"/>
          <w:sz w:val="19"/>
        </w:rPr>
        <w:t>Including the initial value before the first breakpoint, f assumes 31+1=32 distinct values.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