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2016A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求 (11!-10!)/(9!) 的值。</w:t>
      </w:r>
    </w:p>
    <w:p>
      <w:pPr>
        <w:spacing w:before="0" w:after="120" w:line="300" w:lineRule="auto"/>
      </w:pPr>
      <w:r>
        <w:rPr>
          <w:rFonts w:ascii="Times New Roman" w:hAnsi="Times New Roman" w:eastAsia="宋体"/>
          <w:b w:val="0"/>
          <w:i w:val="0"/>
          <w:sz w:val="21"/>
        </w:rPr>
        <w:t>（A）99　　（B）100　　（C）110　　（D）121　　（E）132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value of (11!-10!)/(9!)?</w:t>
      </w:r>
    </w:p>
    <w:p>
      <w:pPr>
        <w:spacing w:before="0" w:after="160" w:line="300" w:lineRule="auto"/>
      </w:pPr>
      <w:r>
        <w:rPr>
          <w:rFonts w:ascii="Times New Roman" w:hAnsi="Times New Roman" w:eastAsia="宋体"/>
          <w:b w:val="0"/>
          <w:i w:val="0"/>
          <w:color w:val="333333"/>
          <w:sz w:val="19"/>
        </w:rPr>
        <w:t>(A) 99　　(B) 100　　(C) 110　　(D) 121　　(E) 132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求使下式成立的 x 值：</w:t>
      </w:r>
    </w:p>
    <w:p>
      <w:pPr>
        <w:spacing w:before="0" w:after="80" w:line="300" w:lineRule="auto"/>
        <w:jc w:val="left"/>
      </w:pPr>
      <w:r>
        <w:rPr>
          <w:rFonts w:ascii="Times New Roman" w:hAnsi="Times New Roman" w:eastAsia="宋体"/>
          <w:b w:val="0"/>
          <w:i w:val="0"/>
          <w:sz w:val="21"/>
        </w:rPr>
        <w:t>10ˣ · 100²ˣ=1000⁵？</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what value of x does</w:t>
      </w:r>
    </w:p>
    <w:p>
      <w:pPr>
        <w:spacing w:before="0" w:after="80" w:line="300" w:lineRule="auto"/>
        <w:jc w:val="left"/>
      </w:pPr>
      <w:r>
        <w:rPr>
          <w:rFonts w:ascii="Times New Roman" w:hAnsi="Times New Roman" w:eastAsia="宋体"/>
          <w:b w:val="0"/>
          <w:i w:val="0"/>
          <w:color w:val="333333"/>
          <w:sz w:val="19"/>
        </w:rPr>
        <w:t>10ˣ · 100²ˣ=1000⁵?</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Ben 每花一美元买贝果，David 就少花 25 美分。Ben 比 David 多付 $12.50。他们两人在贝果店一共花了多少钱？</w:t>
      </w:r>
    </w:p>
    <w:p>
      <w:pPr>
        <w:spacing w:before="0" w:after="120" w:line="300" w:lineRule="auto"/>
      </w:pPr>
      <w:r>
        <w:rPr>
          <w:rFonts w:ascii="Times New Roman" w:hAnsi="Times New Roman" w:eastAsia="宋体"/>
          <w:b w:val="0"/>
          <w:i w:val="0"/>
          <w:sz w:val="21"/>
        </w:rPr>
        <w:t>（A）$37.50　　（B）$50.00　　（C）$87.50　　（D）$90.00　　（E）$92.50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every dollar Ben spent on bagels, David spent 25 cents less. Ben paid $12.50 more than David. How much did they spend in the bagel store together?</w:t>
      </w:r>
    </w:p>
    <w:p>
      <w:pPr>
        <w:spacing w:before="0" w:after="160" w:line="300" w:lineRule="auto"/>
      </w:pPr>
      <w:r>
        <w:rPr>
          <w:rFonts w:ascii="Times New Roman" w:hAnsi="Times New Roman" w:eastAsia="宋体"/>
          <w:b w:val="0"/>
          <w:i w:val="0"/>
          <w:color w:val="333333"/>
          <w:sz w:val="19"/>
        </w:rPr>
        <w:t>(A) $37.50　　(B) $50.00　　(C) $87.50　　(D) $90.00　　(E) $92.50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对所有实数 x 和满足 y ≠ 0 的实数 y，余数函数定义为</w:t>
      </w:r>
    </w:p>
    <w:p>
      <w:pPr>
        <w:spacing w:before="0" w:after="80" w:line="300" w:lineRule="auto"/>
        <w:jc w:val="left"/>
      </w:pPr>
      <w:r>
        <w:rPr>
          <w:rFonts w:ascii="Times New Roman" w:hAnsi="Times New Roman" w:eastAsia="宋体"/>
          <w:b w:val="0"/>
          <w:i w:val="0"/>
          <w:sz w:val="21"/>
        </w:rPr>
        <w:t>rem(x,y)=x-y⌊x/y⌋，</w:t>
      </w:r>
    </w:p>
    <w:p>
      <w:pPr>
        <w:spacing w:before="0" w:after="80" w:line="300" w:lineRule="auto"/>
        <w:jc w:val="left"/>
      </w:pPr>
      <w:r>
        <w:rPr>
          <w:rFonts w:ascii="Times New Roman" w:hAnsi="Times New Roman" w:eastAsia="宋体"/>
          <w:b w:val="0"/>
          <w:i w:val="0"/>
          <w:sz w:val="21"/>
        </w:rPr>
        <w:t>其中 ⌊ x/y ⌋ 表示小于或等于 x/y 的最大整数。求 rem (3/8, -2/5) 的值。</w:t>
      </w:r>
    </w:p>
    <w:p>
      <w:pPr>
        <w:spacing w:before="0" w:after="120" w:line="300" w:lineRule="auto"/>
      </w:pPr>
      <w:r>
        <w:rPr>
          <w:rFonts w:ascii="Times New Roman" w:hAnsi="Times New Roman" w:eastAsia="宋体"/>
          <w:b w:val="0"/>
          <w:i w:val="0"/>
          <w:sz w:val="21"/>
        </w:rPr>
        <w:t>（A）-3/8　　（B）-1/40　　（C）0　　（D）3/8　　（E）31/40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remainder function can be defined for all real numbers x and y with y ≠ 0 by</w:t>
      </w:r>
    </w:p>
    <w:p>
      <w:pPr>
        <w:spacing w:before="0" w:after="80" w:line="300" w:lineRule="auto"/>
        <w:jc w:val="left"/>
      </w:pPr>
      <w:r>
        <w:rPr>
          <w:rFonts w:ascii="Times New Roman" w:hAnsi="Times New Roman" w:eastAsia="宋体"/>
          <w:b w:val="0"/>
          <w:i w:val="0"/>
          <w:color w:val="333333"/>
          <w:sz w:val="19"/>
        </w:rPr>
        <w:t>rem(x,y)=x-y⌊x/y⌋,</w:t>
      </w:r>
    </w:p>
    <w:p>
      <w:pPr>
        <w:spacing w:before="0" w:after="80" w:line="300" w:lineRule="auto"/>
        <w:jc w:val="left"/>
      </w:pPr>
      <w:r>
        <w:rPr>
          <w:rFonts w:ascii="Times New Roman" w:hAnsi="Times New Roman" w:eastAsia="宋体"/>
          <w:b w:val="0"/>
          <w:i w:val="0"/>
          <w:color w:val="333333"/>
          <w:sz w:val="19"/>
        </w:rPr>
        <w:t>where ⌊ x/y ⌋ denotes the greatest integer less than or equal to x/y. What is the value of rem (3/8, -2/5)?</w:t>
      </w:r>
    </w:p>
    <w:p>
      <w:pPr>
        <w:spacing w:before="0" w:after="160" w:line="300" w:lineRule="auto"/>
      </w:pPr>
      <w:r>
        <w:rPr>
          <w:rFonts w:ascii="Times New Roman" w:hAnsi="Times New Roman" w:eastAsia="宋体"/>
          <w:b w:val="0"/>
          <w:i w:val="0"/>
          <w:color w:val="333333"/>
          <w:sz w:val="19"/>
        </w:rPr>
        <w:t>(A) -3/8　　(B) -1/40　　(C) 0　　(D) 3/8　　(E) 31/40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一个长方体的整数边长之比为 1:3:4。下列哪个数可能是这个长方体的体积？</w:t>
      </w:r>
    </w:p>
    <w:p>
      <w:pPr>
        <w:spacing w:before="0" w:after="120" w:line="300" w:lineRule="auto"/>
      </w:pPr>
      <w:r>
        <w:rPr>
          <w:rFonts w:ascii="Times New Roman" w:hAnsi="Times New Roman" w:eastAsia="宋体"/>
          <w:b w:val="0"/>
          <w:i w:val="0"/>
          <w:sz w:val="21"/>
        </w:rPr>
        <w:t>（A）48　　（B）56　　（C）64　　（D）96　　（E）144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rectangular box has integer side lengths in the ratio 1:3:4. Which of the following could be the volume of the box?</w:t>
      </w:r>
    </w:p>
    <w:p>
      <w:pPr>
        <w:spacing w:before="0" w:after="160" w:line="300" w:lineRule="auto"/>
      </w:pPr>
      <w:r>
        <w:rPr>
          <w:rFonts w:ascii="Times New Roman" w:hAnsi="Times New Roman" w:eastAsia="宋体"/>
          <w:b w:val="0"/>
          <w:i w:val="0"/>
          <w:color w:val="333333"/>
          <w:sz w:val="19"/>
        </w:rPr>
        <w:t>(A) 48　　(B) 56　　(C) 64　　(D) 96　　(E) 144</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Ximena 把整数 1 到 30 各列出一次。Emilio 抄写 Ximena 的数，但把每次出现的数字 2 都替换成数字 1。Ximena 把她的数相加，Emilio 把他的数相加。Ximena 的和比 Emilio 的和大多少？</w:t>
      </w:r>
    </w:p>
    <w:p>
      <w:pPr>
        <w:spacing w:before="0" w:after="120" w:line="300" w:lineRule="auto"/>
      </w:pPr>
      <w:r>
        <w:rPr>
          <w:rFonts w:ascii="Times New Roman" w:hAnsi="Times New Roman" w:eastAsia="宋体"/>
          <w:b w:val="0"/>
          <w:i w:val="0"/>
          <w:sz w:val="21"/>
        </w:rPr>
        <w:t>（A）13　　（B）26　　（C）102　　（D）103　　（E）110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Ximena lists the whole numbers 1 through 30 once. Emilio copies Ximena’s numbers, replacing each occurrence of the digit 2 by the digit 1. Ximena adds her numbers and Emilio adds his numbers. How much larger is Ximena’s sum than Emilio’s?</w:t>
      </w:r>
    </w:p>
    <w:p>
      <w:pPr>
        <w:spacing w:before="0" w:after="160" w:line="300" w:lineRule="auto"/>
      </w:pPr>
      <w:r>
        <w:rPr>
          <w:rFonts w:ascii="Times New Roman" w:hAnsi="Times New Roman" w:eastAsia="宋体"/>
          <w:b w:val="0"/>
          <w:i w:val="0"/>
          <w:color w:val="333333"/>
          <w:sz w:val="19"/>
        </w:rPr>
        <w:t>(A) 13　　(B) 26　　(C) 102　　(D) 103　　(E) 110</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7 个数据值</w:t>
      </w:r>
    </w:p>
    <w:p>
      <w:pPr>
        <w:spacing w:before="0" w:after="80" w:line="300" w:lineRule="auto"/>
        <w:jc w:val="left"/>
      </w:pPr>
      <w:r>
        <w:rPr>
          <w:rFonts w:ascii="Times New Roman" w:hAnsi="Times New Roman" w:eastAsia="宋体"/>
          <w:b w:val="0"/>
          <w:i w:val="0"/>
          <w:sz w:val="21"/>
        </w:rPr>
        <w:t>60, 100, x, 40, 50, 200, 90</w:t>
      </w:r>
    </w:p>
    <w:p>
      <w:pPr>
        <w:spacing w:before="0" w:after="80" w:line="300" w:lineRule="auto"/>
        <w:jc w:val="left"/>
      </w:pPr>
      <w:r>
        <w:rPr>
          <w:rFonts w:ascii="Times New Roman" w:hAnsi="Times New Roman" w:eastAsia="宋体"/>
          <w:b w:val="0"/>
          <w:i w:val="0"/>
          <w:sz w:val="21"/>
        </w:rPr>
        <w:t>的平均数、中位数和众数都等于 x。求 x 的值。</w:t>
      </w:r>
    </w:p>
    <w:p>
      <w:pPr>
        <w:spacing w:before="0" w:after="120" w:line="300" w:lineRule="auto"/>
      </w:pPr>
      <w:r>
        <w:rPr>
          <w:rFonts w:ascii="Times New Roman" w:hAnsi="Times New Roman" w:eastAsia="宋体"/>
          <w:b w:val="0"/>
          <w:i w:val="0"/>
          <w:sz w:val="21"/>
        </w:rPr>
        <w:t>（A）50　　（B）60　　（C）75　　（D）90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median, and mode of the 7 data values</w:t>
      </w:r>
    </w:p>
    <w:p>
      <w:pPr>
        <w:spacing w:before="0" w:after="80" w:line="300" w:lineRule="auto"/>
        <w:jc w:val="left"/>
      </w:pPr>
      <w:r>
        <w:rPr>
          <w:rFonts w:ascii="Times New Roman" w:hAnsi="Times New Roman" w:eastAsia="宋体"/>
          <w:b w:val="0"/>
          <w:i w:val="0"/>
          <w:color w:val="333333"/>
          <w:sz w:val="19"/>
        </w:rPr>
        <w:t>60, 100, x, 40, 50, 200, 90</w:t>
      </w:r>
    </w:p>
    <w:p>
      <w:pPr>
        <w:spacing w:before="0" w:after="80" w:line="300" w:lineRule="auto"/>
        <w:jc w:val="left"/>
      </w:pPr>
      <w:r>
        <w:rPr>
          <w:rFonts w:ascii="Times New Roman" w:hAnsi="Times New Roman" w:eastAsia="宋体"/>
          <w:b w:val="0"/>
          <w:i w:val="0"/>
          <w:color w:val="333333"/>
          <w:sz w:val="19"/>
        </w:rPr>
        <w:t>are all equal to x. What is the value of x?</w:t>
      </w:r>
    </w:p>
    <w:p>
      <w:pPr>
        <w:spacing w:before="0" w:after="160" w:line="300" w:lineRule="auto"/>
      </w:pPr>
      <w:r>
        <w:rPr>
          <w:rFonts w:ascii="Times New Roman" w:hAnsi="Times New Roman" w:eastAsia="宋体"/>
          <w:b w:val="0"/>
          <w:i w:val="0"/>
          <w:color w:val="333333"/>
          <w:sz w:val="19"/>
        </w:rPr>
        <w:t>(A) 50　　(B) 60　　(C) 75　　(D) 90　　(E) 100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Trickster Rabbit 同意每次 Foolish Fox 经过 Rabbit 家旁边的桥时，都把 Fox 的钱翻倍，但 Fox 每次过桥后必须向 Rabbit 支付 40 枚硬币的过路费。付款在翻倍之后进行。Fox 起初很高兴，但他发现自己过桥三次后钱全没了。Fox 一开始有多少枚硬币？</w:t>
      </w:r>
    </w:p>
    <w:p>
      <w:pPr>
        <w:spacing w:before="0" w:after="120" w:line="300" w:lineRule="auto"/>
      </w:pPr>
      <w:r>
        <w:rPr>
          <w:rFonts w:ascii="Times New Roman" w:hAnsi="Times New Roman" w:eastAsia="宋体"/>
          <w:b w:val="0"/>
          <w:i w:val="0"/>
          <w:sz w:val="21"/>
        </w:rPr>
        <w:t>（A）20　　（B）30　　（C）35　　（D）40　　（E）45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Trickster Rabbit agrees with Foolish Fox to double Fox’s money every time Fox crosses the bridge by Rabbit’s house, as long as Fox pays 40 coins in toll to Rabbit after each crossing. The payment is made after the doubling. Fox is excited about his good fortune until he discovers that all his money is gone after crossing the bridge three times. How many coins did Fox have at the beginning?</w:t>
      </w:r>
    </w:p>
    <w:p>
      <w:pPr>
        <w:spacing w:before="0" w:after="160" w:line="300" w:lineRule="auto"/>
      </w:pPr>
      <w:r>
        <w:rPr>
          <w:rFonts w:ascii="Times New Roman" w:hAnsi="Times New Roman" w:eastAsia="宋体"/>
          <w:b w:val="0"/>
          <w:i w:val="0"/>
          <w:color w:val="333333"/>
          <w:sz w:val="19"/>
        </w:rPr>
        <w:t>(A) 20　　(B) 30　　(C) 35　　(D) 40　　(E) 45</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一个由 2016 枚硬币组成的三角形阵列，第一行有 1 枚硬币，第二行有 2 枚，第三行有 3 枚，依此类推，第 N 行有 N 枚。求 N 的各位数字之和。</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triangular array of 2016 coins has 1 coin in the first row, 2 coins in the second row, 3 coins in the third row, and so on up to N coins in the Nth row. What is the sum of the digits of N?</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一块地毯由如图所示的三种不同颜色组成。三种不同颜色区域的面积构成一个等差数列。最内层长方形宽为一英尺，外面的两个区域在四周各宽 1 英尺。最内层长方形的长度是多少英尺？</w:t>
      </w:r>
    </w:p>
    <w:p>
      <w:pPr>
        <w:spacing w:before="80" w:after="80"/>
        <w:jc w:val="center"/>
      </w:pPr>
      <w:r>
        <w:drawing>
          <wp:inline xmlns:a="http://schemas.openxmlformats.org/drawingml/2006/main" xmlns:pic="http://schemas.openxmlformats.org/drawingml/2006/picture">
            <wp:extent cx="3201143" cy="2290159"/>
            <wp:docPr id="1" name="Picture 1"/>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3201143" cy="2290159"/>
                    </a:xfrm>
                    <a:prstGeom prst="rect"/>
                  </pic:spPr>
                </pic:pic>
              </a:graphicData>
            </a:graphic>
          </wp:inline>
        </w:drawing>
      </w:r>
    </w:p>
    <w:p>
      <w:pPr>
        <w:spacing w:before="0" w:after="120" w:line="300" w:lineRule="auto"/>
      </w:pPr>
      <w:r>
        <w:rPr>
          <w:rFonts w:ascii="Times New Roman" w:hAnsi="Times New Roman" w:eastAsia="宋体"/>
          <w:b w:val="0"/>
          <w:i w:val="0"/>
          <w:sz w:val="21"/>
        </w:rPr>
        <w:t>（A）1　　（B）2　　（C）4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rug is made with three different colors as shown. The areas of the three differently colored regions form an arithmetic progression. The inner rectangle is one foot wide, and each of the two shaded regions is 1 foot wide on all four sides. What is the length in feet of the inner rectangle?</w:t>
      </w:r>
    </w:p>
    <w:p>
      <w:pPr>
        <w:spacing w:before="80" w:after="80"/>
        <w:jc w:val="center"/>
      </w:pPr>
      <w:r>
        <w:drawing>
          <wp:inline xmlns:a="http://schemas.openxmlformats.org/drawingml/2006/main" xmlns:pic="http://schemas.openxmlformats.org/drawingml/2006/picture">
            <wp:extent cx="3201143" cy="2290159"/>
            <wp:docPr id="2" name="Picture 2"/>
            <wp:cNvGraphicFramePr>
              <a:graphicFrameLocks noChangeAspect="1"/>
            </wp:cNvGraphicFramePr>
            <a:graphic>
              <a:graphicData uri="http://schemas.openxmlformats.org/drawingml/2006/picture">
                <pic:pic>
                  <pic:nvPicPr>
                    <pic:cNvPr id="0" name="q10-1@300dpi.png"/>
                    <pic:cNvPicPr/>
                  </pic:nvPicPr>
                  <pic:blipFill>
                    <a:blip r:embed="rId9"/>
                    <a:stretch>
                      <a:fillRect/>
                    </a:stretch>
                  </pic:blipFill>
                  <pic:spPr>
                    <a:xfrm>
                      <a:off x="0" y="0"/>
                      <a:ext cx="3201143" cy="2290159"/>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　　(B) 2　　(C) 4　　(D) 6　　(E) 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给定的 8×5 长方形中，阴影区域的面积是多少？</w:t>
      </w:r>
    </w:p>
    <w:p>
      <w:pPr>
        <w:spacing w:before="80" w:after="80"/>
        <w:jc w:val="center"/>
      </w:pPr>
      <w:r>
        <w:drawing>
          <wp:inline xmlns:a="http://schemas.openxmlformats.org/drawingml/2006/main" xmlns:pic="http://schemas.openxmlformats.org/drawingml/2006/picture">
            <wp:extent cx="732268" cy="499951"/>
            <wp:docPr id="3" name="Picture 3"/>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732268" cy="499951"/>
                    </a:xfrm>
                    <a:prstGeom prst="rect"/>
                  </pic:spPr>
                </pic:pic>
              </a:graphicData>
            </a:graphic>
          </wp:inline>
        </w:drawing>
      </w:r>
    </w:p>
    <w:p>
      <w:pPr>
        <w:spacing w:before="0" w:after="120" w:line="300" w:lineRule="auto"/>
      </w:pPr>
      <w:r>
        <w:rPr>
          <w:rFonts w:ascii="Times New Roman" w:hAnsi="Times New Roman" w:eastAsia="宋体"/>
          <w:b w:val="0"/>
          <w:i w:val="0"/>
          <w:sz w:val="21"/>
        </w:rPr>
        <w:t>（A）43/5　　（B）5　　（C）51/4　　（D）61/2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area of the shaded region of the given 8×5 rectangle?</w:t>
      </w:r>
    </w:p>
    <w:p>
      <w:pPr>
        <w:spacing w:before="80" w:after="80"/>
        <w:jc w:val="center"/>
      </w:pPr>
      <w:r>
        <w:drawing>
          <wp:inline xmlns:a="http://schemas.openxmlformats.org/drawingml/2006/main" xmlns:pic="http://schemas.openxmlformats.org/drawingml/2006/picture">
            <wp:extent cx="732268" cy="499951"/>
            <wp:docPr id="4" name="Picture 4"/>
            <wp:cNvGraphicFramePr>
              <a:graphicFrameLocks noChangeAspect="1"/>
            </wp:cNvGraphicFramePr>
            <a:graphic>
              <a:graphicData uri="http://schemas.openxmlformats.org/drawingml/2006/picture">
                <pic:pic>
                  <pic:nvPicPr>
                    <pic:cNvPr id="0" name="q11-1@300dpi.png"/>
                    <pic:cNvPicPr/>
                  </pic:nvPicPr>
                  <pic:blipFill>
                    <a:blip r:embed="rId10"/>
                    <a:stretch>
                      <a:fillRect/>
                    </a:stretch>
                  </pic:blipFill>
                  <pic:spPr>
                    <a:xfrm>
                      <a:off x="0" y="0"/>
                      <a:ext cx="732268" cy="49995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43/5　　(B) 5　　(C) 51/4　　(D) 61/2　　(E) 8</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从 1 到 2016 之间随机选取三个不同的整数。下列哪一句正确描述了这三个整数乘积为奇数的概率 p？</w:t>
      </w:r>
    </w:p>
    <w:p>
      <w:pPr>
        <w:spacing w:before="0" w:after="120" w:line="300" w:lineRule="auto"/>
      </w:pPr>
      <w:r>
        <w:rPr>
          <w:rFonts w:ascii="Times New Roman" w:hAnsi="Times New Roman" w:eastAsia="宋体"/>
          <w:b w:val="0"/>
          <w:i w:val="0"/>
          <w:sz w:val="21"/>
        </w:rPr>
        <w:t>（A）p &lt; 1/8　　（B）p = 1/8　　（C）1/8 &lt; p &lt; 1/3　　（D）p = 1/3　　（E）p &gt; 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distinct integers are selected at random between 1 and 2016, inclusive. Which of the following is a correct statement about the probability p that the product of the three integers is odd?</w:t>
      </w:r>
    </w:p>
    <w:p>
      <w:pPr>
        <w:spacing w:before="0" w:after="160" w:line="300" w:lineRule="auto"/>
      </w:pPr>
      <w:r>
        <w:rPr>
          <w:rFonts w:ascii="Times New Roman" w:hAnsi="Times New Roman" w:eastAsia="宋体"/>
          <w:b w:val="0"/>
          <w:i w:val="0"/>
          <w:color w:val="333333"/>
          <w:sz w:val="19"/>
        </w:rPr>
        <w:t>(A) p &lt; 1/8　　(B) p = 1/8　　(C) 1/8 &lt; p &lt; 1/3　　(D) p = 1/3　　(E) p &gt; 1/3</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五位朋友坐在电影院一排 5 个座位中，从左到右编号为 1 到 5。（“左”和“右”是从坐在座位上的人的视角看。）</w:t>
      </w:r>
    </w:p>
    <w:p>
      <w:pPr>
        <w:spacing w:before="0" w:after="80" w:line="300" w:lineRule="auto"/>
        <w:jc w:val="left"/>
      </w:pPr>
      <w:r>
        <w:rPr>
          <w:rFonts w:ascii="Times New Roman" w:hAnsi="Times New Roman" w:eastAsia="宋体"/>
          <w:b w:val="0"/>
          <w:i w:val="0"/>
          <w:sz w:val="21"/>
        </w:rPr>
        <w:t>电影期间 Ada 去大厅买爆米花。她回来时发现 Bea 向右移动了两个座位，Ceci 向左移动了一个座位，Dee 和 Edie 交换了座位，并且给 Ada 留下了一个端点座位。Ada 起身前坐在哪个座位？</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Five friends sat in a movie theater in a row containing 5 seats, numbered 1 to 5 from left to right. (The directions “left” and “right” are from the point of view of the people as they sit in the seats.)</w:t>
      </w:r>
    </w:p>
    <w:p>
      <w:pPr>
        <w:spacing w:before="0" w:after="80" w:line="300" w:lineRule="auto"/>
        <w:jc w:val="left"/>
      </w:pPr>
      <w:r>
        <w:rPr>
          <w:rFonts w:ascii="Times New Roman" w:hAnsi="Times New Roman" w:eastAsia="宋体"/>
          <w:b w:val="0"/>
          <w:i w:val="0"/>
          <w:color w:val="333333"/>
          <w:sz w:val="19"/>
        </w:rPr>
        <w:t>During the movie Ada went to the lobby to get some popcorn. When she returned, she found that Bea had moved two seats to the right, Ceci had moved one seat to the left, and Dee and Edie had switched seats, leaving an end seat for Ada. In which seat had Ada been sitting before she got up?</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有多少种方法把 2016 写成若干个二和若干个三的和，且不考虑顺序？例如，1008· 2 + 0· 3 和 402· 2 + 404· 3 是其中两种。</w:t>
      </w:r>
    </w:p>
    <w:p>
      <w:pPr>
        <w:spacing w:before="0" w:after="120" w:line="300" w:lineRule="auto"/>
      </w:pPr>
      <w:r>
        <w:rPr>
          <w:rFonts w:ascii="Times New Roman" w:hAnsi="Times New Roman" w:eastAsia="宋体"/>
          <w:b w:val="0"/>
          <w:i w:val="0"/>
          <w:sz w:val="21"/>
        </w:rPr>
        <w:t>（A）236　　（B）336　　（C）337　　（D）403　　（E）672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ways are there to write 2016 as the sum of twos and threes, ignoring order? (For example, 1008· 2 + 0· 3 and 402· 2 + 404· 3 are two such ways.)</w:t>
      </w:r>
    </w:p>
    <w:p>
      <w:pPr>
        <w:spacing w:before="0" w:after="160" w:line="300" w:lineRule="auto"/>
      </w:pPr>
      <w:r>
        <w:rPr>
          <w:rFonts w:ascii="Times New Roman" w:hAnsi="Times New Roman" w:eastAsia="宋体"/>
          <w:b w:val="0"/>
          <w:i w:val="0"/>
          <w:color w:val="333333"/>
          <w:sz w:val="19"/>
        </w:rPr>
        <w:t>(A) 236　　(B) 336　　(C) 337　　(D) 403　　(E) 672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如图，从一块圆形饼干面团中切出七块半径为 1 英寸的饼干。相邻饼干相切，除中心饼干外，其他饼干都与面团边缘相切。剩下的边角料被重新塑造成另一块同样厚度的饼干。边角料饼干的半径是多少英寸？</w:t>
      </w:r>
    </w:p>
    <w:p>
      <w:pPr>
        <w:spacing w:before="80" w:after="80"/>
        <w:jc w:val="center"/>
      </w:pPr>
      <w:r>
        <w:drawing>
          <wp:inline xmlns:a="http://schemas.openxmlformats.org/drawingml/2006/main" xmlns:pic="http://schemas.openxmlformats.org/drawingml/2006/picture">
            <wp:extent cx="461841" cy="461841"/>
            <wp:docPr id="5" name="Picture 5"/>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461841" cy="461841"/>
                    </a:xfrm>
                    <a:prstGeom prst="rect"/>
                  </pic:spPr>
                </pic:pic>
              </a:graphicData>
            </a:graphic>
          </wp:inline>
        </w:drawing>
      </w:r>
    </w:p>
    <w:p>
      <w:pPr>
        <w:spacing w:before="0" w:after="120" w:line="300" w:lineRule="auto"/>
      </w:pPr>
      <w:r>
        <w:rPr>
          <w:rFonts w:ascii="Times New Roman" w:hAnsi="Times New Roman" w:eastAsia="宋体"/>
          <w:b w:val="0"/>
          <w:i w:val="0"/>
          <w:sz w:val="21"/>
        </w:rPr>
        <w:t>（A）√(2)　　（B）1.5　　（C）√(π)　　（D）√(2π)　　（E）π</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Seven cookies of radius 1 inch are cut from a circle of cookie dough, as shown. Neighboring cookies are tangent, and all except the center cookie are tangent to the edge of the dough. The leftover scrap is reshaped to form another cookie of the same thickness. What is the radius in inches of the scrap cookie?</w:t>
      </w:r>
    </w:p>
    <w:p>
      <w:pPr>
        <w:spacing w:before="80" w:after="80"/>
        <w:jc w:val="center"/>
      </w:pPr>
      <w:r>
        <w:drawing>
          <wp:inline xmlns:a="http://schemas.openxmlformats.org/drawingml/2006/main" xmlns:pic="http://schemas.openxmlformats.org/drawingml/2006/picture">
            <wp:extent cx="461841" cy="461841"/>
            <wp:docPr id="6" name="Picture 6"/>
            <wp:cNvGraphicFramePr>
              <a:graphicFrameLocks noChangeAspect="1"/>
            </wp:cNvGraphicFramePr>
            <a:graphic>
              <a:graphicData uri="http://schemas.openxmlformats.org/drawingml/2006/picture">
                <pic:pic>
                  <pic:nvPicPr>
                    <pic:cNvPr id="0" name="q15-1@300dpi.png"/>
                    <pic:cNvPicPr/>
                  </pic:nvPicPr>
                  <pic:blipFill>
                    <a:blip r:embed="rId11"/>
                    <a:stretch>
                      <a:fillRect/>
                    </a:stretch>
                  </pic:blipFill>
                  <pic:spPr>
                    <a:xfrm>
                      <a:off x="0" y="0"/>
                      <a:ext cx="461841" cy="46184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1.5　　(C) √(π)　　(D) √(2π)　　(E) π</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顶点为 A(0, 2)，B(-3, 2)，和 C(-3, 0) 的三角形先关于 x 轴反射，得到的像 △ A'B'C' 再绕原点逆时针旋转 90°，得到 △ A''B''C''。下列哪个变换能把 △ A''B''C'' 变回 △ ABC？</w:t>
      </w:r>
    </w:p>
    <w:p>
      <w:pPr>
        <w:spacing w:before="0" w:after="120" w:line="300" w:lineRule="auto"/>
      </w:pPr>
      <w:r>
        <w:rPr>
          <w:rFonts w:ascii="Times New Roman" w:hAnsi="Times New Roman" w:eastAsia="宋体"/>
          <w:b w:val="0"/>
          <w:i w:val="0"/>
          <w:sz w:val="21"/>
        </w:rPr>
        <w:t>（A）绕原点逆时针旋转 90°　　（B）绕原点顺时针旋转 90°　　（C）关于 x 轴反射　　（D）关于直线 y = x 反射　　（E）关于 y 轴反射</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triangle with vertices A(0, 2), B(-3, 2), and C(-3, 0) is reflected about the x-axis, then the image △ A'B'C' is rotated counterclockwise about the origin by 90° to produce △ A''B''C''. Which of the following transformations will return △ A''B''C'' to △ ABC?</w:t>
      </w:r>
    </w:p>
    <w:p>
      <w:pPr>
        <w:spacing w:before="0" w:after="160" w:line="300" w:lineRule="auto"/>
      </w:pPr>
      <w:r>
        <w:rPr>
          <w:rFonts w:ascii="Times New Roman" w:hAnsi="Times New Roman" w:eastAsia="宋体"/>
          <w:b w:val="0"/>
          <w:i w:val="0"/>
          <w:color w:val="333333"/>
          <w:sz w:val="19"/>
        </w:rPr>
        <w:t>(A) counterclockwise rotation about the origin by</w:t>
        <w:br/>
        <w:t>90°　　(B) clockwise rotation about the origin by 90°　　(C) reflection about the x-axis　　(D) reflection about the line y = x　　(E) reflection about the y-axis</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设 N 是 5 的正倍数。将一个红球和 N 个绿球随机排成一行。令 P(N) 为至少有 3/5 的绿球在红球同一侧的概率。注意 P(5)=1，且当 N 变大时 P(N) 趋近于 4/5。使 P(N) &lt; 321/400 的最小 N 的各位数字之和是多少？</w:t>
      </w:r>
    </w:p>
    <w:p>
      <w:pPr>
        <w:spacing w:before="0" w:after="120" w:line="300" w:lineRule="auto"/>
      </w:pPr>
      <w:r>
        <w:rPr>
          <w:rFonts w:ascii="Times New Roman" w:hAnsi="Times New Roman" w:eastAsia="宋体"/>
          <w:b w:val="0"/>
          <w:i w:val="0"/>
          <w:sz w:val="21"/>
        </w:rPr>
        <w:t>（A）12　　（B）14　　（C）16　　（D）18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N be a positive multiple of 5. One red ball and N green balls are arranged in a line in random order. Let P(N) be the probability that at least 3/5 of the green balls are on the same side of the red ball. Observe that P(5)=1 and that P(N) approaches 4/5 as N grows large. What is the sum of the digits of the least value of N such that P(N) &lt; 321/400?</w:t>
      </w:r>
    </w:p>
    <w:p>
      <w:pPr>
        <w:spacing w:before="0" w:after="160" w:line="300" w:lineRule="auto"/>
      </w:pPr>
      <w:r>
        <w:rPr>
          <w:rFonts w:ascii="Times New Roman" w:hAnsi="Times New Roman" w:eastAsia="宋体"/>
          <w:b w:val="0"/>
          <w:i w:val="0"/>
          <w:color w:val="333333"/>
          <w:sz w:val="19"/>
        </w:rPr>
        <w:t>(A) 12　　(B) 14　　(C) 16　　(D) 18　　(E) 20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一个立方体的每个顶点要标上从 1 到 8 的一个整数，每个整数用一次，使得每个面的四个顶点上的数之和都相同。通过立方体旋转可以互相得到的标法视为相同。有多少种不同标法？</w:t>
      </w:r>
    </w:p>
    <w:p>
      <w:pPr>
        <w:spacing w:before="0" w:after="120" w:line="300" w:lineRule="auto"/>
      </w:pPr>
      <w:r>
        <w:rPr>
          <w:rFonts w:ascii="Times New Roman" w:hAnsi="Times New Roman" w:eastAsia="宋体"/>
          <w:b w:val="0"/>
          <w:i w:val="0"/>
          <w:sz w:val="21"/>
        </w:rPr>
        <w:t>（A）1　　（B）3　　（C）6　　（D）12　　（E）24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vertex of a cube is to be labeled with an integer 1 through 8, with each integer being used once, in such a way that the sum of the four numbers on the vertices of a face is the same for each face. Arrangements that can be obtained from each other through rotations of the cube are considered to be the same. How many different arrangements are possible?</w:t>
      </w:r>
    </w:p>
    <w:p>
      <w:pPr>
        <w:spacing w:before="0" w:after="160" w:line="300" w:lineRule="auto"/>
      </w:pPr>
      <w:r>
        <w:rPr>
          <w:rFonts w:ascii="Times New Roman" w:hAnsi="Times New Roman" w:eastAsia="宋体"/>
          <w:b w:val="0"/>
          <w:i w:val="0"/>
          <w:color w:val="333333"/>
          <w:sz w:val="19"/>
        </w:rPr>
        <w:t>(A) 1　　(B) 3　　(C) 6　　(D) 12　　(E) 24</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在长方形 ABCD 中，AB=6，BC=3。点 E 在 B 与 C 之间，点 F 在 E 与 C 之间，且 BE=EF=FC。线段 AE 和 AF 分别与 BD 相交于 P 和 Q。</w:t>
      </w:r>
    </w:p>
    <w:p>
      <w:pPr>
        <w:spacing w:before="0" w:after="80" w:line="300" w:lineRule="auto"/>
        <w:jc w:val="left"/>
      </w:pPr>
      <w:r>
        <w:rPr>
          <w:rFonts w:ascii="Times New Roman" w:hAnsi="Times New Roman" w:eastAsia="宋体"/>
          <w:b w:val="0"/>
          <w:i w:val="0"/>
          <w:sz w:val="21"/>
        </w:rPr>
        <w:t>比值 BP:PQ:QD 可写成 r:s:t，其中 r，s 和 t 的最大公因数为 1。求 r+s+t。</w:t>
      </w:r>
    </w:p>
    <w:p>
      <w:pPr>
        <w:spacing w:before="0" w:after="120" w:line="300" w:lineRule="auto"/>
      </w:pPr>
      <w:r>
        <w:rPr>
          <w:rFonts w:ascii="Times New Roman" w:hAnsi="Times New Roman" w:eastAsia="宋体"/>
          <w:b w:val="0"/>
          <w:i w:val="0"/>
          <w:sz w:val="21"/>
        </w:rPr>
        <w:t>（A）7　　（B）9　　（C）12　　（D）15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rectangle ABCD, AB=6 and BC=3. Point E between B and C, and point F between E and C are such that BE=EF=FC. Segments AE and AF intersect BD at P and Q, respectively.</w:t>
      </w:r>
    </w:p>
    <w:p>
      <w:pPr>
        <w:spacing w:before="0" w:after="80" w:line="300" w:lineRule="auto"/>
        <w:jc w:val="left"/>
      </w:pPr>
      <w:r>
        <w:rPr>
          <w:rFonts w:ascii="Times New Roman" w:hAnsi="Times New Roman" w:eastAsia="宋体"/>
          <w:b w:val="0"/>
          <w:i w:val="0"/>
          <w:color w:val="333333"/>
          <w:sz w:val="19"/>
        </w:rPr>
        <w:t>The ratio BP:PQ:QD can be written as r:s:t where the greatest common factor of r, s, and t is 1. What is r+s+t?</w:t>
      </w:r>
    </w:p>
    <w:p>
      <w:pPr>
        <w:spacing w:before="0" w:after="160" w:line="300" w:lineRule="auto"/>
      </w:pPr>
      <w:r>
        <w:rPr>
          <w:rFonts w:ascii="Times New Roman" w:hAnsi="Times New Roman" w:eastAsia="宋体"/>
          <w:b w:val="0"/>
          <w:i w:val="0"/>
          <w:color w:val="333333"/>
          <w:sz w:val="19"/>
        </w:rPr>
        <w:t>(A) 7　　(B) 9　　(C) 12　　(D) 15　　(E) 20</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对某个特定的 N，展开 (a+b+c+d+1)^(N) 并合并同类项后，所得表达式中恰好有 1001 项同时包含四个变量 a、b、c 和 d，且每个变量的指数都为正。求 N。</w:t>
      </w:r>
    </w:p>
    <w:p>
      <w:pPr>
        <w:spacing w:before="0" w:after="120" w:line="300" w:lineRule="auto"/>
      </w:pPr>
      <w:r>
        <w:rPr>
          <w:rFonts w:ascii="Times New Roman" w:hAnsi="Times New Roman" w:eastAsia="宋体"/>
          <w:b w:val="0"/>
          <w:i w:val="0"/>
          <w:sz w:val="21"/>
        </w:rPr>
        <w:t>（A）9　　（B）14　　（C）16　　（D）17　　（E）19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some particular value of N, when (a+b+c+d+1)^(N) is expanded and like terms are combined, the resulting expression contains exactly 1001 terms that include all four variables a, b, c, and d, each to some positive power. What is N?</w:t>
      </w:r>
    </w:p>
    <w:p>
      <w:pPr>
        <w:spacing w:before="0" w:after="160" w:line="300" w:lineRule="auto"/>
      </w:pPr>
      <w:r>
        <w:rPr>
          <w:rFonts w:ascii="Times New Roman" w:hAnsi="Times New Roman" w:eastAsia="宋体"/>
          <w:b w:val="0"/>
          <w:i w:val="0"/>
          <w:color w:val="333333"/>
          <w:sz w:val="19"/>
        </w:rPr>
        <w:t>(A) 9　　(B) 14　　(C) 16　　(D) 17　　(E) 19</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圆心为 P，Q 和 R、半径分别为 1，2 和 3 的三个圆位于直线 l 的同侧，并分别在 P'，Q' 和 R' 处与 l 相切，其中 Q' 在 P' 和 R' 之间。圆心为 Q 的圆与另外两个圆都外切。求 △ PQR 的面积。</w:t>
      </w:r>
    </w:p>
    <w:p>
      <w:pPr>
        <w:spacing w:before="0" w:after="120" w:line="300" w:lineRule="auto"/>
      </w:pPr>
      <w:r>
        <w:rPr>
          <w:rFonts w:ascii="Times New Roman" w:hAnsi="Times New Roman" w:eastAsia="宋体"/>
          <w:b w:val="0"/>
          <w:i w:val="0"/>
          <w:sz w:val="21"/>
        </w:rPr>
        <w:t>（A）0　　（B）√(2/3)　　（C）1　　（D）√(6)-√(2)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Circles with centers P, Q and R, having radii 1, 2 and 3, respectively, lie on the same side of line l and are tangent to l at P', Q' and R', respectively, with Q' between P' and R'. The circle with center Q is externally tangent to each of the other two circles. What is the area of △ PQR?</w:t>
      </w:r>
    </w:p>
    <w:p>
      <w:pPr>
        <w:spacing w:before="0" w:after="160" w:line="300" w:lineRule="auto"/>
      </w:pPr>
      <w:r>
        <w:rPr>
          <w:rFonts w:ascii="Times New Roman" w:hAnsi="Times New Roman" w:eastAsia="宋体"/>
          <w:b w:val="0"/>
          <w:i w:val="0"/>
          <w:color w:val="333333"/>
          <w:sz w:val="19"/>
        </w:rPr>
        <w:t>(A) 0　　(B) √(2/3)　　(C) 1　　(D) √(6)-√(2)　　(E) √(3/2)</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对某个正整数 n，数 110n³ 有 110 个正整数因数，包括 1 和 110n³ 本身。数 81n⁴ 有多少个正整数因数？</w:t>
      </w:r>
    </w:p>
    <w:p>
      <w:pPr>
        <w:spacing w:before="0" w:after="120" w:line="300" w:lineRule="auto"/>
      </w:pPr>
      <w:r>
        <w:rPr>
          <w:rFonts w:ascii="Times New Roman" w:hAnsi="Times New Roman" w:eastAsia="宋体"/>
          <w:b w:val="0"/>
          <w:i w:val="0"/>
          <w:sz w:val="21"/>
        </w:rPr>
        <w:t>（A）110　　（B）191　　（C）261　　（D）325　　（E）425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some positive integer n, the number 110n³ has 110 positive integer divisors, including 1 and the number 110n³. How many positive integer divisors does the number 81n⁴ have?</w:t>
      </w:r>
    </w:p>
    <w:p>
      <w:pPr>
        <w:spacing w:before="0" w:after="160" w:line="300" w:lineRule="auto"/>
      </w:pPr>
      <w:r>
        <w:rPr>
          <w:rFonts w:ascii="Times New Roman" w:hAnsi="Times New Roman" w:eastAsia="宋体"/>
          <w:b w:val="0"/>
          <w:i w:val="0"/>
          <w:color w:val="333333"/>
          <w:sz w:val="19"/>
        </w:rPr>
        <w:t>(A) 110　　(B) 191　　(C) 261　　(D) 325　　(E) 425</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二元运算 diamondsuit 满足</w:t>
      </w:r>
    </w:p>
    <w:p>
      <w:pPr>
        <w:spacing w:before="0" w:after="80" w:line="300" w:lineRule="auto"/>
        <w:jc w:val="left"/>
      </w:pPr>
      <w:r>
        <w:rPr>
          <w:rFonts w:ascii="Times New Roman" w:hAnsi="Times New Roman" w:eastAsia="宋体"/>
          <w:b w:val="0"/>
          <w:i w:val="0"/>
          <w:sz w:val="21"/>
        </w:rPr>
        <w:t>a diamondsuit (b diamondsuit c) = (a diamondsuit b)· c</w:t>
      </w:r>
    </w:p>
    <w:p>
      <w:pPr>
        <w:spacing w:before="0" w:after="80" w:line="300" w:lineRule="auto"/>
        <w:jc w:val="left"/>
      </w:pPr>
      <w:r>
        <w:rPr>
          <w:rFonts w:ascii="Times New Roman" w:hAnsi="Times New Roman" w:eastAsia="宋体"/>
          <w:b w:val="0"/>
          <w:i w:val="0"/>
          <w:sz w:val="21"/>
        </w:rPr>
        <w:t>以及 a diamondsuit a=1，对所有非零实数 a，b 和 c 都成立。（这里的点号 · 表示通常的乘法运算。）方程</w:t>
      </w:r>
    </w:p>
    <w:p>
      <w:pPr>
        <w:spacing w:before="0" w:after="80" w:line="300" w:lineRule="auto"/>
        <w:jc w:val="left"/>
      </w:pPr>
      <w:r>
        <w:rPr>
          <w:rFonts w:ascii="Times New Roman" w:hAnsi="Times New Roman" w:eastAsia="宋体"/>
          <w:b w:val="0"/>
          <w:i w:val="0"/>
          <w:sz w:val="21"/>
        </w:rPr>
        <w:t>2016 diamondsuit (6 diamondsuit x)=100</w:t>
      </w:r>
    </w:p>
    <w:p>
      <w:pPr>
        <w:spacing w:before="0" w:after="80" w:line="300" w:lineRule="auto"/>
        <w:jc w:val="left"/>
      </w:pPr>
      <w:r>
        <w:rPr>
          <w:rFonts w:ascii="Times New Roman" w:hAnsi="Times New Roman" w:eastAsia="宋体"/>
          <w:b w:val="0"/>
          <w:i w:val="0"/>
          <w:sz w:val="21"/>
        </w:rPr>
        <w:t>的解可写成 p/q，其中 p 和 q 为互质正整数。求 p+q 的值。</w:t>
      </w:r>
    </w:p>
    <w:p>
      <w:pPr>
        <w:spacing w:before="0" w:after="120" w:line="300" w:lineRule="auto"/>
      </w:pPr>
      <w:r>
        <w:rPr>
          <w:rFonts w:ascii="Times New Roman" w:hAnsi="Times New Roman" w:eastAsia="宋体"/>
          <w:b w:val="0"/>
          <w:i w:val="0"/>
          <w:sz w:val="21"/>
        </w:rPr>
        <w:t>（A）109　　（B）201　　（C）301　　（D）3049　　（E）33,601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binary operation diamondsuit has the properties that</w:t>
      </w:r>
    </w:p>
    <w:p>
      <w:pPr>
        <w:spacing w:before="0" w:after="80" w:line="300" w:lineRule="auto"/>
        <w:jc w:val="left"/>
      </w:pPr>
      <w:r>
        <w:rPr>
          <w:rFonts w:ascii="Times New Roman" w:hAnsi="Times New Roman" w:eastAsia="宋体"/>
          <w:b w:val="0"/>
          <w:i w:val="0"/>
          <w:color w:val="333333"/>
          <w:sz w:val="19"/>
        </w:rPr>
        <w:t>a diamondsuit (b diamondsuit c) = (a diamondsuit b)· c</w:t>
      </w:r>
    </w:p>
    <w:p>
      <w:pPr>
        <w:spacing w:before="0" w:after="80" w:line="300" w:lineRule="auto"/>
        <w:jc w:val="left"/>
      </w:pPr>
      <w:r>
        <w:rPr>
          <w:rFonts w:ascii="Times New Roman" w:hAnsi="Times New Roman" w:eastAsia="宋体"/>
          <w:b w:val="0"/>
          <w:i w:val="0"/>
          <w:color w:val="333333"/>
          <w:sz w:val="19"/>
        </w:rPr>
        <w:t>and that a diamondsuit a=1 for all nonzero real numbers a, b, and c. (Here the dot · represents the usual multiplication operation.) The solution to the equation</w:t>
      </w:r>
    </w:p>
    <w:p>
      <w:pPr>
        <w:spacing w:before="0" w:after="80" w:line="300" w:lineRule="auto"/>
        <w:jc w:val="left"/>
      </w:pPr>
      <w:r>
        <w:rPr>
          <w:rFonts w:ascii="Times New Roman" w:hAnsi="Times New Roman" w:eastAsia="宋体"/>
          <w:b w:val="0"/>
          <w:i w:val="0"/>
          <w:color w:val="333333"/>
          <w:sz w:val="19"/>
        </w:rPr>
        <w:t>2016 diamondsuit (6 diamondsuit x)=100</w:t>
      </w:r>
    </w:p>
    <w:p>
      <w:pPr>
        <w:spacing w:before="0" w:after="80" w:line="300" w:lineRule="auto"/>
        <w:jc w:val="left"/>
      </w:pPr>
      <w:r>
        <w:rPr>
          <w:rFonts w:ascii="Times New Roman" w:hAnsi="Times New Roman" w:eastAsia="宋体"/>
          <w:b w:val="0"/>
          <w:i w:val="0"/>
          <w:color w:val="333333"/>
          <w:sz w:val="19"/>
        </w:rPr>
        <w:t>can be written as p/q, where p and q are relatively prime positive integers. What is p+q?</w:t>
      </w:r>
    </w:p>
    <w:p>
      <w:pPr>
        <w:spacing w:before="0" w:after="160" w:line="300" w:lineRule="auto"/>
      </w:pPr>
      <w:r>
        <w:rPr>
          <w:rFonts w:ascii="Times New Roman" w:hAnsi="Times New Roman" w:eastAsia="宋体"/>
          <w:b w:val="0"/>
          <w:i w:val="0"/>
          <w:color w:val="333333"/>
          <w:sz w:val="19"/>
        </w:rPr>
        <w:t>(A) 109　　(B) 201　　(C) 301　　(D) 3049　　(E) 33,601</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一个四边形内接于半径为 200√(2) 的圆。该四边形的三条边长为 200。第四条边长是多少？</w:t>
      </w:r>
    </w:p>
    <w:p>
      <w:pPr>
        <w:spacing w:before="0" w:after="120" w:line="300" w:lineRule="auto"/>
      </w:pPr>
      <w:r>
        <w:rPr>
          <w:rFonts w:ascii="Times New Roman" w:hAnsi="Times New Roman" w:eastAsia="宋体"/>
          <w:b w:val="0"/>
          <w:i w:val="0"/>
          <w:sz w:val="21"/>
        </w:rPr>
        <w:t>（A）200　　（B）200√(2)　　（C）200√(3)　　（D）300√(2)　　（E）500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quadrilateral is inscribed in a circle of radius 200√(2). Three of the sides of this quadrilateral have length 200. What is the length of the fourth side?</w:t>
      </w:r>
    </w:p>
    <w:p>
      <w:pPr>
        <w:spacing w:before="0" w:after="160" w:line="300" w:lineRule="auto"/>
      </w:pPr>
      <w:r>
        <w:rPr>
          <w:rFonts w:ascii="Times New Roman" w:hAnsi="Times New Roman" w:eastAsia="宋体"/>
          <w:b w:val="0"/>
          <w:i w:val="0"/>
          <w:color w:val="333333"/>
          <w:sz w:val="19"/>
        </w:rPr>
        <w:t>(A) 200　　(B) 200√(2)　　(C) 200√(3)　　(D) 300√(2)　　(E) 500</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有多少个正整数有序三元组 (x,y,z) 同时满足</w:t>
      </w:r>
    </w:p>
    <w:p>
      <w:pPr>
        <w:spacing w:before="0" w:after="80" w:line="300" w:lineRule="auto"/>
        <w:jc w:val="left"/>
      </w:pPr>
      <w:r>
        <w:rPr>
          <w:rFonts w:ascii="Times New Roman" w:hAnsi="Times New Roman" w:eastAsia="宋体"/>
          <w:b w:val="0"/>
          <w:i w:val="0"/>
          <w:sz w:val="21"/>
        </w:rPr>
        <w:t>lcm(x,y) = 72，</w:t>
      </w:r>
    </w:p>
    <w:p>
      <w:pPr>
        <w:spacing w:before="0" w:after="80" w:line="300" w:lineRule="auto"/>
        <w:jc w:val="left"/>
      </w:pPr>
      <w:r>
        <w:rPr>
          <w:rFonts w:ascii="Times New Roman" w:hAnsi="Times New Roman" w:eastAsia="宋体"/>
          <w:b w:val="0"/>
          <w:i w:val="0"/>
          <w:sz w:val="21"/>
        </w:rPr>
        <w:t>lcm(x,z) = 600，</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lcm(y,z)=900？</w:t>
      </w:r>
    </w:p>
    <w:p>
      <w:pPr>
        <w:spacing w:before="0" w:after="120" w:line="300" w:lineRule="auto"/>
      </w:pPr>
      <w:r>
        <w:rPr>
          <w:rFonts w:ascii="Times New Roman" w:hAnsi="Times New Roman" w:eastAsia="宋体"/>
          <w:b w:val="0"/>
          <w:i w:val="0"/>
          <w:sz w:val="21"/>
        </w:rPr>
        <w:t>（A）15　　（B）16　　（C）24　　（D）27　　（E）64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triples (x,y,z) of positive integers satisfy</w:t>
      </w:r>
    </w:p>
    <w:p>
      <w:pPr>
        <w:spacing w:before="0" w:after="80" w:line="300" w:lineRule="auto"/>
        <w:jc w:val="left"/>
      </w:pPr>
      <w:r>
        <w:rPr>
          <w:rFonts w:ascii="Times New Roman" w:hAnsi="Times New Roman" w:eastAsia="宋体"/>
          <w:b w:val="0"/>
          <w:i w:val="0"/>
          <w:color w:val="333333"/>
          <w:sz w:val="19"/>
        </w:rPr>
        <w:t>lcm(x,y) = 72,</w:t>
      </w:r>
    </w:p>
    <w:p>
      <w:pPr>
        <w:spacing w:before="0" w:after="80" w:line="300" w:lineRule="auto"/>
        <w:jc w:val="left"/>
      </w:pPr>
      <w:r>
        <w:rPr>
          <w:rFonts w:ascii="Times New Roman" w:hAnsi="Times New Roman" w:eastAsia="宋体"/>
          <w:b w:val="0"/>
          <w:i w:val="0"/>
          <w:color w:val="333333"/>
          <w:sz w:val="19"/>
        </w:rPr>
        <w:t>lcm(x,z) = 600,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lcm(y,z)=900?</w:t>
      </w:r>
    </w:p>
    <w:p>
      <w:pPr>
        <w:spacing w:before="0" w:after="160" w:line="300" w:lineRule="auto"/>
      </w:pPr>
      <w:r>
        <w:rPr>
          <w:rFonts w:ascii="Times New Roman" w:hAnsi="Times New Roman" w:eastAsia="宋体"/>
          <w:b w:val="0"/>
          <w:i w:val="0"/>
          <w:color w:val="333333"/>
          <w:sz w:val="19"/>
        </w:rPr>
        <w:t>(A) 15　　(B) 16　　(C) 24　　(D) 27　　(E) 64</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B　C　C　B　D　D　D　C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B　D　A　B　C　A　D　A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E　B　D　D　A　E　A</w:t>
      </w:r>
    </w:p>
    <w:p>
      <w:pPr>
        <w:spacing w:before="0" w:after="200" w:line="300" w:lineRule="auto"/>
      </w:pPr>
      <w:r>
        <w:rPr>
          <w:rFonts w:ascii="Times New Roman" w:hAnsi="Times New Roman" w:eastAsia="宋体"/>
          <w:b w:val="0"/>
          <w:i w:val="0"/>
          <w:color w:val="666666"/>
          <w:sz w:val="18"/>
        </w:rPr>
        <w:t>答案串：BCCBDDDCDBDABCADACEBDDAEA</w:t>
      </w:r>
    </w:p>
    <w:p>
      <w:pPr>
        <w:spacing w:before="200" w:after="80" w:line="300" w:lineRule="auto"/>
      </w:pPr>
      <w:r>
        <w:rPr>
          <w:rFonts w:ascii="Times New Roman" w:hAnsi="Times New Roman" w:eastAsia="宋体"/>
          <w:b/>
          <w:i w:val="0"/>
          <w:sz w:val="23"/>
        </w:rPr>
        <w:t>第 1 题　答案 B</w:t>
      </w:r>
    </w:p>
    <w:p>
      <w:pPr>
        <w:spacing w:before="0" w:after="80" w:line="300" w:lineRule="auto"/>
        <w:jc w:val="left"/>
      </w:pPr>
      <w:r>
        <w:rPr>
          <w:rFonts w:ascii="Times New Roman" w:hAnsi="Times New Roman" w:eastAsia="宋体"/>
          <w:b w:val="0"/>
          <w:i w:val="0"/>
          <w:sz w:val="21"/>
        </w:rPr>
        <w:t>可以从分子中提取一个 9! 再化简。</w:t>
      </w:r>
    </w:p>
    <w:p>
      <w:pPr>
        <w:spacing w:before="0" w:after="80" w:line="300" w:lineRule="auto"/>
        <w:jc w:val="left"/>
      </w:pPr>
      <w:r>
        <w:rPr>
          <w:rFonts w:ascii="Times New Roman" w:hAnsi="Times New Roman" w:eastAsia="宋体"/>
          <w:b w:val="0"/>
          <w:i w:val="0"/>
          <w:sz w:val="21"/>
        </w:rPr>
        <w:t>(9!(11 · 10 - 10))/(9!) =11 · 10 - 10</w:t>
      </w:r>
    </w:p>
    <w:p>
      <w:pPr>
        <w:spacing w:before="0" w:after="80" w:line="300" w:lineRule="auto"/>
        <w:jc w:val="left"/>
      </w:pPr>
      <w:r>
        <w:rPr>
          <w:rFonts w:ascii="Times New Roman" w:hAnsi="Times New Roman" w:eastAsia="宋体"/>
          <w:b w:val="0"/>
          <w:i w:val="0"/>
          <w:sz w:val="21"/>
        </w:rPr>
        <w:t>= 110 - 10</w:t>
      </w:r>
    </w:p>
    <w:p>
      <w:pPr>
        <w:spacing w:before="0" w:after="80" w:line="300" w:lineRule="auto"/>
        <w:jc w:val="left"/>
      </w:pPr>
      <w:r>
        <w:rPr>
          <w:rFonts w:ascii="Times New Roman" w:hAnsi="Times New Roman" w:eastAsia="宋体"/>
          <w:b w:val="0"/>
          <w:i w:val="0"/>
          <w:sz w:val="21"/>
        </w:rPr>
        <w:t>= 100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factor a 9! out of the numerator and simplify.</w:t>
      </w:r>
    </w:p>
    <w:p>
      <w:pPr>
        <w:spacing w:before="0" w:after="80" w:line="300" w:lineRule="auto"/>
        <w:jc w:val="left"/>
      </w:pPr>
      <w:r>
        <w:rPr>
          <w:rFonts w:ascii="Times New Roman" w:hAnsi="Times New Roman" w:eastAsia="宋体"/>
          <w:b w:val="0"/>
          <w:i w:val="0"/>
          <w:color w:val="333333"/>
          <w:sz w:val="19"/>
        </w:rPr>
        <w:t>(9!(11 · 10 - 10))/(9!) =11 · 10 - 10</w:t>
      </w:r>
    </w:p>
    <w:p>
      <w:pPr>
        <w:spacing w:before="0" w:after="80" w:line="300" w:lineRule="auto"/>
        <w:jc w:val="left"/>
      </w:pPr>
      <w:r>
        <w:rPr>
          <w:rFonts w:ascii="Times New Roman" w:hAnsi="Times New Roman" w:eastAsia="宋体"/>
          <w:b w:val="0"/>
          <w:i w:val="0"/>
          <w:color w:val="333333"/>
          <w:sz w:val="19"/>
        </w:rPr>
        <w:t>= 110 - 10</w:t>
      </w:r>
    </w:p>
    <w:p>
      <w:pPr>
        <w:spacing w:before="0" w:after="80" w:line="300" w:lineRule="auto"/>
        <w:jc w:val="left"/>
      </w:pPr>
      <w:r>
        <w:rPr>
          <w:rFonts w:ascii="Times New Roman" w:hAnsi="Times New Roman" w:eastAsia="宋体"/>
          <w:b w:val="0"/>
          <w:i w:val="0"/>
          <w:color w:val="333333"/>
          <w:sz w:val="19"/>
        </w:rPr>
        <w:t>= 100.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C</w:t>
      </w:r>
    </w:p>
    <w:p>
      <w:pPr>
        <w:spacing w:before="0" w:after="80" w:line="300" w:lineRule="auto"/>
        <w:jc w:val="left"/>
      </w:pPr>
      <w:r>
        <w:rPr>
          <w:rFonts w:ascii="Times New Roman" w:hAnsi="Times New Roman" w:eastAsia="宋体"/>
          <w:b w:val="0"/>
          <w:i w:val="0"/>
          <w:sz w:val="21"/>
        </w:rPr>
        <w:t>把所有底数写成 10 的幂：</w:t>
      </w:r>
    </w:p>
    <w:p>
      <w:pPr>
        <w:spacing w:before="0" w:after="80" w:line="300" w:lineRule="auto"/>
        <w:jc w:val="left"/>
      </w:pPr>
      <w:r>
        <w:rPr>
          <w:rFonts w:ascii="Times New Roman" w:hAnsi="Times New Roman" w:eastAsia="宋体"/>
          <w:b w:val="0"/>
          <w:i w:val="0"/>
          <w:sz w:val="21"/>
        </w:rPr>
        <w:t>small 10ˣ·100²ˣ=10ˣ·(10²)²ˣ=10⁵ˣ，</w:t>
      </w:r>
    </w:p>
    <w:p>
      <w:pPr>
        <w:spacing w:before="0" w:after="80" w:line="300" w:lineRule="auto"/>
        <w:jc w:val="left"/>
      </w:pPr>
      <w:r>
        <w:rPr>
          <w:rFonts w:ascii="Times New Roman" w:hAnsi="Times New Roman" w:eastAsia="宋体"/>
          <w:b w:val="0"/>
          <w:i w:val="0"/>
          <w:sz w:val="21"/>
        </w:rPr>
        <w:t>同时</w:t>
      </w:r>
    </w:p>
    <w:p>
      <w:pPr>
        <w:spacing w:before="0" w:after="80" w:line="300" w:lineRule="auto"/>
        <w:jc w:val="left"/>
      </w:pPr>
      <w:r>
        <w:rPr>
          <w:rFonts w:ascii="Times New Roman" w:hAnsi="Times New Roman" w:eastAsia="宋体"/>
          <w:b w:val="0"/>
          <w:i w:val="0"/>
          <w:sz w:val="21"/>
        </w:rPr>
        <w:t>1000⁵=(10³)⁵=10¹⁵。</w:t>
      </w:r>
    </w:p>
    <w:p>
      <w:pPr>
        <w:spacing w:before="0" w:after="80" w:line="300" w:lineRule="auto"/>
        <w:jc w:val="left"/>
      </w:pPr>
      <w:r>
        <w:rPr>
          <w:rFonts w:ascii="Times New Roman" w:hAnsi="Times New Roman" w:eastAsia="宋体"/>
          <w:b w:val="0"/>
          <w:i w:val="0"/>
          <w:sz w:val="21"/>
        </w:rPr>
        <w:t>因此 5x=15，所以 x=3。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Rewrite all bases as powers of 10:</w:t>
      </w:r>
    </w:p>
    <w:p>
      <w:pPr>
        <w:spacing w:before="0" w:after="80" w:line="300" w:lineRule="auto"/>
        <w:jc w:val="left"/>
      </w:pPr>
      <w:r>
        <w:rPr>
          <w:rFonts w:ascii="Times New Roman" w:hAnsi="Times New Roman" w:eastAsia="宋体"/>
          <w:b w:val="0"/>
          <w:i w:val="0"/>
          <w:color w:val="333333"/>
          <w:sz w:val="19"/>
        </w:rPr>
        <w:t>small 10ˣ·100²ˣ=10ˣ·(10²)²ˣ=10⁵ˣ,</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1000⁵=(10³)⁵=10¹⁵.</w:t>
      </w:r>
    </w:p>
    <w:p>
      <w:pPr>
        <w:spacing w:before="0" w:after="80" w:line="300" w:lineRule="auto"/>
        <w:jc w:val="left"/>
      </w:pPr>
      <w:r>
        <w:rPr>
          <w:rFonts w:ascii="Times New Roman" w:hAnsi="Times New Roman" w:eastAsia="宋体"/>
          <w:b w:val="0"/>
          <w:i w:val="0"/>
          <w:color w:val="333333"/>
          <w:sz w:val="19"/>
        </w:rPr>
        <w:t>Therefore 5x=15, so x=3.</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C</w:t>
      </w:r>
    </w:p>
    <w:p>
      <w:pPr>
        <w:spacing w:before="0" w:after="80" w:line="300" w:lineRule="auto"/>
        <w:jc w:val="left"/>
      </w:pPr>
      <w:r>
        <w:rPr>
          <w:rFonts w:ascii="Times New Roman" w:hAnsi="Times New Roman" w:eastAsia="宋体"/>
          <w:b w:val="0"/>
          <w:i w:val="0"/>
          <w:sz w:val="21"/>
        </w:rPr>
        <w:t>Ben 每花一美元，David 花 75 美分，所以两人的差额是 25 美分。总差额为 $12.50，也就是 Ben 花费的四分之一。</w:t>
      </w:r>
    </w:p>
    <w:p>
      <w:pPr>
        <w:spacing w:before="0" w:after="80" w:line="300" w:lineRule="auto"/>
        <w:jc w:val="left"/>
      </w:pPr>
      <w:r>
        <w:rPr>
          <w:rFonts w:ascii="Times New Roman" w:hAnsi="Times New Roman" w:eastAsia="宋体"/>
          <w:b w:val="0"/>
          <w:i w:val="0"/>
          <w:sz w:val="21"/>
        </w:rPr>
        <w:t>Ben 花了 12.50÷0.25=50 美元，David 花了 37.50 美元。两人共花 87.50 美元。</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each dollar Ben spent, David spent 75 cents, so the difference was 25 cents. The total difference $12.50 is therefore one quarter of Ben’s spending.</w:t>
      </w:r>
    </w:p>
    <w:p>
      <w:pPr>
        <w:spacing w:before="0" w:after="80" w:line="300" w:lineRule="auto"/>
        <w:jc w:val="left"/>
      </w:pPr>
      <w:r>
        <w:rPr>
          <w:rFonts w:ascii="Times New Roman" w:hAnsi="Times New Roman" w:eastAsia="宋体"/>
          <w:b w:val="0"/>
          <w:i w:val="0"/>
          <w:color w:val="333333"/>
          <w:sz w:val="19"/>
        </w:rPr>
        <w:t>Ben spent 12.50÷0.25=50 dollars, and David spent 37.50 dollars. Together they spent 87.50 dollars.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B</w:t>
      </w:r>
    </w:p>
    <w:p>
      <w:pPr>
        <w:spacing w:before="0" w:after="80" w:line="300" w:lineRule="auto"/>
        <w:jc w:val="left"/>
      </w:pPr>
      <w:r>
        <w:rPr>
          <w:rFonts w:ascii="Times New Roman" w:hAnsi="Times New Roman" w:eastAsia="宋体"/>
          <w:b w:val="0"/>
          <w:i w:val="0"/>
          <w:sz w:val="21"/>
        </w:rPr>
        <w:t>代入公式，得到</w:t>
      </w:r>
    </w:p>
    <w:p>
      <w:pPr>
        <w:spacing w:before="0" w:after="80" w:line="300" w:lineRule="auto"/>
        <w:jc w:val="left"/>
      </w:pPr>
      <w:r>
        <w:rPr>
          <w:rFonts w:ascii="Times New Roman" w:hAnsi="Times New Roman" w:eastAsia="宋体"/>
          <w:b w:val="0"/>
          <w:i w:val="0"/>
          <w:sz w:val="21"/>
        </w:rPr>
        <w:t>rem (3/8, -2/5) = 3/8</w:t>
      </w:r>
    </w:p>
    <w:p>
      <w:pPr>
        <w:spacing w:before="0" w:after="80" w:line="300" w:lineRule="auto"/>
        <w:jc w:val="left"/>
      </w:pPr>
      <w:r>
        <w:rPr>
          <w:rFonts w:ascii="Times New Roman" w:hAnsi="Times New Roman" w:eastAsia="宋体"/>
          <w:b w:val="0"/>
          <w:i w:val="0"/>
          <w:sz w:val="21"/>
        </w:rPr>
        <w:t>+ 2/5 ⌊ (3/8)/(-2/5) ⌋</w:t>
      </w:r>
    </w:p>
    <w:p>
      <w:pPr>
        <w:spacing w:before="0" w:after="80" w:line="300" w:lineRule="auto"/>
        <w:jc w:val="left"/>
      </w:pPr>
      <w:r>
        <w:rPr>
          <w:rFonts w:ascii="Times New Roman" w:hAnsi="Times New Roman" w:eastAsia="宋体"/>
          <w:b w:val="0"/>
          <w:i w:val="0"/>
          <w:sz w:val="21"/>
        </w:rPr>
        <w:t>= 3/8</w:t>
      </w:r>
    </w:p>
    <w:p>
      <w:pPr>
        <w:spacing w:before="0" w:after="80" w:line="300" w:lineRule="auto"/>
        <w:jc w:val="left"/>
      </w:pPr>
      <w:r>
        <w:rPr>
          <w:rFonts w:ascii="Times New Roman" w:hAnsi="Times New Roman" w:eastAsia="宋体"/>
          <w:b w:val="0"/>
          <w:i w:val="0"/>
          <w:sz w:val="21"/>
        </w:rPr>
        <w:t>+ 2/5 ⌊ -15/16 ⌋</w:t>
      </w:r>
    </w:p>
    <w:p>
      <w:pPr>
        <w:spacing w:before="0" w:after="80" w:line="300" w:lineRule="auto"/>
        <w:jc w:val="left"/>
      </w:pPr>
      <w:r>
        <w:rPr>
          <w:rFonts w:ascii="Times New Roman" w:hAnsi="Times New Roman" w:eastAsia="宋体"/>
          <w:b w:val="0"/>
          <w:i w:val="0"/>
          <w:sz w:val="21"/>
        </w:rPr>
        <w:t>= 3/8 + 2/5 · -1</w:t>
      </w:r>
    </w:p>
    <w:p>
      <w:pPr>
        <w:spacing w:before="0" w:after="80" w:line="300" w:lineRule="auto"/>
        <w:jc w:val="left"/>
      </w:pPr>
      <w:r>
        <w:rPr>
          <w:rFonts w:ascii="Times New Roman" w:hAnsi="Times New Roman" w:eastAsia="宋体"/>
          <w:b w:val="0"/>
          <w:i w:val="0"/>
          <w:sz w:val="21"/>
        </w:rPr>
        <w:t>= 3/8 - 2/5</w:t>
      </w:r>
    </w:p>
    <w:p>
      <w:pPr>
        <w:spacing w:before="0" w:after="80" w:line="300" w:lineRule="auto"/>
        <w:jc w:val="left"/>
      </w:pPr>
      <w:r>
        <w:rPr>
          <w:rFonts w:ascii="Times New Roman" w:hAnsi="Times New Roman" w:eastAsia="宋体"/>
          <w:b w:val="0"/>
          <w:i w:val="0"/>
          <w:sz w:val="21"/>
        </w:rPr>
        <w:t>= - 1/40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the formula, we get</w:t>
      </w:r>
    </w:p>
    <w:p>
      <w:pPr>
        <w:spacing w:before="0" w:after="80" w:line="300" w:lineRule="auto"/>
        <w:jc w:val="left"/>
      </w:pPr>
      <w:r>
        <w:rPr>
          <w:rFonts w:ascii="Times New Roman" w:hAnsi="Times New Roman" w:eastAsia="宋体"/>
          <w:b w:val="0"/>
          <w:i w:val="0"/>
          <w:color w:val="333333"/>
          <w:sz w:val="19"/>
        </w:rPr>
        <w:t>rem (3/8, -2/5) = 3/8</w:t>
      </w:r>
    </w:p>
    <w:p>
      <w:pPr>
        <w:spacing w:before="0" w:after="80" w:line="300" w:lineRule="auto"/>
        <w:jc w:val="left"/>
      </w:pPr>
      <w:r>
        <w:rPr>
          <w:rFonts w:ascii="Times New Roman" w:hAnsi="Times New Roman" w:eastAsia="宋体"/>
          <w:b w:val="0"/>
          <w:i w:val="0"/>
          <w:color w:val="333333"/>
          <w:sz w:val="19"/>
        </w:rPr>
        <w:t>+ 2/5 ⌊ (3/8)/(-2/5) ⌋</w:t>
      </w:r>
    </w:p>
    <w:p>
      <w:pPr>
        <w:spacing w:before="0" w:after="80" w:line="300" w:lineRule="auto"/>
        <w:jc w:val="left"/>
      </w:pPr>
      <w:r>
        <w:rPr>
          <w:rFonts w:ascii="Times New Roman" w:hAnsi="Times New Roman" w:eastAsia="宋体"/>
          <w:b w:val="0"/>
          <w:i w:val="0"/>
          <w:color w:val="333333"/>
          <w:sz w:val="19"/>
        </w:rPr>
        <w:t>= 3/8</w:t>
      </w:r>
    </w:p>
    <w:p>
      <w:pPr>
        <w:spacing w:before="0" w:after="80" w:line="300" w:lineRule="auto"/>
        <w:jc w:val="left"/>
      </w:pPr>
      <w:r>
        <w:rPr>
          <w:rFonts w:ascii="Times New Roman" w:hAnsi="Times New Roman" w:eastAsia="宋体"/>
          <w:b w:val="0"/>
          <w:i w:val="0"/>
          <w:color w:val="333333"/>
          <w:sz w:val="19"/>
        </w:rPr>
        <w:t>+ 2/5 ⌊ -15/16 ⌋</w:t>
      </w:r>
    </w:p>
    <w:p>
      <w:pPr>
        <w:spacing w:before="0" w:after="80" w:line="300" w:lineRule="auto"/>
        <w:jc w:val="left"/>
      </w:pPr>
      <w:r>
        <w:rPr>
          <w:rFonts w:ascii="Times New Roman" w:hAnsi="Times New Roman" w:eastAsia="宋体"/>
          <w:b w:val="0"/>
          <w:i w:val="0"/>
          <w:color w:val="333333"/>
          <w:sz w:val="19"/>
        </w:rPr>
        <w:t>= 3/8 + 2/5 · -1</w:t>
      </w:r>
    </w:p>
    <w:p>
      <w:pPr>
        <w:spacing w:before="0" w:after="80" w:line="300" w:lineRule="auto"/>
        <w:jc w:val="left"/>
      </w:pPr>
      <w:r>
        <w:rPr>
          <w:rFonts w:ascii="Times New Roman" w:hAnsi="Times New Roman" w:eastAsia="宋体"/>
          <w:b w:val="0"/>
          <w:i w:val="0"/>
          <w:color w:val="333333"/>
          <w:sz w:val="19"/>
        </w:rPr>
        <w:t>= 3/8 - 2/5</w:t>
      </w:r>
    </w:p>
    <w:p>
      <w:pPr>
        <w:spacing w:before="0" w:after="80" w:line="300" w:lineRule="auto"/>
        <w:jc w:val="left"/>
      </w:pPr>
      <w:r>
        <w:rPr>
          <w:rFonts w:ascii="Times New Roman" w:hAnsi="Times New Roman" w:eastAsia="宋体"/>
          <w:b w:val="0"/>
          <w:i w:val="0"/>
          <w:color w:val="333333"/>
          <w:sz w:val="19"/>
        </w:rPr>
        <w:t>= - 1/40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设最短边长为 s，则另外两边为 3s 和 4s。</w:t>
      </w:r>
    </w:p>
    <w:p>
      <w:pPr>
        <w:spacing w:before="0" w:after="80" w:line="300" w:lineRule="auto"/>
        <w:jc w:val="left"/>
      </w:pPr>
      <w:r>
        <w:rPr>
          <w:rFonts w:ascii="Times New Roman" w:hAnsi="Times New Roman" w:eastAsia="宋体"/>
          <w:b w:val="0"/>
          <w:i w:val="0"/>
          <w:sz w:val="21"/>
        </w:rPr>
        <w:t>体积为</w:t>
      </w:r>
    </w:p>
    <w:p>
      <w:pPr>
        <w:spacing w:before="0" w:after="80" w:line="300" w:lineRule="auto"/>
        <w:jc w:val="left"/>
      </w:pPr>
      <w:r>
        <w:rPr>
          <w:rFonts w:ascii="Times New Roman" w:hAnsi="Times New Roman" w:eastAsia="宋体"/>
          <w:b w:val="0"/>
          <w:i w:val="0"/>
          <w:sz w:val="21"/>
        </w:rPr>
        <w:t>s · 3s · 4s = 12s³。</w:t>
      </w:r>
    </w:p>
    <w:p>
      <w:pPr>
        <w:spacing w:before="0" w:after="80" w:line="300" w:lineRule="auto"/>
        <w:jc w:val="left"/>
      </w:pPr>
      <w:r>
        <w:rPr>
          <w:rFonts w:ascii="Times New Roman" w:hAnsi="Times New Roman" w:eastAsia="宋体"/>
          <w:b w:val="0"/>
          <w:i w:val="0"/>
          <w:sz w:val="21"/>
        </w:rPr>
        <w:t>测试 s 的取值可知，当 s = 2 时，12s³ = 96，这是一个选项。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side length of the smallest side. Then the other two sides are 3s and 4s.</w:t>
      </w:r>
    </w:p>
    <w:p>
      <w:pPr>
        <w:spacing w:before="0" w:after="80" w:line="300" w:lineRule="auto"/>
        <w:jc w:val="left"/>
      </w:pPr>
      <w:r>
        <w:rPr>
          <w:rFonts w:ascii="Times New Roman" w:hAnsi="Times New Roman" w:eastAsia="宋体"/>
          <w:b w:val="0"/>
          <w:i w:val="0"/>
          <w:color w:val="333333"/>
          <w:sz w:val="19"/>
        </w:rPr>
        <w:t>The volume is therefore</w:t>
      </w:r>
    </w:p>
    <w:p>
      <w:pPr>
        <w:spacing w:before="0" w:after="80" w:line="300" w:lineRule="auto"/>
        <w:jc w:val="left"/>
      </w:pPr>
      <w:r>
        <w:rPr>
          <w:rFonts w:ascii="Times New Roman" w:hAnsi="Times New Roman" w:eastAsia="宋体"/>
          <w:b w:val="0"/>
          <w:i w:val="0"/>
          <w:color w:val="333333"/>
          <w:sz w:val="19"/>
        </w:rPr>
        <w:t>s · 3s · 4s = 12s³.</w:t>
      </w:r>
    </w:p>
    <w:p>
      <w:pPr>
        <w:spacing w:before="0" w:after="80" w:line="300" w:lineRule="auto"/>
        <w:jc w:val="left"/>
      </w:pPr>
      <w:r>
        <w:rPr>
          <w:rFonts w:ascii="Times New Roman" w:hAnsi="Times New Roman" w:eastAsia="宋体"/>
          <w:b w:val="0"/>
          <w:i w:val="0"/>
          <w:color w:val="333333"/>
          <w:sz w:val="19"/>
        </w:rPr>
        <w:t>Testing out values of s, we see that if s = 2, then 12s³ = 96, which is an answer choice.</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D</w:t>
      </w:r>
    </w:p>
    <w:p>
      <w:pPr>
        <w:spacing w:before="0" w:after="80" w:line="300" w:lineRule="auto"/>
        <w:jc w:val="left"/>
      </w:pPr>
      <w:r>
        <w:rPr>
          <w:rFonts w:ascii="Times New Roman" w:hAnsi="Times New Roman" w:eastAsia="宋体"/>
          <w:b w:val="0"/>
          <w:i w:val="0"/>
          <w:sz w:val="21"/>
        </w:rPr>
        <w:t>个位数字 2 被改成 1 时，数少 1。这发生在 2,12,22，总共少 3。</w:t>
      </w:r>
    </w:p>
    <w:p>
      <w:pPr>
        <w:spacing w:before="0" w:after="80" w:line="300" w:lineRule="auto"/>
        <w:jc w:val="left"/>
      </w:pPr>
      <w:r>
        <w:rPr>
          <w:rFonts w:ascii="Times New Roman" w:hAnsi="Times New Roman" w:eastAsia="宋体"/>
          <w:b w:val="0"/>
          <w:i w:val="0"/>
          <w:sz w:val="21"/>
        </w:rPr>
        <w:t>十位数字 2 被改成 1 时，数少 10。这发生在 20,21,…,29，总共少 100。</w:t>
      </w:r>
    </w:p>
    <w:p>
      <w:pPr>
        <w:spacing w:before="0" w:after="80" w:line="300" w:lineRule="auto"/>
        <w:jc w:val="left"/>
      </w:pPr>
      <w:r>
        <w:rPr>
          <w:rFonts w:ascii="Times New Roman" w:hAnsi="Times New Roman" w:eastAsia="宋体"/>
          <w:b w:val="0"/>
          <w:i w:val="0"/>
          <w:sz w:val="21"/>
        </w:rPr>
        <w:t>因此 Emilio 的和比 Ximena 的和少 103，所以 Ximena 的和大 103。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Emilio changes a units digit 2 to 1, his copied number is smaller by 1. This happens in 2,12,22, for a loss of 3.</w:t>
      </w:r>
    </w:p>
    <w:p>
      <w:pPr>
        <w:spacing w:before="0" w:after="80" w:line="300" w:lineRule="auto"/>
        <w:jc w:val="left"/>
      </w:pPr>
      <w:r>
        <w:rPr>
          <w:rFonts w:ascii="Times New Roman" w:hAnsi="Times New Roman" w:eastAsia="宋体"/>
          <w:b w:val="0"/>
          <w:i w:val="0"/>
          <w:color w:val="333333"/>
          <w:sz w:val="19"/>
        </w:rPr>
        <w:t>When he changes a tens digit 2 to 1, his copied number is smaller by 10. This happens for 20,21,…,29, for a loss of 100.</w:t>
      </w:r>
    </w:p>
    <w:p>
      <w:pPr>
        <w:spacing w:before="0" w:after="80" w:line="300" w:lineRule="auto"/>
        <w:jc w:val="left"/>
      </w:pPr>
      <w:r>
        <w:rPr>
          <w:rFonts w:ascii="Times New Roman" w:hAnsi="Times New Roman" w:eastAsia="宋体"/>
          <w:b w:val="0"/>
          <w:i w:val="0"/>
          <w:color w:val="333333"/>
          <w:sz w:val="19"/>
        </w:rPr>
        <w:t>Thus Emilio’s sum is 103 less than Ximena’s sum, so Ximena’s sum is 103 larger.</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七个数的和为 540+x。如果平均数等于 x，则</w:t>
      </w:r>
    </w:p>
    <w:p>
      <w:pPr>
        <w:spacing w:before="0" w:after="80" w:line="300" w:lineRule="auto"/>
        <w:jc w:val="left"/>
      </w:pPr>
      <w:r>
        <w:rPr>
          <w:rFonts w:ascii="Times New Roman" w:hAnsi="Times New Roman" w:eastAsia="宋体"/>
          <w:b w:val="0"/>
          <w:i w:val="0"/>
          <w:sz w:val="21"/>
        </w:rPr>
        <w:t>540+x/7=x，</w:t>
      </w:r>
    </w:p>
    <w:p>
      <w:pPr>
        <w:spacing w:before="0" w:after="80" w:line="300" w:lineRule="auto"/>
        <w:jc w:val="left"/>
      </w:pPr>
      <w:r>
        <w:rPr>
          <w:rFonts w:ascii="Times New Roman" w:hAnsi="Times New Roman" w:eastAsia="宋体"/>
          <w:b w:val="0"/>
          <w:i w:val="0"/>
          <w:sz w:val="21"/>
        </w:rPr>
        <w:t>所以 540=6x，x=90。</w:t>
      </w:r>
    </w:p>
    <w:p>
      <w:pPr>
        <w:spacing w:before="0" w:after="80" w:line="300" w:lineRule="auto"/>
        <w:jc w:val="left"/>
      </w:pPr>
      <w:r>
        <w:rPr>
          <w:rFonts w:ascii="Times New Roman" w:hAnsi="Times New Roman" w:eastAsia="宋体"/>
          <w:b w:val="0"/>
          <w:i w:val="0"/>
          <w:sz w:val="21"/>
        </w:rPr>
        <w:t>当 x=90 时，排序后的数据为 40,50,60,90,90,100,200。其中位数是 90，众数也是 90，所以符合条件。</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seven data values is 540+x. If the mean equals x, then</w:t>
      </w:r>
    </w:p>
    <w:p>
      <w:pPr>
        <w:spacing w:before="0" w:after="80" w:line="300" w:lineRule="auto"/>
        <w:jc w:val="left"/>
      </w:pPr>
      <w:r>
        <w:rPr>
          <w:rFonts w:ascii="Times New Roman" w:hAnsi="Times New Roman" w:eastAsia="宋体"/>
          <w:b w:val="0"/>
          <w:i w:val="0"/>
          <w:color w:val="333333"/>
          <w:sz w:val="19"/>
        </w:rPr>
        <w:t>540+x/7=x,</w:t>
      </w:r>
    </w:p>
    <w:p>
      <w:pPr>
        <w:spacing w:before="0" w:after="80" w:line="300" w:lineRule="auto"/>
        <w:jc w:val="left"/>
      </w:pPr>
      <w:r>
        <w:rPr>
          <w:rFonts w:ascii="Times New Roman" w:hAnsi="Times New Roman" w:eastAsia="宋体"/>
          <w:b w:val="0"/>
          <w:i w:val="0"/>
          <w:color w:val="333333"/>
          <w:sz w:val="19"/>
        </w:rPr>
        <w:t>so 540=6x and x=90.</w:t>
      </w:r>
    </w:p>
    <w:p>
      <w:pPr>
        <w:spacing w:before="0" w:after="80" w:line="300" w:lineRule="auto"/>
        <w:jc w:val="left"/>
      </w:pPr>
      <w:r>
        <w:rPr>
          <w:rFonts w:ascii="Times New Roman" w:hAnsi="Times New Roman" w:eastAsia="宋体"/>
          <w:b w:val="0"/>
          <w:i w:val="0"/>
          <w:color w:val="333333"/>
          <w:sz w:val="19"/>
        </w:rPr>
        <w:t>With x=90, the ordered data set is 40,50,60,90,90,100,200. Its median is 90, and its mode is also 90, so the value works.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C</w:t>
      </w:r>
    </w:p>
    <w:p>
      <w:pPr>
        <w:spacing w:before="0" w:after="80" w:line="300" w:lineRule="auto"/>
        <w:jc w:val="left"/>
      </w:pPr>
      <w:r>
        <w:rPr>
          <w:rFonts w:ascii="Times New Roman" w:hAnsi="Times New Roman" w:eastAsia="宋体"/>
          <w:b w:val="0"/>
          <w:i w:val="0"/>
          <w:sz w:val="21"/>
        </w:rPr>
        <w:t>最后 Fox 有 0 枚硬币，所以第三次付过路费之前有 40 枚。</w:t>
      </w:r>
    </w:p>
    <w:p>
      <w:pPr>
        <w:spacing w:before="0" w:after="80" w:line="300" w:lineRule="auto"/>
        <w:jc w:val="left"/>
      </w:pPr>
      <w:r>
        <w:rPr>
          <w:rFonts w:ascii="Times New Roman" w:hAnsi="Times New Roman" w:eastAsia="宋体"/>
          <w:b w:val="0"/>
          <w:i w:val="0"/>
          <w:sz w:val="21"/>
        </w:rPr>
        <w:t>因此第三次翻倍前有 40 ÷ 2 = 20 枚；第二次付过路费之前有 20 + 40 = 60 枚。</w:t>
      </w:r>
    </w:p>
    <w:p>
      <w:pPr>
        <w:spacing w:before="0" w:after="80" w:line="300" w:lineRule="auto"/>
        <w:jc w:val="left"/>
      </w:pPr>
      <w:r>
        <w:rPr>
          <w:rFonts w:ascii="Times New Roman" w:hAnsi="Times New Roman" w:eastAsia="宋体"/>
          <w:b w:val="0"/>
          <w:i w:val="0"/>
          <w:sz w:val="21"/>
        </w:rPr>
        <w:t>第二次翻倍前有 60 ÷ 2 = 30 枚；第一次付过路费之前有 30 + 40 = 70 枚。</w:t>
      </w:r>
    </w:p>
    <w:p>
      <w:pPr>
        <w:spacing w:before="0" w:after="80" w:line="300" w:lineRule="auto"/>
        <w:jc w:val="left"/>
      </w:pPr>
      <w:r>
        <w:rPr>
          <w:rFonts w:ascii="Times New Roman" w:hAnsi="Times New Roman" w:eastAsia="宋体"/>
          <w:b w:val="0"/>
          <w:i w:val="0"/>
          <w:sz w:val="21"/>
        </w:rPr>
        <w:t>最后，第一次翻倍前 Fox 有 70 ÷ 2 = 35 枚硬币。</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know that Fox has 0 coins at the end. Then before paying the final toll, Fox had 40 coins.</w:t>
      </w:r>
    </w:p>
    <w:p>
      <w:pPr>
        <w:spacing w:before="0" w:after="80" w:line="300" w:lineRule="auto"/>
        <w:jc w:val="left"/>
      </w:pPr>
      <w:r>
        <w:rPr>
          <w:rFonts w:ascii="Times New Roman" w:hAnsi="Times New Roman" w:eastAsia="宋体"/>
          <w:b w:val="0"/>
          <w:i w:val="0"/>
          <w:color w:val="333333"/>
          <w:sz w:val="19"/>
        </w:rPr>
        <w:t>Then he had 40 ÷ 2 = 20 coins before the doubling. Then before paying the toll for the second crossing, he had 20 + 40 = 60 coins.</w:t>
      </w:r>
    </w:p>
    <w:p>
      <w:pPr>
        <w:spacing w:before="0" w:after="80" w:line="300" w:lineRule="auto"/>
        <w:jc w:val="left"/>
      </w:pPr>
      <w:r>
        <w:rPr>
          <w:rFonts w:ascii="Times New Roman" w:hAnsi="Times New Roman" w:eastAsia="宋体"/>
          <w:b w:val="0"/>
          <w:i w:val="0"/>
          <w:color w:val="333333"/>
          <w:sz w:val="19"/>
        </w:rPr>
        <w:t>Before the doubling on the second crossing, he had 60 ÷ 2 = 30 coins. On the first crossing before the toll, Fox had 30 + 40 = 70 coins.</w:t>
      </w:r>
    </w:p>
    <w:p>
      <w:pPr>
        <w:spacing w:before="0" w:after="80" w:line="300" w:lineRule="auto"/>
        <w:jc w:val="left"/>
      </w:pPr>
      <w:r>
        <w:rPr>
          <w:rFonts w:ascii="Times New Roman" w:hAnsi="Times New Roman" w:eastAsia="宋体"/>
          <w:b w:val="0"/>
          <w:i w:val="0"/>
          <w:color w:val="333333"/>
          <w:sz w:val="19"/>
        </w:rPr>
        <w:t>Finally, before the first doubling, Fox had 70 ÷ 2 = 35 coins.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回忆前 N 个整数之和为 (N(N + 1))/2。</w:t>
      </w:r>
    </w:p>
    <w:p>
      <w:pPr>
        <w:spacing w:before="0" w:after="80" w:line="300" w:lineRule="auto"/>
        <w:jc w:val="left"/>
      </w:pPr>
      <w:r>
        <w:rPr>
          <w:rFonts w:ascii="Times New Roman" w:hAnsi="Times New Roman" w:eastAsia="宋体"/>
          <w:b w:val="0"/>
          <w:i w:val="0"/>
          <w:sz w:val="21"/>
        </w:rPr>
        <w:t>我们要找 N，使得</w:t>
      </w:r>
    </w:p>
    <w:p>
      <w:pPr>
        <w:spacing w:before="0" w:after="80" w:line="300" w:lineRule="auto"/>
        <w:jc w:val="left"/>
      </w:pPr>
      <w:r>
        <w:rPr>
          <w:rFonts w:ascii="Times New Roman" w:hAnsi="Times New Roman" w:eastAsia="宋体"/>
          <w:b w:val="0"/>
          <w:i w:val="0"/>
          <w:sz w:val="21"/>
        </w:rPr>
        <w:t>(N(N + 1))/2 = 2016。</w:t>
      </w:r>
    </w:p>
    <w:p>
      <w:pPr>
        <w:spacing w:before="0" w:after="80" w:line="300" w:lineRule="auto"/>
        <w:jc w:val="left"/>
      </w:pPr>
      <w:r>
        <w:rPr>
          <w:rFonts w:ascii="Times New Roman" w:hAnsi="Times New Roman" w:eastAsia="宋体"/>
          <w:b w:val="0"/>
          <w:i w:val="0"/>
          <w:sz w:val="21"/>
        </w:rPr>
        <w:t>交叉相乘并化简，得到</w:t>
      </w:r>
    </w:p>
    <w:p>
      <w:pPr>
        <w:spacing w:before="0" w:after="80" w:line="300" w:lineRule="auto"/>
        <w:jc w:val="left"/>
      </w:pPr>
      <w:r>
        <w:rPr>
          <w:rFonts w:ascii="Times New Roman" w:hAnsi="Times New Roman" w:eastAsia="宋体"/>
          <w:b w:val="0"/>
          <w:i w:val="0"/>
          <w:sz w:val="21"/>
        </w:rPr>
        <w:t>N² + N - 4032 = 0。</w:t>
      </w:r>
    </w:p>
    <w:p>
      <w:pPr>
        <w:spacing w:before="0" w:after="80" w:line="300" w:lineRule="auto"/>
        <w:jc w:val="left"/>
      </w:pPr>
      <w:r>
        <w:rPr>
          <w:rFonts w:ascii="Times New Roman" w:hAnsi="Times New Roman" w:eastAsia="宋体"/>
          <w:b w:val="0"/>
          <w:i w:val="0"/>
          <w:sz w:val="21"/>
        </w:rPr>
        <w:t>因式分解得</w:t>
      </w:r>
    </w:p>
    <w:p>
      <w:pPr>
        <w:spacing w:before="0" w:after="80" w:line="300" w:lineRule="auto"/>
        <w:jc w:val="left"/>
      </w:pPr>
      <w:r>
        <w:rPr>
          <w:rFonts w:ascii="Times New Roman" w:hAnsi="Times New Roman" w:eastAsia="宋体"/>
          <w:b w:val="0"/>
          <w:i w:val="0"/>
          <w:sz w:val="21"/>
        </w:rPr>
        <w:t>(N - 63)(N + 64) = 0。</w:t>
      </w:r>
    </w:p>
    <w:p>
      <w:pPr>
        <w:spacing w:before="0" w:after="80" w:line="300" w:lineRule="auto"/>
        <w:jc w:val="left"/>
      </w:pPr>
      <w:r>
        <w:rPr>
          <w:rFonts w:ascii="Times New Roman" w:hAnsi="Times New Roman" w:eastAsia="宋体"/>
          <w:b w:val="0"/>
          <w:i w:val="0"/>
          <w:sz w:val="21"/>
        </w:rPr>
        <w:t>取正值，N = 63。各位数字和为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Recall that the sum of the first N numbers is (N(N + 1))/2.</w:t>
      </w:r>
    </w:p>
    <w:p>
      <w:pPr>
        <w:spacing w:before="0" w:after="80" w:line="300" w:lineRule="auto"/>
        <w:jc w:val="left"/>
      </w:pPr>
      <w:r>
        <w:rPr>
          <w:rFonts w:ascii="Times New Roman" w:hAnsi="Times New Roman" w:eastAsia="宋体"/>
          <w:b w:val="0"/>
          <w:i w:val="0"/>
          <w:color w:val="333333"/>
          <w:sz w:val="19"/>
        </w:rPr>
        <w:t>We want to find N such that</w:t>
      </w:r>
    </w:p>
    <w:p>
      <w:pPr>
        <w:spacing w:before="0" w:after="80" w:line="300" w:lineRule="auto"/>
        <w:jc w:val="left"/>
      </w:pPr>
      <w:r>
        <w:rPr>
          <w:rFonts w:ascii="Times New Roman" w:hAnsi="Times New Roman" w:eastAsia="宋体"/>
          <w:b w:val="0"/>
          <w:i w:val="0"/>
          <w:color w:val="333333"/>
          <w:sz w:val="19"/>
        </w:rPr>
        <w:t>(N(N + 1))/2 = 2016.</w:t>
      </w:r>
    </w:p>
    <w:p>
      <w:pPr>
        <w:spacing w:before="0" w:after="80" w:line="300" w:lineRule="auto"/>
        <w:jc w:val="left"/>
      </w:pPr>
      <w:r>
        <w:rPr>
          <w:rFonts w:ascii="Times New Roman" w:hAnsi="Times New Roman" w:eastAsia="宋体"/>
          <w:b w:val="0"/>
          <w:i w:val="0"/>
          <w:color w:val="333333"/>
          <w:sz w:val="19"/>
        </w:rPr>
        <w:t>Cross-multiplying and simplifying gives us</w:t>
      </w:r>
    </w:p>
    <w:p>
      <w:pPr>
        <w:spacing w:before="0" w:after="80" w:line="300" w:lineRule="auto"/>
        <w:jc w:val="left"/>
      </w:pPr>
      <w:r>
        <w:rPr>
          <w:rFonts w:ascii="Times New Roman" w:hAnsi="Times New Roman" w:eastAsia="宋体"/>
          <w:b w:val="0"/>
          <w:i w:val="0"/>
          <w:color w:val="333333"/>
          <w:sz w:val="19"/>
        </w:rPr>
        <w:t>N² + N - 4032 = 0.</w:t>
      </w:r>
    </w:p>
    <w:p>
      <w:pPr>
        <w:spacing w:before="0" w:after="80" w:line="300" w:lineRule="auto"/>
        <w:jc w:val="left"/>
      </w:pPr>
      <w:r>
        <w:rPr>
          <w:rFonts w:ascii="Times New Roman" w:hAnsi="Times New Roman" w:eastAsia="宋体"/>
          <w:b w:val="0"/>
          <w:i w:val="0"/>
          <w:color w:val="333333"/>
          <w:sz w:val="19"/>
        </w:rPr>
        <w:t>Factoring gives us</w:t>
      </w:r>
    </w:p>
    <w:p>
      <w:pPr>
        <w:spacing w:before="0" w:after="80" w:line="300" w:lineRule="auto"/>
        <w:jc w:val="left"/>
      </w:pPr>
      <w:r>
        <w:rPr>
          <w:rFonts w:ascii="Times New Roman" w:hAnsi="Times New Roman" w:eastAsia="宋体"/>
          <w:b w:val="0"/>
          <w:i w:val="0"/>
          <w:color w:val="333333"/>
          <w:sz w:val="19"/>
        </w:rPr>
        <w:t>(N - 63)(N + 64) = 0.</w:t>
      </w:r>
    </w:p>
    <w:p>
      <w:pPr>
        <w:spacing w:before="0" w:after="80" w:line="300" w:lineRule="auto"/>
        <w:jc w:val="left"/>
      </w:pPr>
      <w:r>
        <w:rPr>
          <w:rFonts w:ascii="Times New Roman" w:hAnsi="Times New Roman" w:eastAsia="宋体"/>
          <w:b w:val="0"/>
          <w:i w:val="0"/>
          <w:color w:val="333333"/>
          <w:sz w:val="19"/>
        </w:rPr>
        <w:t>We want the positive value so N = 63. Adding together the digits gives us 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B</w:t>
      </w:r>
    </w:p>
    <w:p>
      <w:pPr>
        <w:spacing w:before="0" w:after="80" w:line="300" w:lineRule="auto"/>
        <w:jc w:val="left"/>
      </w:pPr>
      <w:r>
        <w:rPr>
          <w:rFonts w:ascii="Times New Roman" w:hAnsi="Times New Roman" w:eastAsia="宋体"/>
          <w:b w:val="0"/>
          <w:i w:val="0"/>
          <w:sz w:val="21"/>
        </w:rPr>
        <w:t>设内层长方形长度为 l，则内层面积为 l。</w:t>
      </w:r>
    </w:p>
    <w:p>
      <w:pPr>
        <w:spacing w:before="0" w:after="80" w:line="300" w:lineRule="auto"/>
        <w:jc w:val="left"/>
      </w:pPr>
      <w:r>
        <w:rPr>
          <w:rFonts w:ascii="Times New Roman" w:hAnsi="Times New Roman" w:eastAsia="宋体"/>
          <w:b w:val="0"/>
          <w:i w:val="0"/>
          <w:sz w:val="21"/>
        </w:rPr>
        <w:t>中间区域面积为</w:t>
      </w:r>
    </w:p>
    <w:p>
      <w:pPr>
        <w:spacing w:before="0" w:after="80" w:line="300" w:lineRule="auto"/>
        <w:jc w:val="left"/>
      </w:pPr>
      <w:r>
        <w:rPr>
          <w:rFonts w:ascii="Times New Roman" w:hAnsi="Times New Roman" w:eastAsia="宋体"/>
          <w:b w:val="0"/>
          <w:i w:val="0"/>
          <w:sz w:val="21"/>
        </w:rPr>
        <w:t>(l + 2) · 3 - l = 2l + 6。</w:t>
      </w:r>
    </w:p>
    <w:p>
      <w:pPr>
        <w:spacing w:before="0" w:after="80" w:line="300" w:lineRule="auto"/>
        <w:jc w:val="left"/>
      </w:pPr>
      <w:r>
        <w:rPr>
          <w:rFonts w:ascii="Times New Roman" w:hAnsi="Times New Roman" w:eastAsia="宋体"/>
          <w:b w:val="0"/>
          <w:i w:val="0"/>
          <w:sz w:val="21"/>
        </w:rPr>
        <w:t>外层区域面积为</w:t>
      </w:r>
    </w:p>
    <w:p>
      <w:pPr>
        <w:spacing w:before="0" w:after="80" w:line="300" w:lineRule="auto"/>
        <w:jc w:val="left"/>
      </w:pPr>
      <w:r>
        <w:rPr>
          <w:rFonts w:ascii="Times New Roman" w:hAnsi="Times New Roman" w:eastAsia="宋体"/>
          <w:b w:val="0"/>
          <w:i w:val="0"/>
          <w:sz w:val="21"/>
        </w:rPr>
        <w:t>(l + 4) · 5 - (l + 2) · 3 = 2l + 14。</w:t>
      </w:r>
    </w:p>
    <w:p>
      <w:pPr>
        <w:spacing w:before="0" w:after="80" w:line="300" w:lineRule="auto"/>
        <w:jc w:val="left"/>
      </w:pPr>
      <w:r>
        <w:rPr>
          <w:rFonts w:ascii="Times New Roman" w:hAnsi="Times New Roman" w:eastAsia="宋体"/>
          <w:b w:val="0"/>
          <w:i w:val="0"/>
          <w:sz w:val="21"/>
        </w:rPr>
        <w:t>这 3 个面积构成等差数列，所以</w:t>
      </w:r>
    </w:p>
    <w:p>
      <w:pPr>
        <w:spacing w:before="0" w:after="80" w:line="300" w:lineRule="auto"/>
        <w:jc w:val="left"/>
      </w:pPr>
      <w:r>
        <w:rPr>
          <w:rFonts w:ascii="Times New Roman" w:hAnsi="Times New Roman" w:eastAsia="宋体"/>
          <w:b w:val="0"/>
          <w:i w:val="0"/>
          <w:sz w:val="21"/>
        </w:rPr>
        <w:t>l + 2l + 14 = 2(2l + 6)</w:t>
      </w:r>
    </w:p>
    <w:p>
      <w:pPr>
        <w:spacing w:before="0" w:after="80" w:line="300" w:lineRule="auto"/>
        <w:jc w:val="left"/>
      </w:pPr>
      <w:r>
        <w:rPr>
          <w:rFonts w:ascii="Times New Roman" w:hAnsi="Times New Roman" w:eastAsia="宋体"/>
          <w:b w:val="0"/>
          <w:i w:val="0"/>
          <w:sz w:val="21"/>
        </w:rPr>
        <w:t>3l + 14 = 4l + 12</w:t>
      </w:r>
    </w:p>
    <w:p>
      <w:pPr>
        <w:spacing w:before="0" w:after="80" w:line="300" w:lineRule="auto"/>
        <w:jc w:val="left"/>
      </w:pPr>
      <w:r>
        <w:rPr>
          <w:rFonts w:ascii="Times New Roman" w:hAnsi="Times New Roman" w:eastAsia="宋体"/>
          <w:b w:val="0"/>
          <w:i w:val="0"/>
          <w:sz w:val="21"/>
        </w:rPr>
        <w:t>l =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l be the length of the inner rectangle. Then the area of the inner rectangle is l.</w:t>
      </w:r>
    </w:p>
    <w:p>
      <w:pPr>
        <w:spacing w:before="0" w:after="80" w:line="300" w:lineRule="auto"/>
        <w:jc w:val="left"/>
      </w:pPr>
      <w:r>
        <w:rPr>
          <w:rFonts w:ascii="Times New Roman" w:hAnsi="Times New Roman" w:eastAsia="宋体"/>
          <w:b w:val="0"/>
          <w:i w:val="0"/>
          <w:color w:val="333333"/>
          <w:sz w:val="19"/>
        </w:rPr>
        <w:t>The area of the middle region is going to be</w:t>
      </w:r>
    </w:p>
    <w:p>
      <w:pPr>
        <w:spacing w:before="0" w:after="80" w:line="300" w:lineRule="auto"/>
        <w:jc w:val="left"/>
      </w:pPr>
      <w:r>
        <w:rPr>
          <w:rFonts w:ascii="Times New Roman" w:hAnsi="Times New Roman" w:eastAsia="宋体"/>
          <w:b w:val="0"/>
          <w:i w:val="0"/>
          <w:color w:val="333333"/>
          <w:sz w:val="19"/>
        </w:rPr>
        <w:t>(l + 2) · 3 - l = 2l + 6.</w:t>
      </w:r>
    </w:p>
    <w:p>
      <w:pPr>
        <w:spacing w:before="0" w:after="80" w:line="300" w:lineRule="auto"/>
        <w:jc w:val="left"/>
      </w:pPr>
      <w:r>
        <w:rPr>
          <w:rFonts w:ascii="Times New Roman" w:hAnsi="Times New Roman" w:eastAsia="宋体"/>
          <w:b w:val="0"/>
          <w:i w:val="0"/>
          <w:color w:val="333333"/>
          <w:sz w:val="19"/>
        </w:rPr>
        <w:t>The area of the outer region is</w:t>
      </w:r>
    </w:p>
    <w:p>
      <w:pPr>
        <w:spacing w:before="0" w:after="80" w:line="300" w:lineRule="auto"/>
        <w:jc w:val="left"/>
      </w:pPr>
      <w:r>
        <w:rPr>
          <w:rFonts w:ascii="Times New Roman" w:hAnsi="Times New Roman" w:eastAsia="宋体"/>
          <w:b w:val="0"/>
          <w:i w:val="0"/>
          <w:color w:val="333333"/>
          <w:sz w:val="19"/>
        </w:rPr>
        <w:t>(l + 4) · 5 - (l + 2) · 3 = 2l + 14.</w:t>
      </w:r>
    </w:p>
    <w:p>
      <w:pPr>
        <w:spacing w:before="0" w:after="80" w:line="300" w:lineRule="auto"/>
        <w:jc w:val="left"/>
      </w:pPr>
      <w:r>
        <w:rPr>
          <w:rFonts w:ascii="Times New Roman" w:hAnsi="Times New Roman" w:eastAsia="宋体"/>
          <w:b w:val="0"/>
          <w:i w:val="0"/>
          <w:color w:val="333333"/>
          <w:sz w:val="19"/>
        </w:rPr>
        <w:t>We know that these 3 values form an arithmetic sequence. That means that</w:t>
      </w:r>
    </w:p>
    <w:p>
      <w:pPr>
        <w:spacing w:before="0" w:after="80" w:line="300" w:lineRule="auto"/>
        <w:jc w:val="left"/>
      </w:pPr>
      <w:r>
        <w:rPr>
          <w:rFonts w:ascii="Times New Roman" w:hAnsi="Times New Roman" w:eastAsia="宋体"/>
          <w:b w:val="0"/>
          <w:i w:val="0"/>
          <w:color w:val="333333"/>
          <w:sz w:val="19"/>
        </w:rPr>
        <w:t>l + 2l + 14 = 2(2l + 6)</w:t>
      </w:r>
    </w:p>
    <w:p>
      <w:pPr>
        <w:spacing w:before="0" w:after="80" w:line="300" w:lineRule="auto"/>
        <w:jc w:val="left"/>
      </w:pPr>
      <w:r>
        <w:rPr>
          <w:rFonts w:ascii="Times New Roman" w:hAnsi="Times New Roman" w:eastAsia="宋体"/>
          <w:b w:val="0"/>
          <w:i w:val="0"/>
          <w:color w:val="333333"/>
          <w:sz w:val="19"/>
        </w:rPr>
        <w:t>3l + 14 = 4l + 12</w:t>
      </w:r>
    </w:p>
    <w:p>
      <w:pPr>
        <w:spacing w:before="0" w:after="80" w:line="300" w:lineRule="auto"/>
        <w:jc w:val="left"/>
      </w:pPr>
      <w:r>
        <w:rPr>
          <w:rFonts w:ascii="Times New Roman" w:hAnsi="Times New Roman" w:eastAsia="宋体"/>
          <w:b w:val="0"/>
          <w:i w:val="0"/>
          <w:color w:val="333333"/>
          <w:sz w:val="19"/>
        </w:rPr>
        <w:t>l =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可将阴影区域分成 4 个底为 1 的三角形。</w:t>
      </w:r>
    </w:p>
    <w:p>
      <w:pPr>
        <w:spacing w:before="80" w:after="80"/>
        <w:jc w:val="center"/>
      </w:pPr>
      <w:r>
        <w:drawing>
          <wp:inline xmlns:a="http://schemas.openxmlformats.org/drawingml/2006/main" xmlns:pic="http://schemas.openxmlformats.org/drawingml/2006/picture">
            <wp:extent cx="728610" cy="496293"/>
            <wp:docPr id="7" name="Picture 7"/>
            <wp:cNvGraphicFramePr>
              <a:graphicFrameLocks noChangeAspect="1"/>
            </wp:cNvGraphicFramePr>
            <a:graphic>
              <a:graphicData uri="http://schemas.openxmlformats.org/drawingml/2006/picture">
                <pic:pic>
                  <pic:nvPicPr>
                    <pic:cNvPr id="0" name="q11-sol-1@300dpi.png"/>
                    <pic:cNvPicPr/>
                  </pic:nvPicPr>
                  <pic:blipFill>
                    <a:blip r:embed="rId12"/>
                    <a:stretch>
                      <a:fillRect/>
                    </a:stretch>
                  </pic:blipFill>
                  <pic:spPr>
                    <a:xfrm>
                      <a:off x="0" y="0"/>
                      <a:ext cx="728610" cy="496293"/>
                    </a:xfrm>
                    <a:prstGeom prst="rect"/>
                  </pic:spPr>
                </pic:pic>
              </a:graphicData>
            </a:graphic>
          </wp:inline>
        </w:drawing>
      </w:r>
    </w:p>
    <w:p>
      <w:pPr>
        <w:spacing w:before="0" w:after="80" w:line="300" w:lineRule="auto"/>
        <w:jc w:val="left"/>
      </w:pPr>
      <w:r>
        <w:rPr>
          <w:rFonts w:ascii="Times New Roman" w:hAnsi="Times New Roman" w:eastAsia="宋体"/>
          <w:b w:val="0"/>
          <w:i w:val="0"/>
          <w:sz w:val="21"/>
        </w:rPr>
        <w:t>四个三角形的底都是 1。其中两个的高为 8÷2=4，另外两个的高为 5÷2=5/2。</w:t>
      </w:r>
    </w:p>
    <w:p>
      <w:pPr>
        <w:spacing w:before="0" w:after="80" w:line="300" w:lineRule="auto"/>
        <w:jc w:val="left"/>
      </w:pPr>
      <w:r>
        <w:rPr>
          <w:rFonts w:ascii="Times New Roman" w:hAnsi="Times New Roman" w:eastAsia="宋体"/>
          <w:b w:val="0"/>
          <w:i w:val="0"/>
          <w:sz w:val="21"/>
        </w:rPr>
        <w:t>面积总和为</w:t>
      </w:r>
    </w:p>
    <w:p>
      <w:pPr>
        <w:spacing w:before="0" w:after="80" w:line="300" w:lineRule="auto"/>
        <w:jc w:val="left"/>
      </w:pPr>
      <w:r>
        <w:rPr>
          <w:rFonts w:ascii="Times New Roman" w:hAnsi="Times New Roman" w:eastAsia="宋体"/>
          <w:b w:val="0"/>
          <w:i w:val="0"/>
          <w:sz w:val="21"/>
        </w:rPr>
        <w:t>2 · 1/2 (1 · 5/2)</w:t>
      </w:r>
    </w:p>
    <w:p>
      <w:pPr>
        <w:spacing w:before="0" w:after="80" w:line="300" w:lineRule="auto"/>
        <w:jc w:val="left"/>
      </w:pPr>
      <w:r>
        <w:rPr>
          <w:rFonts w:ascii="Times New Roman" w:hAnsi="Times New Roman" w:eastAsia="宋体"/>
          <w:b w:val="0"/>
          <w:i w:val="0"/>
          <w:sz w:val="21"/>
        </w:rPr>
        <w:t>+ 2 · 1/2 (1 · 4) = 61/2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split the region into 4 triangles with bases of 1.</w:t>
      </w:r>
    </w:p>
    <w:p>
      <w:pPr>
        <w:spacing w:before="80" w:after="80"/>
        <w:jc w:val="center"/>
      </w:pPr>
      <w:r>
        <w:drawing>
          <wp:inline xmlns:a="http://schemas.openxmlformats.org/drawingml/2006/main" xmlns:pic="http://schemas.openxmlformats.org/drawingml/2006/picture">
            <wp:extent cx="728610" cy="496293"/>
            <wp:docPr id="8" name="Picture 8"/>
            <wp:cNvGraphicFramePr>
              <a:graphicFrameLocks noChangeAspect="1"/>
            </wp:cNvGraphicFramePr>
            <a:graphic>
              <a:graphicData uri="http://schemas.openxmlformats.org/drawingml/2006/picture">
                <pic:pic>
                  <pic:nvPicPr>
                    <pic:cNvPr id="0" name="q11-sol-1@300dpi.png"/>
                    <pic:cNvPicPr/>
                  </pic:nvPicPr>
                  <pic:blipFill>
                    <a:blip r:embed="rId12"/>
                    <a:stretch>
                      <a:fillRect/>
                    </a:stretch>
                  </pic:blipFill>
                  <pic:spPr>
                    <a:xfrm>
                      <a:off x="0" y="0"/>
                      <a:ext cx="728610" cy="496293"/>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All four triangles have base 1. Two have height 8÷2=4, and the other two have height 5÷2=5/2.</w:t>
      </w:r>
    </w:p>
    <w:p>
      <w:pPr>
        <w:spacing w:before="0" w:after="80" w:line="300" w:lineRule="auto"/>
        <w:jc w:val="left"/>
      </w:pPr>
      <w:r>
        <w:rPr>
          <w:rFonts w:ascii="Times New Roman" w:hAnsi="Times New Roman" w:eastAsia="宋体"/>
          <w:b w:val="0"/>
          <w:i w:val="0"/>
          <w:color w:val="333333"/>
          <w:sz w:val="19"/>
        </w:rPr>
        <w:t>The sum of the areas of the triangles is</w:t>
      </w:r>
    </w:p>
    <w:p>
      <w:pPr>
        <w:spacing w:before="0" w:after="80" w:line="300" w:lineRule="auto"/>
        <w:jc w:val="left"/>
      </w:pPr>
      <w:r>
        <w:rPr>
          <w:rFonts w:ascii="Times New Roman" w:hAnsi="Times New Roman" w:eastAsia="宋体"/>
          <w:b w:val="0"/>
          <w:i w:val="0"/>
          <w:color w:val="333333"/>
          <w:sz w:val="19"/>
        </w:rPr>
        <w:t>2 · 1/2 (1 · 5/2)</w:t>
      </w:r>
    </w:p>
    <w:p>
      <w:pPr>
        <w:spacing w:before="0" w:after="80" w:line="300" w:lineRule="auto"/>
        <w:jc w:val="left"/>
      </w:pPr>
      <w:r>
        <w:rPr>
          <w:rFonts w:ascii="Times New Roman" w:hAnsi="Times New Roman" w:eastAsia="宋体"/>
          <w:b w:val="0"/>
          <w:i w:val="0"/>
          <w:color w:val="333333"/>
          <w:sz w:val="19"/>
        </w:rPr>
        <w:t>+ 2 · 1/2 (1 · 4) = 61/2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A</w:t>
      </w:r>
    </w:p>
    <w:p>
      <w:pPr>
        <w:spacing w:before="0" w:after="80" w:line="300" w:lineRule="auto"/>
        <w:jc w:val="left"/>
      </w:pPr>
      <w:r>
        <w:rPr>
          <w:rFonts w:ascii="Times New Roman" w:hAnsi="Times New Roman" w:eastAsia="宋体"/>
          <w:b w:val="0"/>
          <w:i w:val="0"/>
          <w:sz w:val="21"/>
        </w:rPr>
        <w:t>乘积为奇数，当且仅当选出的三个整数全是奇数。从 1 到 2016 中有 1008 个奇数和 1008 个偶数。</w:t>
      </w:r>
    </w:p>
    <w:p>
      <w:pPr>
        <w:spacing w:before="0" w:after="80" w:line="300" w:lineRule="auto"/>
        <w:jc w:val="left"/>
      </w:pPr>
      <w:r>
        <w:rPr>
          <w:rFonts w:ascii="Times New Roman" w:hAnsi="Times New Roman" w:eastAsia="宋体"/>
          <w:b w:val="0"/>
          <w:i w:val="0"/>
          <w:sz w:val="21"/>
        </w:rPr>
        <w:t>因为是不放回抽取，</w:t>
      </w:r>
    </w:p>
    <w:p>
      <w:pPr>
        <w:spacing w:before="0" w:after="80" w:line="300" w:lineRule="auto"/>
        <w:jc w:val="left"/>
      </w:pPr>
      <w:r>
        <w:rPr>
          <w:rFonts w:ascii="Times New Roman" w:hAnsi="Times New Roman" w:eastAsia="宋体"/>
          <w:b w:val="0"/>
          <w:i w:val="0"/>
          <w:sz w:val="21"/>
        </w:rPr>
        <w:t>p=1008/2016·1007/2015·1006/2014。</w:t>
      </w:r>
    </w:p>
    <w:p>
      <w:pPr>
        <w:spacing w:before="0" w:after="80" w:line="300" w:lineRule="auto"/>
        <w:jc w:val="left"/>
      </w:pPr>
      <w:r>
        <w:rPr>
          <w:rFonts w:ascii="Times New Roman" w:hAnsi="Times New Roman" w:eastAsia="宋体"/>
          <w:b w:val="0"/>
          <w:i w:val="0"/>
          <w:sz w:val="21"/>
        </w:rPr>
        <w:t>第一个因子为 1/2，后两个因子都略小于 1/2，所以 p&lt;1/8。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product is odd exactly when all three selected integers are odd. There are 1008 odd and 1008 even integers from 1 to 2016.</w:t>
      </w:r>
    </w:p>
    <w:p>
      <w:pPr>
        <w:spacing w:before="0" w:after="80" w:line="300" w:lineRule="auto"/>
        <w:jc w:val="left"/>
      </w:pPr>
      <w:r>
        <w:rPr>
          <w:rFonts w:ascii="Times New Roman" w:hAnsi="Times New Roman" w:eastAsia="宋体"/>
          <w:b w:val="0"/>
          <w:i w:val="0"/>
          <w:color w:val="333333"/>
          <w:sz w:val="19"/>
        </w:rPr>
        <w:t>Because the integers are selected without replacement,</w:t>
      </w:r>
    </w:p>
    <w:p>
      <w:pPr>
        <w:spacing w:before="0" w:after="80" w:line="300" w:lineRule="auto"/>
        <w:jc w:val="left"/>
      </w:pPr>
      <w:r>
        <w:rPr>
          <w:rFonts w:ascii="Times New Roman" w:hAnsi="Times New Roman" w:eastAsia="宋体"/>
          <w:b w:val="0"/>
          <w:i w:val="0"/>
          <w:color w:val="333333"/>
          <w:sz w:val="19"/>
        </w:rPr>
        <w:t>p=1008/2016·1007/2015·1006/2014.</w:t>
      </w:r>
    </w:p>
    <w:p>
      <w:pPr>
        <w:spacing w:before="0" w:after="80" w:line="300" w:lineRule="auto"/>
        <w:jc w:val="left"/>
      </w:pPr>
      <w:r>
        <w:rPr>
          <w:rFonts w:ascii="Times New Roman" w:hAnsi="Times New Roman" w:eastAsia="宋体"/>
          <w:b w:val="0"/>
          <w:i w:val="0"/>
          <w:color w:val="333333"/>
          <w:sz w:val="19"/>
        </w:rPr>
        <w:t>The first factor is 1/2, and each of the next two factors is slightly less than 1/2. Therefore p&lt;1/8.</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B</w:t>
      </w:r>
    </w:p>
    <w:p>
      <w:pPr>
        <w:spacing w:before="0" w:after="80" w:line="300" w:lineRule="auto"/>
        <w:jc w:val="left"/>
      </w:pPr>
      <w:r>
        <w:rPr>
          <w:rFonts w:ascii="Times New Roman" w:hAnsi="Times New Roman" w:eastAsia="宋体"/>
          <w:b w:val="0"/>
          <w:i w:val="0"/>
          <w:sz w:val="21"/>
        </w:rPr>
        <w:t>移动前后，被占用座位编号之和都是 1+2+3+4+5=15。Dee 和 Edie 只是交换座位，所以两人的合位移为 0。Bea 的位移为 +2，Ceci 的位移为 -1。因此 Ada 的位移必须为 -1，才能使总位移为 0。</w:t>
      </w:r>
    </w:p>
    <w:p>
      <w:pPr>
        <w:spacing w:before="0" w:after="80" w:line="300" w:lineRule="auto"/>
        <w:jc w:val="left"/>
      </w:pPr>
      <w:r>
        <w:rPr>
          <w:rFonts w:ascii="Times New Roman" w:hAnsi="Times New Roman" w:eastAsia="宋体"/>
          <w:b w:val="0"/>
          <w:i w:val="0"/>
          <w:sz w:val="21"/>
        </w:rPr>
        <w:t>Ada 回到了一个端点座位。因为她向左移动了一个座位，所以她必定是从 2 号座位移到 1 号座位。</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the occupied seat numbers is 1+2+3+4+5=15 both before and after the moves. Dee and Edie merely switch seats, so their combined displacement is 0. Bea’s displacement is +2, and Ceci’s is -1. Therefore Ada’s displacement must be -1 so that the total displacement is 0.</w:t>
      </w:r>
    </w:p>
    <w:p>
      <w:pPr>
        <w:spacing w:before="0" w:after="80" w:line="300" w:lineRule="auto"/>
        <w:jc w:val="left"/>
      </w:pPr>
      <w:r>
        <w:rPr>
          <w:rFonts w:ascii="Times New Roman" w:hAnsi="Times New Roman" w:eastAsia="宋体"/>
          <w:b w:val="0"/>
          <w:i w:val="0"/>
          <w:color w:val="333333"/>
          <w:sz w:val="19"/>
        </w:rPr>
        <w:t>Ada returns to an end seat. Since she moves one seat left, she must move from seat 2 to seat 1.</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题目可以写成方程 2x + 3y = 2016，其中 x 是二的个数，y 是三的个数。</w:t>
      </w:r>
    </w:p>
    <w:p>
      <w:pPr>
        <w:spacing w:before="0" w:after="80" w:line="300" w:lineRule="auto"/>
        <w:jc w:val="left"/>
      </w:pPr>
      <w:r>
        <w:rPr>
          <w:rFonts w:ascii="Times New Roman" w:hAnsi="Times New Roman" w:eastAsia="宋体"/>
          <w:b w:val="0"/>
          <w:i w:val="0"/>
          <w:sz w:val="21"/>
        </w:rPr>
        <w:t>目标就是数出有多少个 3 的倍数，能从 2016 中减去后仍得到偶数。</w:t>
      </w:r>
    </w:p>
    <w:p>
      <w:pPr>
        <w:spacing w:before="0" w:after="80" w:line="300" w:lineRule="auto"/>
        <w:jc w:val="left"/>
      </w:pPr>
      <w:r>
        <w:rPr>
          <w:rFonts w:ascii="Times New Roman" w:hAnsi="Times New Roman" w:eastAsia="宋体"/>
          <w:b w:val="0"/>
          <w:i w:val="0"/>
          <w:sz w:val="21"/>
        </w:rPr>
        <w:t>这对应于从 (1008, 0) 到 (0, 672) 的所有有序对，其中 y 每次增加 2。</w:t>
      </w:r>
    </w:p>
    <w:p>
      <w:pPr>
        <w:spacing w:before="0" w:after="80" w:line="300" w:lineRule="auto"/>
        <w:jc w:val="left"/>
      </w:pPr>
      <w:r>
        <w:rPr>
          <w:rFonts w:ascii="Times New Roman" w:hAnsi="Times New Roman" w:eastAsia="宋体"/>
          <w:b w:val="0"/>
          <w:i w:val="0"/>
          <w:sz w:val="21"/>
        </w:rPr>
        <w:t>这样就有</w:t>
      </w:r>
    </w:p>
    <w:p>
      <w:pPr>
        <w:spacing w:before="0" w:after="80" w:line="300" w:lineRule="auto"/>
        <w:jc w:val="left"/>
      </w:pPr>
      <w:r>
        <w:rPr>
          <w:rFonts w:ascii="Times New Roman" w:hAnsi="Times New Roman" w:eastAsia="宋体"/>
          <w:b w:val="0"/>
          <w:i w:val="0"/>
          <w:sz w:val="21"/>
        </w:rPr>
        <w:t>672/2 + 1 = 337</w:t>
      </w:r>
    </w:p>
    <w:p>
      <w:pPr>
        <w:spacing w:before="0" w:after="80" w:line="300" w:lineRule="auto"/>
        <w:jc w:val="left"/>
      </w:pPr>
      <w:r>
        <w:rPr>
          <w:rFonts w:ascii="Times New Roman" w:hAnsi="Times New Roman" w:eastAsia="宋体"/>
          <w:b w:val="0"/>
          <w:i w:val="0"/>
          <w:sz w:val="21"/>
        </w:rPr>
        <w:t>组 y 和 x 的解。</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problem can be rewritten as an equation 2x + 3y = 2016, where x is the number of twos and y is the number of threes.</w:t>
      </w:r>
    </w:p>
    <w:p>
      <w:pPr>
        <w:spacing w:before="0" w:after="80" w:line="300" w:lineRule="auto"/>
        <w:jc w:val="left"/>
      </w:pPr>
      <w:r>
        <w:rPr>
          <w:rFonts w:ascii="Times New Roman" w:hAnsi="Times New Roman" w:eastAsia="宋体"/>
          <w:b w:val="0"/>
          <w:i w:val="0"/>
          <w:color w:val="333333"/>
          <w:sz w:val="19"/>
        </w:rPr>
        <w:t>The goal is to find the number of multiples of 3 that can be subtracted from 2016 to result in an even number.</w:t>
      </w:r>
    </w:p>
    <w:p>
      <w:pPr>
        <w:spacing w:before="0" w:after="80" w:line="300" w:lineRule="auto"/>
        <w:jc w:val="left"/>
      </w:pPr>
      <w:r>
        <w:rPr>
          <w:rFonts w:ascii="Times New Roman" w:hAnsi="Times New Roman" w:eastAsia="宋体"/>
          <w:b w:val="0"/>
          <w:i w:val="0"/>
          <w:color w:val="333333"/>
          <w:sz w:val="19"/>
        </w:rPr>
        <w:t>This can be achieved by the pairs of (1008, 0) up to (0, 672) with y being incremented by 2.</w:t>
      </w:r>
    </w:p>
    <w:p>
      <w:pPr>
        <w:spacing w:before="0" w:after="80" w:line="300" w:lineRule="auto"/>
        <w:jc w:val="left"/>
      </w:pPr>
      <w:r>
        <w:rPr>
          <w:rFonts w:ascii="Times New Roman" w:hAnsi="Times New Roman" w:eastAsia="宋体"/>
          <w:b w:val="0"/>
          <w:i w:val="0"/>
          <w:color w:val="333333"/>
          <w:sz w:val="19"/>
        </w:rPr>
        <w:t>This gives us</w:t>
      </w:r>
    </w:p>
    <w:p>
      <w:pPr>
        <w:spacing w:before="0" w:after="80" w:line="300" w:lineRule="auto"/>
        <w:jc w:val="left"/>
      </w:pPr>
      <w:r>
        <w:rPr>
          <w:rFonts w:ascii="Times New Roman" w:hAnsi="Times New Roman" w:eastAsia="宋体"/>
          <w:b w:val="0"/>
          <w:i w:val="0"/>
          <w:color w:val="333333"/>
          <w:sz w:val="19"/>
        </w:rPr>
        <w:t>672/2 + 1 = 337</w:t>
      </w:r>
    </w:p>
    <w:p>
      <w:pPr>
        <w:spacing w:before="0" w:after="80" w:line="300" w:lineRule="auto"/>
        <w:jc w:val="left"/>
      </w:pPr>
      <w:r>
        <w:rPr>
          <w:rFonts w:ascii="Times New Roman" w:hAnsi="Times New Roman" w:eastAsia="宋体"/>
          <w:b w:val="0"/>
          <w:i w:val="0"/>
          <w:color w:val="333333"/>
          <w:sz w:val="19"/>
        </w:rPr>
        <w:t>solutions for y and 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圆形面团半径为 3 英寸，因为从中心到边缘经过一个饼干直径再加一个饼干半径。</w:t>
      </w:r>
    </w:p>
    <w:p>
      <w:pPr>
        <w:spacing w:before="0" w:after="80" w:line="300" w:lineRule="auto"/>
        <w:jc w:val="left"/>
      </w:pPr>
      <w:r>
        <w:rPr>
          <w:rFonts w:ascii="Times New Roman" w:hAnsi="Times New Roman" w:eastAsia="宋体"/>
          <w:b w:val="0"/>
          <w:i w:val="0"/>
          <w:sz w:val="21"/>
        </w:rPr>
        <w:t>面团面积为 3²π = 9π，七块饼干的总面积为 7 · 1²π = 7π。</w:t>
      </w:r>
    </w:p>
    <w:p>
      <w:pPr>
        <w:spacing w:before="0" w:after="80" w:line="300" w:lineRule="auto"/>
        <w:jc w:val="left"/>
      </w:pPr>
      <w:r>
        <w:rPr>
          <w:rFonts w:ascii="Times New Roman" w:hAnsi="Times New Roman" w:eastAsia="宋体"/>
          <w:b w:val="0"/>
          <w:i w:val="0"/>
          <w:sz w:val="21"/>
        </w:rPr>
        <w:t>剩余边角料的面积为 9π - 7π = 2π，所以它的半径为 √(2)。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circle of cookie dough has a radius of 3 inches since it is the same as the diameter plus the radius of a cookie.</w:t>
      </w:r>
    </w:p>
    <w:p>
      <w:pPr>
        <w:spacing w:before="0" w:after="80" w:line="300" w:lineRule="auto"/>
        <w:jc w:val="left"/>
      </w:pPr>
      <w:r>
        <w:rPr>
          <w:rFonts w:ascii="Times New Roman" w:hAnsi="Times New Roman" w:eastAsia="宋体"/>
          <w:b w:val="0"/>
          <w:i w:val="0"/>
          <w:color w:val="333333"/>
          <w:sz w:val="19"/>
        </w:rPr>
        <w:t>The area of the cookie dough is 3²π = 9π, and the cookies have an area of 7 · 1²π = 7π.</w:t>
      </w:r>
    </w:p>
    <w:p>
      <w:pPr>
        <w:spacing w:before="0" w:after="80" w:line="300" w:lineRule="auto"/>
        <w:jc w:val="left"/>
      </w:pPr>
      <w:r>
        <w:rPr>
          <w:rFonts w:ascii="Times New Roman" w:hAnsi="Times New Roman" w:eastAsia="宋体"/>
          <w:b w:val="0"/>
          <w:i w:val="0"/>
          <w:color w:val="333333"/>
          <w:sz w:val="19"/>
        </w:rPr>
        <w:t>The area of the leftover scrap is therefore 9π - 7π = 2π. This means that its radius is √(2).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为判断如何逆转这些变换，可以跟踪一个任意点。</w:t>
      </w:r>
    </w:p>
    <w:p>
      <w:pPr>
        <w:spacing w:before="0" w:after="80" w:line="300" w:lineRule="auto"/>
        <w:jc w:val="left"/>
      </w:pPr>
      <w:r>
        <w:rPr>
          <w:rFonts w:ascii="Times New Roman" w:hAnsi="Times New Roman" w:eastAsia="宋体"/>
          <w:b w:val="0"/>
          <w:i w:val="0"/>
          <w:sz w:val="21"/>
        </w:rPr>
        <w:t>设该点为 (x, y)。关于 x 轴反射后，它变为 (x, -y)。</w:t>
      </w:r>
    </w:p>
    <w:p>
      <w:pPr>
        <w:spacing w:before="0" w:after="80" w:line="300" w:lineRule="auto"/>
        <w:jc w:val="left"/>
      </w:pPr>
      <w:r>
        <w:rPr>
          <w:rFonts w:ascii="Times New Roman" w:hAnsi="Times New Roman" w:eastAsia="宋体"/>
          <w:b w:val="0"/>
          <w:i w:val="0"/>
          <w:sz w:val="21"/>
        </w:rPr>
        <w:t>再逆时针旋转后得到 (y, x)。要把它变回 (x, y)，唯一的方法是关于 y = x 反射。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To figure out how to reverse the transformations, we can analyze a single point and see what happens to it.</w:t>
      </w:r>
    </w:p>
    <w:p>
      <w:pPr>
        <w:spacing w:before="0" w:after="80" w:line="300" w:lineRule="auto"/>
        <w:jc w:val="left"/>
      </w:pPr>
      <w:r>
        <w:rPr>
          <w:rFonts w:ascii="Times New Roman" w:hAnsi="Times New Roman" w:eastAsia="宋体"/>
          <w:b w:val="0"/>
          <w:i w:val="0"/>
          <w:color w:val="333333"/>
          <w:sz w:val="19"/>
        </w:rPr>
        <w:t>Let (x, y) be the point. After being reflected about the x-axis, the point would go to (x, -y).</w:t>
      </w:r>
    </w:p>
    <w:p>
      <w:pPr>
        <w:spacing w:before="0" w:after="80" w:line="300" w:lineRule="auto"/>
        <w:jc w:val="left"/>
      </w:pPr>
      <w:r>
        <w:rPr>
          <w:rFonts w:ascii="Times New Roman" w:hAnsi="Times New Roman" w:eastAsia="宋体"/>
          <w:b w:val="0"/>
          <w:i w:val="0"/>
          <w:color w:val="333333"/>
          <w:sz w:val="19"/>
        </w:rPr>
        <w:t>Rotating this counterclockwise would put it at (y, x). The only transformation that puts this back at (x, y) is reflection about y = x.</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先排好 N 个绿球，再把红球放入 N+1 个空隙之一。若红球左侧有 k 个绿球，则右侧有 N-k 个。</w:t>
      </w:r>
    </w:p>
    <w:p>
      <w:pPr>
        <w:spacing w:before="0" w:after="80" w:line="300" w:lineRule="auto"/>
        <w:jc w:val="left"/>
      </w:pPr>
      <w:r>
        <w:rPr>
          <w:rFonts w:ascii="Times New Roman" w:hAnsi="Times New Roman" w:eastAsia="宋体"/>
          <w:b w:val="0"/>
          <w:i w:val="0"/>
          <w:sz w:val="21"/>
        </w:rPr>
        <w:t>至少有 3/5N 个绿球在一侧，等价于 k≤2/5N 或 k≥3/5N。因此不满足条件的空隙为</w:t>
      </w:r>
    </w:p>
    <w:p>
      <w:pPr>
        <w:spacing w:before="0" w:after="80" w:line="300" w:lineRule="auto"/>
        <w:jc w:val="left"/>
      </w:pPr>
      <w:r>
        <w:rPr>
          <w:rFonts w:ascii="Times New Roman" w:hAnsi="Times New Roman" w:eastAsia="宋体"/>
          <w:b w:val="0"/>
          <w:i w:val="0"/>
          <w:sz w:val="21"/>
        </w:rPr>
        <w:t>2/5N+1,2/5N+2,…,3/5N-1，</w:t>
      </w:r>
    </w:p>
    <w:p>
      <w:pPr>
        <w:spacing w:before="0" w:after="80" w:line="300" w:lineRule="auto"/>
        <w:jc w:val="left"/>
      </w:pPr>
      <w:r>
        <w:rPr>
          <w:rFonts w:ascii="Times New Roman" w:hAnsi="Times New Roman" w:eastAsia="宋体"/>
          <w:b w:val="0"/>
          <w:i w:val="0"/>
          <w:sz w:val="21"/>
        </w:rPr>
        <w:t>共 1/5N-1 个。</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P(N) = 1-(N/5-1)/N+1</w:t>
      </w:r>
    </w:p>
    <w:p>
      <w:pPr>
        <w:spacing w:before="0" w:after="80" w:line="300" w:lineRule="auto"/>
        <w:jc w:val="left"/>
      </w:pPr>
      <w:r>
        <w:rPr>
          <w:rFonts w:ascii="Times New Roman" w:hAnsi="Times New Roman" w:eastAsia="宋体"/>
          <w:b w:val="0"/>
          <w:i w:val="0"/>
          <w:sz w:val="21"/>
        </w:rPr>
        <w:t>= 4N+10/5N+5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解不等式 4N+10/5N+5&lt;321/400 得 N&gt;479。最小的 5 的正倍数是 480，其各位数字之和为 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Think of first arranging the N green balls, then placing the red ball in one of the N+1 gaps. If k green balls are to the left of the red ball, then N-k are to its right.</w:t>
      </w:r>
    </w:p>
    <w:p>
      <w:pPr>
        <w:spacing w:before="0" w:after="80" w:line="300" w:lineRule="auto"/>
        <w:jc w:val="left"/>
      </w:pPr>
      <w:r>
        <w:rPr>
          <w:rFonts w:ascii="Times New Roman" w:hAnsi="Times New Roman" w:eastAsia="宋体"/>
          <w:b w:val="0"/>
          <w:i w:val="0"/>
          <w:color w:val="333333"/>
          <w:sz w:val="19"/>
        </w:rPr>
        <w:t>At least 3/5N green balls are on one side exactly when k≤2/5N or k≥3/5N. Thus the bad gaps are</w:t>
      </w:r>
    </w:p>
    <w:p>
      <w:pPr>
        <w:spacing w:before="0" w:after="80" w:line="300" w:lineRule="auto"/>
        <w:jc w:val="left"/>
      </w:pPr>
      <w:r>
        <w:rPr>
          <w:rFonts w:ascii="Times New Roman" w:hAnsi="Times New Roman" w:eastAsia="宋体"/>
          <w:b w:val="0"/>
          <w:i w:val="0"/>
          <w:color w:val="333333"/>
          <w:sz w:val="19"/>
        </w:rPr>
        <w:t>2/5N+1,2/5N+2,…,3/5N-1,</w:t>
      </w:r>
    </w:p>
    <w:p>
      <w:pPr>
        <w:spacing w:before="0" w:after="80" w:line="300" w:lineRule="auto"/>
        <w:jc w:val="left"/>
      </w:pPr>
      <w:r>
        <w:rPr>
          <w:rFonts w:ascii="Times New Roman" w:hAnsi="Times New Roman" w:eastAsia="宋体"/>
          <w:b w:val="0"/>
          <w:i w:val="0"/>
          <w:color w:val="333333"/>
          <w:sz w:val="19"/>
        </w:rPr>
        <w:t>a total of 1/5N-1 gaps.</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P(N) = 1-(N/5-1)/N+1</w:t>
      </w:r>
    </w:p>
    <w:p>
      <w:pPr>
        <w:spacing w:before="0" w:after="80" w:line="300" w:lineRule="auto"/>
        <w:jc w:val="left"/>
      </w:pPr>
      <w:r>
        <w:rPr>
          <w:rFonts w:ascii="Times New Roman" w:hAnsi="Times New Roman" w:eastAsia="宋体"/>
          <w:b w:val="0"/>
          <w:i w:val="0"/>
          <w:color w:val="333333"/>
          <w:sz w:val="19"/>
        </w:rPr>
        <w:t>= 4N+10/5N+5.</w:t>
      </w:r>
    </w:p>
    <w:p>
      <w:pPr>
        <w:spacing w:before="0" w:after="80" w:line="300" w:lineRule="auto"/>
        <w:jc w:val="left"/>
      </w:pPr>
      <w:r>
        <w:rPr>
          <w:rFonts w:ascii="Times New Roman" w:hAnsi="Times New Roman" w:eastAsia="宋体"/>
          <w:b w:val="0"/>
          <w:i w:val="0"/>
          <w:color w:val="333333"/>
          <w:sz w:val="19"/>
        </w:rPr>
        <w:t>Solving 4N+10/5N+5&lt;321/400 gives N&gt;479. The least positive multiple of 5 is 480, whose digit sum is 12.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相对两个面包含全部八个标号，总和为 36，所以每个面的和必须为 18。</w:t>
      </w:r>
    </w:p>
    <w:p>
      <w:pPr>
        <w:spacing w:before="0" w:after="80" w:line="300" w:lineRule="auto"/>
        <w:jc w:val="left"/>
      </w:pPr>
      <w:r>
        <w:rPr>
          <w:rFonts w:ascii="Times New Roman" w:hAnsi="Times New Roman" w:eastAsia="宋体"/>
          <w:b w:val="0"/>
          <w:i w:val="0"/>
          <w:sz w:val="21"/>
        </w:rPr>
        <w:t>把标号 1 放在一个顶点，设与它相邻的三个标号为 a,b,c。与这三个顶点隔面相邻的另外三个顶点于是被迫为</w:t>
      </w:r>
    </w:p>
    <w:p>
      <w:pPr>
        <w:spacing w:before="0" w:after="80" w:line="300" w:lineRule="auto"/>
        <w:jc w:val="left"/>
      </w:pPr>
      <w:r>
        <w:rPr>
          <w:rFonts w:ascii="Times New Roman" w:hAnsi="Times New Roman" w:eastAsia="宋体"/>
          <w:b w:val="0"/>
          <w:i w:val="0"/>
          <w:sz w:val="21"/>
        </w:rPr>
        <w:t>17-a-b,</w:t>
      </w:r>
    </w:p>
    <w:p>
      <w:pPr>
        <w:spacing w:before="0" w:after="80" w:line="300" w:lineRule="auto"/>
        <w:jc w:val="left"/>
      </w:pPr>
      <w:r>
        <w:rPr>
          <w:rFonts w:ascii="Times New Roman" w:hAnsi="Times New Roman" w:eastAsia="宋体"/>
          <w:b w:val="0"/>
          <w:i w:val="0"/>
          <w:sz w:val="21"/>
        </w:rPr>
        <w:t>17-a-c,</w:t>
      </w:r>
    </w:p>
    <w:p>
      <w:pPr>
        <w:spacing w:before="0" w:after="80" w:line="300" w:lineRule="auto"/>
        <w:jc w:val="left"/>
      </w:pPr>
      <w:r>
        <w:rPr>
          <w:rFonts w:ascii="Times New Roman" w:hAnsi="Times New Roman" w:eastAsia="宋体"/>
          <w:b w:val="0"/>
          <w:i w:val="0"/>
          <w:sz w:val="21"/>
        </w:rPr>
        <w:t>17-b-c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而对顶点为 a+b+c-16。</w:t>
      </w:r>
    </w:p>
    <w:p>
      <w:pPr>
        <w:spacing w:before="0" w:after="80" w:line="300" w:lineRule="auto"/>
        <w:jc w:val="left"/>
      </w:pPr>
      <w:r>
        <w:rPr>
          <w:rFonts w:ascii="Times New Roman" w:hAnsi="Times New Roman" w:eastAsia="宋体"/>
          <w:b w:val="0"/>
          <w:i w:val="0"/>
          <w:sz w:val="21"/>
        </w:rPr>
        <w:t>假设三个相邻标号按递增顺序排列。把 2,3,…,8 中的三元组代入上面四个被迫的表达式，恰好得到</w:t>
      </w:r>
    </w:p>
    <w:tbl>
      <w:tblPr>
        <w:tblW w:type="auto" w:w="0"/>
        <w:jc w:val="center"/>
        <w:tblLayout w:type="autofit"/>
        <w:tblLook w:firstColumn="1" w:firstRow="1" w:lastColumn="0" w:lastRow="0" w:noHBand="0" w:noVBand="1" w:val="04A0"/>
      </w:tblPr>
      <w:tblGrid>
        <w:gridCol w:w="4706"/>
        <w:gridCol w:w="4706"/>
      </w:tblGrid>
      <w:tr>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sz w:val="20"/>
              </w:rPr>
              <w:t>{a,b,c}</w:t>
            </w:r>
          </w:p>
        </w:tc>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sz w:val="20"/>
              </w:rPr>
              <w:t>四个被迫确定的标号</w:t>
            </w:r>
          </w:p>
        </w:tc>
      </w:tr>
      <w:tr>
        <w:tc>
          <w:tcPr>
            <w:tcW w:type="dxa" w:w="4706"/>
          </w:tcPr>
          <w:p>
            <w:pPr>
              <w:spacing w:before="20" w:after="20" w:line="240" w:lineRule="auto"/>
              <w:jc w:val="center"/>
            </w:pPr>
            <w:r/>
            <w:r>
              <w:rPr>
                <w:rFonts w:ascii="Times New Roman" w:hAnsi="Times New Roman" w:eastAsia="宋体"/>
                <w:b w:val="0"/>
                <w:i w:val="0"/>
                <w:sz w:val="20"/>
              </w:rPr>
              <w:t>{4,6,8}</w:t>
            </w:r>
          </w:p>
        </w:tc>
        <w:tc>
          <w:tcPr>
            <w:tcW w:type="dxa" w:w="4706"/>
          </w:tcPr>
          <w:p>
            <w:pPr>
              <w:spacing w:before="20" w:after="20" w:line="240" w:lineRule="auto"/>
              <w:jc w:val="center"/>
            </w:pPr>
            <w:r/>
            <w:r>
              <w:rPr>
                <w:rFonts w:ascii="Times New Roman" w:hAnsi="Times New Roman" w:eastAsia="宋体"/>
                <w:b w:val="0"/>
                <w:i w:val="0"/>
                <w:sz w:val="20"/>
              </w:rPr>
              <w:t>{7,5,3,2}</w:t>
            </w:r>
          </w:p>
        </w:tc>
      </w:tr>
      <w:tr>
        <w:tc>
          <w:tcPr>
            <w:tcW w:type="dxa" w:w="4706"/>
          </w:tcPr>
          <w:p>
            <w:pPr>
              <w:spacing w:before="20" w:after="20" w:line="240" w:lineRule="auto"/>
              <w:jc w:val="center"/>
            </w:pPr>
            <w:r/>
            <w:r>
              <w:rPr>
                <w:rFonts w:ascii="Times New Roman" w:hAnsi="Times New Roman" w:eastAsia="宋体"/>
                <w:b w:val="0"/>
                <w:i w:val="0"/>
                <w:sz w:val="20"/>
              </w:rPr>
              <w:t>{4,7,8}</w:t>
            </w:r>
          </w:p>
        </w:tc>
        <w:tc>
          <w:tcPr>
            <w:tcW w:type="dxa" w:w="4706"/>
          </w:tcPr>
          <w:p>
            <w:pPr>
              <w:spacing w:before="20" w:after="20" w:line="240" w:lineRule="auto"/>
              <w:jc w:val="center"/>
            </w:pPr>
            <w:r/>
            <w:r>
              <w:rPr>
                <w:rFonts w:ascii="Times New Roman" w:hAnsi="Times New Roman" w:eastAsia="宋体"/>
                <w:b w:val="0"/>
                <w:i w:val="0"/>
                <w:sz w:val="20"/>
              </w:rPr>
              <w:t>{6,5,2,3}</w:t>
            </w:r>
          </w:p>
        </w:tc>
      </w:tr>
      <w:tr>
        <w:tc>
          <w:tcPr>
            <w:tcW w:type="dxa" w:w="4706"/>
          </w:tcPr>
          <w:p>
            <w:pPr>
              <w:spacing w:before="20" w:after="20" w:line="240" w:lineRule="auto"/>
              <w:jc w:val="center"/>
            </w:pPr>
            <w:r/>
            <w:r>
              <w:rPr>
                <w:rFonts w:ascii="Times New Roman" w:hAnsi="Times New Roman" w:eastAsia="宋体"/>
                <w:b w:val="0"/>
                <w:i w:val="0"/>
                <w:sz w:val="20"/>
              </w:rPr>
              <w:t>{6,7,8}</w:t>
            </w:r>
          </w:p>
        </w:tc>
        <w:tc>
          <w:tcPr>
            <w:tcW w:type="dxa" w:w="4706"/>
          </w:tcPr>
          <w:p>
            <w:pPr>
              <w:spacing w:before="20" w:after="20" w:line="240" w:lineRule="auto"/>
              <w:jc w:val="center"/>
            </w:pPr>
            <w:r/>
            <w:r>
              <w:rPr>
                <w:rFonts w:ascii="Times New Roman" w:hAnsi="Times New Roman" w:eastAsia="宋体"/>
                <w:b w:val="0"/>
                <w:i w:val="0"/>
                <w:sz w:val="20"/>
              </w:rPr>
              <w:t>{4,3,2,5}</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对每个相邻标号集合，绕过该顶点的对角线作 120° 旋转，会把顶点周围的六种排列分成两组各三种。因此每个集合给出两种不能通过旋转互相得到的标法，共有 3·2=6 种标法。</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Opposite faces together use all eight labels, whose sum is 36, so every face must have sum 18.</w:t>
      </w:r>
    </w:p>
    <w:p>
      <w:pPr>
        <w:spacing w:before="0" w:after="80" w:line="300" w:lineRule="auto"/>
        <w:jc w:val="left"/>
      </w:pPr>
      <w:r>
        <w:rPr>
          <w:rFonts w:ascii="Times New Roman" w:hAnsi="Times New Roman" w:eastAsia="宋体"/>
          <w:b w:val="0"/>
          <w:i w:val="0"/>
          <w:color w:val="333333"/>
          <w:sz w:val="19"/>
        </w:rPr>
        <w:t>Put label 1 at one vertex, and let the three adjacent labels be a,b,c. The three vertices adjacent to those across faces are then forced to be</w:t>
      </w:r>
    </w:p>
    <w:p>
      <w:pPr>
        <w:spacing w:before="0" w:after="80" w:line="300" w:lineRule="auto"/>
        <w:jc w:val="left"/>
      </w:pPr>
      <w:r>
        <w:rPr>
          <w:rFonts w:ascii="Times New Roman" w:hAnsi="Times New Roman" w:eastAsia="宋体"/>
          <w:b w:val="0"/>
          <w:i w:val="0"/>
          <w:color w:val="333333"/>
          <w:sz w:val="19"/>
        </w:rPr>
        <w:t>17-a-b,</w:t>
      </w:r>
    </w:p>
    <w:p>
      <w:pPr>
        <w:spacing w:before="0" w:after="80" w:line="300" w:lineRule="auto"/>
        <w:jc w:val="left"/>
      </w:pPr>
      <w:r>
        <w:rPr>
          <w:rFonts w:ascii="Times New Roman" w:hAnsi="Times New Roman" w:eastAsia="宋体"/>
          <w:b w:val="0"/>
          <w:i w:val="0"/>
          <w:color w:val="333333"/>
          <w:sz w:val="19"/>
        </w:rPr>
        <w:t>17-a-c,</w:t>
      </w:r>
    </w:p>
    <w:p>
      <w:pPr>
        <w:spacing w:before="0" w:after="80" w:line="300" w:lineRule="auto"/>
        <w:jc w:val="left"/>
      </w:pPr>
      <w:r>
        <w:rPr>
          <w:rFonts w:ascii="Times New Roman" w:hAnsi="Times New Roman" w:eastAsia="宋体"/>
          <w:b w:val="0"/>
          <w:i w:val="0"/>
          <w:color w:val="333333"/>
          <w:sz w:val="19"/>
        </w:rPr>
        <w:t>17-b-c,</w:t>
      </w:r>
    </w:p>
    <w:p>
      <w:pPr>
        <w:spacing w:before="0" w:after="80" w:line="300" w:lineRule="auto"/>
        <w:jc w:val="left"/>
      </w:pPr>
      <w:r>
        <w:rPr>
          <w:rFonts w:ascii="Times New Roman" w:hAnsi="Times New Roman" w:eastAsia="宋体"/>
          <w:b w:val="0"/>
          <w:i w:val="0"/>
          <w:color w:val="333333"/>
          <w:sz w:val="19"/>
        </w:rPr>
        <w:t>and the opposite vertex is a+b+c-16.</w:t>
      </w:r>
    </w:p>
    <w:p>
      <w:pPr>
        <w:spacing w:before="0" w:after="80" w:line="300" w:lineRule="auto"/>
        <w:jc w:val="left"/>
      </w:pPr>
      <w:r>
        <w:rPr>
          <w:rFonts w:ascii="Times New Roman" w:hAnsi="Times New Roman" w:eastAsia="宋体"/>
          <w:b w:val="0"/>
          <w:i w:val="0"/>
          <w:color w:val="333333"/>
          <w:sz w:val="19"/>
        </w:rPr>
        <w:t>Assume the three neighbor labels are listed in increasing order. Substituting triples from 2,3,…,8 into the four forced expressions above gives exactly</w:t>
      </w:r>
    </w:p>
    <w:tbl>
      <w:tblPr>
        <w:tblW w:type="auto" w:w="0"/>
        <w:jc w:val="center"/>
        <w:tblLayout w:type="autofit"/>
        <w:tblLook w:firstColumn="1" w:firstRow="1" w:lastColumn="0" w:lastRow="0" w:noHBand="0" w:noVBand="1" w:val="04A0"/>
      </w:tblPr>
      <w:tblGrid>
        <w:gridCol w:w="4706"/>
        <w:gridCol w:w="4706"/>
      </w:tblGrid>
      <w:tr>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{a,b,c}</w:t>
            </w:r>
          </w:p>
        </w:tc>
        <w:tc>
          <w:tcPr>
            <w:tcW w:type="dxa" w:w="4706"/>
            <w:tcBorders>
              <w:bottom w:val="single" w:sz="8" w:space="0" w:color="000000"/>
            </w:tcBorders>
          </w:tcPr>
          <w:p>
            <w:pPr>
              <w:spacing w:before="20" w:after="20" w:line="240" w:lineRule="auto"/>
              <w:jc w:val="center"/>
            </w:pPr>
            <w:r/>
            <w:r>
              <w:rPr>
                <w:rFonts w:ascii="Times New Roman" w:hAnsi="Times New Roman" w:eastAsia="宋体"/>
                <w:b w:val="0"/>
                <w:i w:val="0"/>
                <w:color w:val="333333"/>
                <w:sz w:val="19"/>
              </w:rPr>
              <w:t>four forced labels</w:t>
            </w:r>
          </w:p>
        </w:tc>
      </w:tr>
      <w:tr>
        <w:tc>
          <w:tcPr>
            <w:tcW w:type="dxa" w:w="4706"/>
          </w:tcPr>
          <w:p>
            <w:pPr>
              <w:spacing w:before="20" w:after="20" w:line="240" w:lineRule="auto"/>
              <w:jc w:val="center"/>
            </w:pPr>
            <w:r/>
            <w:r>
              <w:rPr>
                <w:rFonts w:ascii="Times New Roman" w:hAnsi="Times New Roman" w:eastAsia="宋体"/>
                <w:b w:val="0"/>
                <w:i w:val="0"/>
                <w:color w:val="333333"/>
                <w:sz w:val="19"/>
              </w:rPr>
              <w:t>{4,6,8}</w:t>
            </w:r>
          </w:p>
        </w:tc>
        <w:tc>
          <w:tcPr>
            <w:tcW w:type="dxa" w:w="4706"/>
          </w:tcPr>
          <w:p>
            <w:pPr>
              <w:spacing w:before="20" w:after="20" w:line="240" w:lineRule="auto"/>
              <w:jc w:val="center"/>
            </w:pPr>
            <w:r/>
            <w:r>
              <w:rPr>
                <w:rFonts w:ascii="Times New Roman" w:hAnsi="Times New Roman" w:eastAsia="宋体"/>
                <w:b w:val="0"/>
                <w:i w:val="0"/>
                <w:color w:val="333333"/>
                <w:sz w:val="19"/>
              </w:rPr>
              <w:t>{7,5,3,2}</w:t>
            </w:r>
          </w:p>
        </w:tc>
      </w:tr>
      <w:tr>
        <w:tc>
          <w:tcPr>
            <w:tcW w:type="dxa" w:w="4706"/>
          </w:tcPr>
          <w:p>
            <w:pPr>
              <w:spacing w:before="20" w:after="20" w:line="240" w:lineRule="auto"/>
              <w:jc w:val="center"/>
            </w:pPr>
            <w:r/>
            <w:r>
              <w:rPr>
                <w:rFonts w:ascii="Times New Roman" w:hAnsi="Times New Roman" w:eastAsia="宋体"/>
                <w:b w:val="0"/>
                <w:i w:val="0"/>
                <w:color w:val="333333"/>
                <w:sz w:val="19"/>
              </w:rPr>
              <w:t>{4,7,8}</w:t>
            </w:r>
          </w:p>
        </w:tc>
        <w:tc>
          <w:tcPr>
            <w:tcW w:type="dxa" w:w="4706"/>
          </w:tcPr>
          <w:p>
            <w:pPr>
              <w:spacing w:before="20" w:after="20" w:line="240" w:lineRule="auto"/>
              <w:jc w:val="center"/>
            </w:pPr>
            <w:r/>
            <w:r>
              <w:rPr>
                <w:rFonts w:ascii="Times New Roman" w:hAnsi="Times New Roman" w:eastAsia="宋体"/>
                <w:b w:val="0"/>
                <w:i w:val="0"/>
                <w:color w:val="333333"/>
                <w:sz w:val="19"/>
              </w:rPr>
              <w:t>{6,5,2,3}</w:t>
            </w:r>
          </w:p>
        </w:tc>
      </w:tr>
      <w:tr>
        <w:tc>
          <w:tcPr>
            <w:tcW w:type="dxa" w:w="4706"/>
          </w:tcPr>
          <w:p>
            <w:pPr>
              <w:spacing w:before="20" w:after="20" w:line="240" w:lineRule="auto"/>
              <w:jc w:val="center"/>
            </w:pPr>
            <w:r/>
            <w:r>
              <w:rPr>
                <w:rFonts w:ascii="Times New Roman" w:hAnsi="Times New Roman" w:eastAsia="宋体"/>
                <w:b w:val="0"/>
                <w:i w:val="0"/>
                <w:color w:val="333333"/>
                <w:sz w:val="19"/>
              </w:rPr>
              <w:t>{6,7,8}</w:t>
            </w:r>
          </w:p>
        </w:tc>
        <w:tc>
          <w:tcPr>
            <w:tcW w:type="dxa" w:w="4706"/>
          </w:tcPr>
          <w:p>
            <w:pPr>
              <w:spacing w:before="20" w:after="20" w:line="240" w:lineRule="auto"/>
              <w:jc w:val="center"/>
            </w:pPr>
            <w:r/>
            <w:r>
              <w:rPr>
                <w:rFonts w:ascii="Times New Roman" w:hAnsi="Times New Roman" w:eastAsia="宋体"/>
                <w:b w:val="0"/>
                <w:i w:val="0"/>
                <w:color w:val="333333"/>
                <w:sz w:val="19"/>
              </w:rPr>
              <w:t>{4,3,2,5}</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For each neighbor set, the six orders around the vertex fall into two groups of three under the 120° rotations about the diagonal through that vertex. Thus each set gives two non-rotationally equivalent arrangements, for 3·2=6 arrangements in all.</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E</w:t>
      </w:r>
    </w:p>
    <w:p>
      <w:pPr>
        <w:spacing w:before="0" w:after="80" w:line="300" w:lineRule="auto"/>
        <w:jc w:val="left"/>
      </w:pPr>
      <w:r>
        <w:rPr>
          <w:rFonts w:ascii="Times New Roman" w:hAnsi="Times New Roman" w:eastAsia="宋体"/>
          <w:b w:val="0"/>
          <w:i w:val="0"/>
          <w:sz w:val="21"/>
        </w:rPr>
        <w:t>因为 BC=3，且 BE=EF=FC，所以 BE=1、BF=2。又 AD=3。</w:t>
      </w:r>
    </w:p>
    <w:p>
      <w:pPr>
        <w:spacing w:before="0" w:after="80" w:line="300" w:lineRule="auto"/>
        <w:jc w:val="left"/>
      </w:pPr>
      <w:r>
        <w:rPr>
          <w:rFonts w:ascii="Times New Roman" w:hAnsi="Times New Roman" w:eastAsia="宋体"/>
          <w:b w:val="0"/>
          <w:i w:val="0"/>
          <w:sz w:val="21"/>
        </w:rPr>
        <w:t>由 △ APD∼△ EPB，</w:t>
      </w:r>
    </w:p>
    <w:p>
      <w:pPr>
        <w:spacing w:before="0" w:after="80" w:line="300" w:lineRule="auto"/>
        <w:jc w:val="left"/>
      </w:pPr>
      <w:r>
        <w:rPr>
          <w:rFonts w:ascii="Times New Roman" w:hAnsi="Times New Roman" w:eastAsia="宋体"/>
          <w:b w:val="0"/>
          <w:i w:val="0"/>
          <w:sz w:val="21"/>
        </w:rPr>
        <w:t>BP/BD=BE/AD+BE=1/4。</w:t>
      </w:r>
    </w:p>
    <w:p>
      <w:pPr>
        <w:spacing w:before="0" w:after="80" w:line="300" w:lineRule="auto"/>
        <w:jc w:val="left"/>
      </w:pPr>
      <w:r>
        <w:rPr>
          <w:rFonts w:ascii="Times New Roman" w:hAnsi="Times New Roman" w:eastAsia="宋体"/>
          <w:b w:val="0"/>
          <w:i w:val="0"/>
          <w:sz w:val="21"/>
        </w:rPr>
        <w:t>由 △ AQD∼△ FQB，</w:t>
      </w:r>
    </w:p>
    <w:p>
      <w:pPr>
        <w:spacing w:before="0" w:after="80" w:line="300" w:lineRule="auto"/>
        <w:jc w:val="left"/>
      </w:pPr>
      <w:r>
        <w:rPr>
          <w:rFonts w:ascii="Times New Roman" w:hAnsi="Times New Roman" w:eastAsia="宋体"/>
          <w:b w:val="0"/>
          <w:i w:val="0"/>
          <w:sz w:val="21"/>
        </w:rPr>
        <w:t>BQ/BD=BF/AD+BF=2/5。</w:t>
      </w:r>
    </w:p>
    <w:p>
      <w:pPr>
        <w:spacing w:before="0" w:after="80" w:line="300" w:lineRule="auto"/>
        <w:jc w:val="left"/>
      </w:pPr>
      <w:r>
        <w:rPr>
          <w:rFonts w:ascii="Times New Roman" w:hAnsi="Times New Roman" w:eastAsia="宋体"/>
          <w:b w:val="0"/>
          <w:i w:val="0"/>
          <w:sz w:val="21"/>
        </w:rPr>
        <w:t>因此 BP=1/4BD，PQ=(2/5-1/4)BD=3/20BD，且 QD=3/5BD。于是</w:t>
      </w:r>
    </w:p>
    <w:p>
      <w:pPr>
        <w:spacing w:before="0" w:after="80" w:line="300" w:lineRule="auto"/>
        <w:jc w:val="left"/>
      </w:pPr>
      <w:r>
        <w:rPr>
          <w:rFonts w:ascii="Times New Roman" w:hAnsi="Times New Roman" w:eastAsia="宋体"/>
          <w:b w:val="0"/>
          <w:i w:val="0"/>
          <w:sz w:val="21"/>
        </w:rPr>
        <w:t>BP:PQ:QD = 1/4:3/20:3/5</w:t>
      </w:r>
    </w:p>
    <w:p>
      <w:pPr>
        <w:spacing w:before="0" w:after="80" w:line="300" w:lineRule="auto"/>
        <w:jc w:val="left"/>
      </w:pPr>
      <w:r>
        <w:rPr>
          <w:rFonts w:ascii="Times New Roman" w:hAnsi="Times New Roman" w:eastAsia="宋体"/>
          <w:b w:val="0"/>
          <w:i w:val="0"/>
          <w:sz w:val="21"/>
        </w:rPr>
        <w:t>= 5:3:12。</w:t>
      </w:r>
    </w:p>
    <w:p>
      <w:pPr>
        <w:spacing w:before="0" w:after="80" w:line="300" w:lineRule="auto"/>
        <w:jc w:val="left"/>
      </w:pPr>
      <w:r>
        <w:rPr>
          <w:rFonts w:ascii="Times New Roman" w:hAnsi="Times New Roman" w:eastAsia="宋体"/>
          <w:b w:val="0"/>
          <w:i w:val="0"/>
          <w:sz w:val="21"/>
        </w:rPr>
        <w:t>和为 5+3+12=20。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BC=3 and BE=EF=FC, we have BE=1 and BF=2. Also AD=3.</w:t>
      </w:r>
    </w:p>
    <w:p>
      <w:pPr>
        <w:spacing w:before="0" w:after="80" w:line="300" w:lineRule="auto"/>
        <w:jc w:val="left"/>
      </w:pPr>
      <w:r>
        <w:rPr>
          <w:rFonts w:ascii="Times New Roman" w:hAnsi="Times New Roman" w:eastAsia="宋体"/>
          <w:b w:val="0"/>
          <w:i w:val="0"/>
          <w:color w:val="333333"/>
          <w:sz w:val="19"/>
        </w:rPr>
        <w:t>From △ APD∼△ EPB,</w:t>
      </w:r>
    </w:p>
    <w:p>
      <w:pPr>
        <w:spacing w:before="0" w:after="80" w:line="300" w:lineRule="auto"/>
        <w:jc w:val="left"/>
      </w:pPr>
      <w:r>
        <w:rPr>
          <w:rFonts w:ascii="Times New Roman" w:hAnsi="Times New Roman" w:eastAsia="宋体"/>
          <w:b w:val="0"/>
          <w:i w:val="0"/>
          <w:color w:val="333333"/>
          <w:sz w:val="19"/>
        </w:rPr>
        <w:t>BP/BD=BE/AD+BE=1/4.</w:t>
      </w:r>
    </w:p>
    <w:p>
      <w:pPr>
        <w:spacing w:before="0" w:after="80" w:line="300" w:lineRule="auto"/>
        <w:jc w:val="left"/>
      </w:pPr>
      <w:r>
        <w:rPr>
          <w:rFonts w:ascii="Times New Roman" w:hAnsi="Times New Roman" w:eastAsia="宋体"/>
          <w:b w:val="0"/>
          <w:i w:val="0"/>
          <w:color w:val="333333"/>
          <w:sz w:val="19"/>
        </w:rPr>
        <w:t>From △ AQD∼△ FQB,</w:t>
      </w:r>
    </w:p>
    <w:p>
      <w:pPr>
        <w:spacing w:before="0" w:after="80" w:line="300" w:lineRule="auto"/>
        <w:jc w:val="left"/>
      </w:pPr>
      <w:r>
        <w:rPr>
          <w:rFonts w:ascii="Times New Roman" w:hAnsi="Times New Roman" w:eastAsia="宋体"/>
          <w:b w:val="0"/>
          <w:i w:val="0"/>
          <w:color w:val="333333"/>
          <w:sz w:val="19"/>
        </w:rPr>
        <w:t>BQ/BD=BF/AD+BF=2/5.</w:t>
      </w:r>
    </w:p>
    <w:p>
      <w:pPr>
        <w:spacing w:before="0" w:after="80" w:line="300" w:lineRule="auto"/>
        <w:jc w:val="left"/>
      </w:pPr>
      <w:r>
        <w:rPr>
          <w:rFonts w:ascii="Times New Roman" w:hAnsi="Times New Roman" w:eastAsia="宋体"/>
          <w:b w:val="0"/>
          <w:i w:val="0"/>
          <w:color w:val="333333"/>
          <w:sz w:val="19"/>
        </w:rPr>
        <w:t>Therefore BP=1/4BD, PQ=(2/5-1/4)BD=3/20BD, and QD=3/5BD. Thus</w:t>
      </w:r>
    </w:p>
    <w:p>
      <w:pPr>
        <w:spacing w:before="0" w:after="80" w:line="300" w:lineRule="auto"/>
        <w:jc w:val="left"/>
      </w:pPr>
      <w:r>
        <w:rPr>
          <w:rFonts w:ascii="Times New Roman" w:hAnsi="Times New Roman" w:eastAsia="宋体"/>
          <w:b w:val="0"/>
          <w:i w:val="0"/>
          <w:color w:val="333333"/>
          <w:sz w:val="19"/>
        </w:rPr>
        <w:t>BP:PQ:QD = 1/4:3/20:3/5</w:t>
      </w:r>
    </w:p>
    <w:p>
      <w:pPr>
        <w:spacing w:before="0" w:after="80" w:line="300" w:lineRule="auto"/>
        <w:jc w:val="left"/>
      </w:pPr>
      <w:r>
        <w:rPr>
          <w:rFonts w:ascii="Times New Roman" w:hAnsi="Times New Roman" w:eastAsia="宋体"/>
          <w:b w:val="0"/>
          <w:i w:val="0"/>
          <w:color w:val="333333"/>
          <w:sz w:val="19"/>
        </w:rPr>
        <w:t>= 5:3:12.</w:t>
      </w:r>
    </w:p>
    <w:p>
      <w:pPr>
        <w:spacing w:before="0" w:after="80" w:line="300" w:lineRule="auto"/>
        <w:jc w:val="left"/>
      </w:pPr>
      <w:r>
        <w:rPr>
          <w:rFonts w:ascii="Times New Roman" w:hAnsi="Times New Roman" w:eastAsia="宋体"/>
          <w:b w:val="0"/>
          <w:i w:val="0"/>
          <w:color w:val="333333"/>
          <w:sz w:val="19"/>
        </w:rPr>
        <w:t>The sum is 5+3+12=20.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B</w:t>
      </w:r>
    </w:p>
    <w:p>
      <w:pPr>
        <w:spacing w:before="0" w:after="80" w:line="300" w:lineRule="auto"/>
        <w:jc w:val="left"/>
      </w:pPr>
      <w:r>
        <w:rPr>
          <w:rFonts w:ascii="Times New Roman" w:hAnsi="Times New Roman" w:eastAsia="宋体"/>
          <w:b w:val="0"/>
          <w:i w:val="0"/>
          <w:sz w:val="21"/>
        </w:rPr>
        <w:t>同时包含四个变量的项形如 a^(v)b^(w)cˣdʸ，其中 v,w,x,y≥1，此外还要乘以 1 的某个幂。若这个幂是 z，则</w:t>
      </w:r>
    </w:p>
    <w:p>
      <w:pPr>
        <w:spacing w:before="0" w:after="80" w:line="300" w:lineRule="auto"/>
        <w:jc w:val="left"/>
      </w:pPr>
      <w:r>
        <w:rPr>
          <w:rFonts w:ascii="Times New Roman" w:hAnsi="Times New Roman" w:eastAsia="宋体"/>
          <w:b w:val="0"/>
          <w:i w:val="0"/>
          <w:sz w:val="21"/>
        </w:rPr>
        <w:t>v+w+x+y+z=N。</w:t>
      </w:r>
    </w:p>
    <w:p>
      <w:pPr>
        <w:spacing w:before="0" w:after="80" w:line="300" w:lineRule="auto"/>
        <w:jc w:val="left"/>
      </w:pPr>
      <w:r>
        <w:rPr>
          <w:rFonts w:ascii="Times New Roman" w:hAnsi="Times New Roman" w:eastAsia="宋体"/>
          <w:b w:val="0"/>
          <w:i w:val="0"/>
          <w:sz w:val="21"/>
        </w:rPr>
        <w:t>从 v,w,x,y 各减去 1 后，得到 5 个非负整数，其和为 N-4。因此这样的项数为</w:t>
      </w:r>
    </w:p>
    <w:p>
      <w:pPr>
        <w:spacing w:before="0" w:after="80" w:line="300" w:lineRule="auto"/>
        <w:jc w:val="left"/>
      </w:pPr>
      <w:r>
        <w:rPr>
          <w:rFonts w:ascii="Times New Roman" w:hAnsi="Times New Roman" w:eastAsia="宋体"/>
          <w:b w:val="0"/>
          <w:i w:val="0"/>
          <w:sz w:val="21"/>
        </w:rPr>
        <w:t>C(N, 4)。</w:t>
      </w:r>
    </w:p>
    <w:p>
      <w:pPr>
        <w:spacing w:before="0" w:after="80" w:line="300" w:lineRule="auto"/>
        <w:jc w:val="left"/>
      </w:pPr>
      <w:r>
        <w:rPr>
          <w:rFonts w:ascii="Times New Roman" w:hAnsi="Times New Roman" w:eastAsia="宋体"/>
          <w:b w:val="0"/>
          <w:i w:val="0"/>
          <w:sz w:val="21"/>
        </w:rPr>
        <w:t>由于 C(14, 4)=1001，所以 N=14。</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term that includes all four variables has form a^(v)b^(w)cˣdʸ, with v,w,x,y≥1, multiplied by some power of 1. If that power is z, then</w:t>
      </w:r>
    </w:p>
    <w:p>
      <w:pPr>
        <w:spacing w:before="0" w:after="80" w:line="300" w:lineRule="auto"/>
        <w:jc w:val="left"/>
      </w:pPr>
      <w:r>
        <w:rPr>
          <w:rFonts w:ascii="Times New Roman" w:hAnsi="Times New Roman" w:eastAsia="宋体"/>
          <w:b w:val="0"/>
          <w:i w:val="0"/>
          <w:color w:val="333333"/>
          <w:sz w:val="19"/>
        </w:rPr>
        <w:t>v+w+x+y+z=N.</w:t>
      </w:r>
    </w:p>
    <w:p>
      <w:pPr>
        <w:spacing w:before="0" w:after="80" w:line="300" w:lineRule="auto"/>
        <w:jc w:val="left"/>
      </w:pPr>
      <w:r>
        <w:rPr>
          <w:rFonts w:ascii="Times New Roman" w:hAnsi="Times New Roman" w:eastAsia="宋体"/>
          <w:b w:val="0"/>
          <w:i w:val="0"/>
          <w:color w:val="333333"/>
          <w:sz w:val="19"/>
        </w:rPr>
        <w:t>After subtracting 1 from each of v,w,x,y, this becomes a nonnegative stars-and-bars count with 5 variables summing to N-4. The number of such terms is</w:t>
      </w:r>
    </w:p>
    <w:p>
      <w:pPr>
        <w:spacing w:before="0" w:after="80" w:line="300" w:lineRule="auto"/>
        <w:jc w:val="left"/>
      </w:pPr>
      <w:r>
        <w:rPr>
          <w:rFonts w:ascii="Times New Roman" w:hAnsi="Times New Roman" w:eastAsia="宋体"/>
          <w:b w:val="0"/>
          <w:i w:val="0"/>
          <w:color w:val="333333"/>
          <w:sz w:val="19"/>
        </w:rPr>
        <w:t>C(N, 4).</w:t>
      </w:r>
    </w:p>
    <w:p>
      <w:pPr>
        <w:spacing w:before="0" w:after="80" w:line="300" w:lineRule="auto"/>
        <w:jc w:val="left"/>
      </w:pPr>
      <w:r>
        <w:rPr>
          <w:rFonts w:ascii="Times New Roman" w:hAnsi="Times New Roman" w:eastAsia="宋体"/>
          <w:b w:val="0"/>
          <w:i w:val="0"/>
          <w:color w:val="333333"/>
          <w:sz w:val="19"/>
        </w:rPr>
        <w:t>Since C(14, 4)=1001, we get N=14.</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80" w:after="80"/>
        <w:jc w:val="center"/>
      </w:pPr>
      <w:r>
        <w:drawing>
          <wp:inline xmlns:a="http://schemas.openxmlformats.org/drawingml/2006/main" xmlns:pic="http://schemas.openxmlformats.org/drawingml/2006/picture">
            <wp:extent cx="1380542" cy="724711"/>
            <wp:docPr id="9" name="Picture 9"/>
            <wp:cNvGraphicFramePr>
              <a:graphicFrameLocks noChangeAspect="1"/>
            </wp:cNvGraphicFramePr>
            <a:graphic>
              <a:graphicData uri="http://schemas.openxmlformats.org/drawingml/2006/picture">
                <pic:pic>
                  <pic:nvPicPr>
                    <pic:cNvPr id="0" name="q21-sol-1@300dpi.png"/>
                    <pic:cNvPicPr/>
                  </pic:nvPicPr>
                  <pic:blipFill>
                    <a:blip r:embed="rId13"/>
                    <a:stretch>
                      <a:fillRect/>
                    </a:stretch>
                  </pic:blipFill>
                  <pic:spPr>
                    <a:xfrm>
                      <a:off x="0" y="0"/>
                      <a:ext cx="1380542" cy="724711"/>
                    </a:xfrm>
                    <a:prstGeom prst="rect"/>
                  </pic:spPr>
                </pic:pic>
              </a:graphicData>
            </a:graphic>
          </wp:inline>
        </w:drawing>
      </w:r>
    </w:p>
    <w:p>
      <w:pPr>
        <w:spacing w:before="0" w:after="80" w:line="300" w:lineRule="auto"/>
        <w:jc w:val="left"/>
      </w:pPr>
      <w:r>
        <w:rPr>
          <w:rFonts w:ascii="Times New Roman" w:hAnsi="Times New Roman" w:eastAsia="宋体"/>
          <w:b w:val="0"/>
          <w:i w:val="0"/>
          <w:sz w:val="21"/>
        </w:rPr>
        <w:t>把这条公切线取作 x 轴，并令 P=(0,1)。因为 PQ=1+2=3，而两个圆心的高度相差 1，所以 P 到 Q 的水平距离为</w:t>
      </w:r>
    </w:p>
    <w:p>
      <w:pPr>
        <w:spacing w:before="0" w:after="80" w:line="300" w:lineRule="auto"/>
        <w:jc w:val="left"/>
      </w:pPr>
      <w:r>
        <w:rPr>
          <w:rFonts w:ascii="Times New Roman" w:hAnsi="Times New Roman" w:eastAsia="宋体"/>
          <w:b w:val="0"/>
          <w:i w:val="0"/>
          <w:sz w:val="21"/>
        </w:rPr>
        <w:t>√(3²-1²)=2√(2)。</w:t>
      </w:r>
    </w:p>
    <w:p>
      <w:pPr>
        <w:spacing w:before="0" w:after="80" w:line="300" w:lineRule="auto"/>
        <w:jc w:val="left"/>
      </w:pPr>
      <w:r>
        <w:rPr>
          <w:rFonts w:ascii="Times New Roman" w:hAnsi="Times New Roman" w:eastAsia="宋体"/>
          <w:b w:val="0"/>
          <w:i w:val="0"/>
          <w:sz w:val="21"/>
        </w:rPr>
        <w:t>同理，QR=2+3=5，这两个圆心的高度也相差 1，因此它们的水平距离为 2√(6)。</w:t>
      </w:r>
    </w:p>
    <w:p>
      <w:pPr>
        <w:spacing w:before="0" w:after="80" w:line="300" w:lineRule="auto"/>
        <w:jc w:val="left"/>
      </w:pPr>
      <w:r>
        <w:rPr>
          <w:rFonts w:ascii="Times New Roman" w:hAnsi="Times New Roman" w:eastAsia="宋体"/>
          <w:b w:val="0"/>
          <w:i w:val="0"/>
          <w:sz w:val="21"/>
        </w:rPr>
        <w:t>于是可以取</w:t>
      </w:r>
    </w:p>
    <w:p>
      <w:pPr>
        <w:spacing w:before="0" w:after="80" w:line="300" w:lineRule="auto"/>
        <w:jc w:val="left"/>
      </w:pPr>
      <w:r>
        <w:rPr>
          <w:rFonts w:ascii="Times New Roman" w:hAnsi="Times New Roman" w:eastAsia="宋体"/>
          <w:b w:val="0"/>
          <w:i w:val="0"/>
          <w:sz w:val="21"/>
        </w:rPr>
        <w:t>P=(0,1), Q=(2√(2),2),</w:t>
      </w:r>
    </w:p>
    <w:p>
      <w:pPr>
        <w:spacing w:before="0" w:after="80" w:line="300" w:lineRule="auto"/>
        <w:jc w:val="left"/>
      </w:pPr>
      <w:r>
        <w:rPr>
          <w:rFonts w:ascii="Times New Roman" w:hAnsi="Times New Roman" w:eastAsia="宋体"/>
          <w:b w:val="0"/>
          <w:i w:val="0"/>
          <w:sz w:val="21"/>
        </w:rPr>
        <w:t>R=(2√(2)+2√(6),3)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再由坐标面积公式得到</w:t>
      </w:r>
    </w:p>
    <w:p>
      <w:pPr>
        <w:spacing w:before="0" w:after="80" w:line="300" w:lineRule="auto"/>
        <w:jc w:val="left"/>
      </w:pPr>
      <w:r>
        <w:rPr>
          <w:rFonts w:ascii="Times New Roman" w:hAnsi="Times New Roman" w:eastAsia="宋体"/>
          <w:b w:val="0"/>
          <w:i w:val="0"/>
          <w:sz w:val="21"/>
        </w:rPr>
        <w:t>[PQR] =1/2|4√(2)-(2√(2)+2√(6))|</w:t>
      </w:r>
    </w:p>
    <w:p>
      <w:pPr>
        <w:spacing w:before="0" w:after="80" w:line="300" w:lineRule="auto"/>
        <w:jc w:val="left"/>
      </w:pPr>
      <w:r>
        <w:rPr>
          <w:rFonts w:ascii="Times New Roman" w:hAnsi="Times New Roman" w:eastAsia="宋体"/>
          <w:b w:val="0"/>
          <w:i w:val="0"/>
          <w:sz w:val="21"/>
        </w:rPr>
        <w:t>=√(6)-√(2)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380542" cy="724711"/>
            <wp:docPr id="10" name="Picture 10"/>
            <wp:cNvGraphicFramePr>
              <a:graphicFrameLocks noChangeAspect="1"/>
            </wp:cNvGraphicFramePr>
            <a:graphic>
              <a:graphicData uri="http://schemas.openxmlformats.org/drawingml/2006/picture">
                <pic:pic>
                  <pic:nvPicPr>
                    <pic:cNvPr id="0" name="q21-sol-1@300dpi.png"/>
                    <pic:cNvPicPr/>
                  </pic:nvPicPr>
                  <pic:blipFill>
                    <a:blip r:embed="rId13"/>
                    <a:stretch>
                      <a:fillRect/>
                    </a:stretch>
                  </pic:blipFill>
                  <pic:spPr>
                    <a:xfrm>
                      <a:off x="0" y="0"/>
                      <a:ext cx="1380542" cy="72471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Put the tangent line on the x-axis and take P=(0,1). Because PQ=1+2=3 and the centers differ in height by 1, the horizontal distance from P to Q is</w:t>
      </w:r>
    </w:p>
    <w:p>
      <w:pPr>
        <w:spacing w:before="0" w:after="80" w:line="300" w:lineRule="auto"/>
        <w:jc w:val="left"/>
      </w:pPr>
      <w:r>
        <w:rPr>
          <w:rFonts w:ascii="Times New Roman" w:hAnsi="Times New Roman" w:eastAsia="宋体"/>
          <w:b w:val="0"/>
          <w:i w:val="0"/>
          <w:color w:val="333333"/>
          <w:sz w:val="19"/>
        </w:rPr>
        <w:t>√(3²-1²)=2√(2).</w:t>
      </w:r>
    </w:p>
    <w:p>
      <w:pPr>
        <w:spacing w:before="0" w:after="80" w:line="300" w:lineRule="auto"/>
        <w:jc w:val="left"/>
      </w:pPr>
      <w:r>
        <w:rPr>
          <w:rFonts w:ascii="Times New Roman" w:hAnsi="Times New Roman" w:eastAsia="宋体"/>
          <w:b w:val="0"/>
          <w:i w:val="0"/>
          <w:color w:val="333333"/>
          <w:sz w:val="19"/>
        </w:rPr>
        <w:t>Similarly, QR=2+3=5 and its centers also differ in height by 1, so their horizontal distance is 2√(6).</w:t>
      </w:r>
    </w:p>
    <w:p>
      <w:pPr>
        <w:spacing w:before="0" w:after="80" w:line="300" w:lineRule="auto"/>
        <w:jc w:val="left"/>
      </w:pPr>
      <w:r>
        <w:rPr>
          <w:rFonts w:ascii="Times New Roman" w:hAnsi="Times New Roman" w:eastAsia="宋体"/>
          <w:b w:val="0"/>
          <w:i w:val="0"/>
          <w:color w:val="333333"/>
          <w:sz w:val="19"/>
        </w:rPr>
        <w:t>Thus we may use</w:t>
      </w:r>
    </w:p>
    <w:p>
      <w:pPr>
        <w:spacing w:before="0" w:after="80" w:line="300" w:lineRule="auto"/>
        <w:jc w:val="left"/>
      </w:pPr>
      <w:r>
        <w:rPr>
          <w:rFonts w:ascii="Times New Roman" w:hAnsi="Times New Roman" w:eastAsia="宋体"/>
          <w:b w:val="0"/>
          <w:i w:val="0"/>
          <w:color w:val="333333"/>
          <w:sz w:val="19"/>
        </w:rPr>
        <w:t>P=(0,1), Q=(2√(2),2),</w:t>
      </w:r>
    </w:p>
    <w:p>
      <w:pPr>
        <w:spacing w:before="0" w:after="80" w:line="300" w:lineRule="auto"/>
        <w:jc w:val="left"/>
      </w:pPr>
      <w:r>
        <w:rPr>
          <w:rFonts w:ascii="Times New Roman" w:hAnsi="Times New Roman" w:eastAsia="宋体"/>
          <w:b w:val="0"/>
          <w:i w:val="0"/>
          <w:color w:val="333333"/>
          <w:sz w:val="19"/>
        </w:rPr>
        <w:t>R=(2√(2)+2√(6),3).</w:t>
      </w:r>
    </w:p>
    <w:p>
      <w:pPr>
        <w:spacing w:before="0" w:after="80" w:line="300" w:lineRule="auto"/>
        <w:jc w:val="left"/>
      </w:pPr>
      <w:r>
        <w:rPr>
          <w:rFonts w:ascii="Times New Roman" w:hAnsi="Times New Roman" w:eastAsia="宋体"/>
          <w:b w:val="0"/>
          <w:i w:val="0"/>
          <w:color w:val="333333"/>
          <w:sz w:val="19"/>
        </w:rPr>
        <w:t>The coordinate-area formula gives</w:t>
      </w:r>
    </w:p>
    <w:p>
      <w:pPr>
        <w:spacing w:before="0" w:after="80" w:line="300" w:lineRule="auto"/>
        <w:jc w:val="left"/>
      </w:pPr>
      <w:r>
        <w:rPr>
          <w:rFonts w:ascii="Times New Roman" w:hAnsi="Times New Roman" w:eastAsia="宋体"/>
          <w:b w:val="0"/>
          <w:i w:val="0"/>
          <w:color w:val="333333"/>
          <w:sz w:val="19"/>
        </w:rPr>
        <w:t>[PQR] =1/2|4√(2)-(2√(2)+2√(6))|</w:t>
      </w:r>
    </w:p>
    <w:p>
      <w:pPr>
        <w:spacing w:before="0" w:after="80" w:line="300" w:lineRule="auto"/>
        <w:jc w:val="left"/>
      </w:pPr>
      <w:r>
        <w:rPr>
          <w:rFonts w:ascii="Times New Roman" w:hAnsi="Times New Roman" w:eastAsia="宋体"/>
          <w:b w:val="0"/>
          <w:i w:val="0"/>
          <w:color w:val="333333"/>
          <w:sz w:val="19"/>
        </w:rPr>
        <w:t>=√(6)-√(2).</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D</w:t>
      </w:r>
    </w:p>
    <w:p>
      <w:pPr>
        <w:spacing w:before="0" w:after="80" w:line="300" w:lineRule="auto"/>
        <w:jc w:val="left"/>
      </w:pPr>
      <w:r>
        <w:rPr>
          <w:rFonts w:ascii="Times New Roman" w:hAnsi="Times New Roman" w:eastAsia="宋体"/>
          <w:b w:val="0"/>
          <w:i w:val="0"/>
          <w:sz w:val="21"/>
        </w:rPr>
        <w:t>质因数分解为 110=2·5·11。若 110n³ 有 110=2·5·11 个因数，则它恰有三个素因子，指数为 1,4,10 的某种排列。</w:t>
      </w:r>
    </w:p>
    <w:p>
      <w:pPr>
        <w:spacing w:before="0" w:after="80" w:line="300" w:lineRule="auto"/>
        <w:jc w:val="left"/>
      </w:pPr>
      <w:r>
        <w:rPr>
          <w:rFonts w:ascii="Times New Roman" w:hAnsi="Times New Roman" w:eastAsia="宋体"/>
          <w:b w:val="0"/>
          <w:i w:val="0"/>
          <w:sz w:val="21"/>
        </w:rPr>
        <w:t>对于素数 2,5,11，它们在 110n³ 中的指数都是 1 加上 3 的倍数。指数 1,4,10 都满足这个形式，所以它们在 n 中对应为 0,1,3 的某种排列。</w:t>
      </w:r>
    </w:p>
    <w:p>
      <w:pPr>
        <w:spacing w:before="0" w:after="80" w:line="300" w:lineRule="auto"/>
        <w:jc w:val="left"/>
      </w:pPr>
      <w:r>
        <w:rPr>
          <w:rFonts w:ascii="Times New Roman" w:hAnsi="Times New Roman" w:eastAsia="宋体"/>
          <w:b w:val="0"/>
          <w:i w:val="0"/>
          <w:sz w:val="21"/>
        </w:rPr>
        <w:t>在 81n⁴=3⁴n⁴ 中，来自 n⁴ 的指数为 0,4,12 的某种排列，另外素数 3 上还有指数 4。因数个数为</w:t>
      </w:r>
    </w:p>
    <w:p>
      <w:pPr>
        <w:spacing w:before="0" w:after="80" w:line="300" w:lineRule="auto"/>
        <w:jc w:val="left"/>
      </w:pPr>
      <w:r>
        <w:rPr>
          <w:rFonts w:ascii="Times New Roman" w:hAnsi="Times New Roman" w:eastAsia="宋体"/>
          <w:b w:val="0"/>
          <w:i w:val="0"/>
          <w:sz w:val="21"/>
        </w:rPr>
        <w:t>(0+1)·(4+1)·(12+1)</w:t>
      </w:r>
    </w:p>
    <w:p>
      <w:pPr>
        <w:spacing w:before="0" w:after="80" w:line="300" w:lineRule="auto"/>
        <w:jc w:val="left"/>
      </w:pPr>
      <w:r>
        <w:rPr>
          <w:rFonts w:ascii="Times New Roman" w:hAnsi="Times New Roman" w:eastAsia="宋体"/>
          <w:b w:val="0"/>
          <w:i w:val="0"/>
          <w:sz w:val="21"/>
        </w:rPr>
        <w:t>·(4+1)=325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prime factorization is 110=2·5·11. If 110n³ has 110=2·5·11 divisors, then it has exactly three prime factors, with exponents 1,4,10 in some order.</w:t>
      </w:r>
    </w:p>
    <w:p>
      <w:pPr>
        <w:spacing w:before="0" w:after="80" w:line="300" w:lineRule="auto"/>
        <w:jc w:val="left"/>
      </w:pPr>
      <w:r>
        <w:rPr>
          <w:rFonts w:ascii="Times New Roman" w:hAnsi="Times New Roman" w:eastAsia="宋体"/>
          <w:b w:val="0"/>
          <w:i w:val="0"/>
          <w:color w:val="333333"/>
          <w:sz w:val="19"/>
        </w:rPr>
        <w:t>For each of the primes 2,5,11, its exponent in 110n³ is 1 more than a multiple of 3. The exponents 1,4,10 all have this form, so the corresponding exponents in n are 0,1,3 in some order.</w:t>
      </w:r>
    </w:p>
    <w:p>
      <w:pPr>
        <w:spacing w:before="0" w:after="80" w:line="300" w:lineRule="auto"/>
        <w:jc w:val="left"/>
      </w:pPr>
      <w:r>
        <w:rPr>
          <w:rFonts w:ascii="Times New Roman" w:hAnsi="Times New Roman" w:eastAsia="宋体"/>
          <w:b w:val="0"/>
          <w:i w:val="0"/>
          <w:color w:val="333333"/>
          <w:sz w:val="19"/>
        </w:rPr>
        <w:t>In 81n⁴=3⁴n⁴, the exponents from n⁴ are therefore 0,4,12, in some order, along with the exponent 4 on prime 3. Hence the divisor count is</w:t>
      </w:r>
    </w:p>
    <w:p>
      <w:pPr>
        <w:spacing w:before="0" w:after="80" w:line="300" w:lineRule="auto"/>
        <w:jc w:val="left"/>
      </w:pPr>
      <w:r>
        <w:rPr>
          <w:rFonts w:ascii="Times New Roman" w:hAnsi="Times New Roman" w:eastAsia="宋体"/>
          <w:b w:val="0"/>
          <w:i w:val="0"/>
          <w:color w:val="333333"/>
          <w:sz w:val="19"/>
        </w:rPr>
        <w:t>(0+1)·(4+1)·(12+1)</w:t>
      </w:r>
    </w:p>
    <w:p>
      <w:pPr>
        <w:spacing w:before="0" w:after="80" w:line="300" w:lineRule="auto"/>
        <w:jc w:val="left"/>
      </w:pPr>
      <w:r>
        <w:rPr>
          <w:rFonts w:ascii="Times New Roman" w:hAnsi="Times New Roman" w:eastAsia="宋体"/>
          <w:b w:val="0"/>
          <w:i w:val="0"/>
          <w:color w:val="333333"/>
          <w:sz w:val="19"/>
        </w:rPr>
        <w:t>·(4+1)=325.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因为 adiamondsuit a=1，在</w:t>
      </w:r>
    </w:p>
    <w:p>
      <w:pPr>
        <w:spacing w:before="0" w:after="80" w:line="300" w:lineRule="auto"/>
        <w:jc w:val="left"/>
      </w:pPr>
      <w:r>
        <w:rPr>
          <w:rFonts w:ascii="Times New Roman" w:hAnsi="Times New Roman" w:eastAsia="宋体"/>
          <w:b w:val="0"/>
          <w:i w:val="0"/>
          <w:sz w:val="21"/>
        </w:rPr>
        <w:t>adiamondsuit(bdiamondsuit c)=(adiamondsuit b)c</w:t>
      </w:r>
    </w:p>
    <w:p>
      <w:pPr>
        <w:spacing w:before="0" w:after="80" w:line="300" w:lineRule="auto"/>
        <w:jc w:val="left"/>
      </w:pPr>
      <w:r>
        <w:rPr>
          <w:rFonts w:ascii="Times New Roman" w:hAnsi="Times New Roman" w:eastAsia="宋体"/>
          <w:b w:val="0"/>
          <w:i w:val="0"/>
          <w:sz w:val="21"/>
        </w:rPr>
        <w:t>中令 b=c，得 adiamondsuit1=(adiamondsuit b)b。又由 adiamondsuit(adiamondsuit a)=(adiamondsuit a)a，可得 adiamondsuit1=a，因此 adiamondsuit b=a/b。</w:t>
      </w:r>
    </w:p>
    <w:p>
      <w:pPr>
        <w:spacing w:before="0" w:after="80" w:line="300" w:lineRule="auto"/>
        <w:jc w:val="left"/>
      </w:pPr>
      <w:r>
        <w:rPr>
          <w:rFonts w:ascii="Times New Roman" w:hAnsi="Times New Roman" w:eastAsia="宋体"/>
          <w:b w:val="0"/>
          <w:i w:val="0"/>
          <w:sz w:val="21"/>
        </w:rPr>
        <w:t>因此代入方程得到</w:t>
      </w:r>
    </w:p>
    <w:p>
      <w:pPr>
        <w:spacing w:before="0" w:after="80" w:line="300" w:lineRule="auto"/>
        <w:jc w:val="left"/>
      </w:pPr>
      <w:r>
        <w:rPr>
          <w:rFonts w:ascii="Times New Roman" w:hAnsi="Times New Roman" w:eastAsia="宋体"/>
          <w:b w:val="0"/>
          <w:i w:val="0"/>
          <w:sz w:val="21"/>
        </w:rPr>
        <w:t>2016diamondsuit(6diamondsuit x) = 2016diamondsuit6/x</w:t>
      </w:r>
    </w:p>
    <w:p>
      <w:pPr>
        <w:spacing w:before="0" w:after="80" w:line="300" w:lineRule="auto"/>
        <w:jc w:val="left"/>
      </w:pPr>
      <w:r>
        <w:rPr>
          <w:rFonts w:ascii="Times New Roman" w:hAnsi="Times New Roman" w:eastAsia="宋体"/>
          <w:b w:val="0"/>
          <w:i w:val="0"/>
          <w:sz w:val="21"/>
        </w:rPr>
        <w:t>= 2016/(6/x)</w:t>
      </w:r>
    </w:p>
    <w:p>
      <w:pPr>
        <w:spacing w:before="0" w:after="80" w:line="300" w:lineRule="auto"/>
        <w:jc w:val="left"/>
      </w:pPr>
      <w:r>
        <w:rPr>
          <w:rFonts w:ascii="Times New Roman" w:hAnsi="Times New Roman" w:eastAsia="宋体"/>
          <w:b w:val="0"/>
          <w:i w:val="0"/>
          <w:sz w:val="21"/>
        </w:rPr>
        <w:t>= 336x</w:t>
      </w:r>
    </w:p>
    <w:p>
      <w:pPr>
        <w:spacing w:before="0" w:after="80" w:line="300" w:lineRule="auto"/>
        <w:jc w:val="left"/>
      </w:pPr>
      <w:r>
        <w:rPr>
          <w:rFonts w:ascii="Times New Roman" w:hAnsi="Times New Roman" w:eastAsia="宋体"/>
          <w:b w:val="0"/>
          <w:i w:val="0"/>
          <w:sz w:val="21"/>
        </w:rPr>
        <w:t>= 100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x=25/84，p+q=25+84=109。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adiamondsuit a=1, substituting b=c in</w:t>
      </w:r>
    </w:p>
    <w:p>
      <w:pPr>
        <w:spacing w:before="0" w:after="80" w:line="300" w:lineRule="auto"/>
        <w:jc w:val="left"/>
      </w:pPr>
      <w:r>
        <w:rPr>
          <w:rFonts w:ascii="Times New Roman" w:hAnsi="Times New Roman" w:eastAsia="宋体"/>
          <w:b w:val="0"/>
          <w:i w:val="0"/>
          <w:color w:val="333333"/>
          <w:sz w:val="19"/>
        </w:rPr>
        <w:t>adiamondsuit(bdiamondsuit c)=(adiamondsuit b)c</w:t>
      </w:r>
    </w:p>
    <w:p>
      <w:pPr>
        <w:spacing w:before="0" w:after="80" w:line="300" w:lineRule="auto"/>
        <w:jc w:val="left"/>
      </w:pPr>
      <w:r>
        <w:rPr>
          <w:rFonts w:ascii="Times New Roman" w:hAnsi="Times New Roman" w:eastAsia="宋体"/>
          <w:b w:val="0"/>
          <w:i w:val="0"/>
          <w:color w:val="333333"/>
          <w:sz w:val="19"/>
        </w:rPr>
        <w:t>gives adiamondsuit1=(adiamondsuit b)b. Also, using adiamondsuit(adiamondsuit a)=(adiamondsuit a)a gives adiamondsuit1=a. Therefore adiamondsuit b=a/b.</w:t>
      </w:r>
    </w:p>
    <w:p>
      <w:pPr>
        <w:spacing w:before="0" w:after="80" w:line="300" w:lineRule="auto"/>
        <w:jc w:val="left"/>
      </w:pPr>
      <w:r>
        <w:rPr>
          <w:rFonts w:ascii="Times New Roman" w:hAnsi="Times New Roman" w:eastAsia="宋体"/>
          <w:b w:val="0"/>
          <w:i w:val="0"/>
          <w:color w:val="333333"/>
          <w:sz w:val="19"/>
        </w:rPr>
        <w:t>The equation becomes</w:t>
      </w:r>
    </w:p>
    <w:p>
      <w:pPr>
        <w:spacing w:before="0" w:after="80" w:line="300" w:lineRule="auto"/>
        <w:jc w:val="left"/>
      </w:pPr>
      <w:r>
        <w:rPr>
          <w:rFonts w:ascii="Times New Roman" w:hAnsi="Times New Roman" w:eastAsia="宋体"/>
          <w:b w:val="0"/>
          <w:i w:val="0"/>
          <w:color w:val="333333"/>
          <w:sz w:val="19"/>
        </w:rPr>
        <w:t>2016diamondsuit(6diamondsuit x) = 2016diamondsuit6/x</w:t>
      </w:r>
    </w:p>
    <w:p>
      <w:pPr>
        <w:spacing w:before="0" w:after="80" w:line="300" w:lineRule="auto"/>
        <w:jc w:val="left"/>
      </w:pPr>
      <w:r>
        <w:rPr>
          <w:rFonts w:ascii="Times New Roman" w:hAnsi="Times New Roman" w:eastAsia="宋体"/>
          <w:b w:val="0"/>
          <w:i w:val="0"/>
          <w:color w:val="333333"/>
          <w:sz w:val="19"/>
        </w:rPr>
        <w:t>= 2016/(6/x)</w:t>
      </w:r>
    </w:p>
    <w:p>
      <w:pPr>
        <w:spacing w:before="0" w:after="80" w:line="300" w:lineRule="auto"/>
        <w:jc w:val="left"/>
      </w:pPr>
      <w:r>
        <w:rPr>
          <w:rFonts w:ascii="Times New Roman" w:hAnsi="Times New Roman" w:eastAsia="宋体"/>
          <w:b w:val="0"/>
          <w:i w:val="0"/>
          <w:color w:val="333333"/>
          <w:sz w:val="19"/>
        </w:rPr>
        <w:t>= 336x</w:t>
      </w:r>
    </w:p>
    <w:p>
      <w:pPr>
        <w:spacing w:before="0" w:after="80" w:line="300" w:lineRule="auto"/>
        <w:jc w:val="left"/>
      </w:pPr>
      <w:r>
        <w:rPr>
          <w:rFonts w:ascii="Times New Roman" w:hAnsi="Times New Roman" w:eastAsia="宋体"/>
          <w:b w:val="0"/>
          <w:i w:val="0"/>
          <w:color w:val="333333"/>
          <w:sz w:val="19"/>
        </w:rPr>
        <w:t>= 100.</w:t>
      </w:r>
    </w:p>
    <w:p>
      <w:pPr>
        <w:spacing w:before="0" w:after="80" w:line="300" w:lineRule="auto"/>
        <w:jc w:val="left"/>
      </w:pPr>
      <w:r>
        <w:rPr>
          <w:rFonts w:ascii="Times New Roman" w:hAnsi="Times New Roman" w:eastAsia="宋体"/>
          <w:b w:val="0"/>
          <w:i w:val="0"/>
          <w:color w:val="333333"/>
          <w:sz w:val="19"/>
        </w:rPr>
        <w:t>Thus x=25/84, so p+q=25+84=109.</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把这个四边形记作 ABCD，其中 AB=BC=CD=200。设这三条等长弦各自所对的圆心角都是 2θ。由弦长公式得</w:t>
      </w:r>
    </w:p>
    <w:p>
      <w:pPr>
        <w:spacing w:before="0" w:after="80" w:line="300" w:lineRule="auto"/>
        <w:jc w:val="left"/>
      </w:pPr>
      <w:r>
        <w:rPr>
          <w:rFonts w:ascii="Times New Roman" w:hAnsi="Times New Roman" w:eastAsia="宋体"/>
          <w:b w:val="0"/>
          <w:i w:val="0"/>
          <w:sz w:val="21"/>
        </w:rPr>
        <w:t>200=2(200√(2))sinθ，</w:t>
      </w:r>
    </w:p>
    <w:p>
      <w:pPr>
        <w:spacing w:before="0" w:after="80" w:line="300" w:lineRule="auto"/>
        <w:jc w:val="left"/>
      </w:pPr>
      <w:r>
        <w:rPr>
          <w:rFonts w:ascii="Times New Roman" w:hAnsi="Times New Roman" w:eastAsia="宋体"/>
          <w:b w:val="0"/>
          <w:i w:val="0"/>
          <w:sz w:val="21"/>
        </w:rPr>
        <w:t>所以 sinθ=1/(2√(2))。特别地，θ&lt;30°，因此 AD 所对的较小圆心角是 6θ&lt;180°。</w:t>
      </w:r>
    </w:p>
    <w:p>
      <w:pPr>
        <w:spacing w:before="0" w:after="80" w:line="300" w:lineRule="auto"/>
        <w:jc w:val="left"/>
      </w:pPr>
      <w:r>
        <w:rPr>
          <w:rFonts w:ascii="Times New Roman" w:hAnsi="Times New Roman" w:eastAsia="宋体"/>
          <w:b w:val="0"/>
          <w:i w:val="0"/>
          <w:sz w:val="21"/>
        </w:rPr>
        <w:t>于是再用一次弦长公式，得到</w:t>
      </w:r>
    </w:p>
    <w:p>
      <w:pPr>
        <w:spacing w:before="0" w:after="80" w:line="300" w:lineRule="auto"/>
        <w:jc w:val="left"/>
      </w:pPr>
      <w:r>
        <w:rPr>
          <w:rFonts w:ascii="Times New Roman" w:hAnsi="Times New Roman" w:eastAsia="宋体"/>
          <w:b w:val="0"/>
          <w:i w:val="0"/>
          <w:sz w:val="21"/>
        </w:rPr>
        <w:t>AD=2(200√(2))sin(3θ)。</w:t>
      </w:r>
    </w:p>
    <w:p>
      <w:pPr>
        <w:spacing w:before="0" w:after="80" w:line="300" w:lineRule="auto"/>
        <w:jc w:val="left"/>
      </w:pPr>
      <w:r>
        <w:rPr>
          <w:rFonts w:ascii="Times New Roman" w:hAnsi="Times New Roman" w:eastAsia="宋体"/>
          <w:b w:val="0"/>
          <w:i w:val="0"/>
          <w:sz w:val="21"/>
        </w:rPr>
        <w:t>再利用 sin(3θ)=3sinθ-4sin³θ，我们求得</w:t>
      </w:r>
    </w:p>
    <w:p>
      <w:pPr>
        <w:spacing w:before="0" w:after="80" w:line="300" w:lineRule="auto"/>
        <w:jc w:val="left"/>
      </w:pPr>
      <w:r>
        <w:rPr>
          <w:rFonts w:ascii="Times New Roman" w:hAnsi="Times New Roman" w:eastAsia="宋体"/>
          <w:b w:val="0"/>
          <w:i w:val="0"/>
          <w:sz w:val="21"/>
        </w:rPr>
        <w:t>sin(3θ) =3/(2√(2))-1/(4√(2))</w:t>
      </w:r>
    </w:p>
    <w:p>
      <w:pPr>
        <w:spacing w:before="0" w:after="80" w:line="300" w:lineRule="auto"/>
        <w:jc w:val="left"/>
      </w:pPr>
      <w:r>
        <w:rPr>
          <w:rFonts w:ascii="Times New Roman" w:hAnsi="Times New Roman" w:eastAsia="宋体"/>
          <w:b w:val="0"/>
          <w:i w:val="0"/>
          <w:sz w:val="21"/>
        </w:rPr>
        <w:t>=5/(4√(2))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AD=400√(2)·5/(4√(2))=500。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Label the quadrilateral ABCD, with AB=BC=CD=200. Let each of these equal chords subtend central angle 2θ. The chord formula gives</w:t>
      </w:r>
    </w:p>
    <w:p>
      <w:pPr>
        <w:spacing w:before="0" w:after="80" w:line="300" w:lineRule="auto"/>
        <w:jc w:val="left"/>
      </w:pPr>
      <w:r>
        <w:rPr>
          <w:rFonts w:ascii="Times New Roman" w:hAnsi="Times New Roman" w:eastAsia="宋体"/>
          <w:b w:val="0"/>
          <w:i w:val="0"/>
          <w:color w:val="333333"/>
          <w:sz w:val="19"/>
        </w:rPr>
        <w:t>200=2(200√(2))sinθ,</w:t>
      </w:r>
    </w:p>
    <w:p>
      <w:pPr>
        <w:spacing w:before="0" w:after="80" w:line="300" w:lineRule="auto"/>
        <w:jc w:val="left"/>
      </w:pPr>
      <w:r>
        <w:rPr>
          <w:rFonts w:ascii="Times New Roman" w:hAnsi="Times New Roman" w:eastAsia="宋体"/>
          <w:b w:val="0"/>
          <w:i w:val="0"/>
          <w:color w:val="333333"/>
          <w:sz w:val="19"/>
        </w:rPr>
        <w:t>so sinθ=1/(2√(2)). In particular, θ&lt;30°, so the smaller central angle subtended by AD is 6θ&lt;180°.</w:t>
      </w:r>
    </w:p>
    <w:p>
      <w:pPr>
        <w:spacing w:before="0" w:after="80" w:line="300" w:lineRule="auto"/>
        <w:jc w:val="left"/>
      </w:pPr>
      <w:r>
        <w:rPr>
          <w:rFonts w:ascii="Times New Roman" w:hAnsi="Times New Roman" w:eastAsia="宋体"/>
          <w:b w:val="0"/>
          <w:i w:val="0"/>
          <w:color w:val="333333"/>
          <w:sz w:val="19"/>
        </w:rPr>
        <w:t>Therefore another use of the chord formula gives</w:t>
      </w:r>
    </w:p>
    <w:p>
      <w:pPr>
        <w:spacing w:before="0" w:after="80" w:line="300" w:lineRule="auto"/>
        <w:jc w:val="left"/>
      </w:pPr>
      <w:r>
        <w:rPr>
          <w:rFonts w:ascii="Times New Roman" w:hAnsi="Times New Roman" w:eastAsia="宋体"/>
          <w:b w:val="0"/>
          <w:i w:val="0"/>
          <w:color w:val="333333"/>
          <w:sz w:val="19"/>
        </w:rPr>
        <w:t>AD=2(200√(2))sin(3θ).</w:t>
      </w:r>
    </w:p>
    <w:p>
      <w:pPr>
        <w:spacing w:before="0" w:after="80" w:line="300" w:lineRule="auto"/>
        <w:jc w:val="left"/>
      </w:pPr>
      <w:r>
        <w:rPr>
          <w:rFonts w:ascii="Times New Roman" w:hAnsi="Times New Roman" w:eastAsia="宋体"/>
          <w:b w:val="0"/>
          <w:i w:val="0"/>
          <w:color w:val="333333"/>
          <w:sz w:val="19"/>
        </w:rPr>
        <w:t>Using sin(3θ)=3sinθ-4sin³θ, we obtain</w:t>
      </w:r>
    </w:p>
    <w:p>
      <w:pPr>
        <w:spacing w:before="0" w:after="80" w:line="300" w:lineRule="auto"/>
        <w:jc w:val="left"/>
      </w:pPr>
      <w:r>
        <w:rPr>
          <w:rFonts w:ascii="Times New Roman" w:hAnsi="Times New Roman" w:eastAsia="宋体"/>
          <w:b w:val="0"/>
          <w:i w:val="0"/>
          <w:color w:val="333333"/>
          <w:sz w:val="19"/>
        </w:rPr>
        <w:t>sin(3θ) =3/(2√(2))-1/(4√(2))</w:t>
      </w:r>
    </w:p>
    <w:p>
      <w:pPr>
        <w:spacing w:before="0" w:after="80" w:line="300" w:lineRule="auto"/>
        <w:jc w:val="left"/>
      </w:pPr>
      <w:r>
        <w:rPr>
          <w:rFonts w:ascii="Times New Roman" w:hAnsi="Times New Roman" w:eastAsia="宋体"/>
          <w:b w:val="0"/>
          <w:i w:val="0"/>
          <w:color w:val="333333"/>
          <w:sz w:val="19"/>
        </w:rPr>
        <w:t>=5/(4√(2)).</w:t>
      </w:r>
    </w:p>
    <w:p>
      <w:pPr>
        <w:spacing w:before="0" w:after="80" w:line="300" w:lineRule="auto"/>
        <w:jc w:val="left"/>
      </w:pPr>
      <w:r>
        <w:rPr>
          <w:rFonts w:ascii="Times New Roman" w:hAnsi="Times New Roman" w:eastAsia="宋体"/>
          <w:b w:val="0"/>
          <w:i w:val="0"/>
          <w:color w:val="333333"/>
          <w:sz w:val="19"/>
        </w:rPr>
        <w:t>Hence</w:t>
      </w:r>
    </w:p>
    <w:p>
      <w:pPr>
        <w:spacing w:before="0" w:after="80" w:line="300" w:lineRule="auto"/>
        <w:jc w:val="left"/>
      </w:pPr>
      <w:r>
        <w:rPr>
          <w:rFonts w:ascii="Times New Roman" w:hAnsi="Times New Roman" w:eastAsia="宋体"/>
          <w:b w:val="0"/>
          <w:i w:val="0"/>
          <w:color w:val="333333"/>
          <w:sz w:val="19"/>
        </w:rPr>
        <w:t>AD=400√(2)·5/(4√(2))=500.</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A</w:t>
      </w:r>
    </w:p>
    <w:p>
      <w:pPr>
        <w:spacing w:before="0" w:after="80" w:line="300" w:lineRule="auto"/>
        <w:jc w:val="left"/>
      </w:pPr>
      <w:r>
        <w:rPr>
          <w:rFonts w:ascii="Times New Roman" w:hAnsi="Times New Roman" w:eastAsia="宋体"/>
          <w:b w:val="0"/>
          <w:i w:val="0"/>
          <w:sz w:val="21"/>
        </w:rPr>
        <w:t>先分解给定的最小公倍数：</w:t>
      </w:r>
    </w:p>
    <w:p>
      <w:pPr>
        <w:spacing w:before="0" w:after="80" w:line="300" w:lineRule="auto"/>
        <w:jc w:val="left"/>
      </w:pPr>
      <w:r>
        <w:rPr>
          <w:rFonts w:ascii="Times New Roman" w:hAnsi="Times New Roman" w:eastAsia="宋体"/>
          <w:b w:val="0"/>
          <w:i w:val="0"/>
          <w:sz w:val="21"/>
        </w:rPr>
        <w:t>72=2³·3²,</w:t>
      </w:r>
    </w:p>
    <w:p>
      <w:pPr>
        <w:spacing w:before="0" w:after="80" w:line="300" w:lineRule="auto"/>
        <w:jc w:val="left"/>
      </w:pPr>
      <w:r>
        <w:rPr>
          <w:rFonts w:ascii="Times New Roman" w:hAnsi="Times New Roman" w:eastAsia="宋体"/>
          <w:b w:val="0"/>
          <w:i w:val="0"/>
          <w:sz w:val="21"/>
        </w:rPr>
        <w:t>600=2³·3·5²,</w:t>
      </w:r>
    </w:p>
    <w:p>
      <w:pPr>
        <w:spacing w:before="0" w:after="80" w:line="300" w:lineRule="auto"/>
        <w:jc w:val="left"/>
      </w:pPr>
      <w:r>
        <w:rPr>
          <w:rFonts w:ascii="Times New Roman" w:hAnsi="Times New Roman" w:eastAsia="宋体"/>
          <w:b w:val="0"/>
          <w:i w:val="0"/>
          <w:sz w:val="21"/>
        </w:rPr>
        <w:t>900=2²·3²·5²。</w:t>
      </w:r>
    </w:p>
    <w:p>
      <w:pPr>
        <w:spacing w:before="0" w:after="80" w:line="300" w:lineRule="auto"/>
        <w:jc w:val="left"/>
      </w:pPr>
      <w:r>
        <w:rPr>
          <w:rFonts w:ascii="Times New Roman" w:hAnsi="Times New Roman" w:eastAsia="宋体"/>
          <w:b w:val="0"/>
          <w:i w:val="0"/>
          <w:sz w:val="21"/>
        </w:rPr>
        <w:t>因为 lcm(x,y) 没有因子 5，所以 x 和 y 都没有因子 5，而 z 必须含 5²。</w:t>
      </w:r>
    </w:p>
    <w:p>
      <w:pPr>
        <w:spacing w:before="0" w:after="80" w:line="300" w:lineRule="auto"/>
        <w:jc w:val="left"/>
      </w:pPr>
      <w:r>
        <w:rPr>
          <w:rFonts w:ascii="Times New Roman" w:hAnsi="Times New Roman" w:eastAsia="宋体"/>
          <w:b w:val="0"/>
          <w:i w:val="0"/>
          <w:sz w:val="21"/>
        </w:rPr>
        <w:t>写 x=2ᵃ3ᵇ，y=2ᶜ3ᵈ，z=2ᵉ3^(f)5²。lcm(y,z) 中 3 的指数迫使 d=2，lcm(x,z) 中 2 的指数迫使 a=3。</w:t>
      </w:r>
    </w:p>
    <w:p>
      <w:pPr>
        <w:spacing w:before="0" w:after="80" w:line="300" w:lineRule="auto"/>
        <w:jc w:val="left"/>
      </w:pPr>
      <w:r>
        <w:rPr>
          <w:rFonts w:ascii="Times New Roman" w:hAnsi="Times New Roman" w:eastAsia="宋体"/>
          <w:b w:val="0"/>
          <w:i w:val="0"/>
          <w:sz w:val="21"/>
        </w:rPr>
        <w:t>剩余独立条件为 max(b,f)=1 和 max(c,e)=2。前者有 3 个有序选择，后者有 5 个有序选择，所以共有 3·5=15 个三元组。</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Factor the given least common multiples:</w:t>
      </w:r>
    </w:p>
    <w:p>
      <w:pPr>
        <w:spacing w:before="0" w:after="80" w:line="300" w:lineRule="auto"/>
        <w:jc w:val="left"/>
      </w:pPr>
      <w:r>
        <w:rPr>
          <w:rFonts w:ascii="Times New Roman" w:hAnsi="Times New Roman" w:eastAsia="宋体"/>
          <w:b w:val="0"/>
          <w:i w:val="0"/>
          <w:color w:val="333333"/>
          <w:sz w:val="19"/>
        </w:rPr>
        <w:t>72=2³·3²,</w:t>
      </w:r>
    </w:p>
    <w:p>
      <w:pPr>
        <w:spacing w:before="0" w:after="80" w:line="300" w:lineRule="auto"/>
        <w:jc w:val="left"/>
      </w:pPr>
      <w:r>
        <w:rPr>
          <w:rFonts w:ascii="Times New Roman" w:hAnsi="Times New Roman" w:eastAsia="宋体"/>
          <w:b w:val="0"/>
          <w:i w:val="0"/>
          <w:color w:val="333333"/>
          <w:sz w:val="19"/>
        </w:rPr>
        <w:t>600=2³·3·5²,</w:t>
      </w:r>
    </w:p>
    <w:p>
      <w:pPr>
        <w:spacing w:before="0" w:after="80" w:line="300" w:lineRule="auto"/>
        <w:jc w:val="left"/>
      </w:pPr>
      <w:r>
        <w:rPr>
          <w:rFonts w:ascii="Times New Roman" w:hAnsi="Times New Roman" w:eastAsia="宋体"/>
          <w:b w:val="0"/>
          <w:i w:val="0"/>
          <w:color w:val="333333"/>
          <w:sz w:val="19"/>
        </w:rPr>
        <w:t>900=2²·3²·5².</w:t>
      </w:r>
    </w:p>
    <w:p>
      <w:pPr>
        <w:spacing w:before="0" w:after="80" w:line="300" w:lineRule="auto"/>
        <w:jc w:val="left"/>
      </w:pPr>
      <w:r>
        <w:rPr>
          <w:rFonts w:ascii="Times New Roman" w:hAnsi="Times New Roman" w:eastAsia="宋体"/>
          <w:b w:val="0"/>
          <w:i w:val="0"/>
          <w:color w:val="333333"/>
          <w:sz w:val="19"/>
        </w:rPr>
        <w:t>Since lcm(x,y) has no factor of 5, neither x nor y has a factor of 5, and z must contain 5².</w:t>
      </w:r>
    </w:p>
    <w:p>
      <w:pPr>
        <w:spacing w:before="0" w:after="80" w:line="300" w:lineRule="auto"/>
        <w:jc w:val="left"/>
      </w:pPr>
      <w:r>
        <w:rPr>
          <w:rFonts w:ascii="Times New Roman" w:hAnsi="Times New Roman" w:eastAsia="宋体"/>
          <w:b w:val="0"/>
          <w:i w:val="0"/>
          <w:color w:val="333333"/>
          <w:sz w:val="19"/>
        </w:rPr>
        <w:t>Write x=2ᵃ3ᵇ, y=2ᶜ3ᵈ, and z=2ᵉ3^(f)5². The power of 3 in lcm(y,z) forces d=2, and the power of 2 in lcm(x,z) forces a=3.</w:t>
      </w:r>
    </w:p>
    <w:p>
      <w:pPr>
        <w:spacing w:before="0" w:after="80" w:line="300" w:lineRule="auto"/>
        <w:jc w:val="left"/>
      </w:pPr>
      <w:r>
        <w:rPr>
          <w:rFonts w:ascii="Times New Roman" w:hAnsi="Times New Roman" w:eastAsia="宋体"/>
          <w:b w:val="0"/>
          <w:i w:val="0"/>
          <w:color w:val="333333"/>
          <w:sz w:val="19"/>
        </w:rPr>
        <w:t>The remaining independent conditions are max(b,f)=1 and max(c,e)=2. These have 3 and 5 ordered choices, respectively, so there are 3·5=15 triples.</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