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2015B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 2-(-2)⁻² 的值。</w:t>
      </w:r>
    </w:p>
    <w:p>
      <w:pPr>
        <w:spacing w:before="0" w:after="120" w:line="300" w:lineRule="auto"/>
      </w:pPr>
      <w:r>
        <w:rPr>
          <w:rFonts w:ascii="Times New Roman" w:hAnsi="Times New Roman" w:eastAsia="宋体"/>
          <w:b w:val="0"/>
          <w:i w:val="0"/>
          <w:sz w:val="21"/>
        </w:rPr>
        <w:t>（A）-2　　（B）1/16　　（C）7/4　　（D）9/4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2-(-2)⁻²?</w:t>
      </w:r>
    </w:p>
    <w:p>
      <w:pPr>
        <w:spacing w:before="0" w:after="160" w:line="300" w:lineRule="auto"/>
      </w:pPr>
      <w:r>
        <w:rPr>
          <w:rFonts w:ascii="Times New Roman" w:hAnsi="Times New Roman" w:eastAsia="宋体"/>
          <w:b w:val="0"/>
          <w:i w:val="0"/>
          <w:color w:val="333333"/>
          <w:sz w:val="19"/>
        </w:rPr>
        <w:t>(A) -2　　(B) 1/16　　(C) 7/4　　(D) 9/4　　(E) 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Marie 连续做三项耗时相同的任务，中间不休息。她下午 1:00 开始第一项任务，下午 2:40 完成第二项任务。她什么时候完成第三项任务？</w:t>
      </w:r>
    </w:p>
    <w:p>
      <w:pPr>
        <w:spacing w:before="0" w:after="120" w:line="300" w:lineRule="auto"/>
      </w:pPr>
      <w:r>
        <w:rPr>
          <w:rFonts w:ascii="Times New Roman" w:hAnsi="Times New Roman" w:eastAsia="宋体"/>
          <w:b w:val="0"/>
          <w:i w:val="0"/>
          <w:sz w:val="21"/>
        </w:rPr>
        <w:t>（A）下午 3:10　　（B）下午 3:30　　（C）下午 4:00　　（D）下午 4:10　　（E）下午 4:30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Marie does three equally time-consuming tasks in a row without taking breaks. She begins the first task at 1:00 PM and finishes the second task at 2:40 PM. When does she finish the third task?</w:t>
      </w:r>
    </w:p>
    <w:p>
      <w:pPr>
        <w:spacing w:before="0" w:after="160" w:line="300" w:lineRule="auto"/>
      </w:pPr>
      <w:r>
        <w:rPr>
          <w:rFonts w:ascii="Times New Roman" w:hAnsi="Times New Roman" w:eastAsia="宋体"/>
          <w:b w:val="0"/>
          <w:i w:val="0"/>
          <w:color w:val="333333"/>
          <w:sz w:val="19"/>
        </w:rPr>
        <w:t>(A) 3:10 PM　　(B) 3:30 PM　　(C) 4:00 PM　　(D) 4:10 PM　　(E) 4:30 PM</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Isaac 写下了某个整数两次，另一个整数三次。这五个数的和为 100，并且其中一个数是 28。另一个数是多少？</w:t>
      </w:r>
    </w:p>
    <w:p>
      <w:pPr>
        <w:spacing w:before="0" w:after="120" w:line="300" w:lineRule="auto"/>
      </w:pPr>
      <w:r>
        <w:rPr>
          <w:rFonts w:ascii="Times New Roman" w:hAnsi="Times New Roman" w:eastAsia="宋体"/>
          <w:b w:val="0"/>
          <w:i w:val="0"/>
          <w:sz w:val="21"/>
        </w:rPr>
        <w:t>（A）8　　（B）11　　（C）14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Isaac has written down one integer two times and another integer three times. The sum of the five numbers is 100, and one of the numbers is 28. What is the other number?</w:t>
      </w:r>
    </w:p>
    <w:p>
      <w:pPr>
        <w:spacing w:before="0" w:after="160" w:line="300" w:lineRule="auto"/>
      </w:pPr>
      <w:r>
        <w:rPr>
          <w:rFonts w:ascii="Times New Roman" w:hAnsi="Times New Roman" w:eastAsia="宋体"/>
          <w:b w:val="0"/>
          <w:i w:val="0"/>
          <w:color w:val="333333"/>
          <w:sz w:val="19"/>
        </w:rPr>
        <w:t>(A) 8　　(B) 11　　(C) 14　　(D) 15　　(E) 18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四个兄弟姐妹点了一张特大披萨。Alex 吃了披萨的 1/5，Beth 吃了 1/3，Cyril 吃了 1/4。Dan 吃了剩下的部分。按吃掉披萨的份额从大到小排列，顺序是什么？</w:t>
      </w:r>
    </w:p>
    <w:p>
      <w:pPr>
        <w:spacing w:before="0" w:after="120" w:line="300" w:lineRule="auto"/>
      </w:pPr>
      <w:r>
        <w:rPr>
          <w:rFonts w:ascii="Times New Roman" w:hAnsi="Times New Roman" w:eastAsia="宋体"/>
          <w:b w:val="0"/>
          <w:i w:val="0"/>
          <w:sz w:val="21"/>
        </w:rPr>
        <w:t>（A）Alex, Beth, Cyril, Dan　　（B）Beth, Cyril, Alex, Dan　　（C）Beth, Cyril, Dan, Alex　　（D）Beth, Dan, Cyril, Alex　　（E）Dan, Beth, Cyril, Alex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siblings ordered an extra large pizza. Alex ate 1/5, Beth 1/3, and Cyril 1/4 of the pizza. Dan got the leftovers. What is the sequence of the siblings in decreasing order of the part of the pizza they consumed?</w:t>
      </w:r>
    </w:p>
    <w:p>
      <w:pPr>
        <w:spacing w:before="0" w:after="160" w:line="300" w:lineRule="auto"/>
      </w:pPr>
      <w:r>
        <w:rPr>
          <w:rFonts w:ascii="Times New Roman" w:hAnsi="Times New Roman" w:eastAsia="宋体"/>
          <w:b w:val="0"/>
          <w:i w:val="0"/>
          <w:color w:val="333333"/>
          <w:sz w:val="19"/>
        </w:rPr>
        <w:t>(A) Alex, Beth, Cyril, Dan　　(B) Beth, Cyril, Alex, Dan　　(C) Beth, Cyril, Dan, Alex　　(D) Beth, Dan, Cyril, Alex　　(E) Dan, Beth, Cyril, Alex</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David、Hikmet、Jack、Marta、Rand 和 Todd 与另外 6 人参加了一场 12 人赛跑。Rand 比 Hikmet 早 6 个名次完成。Marta 比 Jack 晚 1 个名次。David 比 Hikmet 晚 2 个名次。Jack 比 Todd 晚 2 个名次。Todd 比 Rand 晚 1 个名次。Marta 得第 6 名。谁得第 8 名？</w:t>
      </w:r>
    </w:p>
    <w:p>
      <w:pPr>
        <w:spacing w:before="0" w:after="120" w:line="300" w:lineRule="auto"/>
      </w:pPr>
      <w:r>
        <w:rPr>
          <w:rFonts w:ascii="Times New Roman" w:hAnsi="Times New Roman" w:eastAsia="宋体"/>
          <w:b w:val="0"/>
          <w:i w:val="0"/>
          <w:sz w:val="21"/>
        </w:rPr>
        <w:t>（A）David　　（B）Hikmet　　（C）Jack　　（D）Rand　　（E）Todd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David, Hikmet, Jack, Marta, Rand, and Todd were in a 12-person race with 6 other people. Rand finished 6 places ahead of Hikmet. Marta finished 1 place behind Jack. David finished 2 places behind Hikmet. Jack finished 2 places behind Todd. Todd finished 1 place behind Rand. Marta finished in 6th place. Who finished in 8th place?</w:t>
      </w:r>
    </w:p>
    <w:p>
      <w:pPr>
        <w:spacing w:before="0" w:after="160" w:line="300" w:lineRule="auto"/>
      </w:pPr>
      <w:r>
        <w:rPr>
          <w:rFonts w:ascii="Times New Roman" w:hAnsi="Times New Roman" w:eastAsia="宋体"/>
          <w:b w:val="0"/>
          <w:i w:val="0"/>
          <w:color w:val="333333"/>
          <w:sz w:val="19"/>
        </w:rPr>
        <w:t>(A) David　　(B) Hikmet　　(C) Jack　　(D) Rand　　(E) Todd</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Marley 一周中每天恰好练习一项运动。她每周跑步三天，但从不连续两天跑步。星期一她打篮球，两天后打高尔夫。她还游泳和打网球，但她从不在跑步或游泳的后一天打网球。Marley 星期几游泳？</w:t>
      </w:r>
    </w:p>
    <w:p>
      <w:pPr>
        <w:spacing w:before="0" w:after="120" w:line="300" w:lineRule="auto"/>
      </w:pPr>
      <w:r>
        <w:rPr>
          <w:rFonts w:ascii="Times New Roman" w:hAnsi="Times New Roman" w:eastAsia="宋体"/>
          <w:b w:val="0"/>
          <w:i w:val="0"/>
          <w:sz w:val="21"/>
        </w:rPr>
        <w:t>（A）星期日　　（B）星期二　　（C）星期四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Marley practices exactly one sport each day of the week. She runs three days a week but never on two consecutive days. On Monday she plays basketball and two days later golf. She swims and plays tennis, but she never plays tennis the day after running or swimming. Which day of the week does Marley swim?</w:t>
      </w:r>
    </w:p>
    <w:p>
      <w:pPr>
        <w:spacing w:before="0" w:after="160" w:line="300" w:lineRule="auto"/>
      </w:pPr>
      <w:r>
        <w:rPr>
          <w:rFonts w:ascii="Times New Roman" w:hAnsi="Times New Roman" w:eastAsia="宋体"/>
          <w:b w:val="0"/>
          <w:i w:val="0"/>
          <w:color w:val="333333"/>
          <w:sz w:val="19"/>
        </w:rPr>
        <w:t>(A) Sunday　　(B) Tuesday　　(C) Thursday　　(D) Friday　　(E) Saturday</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定义运算“减去倒数”为 adiamond b=a-1/b。求</w:t>
      </w:r>
    </w:p>
    <w:p>
      <w:pPr>
        <w:spacing w:before="0" w:after="80" w:line="300" w:lineRule="auto"/>
        <w:jc w:val="left"/>
      </w:pPr>
      <w:r>
        <w:rPr>
          <w:rFonts w:ascii="Times New Roman" w:hAnsi="Times New Roman" w:eastAsia="宋体"/>
          <w:b w:val="0"/>
          <w:i w:val="0"/>
          <w:sz w:val="21"/>
        </w:rPr>
        <w:t>((1diamond2)diamond3)-(1diamond(2diamond3))？</w:t>
      </w:r>
    </w:p>
    <w:p>
      <w:pPr>
        <w:spacing w:before="0" w:after="120" w:line="300" w:lineRule="auto"/>
      </w:pPr>
      <w:r>
        <w:rPr>
          <w:rFonts w:ascii="Times New Roman" w:hAnsi="Times New Roman" w:eastAsia="宋体"/>
          <w:b w:val="0"/>
          <w:i w:val="0"/>
          <w:sz w:val="21"/>
        </w:rPr>
        <w:t>（A）-7/30　　（B）-1/6　　（C）0　　（D）1/6　　（E）7/30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operation “minus the reciprocal of,” defined by adiamond b=a-1/b. What is</w:t>
      </w:r>
    </w:p>
    <w:p>
      <w:pPr>
        <w:spacing w:before="0" w:after="80" w:line="300" w:lineRule="auto"/>
        <w:jc w:val="left"/>
      </w:pPr>
      <w:r>
        <w:rPr>
          <w:rFonts w:ascii="Times New Roman" w:hAnsi="Times New Roman" w:eastAsia="宋体"/>
          <w:b w:val="0"/>
          <w:i w:val="0"/>
          <w:color w:val="333333"/>
          <w:sz w:val="19"/>
        </w:rPr>
        <w:t>((1diamond2)diamond3)-(1diamond(2diamond3))?</w:t>
      </w:r>
    </w:p>
    <w:p>
      <w:pPr>
        <w:spacing w:before="0" w:after="160" w:line="300" w:lineRule="auto"/>
      </w:pPr>
      <w:r>
        <w:rPr>
          <w:rFonts w:ascii="Times New Roman" w:hAnsi="Times New Roman" w:eastAsia="宋体"/>
          <w:b w:val="0"/>
          <w:i w:val="0"/>
          <w:color w:val="333333"/>
          <w:sz w:val="19"/>
        </w:rPr>
        <w:t>(A) -7/30　　(B) -1/6　　(C) 0　　(D) 1/6　　(E) 7/30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下图中的字母 F 先绕原点顺时针旋转 90°，再关于 y 轴反射，然后绕原点旋转半圈。最终图像是哪一个？</w:t>
      </w:r>
    </w:p>
    <w:p>
      <w:pPr>
        <w:spacing w:before="80" w:after="80"/>
        <w:jc w:val="center"/>
      </w:pPr>
      <w:r>
        <w:drawing>
          <wp:inline xmlns:a="http://schemas.openxmlformats.org/drawingml/2006/main" xmlns:pic="http://schemas.openxmlformats.org/drawingml/2006/picture">
            <wp:extent cx="944376" cy="947099"/>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944376" cy="947099"/>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33308" cy="936000"/>
            <wp:docPr id="2" name="Picture 2"/>
            <wp:cNvGraphicFramePr>
              <a:graphicFrameLocks noChangeAspect="1"/>
            </wp:cNvGraphicFramePr>
            <a:graphic>
              <a:graphicData uri="http://schemas.openxmlformats.org/drawingml/2006/picture">
                <pic:pic>
                  <pic:nvPicPr>
                    <pic:cNvPr id="0" name="q08-1@296dpi.png"/>
                    <pic:cNvPicPr/>
                  </pic:nvPicPr>
                  <pic:blipFill>
                    <a:blip r:embed="rId10"/>
                    <a:stretch>
                      <a:fillRect/>
                    </a:stretch>
                  </pic:blipFill>
                  <pic:spPr>
                    <a:xfrm>
                      <a:off x="0" y="0"/>
                      <a:ext cx="933308"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33308" cy="936000"/>
            <wp:docPr id="3" name="Picture 3"/>
            <wp:cNvGraphicFramePr>
              <a:graphicFrameLocks noChangeAspect="1"/>
            </wp:cNvGraphicFramePr>
            <a:graphic>
              <a:graphicData uri="http://schemas.openxmlformats.org/drawingml/2006/picture">
                <pic:pic>
                  <pic:nvPicPr>
                    <pic:cNvPr id="0" name="q08-b-1@296dpi.png"/>
                    <pic:cNvPicPr/>
                  </pic:nvPicPr>
                  <pic:blipFill>
                    <a:blip r:embed="rId11"/>
                    <a:stretch>
                      <a:fillRect/>
                    </a:stretch>
                  </pic:blipFill>
                  <pic:spPr>
                    <a:xfrm>
                      <a:off x="0" y="0"/>
                      <a:ext cx="933308"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933308" cy="936000"/>
            <wp:docPr id="4" name="Picture 4"/>
            <wp:cNvGraphicFramePr>
              <a:graphicFrameLocks noChangeAspect="1"/>
            </wp:cNvGraphicFramePr>
            <a:graphic>
              <a:graphicData uri="http://schemas.openxmlformats.org/drawingml/2006/picture">
                <pic:pic>
                  <pic:nvPicPr>
                    <pic:cNvPr id="0" name="q08-c-1@296dpi.png"/>
                    <pic:cNvPicPr/>
                  </pic:nvPicPr>
                  <pic:blipFill>
                    <a:blip r:embed="rId12"/>
                    <a:stretch>
                      <a:fillRect/>
                    </a:stretch>
                  </pic:blipFill>
                  <pic:spPr>
                    <a:xfrm>
                      <a:off x="0" y="0"/>
                      <a:ext cx="933308"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933308" cy="936000"/>
            <wp:docPr id="5" name="Picture 5"/>
            <wp:cNvGraphicFramePr>
              <a:graphicFrameLocks noChangeAspect="1"/>
            </wp:cNvGraphicFramePr>
            <a:graphic>
              <a:graphicData uri="http://schemas.openxmlformats.org/drawingml/2006/picture">
                <pic:pic>
                  <pic:nvPicPr>
                    <pic:cNvPr id="0" name="q08-d-1@296dpi.png"/>
                    <pic:cNvPicPr/>
                  </pic:nvPicPr>
                  <pic:blipFill>
                    <a:blip r:embed="rId13"/>
                    <a:stretch>
                      <a:fillRect/>
                    </a:stretch>
                  </pic:blipFill>
                  <pic:spPr>
                    <a:xfrm>
                      <a:off x="0" y="0"/>
                      <a:ext cx="933308"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33308" cy="936000"/>
            <wp:docPr id="6" name="Picture 6"/>
            <wp:cNvGraphicFramePr>
              <a:graphicFrameLocks noChangeAspect="1"/>
            </wp:cNvGraphicFramePr>
            <a:graphic>
              <a:graphicData uri="http://schemas.openxmlformats.org/drawingml/2006/picture">
                <pic:pic>
                  <pic:nvPicPr>
                    <pic:cNvPr id="0" name="q08-e-1@296dpi.png"/>
                    <pic:cNvPicPr/>
                  </pic:nvPicPr>
                  <pic:blipFill>
                    <a:blip r:embed="rId14"/>
                    <a:stretch>
                      <a:fillRect/>
                    </a:stretch>
                  </pic:blipFill>
                  <pic:spPr>
                    <a:xfrm>
                      <a:off x="0" y="0"/>
                      <a:ext cx="933308"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letter F shown below is rotated 90° clockwise around the origin, then reflected in the y-axis, and then rotated a half turn around the origin. What is the final image?</w:t>
      </w:r>
    </w:p>
    <w:p>
      <w:pPr>
        <w:spacing w:before="80" w:after="80"/>
        <w:jc w:val="center"/>
      </w:pPr>
      <w:r>
        <w:drawing>
          <wp:inline xmlns:a="http://schemas.openxmlformats.org/drawingml/2006/main" xmlns:pic="http://schemas.openxmlformats.org/drawingml/2006/picture">
            <wp:extent cx="944376" cy="947099"/>
            <wp:docPr id="7" name="Picture 7"/>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944376" cy="94709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33308" cy="936000"/>
            <wp:docPr id="8" name="Picture 8"/>
            <wp:cNvGraphicFramePr>
              <a:graphicFrameLocks noChangeAspect="1"/>
            </wp:cNvGraphicFramePr>
            <a:graphic>
              <a:graphicData uri="http://schemas.openxmlformats.org/drawingml/2006/picture">
                <pic:pic>
                  <pic:nvPicPr>
                    <pic:cNvPr id="0" name="q08-1@296dpi.png"/>
                    <pic:cNvPicPr/>
                  </pic:nvPicPr>
                  <pic:blipFill>
                    <a:blip r:embed="rId10"/>
                    <a:stretch>
                      <a:fillRect/>
                    </a:stretch>
                  </pic:blipFill>
                  <pic:spPr>
                    <a:xfrm>
                      <a:off x="0" y="0"/>
                      <a:ext cx="93330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33308" cy="936000"/>
            <wp:docPr id="9" name="Picture 9"/>
            <wp:cNvGraphicFramePr>
              <a:graphicFrameLocks noChangeAspect="1"/>
            </wp:cNvGraphicFramePr>
            <a:graphic>
              <a:graphicData uri="http://schemas.openxmlformats.org/drawingml/2006/picture">
                <pic:pic>
                  <pic:nvPicPr>
                    <pic:cNvPr id="0" name="q08-b-1@296dpi.png"/>
                    <pic:cNvPicPr/>
                  </pic:nvPicPr>
                  <pic:blipFill>
                    <a:blip r:embed="rId11"/>
                    <a:stretch>
                      <a:fillRect/>
                    </a:stretch>
                  </pic:blipFill>
                  <pic:spPr>
                    <a:xfrm>
                      <a:off x="0" y="0"/>
                      <a:ext cx="93330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933308" cy="936000"/>
            <wp:docPr id="10" name="Picture 10"/>
            <wp:cNvGraphicFramePr>
              <a:graphicFrameLocks noChangeAspect="1"/>
            </wp:cNvGraphicFramePr>
            <a:graphic>
              <a:graphicData uri="http://schemas.openxmlformats.org/drawingml/2006/picture">
                <pic:pic>
                  <pic:nvPicPr>
                    <pic:cNvPr id="0" name="q08-c-1@296dpi.png"/>
                    <pic:cNvPicPr/>
                  </pic:nvPicPr>
                  <pic:blipFill>
                    <a:blip r:embed="rId12"/>
                    <a:stretch>
                      <a:fillRect/>
                    </a:stretch>
                  </pic:blipFill>
                  <pic:spPr>
                    <a:xfrm>
                      <a:off x="0" y="0"/>
                      <a:ext cx="93330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933308" cy="936000"/>
            <wp:docPr id="11" name="Picture 11"/>
            <wp:cNvGraphicFramePr>
              <a:graphicFrameLocks noChangeAspect="1"/>
            </wp:cNvGraphicFramePr>
            <a:graphic>
              <a:graphicData uri="http://schemas.openxmlformats.org/drawingml/2006/picture">
                <pic:pic>
                  <pic:nvPicPr>
                    <pic:cNvPr id="0" name="q08-d-1@296dpi.png"/>
                    <pic:cNvPicPr/>
                  </pic:nvPicPr>
                  <pic:blipFill>
                    <a:blip r:embed="rId13"/>
                    <a:stretch>
                      <a:fillRect/>
                    </a:stretch>
                  </pic:blipFill>
                  <pic:spPr>
                    <a:xfrm>
                      <a:off x="0" y="0"/>
                      <a:ext cx="93330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33308" cy="936000"/>
            <wp:docPr id="12" name="Picture 12"/>
            <wp:cNvGraphicFramePr>
              <a:graphicFrameLocks noChangeAspect="1"/>
            </wp:cNvGraphicFramePr>
            <a:graphic>
              <a:graphicData uri="http://schemas.openxmlformats.org/drawingml/2006/picture">
                <pic:pic>
                  <pic:nvPicPr>
                    <pic:cNvPr id="0" name="q08-e-1@296dpi.png"/>
                    <pic:cNvPicPr/>
                  </pic:nvPicPr>
                  <pic:blipFill>
                    <a:blip r:embed="rId14"/>
                    <a:stretch>
                      <a:fillRect/>
                    </a:stretch>
                  </pic:blipFill>
                  <pic:spPr>
                    <a:xfrm>
                      <a:off x="0" y="0"/>
                      <a:ext cx="933308" cy="936000"/>
                    </a:xfrm>
                    <a:prstGeom prst="rect"/>
                  </pic:spPr>
                </pic:pic>
              </a:graphicData>
            </a:graphic>
          </wp:inline>
        </w:drawing>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下图阴影区域称为鲨鱼鳍形弓月，是 Leonardo da Vinci 研究过的图形。它由第一象限内圆心为 (0,0)、半径为 3 的圆弧，第一象限内圆心为 (0,3/2)、半径为 3/2 的圆弧，以及从 (0,0) 到 (3,0) 的线段围成。该鲨鱼鳍形弓月的面积是多少？</w:t>
      </w:r>
    </w:p>
    <w:p>
      <w:pPr>
        <w:spacing w:before="80" w:after="80"/>
        <w:jc w:val="center"/>
      </w:pPr>
      <w:r>
        <w:drawing>
          <wp:inline xmlns:a="http://schemas.openxmlformats.org/drawingml/2006/main" xmlns:pic="http://schemas.openxmlformats.org/drawingml/2006/picture">
            <wp:extent cx="1795423" cy="1804271"/>
            <wp:docPr id="13" name="Picture 13"/>
            <wp:cNvGraphicFramePr>
              <a:graphicFrameLocks noChangeAspect="1"/>
            </wp:cNvGraphicFramePr>
            <a:graphic>
              <a:graphicData uri="http://schemas.openxmlformats.org/drawingml/2006/picture">
                <pic:pic>
                  <pic:nvPicPr>
                    <pic:cNvPr id="0" name="q09-1@300dpi.png"/>
                    <pic:cNvPicPr/>
                  </pic:nvPicPr>
                  <pic:blipFill>
                    <a:blip r:embed="rId15"/>
                    <a:stretch>
                      <a:fillRect/>
                    </a:stretch>
                  </pic:blipFill>
                  <pic:spPr>
                    <a:xfrm>
                      <a:off x="0" y="0"/>
                      <a:ext cx="1795423" cy="1804271"/>
                    </a:xfrm>
                    <a:prstGeom prst="rect"/>
                  </pic:spPr>
                </pic:pic>
              </a:graphicData>
            </a:graphic>
          </wp:inline>
        </w:drawing>
      </w:r>
    </w:p>
    <w:p>
      <w:pPr>
        <w:spacing w:before="0" w:after="120" w:line="300" w:lineRule="auto"/>
      </w:pPr>
      <w:r>
        <w:rPr>
          <w:rFonts w:ascii="Times New Roman" w:hAnsi="Times New Roman" w:eastAsia="宋体"/>
          <w:b w:val="0"/>
          <w:i w:val="0"/>
          <w:sz w:val="21"/>
        </w:rPr>
        <w:t>（A）4π/5　　（B）9π/8　　（C）4π/3　　（D）7π/5　　（E）3π/2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shaded region below is called a shark’s fin falcata, a figure studied by Leonardo da Vinci. It is bounded by the portion of the circle of radius 3 and center (0,0) that lies in the first quadrant, the portion of the circle with radius 3/2 and center (0,3/2) that lies in the first quadrant, and the line segment from (0,0) to (3,0). What is the area of the shark’s fin falcata?</w:t>
      </w:r>
    </w:p>
    <w:p>
      <w:pPr>
        <w:spacing w:before="80" w:after="80"/>
        <w:jc w:val="center"/>
      </w:pPr>
      <w:r>
        <w:drawing>
          <wp:inline xmlns:a="http://schemas.openxmlformats.org/drawingml/2006/main" xmlns:pic="http://schemas.openxmlformats.org/drawingml/2006/picture">
            <wp:extent cx="1795423" cy="1804271"/>
            <wp:docPr id="14" name="Picture 14"/>
            <wp:cNvGraphicFramePr>
              <a:graphicFrameLocks noChangeAspect="1"/>
            </wp:cNvGraphicFramePr>
            <a:graphic>
              <a:graphicData uri="http://schemas.openxmlformats.org/drawingml/2006/picture">
                <pic:pic>
                  <pic:nvPicPr>
                    <pic:cNvPr id="0" name="q09-1@300dpi.png"/>
                    <pic:cNvPicPr/>
                  </pic:nvPicPr>
                  <pic:blipFill>
                    <a:blip r:embed="rId15"/>
                    <a:stretch>
                      <a:fillRect/>
                    </a:stretch>
                  </pic:blipFill>
                  <pic:spPr>
                    <a:xfrm>
                      <a:off x="0" y="0"/>
                      <a:ext cx="1795423" cy="18042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4π/5　　(B) 9π/8　　(C) 4π/3　　(D) 7π/5　　(E) 3π/2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所有严格大于 -2015 的负奇整数的乘积，其符号和个位数字是什么？</w:t>
      </w:r>
    </w:p>
    <w:p>
      <w:pPr>
        <w:spacing w:before="0" w:after="120" w:line="300" w:lineRule="auto"/>
      </w:pPr>
      <w:r>
        <w:rPr>
          <w:rFonts w:ascii="Times New Roman" w:hAnsi="Times New Roman" w:eastAsia="宋体"/>
          <w:b w:val="0"/>
          <w:i w:val="0"/>
          <w:sz w:val="21"/>
        </w:rPr>
        <w:t>（A）它是一个个位为 1 的负数。　　（B）它是一个个位为 1 的正数。　　（C）它是一个个位为 5 的负数。　　（D）它是一个个位为 5 的正数。　　（E）它是一个个位为 0 的负数。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are the sign and units digit of the product of all the odd negative integers strictly greater than -2015?</w:t>
      </w:r>
    </w:p>
    <w:p>
      <w:pPr>
        <w:spacing w:before="0" w:after="160" w:line="300" w:lineRule="auto"/>
      </w:pPr>
      <w:r>
        <w:rPr>
          <w:rFonts w:ascii="Times New Roman" w:hAnsi="Times New Roman" w:eastAsia="宋体"/>
          <w:b w:val="0"/>
          <w:i w:val="0"/>
          <w:color w:val="333333"/>
          <w:sz w:val="19"/>
        </w:rPr>
        <w:t>(A) It is a negative number ending with a 1.　　(B) It is a positive number ending with a 1.　　(C) It is a negative number ending with a</w:t>
        <w:br/>
        <w:t>5.　　(D) It is a positive number ending with a 5.　　(E) It is a negative number ending with a 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在小于 100 的正整数中，每一位数字都是质数的数被等可能地选出一个。所选数是质数的概率是多少？</w:t>
      </w:r>
    </w:p>
    <w:p>
      <w:pPr>
        <w:spacing w:before="0" w:after="120" w:line="300" w:lineRule="auto"/>
      </w:pPr>
      <w:r>
        <w:rPr>
          <w:rFonts w:ascii="Times New Roman" w:hAnsi="Times New Roman" w:eastAsia="宋体"/>
          <w:b w:val="0"/>
          <w:i w:val="0"/>
          <w:sz w:val="21"/>
        </w:rPr>
        <w:t>（A）8/99　　（B）2/5　　（C）9/20　　（D）1/2　　（E）9/16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the positive integers less than 100, each of whose digits is a prime number, one is selected at random. What is the probability that the selected number is prime?</w:t>
      </w:r>
    </w:p>
    <w:p>
      <w:pPr>
        <w:spacing w:before="0" w:after="160" w:line="300" w:lineRule="auto"/>
      </w:pPr>
      <w:r>
        <w:rPr>
          <w:rFonts w:ascii="Times New Roman" w:hAnsi="Times New Roman" w:eastAsia="宋体"/>
          <w:b w:val="0"/>
          <w:i w:val="0"/>
          <w:color w:val="333333"/>
          <w:sz w:val="19"/>
        </w:rPr>
        <w:t>(A) 8/99　　(B) 2/5　　(C) 9/20　　(D) 1/2　　(E) 9/16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有多少个整数 x，使点 (x, -x) 位于以 (5, 5) 为圆心、半径为 10 的圆内或圆上？</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x is the point (x, -x) inside or on the circle of radius 10 centered at (5, 5)?</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直线 12x+5y=60 与坐标轴围成一个三角形。这个三角形三条高的长度之和是多少？</w:t>
      </w:r>
    </w:p>
    <w:p>
      <w:pPr>
        <w:spacing w:before="0" w:after="120" w:line="300" w:lineRule="auto"/>
      </w:pPr>
      <w:r>
        <w:rPr>
          <w:rFonts w:ascii="Times New Roman" w:hAnsi="Times New Roman" w:eastAsia="宋体"/>
          <w:b w:val="0"/>
          <w:i w:val="0"/>
          <w:sz w:val="21"/>
        </w:rPr>
        <w:t>（A）20　　（B）360/17　　（C）107/5　　（D）43/2　　（E）281/13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12x+5y=60 forms a triangle with the coordinate axes. What is the sum of the lengths of the altitudes of this triangle?</w:t>
      </w:r>
    </w:p>
    <w:p>
      <w:pPr>
        <w:spacing w:before="0" w:after="160" w:line="300" w:lineRule="auto"/>
      </w:pPr>
      <w:r>
        <w:rPr>
          <w:rFonts w:ascii="Times New Roman" w:hAnsi="Times New Roman" w:eastAsia="宋体"/>
          <w:b w:val="0"/>
          <w:i w:val="0"/>
          <w:color w:val="333333"/>
          <w:sz w:val="19"/>
        </w:rPr>
        <w:t>(A) 20　　(B) 360/17　　(C) 107/5　　(D) 43/2　　(E) 281/13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a、b、c 是三个不同的一位数。下面方程的根之和的最大值是多少？</w:t>
      </w:r>
    </w:p>
    <w:p>
      <w:pPr>
        <w:spacing w:before="0" w:after="80" w:line="300" w:lineRule="auto"/>
        <w:jc w:val="left"/>
      </w:pPr>
      <w:r>
        <w:rPr>
          <w:rFonts w:ascii="Times New Roman" w:hAnsi="Times New Roman" w:eastAsia="宋体"/>
          <w:b w:val="0"/>
          <w:i w:val="0"/>
          <w:sz w:val="21"/>
        </w:rPr>
        <w:t>(x-a)(x-b)</w:t>
      </w:r>
    </w:p>
    <w:p>
      <w:pPr>
        <w:spacing w:before="0" w:after="80" w:line="300" w:lineRule="auto"/>
        <w:jc w:val="left"/>
      </w:pPr>
      <w:r>
        <w:rPr>
          <w:rFonts w:ascii="Times New Roman" w:hAnsi="Times New Roman" w:eastAsia="宋体"/>
          <w:b w:val="0"/>
          <w:i w:val="0"/>
          <w:sz w:val="21"/>
        </w:rPr>
        <w:t>+(x-b)(x-c)=0</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（A）15　　（B）15.5　　（C）16　　（D）16.5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three distinct one-digit numbers. What is the maximum value of the sum of the roots of the equation</w:t>
      </w:r>
    </w:p>
    <w:p>
      <w:pPr>
        <w:spacing w:before="0" w:after="80" w:line="300" w:lineRule="auto"/>
        <w:jc w:val="left"/>
      </w:pPr>
      <w:r>
        <w:rPr>
          <w:rFonts w:ascii="Times New Roman" w:hAnsi="Times New Roman" w:eastAsia="宋体"/>
          <w:b w:val="0"/>
          <w:i w:val="0"/>
          <w:color w:val="333333"/>
          <w:sz w:val="19"/>
        </w:rPr>
        <w:t>(x-a)(x-b)</w:t>
      </w:r>
    </w:p>
    <w:p>
      <w:pPr>
        <w:spacing w:before="0" w:after="80" w:line="300" w:lineRule="auto"/>
        <w:jc w:val="left"/>
      </w:pPr>
      <w:r>
        <w:rPr>
          <w:rFonts w:ascii="Times New Roman" w:hAnsi="Times New Roman" w:eastAsia="宋体"/>
          <w:b w:val="0"/>
          <w:i w:val="0"/>
          <w:color w:val="333333"/>
          <w:sz w:val="19"/>
        </w:rPr>
        <w:t>+(x-b)(x-c)=0?</w:t>
      </w:r>
    </w:p>
    <w:p>
      <w:pPr>
        <w:spacing w:before="0" w:after="160" w:line="300" w:lineRule="auto"/>
      </w:pPr>
      <w:r>
        <w:rPr>
          <w:rFonts w:ascii="Times New Roman" w:hAnsi="Times New Roman" w:eastAsia="宋体"/>
          <w:b w:val="0"/>
          <w:i w:val="0"/>
          <w:color w:val="333333"/>
          <w:sz w:val="19"/>
        </w:rPr>
        <w:t>(A) 15　　(B) 15.5　　(C) 16　　(D) 16.5　　(E) 17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Hamlet 镇中，每一匹马对应 3 个人；每一头牛对应 4 只羊；每一个人对应 3 只鸭。下列哪个数不可能是 Hamlet 镇中人、马、羊、牛、鸭的总数？</w:t>
      </w:r>
    </w:p>
    <w:p>
      <w:pPr>
        <w:spacing w:before="0" w:after="120" w:line="300" w:lineRule="auto"/>
      </w:pPr>
      <w:r>
        <w:rPr>
          <w:rFonts w:ascii="Times New Roman" w:hAnsi="Times New Roman" w:eastAsia="宋体"/>
          <w:b w:val="0"/>
          <w:i w:val="0"/>
          <w:sz w:val="21"/>
        </w:rPr>
        <w:t>（A）41　　（B）47　　（C）59　　（D）61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town of Hamlet has 3 people for each horse, 4 sheep for each cow, and 3 ducks for each person. Which of the following could not possibly be the total number of people, horses, sheep, cows, and ducks in Hamlet?</w:t>
      </w:r>
    </w:p>
    <w:p>
      <w:pPr>
        <w:spacing w:before="0" w:after="160" w:line="300" w:lineRule="auto"/>
      </w:pPr>
      <w:r>
        <w:rPr>
          <w:rFonts w:ascii="Times New Roman" w:hAnsi="Times New Roman" w:eastAsia="宋体"/>
          <w:b w:val="0"/>
          <w:i w:val="0"/>
          <w:color w:val="333333"/>
          <w:sz w:val="19"/>
        </w:rPr>
        <w:t>(A) 41　　(B) 47　　(C) 59　　(D) 61　　(E) 66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Al、Bill 和 Cal 将各自随机分到一个 1 到 10 之间的整数，且三人得到的数两两不同。Al 的数是 Bill 的数的正整数倍，并且 Bill 的数是 Cal 的数的正整数倍的概率是多少？</w:t>
      </w:r>
    </w:p>
    <w:p>
      <w:pPr>
        <w:spacing w:before="0" w:after="120" w:line="300" w:lineRule="auto"/>
      </w:pPr>
      <w:r>
        <w:rPr>
          <w:rFonts w:ascii="Times New Roman" w:hAnsi="Times New Roman" w:eastAsia="宋体"/>
          <w:b w:val="0"/>
          <w:i w:val="0"/>
          <w:sz w:val="21"/>
        </w:rPr>
        <w:t>（A）9/1000　　（B）1/90　　（C）1/80　　（D）1/72　　（E）2/121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 Bill, and Cal will each randomly be assigned a whole number from 1 to 10, inclusive, with no two of them getting the same number. What is the probability that Al’s number will be a whole number multiple of Bill’s and Bill’s number will be a whole number multiple of Cal’s?</w:t>
      </w:r>
    </w:p>
    <w:p>
      <w:pPr>
        <w:spacing w:before="0" w:after="160" w:line="300" w:lineRule="auto"/>
      </w:pPr>
      <w:r>
        <w:rPr>
          <w:rFonts w:ascii="Times New Roman" w:hAnsi="Times New Roman" w:eastAsia="宋体"/>
          <w:b w:val="0"/>
          <w:i w:val="0"/>
          <w:color w:val="333333"/>
          <w:sz w:val="19"/>
        </w:rPr>
        <w:t>(A) 9/1000　　(B) 1/90　　(C) 1/80　　(D) 1/72　　(E) 2/121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如下图所示，把长方体各个面的中心连接起来，形成一个八面体。这个八面体的体积是多少？</w:t>
      </w:r>
    </w:p>
    <w:p>
      <w:pPr>
        <w:spacing w:before="80" w:after="80"/>
        <w:jc w:val="center"/>
      </w:pPr>
      <w:r>
        <w:drawing>
          <wp:inline xmlns:a="http://schemas.openxmlformats.org/drawingml/2006/main" xmlns:pic="http://schemas.openxmlformats.org/drawingml/2006/picture">
            <wp:extent cx="977644" cy="873820"/>
            <wp:docPr id="15" name="Picture 15"/>
            <wp:cNvGraphicFramePr>
              <a:graphicFrameLocks noChangeAspect="1"/>
            </wp:cNvGraphicFramePr>
            <a:graphic>
              <a:graphicData uri="http://schemas.openxmlformats.org/drawingml/2006/picture">
                <pic:pic>
                  <pic:nvPicPr>
                    <pic:cNvPr id="0" name="q17-1@300dpi.png"/>
                    <pic:cNvPicPr/>
                  </pic:nvPicPr>
                  <pic:blipFill>
                    <a:blip r:embed="rId16"/>
                    <a:stretch>
                      <a:fillRect/>
                    </a:stretch>
                  </pic:blipFill>
                  <pic:spPr>
                    <a:xfrm>
                      <a:off x="0" y="0"/>
                      <a:ext cx="977644" cy="873820"/>
                    </a:xfrm>
                    <a:prstGeom prst="rect"/>
                  </pic:spPr>
                </pic:pic>
              </a:graphicData>
            </a:graphic>
          </wp:inline>
        </w:drawing>
      </w:r>
    </w:p>
    <w:p>
      <w:pPr>
        <w:spacing w:before="0" w:after="120" w:line="300" w:lineRule="auto"/>
      </w:pPr>
      <w:r>
        <w:rPr>
          <w:rFonts w:ascii="Times New Roman" w:hAnsi="Times New Roman" w:eastAsia="宋体"/>
          <w:b w:val="0"/>
          <w:i w:val="0"/>
          <w:sz w:val="21"/>
        </w:rPr>
        <w:t>（A）75/12　　（B）10　　（C）12　　（D）10√(2)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of the faces of the right rectangular prism shown below are joined to create an octahedron. What is the volume of this octahedron?</w:t>
      </w:r>
    </w:p>
    <w:p>
      <w:pPr>
        <w:spacing w:before="80" w:after="80"/>
        <w:jc w:val="center"/>
      </w:pPr>
      <w:r>
        <w:drawing>
          <wp:inline xmlns:a="http://schemas.openxmlformats.org/drawingml/2006/main" xmlns:pic="http://schemas.openxmlformats.org/drawingml/2006/picture">
            <wp:extent cx="977644" cy="873820"/>
            <wp:docPr id="16" name="Picture 16"/>
            <wp:cNvGraphicFramePr>
              <a:graphicFrameLocks noChangeAspect="1"/>
            </wp:cNvGraphicFramePr>
            <a:graphic>
              <a:graphicData uri="http://schemas.openxmlformats.org/drawingml/2006/picture">
                <pic:pic>
                  <pic:nvPicPr>
                    <pic:cNvPr id="0" name="q17-1@300dpi.png"/>
                    <pic:cNvPicPr/>
                  </pic:nvPicPr>
                  <pic:blipFill>
                    <a:blip r:embed="rId16"/>
                    <a:stretch>
                      <a:fillRect/>
                    </a:stretch>
                  </pic:blipFill>
                  <pic:spPr>
                    <a:xfrm>
                      <a:off x="0" y="0"/>
                      <a:ext cx="977644" cy="87382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75/12　　(B) 10　　(C) 12　　(D) 10√(2)　　(E) 15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Johann 有 64 枚公平硬币。他抛所有硬币。任何反面朝上的硬币都再抛一次。第二次仍为反面的硬币再抛第三次。现在正面朝上的硬币的期望数量是多少？</w:t>
      </w:r>
    </w:p>
    <w:p>
      <w:pPr>
        <w:spacing w:before="0" w:after="120" w:line="300" w:lineRule="auto"/>
      </w:pPr>
      <w:r>
        <w:rPr>
          <w:rFonts w:ascii="Times New Roman" w:hAnsi="Times New Roman" w:eastAsia="宋体"/>
          <w:b w:val="0"/>
          <w:i w:val="0"/>
          <w:sz w:val="21"/>
        </w:rPr>
        <w:t>（A）32　　（B）40　　（C）48　　（D）56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Johann has 64 fair coins. He flips all the coins. Any coin that lands on tails is tossed again. Coins that land on tails on the second toss are tossed a third time. What is the expected number of coins that are now heads?</w:t>
      </w:r>
    </w:p>
    <w:p>
      <w:pPr>
        <w:spacing w:before="0" w:after="160" w:line="300" w:lineRule="auto"/>
      </w:pPr>
      <w:r>
        <w:rPr>
          <w:rFonts w:ascii="Times New Roman" w:hAnsi="Times New Roman" w:eastAsia="宋体"/>
          <w:b w:val="0"/>
          <w:i w:val="0"/>
          <w:color w:val="333333"/>
          <w:sz w:val="19"/>
        </w:rPr>
        <w:t>(A) 32　　(B) 40　　(C) 48　　(D) 56　　(E) 64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 △ABC 中，∠C = 90°，且 AB = 12。在三角形外侧作正方形 ABXY 和 ACWZ。点 X，Y，Z 与 W 共圆。求该三角形的周长。</w:t>
      </w:r>
    </w:p>
    <w:p>
      <w:pPr>
        <w:spacing w:before="0" w:after="120" w:line="300" w:lineRule="auto"/>
      </w:pPr>
      <w:r>
        <w:rPr>
          <w:rFonts w:ascii="Times New Roman" w:hAnsi="Times New Roman" w:eastAsia="宋体"/>
          <w:b w:val="0"/>
          <w:i w:val="0"/>
          <w:sz w:val="21"/>
        </w:rPr>
        <w:t>（A）12+9√(3)　　（B）18+6√(3)　　（C）12+12√(2)　　（D）30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△ABC, ∠C = 90° and AB = 12. Squares ABXY and ACWZ are constructed outside of the triangle. The points X, Y, Z, and W lie on a circle. What is the perimeter of the triangle?</w:t>
      </w:r>
    </w:p>
    <w:p>
      <w:pPr>
        <w:spacing w:before="0" w:after="160" w:line="300" w:lineRule="auto"/>
      </w:pPr>
      <w:r>
        <w:rPr>
          <w:rFonts w:ascii="Times New Roman" w:hAnsi="Times New Roman" w:eastAsia="宋体"/>
          <w:b w:val="0"/>
          <w:i w:val="0"/>
          <w:color w:val="333333"/>
          <w:sz w:val="19"/>
        </w:rPr>
        <w:t>(A) 12+9√(3)　　(B) 18+6√(3)　　(C) 12+12√(2)　　(D) 30　　(E) 32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蚂蚁 Erin 从立方体的一个指定顶点出发，沿着恰好 7 条棱爬行，正好访问每个顶点一次，然后发现无法沿一条棱回到起点。有多少条路径满足这些条件？</w:t>
      </w:r>
    </w:p>
    <w:p>
      <w:pPr>
        <w:spacing w:before="0" w:after="120" w:line="300" w:lineRule="auto"/>
      </w:pPr>
      <w:r>
        <w:rPr>
          <w:rFonts w:ascii="Times New Roman" w:hAnsi="Times New Roman" w:eastAsia="宋体"/>
          <w:b w:val="0"/>
          <w:i w:val="0"/>
          <w:sz w:val="21"/>
        </w:rPr>
        <w:t>（A）6　　（B）9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Erin the ant starts at a given corner of a cube and crawls along exactly 7 edges in such a way that she visits every corner exactly once and then finds that she is unable to return along an edge to her starting point. How many paths are there meeting these conditions?</w:t>
      </w:r>
    </w:p>
    <w:p>
      <w:pPr>
        <w:spacing w:before="0" w:after="160" w:line="300" w:lineRule="auto"/>
      </w:pPr>
      <w:r>
        <w:rPr>
          <w:rFonts w:ascii="Times New Roman" w:hAnsi="Times New Roman" w:eastAsia="宋体"/>
          <w:b w:val="0"/>
          <w:i w:val="0"/>
          <w:color w:val="333333"/>
          <w:sz w:val="19"/>
        </w:rPr>
        <w:t>(A) 6　　(B) 9　　(C) 12　　(D) 18　　(E) 24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猫 Cozy 和狗 Dash 正在爬一段有若干台阶的楼梯。不过他们不是一级一级地走上去，而是跳着上。</w:t>
      </w:r>
    </w:p>
    <w:p>
      <w:pPr>
        <w:spacing w:before="0" w:after="80" w:line="300" w:lineRule="auto"/>
        <w:jc w:val="left"/>
      </w:pPr>
      <w:r>
        <w:rPr>
          <w:rFonts w:ascii="Times New Roman" w:hAnsi="Times New Roman" w:eastAsia="宋体"/>
          <w:b w:val="0"/>
          <w:i w:val="0"/>
          <w:sz w:val="21"/>
        </w:rPr>
        <w:t>Cozy 每次跳上两级台阶（若有必要，他会只跳最后一级）。</w:t>
      </w:r>
    </w:p>
    <w:p>
      <w:pPr>
        <w:spacing w:before="0" w:after="80" w:line="300" w:lineRule="auto"/>
        <w:jc w:val="left"/>
      </w:pPr>
      <w:r>
        <w:rPr>
          <w:rFonts w:ascii="Times New Roman" w:hAnsi="Times New Roman" w:eastAsia="宋体"/>
          <w:b w:val="0"/>
          <w:i w:val="0"/>
          <w:sz w:val="21"/>
        </w:rPr>
        <w:t>Dash 每次跳上五级台阶（若有必要，当剩下不足 5 级时，他会直接跳完剩下的台阶）。</w:t>
      </w:r>
    </w:p>
    <w:p>
      <w:pPr>
        <w:spacing w:before="0" w:after="80" w:line="300" w:lineRule="auto"/>
        <w:jc w:val="left"/>
      </w:pPr>
      <w:r>
        <w:rPr>
          <w:rFonts w:ascii="Times New Roman" w:hAnsi="Times New Roman" w:eastAsia="宋体"/>
          <w:b w:val="0"/>
          <w:i w:val="0"/>
          <w:sz w:val="21"/>
        </w:rPr>
        <w:t>假设 Dash 到达楼顶所需跳数比 Cozy 少 19 次。令 s 为所有可能台阶数的和。求 s 的各位数字之和。</w:t>
      </w:r>
    </w:p>
    <w:p>
      <w:pPr>
        <w:spacing w:before="0" w:after="120" w:line="300" w:lineRule="auto"/>
      </w:pPr>
      <w:r>
        <w:rPr>
          <w:rFonts w:ascii="Times New Roman" w:hAnsi="Times New Roman" w:eastAsia="宋体"/>
          <w:b w:val="0"/>
          <w:i w:val="0"/>
          <w:sz w:val="21"/>
        </w:rPr>
        <w:t>（A）9　　（B）11　　（C）12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Cozy the Cat and Dash the Dog are going up a staircase with a certain number of steps. However, instead of walking up the steps one at a time, both Cozy and Dash jump.</w:t>
      </w:r>
    </w:p>
    <w:p>
      <w:pPr>
        <w:spacing w:before="0" w:after="80" w:line="300" w:lineRule="auto"/>
        <w:jc w:val="left"/>
      </w:pPr>
      <w:r>
        <w:rPr>
          <w:rFonts w:ascii="Times New Roman" w:hAnsi="Times New Roman" w:eastAsia="宋体"/>
          <w:b w:val="0"/>
          <w:i w:val="0"/>
          <w:color w:val="333333"/>
          <w:sz w:val="19"/>
        </w:rPr>
        <w:t>Cozy goes two steps up with each jump (though if necessary, he will just jump the last step).</w:t>
      </w:r>
    </w:p>
    <w:p>
      <w:pPr>
        <w:spacing w:before="0" w:after="80" w:line="300" w:lineRule="auto"/>
        <w:jc w:val="left"/>
      </w:pPr>
      <w:r>
        <w:rPr>
          <w:rFonts w:ascii="Times New Roman" w:hAnsi="Times New Roman" w:eastAsia="宋体"/>
          <w:b w:val="0"/>
          <w:i w:val="0"/>
          <w:color w:val="333333"/>
          <w:sz w:val="19"/>
        </w:rPr>
        <w:t>Dash goes five steps up with each jump (though if necessary, he will just jump the last steps if there are fewer than 5 steps left).</w:t>
      </w:r>
    </w:p>
    <w:p>
      <w:pPr>
        <w:spacing w:before="0" w:after="80" w:line="300" w:lineRule="auto"/>
        <w:jc w:val="left"/>
      </w:pPr>
      <w:r>
        <w:rPr>
          <w:rFonts w:ascii="Times New Roman" w:hAnsi="Times New Roman" w:eastAsia="宋体"/>
          <w:b w:val="0"/>
          <w:i w:val="0"/>
          <w:color w:val="333333"/>
          <w:sz w:val="19"/>
        </w:rPr>
        <w:t>Suppose Dash takes 19 fewer jumps than Cozy to reach the top of the staircase. Let s denote the sum of all possible numbers of steps this staircase can have. What is the sum of the digits of s?</w:t>
      </w:r>
    </w:p>
    <w:p>
      <w:pPr>
        <w:spacing w:before="0" w:after="160" w:line="300" w:lineRule="auto"/>
      </w:pPr>
      <w:r>
        <w:rPr>
          <w:rFonts w:ascii="Times New Roman" w:hAnsi="Times New Roman" w:eastAsia="宋体"/>
          <w:b w:val="0"/>
          <w:i w:val="0"/>
          <w:color w:val="333333"/>
          <w:sz w:val="19"/>
        </w:rPr>
        <w:t>(A) 9　　(B) 11　　(C) 12　　(D) 13　　(E) 15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在下图中，ABCDE 是正五边形，且 AG=1。求 FG + JH + CD 的值。</w:t>
      </w:r>
    </w:p>
    <w:p>
      <w:pPr>
        <w:spacing w:before="80" w:after="80"/>
        <w:jc w:val="center"/>
      </w:pPr>
      <w:r>
        <w:drawing>
          <wp:inline xmlns:a="http://schemas.openxmlformats.org/drawingml/2006/main" xmlns:pic="http://schemas.openxmlformats.org/drawingml/2006/picture">
            <wp:extent cx="1842640" cy="1725105"/>
            <wp:docPr id="17" name="Picture 17"/>
            <wp:cNvGraphicFramePr>
              <a:graphicFrameLocks noChangeAspect="1"/>
            </wp:cNvGraphicFramePr>
            <a:graphic>
              <a:graphicData uri="http://schemas.openxmlformats.org/drawingml/2006/picture">
                <pic:pic>
                  <pic:nvPicPr>
                    <pic:cNvPr id="0" name="q22-1@300dpi.png"/>
                    <pic:cNvPicPr/>
                  </pic:nvPicPr>
                  <pic:blipFill>
                    <a:blip r:embed="rId17"/>
                    <a:stretch>
                      <a:fillRect/>
                    </a:stretch>
                  </pic:blipFill>
                  <pic:spPr>
                    <a:xfrm>
                      <a:off x="0" y="0"/>
                      <a:ext cx="1842640" cy="1725105"/>
                    </a:xfrm>
                    <a:prstGeom prst="rect"/>
                  </pic:spPr>
                </pic:pic>
              </a:graphicData>
            </a:graphic>
          </wp:inline>
        </w:drawing>
      </w:r>
    </w:p>
    <w:p>
      <w:pPr>
        <w:spacing w:before="0" w:after="120" w:line="300" w:lineRule="auto"/>
      </w:pPr>
      <w:r>
        <w:rPr>
          <w:rFonts w:ascii="Times New Roman" w:hAnsi="Times New Roman" w:eastAsia="宋体"/>
          <w:b w:val="0"/>
          <w:i w:val="0"/>
          <w:sz w:val="21"/>
        </w:rPr>
        <w:t>（A）3　　（B）12-4√(5)　　（C）(5+2√(5))/3　　（D）1+√(5)　　（E）(11+11√(5))/10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shown below, ABCDE is a regular pentagon and AG=1. What is FG + JH + CD?</w:t>
      </w:r>
    </w:p>
    <w:p>
      <w:pPr>
        <w:spacing w:before="80" w:after="80"/>
        <w:jc w:val="center"/>
      </w:pPr>
      <w:r>
        <w:drawing>
          <wp:inline xmlns:a="http://schemas.openxmlformats.org/drawingml/2006/main" xmlns:pic="http://schemas.openxmlformats.org/drawingml/2006/picture">
            <wp:extent cx="1842640" cy="1725105"/>
            <wp:docPr id="18" name="Picture 18"/>
            <wp:cNvGraphicFramePr>
              <a:graphicFrameLocks noChangeAspect="1"/>
            </wp:cNvGraphicFramePr>
            <a:graphic>
              <a:graphicData uri="http://schemas.openxmlformats.org/drawingml/2006/picture">
                <pic:pic>
                  <pic:nvPicPr>
                    <pic:cNvPr id="0" name="q22-1@300dpi.png"/>
                    <pic:cNvPicPr/>
                  </pic:nvPicPr>
                  <pic:blipFill>
                    <a:blip r:embed="rId17"/>
                    <a:stretch>
                      <a:fillRect/>
                    </a:stretch>
                  </pic:blipFill>
                  <pic:spPr>
                    <a:xfrm>
                      <a:off x="0" y="0"/>
                      <a:ext cx="1842640" cy="172510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12-4√(5)　　(C) (5+2√(5))/3　　(D) 1+√(5)　　(E) (11+11√(5))/10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n 是大于 4 的正整数，n! 以十为底表示时末尾有 k 个零，而 (2n)! 以十为底表示时末尾有 3k 个零。令 s 为四个最小可能的 n 值之和。求 s 的各位数字之和。</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positive integer greater than 4 such that the decimal representation of n! ends in k zeros and the decimal representation of (2n)! ends in 3k zeros. Let s denote the sum of the four least possible values of n. What is the sum of the digits of s?</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蚂蚁 Aaron 按如下规则在坐标平面上行走。</w:t>
      </w:r>
    </w:p>
    <w:p>
      <w:pPr>
        <w:spacing w:before="0" w:after="80" w:line="300" w:lineRule="auto"/>
        <w:jc w:val="left"/>
      </w:pPr>
      <w:r>
        <w:rPr>
          <w:rFonts w:ascii="Times New Roman" w:hAnsi="Times New Roman" w:eastAsia="宋体"/>
          <w:b w:val="0"/>
          <w:i w:val="0"/>
          <w:sz w:val="21"/>
        </w:rPr>
        <w:t>他从原点 p₀=(0,0) 出发，面向东方，走一个单位到达 p₁=(1,0)。</w:t>
      </w:r>
    </w:p>
    <w:p>
      <w:pPr>
        <w:spacing w:before="0" w:after="80" w:line="300" w:lineRule="auto"/>
        <w:jc w:val="left"/>
      </w:pPr>
      <w:r>
        <w:rPr>
          <w:rFonts w:ascii="Times New Roman" w:hAnsi="Times New Roman" w:eastAsia="宋体"/>
          <w:b w:val="0"/>
          <w:i w:val="0"/>
          <w:sz w:val="21"/>
        </w:rPr>
        <w:t>对 n=1，2，3，…，每次到达点 pₙ 后，若 Aaron 可以向左转 90° 并走一个单位到达一个尚未访问过的点 pₙ₊₁，他就这样做。否则，他直走一个单位到达 pₙ₊₁。因此点列继续为</w:t>
      </w:r>
    </w:p>
    <w:p>
      <w:pPr>
        <w:spacing w:before="0" w:after="80" w:line="300" w:lineRule="auto"/>
        <w:jc w:val="left"/>
      </w:pPr>
      <w:r>
        <w:rPr>
          <w:rFonts w:ascii="Times New Roman" w:hAnsi="Times New Roman" w:eastAsia="宋体"/>
          <w:b w:val="0"/>
          <w:i w:val="0"/>
          <w:sz w:val="21"/>
        </w:rPr>
        <w:t>p₂=(1,1), p₃=(0,1),</w:t>
      </w:r>
    </w:p>
    <w:p>
      <w:pPr>
        <w:spacing w:before="0" w:after="80" w:line="300" w:lineRule="auto"/>
        <w:jc w:val="left"/>
      </w:pPr>
      <w:r>
        <w:rPr>
          <w:rFonts w:ascii="Times New Roman" w:hAnsi="Times New Roman" w:eastAsia="宋体"/>
          <w:b w:val="0"/>
          <w:i w:val="0"/>
          <w:sz w:val="21"/>
        </w:rPr>
        <w:t>p₄=(-1,1), p₅=(-1,0), …</w:t>
      </w:r>
    </w:p>
    <w:p>
      <w:pPr>
        <w:spacing w:before="0" w:after="80" w:line="300" w:lineRule="auto"/>
        <w:jc w:val="left"/>
      </w:pPr>
      <w:r>
        <w:rPr>
          <w:rFonts w:ascii="Times New Roman" w:hAnsi="Times New Roman" w:eastAsia="宋体"/>
          <w:b w:val="0"/>
          <w:i w:val="0"/>
          <w:sz w:val="21"/>
        </w:rPr>
        <w:t>如此形成逆时针螺旋。求 p₂₀₁₅。</w:t>
      </w:r>
    </w:p>
    <w:p>
      <w:pPr>
        <w:spacing w:before="0" w:after="120" w:line="300" w:lineRule="auto"/>
      </w:pPr>
      <w:r>
        <w:rPr>
          <w:rFonts w:ascii="Times New Roman" w:hAnsi="Times New Roman" w:eastAsia="宋体"/>
          <w:b w:val="0"/>
          <w:i w:val="0"/>
          <w:sz w:val="21"/>
        </w:rPr>
        <w:t>（A）(-22,-13)　　（B）(-13,-22)　　（C）(-13,22)　　（D）(13,-22)　　（E）(22,-13)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Aaron the ant walks on the coordinate plane according to the following rules.</w:t>
      </w:r>
    </w:p>
    <w:p>
      <w:pPr>
        <w:spacing w:before="0" w:after="80" w:line="300" w:lineRule="auto"/>
        <w:jc w:val="left"/>
      </w:pPr>
      <w:r>
        <w:rPr>
          <w:rFonts w:ascii="Times New Roman" w:hAnsi="Times New Roman" w:eastAsia="宋体"/>
          <w:b w:val="0"/>
          <w:i w:val="0"/>
          <w:color w:val="333333"/>
          <w:sz w:val="19"/>
        </w:rPr>
        <w:t>He starts at the origin p₀=(0,0) facing to the east and walks one unit, arriving at p₁=(1,0).</w:t>
      </w:r>
    </w:p>
    <w:p>
      <w:pPr>
        <w:spacing w:before="0" w:after="80" w:line="300" w:lineRule="auto"/>
        <w:jc w:val="left"/>
      </w:pPr>
      <w:r>
        <w:rPr>
          <w:rFonts w:ascii="Times New Roman" w:hAnsi="Times New Roman" w:eastAsia="宋体"/>
          <w:b w:val="0"/>
          <w:i w:val="0"/>
          <w:color w:val="333333"/>
          <w:sz w:val="19"/>
        </w:rPr>
        <w:t>For n=1, 2, 3, …, right after arriving at the point pₙ, if Aaron can turn 90° left and walk one unit to an unvisited point pₙ₊₁, he does that. Otherwise, he walks one unit straight ahead to reach pₙ₊₁. Thus the sequence of points continues</w:t>
      </w:r>
    </w:p>
    <w:p>
      <w:pPr>
        <w:spacing w:before="0" w:after="80" w:line="300" w:lineRule="auto"/>
        <w:jc w:val="left"/>
      </w:pPr>
      <w:r>
        <w:rPr>
          <w:rFonts w:ascii="Times New Roman" w:hAnsi="Times New Roman" w:eastAsia="宋体"/>
          <w:b w:val="0"/>
          <w:i w:val="0"/>
          <w:color w:val="333333"/>
          <w:sz w:val="19"/>
        </w:rPr>
        <w:t>p₂=(1,1), p₃=(0,1),</w:t>
      </w:r>
    </w:p>
    <w:p>
      <w:pPr>
        <w:spacing w:before="0" w:after="80" w:line="300" w:lineRule="auto"/>
        <w:jc w:val="left"/>
      </w:pPr>
      <w:r>
        <w:rPr>
          <w:rFonts w:ascii="Times New Roman" w:hAnsi="Times New Roman" w:eastAsia="宋体"/>
          <w:b w:val="0"/>
          <w:i w:val="0"/>
          <w:color w:val="333333"/>
          <w:sz w:val="19"/>
        </w:rPr>
        <w:t>p₄=(-1,1), p₅=(-1,0), …</w:t>
      </w:r>
    </w:p>
    <w:p>
      <w:pPr>
        <w:spacing w:before="0" w:after="80" w:line="300" w:lineRule="auto"/>
        <w:jc w:val="left"/>
      </w:pPr>
      <w:r>
        <w:rPr>
          <w:rFonts w:ascii="Times New Roman" w:hAnsi="Times New Roman" w:eastAsia="宋体"/>
          <w:b w:val="0"/>
          <w:i w:val="0"/>
          <w:color w:val="333333"/>
          <w:sz w:val="19"/>
        </w:rPr>
        <w:t>in a counterclockwise spiral pattern. What is p₂₀₁₅?</w:t>
      </w:r>
    </w:p>
    <w:p>
      <w:pPr>
        <w:spacing w:before="0" w:after="160" w:line="300" w:lineRule="auto"/>
      </w:pPr>
      <w:r>
        <w:rPr>
          <w:rFonts w:ascii="Times New Roman" w:hAnsi="Times New Roman" w:eastAsia="宋体"/>
          <w:b w:val="0"/>
          <w:i w:val="0"/>
          <w:color w:val="333333"/>
          <w:sz w:val="19"/>
        </w:rPr>
        <w:t>(A) (-22,-13)　　(B) (-13,-22)　　(C) (-13,22)　　(D) (13,-22)　　(E) (22,-13)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一个长方体尺寸为 a × b × c，其中 a、b、c 是整数，且</w:t>
      </w:r>
    </w:p>
    <w:p>
      <w:pPr>
        <w:spacing w:before="0" w:after="80" w:line="300" w:lineRule="auto"/>
        <w:jc w:val="left"/>
      </w:pPr>
      <w:r>
        <w:rPr>
          <w:rFonts w:ascii="Times New Roman" w:hAnsi="Times New Roman" w:eastAsia="宋体"/>
          <w:b w:val="0"/>
          <w:i w:val="0"/>
          <w:sz w:val="21"/>
        </w:rPr>
        <w:t>1≤ a ≤ b ≤ c。</w:t>
      </w:r>
    </w:p>
    <w:p>
      <w:pPr>
        <w:spacing w:before="0" w:after="80" w:line="300" w:lineRule="auto"/>
        <w:jc w:val="left"/>
      </w:pPr>
      <w:r>
        <w:rPr>
          <w:rFonts w:ascii="Times New Roman" w:hAnsi="Times New Roman" w:eastAsia="宋体"/>
          <w:b w:val="0"/>
          <w:i w:val="0"/>
          <w:sz w:val="21"/>
        </w:rPr>
        <w:t>该长方体的体积和表面积在数值上相等。可能的有序三元组 (a,b,c) 有多少个？</w:t>
      </w:r>
    </w:p>
    <w:p>
      <w:pPr>
        <w:spacing w:before="0" w:after="120" w:line="300" w:lineRule="auto"/>
      </w:pPr>
      <w:r>
        <w:rPr>
          <w:rFonts w:ascii="Times New Roman" w:hAnsi="Times New Roman" w:eastAsia="宋体"/>
          <w:b w:val="0"/>
          <w:i w:val="0"/>
          <w:sz w:val="21"/>
        </w:rPr>
        <w:t>（A）4　　（B）10　　（C）12　　（D）21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box measures a × b × c, where a, b, and c are integers and</w:t>
      </w:r>
    </w:p>
    <w:p>
      <w:pPr>
        <w:spacing w:before="0" w:after="80" w:line="300" w:lineRule="auto"/>
        <w:jc w:val="left"/>
      </w:pPr>
      <w:r>
        <w:rPr>
          <w:rFonts w:ascii="Times New Roman" w:hAnsi="Times New Roman" w:eastAsia="宋体"/>
          <w:b w:val="0"/>
          <w:i w:val="0"/>
          <w:color w:val="333333"/>
          <w:sz w:val="19"/>
        </w:rPr>
        <w:t>1≤ a ≤ b ≤ c.</w:t>
      </w:r>
    </w:p>
    <w:p>
      <w:pPr>
        <w:spacing w:before="0" w:after="80" w:line="300" w:lineRule="auto"/>
        <w:jc w:val="left"/>
      </w:pPr>
      <w:r>
        <w:rPr>
          <w:rFonts w:ascii="Times New Roman" w:hAnsi="Times New Roman" w:eastAsia="宋体"/>
          <w:b w:val="0"/>
          <w:i w:val="0"/>
          <w:color w:val="333333"/>
          <w:sz w:val="19"/>
        </w:rPr>
        <w:t>The volume and the surface area of the box are numerically equal. How many ordered triples (a,b,c) are possible?</w:t>
      </w:r>
    </w:p>
    <w:p>
      <w:pPr>
        <w:spacing w:before="0" w:after="160" w:line="300" w:lineRule="auto"/>
      </w:pPr>
      <w:r>
        <w:rPr>
          <w:rFonts w:ascii="Times New Roman" w:hAnsi="Times New Roman" w:eastAsia="宋体"/>
          <w:b w:val="0"/>
          <w:i w:val="0"/>
          <w:color w:val="333333"/>
          <w:sz w:val="19"/>
        </w:rPr>
        <w:t>(A) 4　　(B) 10　　(C) 12　　(D) 21　　(E) 26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A　C　B　E　A　E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B　A　E　D　B　C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D　D　B　D　B</w:t>
      </w:r>
    </w:p>
    <w:p>
      <w:pPr>
        <w:spacing w:before="0" w:after="200" w:line="300" w:lineRule="auto"/>
      </w:pPr>
      <w:r>
        <w:rPr>
          <w:rFonts w:ascii="Times New Roman" w:hAnsi="Times New Roman" w:eastAsia="宋体"/>
          <w:b w:val="0"/>
          <w:i w:val="0"/>
          <w:color w:val="666666"/>
          <w:sz w:val="18"/>
        </w:rPr>
        <w:t>答案串：CBACBEAEBCBAEDBCBDCADDBDB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因为 (-2)⁻²=1/((-2)²)=1/4，所以</w:t>
      </w:r>
    </w:p>
    <w:p>
      <w:pPr>
        <w:spacing w:before="0" w:after="80" w:line="300" w:lineRule="auto"/>
        <w:jc w:val="left"/>
      </w:pPr>
      <w:r>
        <w:rPr>
          <w:rFonts w:ascii="Times New Roman" w:hAnsi="Times New Roman" w:eastAsia="宋体"/>
          <w:b w:val="0"/>
          <w:i w:val="0"/>
          <w:sz w:val="21"/>
        </w:rPr>
        <w:t>2-1/4=7/4。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(-2)⁻²=1/((-2)²)=1/4, the expression is</w:t>
      </w:r>
    </w:p>
    <w:p>
      <w:pPr>
        <w:spacing w:before="0" w:after="80" w:line="300" w:lineRule="auto"/>
        <w:jc w:val="left"/>
      </w:pPr>
      <w:r>
        <w:rPr>
          <w:rFonts w:ascii="Times New Roman" w:hAnsi="Times New Roman" w:eastAsia="宋体"/>
          <w:b w:val="0"/>
          <w:i w:val="0"/>
          <w:color w:val="333333"/>
          <w:sz w:val="19"/>
        </w:rPr>
        <w:t>2-1/4=7/4.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完成 2 项任务共用 100 分钟。因此在 2:40 之后还需要 50 分钟，也就是 3:30。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time it takes to do 2 tasks is 100 minutes. Thus, it takes 50 more minutes after 2:40, which is 3:30.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设写了两次的数为 x，写了三次的数为 y。2x+3y=100。</w:t>
      </w:r>
    </w:p>
    <w:p>
      <w:pPr>
        <w:spacing w:before="0" w:after="80" w:line="300" w:lineRule="auto"/>
        <w:jc w:val="left"/>
      </w:pPr>
      <w:r>
        <w:rPr>
          <w:rFonts w:ascii="Times New Roman" w:hAnsi="Times New Roman" w:eastAsia="宋体"/>
          <w:b w:val="0"/>
          <w:i w:val="0"/>
          <w:sz w:val="21"/>
        </w:rPr>
        <w:t>若 x=28，则 3y=100-56=44，所以 y 不可能是整数。因此 y=28，从而 2x=100-84=16，所以 x=8。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written twice be x, and let the number written three times be y. Then 2x+3y=100.</w:t>
      </w:r>
    </w:p>
    <w:p>
      <w:pPr>
        <w:spacing w:before="0" w:after="80" w:line="300" w:lineRule="auto"/>
        <w:jc w:val="left"/>
      </w:pPr>
      <w:r>
        <w:rPr>
          <w:rFonts w:ascii="Times New Roman" w:hAnsi="Times New Roman" w:eastAsia="宋体"/>
          <w:b w:val="0"/>
          <w:i w:val="0"/>
          <w:color w:val="333333"/>
          <w:sz w:val="19"/>
        </w:rPr>
        <w:t>If x=28, then 3y=100-56=44, impossible for an integer y. Therefore y=28, and 2x=100-84=16, so x=8.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因为 1/3 &gt; 1/4 &gt; 1/5，所以 Beth 吃得比 Cyril 多，Cyril 吃得比 Alex 多。因此这三人的顺序已经确定。</w:t>
      </w:r>
    </w:p>
    <w:p>
      <w:pPr>
        <w:spacing w:before="0" w:after="80" w:line="300" w:lineRule="auto"/>
        <w:jc w:val="left"/>
      </w:pPr>
      <w:r>
        <w:rPr>
          <w:rFonts w:ascii="Times New Roman" w:hAnsi="Times New Roman" w:eastAsia="宋体"/>
          <w:b w:val="0"/>
          <w:i w:val="0"/>
          <w:sz w:val="21"/>
        </w:rPr>
        <w:t>Dan 吃了</w:t>
      </w:r>
    </w:p>
    <w:p>
      <w:pPr>
        <w:spacing w:before="0" w:after="80" w:line="300" w:lineRule="auto"/>
        <w:jc w:val="left"/>
      </w:pPr>
      <w:r>
        <w:rPr>
          <w:rFonts w:ascii="Times New Roman" w:hAnsi="Times New Roman" w:eastAsia="宋体"/>
          <w:b w:val="0"/>
          <w:i w:val="0"/>
          <w:sz w:val="21"/>
        </w:rPr>
        <w:t>1- 1/3 - 1/4 - 1/5 = 13/60。</w:t>
      </w:r>
    </w:p>
    <w:p>
      <w:pPr>
        <w:spacing w:before="0" w:after="80" w:line="300" w:lineRule="auto"/>
        <w:jc w:val="left"/>
      </w:pPr>
      <w:r>
        <w:rPr>
          <w:rFonts w:ascii="Times New Roman" w:hAnsi="Times New Roman" w:eastAsia="宋体"/>
          <w:b w:val="0"/>
          <w:i w:val="0"/>
          <w:sz w:val="21"/>
        </w:rPr>
        <w:t>这大于 1/5，小于 1/4 ，所以 Dan 排在 Cyril 和 Alex 之间，顺序为 Beth、Cyril、Dan、Alex。</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1/3 &gt; 1/4 &gt; 1/5, we know Beth ate more than Cyril and Cyril ate more than Alex. Thus, those three are in order.</w:t>
      </w:r>
    </w:p>
    <w:p>
      <w:pPr>
        <w:spacing w:before="0" w:after="80" w:line="300" w:lineRule="auto"/>
        <w:jc w:val="left"/>
      </w:pPr>
      <w:r>
        <w:rPr>
          <w:rFonts w:ascii="Times New Roman" w:hAnsi="Times New Roman" w:eastAsia="宋体"/>
          <w:b w:val="0"/>
          <w:i w:val="0"/>
          <w:color w:val="333333"/>
          <w:sz w:val="19"/>
        </w:rPr>
        <w:t>The amount Dan ate is</w:t>
      </w:r>
    </w:p>
    <w:p>
      <w:pPr>
        <w:spacing w:before="0" w:after="80" w:line="300" w:lineRule="auto"/>
        <w:jc w:val="left"/>
      </w:pPr>
      <w:r>
        <w:rPr>
          <w:rFonts w:ascii="Times New Roman" w:hAnsi="Times New Roman" w:eastAsia="宋体"/>
          <w:b w:val="0"/>
          <w:i w:val="0"/>
          <w:color w:val="333333"/>
          <w:sz w:val="19"/>
        </w:rPr>
        <w:t>1- 1/3 - 1/4 - 1/5 = 13/60.</w:t>
      </w:r>
    </w:p>
    <w:p>
      <w:pPr>
        <w:spacing w:before="0" w:after="80" w:line="300" w:lineRule="auto"/>
        <w:jc w:val="left"/>
      </w:pPr>
      <w:r>
        <w:rPr>
          <w:rFonts w:ascii="Times New Roman" w:hAnsi="Times New Roman" w:eastAsia="宋体"/>
          <w:b w:val="0"/>
          <w:i w:val="0"/>
          <w:color w:val="333333"/>
          <w:sz w:val="19"/>
        </w:rPr>
        <w:t>This is greater than 1/5 and less than 1/4, so Dan is in between Cyril and Alex. This makes the order Beth, Cyril, Dan, Alex.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Marta 是第 6 名，所以 Jack 是第 5 名。Jack 比 Todd 晚 2 个名次，所以 Todd 是第 3 名；Todd 比 Rand 晚 1 个名次，所以 Rand 是第 2 名。</w:t>
      </w:r>
    </w:p>
    <w:p>
      <w:pPr>
        <w:spacing w:before="0" w:after="80" w:line="300" w:lineRule="auto"/>
        <w:jc w:val="left"/>
      </w:pPr>
      <w:r>
        <w:rPr>
          <w:rFonts w:ascii="Times New Roman" w:hAnsi="Times New Roman" w:eastAsia="宋体"/>
          <w:b w:val="0"/>
          <w:i w:val="0"/>
          <w:sz w:val="21"/>
        </w:rPr>
        <w:t>Hikmet 比 Rand 晚 6 个名次，所以 Hikmet 是第 8 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Marta finished 6th, so Jack finished 5th. Since Jack finished 2 places behind Todd, Todd finished 3rd. Since Todd finished 1 place behind Rand, Rand finished 2nd.</w:t>
      </w:r>
    </w:p>
    <w:p>
      <w:pPr>
        <w:spacing w:before="0" w:after="80" w:line="300" w:lineRule="auto"/>
        <w:jc w:val="left"/>
      </w:pPr>
      <w:r>
        <w:rPr>
          <w:rFonts w:ascii="Times New Roman" w:hAnsi="Times New Roman" w:eastAsia="宋体"/>
          <w:b w:val="0"/>
          <w:i w:val="0"/>
          <w:color w:val="333333"/>
          <w:sz w:val="19"/>
        </w:rPr>
        <w:t>Hikmet finished 6 places behind Rand, so Hikmet finished 8th.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Marley 星期一打篮球，星期三打高尔夫。若星期二不跑步，则三天跑步只能安排在星期四到星期日之间，必然有连续两天跑步，所以星期二必须跑步。</w:t>
      </w:r>
    </w:p>
    <w:p>
      <w:pPr>
        <w:spacing w:before="0" w:after="80" w:line="300" w:lineRule="auto"/>
        <w:jc w:val="left"/>
      </w:pPr>
      <w:r>
        <w:rPr>
          <w:rFonts w:ascii="Times New Roman" w:hAnsi="Times New Roman" w:eastAsia="宋体"/>
          <w:b w:val="0"/>
          <w:i w:val="0"/>
          <w:sz w:val="21"/>
        </w:rPr>
        <w:t>从星期四到星期日，她必须安排两天跑步、一天游泳和一天打网球。打网球不能排在跑步或游泳的后一天，所以只能在星期四。剩下两天跑步必须是星期五和星期日，因此星期六游泳。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Marley plays basketball on Monday and golf on Wednesday. She cannot fit all three running days among Thursday, Friday, Saturday, and Sunday without having two consecutive running days, so Tuesday must be a running day.</w:t>
      </w:r>
    </w:p>
    <w:p>
      <w:pPr>
        <w:spacing w:before="0" w:after="80" w:line="300" w:lineRule="auto"/>
        <w:jc w:val="left"/>
      </w:pPr>
      <w:r>
        <w:rPr>
          <w:rFonts w:ascii="Times New Roman" w:hAnsi="Times New Roman" w:eastAsia="宋体"/>
          <w:b w:val="0"/>
          <w:i w:val="0"/>
          <w:color w:val="333333"/>
          <w:sz w:val="19"/>
        </w:rPr>
        <w:t>From Thursday through Sunday, she must run twice, swim once, and play tennis once. Tennis cannot be the day after running or swimming, so tennis must be Thursday. Then the two remaining running days must be Friday and Sunday, leaving Saturday for swimming.</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((1diamond2)diamond3)-(1diamond(2diamond3))</w:t>
      </w:r>
    </w:p>
    <w:p>
      <w:pPr>
        <w:spacing w:before="0" w:after="80" w:line="300" w:lineRule="auto"/>
        <w:jc w:val="left"/>
      </w:pPr>
      <w:r>
        <w:rPr>
          <w:rFonts w:ascii="Times New Roman" w:hAnsi="Times New Roman" w:eastAsia="宋体"/>
          <w:b w:val="0"/>
          <w:i w:val="0"/>
          <w:sz w:val="21"/>
        </w:rPr>
        <w:t>= (1/2- 1/3) - (1 diamond 5/3)</w:t>
      </w:r>
    </w:p>
    <w:p>
      <w:pPr>
        <w:spacing w:before="0" w:after="80" w:line="300" w:lineRule="auto"/>
        <w:jc w:val="left"/>
      </w:pPr>
      <w:r>
        <w:rPr>
          <w:rFonts w:ascii="Times New Roman" w:hAnsi="Times New Roman" w:eastAsia="宋体"/>
          <w:b w:val="0"/>
          <w:i w:val="0"/>
          <w:sz w:val="21"/>
        </w:rPr>
        <w:t>= (1/2 - 1/3) - (1-3/5)</w:t>
      </w:r>
    </w:p>
    <w:p>
      <w:pPr>
        <w:spacing w:before="0" w:after="80" w:line="300" w:lineRule="auto"/>
        <w:jc w:val="left"/>
      </w:pPr>
      <w:r>
        <w:rPr>
          <w:rFonts w:ascii="Times New Roman" w:hAnsi="Times New Roman" w:eastAsia="宋体"/>
          <w:b w:val="0"/>
          <w:i w:val="0"/>
          <w:sz w:val="21"/>
        </w:rPr>
        <w:t>= 1/6 - 2/5</w:t>
      </w:r>
    </w:p>
    <w:p>
      <w:pPr>
        <w:spacing w:before="0" w:after="80" w:line="300" w:lineRule="auto"/>
        <w:jc w:val="left"/>
      </w:pPr>
      <w:r>
        <w:rPr>
          <w:rFonts w:ascii="Times New Roman" w:hAnsi="Times New Roman" w:eastAsia="宋体"/>
          <w:b w:val="0"/>
          <w:i w:val="0"/>
          <w:sz w:val="21"/>
        </w:rPr>
        <w:t>= -7/30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((1diamond2)diamond3)-(1diamond(2diamond3))</w:t>
      </w:r>
    </w:p>
    <w:p>
      <w:pPr>
        <w:spacing w:before="0" w:after="80" w:line="300" w:lineRule="auto"/>
        <w:jc w:val="left"/>
      </w:pPr>
      <w:r>
        <w:rPr>
          <w:rFonts w:ascii="Times New Roman" w:hAnsi="Times New Roman" w:eastAsia="宋体"/>
          <w:b w:val="0"/>
          <w:i w:val="0"/>
          <w:color w:val="333333"/>
          <w:sz w:val="19"/>
        </w:rPr>
        <w:t>= (1/2- 1/3) - (1 diamond 5/3)</w:t>
      </w:r>
    </w:p>
    <w:p>
      <w:pPr>
        <w:spacing w:before="0" w:after="80" w:line="300" w:lineRule="auto"/>
        <w:jc w:val="left"/>
      </w:pPr>
      <w:r>
        <w:rPr>
          <w:rFonts w:ascii="Times New Roman" w:hAnsi="Times New Roman" w:eastAsia="宋体"/>
          <w:b w:val="0"/>
          <w:i w:val="0"/>
          <w:color w:val="333333"/>
          <w:sz w:val="19"/>
        </w:rPr>
        <w:t>= (1/2 - 1/3) - (1-3/5)</w:t>
      </w:r>
    </w:p>
    <w:p>
      <w:pPr>
        <w:spacing w:before="0" w:after="80" w:line="300" w:lineRule="auto"/>
        <w:jc w:val="left"/>
      </w:pPr>
      <w:r>
        <w:rPr>
          <w:rFonts w:ascii="Times New Roman" w:hAnsi="Times New Roman" w:eastAsia="宋体"/>
          <w:b w:val="0"/>
          <w:i w:val="0"/>
          <w:color w:val="333333"/>
          <w:sz w:val="19"/>
        </w:rPr>
        <w:t>= 1/6 - 2/5</w:t>
      </w:r>
    </w:p>
    <w:p>
      <w:pPr>
        <w:spacing w:before="0" w:after="80" w:line="300" w:lineRule="auto"/>
        <w:jc w:val="left"/>
      </w:pPr>
      <w:r>
        <w:rPr>
          <w:rFonts w:ascii="Times New Roman" w:hAnsi="Times New Roman" w:eastAsia="宋体"/>
          <w:b w:val="0"/>
          <w:i w:val="0"/>
          <w:color w:val="333333"/>
          <w:sz w:val="19"/>
        </w:rPr>
        <w:t>= -7/30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第一次旋转把字母 F 移到 x 轴下方。</w:t>
      </w:r>
    </w:p>
    <w:p>
      <w:pPr>
        <w:spacing w:before="0" w:after="80" w:line="300" w:lineRule="auto"/>
        <w:jc w:val="left"/>
      </w:pPr>
      <w:r>
        <w:rPr>
          <w:rFonts w:ascii="Times New Roman" w:hAnsi="Times New Roman" w:eastAsia="宋体"/>
          <w:b w:val="0"/>
          <w:i w:val="0"/>
          <w:sz w:val="21"/>
        </w:rPr>
        <w:t>旋转半圈等价于依次关于两条坐标轴反射，因此最后的半圈旋转抵消了前面关于 y 轴的反射，只留下关于 x 轴的反射。</w:t>
      </w:r>
    </w:p>
    <w:p>
      <w:pPr>
        <w:spacing w:before="0" w:after="80" w:line="300" w:lineRule="auto"/>
        <w:jc w:val="left"/>
      </w:pPr>
      <w:r>
        <w:rPr>
          <w:rFonts w:ascii="Times New Roman" w:hAnsi="Times New Roman" w:eastAsia="宋体"/>
          <w:b w:val="0"/>
          <w:i w:val="0"/>
          <w:sz w:val="21"/>
        </w:rPr>
        <w:t>把旋转后的图形关于 x 轴反射，就得到选项 E。</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rotation puts the F below the x-axis.</w:t>
      </w:r>
    </w:p>
    <w:p>
      <w:pPr>
        <w:spacing w:before="0" w:after="80" w:line="300" w:lineRule="auto"/>
        <w:jc w:val="left"/>
      </w:pPr>
      <w:r>
        <w:rPr>
          <w:rFonts w:ascii="Times New Roman" w:hAnsi="Times New Roman" w:eastAsia="宋体"/>
          <w:b w:val="0"/>
          <w:i w:val="0"/>
          <w:color w:val="333333"/>
          <w:sz w:val="19"/>
        </w:rPr>
        <w:t>A half turn is equivalent to reflecting in both coordinate axes. Therefore the final half turn cancels the preceding reflection in the y-axis and leaves a reflection in the x-axis.</w:t>
      </w:r>
    </w:p>
    <w:p>
      <w:pPr>
        <w:spacing w:before="0" w:after="80" w:line="300" w:lineRule="auto"/>
        <w:jc w:val="left"/>
      </w:pPr>
      <w:r>
        <w:rPr>
          <w:rFonts w:ascii="Times New Roman" w:hAnsi="Times New Roman" w:eastAsia="宋体"/>
          <w:b w:val="0"/>
          <w:i w:val="0"/>
          <w:color w:val="333333"/>
          <w:sz w:val="19"/>
        </w:rPr>
        <w:t>Reflecting the rotated figure in the x-axis produces choice 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外边界是半径为 3 的四分之一圆，所以面积为 1/4π·3²=9π/4。</w:t>
      </w:r>
    </w:p>
    <w:p>
      <w:pPr>
        <w:spacing w:before="0" w:after="80" w:line="300" w:lineRule="auto"/>
        <w:jc w:val="left"/>
      </w:pPr>
      <w:r>
        <w:rPr>
          <w:rFonts w:ascii="Times New Roman" w:hAnsi="Times New Roman" w:eastAsia="宋体"/>
          <w:b w:val="0"/>
          <w:i w:val="0"/>
          <w:sz w:val="21"/>
        </w:rPr>
        <w:t>内边界是半径为 3/2 的圆的右半部分，所以面积为 1/2π(3/2)²=9π/8。</w:t>
      </w:r>
    </w:p>
    <w:p>
      <w:pPr>
        <w:spacing w:before="0" w:after="80" w:line="300" w:lineRule="auto"/>
        <w:jc w:val="left"/>
      </w:pPr>
      <w:r>
        <w:rPr>
          <w:rFonts w:ascii="Times New Roman" w:hAnsi="Times New Roman" w:eastAsia="宋体"/>
          <w:b w:val="0"/>
          <w:i w:val="0"/>
          <w:sz w:val="21"/>
        </w:rPr>
        <w:t>阴影面积就是二者之差，9π/4-9π/8=9π/8。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larger boundary is a quarter circle of radius 3, so its area is 1/4π·3²=9π/4.</w:t>
      </w:r>
    </w:p>
    <w:p>
      <w:pPr>
        <w:spacing w:before="0" w:after="80" w:line="300" w:lineRule="auto"/>
        <w:jc w:val="left"/>
      </w:pPr>
      <w:r>
        <w:rPr>
          <w:rFonts w:ascii="Times New Roman" w:hAnsi="Times New Roman" w:eastAsia="宋体"/>
          <w:b w:val="0"/>
          <w:i w:val="0"/>
          <w:color w:val="333333"/>
          <w:sz w:val="19"/>
        </w:rPr>
        <w:t>The inner boundary is the right half of a circle of radius 3/2, so its area is 1/2π(3/2)²=9π/8.</w:t>
      </w:r>
    </w:p>
    <w:p>
      <w:pPr>
        <w:spacing w:before="0" w:after="80" w:line="300" w:lineRule="auto"/>
        <w:jc w:val="left"/>
      </w:pPr>
      <w:r>
        <w:rPr>
          <w:rFonts w:ascii="Times New Roman" w:hAnsi="Times New Roman" w:eastAsia="宋体"/>
          <w:b w:val="0"/>
          <w:i w:val="0"/>
          <w:color w:val="333333"/>
          <w:sz w:val="19"/>
        </w:rPr>
        <w:t>The shaded area is the difference, 9π/4-9π/8=9π/8.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大于 -2015 的负奇整数共有 1007 个。</w:t>
      </w:r>
    </w:p>
    <w:p>
      <w:pPr>
        <w:spacing w:before="0" w:after="80" w:line="300" w:lineRule="auto"/>
        <w:jc w:val="left"/>
      </w:pPr>
      <w:r>
        <w:rPr>
          <w:rFonts w:ascii="Times New Roman" w:hAnsi="Times New Roman" w:eastAsia="宋体"/>
          <w:b w:val="0"/>
          <w:i w:val="0"/>
          <w:sz w:val="21"/>
        </w:rPr>
        <w:t>负因子个数为奇数，所以乘积为负。</w:t>
      </w:r>
    </w:p>
    <w:p>
      <w:pPr>
        <w:spacing w:before="0" w:after="80" w:line="300" w:lineRule="auto"/>
        <w:jc w:val="left"/>
      </w:pPr>
      <w:r>
        <w:rPr>
          <w:rFonts w:ascii="Times New Roman" w:hAnsi="Times New Roman" w:eastAsia="宋体"/>
          <w:b w:val="0"/>
          <w:i w:val="0"/>
          <w:sz w:val="21"/>
        </w:rPr>
        <w:t>乘积包含因子 -5，所以是 5 的倍数，个位只能是 5 或 0。</w:t>
      </w:r>
    </w:p>
    <w:p>
      <w:pPr>
        <w:spacing w:before="0" w:after="80" w:line="300" w:lineRule="auto"/>
        <w:jc w:val="left"/>
      </w:pPr>
      <w:r>
        <w:rPr>
          <w:rFonts w:ascii="Times New Roman" w:hAnsi="Times New Roman" w:eastAsia="宋体"/>
          <w:b w:val="0"/>
          <w:i w:val="0"/>
          <w:sz w:val="21"/>
        </w:rPr>
        <w:t>又因为所有因子都是奇数，所以乘积不可能是偶数，个位不能为零，只能为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1007 odd numbers greater than -2015.</w:t>
      </w:r>
    </w:p>
    <w:p>
      <w:pPr>
        <w:spacing w:before="0" w:after="80" w:line="300" w:lineRule="auto"/>
        <w:jc w:val="left"/>
      </w:pPr>
      <w:r>
        <w:rPr>
          <w:rFonts w:ascii="Times New Roman" w:hAnsi="Times New Roman" w:eastAsia="宋体"/>
          <w:b w:val="0"/>
          <w:i w:val="0"/>
          <w:color w:val="333333"/>
          <w:sz w:val="19"/>
        </w:rPr>
        <w:t>Our product is of an odd number of negative numbers, so the result is negative.</w:t>
      </w:r>
    </w:p>
    <w:p>
      <w:pPr>
        <w:spacing w:before="0" w:after="80" w:line="300" w:lineRule="auto"/>
        <w:jc w:val="left"/>
      </w:pPr>
      <w:r>
        <w:rPr>
          <w:rFonts w:ascii="Times New Roman" w:hAnsi="Times New Roman" w:eastAsia="宋体"/>
          <w:b w:val="0"/>
          <w:i w:val="0"/>
          <w:color w:val="333333"/>
          <w:sz w:val="19"/>
        </w:rPr>
        <w:t>Also, we multiply by -5 in there, so the product is a multiple of 5, making it end in 5 or 0. None of our factors are even, so the product can’t be even.</w:t>
      </w:r>
    </w:p>
    <w:p>
      <w:pPr>
        <w:spacing w:before="0" w:after="80" w:line="300" w:lineRule="auto"/>
        <w:jc w:val="left"/>
      </w:pPr>
      <w:r>
        <w:rPr>
          <w:rFonts w:ascii="Times New Roman" w:hAnsi="Times New Roman" w:eastAsia="宋体"/>
          <w:b w:val="0"/>
          <w:i w:val="0"/>
          <w:color w:val="333333"/>
          <w:sz w:val="19"/>
        </w:rPr>
        <w:t>Therefore, the product must end in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可用数字为 2,3,5,7。一位数有 4 个，两位数有 4²=16 个，共 20 个选择。</w:t>
      </w:r>
    </w:p>
    <w:p>
      <w:pPr>
        <w:spacing w:before="0" w:after="80" w:line="300" w:lineRule="auto"/>
        <w:jc w:val="left"/>
      </w:pPr>
      <w:r>
        <w:rPr>
          <w:rFonts w:ascii="Times New Roman" w:hAnsi="Times New Roman" w:eastAsia="宋体"/>
          <w:b w:val="0"/>
          <w:i w:val="0"/>
          <w:sz w:val="21"/>
        </w:rPr>
        <w:t>所有 4 个一位选择都是质数。两位质数不能以 2 或 5 结尾，所以检查以 3 和 7 结尾的情况，得到两位质数 23,37,53,73。</w:t>
      </w:r>
    </w:p>
    <w:p>
      <w:pPr>
        <w:spacing w:before="0" w:after="80" w:line="300" w:lineRule="auto"/>
        <w:jc w:val="left"/>
      </w:pPr>
      <w:r>
        <w:rPr>
          <w:rFonts w:ascii="Times New Roman" w:hAnsi="Times New Roman" w:eastAsia="宋体"/>
          <w:b w:val="0"/>
          <w:i w:val="0"/>
          <w:sz w:val="21"/>
        </w:rPr>
        <w:t>因此共有 8 个质数；总选择数为 20，所以概率为 8/20=2/5。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available digits are 2,3,5,7. There are 4 one-digit numbers and 4²=16 two-digit numbers, for 20 total choices.</w:t>
      </w:r>
    </w:p>
    <w:p>
      <w:pPr>
        <w:spacing w:before="0" w:after="80" w:line="300" w:lineRule="auto"/>
        <w:jc w:val="left"/>
      </w:pPr>
      <w:r>
        <w:rPr>
          <w:rFonts w:ascii="Times New Roman" w:hAnsi="Times New Roman" w:eastAsia="宋体"/>
          <w:b w:val="0"/>
          <w:i w:val="0"/>
          <w:color w:val="333333"/>
          <w:sz w:val="19"/>
        </w:rPr>
        <w:t>All 4 one-digit choices are prime. A two-digit prime cannot end in 2 or 5, so checking endings 3 and 7 gives the two-digit primes 23,37,53,73.</w:t>
      </w:r>
    </w:p>
    <w:p>
      <w:pPr>
        <w:spacing w:before="0" w:after="80" w:line="300" w:lineRule="auto"/>
        <w:jc w:val="left"/>
      </w:pPr>
      <w:r>
        <w:rPr>
          <w:rFonts w:ascii="Times New Roman" w:hAnsi="Times New Roman" w:eastAsia="宋体"/>
          <w:b w:val="0"/>
          <w:i w:val="0"/>
          <w:color w:val="333333"/>
          <w:sz w:val="19"/>
        </w:rPr>
        <w:t>Thus 8 of the 20 choices are prime, and the probability is 8/20=2/5.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点 (x,-x) 到 (5,5) 的距离平方为</w:t>
      </w:r>
    </w:p>
    <w:p>
      <w:pPr>
        <w:spacing w:before="0" w:after="80" w:line="300" w:lineRule="auto"/>
        <w:jc w:val="left"/>
      </w:pPr>
      <w:r>
        <w:rPr>
          <w:rFonts w:ascii="Times New Roman" w:hAnsi="Times New Roman" w:eastAsia="宋体"/>
          <w:b w:val="0"/>
          <w:i w:val="0"/>
          <w:sz w:val="21"/>
        </w:rPr>
        <w:t>(x-5)²+(-x-5)²</w:t>
      </w:r>
    </w:p>
    <w:p>
      <w:pPr>
        <w:spacing w:before="0" w:after="80" w:line="300" w:lineRule="auto"/>
        <w:jc w:val="left"/>
      </w:pPr>
      <w:r>
        <w:rPr>
          <w:rFonts w:ascii="Times New Roman" w:hAnsi="Times New Roman" w:eastAsia="宋体"/>
          <w:b w:val="0"/>
          <w:i w:val="0"/>
          <w:sz w:val="21"/>
        </w:rPr>
        <w:t>= 2x²+50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 2x²+50≤100 得 x²≤25，所以 -5≤ x≤5，共有 11 个整数。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squared distance from (x,-x) to (5,5) is</w:t>
      </w:r>
    </w:p>
    <w:p>
      <w:pPr>
        <w:spacing w:before="0" w:after="80" w:line="300" w:lineRule="auto"/>
        <w:jc w:val="left"/>
      </w:pPr>
      <w:r>
        <w:rPr>
          <w:rFonts w:ascii="Times New Roman" w:hAnsi="Times New Roman" w:eastAsia="宋体"/>
          <w:b w:val="0"/>
          <w:i w:val="0"/>
          <w:color w:val="333333"/>
          <w:sz w:val="19"/>
        </w:rPr>
        <w:t>(x-5)²+(-x-5)²</w:t>
      </w:r>
    </w:p>
    <w:p>
      <w:pPr>
        <w:spacing w:before="0" w:after="80" w:line="300" w:lineRule="auto"/>
        <w:jc w:val="left"/>
      </w:pPr>
      <w:r>
        <w:rPr>
          <w:rFonts w:ascii="Times New Roman" w:hAnsi="Times New Roman" w:eastAsia="宋体"/>
          <w:b w:val="0"/>
          <w:i w:val="0"/>
          <w:color w:val="333333"/>
          <w:sz w:val="19"/>
        </w:rPr>
        <w:t>= 2x²+50.</w:t>
      </w:r>
    </w:p>
    <w:p>
      <w:pPr>
        <w:spacing w:before="0" w:after="80" w:line="300" w:lineRule="auto"/>
        <w:jc w:val="left"/>
      </w:pPr>
      <w:r>
        <w:rPr>
          <w:rFonts w:ascii="Times New Roman" w:hAnsi="Times New Roman" w:eastAsia="宋体"/>
          <w:b w:val="0"/>
          <w:i w:val="0"/>
          <w:color w:val="333333"/>
          <w:sz w:val="19"/>
        </w:rPr>
        <w:t>Being inside or on the circle means 2x²+50≤100, so x²≤25. Thus -5≤ x≤5, giving 11 integer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这个三角形是直角三角形，两条直角边为 12 和 5，因此斜边为 13。</w:t>
      </w:r>
    </w:p>
    <w:p>
      <w:pPr>
        <w:spacing w:before="0" w:after="80" w:line="300" w:lineRule="auto"/>
        <w:jc w:val="left"/>
      </w:pPr>
      <w:r>
        <w:rPr>
          <w:rFonts w:ascii="Times New Roman" w:hAnsi="Times New Roman" w:eastAsia="宋体"/>
          <w:b w:val="0"/>
          <w:i w:val="0"/>
          <w:sz w:val="21"/>
        </w:rPr>
        <w:t>两条直角边对应的高分别为 5 和 12。用面积公式 A = bh/2，其中 b 是底、h 是高。</w:t>
      </w:r>
    </w:p>
    <w:p>
      <w:pPr>
        <w:spacing w:before="0" w:after="80" w:line="300" w:lineRule="auto"/>
        <w:jc w:val="left"/>
      </w:pPr>
      <w:r>
        <w:rPr>
          <w:rFonts w:ascii="Times New Roman" w:hAnsi="Times New Roman" w:eastAsia="宋体"/>
          <w:b w:val="0"/>
          <w:i w:val="0"/>
          <w:sz w:val="21"/>
        </w:rPr>
        <w:t>三角形面积为 (12· 5)/2 = 30，设斜边上的高为 h，则 30 = 13h/2，所以这条高为 60/13。</w:t>
      </w:r>
    </w:p>
    <w:p>
      <w:pPr>
        <w:spacing w:before="0" w:after="80" w:line="300" w:lineRule="auto"/>
        <w:jc w:val="left"/>
      </w:pPr>
      <w:r>
        <w:rPr>
          <w:rFonts w:ascii="Times New Roman" w:hAnsi="Times New Roman" w:eastAsia="宋体"/>
          <w:b w:val="0"/>
          <w:i w:val="0"/>
          <w:sz w:val="21"/>
        </w:rPr>
        <w:t>三条高之和为</w:t>
      </w:r>
    </w:p>
    <w:p>
      <w:pPr>
        <w:spacing w:before="0" w:after="80" w:line="300" w:lineRule="auto"/>
        <w:jc w:val="left"/>
      </w:pPr>
      <w:r>
        <w:rPr>
          <w:rFonts w:ascii="Times New Roman" w:hAnsi="Times New Roman" w:eastAsia="宋体"/>
          <w:b w:val="0"/>
          <w:i w:val="0"/>
          <w:sz w:val="21"/>
        </w:rPr>
        <w:t>12+5+60/13 = 281/13。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 is a right triangle with legs of 12 and 5. This makes the hypotenuse 13.</w:t>
      </w:r>
    </w:p>
    <w:p>
      <w:pPr>
        <w:spacing w:before="0" w:after="80" w:line="300" w:lineRule="auto"/>
        <w:jc w:val="left"/>
      </w:pPr>
      <w:r>
        <w:rPr>
          <w:rFonts w:ascii="Times New Roman" w:hAnsi="Times New Roman" w:eastAsia="宋体"/>
          <w:b w:val="0"/>
          <w:i w:val="0"/>
          <w:color w:val="333333"/>
          <w:sz w:val="19"/>
        </w:rPr>
        <w:t>Two of the altitudes are then 12 and 5. Also, for any side, A = bh/2 where b is the base and h is the altitude.</w:t>
      </w:r>
    </w:p>
    <w:p>
      <w:pPr>
        <w:spacing w:before="0" w:after="80" w:line="300" w:lineRule="auto"/>
        <w:jc w:val="left"/>
      </w:pPr>
      <w:r>
        <w:rPr>
          <w:rFonts w:ascii="Times New Roman" w:hAnsi="Times New Roman" w:eastAsia="宋体"/>
          <w:b w:val="0"/>
          <w:i w:val="0"/>
          <w:color w:val="333333"/>
          <w:sz w:val="19"/>
        </w:rPr>
        <w:t>The area is (12· 5)/2 = 30, so the other altitude h can be found with 30 = 13h/2. Thus, this altitude is 60/13.</w:t>
      </w:r>
    </w:p>
    <w:p>
      <w:pPr>
        <w:spacing w:before="0" w:after="80" w:line="300" w:lineRule="auto"/>
        <w:jc w:val="left"/>
      </w:pPr>
      <w:r>
        <w:rPr>
          <w:rFonts w:ascii="Times New Roman" w:hAnsi="Times New Roman" w:eastAsia="宋体"/>
          <w:b w:val="0"/>
          <w:i w:val="0"/>
          <w:color w:val="333333"/>
          <w:sz w:val="19"/>
        </w:rPr>
        <w:t>Therefore, the sum is</w:t>
      </w:r>
    </w:p>
    <w:p>
      <w:pPr>
        <w:spacing w:before="0" w:after="80" w:line="300" w:lineRule="auto"/>
        <w:jc w:val="left"/>
      </w:pPr>
      <w:r>
        <w:rPr>
          <w:rFonts w:ascii="Times New Roman" w:hAnsi="Times New Roman" w:eastAsia="宋体"/>
          <w:b w:val="0"/>
          <w:i w:val="0"/>
          <w:color w:val="333333"/>
          <w:sz w:val="19"/>
        </w:rPr>
        <w:t>12+5+60/13 = 281/13.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将左边因式分解，得到</w:t>
      </w:r>
    </w:p>
    <w:p>
      <w:pPr>
        <w:spacing w:before="0" w:after="80" w:line="300" w:lineRule="auto"/>
        <w:jc w:val="left"/>
      </w:pPr>
      <w:r>
        <w:rPr>
          <w:rFonts w:ascii="Times New Roman" w:hAnsi="Times New Roman" w:eastAsia="宋体"/>
          <w:b w:val="0"/>
          <w:i w:val="0"/>
          <w:sz w:val="21"/>
        </w:rPr>
        <w:t>(x-b)(2x-a-c)=0。</w:t>
      </w:r>
    </w:p>
    <w:p>
      <w:pPr>
        <w:spacing w:before="0" w:after="80" w:line="300" w:lineRule="auto"/>
        <w:jc w:val="left"/>
      </w:pPr>
      <w:r>
        <w:rPr>
          <w:rFonts w:ascii="Times New Roman" w:hAnsi="Times New Roman" w:eastAsia="宋体"/>
          <w:b w:val="0"/>
          <w:i w:val="0"/>
          <w:sz w:val="21"/>
        </w:rPr>
        <w:t>因此两根是 b 和 a+c/2，根之和为</w:t>
      </w:r>
    </w:p>
    <w:p>
      <w:pPr>
        <w:spacing w:before="0" w:after="80" w:line="300" w:lineRule="auto"/>
        <w:jc w:val="left"/>
      </w:pPr>
      <w:r>
        <w:rPr>
          <w:rFonts w:ascii="Times New Roman" w:hAnsi="Times New Roman" w:eastAsia="宋体"/>
          <w:b w:val="0"/>
          <w:i w:val="0"/>
          <w:sz w:val="21"/>
        </w:rPr>
        <w:t>b+a+c/2。</w:t>
      </w:r>
    </w:p>
    <w:p>
      <w:pPr>
        <w:spacing w:before="0" w:after="80" w:line="300" w:lineRule="auto"/>
        <w:jc w:val="left"/>
      </w:pPr>
      <w:r>
        <w:rPr>
          <w:rFonts w:ascii="Times New Roman" w:hAnsi="Times New Roman" w:eastAsia="宋体"/>
          <w:b w:val="0"/>
          <w:i w:val="0"/>
          <w:sz w:val="21"/>
        </w:rPr>
        <w:t>在这个和中，b 的系数是 a 或 c 的系数的两倍，所以把最大的数字赋给 b。接下来两个最大的不同数字应赋给 a 和 c。</w:t>
      </w:r>
    </w:p>
    <w:p>
      <w:pPr>
        <w:spacing w:before="0" w:after="80" w:line="300" w:lineRule="auto"/>
        <w:jc w:val="left"/>
      </w:pPr>
      <w:r>
        <w:rPr>
          <w:rFonts w:ascii="Times New Roman" w:hAnsi="Times New Roman" w:eastAsia="宋体"/>
          <w:b w:val="0"/>
          <w:i w:val="0"/>
          <w:sz w:val="21"/>
        </w:rPr>
        <w:t>取 b=9、{a,c}={7,8}，得到</w:t>
      </w:r>
    </w:p>
    <w:p>
      <w:pPr>
        <w:spacing w:before="0" w:after="80" w:line="300" w:lineRule="auto"/>
        <w:jc w:val="left"/>
      </w:pPr>
      <w:r>
        <w:rPr>
          <w:rFonts w:ascii="Times New Roman" w:hAnsi="Times New Roman" w:eastAsia="宋体"/>
          <w:b w:val="0"/>
          <w:i w:val="0"/>
          <w:sz w:val="21"/>
        </w:rPr>
        <w:t>9+7+8/2=16.5。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the left-hand side gives</w:t>
      </w:r>
    </w:p>
    <w:p>
      <w:pPr>
        <w:spacing w:before="0" w:after="80" w:line="300" w:lineRule="auto"/>
        <w:jc w:val="left"/>
      </w:pPr>
      <w:r>
        <w:rPr>
          <w:rFonts w:ascii="Times New Roman" w:hAnsi="Times New Roman" w:eastAsia="宋体"/>
          <w:b w:val="0"/>
          <w:i w:val="0"/>
          <w:color w:val="333333"/>
          <w:sz w:val="19"/>
        </w:rPr>
        <w:t>(x-b)(2x-a-c)=0.</w:t>
      </w:r>
    </w:p>
    <w:p>
      <w:pPr>
        <w:spacing w:before="0" w:after="80" w:line="300" w:lineRule="auto"/>
        <w:jc w:val="left"/>
      </w:pPr>
      <w:r>
        <w:rPr>
          <w:rFonts w:ascii="Times New Roman" w:hAnsi="Times New Roman" w:eastAsia="宋体"/>
          <w:b w:val="0"/>
          <w:i w:val="0"/>
          <w:color w:val="333333"/>
          <w:sz w:val="19"/>
        </w:rPr>
        <w:t>Thus the roots are b and a+c/2, whose sum is</w:t>
      </w:r>
    </w:p>
    <w:p>
      <w:pPr>
        <w:spacing w:before="0" w:after="80" w:line="300" w:lineRule="auto"/>
        <w:jc w:val="left"/>
      </w:pPr>
      <w:r>
        <w:rPr>
          <w:rFonts w:ascii="Times New Roman" w:hAnsi="Times New Roman" w:eastAsia="宋体"/>
          <w:b w:val="0"/>
          <w:i w:val="0"/>
          <w:color w:val="333333"/>
          <w:sz w:val="19"/>
        </w:rPr>
        <w:t>b+a+c/2.</w:t>
      </w:r>
    </w:p>
    <w:p>
      <w:pPr>
        <w:spacing w:before="0" w:after="80" w:line="300" w:lineRule="auto"/>
        <w:jc w:val="left"/>
      </w:pPr>
      <w:r>
        <w:rPr>
          <w:rFonts w:ascii="Times New Roman" w:hAnsi="Times New Roman" w:eastAsia="宋体"/>
          <w:b w:val="0"/>
          <w:i w:val="0"/>
          <w:color w:val="333333"/>
          <w:sz w:val="19"/>
        </w:rPr>
        <w:t>The coefficient of b in this sum is twice the coefficient of either a or c, so assign the largest digit to b. The next two largest distinct digits should be a and c.</w:t>
      </w:r>
    </w:p>
    <w:p>
      <w:pPr>
        <w:spacing w:before="0" w:after="80" w:line="300" w:lineRule="auto"/>
        <w:jc w:val="left"/>
      </w:pPr>
      <w:r>
        <w:rPr>
          <w:rFonts w:ascii="Times New Roman" w:hAnsi="Times New Roman" w:eastAsia="宋体"/>
          <w:b w:val="0"/>
          <w:i w:val="0"/>
          <w:color w:val="333333"/>
          <w:sz w:val="19"/>
        </w:rPr>
        <w:t>Taking b=9 and {a,c}={7,8} gives</w:t>
      </w:r>
    </w:p>
    <w:p>
      <w:pPr>
        <w:spacing w:before="0" w:after="80" w:line="300" w:lineRule="auto"/>
        <w:jc w:val="left"/>
      </w:pPr>
      <w:r>
        <w:rPr>
          <w:rFonts w:ascii="Times New Roman" w:hAnsi="Times New Roman" w:eastAsia="宋体"/>
          <w:b w:val="0"/>
          <w:i w:val="0"/>
          <w:color w:val="333333"/>
          <w:sz w:val="19"/>
        </w:rPr>
        <w:t>9+7+8/2=16.5.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若有 h 匹马和 c 头牛，则有 3h 个人、9h 只鸭和 4c 只羊，总数为 13h+5c。</w:t>
      </w:r>
    </w:p>
    <w:p>
      <w:pPr>
        <w:spacing w:before="0" w:after="80" w:line="300" w:lineRule="auto"/>
        <w:jc w:val="left"/>
      </w:pPr>
      <w:r>
        <w:rPr>
          <w:rFonts w:ascii="Times New Roman" w:hAnsi="Times New Roman" w:eastAsia="宋体"/>
          <w:b w:val="0"/>
          <w:i w:val="0"/>
          <w:sz w:val="21"/>
        </w:rPr>
        <w:t>除 47 外，其余选项都可表示为所需形式：</w:t>
      </w:r>
    </w:p>
    <w:p>
      <w:pPr>
        <w:spacing w:before="0" w:after="80" w:line="300" w:lineRule="auto"/>
        <w:jc w:val="left"/>
      </w:pPr>
      <w:r>
        <w:rPr>
          <w:rFonts w:ascii="Times New Roman" w:hAnsi="Times New Roman" w:eastAsia="宋体"/>
          <w:b w:val="0"/>
          <w:i w:val="0"/>
          <w:sz w:val="21"/>
        </w:rPr>
        <w:t>41=13·2+5·3,</w:t>
      </w:r>
    </w:p>
    <w:p>
      <w:pPr>
        <w:spacing w:before="0" w:after="80" w:line="300" w:lineRule="auto"/>
        <w:jc w:val="left"/>
      </w:pPr>
      <w:r>
        <w:rPr>
          <w:rFonts w:ascii="Times New Roman" w:hAnsi="Times New Roman" w:eastAsia="宋体"/>
          <w:b w:val="0"/>
          <w:i w:val="0"/>
          <w:sz w:val="21"/>
        </w:rPr>
        <w:t>59=13·3+5·4,</w:t>
      </w:r>
    </w:p>
    <w:p>
      <w:pPr>
        <w:spacing w:before="0" w:after="80" w:line="300" w:lineRule="auto"/>
        <w:jc w:val="left"/>
      </w:pPr>
      <w:r>
        <w:rPr>
          <w:rFonts w:ascii="Times New Roman" w:hAnsi="Times New Roman" w:eastAsia="宋体"/>
          <w:b w:val="0"/>
          <w:i w:val="0"/>
          <w:sz w:val="21"/>
        </w:rPr>
        <w:t>61=13·2+5·7,</w:t>
      </w:r>
    </w:p>
    <w:p>
      <w:pPr>
        <w:spacing w:before="0" w:after="80" w:line="300" w:lineRule="auto"/>
        <w:jc w:val="left"/>
      </w:pPr>
      <w:r>
        <w:rPr>
          <w:rFonts w:ascii="Times New Roman" w:hAnsi="Times New Roman" w:eastAsia="宋体"/>
          <w:b w:val="0"/>
          <w:i w:val="0"/>
          <w:sz w:val="21"/>
        </w:rPr>
        <w:t>66=13·2+5·8。</w:t>
      </w:r>
    </w:p>
    <w:p>
      <w:pPr>
        <w:spacing w:before="0" w:after="80" w:line="300" w:lineRule="auto"/>
        <w:jc w:val="left"/>
      </w:pPr>
      <w:r>
        <w:rPr>
          <w:rFonts w:ascii="Times New Roman" w:hAnsi="Times New Roman" w:eastAsia="宋体"/>
          <w:b w:val="0"/>
          <w:i w:val="0"/>
          <w:sz w:val="21"/>
        </w:rPr>
        <w:t>对 47，减去 0,13,26,39 后分别得到 47,34,21,8，没有一个是 5 的倍数。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there are h horses and c cows, then there are 3h people, 9h ducks, and 4c sheep. The total is therefore 13h+5c.</w:t>
      </w:r>
    </w:p>
    <w:p>
      <w:pPr>
        <w:spacing w:before="0" w:after="80" w:line="300" w:lineRule="auto"/>
        <w:jc w:val="left"/>
      </w:pPr>
      <w:r>
        <w:rPr>
          <w:rFonts w:ascii="Times New Roman" w:hAnsi="Times New Roman" w:eastAsia="宋体"/>
          <w:b w:val="0"/>
          <w:i w:val="0"/>
          <w:color w:val="333333"/>
          <w:sz w:val="19"/>
        </w:rPr>
        <w:t>The listed values except 47 can be written in that form:</w:t>
      </w:r>
    </w:p>
    <w:p>
      <w:pPr>
        <w:spacing w:before="0" w:after="80" w:line="300" w:lineRule="auto"/>
        <w:jc w:val="left"/>
      </w:pPr>
      <w:r>
        <w:rPr>
          <w:rFonts w:ascii="Times New Roman" w:hAnsi="Times New Roman" w:eastAsia="宋体"/>
          <w:b w:val="0"/>
          <w:i w:val="0"/>
          <w:color w:val="333333"/>
          <w:sz w:val="19"/>
        </w:rPr>
        <w:t>41=13·2+5·3,</w:t>
      </w:r>
    </w:p>
    <w:p>
      <w:pPr>
        <w:spacing w:before="0" w:after="80" w:line="300" w:lineRule="auto"/>
        <w:jc w:val="left"/>
      </w:pPr>
      <w:r>
        <w:rPr>
          <w:rFonts w:ascii="Times New Roman" w:hAnsi="Times New Roman" w:eastAsia="宋体"/>
          <w:b w:val="0"/>
          <w:i w:val="0"/>
          <w:color w:val="333333"/>
          <w:sz w:val="19"/>
        </w:rPr>
        <w:t>59=13·3+5·4,</w:t>
      </w:r>
    </w:p>
    <w:p>
      <w:pPr>
        <w:spacing w:before="0" w:after="80" w:line="300" w:lineRule="auto"/>
        <w:jc w:val="left"/>
      </w:pPr>
      <w:r>
        <w:rPr>
          <w:rFonts w:ascii="Times New Roman" w:hAnsi="Times New Roman" w:eastAsia="宋体"/>
          <w:b w:val="0"/>
          <w:i w:val="0"/>
          <w:color w:val="333333"/>
          <w:sz w:val="19"/>
        </w:rPr>
        <w:t>61=13·2+5·7,</w:t>
      </w:r>
    </w:p>
    <w:p>
      <w:pPr>
        <w:spacing w:before="0" w:after="80" w:line="300" w:lineRule="auto"/>
        <w:jc w:val="left"/>
      </w:pPr>
      <w:r>
        <w:rPr>
          <w:rFonts w:ascii="Times New Roman" w:hAnsi="Times New Roman" w:eastAsia="宋体"/>
          <w:b w:val="0"/>
          <w:i w:val="0"/>
          <w:color w:val="333333"/>
          <w:sz w:val="19"/>
        </w:rPr>
        <w:t>66=13·2+5·8.</w:t>
      </w:r>
    </w:p>
    <w:p>
      <w:pPr>
        <w:spacing w:before="0" w:after="80" w:line="300" w:lineRule="auto"/>
        <w:jc w:val="left"/>
      </w:pPr>
      <w:r>
        <w:rPr>
          <w:rFonts w:ascii="Times New Roman" w:hAnsi="Times New Roman" w:eastAsia="宋体"/>
          <w:b w:val="0"/>
          <w:i w:val="0"/>
          <w:color w:val="333333"/>
          <w:sz w:val="19"/>
        </w:rPr>
        <w:t>For 47, subtracting 0,13,26,39 leaves 47,34,21,8, none of which is divisible by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设 Al、Bill、Cal 的数分别为 (A,B,C)。需要 A 是 B 的倍数，且 B 是 C 的倍数，同时三个数互不相同。</w:t>
      </w:r>
    </w:p>
    <w:p>
      <w:pPr>
        <w:spacing w:before="0" w:after="80" w:line="300" w:lineRule="auto"/>
        <w:jc w:val="left"/>
      </w:pPr>
      <w:r>
        <w:rPr>
          <w:rFonts w:ascii="Times New Roman" w:hAnsi="Times New Roman" w:eastAsia="宋体"/>
          <w:b w:val="0"/>
          <w:i w:val="0"/>
          <w:sz w:val="21"/>
        </w:rPr>
        <w:t>满足条件的三元组为</w:t>
      </w:r>
    </w:p>
    <w:p>
      <w:pPr>
        <w:spacing w:before="0" w:after="80" w:line="300" w:lineRule="auto"/>
        <w:jc w:val="left"/>
      </w:pPr>
      <w:r>
        <w:rPr>
          <w:rFonts w:ascii="Times New Roman" w:hAnsi="Times New Roman" w:eastAsia="宋体"/>
          <w:b w:val="0"/>
          <w:i w:val="0"/>
          <w:sz w:val="21"/>
        </w:rPr>
        <w:t>(4,2,1),(6,2,1),(8,2,1),</w:t>
      </w:r>
    </w:p>
    <w:p>
      <w:pPr>
        <w:spacing w:before="0" w:after="80" w:line="300" w:lineRule="auto"/>
        <w:jc w:val="left"/>
      </w:pPr>
      <w:r>
        <w:rPr>
          <w:rFonts w:ascii="Times New Roman" w:hAnsi="Times New Roman" w:eastAsia="宋体"/>
          <w:b w:val="0"/>
          <w:i w:val="0"/>
          <w:sz w:val="21"/>
        </w:rPr>
        <w:t>(10,2,1),(6,3,1),(9,3,1),</w:t>
      </w:r>
    </w:p>
    <w:p>
      <w:pPr>
        <w:spacing w:before="0" w:after="80" w:line="300" w:lineRule="auto"/>
        <w:jc w:val="left"/>
      </w:pPr>
      <w:r>
        <w:rPr>
          <w:rFonts w:ascii="Times New Roman" w:hAnsi="Times New Roman" w:eastAsia="宋体"/>
          <w:b w:val="0"/>
          <w:i w:val="0"/>
          <w:sz w:val="21"/>
        </w:rPr>
        <w:t>(8,4,1),(10,5,1),(8,4,2)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共有 9 种有利的分配。</w:t>
      </w:r>
    </w:p>
    <w:p>
      <w:pPr>
        <w:spacing w:before="0" w:after="80" w:line="300" w:lineRule="auto"/>
        <w:jc w:val="left"/>
      </w:pPr>
      <w:r>
        <w:rPr>
          <w:rFonts w:ascii="Times New Roman" w:hAnsi="Times New Roman" w:eastAsia="宋体"/>
          <w:b w:val="0"/>
          <w:i w:val="0"/>
          <w:sz w:val="21"/>
        </w:rPr>
        <w:t>总分配数为 10·9·8=720，所以概率为 9/720=1/80。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be the numbers assigned to Al, Bill, and Cal. We need A to be a multiple of B, and B to be a multiple of C, with all three numbers distinct.</w:t>
      </w:r>
    </w:p>
    <w:p>
      <w:pPr>
        <w:spacing w:before="0" w:after="80" w:line="300" w:lineRule="auto"/>
        <w:jc w:val="left"/>
      </w:pPr>
      <w:r>
        <w:rPr>
          <w:rFonts w:ascii="Times New Roman" w:hAnsi="Times New Roman" w:eastAsia="宋体"/>
          <w:b w:val="0"/>
          <w:i w:val="0"/>
          <w:color w:val="333333"/>
          <w:sz w:val="19"/>
        </w:rPr>
        <w:t>The valid triples are</w:t>
      </w:r>
    </w:p>
    <w:p>
      <w:pPr>
        <w:spacing w:before="0" w:after="80" w:line="300" w:lineRule="auto"/>
        <w:jc w:val="left"/>
      </w:pPr>
      <w:r>
        <w:rPr>
          <w:rFonts w:ascii="Times New Roman" w:hAnsi="Times New Roman" w:eastAsia="宋体"/>
          <w:b w:val="0"/>
          <w:i w:val="0"/>
          <w:color w:val="333333"/>
          <w:sz w:val="19"/>
        </w:rPr>
        <w:t>(4,2,1),(6,2,1),(8,2,1),</w:t>
      </w:r>
    </w:p>
    <w:p>
      <w:pPr>
        <w:spacing w:before="0" w:after="80" w:line="300" w:lineRule="auto"/>
        <w:jc w:val="left"/>
      </w:pPr>
      <w:r>
        <w:rPr>
          <w:rFonts w:ascii="Times New Roman" w:hAnsi="Times New Roman" w:eastAsia="宋体"/>
          <w:b w:val="0"/>
          <w:i w:val="0"/>
          <w:color w:val="333333"/>
          <w:sz w:val="19"/>
        </w:rPr>
        <w:t>(10,2,1),(6,3,1),(9,3,1),</w:t>
      </w:r>
    </w:p>
    <w:p>
      <w:pPr>
        <w:spacing w:before="0" w:after="80" w:line="300" w:lineRule="auto"/>
        <w:jc w:val="left"/>
      </w:pPr>
      <w:r>
        <w:rPr>
          <w:rFonts w:ascii="Times New Roman" w:hAnsi="Times New Roman" w:eastAsia="宋体"/>
          <w:b w:val="0"/>
          <w:i w:val="0"/>
          <w:color w:val="333333"/>
          <w:sz w:val="19"/>
        </w:rPr>
        <w:t>(8,4,1),(10,5,1),(8,4,2).</w:t>
      </w:r>
    </w:p>
    <w:p>
      <w:pPr>
        <w:spacing w:before="0" w:after="80" w:line="300" w:lineRule="auto"/>
        <w:jc w:val="left"/>
      </w:pPr>
      <w:r>
        <w:rPr>
          <w:rFonts w:ascii="Times New Roman" w:hAnsi="Times New Roman" w:eastAsia="宋体"/>
          <w:b w:val="0"/>
          <w:i w:val="0"/>
          <w:color w:val="333333"/>
          <w:sz w:val="19"/>
        </w:rPr>
        <w:t>There are 9 favorable assignments.</w:t>
      </w:r>
    </w:p>
    <w:p>
      <w:pPr>
        <w:spacing w:before="0" w:after="80" w:line="300" w:lineRule="auto"/>
        <w:jc w:val="left"/>
      </w:pPr>
      <w:r>
        <w:rPr>
          <w:rFonts w:ascii="Times New Roman" w:hAnsi="Times New Roman" w:eastAsia="宋体"/>
          <w:b w:val="0"/>
          <w:i w:val="0"/>
          <w:color w:val="333333"/>
          <w:sz w:val="19"/>
        </w:rPr>
        <w:t>The total number of assignments is 10·9·8=720, so the probability is 9/720=1/80.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这个八面体可看成两个全等棱锥，它们共用的底面是通过四个侧面中心的菱形。该菱形对角线为 4 和 5，面积为 1/2·4·5=10。</w:t>
      </w:r>
    </w:p>
    <w:p>
      <w:pPr>
        <w:spacing w:before="0" w:after="80" w:line="300" w:lineRule="auto"/>
        <w:jc w:val="left"/>
      </w:pPr>
      <w:r>
        <w:rPr>
          <w:rFonts w:ascii="Times New Roman" w:hAnsi="Times New Roman" w:eastAsia="宋体"/>
          <w:b w:val="0"/>
          <w:i w:val="0"/>
          <w:sz w:val="21"/>
        </w:rPr>
        <w:t>两个棱锥的高都为 3/2，即长方体高的一半，所以八面体体积为</w:t>
      </w:r>
    </w:p>
    <w:p>
      <w:pPr>
        <w:spacing w:before="0" w:after="80" w:line="300" w:lineRule="auto"/>
        <w:jc w:val="left"/>
      </w:pPr>
      <w:r>
        <w:rPr>
          <w:rFonts w:ascii="Times New Roman" w:hAnsi="Times New Roman" w:eastAsia="宋体"/>
          <w:b w:val="0"/>
          <w:i w:val="0"/>
          <w:sz w:val="21"/>
        </w:rPr>
        <w:t>2·1/3·10·3/2=10。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octahedron can be viewed as two congruent pyramids whose shared base is the rhombus through the centers of the four side faces. This rhombus has diagonals 4 and 5, so its area is 1/2·4·5=10.</w:t>
      </w:r>
    </w:p>
    <w:p>
      <w:pPr>
        <w:spacing w:before="0" w:after="80" w:line="300" w:lineRule="auto"/>
        <w:jc w:val="left"/>
      </w:pPr>
      <w:r>
        <w:rPr>
          <w:rFonts w:ascii="Times New Roman" w:hAnsi="Times New Roman" w:eastAsia="宋体"/>
          <w:b w:val="0"/>
          <w:i w:val="0"/>
          <w:color w:val="333333"/>
          <w:sz w:val="19"/>
        </w:rPr>
        <w:t>Each pyramid has height 3/2, half the prism’s height. Thus the total volume is</w:t>
      </w:r>
    </w:p>
    <w:p>
      <w:pPr>
        <w:spacing w:before="0" w:after="80" w:line="300" w:lineRule="auto"/>
        <w:jc w:val="left"/>
      </w:pPr>
      <w:r>
        <w:rPr>
          <w:rFonts w:ascii="Times New Roman" w:hAnsi="Times New Roman" w:eastAsia="宋体"/>
          <w:b w:val="0"/>
          <w:i w:val="0"/>
          <w:color w:val="333333"/>
          <w:sz w:val="19"/>
        </w:rPr>
        <w:t>2·1/3·10·3/2=10.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一枚硬币最后仍为反面，当且仅当它连续 3 次都是反面，概率为 1/8。因此任意一枚硬币最后为正面的概率为 7/8 。</w:t>
      </w:r>
    </w:p>
    <w:p>
      <w:pPr>
        <w:spacing w:before="0" w:after="80" w:line="300" w:lineRule="auto"/>
        <w:jc w:val="left"/>
      </w:pPr>
      <w:r>
        <w:rPr>
          <w:rFonts w:ascii="Times New Roman" w:hAnsi="Times New Roman" w:eastAsia="宋体"/>
          <w:b w:val="0"/>
          <w:i w:val="0"/>
          <w:sz w:val="21"/>
        </w:rPr>
        <w:t>由于一枚硬币为正面的概率是 7/8，且一共有 64 枚硬币，所以现在正面朝上的硬币期望数为</w:t>
      </w:r>
    </w:p>
    <w:p>
      <w:pPr>
        <w:spacing w:before="0" w:after="80" w:line="300" w:lineRule="auto"/>
        <w:jc w:val="left"/>
      </w:pPr>
      <w:r>
        <w:rPr>
          <w:rFonts w:ascii="Times New Roman" w:hAnsi="Times New Roman" w:eastAsia="宋体"/>
          <w:b w:val="0"/>
          <w:i w:val="0"/>
          <w:sz w:val="21"/>
        </w:rPr>
        <w:t>64 · 7/8 = 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coin ends as tails if and only if it has 3 flips that are tails, which happens with probability 1/8. Thus, the probability of any coin being heads is 7/8.</w:t>
      </w:r>
    </w:p>
    <w:p>
      <w:pPr>
        <w:spacing w:before="0" w:after="80" w:line="300" w:lineRule="auto"/>
        <w:jc w:val="left"/>
      </w:pPr>
      <w:r>
        <w:rPr>
          <w:rFonts w:ascii="Times New Roman" w:hAnsi="Times New Roman" w:eastAsia="宋体"/>
          <w:b w:val="0"/>
          <w:i w:val="0"/>
          <w:color w:val="333333"/>
          <w:sz w:val="19"/>
        </w:rPr>
        <w:t>Since each of the 64 coins ends as heads with probability 7/8, linearity of expectation gives the expected number of coins that are now heads:</w:t>
      </w:r>
    </w:p>
    <w:p>
      <w:pPr>
        <w:spacing w:before="0" w:after="80" w:line="300" w:lineRule="auto"/>
        <w:jc w:val="left"/>
      </w:pPr>
      <w:r>
        <w:rPr>
          <w:rFonts w:ascii="Times New Roman" w:hAnsi="Times New Roman" w:eastAsia="宋体"/>
          <w:b w:val="0"/>
          <w:i w:val="0"/>
          <w:color w:val="333333"/>
          <w:sz w:val="19"/>
        </w:rPr>
        <w:t>64 · 7/8 = 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过 X,Y,Z,W 的圆心在 XY 和 ZW 的垂直平分线上，也就是在 AB 和 AC 的垂直平分线上，所以同一点也是直角三角形 ABC 的外心。</w:t>
      </w:r>
    </w:p>
    <w:p>
      <w:pPr>
        <w:spacing w:before="0" w:after="80" w:line="300" w:lineRule="auto"/>
        <w:jc w:val="left"/>
      </w:pPr>
      <w:r>
        <w:rPr>
          <w:rFonts w:ascii="Times New Roman" w:hAnsi="Times New Roman" w:eastAsia="宋体"/>
          <w:b w:val="0"/>
          <w:i w:val="0"/>
          <w:sz w:val="21"/>
        </w:rPr>
        <w:t>因此圆心是斜边中点 O，其中斜边为 AB，所以 OA=OB=OC=6。令 a=1/2BC、b=1/2CA，则 a²+b²=6²。</w:t>
      </w:r>
    </w:p>
    <w:p>
      <w:pPr>
        <w:spacing w:before="0" w:after="80" w:line="300" w:lineRule="auto"/>
        <w:jc w:val="left"/>
      </w:pPr>
      <w:r>
        <w:rPr>
          <w:rFonts w:ascii="Times New Roman" w:hAnsi="Times New Roman" w:eastAsia="宋体"/>
          <w:b w:val="0"/>
          <w:i w:val="0"/>
          <w:sz w:val="21"/>
        </w:rPr>
        <w:t>由 AB 上的正方形可得 OX²=6²+12²=180。由 AC 上的正方形可知，对应半径也给出 OW²=b²+(a+2b)²。因此</w:t>
      </w:r>
    </w:p>
    <w:p>
      <w:pPr>
        <w:spacing w:before="0" w:after="80" w:line="300" w:lineRule="auto"/>
        <w:jc w:val="left"/>
      </w:pPr>
      <w:r>
        <w:rPr>
          <w:rFonts w:ascii="Times New Roman" w:hAnsi="Times New Roman" w:eastAsia="宋体"/>
          <w:b w:val="0"/>
          <w:i w:val="0"/>
          <w:sz w:val="21"/>
        </w:rPr>
        <w:t>b²+(a+2b)²=180。</w:t>
      </w:r>
    </w:p>
    <w:p>
      <w:pPr>
        <w:spacing w:before="0" w:after="80" w:line="300" w:lineRule="auto"/>
        <w:jc w:val="left"/>
      </w:pPr>
      <w:r>
        <w:rPr>
          <w:rFonts w:ascii="Times New Roman" w:hAnsi="Times New Roman" w:eastAsia="宋体"/>
          <w:b w:val="0"/>
          <w:i w:val="0"/>
          <w:sz w:val="21"/>
        </w:rPr>
        <w:t>从这个方程减去 a²+b²=36，得到 b(a+b)=36。但同样有 a²+b²=36，所以 ab=a²。由于 a&gt;0，得到 a=b=3√(2)。</w:t>
      </w:r>
    </w:p>
    <w:p>
      <w:pPr>
        <w:spacing w:before="0" w:after="80" w:line="300" w:lineRule="auto"/>
        <w:jc w:val="left"/>
      </w:pPr>
      <w:r>
        <w:rPr>
          <w:rFonts w:ascii="Times New Roman" w:hAnsi="Times New Roman" w:eastAsia="宋体"/>
          <w:b w:val="0"/>
          <w:i w:val="0"/>
          <w:sz w:val="21"/>
        </w:rPr>
        <w:t>于是 AC=BC=6√(2)，所以周长为 12+12√(2)。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of the circle through X,Y,Z,W lies on the perpendicular bisectors of XY and ZW. These are also the perpendicular bisectors of AB and AC, so the same point is the circumcenter of right triangle ABC.</w:t>
      </w:r>
    </w:p>
    <w:p>
      <w:pPr>
        <w:spacing w:before="0" w:after="80" w:line="300" w:lineRule="auto"/>
        <w:jc w:val="left"/>
      </w:pPr>
      <w:r>
        <w:rPr>
          <w:rFonts w:ascii="Times New Roman" w:hAnsi="Times New Roman" w:eastAsia="宋体"/>
          <w:b w:val="0"/>
          <w:i w:val="0"/>
          <w:color w:val="333333"/>
          <w:sz w:val="19"/>
        </w:rPr>
        <w:t>Therefore the center is the midpoint O of hypotenuse AB, so OA=OB=OC=6. Let a=1/2BC and b=1/2CA. Then a²+b²=6².</w:t>
      </w:r>
    </w:p>
    <w:p>
      <w:pPr>
        <w:spacing w:before="0" w:after="80" w:line="300" w:lineRule="auto"/>
        <w:jc w:val="left"/>
      </w:pPr>
      <w:r>
        <w:rPr>
          <w:rFonts w:ascii="Times New Roman" w:hAnsi="Times New Roman" w:eastAsia="宋体"/>
          <w:b w:val="0"/>
          <w:i w:val="0"/>
          <w:color w:val="333333"/>
          <w:sz w:val="19"/>
        </w:rPr>
        <w:t>From the square on AB, OX²=6²+12²=180. From the square on AC, the corresponding radius also gives OW²=b²+(a+2b)². Hence</w:t>
      </w:r>
    </w:p>
    <w:p>
      <w:pPr>
        <w:spacing w:before="0" w:after="80" w:line="300" w:lineRule="auto"/>
        <w:jc w:val="left"/>
      </w:pPr>
      <w:r>
        <w:rPr>
          <w:rFonts w:ascii="Times New Roman" w:hAnsi="Times New Roman" w:eastAsia="宋体"/>
          <w:b w:val="0"/>
          <w:i w:val="0"/>
          <w:color w:val="333333"/>
          <w:sz w:val="19"/>
        </w:rPr>
        <w:t>b²+(a+2b)²=180.</w:t>
      </w:r>
    </w:p>
    <w:p>
      <w:pPr>
        <w:spacing w:before="0" w:after="80" w:line="300" w:lineRule="auto"/>
        <w:jc w:val="left"/>
      </w:pPr>
      <w:r>
        <w:rPr>
          <w:rFonts w:ascii="Times New Roman" w:hAnsi="Times New Roman" w:eastAsia="宋体"/>
          <w:b w:val="0"/>
          <w:i w:val="0"/>
          <w:color w:val="333333"/>
          <w:sz w:val="19"/>
        </w:rPr>
        <w:t>Subtracting a²+b²=36 from this equation gives b(a+b)=36. But a²+b²=36 as well, so ab=a². Since a&gt;0, we get a=b=3√(2).</w:t>
      </w:r>
    </w:p>
    <w:p>
      <w:pPr>
        <w:spacing w:before="0" w:after="80" w:line="300" w:lineRule="auto"/>
        <w:jc w:val="left"/>
      </w:pPr>
      <w:r>
        <w:rPr>
          <w:rFonts w:ascii="Times New Roman" w:hAnsi="Times New Roman" w:eastAsia="宋体"/>
          <w:b w:val="0"/>
          <w:i w:val="0"/>
          <w:color w:val="333333"/>
          <w:sz w:val="19"/>
        </w:rPr>
        <w:t>Thus AC=BC=6√(2), and the perimeter is 12+12√(2).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前两条棱可用 3·2=6 种方式选择。这两条棱确定了立方体的一个起始面。</w:t>
      </w:r>
    </w:p>
    <w:p>
      <w:pPr>
        <w:spacing w:before="0" w:after="80" w:line="300" w:lineRule="auto"/>
        <w:jc w:val="left"/>
      </w:pPr>
      <w:r>
        <w:rPr>
          <w:rFonts w:ascii="Times New Roman" w:hAnsi="Times New Roman" w:eastAsia="宋体"/>
          <w:b w:val="0"/>
          <w:i w:val="0"/>
          <w:sz w:val="21"/>
        </w:rPr>
        <w:t>下一步必须访问该面上唯一尚未访问的顶点；否则以后到达它时，它的所有相邻顶点都已经访问过，路径将无法继续。剩余四个顶点都在对面，可以按两个环绕方向访问。</w:t>
      </w:r>
    </w:p>
    <w:p>
      <w:pPr>
        <w:spacing w:before="0" w:after="80" w:line="300" w:lineRule="auto"/>
        <w:jc w:val="left"/>
      </w:pPr>
      <w:r>
        <w:rPr>
          <w:rFonts w:ascii="Times New Roman" w:hAnsi="Times New Roman" w:eastAsia="宋体"/>
          <w:b w:val="0"/>
          <w:i w:val="0"/>
          <w:sz w:val="21"/>
        </w:rPr>
        <w:t>这两个方向中，恰有一个会终止在与起点不相邻的顶点。因此共有 6 条合格路径。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two edges can be chosen in 3·2=6 ways. These two edges determine an initial face of the cube. After those moves, there is one unvisited vertex on that initial face.</w:t>
      </w:r>
    </w:p>
    <w:p>
      <w:pPr>
        <w:spacing w:before="0" w:after="80" w:line="300" w:lineRule="auto"/>
        <w:jc w:val="left"/>
      </w:pPr>
      <w:r>
        <w:rPr>
          <w:rFonts w:ascii="Times New Roman" w:hAnsi="Times New Roman" w:eastAsia="宋体"/>
          <w:b w:val="0"/>
          <w:i w:val="0"/>
          <w:color w:val="333333"/>
          <w:sz w:val="19"/>
        </w:rPr>
        <w:t>That remaining vertex must be visited next; otherwise Erin would later reach it after all of its neighbors had already been visited, and the path could not continue. The last four vertices are then on the opposite face and can be visited in two cyclic orders.</w:t>
      </w:r>
    </w:p>
    <w:p>
      <w:pPr>
        <w:spacing w:before="0" w:after="80" w:line="300" w:lineRule="auto"/>
        <w:jc w:val="left"/>
      </w:pPr>
      <w:r>
        <w:rPr>
          <w:rFonts w:ascii="Times New Roman" w:hAnsi="Times New Roman" w:eastAsia="宋体"/>
          <w:b w:val="0"/>
          <w:i w:val="0"/>
          <w:color w:val="333333"/>
          <w:sz w:val="19"/>
        </w:rPr>
        <w:t>Of those two orders, exactly one ends at a vertex not adjacent to the starting point. Hence there are 6 valid paths.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设 Dash 跳 d+1 次，则台阶数 t 是</w:t>
      </w:r>
    </w:p>
    <w:p>
      <w:pPr>
        <w:spacing w:before="0" w:after="80" w:line="300" w:lineRule="auto"/>
        <w:jc w:val="left"/>
      </w:pPr>
      <w:r>
        <w:rPr>
          <w:rFonts w:ascii="Times New Roman" w:hAnsi="Times New Roman" w:eastAsia="宋体"/>
          <w:b w:val="0"/>
          <w:i w:val="0"/>
          <w:sz w:val="21"/>
        </w:rPr>
        <w:t>5d+1,5d+2,5d+3,</w:t>
      </w:r>
    </w:p>
    <w:p>
      <w:pPr>
        <w:spacing w:before="0" w:after="80" w:line="300" w:lineRule="auto"/>
        <w:jc w:val="left"/>
      </w:pPr>
      <w:r>
        <w:rPr>
          <w:rFonts w:ascii="Times New Roman" w:hAnsi="Times New Roman" w:eastAsia="宋体"/>
          <w:b w:val="0"/>
          <w:i w:val="0"/>
          <w:sz w:val="21"/>
        </w:rPr>
        <w:t>5d+4,5d+5。</w:t>
      </w:r>
    </w:p>
    <w:p>
      <w:pPr>
        <w:spacing w:before="0" w:after="80" w:line="300" w:lineRule="auto"/>
        <w:jc w:val="left"/>
      </w:pPr>
      <w:r>
        <w:rPr>
          <w:rFonts w:ascii="Times New Roman" w:hAnsi="Times New Roman" w:eastAsia="宋体"/>
          <w:b w:val="0"/>
          <w:i w:val="0"/>
          <w:sz w:val="21"/>
        </w:rPr>
        <w:t>中的一个。Cozy 多跳 19 次，所以 Cozy 跳 d+20 次，这意味着 t 是 2d+39 或 2d+40。</w:t>
      </w:r>
    </w:p>
    <w:p>
      <w:pPr>
        <w:spacing w:before="0" w:after="80" w:line="300" w:lineRule="auto"/>
        <w:jc w:val="left"/>
      </w:pPr>
      <w:r>
        <w:rPr>
          <w:rFonts w:ascii="Times New Roman" w:hAnsi="Times New Roman" w:eastAsia="宋体"/>
          <w:b w:val="0"/>
          <w:i w:val="0"/>
          <w:sz w:val="21"/>
        </w:rPr>
        <w:t>匹配这些可能性，整数解来自</w:t>
      </w:r>
    </w:p>
    <w:p>
      <w:pPr>
        <w:spacing w:before="0" w:after="80" w:line="300" w:lineRule="auto"/>
        <w:jc w:val="left"/>
      </w:pPr>
      <w:r>
        <w:rPr>
          <w:rFonts w:ascii="Times New Roman" w:hAnsi="Times New Roman" w:eastAsia="宋体"/>
          <w:b w:val="0"/>
          <w:i w:val="0"/>
          <w:sz w:val="21"/>
        </w:rPr>
        <w:t>5d+3=2d+39,</w:t>
      </w:r>
    </w:p>
    <w:p>
      <w:pPr>
        <w:spacing w:before="0" w:after="80" w:line="300" w:lineRule="auto"/>
        <w:jc w:val="left"/>
      </w:pPr>
      <w:r>
        <w:rPr>
          <w:rFonts w:ascii="Times New Roman" w:hAnsi="Times New Roman" w:eastAsia="宋体"/>
          <w:b w:val="0"/>
          <w:i w:val="0"/>
          <w:sz w:val="21"/>
        </w:rPr>
        <w:t>5d+1=2d+40,</w:t>
      </w:r>
    </w:p>
    <w:p>
      <w:pPr>
        <w:spacing w:before="0" w:after="80" w:line="300" w:lineRule="auto"/>
        <w:jc w:val="left"/>
      </w:pPr>
      <w:r>
        <w:rPr>
          <w:rFonts w:ascii="Times New Roman" w:hAnsi="Times New Roman" w:eastAsia="宋体"/>
          <w:b w:val="0"/>
          <w:i w:val="0"/>
          <w:sz w:val="21"/>
        </w:rPr>
        <w:t>5d+4=2d+40。</w:t>
      </w:r>
    </w:p>
    <w:p>
      <w:pPr>
        <w:spacing w:before="0" w:after="80" w:line="300" w:lineRule="auto"/>
        <w:jc w:val="left"/>
      </w:pPr>
      <w:r>
        <w:rPr>
          <w:rFonts w:ascii="Times New Roman" w:hAnsi="Times New Roman" w:eastAsia="宋体"/>
          <w:b w:val="0"/>
          <w:i w:val="0"/>
          <w:sz w:val="21"/>
        </w:rPr>
        <w:t>对应 t=63,66,64。</w:t>
      </w:r>
    </w:p>
    <w:p>
      <w:pPr>
        <w:spacing w:before="0" w:after="80" w:line="300" w:lineRule="auto"/>
        <w:jc w:val="left"/>
      </w:pPr>
      <w:r>
        <w:rPr>
          <w:rFonts w:ascii="Times New Roman" w:hAnsi="Times New Roman" w:eastAsia="宋体"/>
          <w:b w:val="0"/>
          <w:i w:val="0"/>
          <w:sz w:val="21"/>
        </w:rPr>
        <w:t>因此 s=63+66+64=193，各位数字之和为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Dash takes d+1 jumps. Then the number of steps t is one of</w:t>
      </w:r>
    </w:p>
    <w:p>
      <w:pPr>
        <w:spacing w:before="0" w:after="80" w:line="300" w:lineRule="auto"/>
        <w:jc w:val="left"/>
      </w:pPr>
      <w:r>
        <w:rPr>
          <w:rFonts w:ascii="Times New Roman" w:hAnsi="Times New Roman" w:eastAsia="宋体"/>
          <w:b w:val="0"/>
          <w:i w:val="0"/>
          <w:color w:val="333333"/>
          <w:sz w:val="19"/>
        </w:rPr>
        <w:t>5d+1,5d+2,5d+3,</w:t>
      </w:r>
    </w:p>
    <w:p>
      <w:pPr>
        <w:spacing w:before="0" w:after="80" w:line="300" w:lineRule="auto"/>
        <w:jc w:val="left"/>
      </w:pPr>
      <w:r>
        <w:rPr>
          <w:rFonts w:ascii="Times New Roman" w:hAnsi="Times New Roman" w:eastAsia="宋体"/>
          <w:b w:val="0"/>
          <w:i w:val="0"/>
          <w:color w:val="333333"/>
          <w:sz w:val="19"/>
        </w:rPr>
        <w:t>5d+4,5d+5.</w:t>
      </w:r>
    </w:p>
    <w:p>
      <w:pPr>
        <w:spacing w:before="0" w:after="80" w:line="300" w:lineRule="auto"/>
        <w:jc w:val="left"/>
      </w:pPr>
      <w:r>
        <w:rPr>
          <w:rFonts w:ascii="Times New Roman" w:hAnsi="Times New Roman" w:eastAsia="宋体"/>
          <w:b w:val="0"/>
          <w:i w:val="0"/>
          <w:color w:val="333333"/>
          <w:sz w:val="19"/>
        </w:rPr>
        <w:t>Cozy takes 19 more jumps, so Cozy takes d+20 jumps, which means t is either 2d+39 or 2d+40.</w:t>
      </w:r>
    </w:p>
    <w:p>
      <w:pPr>
        <w:spacing w:before="0" w:after="80" w:line="300" w:lineRule="auto"/>
        <w:jc w:val="left"/>
      </w:pPr>
      <w:r>
        <w:rPr>
          <w:rFonts w:ascii="Times New Roman" w:hAnsi="Times New Roman" w:eastAsia="宋体"/>
          <w:b w:val="0"/>
          <w:i w:val="0"/>
          <w:color w:val="333333"/>
          <w:sz w:val="19"/>
        </w:rPr>
        <w:t>Matching these possibilities, the integer solutions are</w:t>
      </w:r>
    </w:p>
    <w:p>
      <w:pPr>
        <w:spacing w:before="0" w:after="80" w:line="300" w:lineRule="auto"/>
        <w:jc w:val="left"/>
      </w:pPr>
      <w:r>
        <w:rPr>
          <w:rFonts w:ascii="Times New Roman" w:hAnsi="Times New Roman" w:eastAsia="宋体"/>
          <w:b w:val="0"/>
          <w:i w:val="0"/>
          <w:color w:val="333333"/>
          <w:sz w:val="19"/>
        </w:rPr>
        <w:t>5d+3=2d+39,</w:t>
      </w:r>
    </w:p>
    <w:p>
      <w:pPr>
        <w:spacing w:before="0" w:after="80" w:line="300" w:lineRule="auto"/>
        <w:jc w:val="left"/>
      </w:pPr>
      <w:r>
        <w:rPr>
          <w:rFonts w:ascii="Times New Roman" w:hAnsi="Times New Roman" w:eastAsia="宋体"/>
          <w:b w:val="0"/>
          <w:i w:val="0"/>
          <w:color w:val="333333"/>
          <w:sz w:val="19"/>
        </w:rPr>
        <w:t>5d+1=2d+40,</w:t>
      </w:r>
    </w:p>
    <w:p>
      <w:pPr>
        <w:spacing w:before="0" w:after="80" w:line="300" w:lineRule="auto"/>
        <w:jc w:val="left"/>
      </w:pPr>
      <w:r>
        <w:rPr>
          <w:rFonts w:ascii="Times New Roman" w:hAnsi="Times New Roman" w:eastAsia="宋体"/>
          <w:b w:val="0"/>
          <w:i w:val="0"/>
          <w:color w:val="333333"/>
          <w:sz w:val="19"/>
        </w:rPr>
        <w:t>5d+4=2d+40.</w:t>
      </w:r>
    </w:p>
    <w:p>
      <w:pPr>
        <w:spacing w:before="0" w:after="80" w:line="300" w:lineRule="auto"/>
        <w:jc w:val="left"/>
      </w:pPr>
      <w:r>
        <w:rPr>
          <w:rFonts w:ascii="Times New Roman" w:hAnsi="Times New Roman" w:eastAsia="宋体"/>
          <w:b w:val="0"/>
          <w:i w:val="0"/>
          <w:color w:val="333333"/>
          <w:sz w:val="19"/>
        </w:rPr>
        <w:t>They give t=63,66,64, respectively.</w:t>
      </w:r>
    </w:p>
    <w:p>
      <w:pPr>
        <w:spacing w:before="0" w:after="80" w:line="300" w:lineRule="auto"/>
        <w:jc w:val="left"/>
      </w:pPr>
      <w:r>
        <w:rPr>
          <w:rFonts w:ascii="Times New Roman" w:hAnsi="Times New Roman" w:eastAsia="宋体"/>
          <w:b w:val="0"/>
          <w:i w:val="0"/>
          <w:color w:val="333333"/>
          <w:sz w:val="19"/>
        </w:rPr>
        <w:t>Thus s=63+66+64=193, and the sum of its digits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由对称性，AG=HC=HJ=1，且三角形 AFG 与三角形 BGH 全等，所以 FG=GH。设 FG=b、CD=d。</w:t>
      </w:r>
    </w:p>
    <w:p>
      <w:pPr>
        <w:spacing w:before="0" w:after="80" w:line="300" w:lineRule="auto"/>
        <w:jc w:val="left"/>
      </w:pPr>
      <w:r>
        <w:rPr>
          <w:rFonts w:ascii="Times New Roman" w:hAnsi="Times New Roman" w:eastAsia="宋体"/>
          <w:b w:val="0"/>
          <w:i w:val="0"/>
          <w:sz w:val="21"/>
        </w:rPr>
        <w:t>正五边形中的相似三角形给出</w:t>
      </w:r>
    </w:p>
    <w:p>
      <w:pPr>
        <w:spacing w:before="0" w:after="80" w:line="300" w:lineRule="auto"/>
        <w:jc w:val="left"/>
      </w:pPr>
      <w:r>
        <w:rPr>
          <w:rFonts w:ascii="Times New Roman" w:hAnsi="Times New Roman" w:eastAsia="宋体"/>
          <w:b w:val="0"/>
          <w:i w:val="0"/>
          <w:sz w:val="21"/>
        </w:rPr>
        <w:t>1/b=1+b</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1+b/1=d。</w:t>
      </w:r>
    </w:p>
    <w:p>
      <w:pPr>
        <w:spacing w:before="0" w:after="80" w:line="300" w:lineRule="auto"/>
        <w:jc w:val="left"/>
      </w:pPr>
      <w:r>
        <w:rPr>
          <w:rFonts w:ascii="Times New Roman" w:hAnsi="Times New Roman" w:eastAsia="宋体"/>
          <w:b w:val="0"/>
          <w:i w:val="0"/>
          <w:sz w:val="21"/>
        </w:rPr>
        <w:t>第一式为 b²+b-1=0，所以 b=(-1+√(5))/2。于是 d=1+b=(1+√(5))/2。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FG+JH+CD = b+1+d</w:t>
      </w:r>
    </w:p>
    <w:p>
      <w:pPr>
        <w:spacing w:before="0" w:after="80" w:line="300" w:lineRule="auto"/>
        <w:jc w:val="left"/>
      </w:pPr>
      <w:r>
        <w:rPr>
          <w:rFonts w:ascii="Times New Roman" w:hAnsi="Times New Roman" w:eastAsia="宋体"/>
          <w:b w:val="0"/>
          <w:i w:val="0"/>
          <w:sz w:val="21"/>
        </w:rPr>
        <w:t>=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AG=HC=HJ=1, and triangles AFG and BGH are congruent, so FG=GH. Let FG=b, and let CD=d.</w:t>
      </w:r>
    </w:p>
    <w:p>
      <w:pPr>
        <w:spacing w:before="0" w:after="80" w:line="300" w:lineRule="auto"/>
        <w:jc w:val="left"/>
      </w:pPr>
      <w:r>
        <w:rPr>
          <w:rFonts w:ascii="Times New Roman" w:hAnsi="Times New Roman" w:eastAsia="宋体"/>
          <w:b w:val="0"/>
          <w:i w:val="0"/>
          <w:color w:val="333333"/>
          <w:sz w:val="19"/>
        </w:rPr>
        <w:t>The similar triangles in the pentagon give</w:t>
      </w:r>
    </w:p>
    <w:p>
      <w:pPr>
        <w:spacing w:before="0" w:after="80" w:line="300" w:lineRule="auto"/>
        <w:jc w:val="left"/>
      </w:pPr>
      <w:r>
        <w:rPr>
          <w:rFonts w:ascii="Times New Roman" w:hAnsi="Times New Roman" w:eastAsia="宋体"/>
          <w:b w:val="0"/>
          <w:i w:val="0"/>
          <w:color w:val="333333"/>
          <w:sz w:val="19"/>
        </w:rPr>
        <w:t>1/b=1+b</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1+b/1=d.</w:t>
      </w:r>
    </w:p>
    <w:p>
      <w:pPr>
        <w:spacing w:before="0" w:after="80" w:line="300" w:lineRule="auto"/>
        <w:jc w:val="left"/>
      </w:pPr>
      <w:r>
        <w:rPr>
          <w:rFonts w:ascii="Times New Roman" w:hAnsi="Times New Roman" w:eastAsia="宋体"/>
          <w:b w:val="0"/>
          <w:i w:val="0"/>
          <w:color w:val="333333"/>
          <w:sz w:val="19"/>
        </w:rPr>
        <w:t>The first equation is b²+b-1=0, so b=(-1+√(5))/2. Then d=1+b=(1+√(5))/2.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FG+JH+CD = b+1+d</w:t>
      </w:r>
    </w:p>
    <w:p>
      <w:pPr>
        <w:spacing w:before="0" w:after="80" w:line="300" w:lineRule="auto"/>
        <w:jc w:val="left"/>
      </w:pPr>
      <w:r>
        <w:rPr>
          <w:rFonts w:ascii="Times New Roman" w:hAnsi="Times New Roman" w:eastAsia="宋体"/>
          <w:b w:val="0"/>
          <w:i w:val="0"/>
          <w:color w:val="333333"/>
          <w:sz w:val="19"/>
        </w:rPr>
        <w:t>=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阶乘末尾零的个数等于其中因子 5 的个数。对 5≤ n≤9，n! 有 k=1 个零；要使 (2n)! 有 3 个零，需要 15≤2n≤19，所以 n=8,9。</w:t>
      </w:r>
    </w:p>
    <w:p>
      <w:pPr>
        <w:spacing w:before="0" w:after="80" w:line="300" w:lineRule="auto"/>
        <w:jc w:val="left"/>
      </w:pPr>
      <w:r>
        <w:rPr>
          <w:rFonts w:ascii="Times New Roman" w:hAnsi="Times New Roman" w:eastAsia="宋体"/>
          <w:b w:val="0"/>
          <w:i w:val="0"/>
          <w:sz w:val="21"/>
        </w:rPr>
        <w:t>对 10≤ n≤14，n! 有 k=2 个零；要使 (2n)! 有 6 个零，需要 25≤2n≤29，所以 n=13,14。</w:t>
      </w:r>
    </w:p>
    <w:p>
      <w:pPr>
        <w:spacing w:before="0" w:after="80" w:line="300" w:lineRule="auto"/>
        <w:jc w:val="left"/>
      </w:pPr>
      <w:r>
        <w:rPr>
          <w:rFonts w:ascii="Times New Roman" w:hAnsi="Times New Roman" w:eastAsia="宋体"/>
          <w:b w:val="0"/>
          <w:i w:val="0"/>
          <w:sz w:val="21"/>
        </w:rPr>
        <w:t>这就是四个最小值，所以 s=8+9+13+14=44。s 的各位数字和为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trailing zeros is the number of factors of 5. For 5≤ n≤9, n! has k=1 zero. We need (2n)! to have 3 zeros, which happens when 15≤2n≤19. Thus n=8,9.</w:t>
      </w:r>
    </w:p>
    <w:p>
      <w:pPr>
        <w:spacing w:before="0" w:after="80" w:line="300" w:lineRule="auto"/>
        <w:jc w:val="left"/>
      </w:pPr>
      <w:r>
        <w:rPr>
          <w:rFonts w:ascii="Times New Roman" w:hAnsi="Times New Roman" w:eastAsia="宋体"/>
          <w:b w:val="0"/>
          <w:i w:val="0"/>
          <w:color w:val="333333"/>
          <w:sz w:val="19"/>
        </w:rPr>
        <w:t>For 10≤ n≤14, n! has k=2 zeros. We need (2n)! to have 6 zeros, which happens when 25≤2n≤29. Thus n=13,14.</w:t>
      </w:r>
    </w:p>
    <w:p>
      <w:pPr>
        <w:spacing w:before="0" w:after="80" w:line="300" w:lineRule="auto"/>
        <w:jc w:val="left"/>
      </w:pPr>
      <w:r>
        <w:rPr>
          <w:rFonts w:ascii="Times New Roman" w:hAnsi="Times New Roman" w:eastAsia="宋体"/>
          <w:b w:val="0"/>
          <w:i w:val="0"/>
          <w:color w:val="333333"/>
          <w:sz w:val="19"/>
        </w:rPr>
        <w:t>These are the four least possible values, so s=8+9+13+14=44. The sum of the digits of s is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当 Aaron 到达 (k,-k) 时，他刚好完成了包含所有坐标介于 -k 与 k 之间的格点的方形螺旋。因此</w:t>
      </w:r>
    </w:p>
    <w:p>
      <w:pPr>
        <w:spacing w:before="0" w:after="80" w:line="300" w:lineRule="auto"/>
        <w:jc w:val="left"/>
      </w:pPr>
      <w:r>
        <w:rPr>
          <w:rFonts w:ascii="Times New Roman" w:hAnsi="Times New Roman" w:eastAsia="宋体"/>
          <w:b w:val="0"/>
          <w:i w:val="0"/>
          <w:sz w:val="21"/>
        </w:rPr>
        <w:t>p_((2k+1)²-1)=(k,-k)。</w:t>
      </w:r>
    </w:p>
    <w:p>
      <w:pPr>
        <w:spacing w:before="0" w:after="80" w:line="300" w:lineRule="auto"/>
        <w:jc w:val="left"/>
      </w:pPr>
      <w:r>
        <w:rPr>
          <w:rFonts w:ascii="Times New Roman" w:hAnsi="Times New Roman" w:eastAsia="宋体"/>
          <w:b w:val="0"/>
          <w:i w:val="0"/>
          <w:sz w:val="21"/>
        </w:rPr>
        <w:t>取 k=22，得到 p₂₀₂₄=(22,-22)。因为 2024-2015=9，沿底边倒推时，x 坐标减去 9，所以</w:t>
      </w:r>
    </w:p>
    <w:p>
      <w:pPr>
        <w:spacing w:before="0" w:after="80" w:line="300" w:lineRule="auto"/>
        <w:jc w:val="left"/>
      </w:pPr>
      <w:r>
        <w:rPr>
          <w:rFonts w:ascii="Times New Roman" w:hAnsi="Times New Roman" w:eastAsia="宋体"/>
          <w:b w:val="0"/>
          <w:i w:val="0"/>
          <w:sz w:val="21"/>
        </w:rPr>
        <w:t>p₂₀₁₅=(13,-22)。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Aaron reaches (k,-k), he has just completed the square spiral containing all grid points with coordinates between -k and k. Therefore</w:t>
      </w:r>
    </w:p>
    <w:p>
      <w:pPr>
        <w:spacing w:before="0" w:after="80" w:line="300" w:lineRule="auto"/>
        <w:jc w:val="left"/>
      </w:pPr>
      <w:r>
        <w:rPr>
          <w:rFonts w:ascii="Times New Roman" w:hAnsi="Times New Roman" w:eastAsia="宋体"/>
          <w:b w:val="0"/>
          <w:i w:val="0"/>
          <w:color w:val="333333"/>
          <w:sz w:val="19"/>
        </w:rPr>
        <w:t>p_((2k+1)²-1)=(k,-k).</w:t>
      </w:r>
    </w:p>
    <w:p>
      <w:pPr>
        <w:spacing w:before="0" w:after="80" w:line="300" w:lineRule="auto"/>
        <w:jc w:val="left"/>
      </w:pPr>
      <w:r>
        <w:rPr>
          <w:rFonts w:ascii="Times New Roman" w:hAnsi="Times New Roman" w:eastAsia="宋体"/>
          <w:b w:val="0"/>
          <w:i w:val="0"/>
          <w:color w:val="333333"/>
          <w:sz w:val="19"/>
        </w:rPr>
        <w:t>With k=22, this gives p₂₀₂₄=(22,-22). Since 2024-2015=9, stepping backward along the bottom edge subtracts 9 from the x-coordinate, so</w:t>
      </w:r>
    </w:p>
    <w:p>
      <w:pPr>
        <w:spacing w:before="0" w:after="80" w:line="300" w:lineRule="auto"/>
        <w:jc w:val="left"/>
      </w:pPr>
      <w:r>
        <w:rPr>
          <w:rFonts w:ascii="Times New Roman" w:hAnsi="Times New Roman" w:eastAsia="宋体"/>
          <w:b w:val="0"/>
          <w:i w:val="0"/>
          <w:color w:val="333333"/>
          <w:sz w:val="19"/>
        </w:rPr>
        <w:t>p₂₀₁₅=(13,-22).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条件为</w:t>
      </w:r>
    </w:p>
    <w:p>
      <w:pPr>
        <w:spacing w:before="0" w:after="80" w:line="300" w:lineRule="auto"/>
        <w:jc w:val="left"/>
      </w:pPr>
      <w:r>
        <w:rPr>
          <w:rFonts w:ascii="Times New Roman" w:hAnsi="Times New Roman" w:eastAsia="宋体"/>
          <w:b w:val="0"/>
          <w:i w:val="0"/>
          <w:sz w:val="21"/>
        </w:rPr>
        <w:t>abc=2(ab+ac+bc)。</w:t>
      </w:r>
    </w:p>
    <w:p>
      <w:pPr>
        <w:spacing w:before="0" w:after="80" w:line="300" w:lineRule="auto"/>
        <w:jc w:val="left"/>
      </w:pPr>
      <w:r>
        <w:rPr>
          <w:rFonts w:ascii="Times New Roman" w:hAnsi="Times New Roman" w:eastAsia="宋体"/>
          <w:b w:val="0"/>
          <w:i w:val="0"/>
          <w:sz w:val="21"/>
        </w:rPr>
        <w:t>因为 abc≤6bc，所以 a≤6。此外，a=1 和 a=2 都没有正整数解，因此只需检查 a=3,4,5,6。</w:t>
      </w:r>
    </w:p>
    <w:p>
      <w:pPr>
        <w:spacing w:before="0" w:after="80" w:line="300" w:lineRule="auto"/>
        <w:jc w:val="left"/>
      </w:pPr>
      <w:r>
        <w:rPr>
          <w:rFonts w:ascii="Times New Roman" w:hAnsi="Times New Roman" w:eastAsia="宋体"/>
          <w:b w:val="0"/>
          <w:i w:val="0"/>
          <w:sz w:val="21"/>
        </w:rPr>
        <w:t>当 a=3 时，(b-6)(c-6)=36，得到 (b,c)=(7,42), (8,24), (9,18), (10,15), (12,12)。当 a=4 时，(b-4)(c-4)=16，得到 (5,20),(6,12),(8,8)。</w:t>
      </w:r>
    </w:p>
    <w:p>
      <w:pPr>
        <w:spacing w:before="0" w:after="80" w:line="300" w:lineRule="auto"/>
        <w:jc w:val="left"/>
      </w:pPr>
      <w:r>
        <w:rPr>
          <w:rFonts w:ascii="Times New Roman" w:hAnsi="Times New Roman" w:eastAsia="宋体"/>
          <w:b w:val="0"/>
          <w:i w:val="0"/>
          <w:sz w:val="21"/>
        </w:rPr>
        <w:t>当 a=5 时，(3b-10)(3c-10)=100，满足 a≤ b≤ c 的唯一解是 (b,c)=(5,10)。当 a=6 时，(b-3)(c-3)=9，满足 a≤ b≤ c 的唯一解是 (6,6)。</w:t>
      </w:r>
    </w:p>
    <w:p>
      <w:pPr>
        <w:spacing w:before="0" w:after="80" w:line="300" w:lineRule="auto"/>
        <w:jc w:val="left"/>
      </w:pPr>
      <w:r>
        <w:rPr>
          <w:rFonts w:ascii="Times New Roman" w:hAnsi="Times New Roman" w:eastAsia="宋体"/>
          <w:b w:val="0"/>
          <w:i w:val="0"/>
          <w:sz w:val="21"/>
        </w:rPr>
        <w:t>所以三元组总数为 5+3+1+1=10。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w:t>
      </w:r>
    </w:p>
    <w:p>
      <w:pPr>
        <w:spacing w:before="0" w:after="80" w:line="300" w:lineRule="auto"/>
        <w:jc w:val="left"/>
      </w:pPr>
      <w:r>
        <w:rPr>
          <w:rFonts w:ascii="Times New Roman" w:hAnsi="Times New Roman" w:eastAsia="宋体"/>
          <w:b w:val="0"/>
          <w:i w:val="0"/>
          <w:color w:val="333333"/>
          <w:sz w:val="19"/>
        </w:rPr>
        <w:t>abc=2(ab+ac+bc).</w:t>
      </w:r>
    </w:p>
    <w:p>
      <w:pPr>
        <w:spacing w:before="0" w:after="80" w:line="300" w:lineRule="auto"/>
        <w:jc w:val="left"/>
      </w:pPr>
      <w:r>
        <w:rPr>
          <w:rFonts w:ascii="Times New Roman" w:hAnsi="Times New Roman" w:eastAsia="宋体"/>
          <w:b w:val="0"/>
          <w:i w:val="0"/>
          <w:color w:val="333333"/>
          <w:sz w:val="19"/>
        </w:rPr>
        <w:t>Since abc≤6bc, we have a≤6. Also a=1 and a=2 give no positive solutions, so test a=3,4,5,6.</w:t>
      </w:r>
    </w:p>
    <w:p>
      <w:pPr>
        <w:spacing w:before="0" w:after="80" w:line="300" w:lineRule="auto"/>
        <w:jc w:val="left"/>
      </w:pPr>
      <w:r>
        <w:rPr>
          <w:rFonts w:ascii="Times New Roman" w:hAnsi="Times New Roman" w:eastAsia="宋体"/>
          <w:b w:val="0"/>
          <w:i w:val="0"/>
          <w:color w:val="333333"/>
          <w:sz w:val="19"/>
        </w:rPr>
        <w:t>For a=3, (b-6)(c-6)=36, giving (b,c)=(7,42), (8,24), (9,18), (10,15), (12,12). For a=4, (b-4)(c-4)=16, giving (5,20),(6,12),(8,8).</w:t>
      </w:r>
    </w:p>
    <w:p>
      <w:pPr>
        <w:spacing w:before="0" w:after="80" w:line="300" w:lineRule="auto"/>
        <w:jc w:val="left"/>
      </w:pPr>
      <w:r>
        <w:rPr>
          <w:rFonts w:ascii="Times New Roman" w:hAnsi="Times New Roman" w:eastAsia="宋体"/>
          <w:b w:val="0"/>
          <w:i w:val="0"/>
          <w:color w:val="333333"/>
          <w:sz w:val="19"/>
        </w:rPr>
        <w:t>For a=5, (3b-10)(3c-10)=100, and the only solution with a≤ b≤ c is (b,c)=(5,10). For a=6, (b-3)(c-3)=9, and the only solution with a≤ b≤ c is (6,6).</w:t>
      </w:r>
    </w:p>
    <w:p>
      <w:pPr>
        <w:spacing w:before="0" w:after="80" w:line="300" w:lineRule="auto"/>
        <w:jc w:val="left"/>
      </w:pPr>
      <w:r>
        <w:rPr>
          <w:rFonts w:ascii="Times New Roman" w:hAnsi="Times New Roman" w:eastAsia="宋体"/>
          <w:b w:val="0"/>
          <w:i w:val="0"/>
          <w:color w:val="333333"/>
          <w:sz w:val="19"/>
        </w:rPr>
        <w:t>The total number of triples is 5+3+1+1=10.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