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2015A AMC 10 真题与解答</w:t>
      </w:r>
    </w:p>
    <w:p>
      <w:pPr>
        <w:spacing w:before="0" w:after="40" w:line="300" w:lineRule="auto"/>
        <w:jc w:val="center"/>
      </w:pPr>
      <w:r>
        <w:rPr>
          <w:rFonts w:ascii="Times New Roman" w:hAnsi="Times New Roman" w:eastAsia="宋体"/>
          <w:b w:val="0"/>
          <w:i w:val="0"/>
          <w:color w:val="555555"/>
          <w:sz w:val="21"/>
        </w:rPr>
        <w:t>American Mathematics Competitions 10 · 中英双语</w:t>
      </w:r>
    </w:p>
    <w:p>
      <w:pPr>
        <w:spacing w:before="0" w:after="280" w:line="300" w:lineRule="auto"/>
        <w:jc w:val="center"/>
      </w:pPr>
      <w:r>
        <w:rPr>
          <w:rFonts w:ascii="Times New Roman" w:hAnsi="Times New Roman" w:eastAsia="宋体"/>
          <w:b w:val="0"/>
          <w:i w:val="0"/>
          <w:color w:val="555555"/>
          <w:sz w:val="19"/>
        </w:rPr>
        <w:t>共 25 题，限时 75 分钟；答对得 6 分，未答得 1.5 分，答错 0 分，满分 150 分。</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求下列表达式的值。</w:t>
      </w:r>
    </w:p>
    <w:p>
      <w:pPr>
        <w:spacing w:before="0" w:after="80" w:line="300" w:lineRule="auto"/>
        <w:jc w:val="left"/>
      </w:pPr>
      <w:r>
        <w:rPr>
          <w:rFonts w:ascii="Times New Roman" w:hAnsi="Times New Roman" w:eastAsia="宋体"/>
          <w:b w:val="0"/>
          <w:i w:val="0"/>
          <w:sz w:val="21"/>
        </w:rPr>
        <w:t>(2⁰-1+5²+0)⁻¹ × 5</w:t>
      </w:r>
    </w:p>
    <w:p>
      <w:pPr>
        <w:spacing w:before="0" w:after="120" w:line="300" w:lineRule="auto"/>
      </w:pPr>
      <w:r>
        <w:rPr>
          <w:rFonts w:ascii="Times New Roman" w:hAnsi="Times New Roman" w:eastAsia="宋体"/>
          <w:b w:val="0"/>
          <w:i w:val="0"/>
          <w:sz w:val="21"/>
        </w:rPr>
        <w:t>（A）-125　　（B）-120　　（C）1/5　　（D）5/24　　（E）25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value of the following expression?</w:t>
      </w:r>
    </w:p>
    <w:p>
      <w:pPr>
        <w:spacing w:before="0" w:after="80" w:line="300" w:lineRule="auto"/>
        <w:jc w:val="left"/>
      </w:pPr>
      <w:r>
        <w:rPr>
          <w:rFonts w:ascii="Times New Roman" w:hAnsi="Times New Roman" w:eastAsia="宋体"/>
          <w:b w:val="0"/>
          <w:i w:val="0"/>
          <w:color w:val="333333"/>
          <w:sz w:val="19"/>
        </w:rPr>
        <w:t>(2⁰-1+5²+0)⁻¹ × 5</w:t>
      </w:r>
    </w:p>
    <w:p>
      <w:pPr>
        <w:spacing w:before="0" w:after="160" w:line="300" w:lineRule="auto"/>
      </w:pPr>
      <w:r>
        <w:rPr>
          <w:rFonts w:ascii="Times New Roman" w:hAnsi="Times New Roman" w:eastAsia="宋体"/>
          <w:b w:val="0"/>
          <w:i w:val="0"/>
          <w:color w:val="333333"/>
          <w:sz w:val="19"/>
        </w:rPr>
        <w:t>(A) -125　　(B) -120　　(C) 1/5　　(D) 5/24　　(E) 25</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一个盒子里装有三角形瓷砖和正方形瓷砖，共 25 块。这些瓷砖一共有 84 条边。盒子里有多少块正方形瓷砖？</w:t>
      </w:r>
    </w:p>
    <w:p>
      <w:pPr>
        <w:spacing w:before="0" w:after="120" w:line="300" w:lineRule="auto"/>
      </w:pPr>
      <w:r>
        <w:rPr>
          <w:rFonts w:ascii="Times New Roman" w:hAnsi="Times New Roman" w:eastAsia="宋体"/>
          <w:b w:val="0"/>
          <w:i w:val="0"/>
          <w:sz w:val="21"/>
        </w:rPr>
        <w:t>（A）3　　（B）5　　（C）7　　（D）9　　（E）11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box contains a collection of triangular and square tiles. There are 25 tiles in the box, containing 84 edges total. How many square tiles are there in the box?</w:t>
      </w:r>
    </w:p>
    <w:p>
      <w:pPr>
        <w:spacing w:before="0" w:after="160" w:line="300" w:lineRule="auto"/>
      </w:pPr>
      <w:r>
        <w:rPr>
          <w:rFonts w:ascii="Times New Roman" w:hAnsi="Times New Roman" w:eastAsia="宋体"/>
          <w:b w:val="0"/>
          <w:i w:val="0"/>
          <w:color w:val="333333"/>
          <w:sz w:val="19"/>
        </w:rPr>
        <w:t>(A) 3　　(B) 5　　(C) 7　　(D) 9　　(E) 11</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val="0"/>
          <w:sz w:val="21"/>
        </w:rPr>
        <w:t>Ann 如图用 18 根牙签搭了一个 3 级楼梯。她还需要再加多少根牙签才能完成一个 5 级楼梯？</w:t>
      </w:r>
    </w:p>
    <w:p>
      <w:pPr>
        <w:spacing w:before="80" w:after="80"/>
        <w:jc w:val="center"/>
      </w:pPr>
      <w:r>
        <w:drawing>
          <wp:inline xmlns:a="http://schemas.openxmlformats.org/drawingml/2006/main" xmlns:pic="http://schemas.openxmlformats.org/drawingml/2006/picture">
            <wp:extent cx="926443" cy="926443"/>
            <wp:docPr id="1" name="Picture 1"/>
            <wp:cNvGraphicFramePr>
              <a:graphicFrameLocks noChangeAspect="1"/>
            </wp:cNvGraphicFramePr>
            <a:graphic>
              <a:graphicData uri="http://schemas.openxmlformats.org/drawingml/2006/picture">
                <pic:pic>
                  <pic:nvPicPr>
                    <pic:cNvPr id="0" name="q03-1@300dpi.png"/>
                    <pic:cNvPicPr/>
                  </pic:nvPicPr>
                  <pic:blipFill>
                    <a:blip r:embed="rId9"/>
                    <a:stretch>
                      <a:fillRect/>
                    </a:stretch>
                  </pic:blipFill>
                  <pic:spPr>
                    <a:xfrm>
                      <a:off x="0" y="0"/>
                      <a:ext cx="926443" cy="926443"/>
                    </a:xfrm>
                    <a:prstGeom prst="rect"/>
                  </pic:spPr>
                </pic:pic>
              </a:graphicData>
            </a:graphic>
          </wp:inline>
        </w:drawing>
      </w:r>
    </w:p>
    <w:p>
      <w:pPr>
        <w:spacing w:before="0" w:after="120" w:line="300" w:lineRule="auto"/>
      </w:pPr>
      <w:r>
        <w:rPr>
          <w:rFonts w:ascii="Times New Roman" w:hAnsi="Times New Roman" w:eastAsia="宋体"/>
          <w:b w:val="0"/>
          <w:i w:val="0"/>
          <w:sz w:val="21"/>
        </w:rPr>
        <w:t>（A）9　　（B）18　　（C）20　　（D）22　　（E）24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Ann made a 3-step staircase using 18 toothpicks as shown in the figure. How many toothpicks does she need to add to complete a 5-step staircase?</w:t>
      </w:r>
    </w:p>
    <w:p>
      <w:pPr>
        <w:spacing w:before="80" w:after="80"/>
        <w:jc w:val="center"/>
      </w:pPr>
      <w:r>
        <w:drawing>
          <wp:inline xmlns:a="http://schemas.openxmlformats.org/drawingml/2006/main" xmlns:pic="http://schemas.openxmlformats.org/drawingml/2006/picture">
            <wp:extent cx="926443" cy="926443"/>
            <wp:docPr id="2" name="Picture 2"/>
            <wp:cNvGraphicFramePr>
              <a:graphicFrameLocks noChangeAspect="1"/>
            </wp:cNvGraphicFramePr>
            <a:graphic>
              <a:graphicData uri="http://schemas.openxmlformats.org/drawingml/2006/picture">
                <pic:pic>
                  <pic:nvPicPr>
                    <pic:cNvPr id="0" name="q03-1@300dpi.png"/>
                    <pic:cNvPicPr/>
                  </pic:nvPicPr>
                  <pic:blipFill>
                    <a:blip r:embed="rId9"/>
                    <a:stretch>
                      <a:fillRect/>
                    </a:stretch>
                  </pic:blipFill>
                  <pic:spPr>
                    <a:xfrm>
                      <a:off x="0" y="0"/>
                      <a:ext cx="926443" cy="926443"/>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9　　(B) 18　　(C) 20　　(D) 22　　(E) 24</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Pablo、Sofia 和 Mia 在聚会上得到一些糖果蛋。Pablo 的糖果蛋数量是 Sofia 的三倍，Sofia 的数量是 Mia 的两倍。Pablo 决定把一些糖果蛋给 Sofia 和 Mia，使三人最后数量相同。Pablo 应该把自己糖果蛋的几分之几给 Sofia？</w:t>
      </w:r>
    </w:p>
    <w:p>
      <w:pPr>
        <w:spacing w:before="0" w:after="120" w:line="300" w:lineRule="auto"/>
      </w:pPr>
      <w:r>
        <w:rPr>
          <w:rFonts w:ascii="Times New Roman" w:hAnsi="Times New Roman" w:eastAsia="宋体"/>
          <w:b w:val="0"/>
          <w:i w:val="0"/>
          <w:sz w:val="21"/>
        </w:rPr>
        <w:t>（A）1/12　　（B）1/6　　（C）1/4　　（D）1/3　　（E）1/2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Pablo, Sofia, and Mia got some candy eggs at a party. Pablo had three times as many eggs as Sofia, and Sofia had twice as many eggs as Mia. Pablo decides to give some of his eggs to Sofia and Mia so that all three will have the same number of eggs. What fraction of his eggs should Pablo give to Sofia?</w:t>
      </w:r>
    </w:p>
    <w:p>
      <w:pPr>
        <w:spacing w:before="0" w:after="160" w:line="300" w:lineRule="auto"/>
      </w:pPr>
      <w:r>
        <w:rPr>
          <w:rFonts w:ascii="Times New Roman" w:hAnsi="Times New Roman" w:eastAsia="宋体"/>
          <w:b w:val="0"/>
          <w:i w:val="0"/>
          <w:color w:val="333333"/>
          <w:sz w:val="19"/>
        </w:rPr>
        <w:t>(A) 1/12　　(B) 1/6　　(C) 1/4　　(D) 1/3　　(E) 1/2</w:t>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Patrick 先生教 15 名学生数学。他批改测验时发现，在批完除 Payton 以外所有人的试卷后，全班平均分为 80。批完 Payton 的试卷后，测验平均分变为 81。Payton 的测验分数是多少？</w:t>
      </w:r>
    </w:p>
    <w:p>
      <w:pPr>
        <w:spacing w:before="0" w:after="120" w:line="300" w:lineRule="auto"/>
      </w:pPr>
      <w:r>
        <w:rPr>
          <w:rFonts w:ascii="Times New Roman" w:hAnsi="Times New Roman" w:eastAsia="宋体"/>
          <w:b w:val="0"/>
          <w:i w:val="0"/>
          <w:sz w:val="21"/>
        </w:rPr>
        <w:t>（A）81　　（B）85　　（C）91　　（D）94　　（E）95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Mr. Patrick teaches math to 15 students. He was grading tests and found that when he graded everyone’s test except Payton’s, the average grade for the class was 80. After he graded Payton’s test, the class average became 81. What was Payton’s score on the test?</w:t>
      </w:r>
    </w:p>
    <w:p>
      <w:pPr>
        <w:spacing w:before="0" w:after="160" w:line="300" w:lineRule="auto"/>
      </w:pPr>
      <w:r>
        <w:rPr>
          <w:rFonts w:ascii="Times New Roman" w:hAnsi="Times New Roman" w:eastAsia="宋体"/>
          <w:b w:val="0"/>
          <w:i w:val="0"/>
          <w:color w:val="333333"/>
          <w:sz w:val="19"/>
        </w:rPr>
        <w:t>(A) 81　　(B) 85　　(C) 91　　(D) 94　　(E) 95</w:t>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两个正数的和是它们差的 5 倍。较大数与较小数的比是多少？</w:t>
      </w:r>
    </w:p>
    <w:p>
      <w:pPr>
        <w:spacing w:before="0" w:after="120" w:line="300" w:lineRule="auto"/>
      </w:pPr>
      <w:r>
        <w:rPr>
          <w:rFonts w:ascii="Times New Roman" w:hAnsi="Times New Roman" w:eastAsia="宋体"/>
          <w:b w:val="0"/>
          <w:i w:val="0"/>
          <w:sz w:val="21"/>
        </w:rPr>
        <w:t>（A）5/4　　（B）3/2　　（C）9/5　　（D）2　　（E）5/2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sum of two positive numbers is 5 times their difference. What is the ratio of the larger number to the smaller number?</w:t>
      </w:r>
    </w:p>
    <w:p>
      <w:pPr>
        <w:spacing w:before="0" w:after="160" w:line="300" w:lineRule="auto"/>
      </w:pPr>
      <w:r>
        <w:rPr>
          <w:rFonts w:ascii="Times New Roman" w:hAnsi="Times New Roman" w:eastAsia="宋体"/>
          <w:b w:val="0"/>
          <w:i w:val="0"/>
          <w:color w:val="333333"/>
          <w:sz w:val="19"/>
        </w:rPr>
        <w:t>(A) 5/4　　(B) 3/2　　(C) 9/5　　(D) 2　　(E) 5/2</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等差数列 13、16、19、dotsc、70、73 中有多少项？</w:t>
      </w:r>
    </w:p>
    <w:p>
      <w:pPr>
        <w:spacing w:before="0" w:after="120" w:line="300" w:lineRule="auto"/>
      </w:pPr>
      <w:r>
        <w:rPr>
          <w:rFonts w:ascii="Times New Roman" w:hAnsi="Times New Roman" w:eastAsia="宋体"/>
          <w:b w:val="0"/>
          <w:i w:val="0"/>
          <w:sz w:val="21"/>
        </w:rPr>
        <w:t>（A）20　　（B）21　　（C）24　　（D）60　　（E）61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How many terms are in the arithmetic sequence 13, 16, 19, dotsc, 70, 73?</w:t>
      </w:r>
    </w:p>
    <w:p>
      <w:pPr>
        <w:spacing w:before="0" w:after="160" w:line="300" w:lineRule="auto"/>
      </w:pPr>
      <w:r>
        <w:rPr>
          <w:rFonts w:ascii="Times New Roman" w:hAnsi="Times New Roman" w:eastAsia="宋体"/>
          <w:b w:val="0"/>
          <w:i w:val="0"/>
          <w:color w:val="333333"/>
          <w:sz w:val="19"/>
        </w:rPr>
        <w:t>(A) 20　　(B) 21　　(C) 24　　(D) 60　　(E) 61</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两年前 Pete 的年龄是他的表妹 Claire 的三倍。再往前两年，Pete 的年龄是 Claire 的四倍。多少年后，他们年龄之比将为 2:1？</w:t>
      </w:r>
    </w:p>
    <w:p>
      <w:pPr>
        <w:spacing w:before="0" w:after="120" w:line="300" w:lineRule="auto"/>
      </w:pPr>
      <w:r>
        <w:rPr>
          <w:rFonts w:ascii="Times New Roman" w:hAnsi="Times New Roman" w:eastAsia="宋体"/>
          <w:b w:val="0"/>
          <w:i w:val="0"/>
          <w:sz w:val="21"/>
        </w:rPr>
        <w:t>（A）2　　（B）4　　（C）5　　（D）6　　（E）8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Two years ago Pete was three times as old as his cousin Claire. Two years before that, Pete was four times as old as Claire. In how many years will the ratio of their ages be 2:1?</w:t>
      </w:r>
    </w:p>
    <w:p>
      <w:pPr>
        <w:spacing w:before="0" w:after="160" w:line="300" w:lineRule="auto"/>
      </w:pPr>
      <w:r>
        <w:rPr>
          <w:rFonts w:ascii="Times New Roman" w:hAnsi="Times New Roman" w:eastAsia="宋体"/>
          <w:b w:val="0"/>
          <w:i w:val="0"/>
          <w:color w:val="333333"/>
          <w:sz w:val="19"/>
        </w:rPr>
        <w:t>(A) 2　　(B) 4　　(C) 5　　(D) 6　　(E) 8</w:t>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两个直圆柱体体积相同。第二个圆柱体的半径比第一个多 10%。两个圆柱体的高之间有什么关系？</w:t>
      </w:r>
    </w:p>
    <w:p>
      <w:pPr>
        <w:spacing w:before="0" w:after="120" w:line="300" w:lineRule="auto"/>
      </w:pPr>
      <w:r>
        <w:rPr>
          <w:rFonts w:ascii="Times New Roman" w:hAnsi="Times New Roman" w:eastAsia="宋体"/>
          <w:b w:val="0"/>
          <w:i w:val="0"/>
          <w:sz w:val="21"/>
        </w:rPr>
        <w:t>（A）第二个高比第一个少 10%。　　（B）第一个高比第二个多 10%。　　（C）第二个高比第一个少 21%。　　（D）第一个高比第二个多 21%。　　（E）第二个高是第一个的 80%。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Two right circular cylinders have the same volume. The radius of the second cylinder is 10% more than the radius of the first. What is the relationship between the heights of the two cylinders?</w:t>
      </w:r>
    </w:p>
    <w:p>
      <w:pPr>
        <w:spacing w:before="0" w:after="160" w:line="300" w:lineRule="auto"/>
      </w:pPr>
      <w:r>
        <w:rPr>
          <w:rFonts w:ascii="Times New Roman" w:hAnsi="Times New Roman" w:eastAsia="宋体"/>
          <w:b w:val="0"/>
          <w:i w:val="0"/>
          <w:color w:val="333333"/>
          <w:sz w:val="19"/>
        </w:rPr>
        <w:t>(A) The second height is 10% less than the first.　　(B) The first height is 10% more than the second.　　(C) The second height is 21% less than the first.　　(D) The first height is 21% more than the</w:t>
        <w:br/>
        <w:t>second.　　(E) The second height is 80% of the first.</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abcd 的重排中，有多少种排列使得任意两个相邻字母都不是字母表中相邻的字母？例如，这样的排列不能包含 ab 或 ba。</w:t>
      </w:r>
    </w:p>
    <w:p>
      <w:pPr>
        <w:spacing w:before="0" w:after="120" w:line="300" w:lineRule="auto"/>
      </w:pPr>
      <w:r>
        <w:rPr>
          <w:rFonts w:ascii="Times New Roman" w:hAnsi="Times New Roman" w:eastAsia="宋体"/>
          <w:b w:val="0"/>
          <w:i w:val="0"/>
          <w:sz w:val="21"/>
        </w:rPr>
        <w:t>（A）0　　（B）1　　（C）2　　（D）3　　（E）4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How many rearrangements of abcd are there in which no two adjacent letters are also adjacent letters in the alphabet? For example, no such rearrangements could include either ab or ba.</w:t>
      </w:r>
    </w:p>
    <w:p>
      <w:pPr>
        <w:spacing w:before="0" w:after="160" w:line="300" w:lineRule="auto"/>
      </w:pPr>
      <w:r>
        <w:rPr>
          <w:rFonts w:ascii="Times New Roman" w:hAnsi="Times New Roman" w:eastAsia="宋体"/>
          <w:b w:val="0"/>
          <w:i w:val="0"/>
          <w:color w:val="333333"/>
          <w:sz w:val="19"/>
        </w:rPr>
        <w:t>(A) 0　　(B) 1　　(C) 2　　(D) 3　　(E) 4</w:t>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一个长方形的长与宽之比为 4:3。如果长方形的对角线长为 d，那么面积可以表示为 kd²，其中 k 是常数。求 k 的值。</w:t>
      </w:r>
    </w:p>
    <w:p>
      <w:pPr>
        <w:spacing w:before="0" w:after="120" w:line="300" w:lineRule="auto"/>
      </w:pPr>
      <w:r>
        <w:rPr>
          <w:rFonts w:ascii="Times New Roman" w:hAnsi="Times New Roman" w:eastAsia="宋体"/>
          <w:b w:val="0"/>
          <w:i w:val="0"/>
          <w:sz w:val="21"/>
        </w:rPr>
        <w:t>（A）2/7　　（B）3/7　　（C）12/25　　（D）16/25　　（E）3/4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ratio of the length to the width of a rectangle is 4:3. If the rectangle has diagonal of length d, then the area may be expressed as kd² for some constant k. What is k?</w:t>
      </w:r>
    </w:p>
    <w:p>
      <w:pPr>
        <w:spacing w:before="0" w:after="160" w:line="300" w:lineRule="auto"/>
      </w:pPr>
      <w:r>
        <w:rPr>
          <w:rFonts w:ascii="Times New Roman" w:hAnsi="Times New Roman" w:eastAsia="宋体"/>
          <w:b w:val="0"/>
          <w:i w:val="0"/>
          <w:color w:val="333333"/>
          <w:sz w:val="19"/>
        </w:rPr>
        <w:t>(A) 2/7　　(B) 3/7　　(C) 12/25　　(D) 16/25　　(E) 3/4</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点 (√(π), a) 和 (√(π), b) 是方程</w:t>
      </w:r>
    </w:p>
    <w:p>
      <w:pPr>
        <w:spacing w:before="0" w:after="80" w:line="300" w:lineRule="auto"/>
        <w:jc w:val="left"/>
      </w:pPr>
      <w:r>
        <w:rPr>
          <w:rFonts w:ascii="Times New Roman" w:hAnsi="Times New Roman" w:eastAsia="宋体"/>
          <w:b w:val="0"/>
          <w:i w:val="0"/>
          <w:sz w:val="21"/>
        </w:rPr>
        <w:t>y² + x⁴ = 2x² y + 1</w:t>
      </w:r>
    </w:p>
    <w:p>
      <w:pPr>
        <w:spacing w:before="0" w:after="80" w:line="300" w:lineRule="auto"/>
        <w:jc w:val="left"/>
      </w:pPr>
      <w:r>
        <w:rPr>
          <w:rFonts w:ascii="Times New Roman" w:hAnsi="Times New Roman" w:eastAsia="宋体"/>
          <w:b w:val="0"/>
          <w:i w:val="0"/>
          <w:sz w:val="21"/>
        </w:rPr>
        <w:t>图像上的两个不同点。求 |a-b| 的值。</w:t>
      </w:r>
    </w:p>
    <w:p>
      <w:pPr>
        <w:spacing w:before="0" w:after="120" w:line="300" w:lineRule="auto"/>
      </w:pPr>
      <w:r>
        <w:rPr>
          <w:rFonts w:ascii="Times New Roman" w:hAnsi="Times New Roman" w:eastAsia="宋体"/>
          <w:b w:val="0"/>
          <w:i w:val="0"/>
          <w:sz w:val="21"/>
        </w:rPr>
        <w:t>（A）1　　（B）π/2　　（C）2　　（D）√(1+π)　　（E）1 + √(π)</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Points (√(π), a) and (√(π), b) are distinct points on the graph of</w:t>
      </w:r>
    </w:p>
    <w:p>
      <w:pPr>
        <w:spacing w:before="0" w:after="80" w:line="300" w:lineRule="auto"/>
        <w:jc w:val="left"/>
      </w:pPr>
      <w:r>
        <w:rPr>
          <w:rFonts w:ascii="Times New Roman" w:hAnsi="Times New Roman" w:eastAsia="宋体"/>
          <w:b w:val="0"/>
          <w:i w:val="0"/>
          <w:color w:val="333333"/>
          <w:sz w:val="19"/>
        </w:rPr>
        <w:t>y² + x⁴ = 2x² y + 1.</w:t>
      </w:r>
    </w:p>
    <w:p>
      <w:pPr>
        <w:spacing w:before="0" w:after="80" w:line="300" w:lineRule="auto"/>
        <w:jc w:val="left"/>
      </w:pPr>
      <w:r>
        <w:rPr>
          <w:rFonts w:ascii="Times New Roman" w:hAnsi="Times New Roman" w:eastAsia="宋体"/>
          <w:b w:val="0"/>
          <w:i w:val="0"/>
          <w:color w:val="333333"/>
          <w:sz w:val="19"/>
        </w:rPr>
        <w:t>What is |a-b|?</w:t>
      </w:r>
    </w:p>
    <w:p>
      <w:pPr>
        <w:spacing w:before="0" w:after="160" w:line="300" w:lineRule="auto"/>
      </w:pPr>
      <w:r>
        <w:rPr>
          <w:rFonts w:ascii="Times New Roman" w:hAnsi="Times New Roman" w:eastAsia="宋体"/>
          <w:b w:val="0"/>
          <w:i w:val="0"/>
          <w:color w:val="333333"/>
          <w:sz w:val="19"/>
        </w:rPr>
        <w:t>(A) 1　　(B) π/2　　(C) 2　　(D) √(1+π)　　(E) 1 + √(π)</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Claudia 有 12 枚硬币，每枚是 5 美分或 10 美分。用其中一枚或多枚硬币组合，恰好可以得到 17 种不同金额。Claudia 有多少枚 10 美分硬币？</w:t>
      </w:r>
    </w:p>
    <w:p>
      <w:pPr>
        <w:spacing w:before="0" w:after="120" w:line="300" w:lineRule="auto"/>
      </w:pPr>
      <w:r>
        <w:rPr>
          <w:rFonts w:ascii="Times New Roman" w:hAnsi="Times New Roman" w:eastAsia="宋体"/>
          <w:b w:val="0"/>
          <w:i w:val="0"/>
          <w:sz w:val="21"/>
        </w:rPr>
        <w:t>（A）3　　（B）4　　（C）5　　（D）6　　（E）7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Claudia has 12 coins, each of which is a 5-cent coin or a 10-cent coin. There are exactly 17 different values that can be obtained as combinations of one or more of her coins. How many 10-cent coins does Claudia have?</w:t>
      </w:r>
    </w:p>
    <w:p>
      <w:pPr>
        <w:spacing w:before="0" w:after="160" w:line="300" w:lineRule="auto"/>
      </w:pPr>
      <w:r>
        <w:rPr>
          <w:rFonts w:ascii="Times New Roman" w:hAnsi="Times New Roman" w:eastAsia="宋体"/>
          <w:b w:val="0"/>
          <w:i w:val="0"/>
          <w:color w:val="333333"/>
          <w:sz w:val="19"/>
        </w:rPr>
        <w:t>(A) 3　　(B) 4　　(C) 5　　(D) 6　　(E) 7</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下图显示一个半径为 20 厘米的圆形钟面，以及一个半径为 10 厘米的圆盘，它在 12 点处与钟面外切。圆盘上画有一个箭头，初始时竖直向上。令圆盘沿钟面顺时针滚动。当箭头下一次竖直向上时，圆盘与钟面在哪个位置相切？</w:t>
      </w:r>
    </w:p>
    <w:p>
      <w:pPr>
        <w:spacing w:before="80" w:after="80"/>
        <w:jc w:val="center"/>
      </w:pPr>
      <w:r>
        <w:drawing>
          <wp:inline xmlns:a="http://schemas.openxmlformats.org/drawingml/2006/main" xmlns:pic="http://schemas.openxmlformats.org/drawingml/2006/picture">
            <wp:extent cx="1758186" cy="2290159"/>
            <wp:docPr id="3" name="Picture 3"/>
            <wp:cNvGraphicFramePr>
              <a:graphicFrameLocks noChangeAspect="1"/>
            </wp:cNvGraphicFramePr>
            <a:graphic>
              <a:graphicData uri="http://schemas.openxmlformats.org/drawingml/2006/picture">
                <pic:pic>
                  <pic:nvPicPr>
                    <pic:cNvPr id="0" name="q14-1@300dpi.png"/>
                    <pic:cNvPicPr/>
                  </pic:nvPicPr>
                  <pic:blipFill>
                    <a:blip r:embed="rId10"/>
                    <a:stretch>
                      <a:fillRect/>
                    </a:stretch>
                  </pic:blipFill>
                  <pic:spPr>
                    <a:xfrm>
                      <a:off x="0" y="0"/>
                      <a:ext cx="1758186" cy="2290159"/>
                    </a:xfrm>
                    <a:prstGeom prst="rect"/>
                  </pic:spPr>
                </pic:pic>
              </a:graphicData>
            </a:graphic>
          </wp:inline>
        </w:drawing>
      </w:r>
    </w:p>
    <w:p>
      <w:pPr>
        <w:spacing w:before="0" w:after="120" w:line="300" w:lineRule="auto"/>
      </w:pPr>
      <w:r>
        <w:rPr>
          <w:rFonts w:ascii="Times New Roman" w:hAnsi="Times New Roman" w:eastAsia="宋体"/>
          <w:b w:val="0"/>
          <w:i w:val="0"/>
          <w:sz w:val="21"/>
        </w:rPr>
        <w:t>（A）2 点钟　　（B）3 点钟　　（C）4 点钟　　（D）6 点钟　　（E）8 点钟</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diagram below shows the circular face of a clock with radius 20 cm and a circular disk with radius 10 cm externally tangent to the clock face at 12 o’clock. The disk has an arrow painted on it, initially pointing in the upward vertical direction. Let the disk roll clockwise around the clock face. At what point on the clock face will the disk be tangent when the arrow is next pointing in the upward vertical direction?</w:t>
      </w:r>
    </w:p>
    <w:p>
      <w:pPr>
        <w:spacing w:before="80" w:after="80"/>
        <w:jc w:val="center"/>
      </w:pPr>
      <w:r>
        <w:drawing>
          <wp:inline xmlns:a="http://schemas.openxmlformats.org/drawingml/2006/main" xmlns:pic="http://schemas.openxmlformats.org/drawingml/2006/picture">
            <wp:extent cx="1758186" cy="2290159"/>
            <wp:docPr id="4" name="Picture 4"/>
            <wp:cNvGraphicFramePr>
              <a:graphicFrameLocks noChangeAspect="1"/>
            </wp:cNvGraphicFramePr>
            <a:graphic>
              <a:graphicData uri="http://schemas.openxmlformats.org/drawingml/2006/picture">
                <pic:pic>
                  <pic:nvPicPr>
                    <pic:cNvPr id="0" name="q14-1@300dpi.png"/>
                    <pic:cNvPicPr/>
                  </pic:nvPicPr>
                  <pic:blipFill>
                    <a:blip r:embed="rId10"/>
                    <a:stretch>
                      <a:fillRect/>
                    </a:stretch>
                  </pic:blipFill>
                  <pic:spPr>
                    <a:xfrm>
                      <a:off x="0" y="0"/>
                      <a:ext cx="1758186" cy="2290159"/>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2 o’clock　　(B) 3 o’clock　　(C) 4 o’clock　　(D) 6 o’clock　　(E) 8 o’clock</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考虑所有分数 x/y，其中 x 和 y 是互质的正整数。有多少个这样的分数满足：若分子和分母都增加 1，分数值增加 10%？</w:t>
      </w:r>
    </w:p>
    <w:p>
      <w:pPr>
        <w:spacing w:before="0" w:after="120" w:line="300" w:lineRule="auto"/>
      </w:pPr>
      <w:r>
        <w:rPr>
          <w:rFonts w:ascii="Times New Roman" w:hAnsi="Times New Roman" w:eastAsia="宋体"/>
          <w:b w:val="0"/>
          <w:i w:val="0"/>
          <w:sz w:val="21"/>
        </w:rPr>
        <w:t>（A）0　　（B）1　　（C）2　　（D）3　　（E）无穷多个</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Consider the set of all fractions x/y, where x and y are relatively prime positive integers. How many of these fractions have the property that if both numerator and denominator are increased by 1, the value of the fraction is increased by 10%?</w:t>
      </w:r>
    </w:p>
    <w:p>
      <w:pPr>
        <w:spacing w:before="0" w:after="160" w:line="300" w:lineRule="auto"/>
      </w:pPr>
      <w:r>
        <w:rPr>
          <w:rFonts w:ascii="Times New Roman" w:hAnsi="Times New Roman" w:eastAsia="宋体"/>
          <w:b w:val="0"/>
          <w:i w:val="0"/>
          <w:color w:val="333333"/>
          <w:sz w:val="19"/>
        </w:rPr>
        <w:t>(A) 0　　(B) 1　　(C) 2　　(D) 3　　(E) infinitely many</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若</w:t>
      </w:r>
    </w:p>
    <w:p>
      <w:pPr>
        <w:spacing w:before="0" w:after="80" w:line="300" w:lineRule="auto"/>
        <w:jc w:val="left"/>
      </w:pPr>
      <w:r>
        <w:rPr>
          <w:rFonts w:ascii="Times New Roman" w:hAnsi="Times New Roman" w:eastAsia="宋体"/>
          <w:b w:val="0"/>
          <w:i w:val="0"/>
          <w:sz w:val="21"/>
        </w:rPr>
        <w:t>y+4 = (x-2)²，</w:t>
      </w:r>
    </w:p>
    <w:p>
      <w:pPr>
        <w:spacing w:before="0" w:after="80" w:line="300" w:lineRule="auto"/>
        <w:jc w:val="left"/>
      </w:pPr>
      <w:r>
        <w:rPr>
          <w:rFonts w:ascii="Times New Roman" w:hAnsi="Times New Roman" w:eastAsia="宋体"/>
          <w:b w:val="0"/>
          <w:i w:val="0"/>
          <w:sz w:val="21"/>
        </w:rPr>
        <w:t>x+4 = (y-2)²，</w:t>
      </w:r>
    </w:p>
    <w:p>
      <w:pPr>
        <w:spacing w:before="0" w:after="80" w:line="300" w:lineRule="auto"/>
        <w:jc w:val="left"/>
      </w:pPr>
      <w:r>
        <w:rPr>
          <w:rFonts w:ascii="Times New Roman" w:hAnsi="Times New Roman" w:eastAsia="宋体"/>
          <w:b w:val="0"/>
          <w:i w:val="0"/>
          <w:sz w:val="21"/>
        </w:rPr>
        <w:t>且 x ≠ y，求下式的值：</w:t>
      </w:r>
    </w:p>
    <w:p>
      <w:pPr>
        <w:spacing w:before="0" w:after="80" w:line="300" w:lineRule="auto"/>
        <w:jc w:val="left"/>
      </w:pPr>
      <w:r>
        <w:rPr>
          <w:rFonts w:ascii="Times New Roman" w:hAnsi="Times New Roman" w:eastAsia="宋体"/>
          <w:b w:val="0"/>
          <w:i w:val="0"/>
          <w:sz w:val="21"/>
        </w:rPr>
        <w:t>x²+y²</w:t>
      </w:r>
    </w:p>
    <w:p>
      <w:pPr>
        <w:spacing w:before="0" w:after="120" w:line="300" w:lineRule="auto"/>
      </w:pPr>
      <w:r>
        <w:rPr>
          <w:rFonts w:ascii="Times New Roman" w:hAnsi="Times New Roman" w:eastAsia="宋体"/>
          <w:b w:val="0"/>
          <w:i w:val="0"/>
          <w:sz w:val="21"/>
        </w:rPr>
        <w:t>（A）10　　（B）15　　（C）20　　（D）25　　（E）30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w:t>
      </w:r>
    </w:p>
    <w:p>
      <w:pPr>
        <w:spacing w:before="0" w:after="80" w:line="300" w:lineRule="auto"/>
        <w:jc w:val="left"/>
      </w:pPr>
      <w:r>
        <w:rPr>
          <w:rFonts w:ascii="Times New Roman" w:hAnsi="Times New Roman" w:eastAsia="宋体"/>
          <w:b w:val="0"/>
          <w:i w:val="0"/>
          <w:color w:val="333333"/>
          <w:sz w:val="19"/>
        </w:rPr>
        <w:t>y+4 = (x-2)²,</w:t>
      </w:r>
    </w:p>
    <w:p>
      <w:pPr>
        <w:spacing w:before="0" w:after="80" w:line="300" w:lineRule="auto"/>
        <w:jc w:val="left"/>
      </w:pPr>
      <w:r>
        <w:rPr>
          <w:rFonts w:ascii="Times New Roman" w:hAnsi="Times New Roman" w:eastAsia="宋体"/>
          <w:b w:val="0"/>
          <w:i w:val="0"/>
          <w:color w:val="333333"/>
          <w:sz w:val="19"/>
        </w:rPr>
        <w:t>x+4 = (y-2)²,</w:t>
      </w:r>
    </w:p>
    <w:p>
      <w:pPr>
        <w:spacing w:before="0" w:after="80" w:line="300" w:lineRule="auto"/>
        <w:jc w:val="left"/>
      </w:pPr>
      <w:r>
        <w:rPr>
          <w:rFonts w:ascii="Times New Roman" w:hAnsi="Times New Roman" w:eastAsia="宋体"/>
          <w:b w:val="0"/>
          <w:i w:val="0"/>
          <w:color w:val="333333"/>
          <w:sz w:val="19"/>
        </w:rPr>
        <w:t>and x ≠ y, what is the value of</w:t>
      </w:r>
    </w:p>
    <w:p>
      <w:pPr>
        <w:spacing w:before="0" w:after="80" w:line="300" w:lineRule="auto"/>
        <w:jc w:val="left"/>
      </w:pPr>
      <w:r>
        <w:rPr>
          <w:rFonts w:ascii="Times New Roman" w:hAnsi="Times New Roman" w:eastAsia="宋体"/>
          <w:b w:val="0"/>
          <w:i w:val="0"/>
          <w:color w:val="333333"/>
          <w:sz w:val="19"/>
        </w:rPr>
        <w:t>x²+y²</w:t>
      </w:r>
    </w:p>
    <w:p>
      <w:pPr>
        <w:spacing w:before="0" w:after="160" w:line="300" w:lineRule="auto"/>
      </w:pPr>
      <w:r>
        <w:rPr>
          <w:rFonts w:ascii="Times New Roman" w:hAnsi="Times New Roman" w:eastAsia="宋体"/>
          <w:b w:val="0"/>
          <w:i w:val="0"/>
          <w:color w:val="333333"/>
          <w:sz w:val="19"/>
        </w:rPr>
        <w:t>(A) 10　　(B) 15　　(C) 20　　(D) 25　　(E) 30</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一条经过原点的直线同时与直线 x = 1 和直线</w:t>
      </w:r>
    </w:p>
    <w:p>
      <w:pPr>
        <w:spacing w:before="0" w:after="80" w:line="300" w:lineRule="auto"/>
        <w:jc w:val="left"/>
      </w:pPr>
      <w:r>
        <w:rPr>
          <w:rFonts w:ascii="Times New Roman" w:hAnsi="Times New Roman" w:eastAsia="宋体"/>
          <w:b w:val="0"/>
          <w:i w:val="0"/>
          <w:sz w:val="21"/>
        </w:rPr>
        <w:t>y=1+ (√(3))/3 x</w:t>
      </w:r>
    </w:p>
    <w:p>
      <w:pPr>
        <w:spacing w:before="0" w:after="80" w:line="300" w:lineRule="auto"/>
        <w:jc w:val="left"/>
      </w:pPr>
      <w:r>
        <w:rPr>
          <w:rFonts w:ascii="Times New Roman" w:hAnsi="Times New Roman" w:eastAsia="宋体"/>
          <w:b w:val="0"/>
          <w:i w:val="0"/>
          <w:sz w:val="21"/>
        </w:rPr>
        <w:t>相交。这三条直线围成一个等边三角形。这个三角形的周长是多少？</w:t>
      </w:r>
    </w:p>
    <w:p>
      <w:pPr>
        <w:spacing w:before="0" w:after="120" w:line="300" w:lineRule="auto"/>
      </w:pPr>
      <w:r>
        <w:rPr>
          <w:rFonts w:ascii="Times New Roman" w:hAnsi="Times New Roman" w:eastAsia="宋体"/>
          <w:b w:val="0"/>
          <w:i w:val="0"/>
          <w:sz w:val="21"/>
        </w:rPr>
        <w:t>（A）2√(6)　　（B）2 + 2√(3)　　（C）6　　（D）3 + 2√(3)　　（E）6 + (√(3))/3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line that passes through the origin intersects both the line x = 1 and the line</w:t>
      </w:r>
    </w:p>
    <w:p>
      <w:pPr>
        <w:spacing w:before="0" w:after="80" w:line="300" w:lineRule="auto"/>
        <w:jc w:val="left"/>
      </w:pPr>
      <w:r>
        <w:rPr>
          <w:rFonts w:ascii="Times New Roman" w:hAnsi="Times New Roman" w:eastAsia="宋体"/>
          <w:b w:val="0"/>
          <w:i w:val="0"/>
          <w:color w:val="333333"/>
          <w:sz w:val="19"/>
        </w:rPr>
        <w:t>y=1+ (√(3))/3 x.</w:t>
      </w:r>
    </w:p>
    <w:p>
      <w:pPr>
        <w:spacing w:before="0" w:after="80" w:line="300" w:lineRule="auto"/>
        <w:jc w:val="left"/>
      </w:pPr>
      <w:r>
        <w:rPr>
          <w:rFonts w:ascii="Times New Roman" w:hAnsi="Times New Roman" w:eastAsia="宋体"/>
          <w:b w:val="0"/>
          <w:i w:val="0"/>
          <w:color w:val="333333"/>
          <w:sz w:val="19"/>
        </w:rPr>
        <w:t>The three lines create an equilateral triangle. What is the perimeter of the triangle?</w:t>
      </w:r>
    </w:p>
    <w:p>
      <w:pPr>
        <w:spacing w:before="0" w:after="160" w:line="300" w:lineRule="auto"/>
      </w:pPr>
      <w:r>
        <w:rPr>
          <w:rFonts w:ascii="Times New Roman" w:hAnsi="Times New Roman" w:eastAsia="宋体"/>
          <w:b w:val="0"/>
          <w:i w:val="0"/>
          <w:color w:val="333333"/>
          <w:sz w:val="19"/>
        </w:rPr>
        <w:t>(A) 2√(6)　　(B) 2 + 2√(3)　　(C) 6　　(D) 3 + 2√(3)　　(E) 6 + (√(3))/3</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十六进制（以 16 为底）数使用数字 0 到 9，以及字母 A 到 F 表示 10 到 15。前 1000 个正整数中，有 n 个数的这种表示只含数字字符。求 n 的各位数字之和。</w:t>
      </w:r>
    </w:p>
    <w:p>
      <w:pPr>
        <w:spacing w:before="0" w:after="120" w:line="300" w:lineRule="auto"/>
      </w:pPr>
      <w:r>
        <w:rPr>
          <w:rFonts w:ascii="Times New Roman" w:hAnsi="Times New Roman" w:eastAsia="宋体"/>
          <w:b w:val="0"/>
          <w:i w:val="0"/>
          <w:sz w:val="21"/>
        </w:rPr>
        <w:t>（A）17　　（B）18　　（C）19　　（D）20　　（E）21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Hexadecimal (base-16) numbers are written using numeric digits 0 through 9 as well as the letters A through F to represent 10 through 15. Among the first 1000 positive integers, there are n whose hexadecimal representation contains only numeric digits. What is the sum of the digits of n?</w:t>
      </w:r>
    </w:p>
    <w:p>
      <w:pPr>
        <w:spacing w:before="0" w:after="160" w:line="300" w:lineRule="auto"/>
      </w:pPr>
      <w:r>
        <w:rPr>
          <w:rFonts w:ascii="Times New Roman" w:hAnsi="Times New Roman" w:eastAsia="宋体"/>
          <w:b w:val="0"/>
          <w:i w:val="0"/>
          <w:color w:val="333333"/>
          <w:sz w:val="19"/>
        </w:rPr>
        <w:t>(A) 17　　(B) 18　　(C) 19　　(D) 20　　(E) 21</w:t>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等腰直角三角形 ABC 在 C 处为直角，面积为 12.5。三等分 ∠ ACB 的两条射线与 AB 相交于 D 和 E。求 △ CDE 的面积。</w:t>
      </w:r>
    </w:p>
    <w:p>
      <w:pPr>
        <w:spacing w:before="0" w:after="120" w:line="300" w:lineRule="auto"/>
      </w:pPr>
      <w:r>
        <w:rPr>
          <w:rFonts w:ascii="Times New Roman" w:hAnsi="Times New Roman" w:eastAsia="宋体"/>
          <w:b w:val="0"/>
          <w:i w:val="0"/>
          <w:sz w:val="21"/>
        </w:rPr>
        <w:t>（A）(5√(2))/3　　（B）(50√(3)-75)/4　　（C）(15√(3))/8　　（D）(50-25√(3))/2　　（E）25/6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isosceles right triangle ABC has right angle at C and area 12.5. The rays trisecting ∠ ACB intersect AB at D and E. What is the area of △ CDE?</w:t>
      </w:r>
    </w:p>
    <w:p>
      <w:pPr>
        <w:spacing w:before="0" w:after="160" w:line="300" w:lineRule="auto"/>
      </w:pPr>
      <w:r>
        <w:rPr>
          <w:rFonts w:ascii="Times New Roman" w:hAnsi="Times New Roman" w:eastAsia="宋体"/>
          <w:b w:val="0"/>
          <w:i w:val="0"/>
          <w:color w:val="333333"/>
          <w:sz w:val="19"/>
        </w:rPr>
        <w:t>(A) (5√(2))/3　　(B) (50√(3)-75)/4　　(C) (15√(3))/8　　(D) (50-25√(3))/2　　(E) 25/6</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一个边长以 cm 计且为正整数的长方形，面积为 A cm²，周长为 P cm。下列哪个数不可能等于 A+P？</w:t>
      </w:r>
    </w:p>
    <w:p>
      <w:pPr>
        <w:spacing w:before="0" w:after="120" w:line="300" w:lineRule="auto"/>
      </w:pPr>
      <w:r>
        <w:rPr>
          <w:rFonts w:ascii="Times New Roman" w:hAnsi="Times New Roman" w:eastAsia="宋体"/>
          <w:b w:val="0"/>
          <w:i w:val="0"/>
          <w:sz w:val="21"/>
        </w:rPr>
        <w:t>（A）100　　（B）102　　（C）104　　（D）106　　（E）108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rectangle with positive integer side lengths in cm has area A cm² and perimeter P cm. Which of the following numbers cannot equal A+P?</w:t>
      </w:r>
    </w:p>
    <w:p>
      <w:pPr>
        <w:spacing w:before="0" w:after="160" w:line="300" w:lineRule="auto"/>
      </w:pPr>
      <w:r>
        <w:rPr>
          <w:rFonts w:ascii="Times New Roman" w:hAnsi="Times New Roman" w:eastAsia="宋体"/>
          <w:b w:val="0"/>
          <w:i w:val="0"/>
          <w:color w:val="333333"/>
          <w:sz w:val="19"/>
        </w:rPr>
        <w:t>(A) 100　　(B) 102　　(C) 104　　(D) 106　　(E) 108</w:t>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四面体 ABCD 满足 AB=5，AC=3，BC=4，BD=4，AD=3，且 CD=12/5√(2)。求该四面体的体积。</w:t>
      </w:r>
    </w:p>
    <w:p>
      <w:pPr>
        <w:spacing w:before="0" w:after="120" w:line="300" w:lineRule="auto"/>
      </w:pPr>
      <w:r>
        <w:rPr>
          <w:rFonts w:ascii="Times New Roman" w:hAnsi="Times New Roman" w:eastAsia="宋体"/>
          <w:b w:val="0"/>
          <w:i w:val="0"/>
          <w:sz w:val="21"/>
        </w:rPr>
        <w:t>（A）3√(2)　　（B）2√(5)　　（C）24/5　　（D）3√(3)　　（E）24/5√(2)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Tetrahedron ABCD has AB=5, AC=3, BC=4, BD=4, AD=3, and CD=12/5√(2). What is the volume of the tetrahedron?</w:t>
      </w:r>
    </w:p>
    <w:p>
      <w:pPr>
        <w:spacing w:before="0" w:after="160" w:line="300" w:lineRule="auto"/>
      </w:pPr>
      <w:r>
        <w:rPr>
          <w:rFonts w:ascii="Times New Roman" w:hAnsi="Times New Roman" w:eastAsia="宋体"/>
          <w:b w:val="0"/>
          <w:i w:val="0"/>
          <w:color w:val="333333"/>
          <w:sz w:val="19"/>
        </w:rPr>
        <w:t>(A) 3√(2)　　(B) 2√(5)　　(C) 24/5　　(D) 3√(3)　　(E) 24/5√(2)</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八个人围坐在一张圆桌旁，每人手中有一枚公平硬币。所有人同时抛硬币，正面朝上的人站起来，反面朝上的人仍坐着。没有两个相邻的人都站起来的概率是多少？</w:t>
      </w:r>
    </w:p>
    <w:p>
      <w:pPr>
        <w:spacing w:before="0" w:after="120" w:line="300" w:lineRule="auto"/>
      </w:pPr>
      <w:r>
        <w:rPr>
          <w:rFonts w:ascii="Times New Roman" w:hAnsi="Times New Roman" w:eastAsia="宋体"/>
          <w:b w:val="0"/>
          <w:i w:val="0"/>
          <w:sz w:val="21"/>
        </w:rPr>
        <w:t>（A）47/256　　（B）3/16　　（C）49/256　　（D）25/128　　（E）51/256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Eight people are sitting around a circular table, each holding a fair coin. All eight people flip their coins and those who flip heads stand while those who flip tails remain seated. What is the probability that no two adjacent people will stand?</w:t>
      </w:r>
    </w:p>
    <w:p>
      <w:pPr>
        <w:spacing w:before="0" w:after="160" w:line="300" w:lineRule="auto"/>
      </w:pPr>
      <w:r>
        <w:rPr>
          <w:rFonts w:ascii="Times New Roman" w:hAnsi="Times New Roman" w:eastAsia="宋体"/>
          <w:b w:val="0"/>
          <w:i w:val="0"/>
          <w:color w:val="333333"/>
          <w:sz w:val="19"/>
        </w:rPr>
        <w:t>(A) 47/256　　(B) 3/16　　(C) 49/256　　(D) 25/128　　(E) 51/256</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函数</w:t>
      </w:r>
    </w:p>
    <w:p>
      <w:pPr>
        <w:spacing w:before="0" w:after="80" w:line="300" w:lineRule="auto"/>
        <w:jc w:val="left"/>
      </w:pPr>
      <w:r>
        <w:rPr>
          <w:rFonts w:ascii="Times New Roman" w:hAnsi="Times New Roman" w:eastAsia="宋体"/>
          <w:b w:val="0"/>
          <w:i w:val="0"/>
          <w:sz w:val="21"/>
        </w:rPr>
        <w:t>f(x)=x²-ax+2a</w:t>
      </w:r>
    </w:p>
    <w:p>
      <w:pPr>
        <w:spacing w:before="0" w:after="80" w:line="300" w:lineRule="auto"/>
        <w:jc w:val="left"/>
      </w:pPr>
      <w:r>
        <w:rPr>
          <w:rFonts w:ascii="Times New Roman" w:hAnsi="Times New Roman" w:eastAsia="宋体"/>
          <w:b w:val="0"/>
          <w:i w:val="0"/>
          <w:sz w:val="21"/>
        </w:rPr>
        <w:t>的零点都是整数。所有可能的 a 值之和是多少？</w:t>
      </w:r>
    </w:p>
    <w:p>
      <w:pPr>
        <w:spacing w:before="0" w:after="120" w:line="300" w:lineRule="auto"/>
      </w:pPr>
      <w:r>
        <w:rPr>
          <w:rFonts w:ascii="Times New Roman" w:hAnsi="Times New Roman" w:eastAsia="宋体"/>
          <w:b w:val="0"/>
          <w:i w:val="0"/>
          <w:sz w:val="21"/>
        </w:rPr>
        <w:t>（A）7　　（B）8　　（C）16　　（D）17　　（E）18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zeros of the function</w:t>
      </w:r>
    </w:p>
    <w:p>
      <w:pPr>
        <w:spacing w:before="0" w:after="80" w:line="300" w:lineRule="auto"/>
        <w:jc w:val="left"/>
      </w:pPr>
      <w:r>
        <w:rPr>
          <w:rFonts w:ascii="Times New Roman" w:hAnsi="Times New Roman" w:eastAsia="宋体"/>
          <w:b w:val="0"/>
          <w:i w:val="0"/>
          <w:color w:val="333333"/>
          <w:sz w:val="19"/>
        </w:rPr>
        <w:t>f(x)=x²-ax+2a</w:t>
      </w:r>
    </w:p>
    <w:p>
      <w:pPr>
        <w:spacing w:before="0" w:after="80" w:line="300" w:lineRule="auto"/>
        <w:jc w:val="left"/>
      </w:pPr>
      <w:r>
        <w:rPr>
          <w:rFonts w:ascii="Times New Roman" w:hAnsi="Times New Roman" w:eastAsia="宋体"/>
          <w:b w:val="0"/>
          <w:i w:val="0"/>
          <w:color w:val="333333"/>
          <w:sz w:val="19"/>
        </w:rPr>
        <w:t>are integers. What is the sum of the possible values of a?</w:t>
      </w:r>
    </w:p>
    <w:p>
      <w:pPr>
        <w:spacing w:before="0" w:after="160" w:line="300" w:lineRule="auto"/>
      </w:pPr>
      <w:r>
        <w:rPr>
          <w:rFonts w:ascii="Times New Roman" w:hAnsi="Times New Roman" w:eastAsia="宋体"/>
          <w:b w:val="0"/>
          <w:i w:val="0"/>
          <w:color w:val="333333"/>
          <w:sz w:val="19"/>
        </w:rPr>
        <w:t>(A) 7　　(B) 8　　(C) 16　　(D) 17　　(E) 18</w:t>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val="0"/>
          <w:sz w:val="21"/>
        </w:rPr>
        <w:t>对某些正整数 p，存在一个四边形 ABCD，其边长均为正整数，周长为 p，在 B 和 C 处为直角，且 AB=2、CD=AD。满足 p &lt; 2015 的周长可以有多少个不同的值？</w:t>
      </w:r>
    </w:p>
    <w:p>
      <w:pPr>
        <w:spacing w:before="0" w:after="120" w:line="300" w:lineRule="auto"/>
      </w:pPr>
      <w:r>
        <w:rPr>
          <w:rFonts w:ascii="Times New Roman" w:hAnsi="Times New Roman" w:eastAsia="宋体"/>
          <w:b w:val="0"/>
          <w:i w:val="0"/>
          <w:sz w:val="21"/>
        </w:rPr>
        <w:t>（A）30　　（B）31　　（C）61　　（D）62　　（E）63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some positive integers p, there is a quadrilateral ABCD with positive integer side lengths, perimeter p, right angles at B and C, AB=2, and CD=AD. How many different values of p &lt; 2015 are possible?</w:t>
      </w:r>
    </w:p>
    <w:p>
      <w:pPr>
        <w:spacing w:before="0" w:after="160" w:line="300" w:lineRule="auto"/>
      </w:pPr>
      <w:r>
        <w:rPr>
          <w:rFonts w:ascii="Times New Roman" w:hAnsi="Times New Roman" w:eastAsia="宋体"/>
          <w:b w:val="0"/>
          <w:i w:val="0"/>
          <w:color w:val="333333"/>
          <w:sz w:val="19"/>
        </w:rPr>
        <w:t>(A) 30　　(B) 31　　(C) 61　　(D) 62　　(E) 63</w:t>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设 S 是边长为 1 的正方形。独立随机地在 S 的边上选取两个点。两点间直线距离至少为 1/2 的概率为 a-bπ/c，其中 a、b、c 是正整数且 gcd(a,b,c)=1。求 a+b+c 的值。</w:t>
      </w:r>
    </w:p>
    <w:p>
      <w:pPr>
        <w:spacing w:before="0" w:after="120" w:line="300" w:lineRule="auto"/>
      </w:pPr>
      <w:r>
        <w:rPr>
          <w:rFonts w:ascii="Times New Roman" w:hAnsi="Times New Roman" w:eastAsia="宋体"/>
          <w:b w:val="0"/>
          <w:i w:val="0"/>
          <w:sz w:val="21"/>
        </w:rPr>
        <w:t>（A）59　　（B）60　　（C）61　　（D）62　　（E）63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S be a square of side length 1. Two points are chosen independently at random on the sides of S. The probability that the straight-line distance between the points is at least 1/2 is a-bπ/c, where a, b, and c are positive integers with gcd(a,b,c)=1. What is a+b+c?</w:t>
      </w:r>
    </w:p>
    <w:p>
      <w:pPr>
        <w:spacing w:before="0" w:after="160" w:line="300" w:lineRule="auto"/>
      </w:pPr>
      <w:r>
        <w:rPr>
          <w:rFonts w:ascii="Times New Roman" w:hAnsi="Times New Roman" w:eastAsia="宋体"/>
          <w:b w:val="0"/>
          <w:i w:val="0"/>
          <w:color w:val="333333"/>
          <w:sz w:val="19"/>
        </w:rPr>
        <w:t>(A) 59　　(B) 60　　(C) 61　　(D) 62　　(E) 63</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C　D　D　B　E　B　B　B　D</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C　C　C　C　C　B　B　D　E</w:t>
      </w:r>
    </w:p>
    <w:p>
      <w:pPr>
        <w:spacing w:before="0" w:after="0" w:line="300" w:lineRule="auto"/>
      </w:pPr>
      <w:r>
        <w:rPr>
          <w:rFonts w:ascii="Times New Roman" w:hAnsi="Times New Roman" w:eastAsia="宋体"/>
          <w:b w:val="0"/>
          <w:i w:val="0"/>
          <w:sz w:val="18"/>
        </w:rPr>
        <w:t>题号　19　20　21　22　23　24　25</w:t>
      </w:r>
    </w:p>
    <w:p>
      <w:pPr>
        <w:spacing w:before="0" w:after="80" w:line="300" w:lineRule="auto"/>
      </w:pPr>
      <w:r>
        <w:rPr>
          <w:rFonts w:ascii="Times New Roman" w:hAnsi="Times New Roman" w:eastAsia="宋体"/>
          <w:b/>
          <w:i w:val="0"/>
          <w:sz w:val="18"/>
        </w:rPr>
        <w:t>答案　D　B　C　A　C　B　A</w:t>
      </w:r>
    </w:p>
    <w:p>
      <w:pPr>
        <w:spacing w:before="0" w:after="200" w:line="300" w:lineRule="auto"/>
      </w:pPr>
      <w:r>
        <w:rPr>
          <w:rFonts w:ascii="Times New Roman" w:hAnsi="Times New Roman" w:eastAsia="宋体"/>
          <w:b w:val="0"/>
          <w:i w:val="0"/>
          <w:color w:val="666666"/>
          <w:sz w:val="18"/>
        </w:rPr>
        <w:t>答案串：CDDBEBBBDCCCCCBBDEDBCACBA</w:t>
      </w:r>
    </w:p>
    <w:p>
      <w:pPr>
        <w:spacing w:before="200" w:after="80" w:line="300" w:lineRule="auto"/>
      </w:pPr>
      <w:r>
        <w:rPr>
          <w:rFonts w:ascii="Times New Roman" w:hAnsi="Times New Roman" w:eastAsia="宋体"/>
          <w:b/>
          <w:i w:val="0"/>
          <w:sz w:val="23"/>
        </w:rPr>
        <w:t>第 1 题　答案 C</w:t>
      </w:r>
    </w:p>
    <w:p>
      <w:pPr>
        <w:spacing w:before="0" w:after="80" w:line="300" w:lineRule="auto"/>
        <w:jc w:val="left"/>
      </w:pPr>
      <w:r>
        <w:rPr>
          <w:rFonts w:ascii="Times New Roman" w:hAnsi="Times New Roman" w:eastAsia="宋体"/>
          <w:b w:val="0"/>
          <w:i w:val="0"/>
          <w:sz w:val="21"/>
        </w:rPr>
        <w:t>可以这样计算。</w:t>
      </w:r>
    </w:p>
    <w:p>
      <w:pPr>
        <w:spacing w:before="0" w:after="80" w:line="300" w:lineRule="auto"/>
        <w:jc w:val="left"/>
      </w:pPr>
      <w:r>
        <w:rPr>
          <w:rFonts w:ascii="Times New Roman" w:hAnsi="Times New Roman" w:eastAsia="宋体"/>
          <w:b w:val="0"/>
          <w:i w:val="0"/>
          <w:sz w:val="21"/>
        </w:rPr>
        <w:t>(2⁰-1+5²+0)⁻¹ × 5</w:t>
      </w:r>
    </w:p>
    <w:p>
      <w:pPr>
        <w:spacing w:before="0" w:after="80" w:line="300" w:lineRule="auto"/>
        <w:jc w:val="left"/>
      </w:pPr>
      <w:r>
        <w:rPr>
          <w:rFonts w:ascii="Times New Roman" w:hAnsi="Times New Roman" w:eastAsia="宋体"/>
          <w:b w:val="0"/>
          <w:i w:val="0"/>
          <w:sz w:val="21"/>
        </w:rPr>
        <w:t>=1/(1 - 1 + 25) × 5</w:t>
      </w:r>
    </w:p>
    <w:p>
      <w:pPr>
        <w:spacing w:before="0" w:after="80" w:line="300" w:lineRule="auto"/>
        <w:jc w:val="left"/>
      </w:pPr>
      <w:r>
        <w:rPr>
          <w:rFonts w:ascii="Times New Roman" w:hAnsi="Times New Roman" w:eastAsia="宋体"/>
          <w:b w:val="0"/>
          <w:i w:val="0"/>
          <w:sz w:val="21"/>
        </w:rPr>
        <w:t>= 5/25</w:t>
      </w:r>
    </w:p>
    <w:p>
      <w:pPr>
        <w:spacing w:before="0" w:after="80" w:line="300" w:lineRule="auto"/>
        <w:jc w:val="left"/>
      </w:pPr>
      <w:r>
        <w:rPr>
          <w:rFonts w:ascii="Times New Roman" w:hAnsi="Times New Roman" w:eastAsia="宋体"/>
          <w:b w:val="0"/>
          <w:i w:val="0"/>
          <w:sz w:val="21"/>
        </w:rPr>
        <w:t>= 1/5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We can evaluate it as follows.</w:t>
      </w:r>
    </w:p>
    <w:p>
      <w:pPr>
        <w:spacing w:before="0" w:after="80" w:line="300" w:lineRule="auto"/>
        <w:jc w:val="left"/>
      </w:pPr>
      <w:r>
        <w:rPr>
          <w:rFonts w:ascii="Times New Roman" w:hAnsi="Times New Roman" w:eastAsia="宋体"/>
          <w:b w:val="0"/>
          <w:i w:val="0"/>
          <w:color w:val="333333"/>
          <w:sz w:val="19"/>
        </w:rPr>
        <w:t>(2⁰-1+5²+0)⁻¹ × 5</w:t>
      </w:r>
    </w:p>
    <w:p>
      <w:pPr>
        <w:spacing w:before="0" w:after="80" w:line="300" w:lineRule="auto"/>
        <w:jc w:val="left"/>
      </w:pPr>
      <w:r>
        <w:rPr>
          <w:rFonts w:ascii="Times New Roman" w:hAnsi="Times New Roman" w:eastAsia="宋体"/>
          <w:b w:val="0"/>
          <w:i w:val="0"/>
          <w:color w:val="333333"/>
          <w:sz w:val="19"/>
        </w:rPr>
        <w:t>=1/(1 - 1 + 25) × 5</w:t>
      </w:r>
    </w:p>
    <w:p>
      <w:pPr>
        <w:spacing w:before="0" w:after="80" w:line="300" w:lineRule="auto"/>
        <w:jc w:val="left"/>
      </w:pPr>
      <w:r>
        <w:rPr>
          <w:rFonts w:ascii="Times New Roman" w:hAnsi="Times New Roman" w:eastAsia="宋体"/>
          <w:b w:val="0"/>
          <w:i w:val="0"/>
          <w:color w:val="333333"/>
          <w:sz w:val="19"/>
        </w:rPr>
        <w:t>= 5/25</w:t>
      </w:r>
    </w:p>
    <w:p>
      <w:pPr>
        <w:spacing w:before="0" w:after="80" w:line="300" w:lineRule="auto"/>
        <w:jc w:val="left"/>
      </w:pPr>
      <w:r>
        <w:rPr>
          <w:rFonts w:ascii="Times New Roman" w:hAnsi="Times New Roman" w:eastAsia="宋体"/>
          <w:b w:val="0"/>
          <w:i w:val="0"/>
          <w:color w:val="333333"/>
          <w:sz w:val="19"/>
        </w:rPr>
        <w:t>= 1/5</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 题　答案 D</w:t>
      </w:r>
    </w:p>
    <w:p>
      <w:pPr>
        <w:spacing w:before="0" w:after="80" w:line="300" w:lineRule="auto"/>
        <w:jc w:val="left"/>
      </w:pPr>
      <w:r>
        <w:rPr>
          <w:rFonts w:ascii="Times New Roman" w:hAnsi="Times New Roman" w:eastAsia="宋体"/>
          <w:b w:val="0"/>
          <w:i w:val="0"/>
          <w:sz w:val="21"/>
        </w:rPr>
        <w:t>设三角形瓷砖有 x 块，正方形瓷砖有 y 块，则</w:t>
      </w:r>
    </w:p>
    <w:p>
      <w:pPr>
        <w:spacing w:before="0" w:after="80" w:line="300" w:lineRule="auto"/>
        <w:jc w:val="left"/>
      </w:pPr>
      <w:r>
        <w:rPr>
          <w:rFonts w:ascii="Times New Roman" w:hAnsi="Times New Roman" w:eastAsia="宋体"/>
          <w:b w:val="0"/>
          <w:i w:val="0"/>
          <w:sz w:val="21"/>
        </w:rPr>
        <w:t>x + y = 25</w:t>
      </w:r>
    </w:p>
    <w:p>
      <w:pPr>
        <w:spacing w:before="0" w:after="80" w:line="300" w:lineRule="auto"/>
        <w:jc w:val="left"/>
      </w:pPr>
      <w:r>
        <w:rPr>
          <w:rFonts w:ascii="Times New Roman" w:hAnsi="Times New Roman" w:eastAsia="宋体"/>
          <w:b w:val="0"/>
          <w:i w:val="0"/>
          <w:sz w:val="21"/>
        </w:rPr>
        <w:t>且</w:t>
      </w:r>
    </w:p>
    <w:p>
      <w:pPr>
        <w:spacing w:before="0" w:after="80" w:line="300" w:lineRule="auto"/>
        <w:jc w:val="left"/>
      </w:pPr>
      <w:r>
        <w:rPr>
          <w:rFonts w:ascii="Times New Roman" w:hAnsi="Times New Roman" w:eastAsia="宋体"/>
          <w:b w:val="0"/>
          <w:i w:val="0"/>
          <w:sz w:val="21"/>
        </w:rPr>
        <w:t>3x + 4y = 84。</w:t>
      </w:r>
    </w:p>
    <w:p>
      <w:pPr>
        <w:spacing w:before="0" w:after="80" w:line="300" w:lineRule="auto"/>
        <w:jc w:val="left"/>
      </w:pPr>
      <w:r>
        <w:rPr>
          <w:rFonts w:ascii="Times New Roman" w:hAnsi="Times New Roman" w:eastAsia="宋体"/>
          <w:b w:val="0"/>
          <w:i w:val="0"/>
          <w:sz w:val="21"/>
        </w:rPr>
        <w:t>把第一个方程乘以 3，得到</w:t>
      </w:r>
    </w:p>
    <w:p>
      <w:pPr>
        <w:spacing w:before="0" w:after="80" w:line="300" w:lineRule="auto"/>
        <w:jc w:val="left"/>
      </w:pPr>
      <w:r>
        <w:rPr>
          <w:rFonts w:ascii="Times New Roman" w:hAnsi="Times New Roman" w:eastAsia="宋体"/>
          <w:b w:val="0"/>
          <w:i w:val="0"/>
          <w:sz w:val="21"/>
        </w:rPr>
        <w:t>3x + 3y = 75，</w:t>
      </w:r>
    </w:p>
    <w:p>
      <w:pPr>
        <w:spacing w:before="0" w:after="80" w:line="300" w:lineRule="auto"/>
        <w:jc w:val="left"/>
      </w:pPr>
      <w:r>
        <w:rPr>
          <w:rFonts w:ascii="Times New Roman" w:hAnsi="Times New Roman" w:eastAsia="宋体"/>
          <w:b w:val="0"/>
          <w:i w:val="0"/>
          <w:sz w:val="21"/>
        </w:rPr>
        <w:t>两式相减得 y = 9。</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x be the number of triangular tiles and y be the number of square tiles. We then have that</w:t>
      </w:r>
    </w:p>
    <w:p>
      <w:pPr>
        <w:spacing w:before="0" w:after="80" w:line="300" w:lineRule="auto"/>
        <w:jc w:val="left"/>
      </w:pPr>
      <w:r>
        <w:rPr>
          <w:rFonts w:ascii="Times New Roman" w:hAnsi="Times New Roman" w:eastAsia="宋体"/>
          <w:b w:val="0"/>
          <w:i w:val="0"/>
          <w:color w:val="333333"/>
          <w:sz w:val="19"/>
        </w:rPr>
        <w:t>x + y = 25</w:t>
      </w:r>
    </w:p>
    <w:p>
      <w:pPr>
        <w:spacing w:before="0" w:after="80" w:line="300" w:lineRule="auto"/>
        <w:jc w:val="left"/>
      </w:pPr>
      <w:r>
        <w:rPr>
          <w:rFonts w:ascii="Times New Roman" w:hAnsi="Times New Roman" w:eastAsia="宋体"/>
          <w:b w:val="0"/>
          <w:i w:val="0"/>
          <w:color w:val="333333"/>
          <w:sz w:val="19"/>
        </w:rPr>
        <w:t>and</w:t>
      </w:r>
    </w:p>
    <w:p>
      <w:pPr>
        <w:spacing w:before="0" w:after="80" w:line="300" w:lineRule="auto"/>
        <w:jc w:val="left"/>
      </w:pPr>
      <w:r>
        <w:rPr>
          <w:rFonts w:ascii="Times New Roman" w:hAnsi="Times New Roman" w:eastAsia="宋体"/>
          <w:b w:val="0"/>
          <w:i w:val="0"/>
          <w:color w:val="333333"/>
          <w:sz w:val="19"/>
        </w:rPr>
        <w:t>3x + 4y = 84.</w:t>
      </w:r>
    </w:p>
    <w:p>
      <w:pPr>
        <w:spacing w:before="0" w:after="80" w:line="300" w:lineRule="auto"/>
        <w:jc w:val="left"/>
      </w:pPr>
      <w:r>
        <w:rPr>
          <w:rFonts w:ascii="Times New Roman" w:hAnsi="Times New Roman" w:eastAsia="宋体"/>
          <w:b w:val="0"/>
          <w:i w:val="0"/>
          <w:color w:val="333333"/>
          <w:sz w:val="19"/>
        </w:rPr>
        <w:t>Multiplying the first equation by 3 gives us</w:t>
      </w:r>
    </w:p>
    <w:p>
      <w:pPr>
        <w:spacing w:before="0" w:after="80" w:line="300" w:lineRule="auto"/>
        <w:jc w:val="left"/>
      </w:pPr>
      <w:r>
        <w:rPr>
          <w:rFonts w:ascii="Times New Roman" w:hAnsi="Times New Roman" w:eastAsia="宋体"/>
          <w:b w:val="0"/>
          <w:i w:val="0"/>
          <w:color w:val="333333"/>
          <w:sz w:val="19"/>
        </w:rPr>
        <w:t>3x + 3y = 75</w:t>
      </w:r>
    </w:p>
    <w:p>
      <w:pPr>
        <w:spacing w:before="0" w:after="80" w:line="300" w:lineRule="auto"/>
        <w:jc w:val="left"/>
      </w:pPr>
      <w:r>
        <w:rPr>
          <w:rFonts w:ascii="Times New Roman" w:hAnsi="Times New Roman" w:eastAsia="宋体"/>
          <w:b w:val="0"/>
          <w:i w:val="0"/>
          <w:color w:val="333333"/>
          <w:sz w:val="19"/>
        </w:rPr>
        <w:t>and subtracting this from the other equation gives us y = 9.</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3 题　答案 D</w:t>
      </w:r>
    </w:p>
    <w:p>
      <w:pPr>
        <w:spacing w:before="0" w:after="80" w:line="300" w:lineRule="auto"/>
        <w:jc w:val="left"/>
      </w:pPr>
      <w:r>
        <w:rPr>
          <w:rFonts w:ascii="Times New Roman" w:hAnsi="Times New Roman" w:eastAsia="宋体"/>
          <w:b w:val="0"/>
          <w:i w:val="0"/>
          <w:sz w:val="21"/>
        </w:rPr>
        <w:t>我们试着找出楼梯级数与所需牙签数之间的规律。</w:t>
      </w:r>
    </w:p>
    <w:p>
      <w:pPr>
        <w:spacing w:before="0" w:after="80" w:line="300" w:lineRule="auto"/>
        <w:jc w:val="left"/>
      </w:pPr>
      <w:r>
        <w:rPr>
          <w:rFonts w:ascii="Times New Roman" w:hAnsi="Times New Roman" w:eastAsia="宋体"/>
          <w:b w:val="0"/>
          <w:i w:val="0"/>
          <w:sz w:val="21"/>
        </w:rPr>
        <w:t>对于 1 级楼梯，只需要 4 根牙签，也就是一个正方形。</w:t>
      </w:r>
    </w:p>
    <w:p>
      <w:pPr>
        <w:spacing w:before="0" w:after="80" w:line="300" w:lineRule="auto"/>
        <w:jc w:val="left"/>
      </w:pPr>
      <w:r>
        <w:rPr>
          <w:rFonts w:ascii="Times New Roman" w:hAnsi="Times New Roman" w:eastAsia="宋体"/>
          <w:b w:val="0"/>
          <w:i w:val="0"/>
          <w:sz w:val="21"/>
        </w:rPr>
        <w:t>对于 2 级楼梯，根据图形需要 10 根牙签。</w:t>
      </w:r>
    </w:p>
    <w:p>
      <w:pPr>
        <w:spacing w:before="0" w:after="80" w:line="300" w:lineRule="auto"/>
        <w:jc w:val="left"/>
      </w:pPr>
      <w:r>
        <w:rPr>
          <w:rFonts w:ascii="Times New Roman" w:hAnsi="Times New Roman" w:eastAsia="宋体"/>
          <w:b w:val="0"/>
          <w:i w:val="0"/>
          <w:sz w:val="21"/>
        </w:rPr>
        <w:t>同理，3 级楼梯需要 18 根牙签。</w:t>
      </w:r>
    </w:p>
    <w:p>
      <w:pPr>
        <w:spacing w:before="0" w:after="80" w:line="300" w:lineRule="auto"/>
        <w:jc w:val="left"/>
      </w:pPr>
      <w:r>
        <w:rPr>
          <w:rFonts w:ascii="Times New Roman" w:hAnsi="Times New Roman" w:eastAsia="宋体"/>
          <w:b w:val="0"/>
          <w:i w:val="0"/>
          <w:sz w:val="21"/>
        </w:rPr>
        <w:t>2 级楼梯比 1 级楼梯多用 10 - 4 = 6 根牙签。3 级楼梯比 2 级楼梯多用 18 - 10 = 8 根牙签。</w:t>
      </w:r>
    </w:p>
    <w:p>
      <w:pPr>
        <w:spacing w:before="0" w:after="80" w:line="300" w:lineRule="auto"/>
        <w:jc w:val="left"/>
      </w:pPr>
      <w:r>
        <w:rPr>
          <w:rFonts w:ascii="Times New Roman" w:hAnsi="Times New Roman" w:eastAsia="宋体"/>
          <w:b w:val="0"/>
          <w:i w:val="0"/>
          <w:sz w:val="21"/>
        </w:rPr>
        <w:t>按照这个规律，4 级楼梯需要 18 + 10 = 28 根牙签，5 级楼梯需要 28 + 12 = 40 根牙签。</w:t>
      </w:r>
    </w:p>
    <w:p>
      <w:pPr>
        <w:spacing w:before="0" w:after="80" w:line="300" w:lineRule="auto"/>
        <w:jc w:val="left"/>
      </w:pPr>
      <w:r>
        <w:rPr>
          <w:rFonts w:ascii="Times New Roman" w:hAnsi="Times New Roman" w:eastAsia="宋体"/>
          <w:b w:val="0"/>
          <w:i w:val="0"/>
          <w:sz w:val="21"/>
        </w:rPr>
        <w:t>这说明 Ann 还需要添加 40 - 18 = 22 根牙签。</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us try to find a pattern between the number of toothpicks needed for the staircases.</w:t>
      </w:r>
    </w:p>
    <w:p>
      <w:pPr>
        <w:spacing w:before="0" w:after="80" w:line="300" w:lineRule="auto"/>
        <w:jc w:val="left"/>
      </w:pPr>
      <w:r>
        <w:rPr>
          <w:rFonts w:ascii="Times New Roman" w:hAnsi="Times New Roman" w:eastAsia="宋体"/>
          <w:b w:val="0"/>
          <w:i w:val="0"/>
          <w:color w:val="333333"/>
          <w:sz w:val="19"/>
        </w:rPr>
        <w:t>For a 1-step staircase, we would only need 4 toothpicks (just a square).</w:t>
      </w:r>
    </w:p>
    <w:p>
      <w:pPr>
        <w:spacing w:before="0" w:after="80" w:line="300" w:lineRule="auto"/>
        <w:jc w:val="left"/>
      </w:pPr>
      <w:r>
        <w:rPr>
          <w:rFonts w:ascii="Times New Roman" w:hAnsi="Times New Roman" w:eastAsia="宋体"/>
          <w:b w:val="0"/>
          <w:i w:val="0"/>
          <w:color w:val="333333"/>
          <w:sz w:val="19"/>
        </w:rPr>
        <w:t>For a 2-step staircase, we would need 10 toothpicks according to the diagram.</w:t>
      </w:r>
    </w:p>
    <w:p>
      <w:pPr>
        <w:spacing w:before="0" w:after="80" w:line="300" w:lineRule="auto"/>
        <w:jc w:val="left"/>
      </w:pPr>
      <w:r>
        <w:rPr>
          <w:rFonts w:ascii="Times New Roman" w:hAnsi="Times New Roman" w:eastAsia="宋体"/>
          <w:b w:val="0"/>
          <w:i w:val="0"/>
          <w:color w:val="333333"/>
          <w:sz w:val="19"/>
        </w:rPr>
        <w:t>Similarly, we would need 18 toothpicks for a 3-step staircase.</w:t>
      </w:r>
    </w:p>
    <w:p>
      <w:pPr>
        <w:spacing w:before="0" w:after="80" w:line="300" w:lineRule="auto"/>
        <w:jc w:val="left"/>
      </w:pPr>
      <w:r>
        <w:rPr>
          <w:rFonts w:ascii="Times New Roman" w:hAnsi="Times New Roman" w:eastAsia="宋体"/>
          <w:b w:val="0"/>
          <w:i w:val="0"/>
          <w:color w:val="333333"/>
          <w:sz w:val="19"/>
        </w:rPr>
        <w:t>A 2-step staircase needs 10 - 4 = 6 more toothpicks than a 1-step staircase. A 3-step staircase needs 18 - 10 = 8 more toothpicks than a 2-step staircase.</w:t>
      </w:r>
    </w:p>
    <w:p>
      <w:pPr>
        <w:spacing w:before="0" w:after="80" w:line="300" w:lineRule="auto"/>
        <w:jc w:val="left"/>
      </w:pPr>
      <w:r>
        <w:rPr>
          <w:rFonts w:ascii="Times New Roman" w:hAnsi="Times New Roman" w:eastAsia="宋体"/>
          <w:b w:val="0"/>
          <w:i w:val="0"/>
          <w:color w:val="333333"/>
          <w:sz w:val="19"/>
        </w:rPr>
        <w:t>Following this pattern, we can see that a 4-step staircase will need 18 + 10 = 28 toothpicks, and a 5-step staircase will need 28 + 12 = 40 toothpicks.</w:t>
      </w:r>
    </w:p>
    <w:p>
      <w:pPr>
        <w:spacing w:before="0" w:after="80" w:line="300" w:lineRule="auto"/>
        <w:jc w:val="left"/>
      </w:pPr>
      <w:r>
        <w:rPr>
          <w:rFonts w:ascii="Times New Roman" w:hAnsi="Times New Roman" w:eastAsia="宋体"/>
          <w:b w:val="0"/>
          <w:i w:val="0"/>
          <w:color w:val="333333"/>
          <w:sz w:val="19"/>
        </w:rPr>
        <w:t>This means that Ann would need to add 40 - 18 = 22 more toothpicks.</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4 题　答案 B</w:t>
      </w:r>
    </w:p>
    <w:p>
      <w:pPr>
        <w:spacing w:before="0" w:after="80" w:line="300" w:lineRule="auto"/>
        <w:jc w:val="left"/>
      </w:pPr>
      <w:r>
        <w:rPr>
          <w:rFonts w:ascii="Times New Roman" w:hAnsi="Times New Roman" w:eastAsia="宋体"/>
          <w:b w:val="0"/>
          <w:i w:val="0"/>
          <w:sz w:val="21"/>
        </w:rPr>
        <w:t>设 Mia 有 m 个糖果蛋，则 Sofia 有 2m 个，Pablo 有 6m 个。</w:t>
      </w:r>
    </w:p>
    <w:p>
      <w:pPr>
        <w:spacing w:before="0" w:after="80" w:line="300" w:lineRule="auto"/>
        <w:jc w:val="left"/>
      </w:pPr>
      <w:r>
        <w:rPr>
          <w:rFonts w:ascii="Times New Roman" w:hAnsi="Times New Roman" w:eastAsia="宋体"/>
          <w:b w:val="0"/>
          <w:i w:val="0"/>
          <w:sz w:val="21"/>
        </w:rPr>
        <w:t>糖果蛋总数为</w:t>
      </w:r>
    </w:p>
    <w:p>
      <w:pPr>
        <w:spacing w:before="0" w:after="80" w:line="300" w:lineRule="auto"/>
        <w:jc w:val="left"/>
      </w:pPr>
      <w:r>
        <w:rPr>
          <w:rFonts w:ascii="Times New Roman" w:hAnsi="Times New Roman" w:eastAsia="宋体"/>
          <w:b w:val="0"/>
          <w:i w:val="0"/>
          <w:sz w:val="21"/>
        </w:rPr>
        <w:t>m + 2m + 6m = 9m。</w:t>
      </w:r>
    </w:p>
    <w:p>
      <w:pPr>
        <w:spacing w:before="0" w:after="80" w:line="300" w:lineRule="auto"/>
        <w:jc w:val="left"/>
      </w:pPr>
      <w:r>
        <w:rPr>
          <w:rFonts w:ascii="Times New Roman" w:hAnsi="Times New Roman" w:eastAsia="宋体"/>
          <w:b w:val="0"/>
          <w:i w:val="0"/>
          <w:sz w:val="21"/>
        </w:rPr>
        <w:t>三人数量相同时，每人应有 9m ÷ 3 = 3m 个。</w:t>
      </w:r>
    </w:p>
    <w:p>
      <w:pPr>
        <w:spacing w:before="0" w:after="80" w:line="300" w:lineRule="auto"/>
        <w:jc w:val="left"/>
      </w:pPr>
      <w:r>
        <w:rPr>
          <w:rFonts w:ascii="Times New Roman" w:hAnsi="Times New Roman" w:eastAsia="宋体"/>
          <w:b w:val="0"/>
          <w:i w:val="0"/>
          <w:sz w:val="21"/>
        </w:rPr>
        <w:t>Sofia 还需要 3m - 2m = m 个糖果蛋，因此 Pablo 应给她自己原有糖果蛋的 m/6m = 1/6。</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m be the number of candy eggs that Mia had. Then Sofia had 2m eggs and Pablo had 6m eggs.</w:t>
      </w:r>
    </w:p>
    <w:p>
      <w:pPr>
        <w:spacing w:before="0" w:after="80" w:line="300" w:lineRule="auto"/>
        <w:jc w:val="left"/>
      </w:pPr>
      <w:r>
        <w:rPr>
          <w:rFonts w:ascii="Times New Roman" w:hAnsi="Times New Roman" w:eastAsia="宋体"/>
          <w:b w:val="0"/>
          <w:i w:val="0"/>
          <w:color w:val="333333"/>
          <w:sz w:val="19"/>
        </w:rPr>
        <w:t>The total number of eggs is then</w:t>
      </w:r>
    </w:p>
    <w:p>
      <w:pPr>
        <w:spacing w:before="0" w:after="80" w:line="300" w:lineRule="auto"/>
        <w:jc w:val="left"/>
      </w:pPr>
      <w:r>
        <w:rPr>
          <w:rFonts w:ascii="Times New Roman" w:hAnsi="Times New Roman" w:eastAsia="宋体"/>
          <w:b w:val="0"/>
          <w:i w:val="0"/>
          <w:color w:val="333333"/>
          <w:sz w:val="19"/>
        </w:rPr>
        <w:t>m + 2m + 6m = 9m.</w:t>
      </w:r>
    </w:p>
    <w:p>
      <w:pPr>
        <w:spacing w:before="0" w:after="80" w:line="300" w:lineRule="auto"/>
        <w:jc w:val="left"/>
      </w:pPr>
      <w:r>
        <w:rPr>
          <w:rFonts w:ascii="Times New Roman" w:hAnsi="Times New Roman" w:eastAsia="宋体"/>
          <w:b w:val="0"/>
          <w:i w:val="0"/>
          <w:color w:val="333333"/>
          <w:sz w:val="19"/>
        </w:rPr>
        <w:t>For all of them to have the same number of eggs, they each must have 9m ÷ 3 = 3m eggs.</w:t>
      </w:r>
    </w:p>
    <w:p>
      <w:pPr>
        <w:spacing w:before="0" w:after="80" w:line="300" w:lineRule="auto"/>
        <w:jc w:val="left"/>
      </w:pPr>
      <w:r>
        <w:rPr>
          <w:rFonts w:ascii="Times New Roman" w:hAnsi="Times New Roman" w:eastAsia="宋体"/>
          <w:b w:val="0"/>
          <w:i w:val="0"/>
          <w:color w:val="333333"/>
          <w:sz w:val="19"/>
        </w:rPr>
        <w:t>Sofia needs 3m - 2m = m more eggs. This means Pablo must give m/6m = 1/6 of his eggs to Sofia.</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5 题　答案 E</w:t>
      </w:r>
    </w:p>
    <w:p>
      <w:pPr>
        <w:spacing w:before="0" w:after="80" w:line="300" w:lineRule="auto"/>
        <w:jc w:val="left"/>
      </w:pPr>
      <w:r>
        <w:rPr>
          <w:rFonts w:ascii="Times New Roman" w:hAnsi="Times New Roman" w:eastAsia="宋体"/>
          <w:b w:val="0"/>
          <w:i w:val="0"/>
          <w:sz w:val="21"/>
        </w:rPr>
        <w:t>前 14 份已批改试卷的总分为 14· 80=1120。</w:t>
      </w:r>
    </w:p>
    <w:p>
      <w:pPr>
        <w:spacing w:before="0" w:after="80" w:line="300" w:lineRule="auto"/>
        <w:jc w:val="left"/>
      </w:pPr>
      <w:r>
        <w:rPr>
          <w:rFonts w:ascii="Times New Roman" w:hAnsi="Times New Roman" w:eastAsia="宋体"/>
          <w:b w:val="0"/>
          <w:i w:val="0"/>
          <w:sz w:val="21"/>
        </w:rPr>
        <w:t>加入 Payton 的试卷后，总分为 15· 81=1215，所以 Payton 的分数为 1215-1120=95。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total for the first 14 graded tests was 14· 80=1120.</w:t>
      </w:r>
    </w:p>
    <w:p>
      <w:pPr>
        <w:spacing w:before="0" w:after="80" w:line="300" w:lineRule="auto"/>
        <w:jc w:val="left"/>
      </w:pPr>
      <w:r>
        <w:rPr>
          <w:rFonts w:ascii="Times New Roman" w:hAnsi="Times New Roman" w:eastAsia="宋体"/>
          <w:b w:val="0"/>
          <w:i w:val="0"/>
          <w:color w:val="333333"/>
          <w:sz w:val="19"/>
        </w:rPr>
        <w:t>After Payton’s test was included, the total became 15· 81=1215. Therefore Payton’s score was 1215-1120=95.</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E</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6 题　答案 B</w:t>
      </w:r>
    </w:p>
    <w:p>
      <w:pPr>
        <w:spacing w:before="0" w:after="80" w:line="300" w:lineRule="auto"/>
        <w:jc w:val="left"/>
      </w:pPr>
      <w:r>
        <w:rPr>
          <w:rFonts w:ascii="Times New Roman" w:hAnsi="Times New Roman" w:eastAsia="宋体"/>
          <w:b w:val="0"/>
          <w:i w:val="0"/>
          <w:sz w:val="21"/>
        </w:rPr>
        <w:t>设两个数为 x 和 y，并假设 x &gt; y。则</w:t>
      </w:r>
    </w:p>
    <w:p>
      <w:pPr>
        <w:spacing w:before="0" w:after="80" w:line="300" w:lineRule="auto"/>
        <w:jc w:val="left"/>
      </w:pPr>
      <w:r>
        <w:rPr>
          <w:rFonts w:ascii="Times New Roman" w:hAnsi="Times New Roman" w:eastAsia="宋体"/>
          <w:b w:val="0"/>
          <w:i w:val="0"/>
          <w:sz w:val="21"/>
        </w:rPr>
        <w:t>x + y = 5(x - y)。</w:t>
      </w:r>
    </w:p>
    <w:p>
      <w:pPr>
        <w:spacing w:before="0" w:after="80" w:line="300" w:lineRule="auto"/>
        <w:jc w:val="left"/>
      </w:pPr>
      <w:r>
        <w:rPr>
          <w:rFonts w:ascii="Times New Roman" w:hAnsi="Times New Roman" w:eastAsia="宋体"/>
          <w:b w:val="0"/>
          <w:i w:val="0"/>
          <w:sz w:val="21"/>
        </w:rPr>
        <w:t>化简得到</w:t>
      </w:r>
    </w:p>
    <w:p>
      <w:pPr>
        <w:spacing w:before="0" w:after="80" w:line="300" w:lineRule="auto"/>
        <w:jc w:val="left"/>
      </w:pPr>
      <w:r>
        <w:rPr>
          <w:rFonts w:ascii="Times New Roman" w:hAnsi="Times New Roman" w:eastAsia="宋体"/>
          <w:b w:val="0"/>
          <w:i w:val="0"/>
          <w:sz w:val="21"/>
        </w:rPr>
        <w:t>x + y = 5x - 5y</w:t>
      </w:r>
    </w:p>
    <w:p>
      <w:pPr>
        <w:spacing w:before="0" w:after="80" w:line="300" w:lineRule="auto"/>
        <w:jc w:val="left"/>
      </w:pPr>
      <w:r>
        <w:rPr>
          <w:rFonts w:ascii="Times New Roman" w:hAnsi="Times New Roman" w:eastAsia="宋体"/>
          <w:b w:val="0"/>
          <w:i w:val="0"/>
          <w:sz w:val="21"/>
        </w:rPr>
        <w:t>6y = 4x。</w:t>
      </w:r>
    </w:p>
    <w:p>
      <w:pPr>
        <w:spacing w:before="0" w:after="80" w:line="300" w:lineRule="auto"/>
        <w:jc w:val="left"/>
      </w:pPr>
      <w:r>
        <w:rPr>
          <w:rFonts w:ascii="Times New Roman" w:hAnsi="Times New Roman" w:eastAsia="宋体"/>
          <w:b w:val="0"/>
          <w:i w:val="0"/>
          <w:sz w:val="21"/>
        </w:rPr>
        <w:t>两边相除，得到</w:t>
      </w:r>
    </w:p>
    <w:p>
      <w:pPr>
        <w:spacing w:before="0" w:after="80" w:line="300" w:lineRule="auto"/>
        <w:jc w:val="left"/>
      </w:pPr>
      <w:r>
        <w:rPr>
          <w:rFonts w:ascii="Times New Roman" w:hAnsi="Times New Roman" w:eastAsia="宋体"/>
          <w:b w:val="0"/>
          <w:i w:val="0"/>
          <w:sz w:val="21"/>
        </w:rPr>
        <w:t>x/y = 6/4 = 3/2。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x and y be the two numbers. Then we have that</w:t>
      </w:r>
    </w:p>
    <w:p>
      <w:pPr>
        <w:spacing w:before="0" w:after="80" w:line="300" w:lineRule="auto"/>
        <w:jc w:val="left"/>
      </w:pPr>
      <w:r>
        <w:rPr>
          <w:rFonts w:ascii="Times New Roman" w:hAnsi="Times New Roman" w:eastAsia="宋体"/>
          <w:b w:val="0"/>
          <w:i w:val="0"/>
          <w:color w:val="333333"/>
          <w:sz w:val="19"/>
        </w:rPr>
        <w:t>x + y = 5(x - y).</w:t>
      </w:r>
    </w:p>
    <w:p>
      <w:pPr>
        <w:spacing w:before="0" w:after="80" w:line="300" w:lineRule="auto"/>
        <w:jc w:val="left"/>
      </w:pPr>
      <w:r>
        <w:rPr>
          <w:rFonts w:ascii="Times New Roman" w:hAnsi="Times New Roman" w:eastAsia="宋体"/>
          <w:b w:val="0"/>
          <w:i w:val="0"/>
          <w:color w:val="333333"/>
          <w:sz w:val="19"/>
        </w:rPr>
        <w:t>Note that we are assuming x &gt; y. This gives us</w:t>
      </w:r>
    </w:p>
    <w:p>
      <w:pPr>
        <w:spacing w:before="0" w:after="80" w:line="300" w:lineRule="auto"/>
        <w:jc w:val="left"/>
      </w:pPr>
      <w:r>
        <w:rPr>
          <w:rFonts w:ascii="Times New Roman" w:hAnsi="Times New Roman" w:eastAsia="宋体"/>
          <w:b w:val="0"/>
          <w:i w:val="0"/>
          <w:color w:val="333333"/>
          <w:sz w:val="19"/>
        </w:rPr>
        <w:t>x + y = 5x - 5y</w:t>
      </w:r>
    </w:p>
    <w:p>
      <w:pPr>
        <w:spacing w:before="0" w:after="80" w:line="300" w:lineRule="auto"/>
        <w:jc w:val="left"/>
      </w:pPr>
      <w:r>
        <w:rPr>
          <w:rFonts w:ascii="Times New Roman" w:hAnsi="Times New Roman" w:eastAsia="宋体"/>
          <w:b w:val="0"/>
          <w:i w:val="0"/>
          <w:color w:val="333333"/>
          <w:sz w:val="19"/>
        </w:rPr>
        <w:t>6y = 4x.</w:t>
      </w:r>
    </w:p>
    <w:p>
      <w:pPr>
        <w:spacing w:before="0" w:after="80" w:line="300" w:lineRule="auto"/>
        <w:jc w:val="left"/>
      </w:pPr>
      <w:r>
        <w:rPr>
          <w:rFonts w:ascii="Times New Roman" w:hAnsi="Times New Roman" w:eastAsia="宋体"/>
          <w:b w:val="0"/>
          <w:i w:val="0"/>
          <w:color w:val="333333"/>
          <w:sz w:val="19"/>
        </w:rPr>
        <w:t>Dividing through yields</w:t>
      </w:r>
    </w:p>
    <w:p>
      <w:pPr>
        <w:spacing w:before="0" w:after="80" w:line="300" w:lineRule="auto"/>
        <w:jc w:val="left"/>
      </w:pPr>
      <w:r>
        <w:rPr>
          <w:rFonts w:ascii="Times New Roman" w:hAnsi="Times New Roman" w:eastAsia="宋体"/>
          <w:b w:val="0"/>
          <w:i w:val="0"/>
          <w:color w:val="333333"/>
          <w:sz w:val="19"/>
        </w:rPr>
        <w:t>x/y = 6/4 = 3/2.</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7 题　答案 B</w:t>
      </w:r>
    </w:p>
    <w:p>
      <w:pPr>
        <w:spacing w:before="0" w:after="80" w:line="300" w:lineRule="auto"/>
        <w:jc w:val="left"/>
      </w:pPr>
      <w:r>
        <w:rPr>
          <w:rFonts w:ascii="Times New Roman" w:hAnsi="Times New Roman" w:eastAsia="宋体"/>
          <w:b w:val="0"/>
          <w:i w:val="0"/>
          <w:sz w:val="21"/>
        </w:rPr>
        <w:t>回忆等差数列的第 n 项为 a + d(n - 1)，其中 a 是首项，d 是公差。</w:t>
      </w:r>
    </w:p>
    <w:p>
      <w:pPr>
        <w:spacing w:before="0" w:after="80" w:line="300" w:lineRule="auto"/>
        <w:jc w:val="left"/>
      </w:pPr>
      <w:r>
        <w:rPr>
          <w:rFonts w:ascii="Times New Roman" w:hAnsi="Times New Roman" w:eastAsia="宋体"/>
          <w:b w:val="0"/>
          <w:i w:val="0"/>
          <w:sz w:val="21"/>
        </w:rPr>
        <w:t>这里 a = 13，d = 3。代入可得</w:t>
      </w:r>
    </w:p>
    <w:p>
      <w:pPr>
        <w:spacing w:before="0" w:after="80" w:line="300" w:lineRule="auto"/>
        <w:jc w:val="left"/>
      </w:pPr>
      <w:r>
        <w:rPr>
          <w:rFonts w:ascii="Times New Roman" w:hAnsi="Times New Roman" w:eastAsia="宋体"/>
          <w:b w:val="0"/>
          <w:i w:val="0"/>
          <w:sz w:val="21"/>
        </w:rPr>
        <w:t>73 = 13 + 3(n - 1)</w:t>
      </w:r>
    </w:p>
    <w:p>
      <w:pPr>
        <w:spacing w:before="0" w:after="80" w:line="300" w:lineRule="auto"/>
        <w:jc w:val="left"/>
      </w:pPr>
      <w:r>
        <w:rPr>
          <w:rFonts w:ascii="Times New Roman" w:hAnsi="Times New Roman" w:eastAsia="宋体"/>
          <w:b w:val="0"/>
          <w:i w:val="0"/>
          <w:sz w:val="21"/>
        </w:rPr>
        <w:t>20= n - 1</w:t>
      </w:r>
    </w:p>
    <w:p>
      <w:pPr>
        <w:spacing w:before="0" w:after="80" w:line="300" w:lineRule="auto"/>
        <w:jc w:val="left"/>
      </w:pPr>
      <w:r>
        <w:rPr>
          <w:rFonts w:ascii="Times New Roman" w:hAnsi="Times New Roman" w:eastAsia="宋体"/>
          <w:b w:val="0"/>
          <w:i w:val="0"/>
          <w:sz w:val="21"/>
        </w:rPr>
        <w:t>n = 21</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Recall that the nth term of an arithmetic sequence is a + d(n - 1), where a is the first term and d is the common difference.</w:t>
      </w:r>
    </w:p>
    <w:p>
      <w:pPr>
        <w:spacing w:before="0" w:after="80" w:line="300" w:lineRule="auto"/>
        <w:jc w:val="left"/>
      </w:pPr>
      <w:r>
        <w:rPr>
          <w:rFonts w:ascii="Times New Roman" w:hAnsi="Times New Roman" w:eastAsia="宋体"/>
          <w:b w:val="0"/>
          <w:i w:val="0"/>
          <w:color w:val="333333"/>
          <w:sz w:val="19"/>
        </w:rPr>
        <w:t>For us, a = 13 and d = 3. Plugging these in, we get that</w:t>
      </w:r>
    </w:p>
    <w:p>
      <w:pPr>
        <w:spacing w:before="0" w:after="80" w:line="300" w:lineRule="auto"/>
        <w:jc w:val="left"/>
      </w:pPr>
      <w:r>
        <w:rPr>
          <w:rFonts w:ascii="Times New Roman" w:hAnsi="Times New Roman" w:eastAsia="宋体"/>
          <w:b w:val="0"/>
          <w:i w:val="0"/>
          <w:color w:val="333333"/>
          <w:sz w:val="19"/>
        </w:rPr>
        <w:t>73 = 13 + 3(n - 1)</w:t>
      </w:r>
    </w:p>
    <w:p>
      <w:pPr>
        <w:spacing w:before="0" w:after="80" w:line="300" w:lineRule="auto"/>
        <w:jc w:val="left"/>
      </w:pPr>
      <w:r>
        <w:rPr>
          <w:rFonts w:ascii="Times New Roman" w:hAnsi="Times New Roman" w:eastAsia="宋体"/>
          <w:b w:val="0"/>
          <w:i w:val="0"/>
          <w:color w:val="333333"/>
          <w:sz w:val="19"/>
        </w:rPr>
        <w:t>20= n - 1</w:t>
      </w:r>
    </w:p>
    <w:p>
      <w:pPr>
        <w:spacing w:before="0" w:after="80" w:line="300" w:lineRule="auto"/>
        <w:jc w:val="left"/>
      </w:pPr>
      <w:r>
        <w:rPr>
          <w:rFonts w:ascii="Times New Roman" w:hAnsi="Times New Roman" w:eastAsia="宋体"/>
          <w:b w:val="0"/>
          <w:i w:val="0"/>
          <w:color w:val="333333"/>
          <w:sz w:val="19"/>
        </w:rPr>
        <w:t>n = 21.</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8 题　答案 B</w:t>
      </w:r>
    </w:p>
    <w:p>
      <w:pPr>
        <w:spacing w:before="0" w:after="80" w:line="300" w:lineRule="auto"/>
        <w:jc w:val="left"/>
      </w:pPr>
      <w:r>
        <w:rPr>
          <w:rFonts w:ascii="Times New Roman" w:hAnsi="Times New Roman" w:eastAsia="宋体"/>
          <w:b w:val="0"/>
          <w:i w:val="0"/>
          <w:sz w:val="21"/>
        </w:rPr>
        <w:t>设 Pete 和 Claire 当前年龄分别为 p 和 c。</w:t>
      </w:r>
    </w:p>
    <w:p>
      <w:pPr>
        <w:spacing w:before="0" w:after="80" w:line="300" w:lineRule="auto"/>
        <w:jc w:val="left"/>
      </w:pPr>
      <w:r>
        <w:rPr>
          <w:rFonts w:ascii="Times New Roman" w:hAnsi="Times New Roman" w:eastAsia="宋体"/>
          <w:b w:val="0"/>
          <w:i w:val="0"/>
          <w:sz w:val="21"/>
        </w:rPr>
        <w:t>题意给出</w:t>
      </w:r>
    </w:p>
    <w:p>
      <w:pPr>
        <w:spacing w:before="0" w:after="80" w:line="300" w:lineRule="auto"/>
        <w:jc w:val="left"/>
      </w:pPr>
      <w:r>
        <w:rPr>
          <w:rFonts w:ascii="Times New Roman" w:hAnsi="Times New Roman" w:eastAsia="宋体"/>
          <w:b w:val="0"/>
          <w:i w:val="0"/>
          <w:sz w:val="21"/>
        </w:rPr>
        <w:t>p - 2 = 3(c - 2)</w:t>
      </w:r>
    </w:p>
    <w:p>
      <w:pPr>
        <w:spacing w:before="0" w:after="80" w:line="300" w:lineRule="auto"/>
        <w:jc w:val="left"/>
      </w:pPr>
      <w:r>
        <w:rPr>
          <w:rFonts w:ascii="Times New Roman" w:hAnsi="Times New Roman" w:eastAsia="宋体"/>
          <w:b w:val="0"/>
          <w:i w:val="0"/>
          <w:sz w:val="21"/>
        </w:rPr>
        <w:t>和</w:t>
      </w:r>
    </w:p>
    <w:p>
      <w:pPr>
        <w:spacing w:before="0" w:after="80" w:line="300" w:lineRule="auto"/>
        <w:jc w:val="left"/>
      </w:pPr>
      <w:r>
        <w:rPr>
          <w:rFonts w:ascii="Times New Roman" w:hAnsi="Times New Roman" w:eastAsia="宋体"/>
          <w:b w:val="0"/>
          <w:i w:val="0"/>
          <w:sz w:val="21"/>
        </w:rPr>
        <w:t>p - 4 = 4(c - 4)。</w:t>
      </w:r>
    </w:p>
    <w:p>
      <w:pPr>
        <w:spacing w:before="0" w:after="80" w:line="300" w:lineRule="auto"/>
        <w:jc w:val="left"/>
      </w:pPr>
      <w:r>
        <w:rPr>
          <w:rFonts w:ascii="Times New Roman" w:hAnsi="Times New Roman" w:eastAsia="宋体"/>
          <w:b w:val="0"/>
          <w:i w:val="0"/>
          <w:sz w:val="21"/>
        </w:rPr>
        <w:t>化简为</w:t>
      </w:r>
    </w:p>
    <w:p>
      <w:pPr>
        <w:spacing w:before="0" w:after="80" w:line="300" w:lineRule="auto"/>
        <w:jc w:val="left"/>
      </w:pPr>
      <w:r>
        <w:rPr>
          <w:rFonts w:ascii="Times New Roman" w:hAnsi="Times New Roman" w:eastAsia="宋体"/>
          <w:b w:val="0"/>
          <w:i w:val="0"/>
          <w:sz w:val="21"/>
        </w:rPr>
        <w:t>p = 3c - 4</w:t>
      </w:r>
    </w:p>
    <w:p>
      <w:pPr>
        <w:spacing w:before="0" w:after="80" w:line="300" w:lineRule="auto"/>
        <w:jc w:val="left"/>
      </w:pPr>
      <w:r>
        <w:rPr>
          <w:rFonts w:ascii="Times New Roman" w:hAnsi="Times New Roman" w:eastAsia="宋体"/>
          <w:b w:val="0"/>
          <w:i w:val="0"/>
          <w:sz w:val="21"/>
        </w:rPr>
        <w:t>和</w:t>
      </w:r>
    </w:p>
    <w:p>
      <w:pPr>
        <w:spacing w:before="0" w:after="80" w:line="300" w:lineRule="auto"/>
        <w:jc w:val="left"/>
      </w:pPr>
      <w:r>
        <w:rPr>
          <w:rFonts w:ascii="Times New Roman" w:hAnsi="Times New Roman" w:eastAsia="宋体"/>
          <w:b w:val="0"/>
          <w:i w:val="0"/>
          <w:sz w:val="21"/>
        </w:rPr>
        <w:t>p = 4c - 12。</w:t>
      </w:r>
    </w:p>
    <w:p>
      <w:pPr>
        <w:spacing w:before="0" w:after="80" w:line="300" w:lineRule="auto"/>
        <w:jc w:val="left"/>
      </w:pPr>
      <w:r>
        <w:rPr>
          <w:rFonts w:ascii="Times New Roman" w:hAnsi="Times New Roman" w:eastAsia="宋体"/>
          <w:b w:val="0"/>
          <w:i w:val="0"/>
          <w:sz w:val="21"/>
        </w:rPr>
        <w:t>令两式相等，得到</w:t>
      </w:r>
    </w:p>
    <w:p>
      <w:pPr>
        <w:spacing w:before="0" w:after="80" w:line="300" w:lineRule="auto"/>
        <w:jc w:val="left"/>
      </w:pPr>
      <w:r>
        <w:rPr>
          <w:rFonts w:ascii="Times New Roman" w:hAnsi="Times New Roman" w:eastAsia="宋体"/>
          <w:b w:val="0"/>
          <w:i w:val="0"/>
          <w:sz w:val="21"/>
        </w:rPr>
        <w:t>3c - 4 = 4c - 12</w:t>
      </w:r>
    </w:p>
    <w:p>
      <w:pPr>
        <w:spacing w:before="0" w:after="80" w:line="300" w:lineRule="auto"/>
        <w:jc w:val="left"/>
      </w:pPr>
      <w:r>
        <w:rPr>
          <w:rFonts w:ascii="Times New Roman" w:hAnsi="Times New Roman" w:eastAsia="宋体"/>
          <w:b w:val="0"/>
          <w:i w:val="0"/>
          <w:sz w:val="21"/>
        </w:rPr>
        <w:t>c = 8。</w:t>
      </w:r>
    </w:p>
    <w:p>
      <w:pPr>
        <w:spacing w:before="0" w:after="80" w:line="300" w:lineRule="auto"/>
        <w:jc w:val="left"/>
      </w:pPr>
      <w:r>
        <w:rPr>
          <w:rFonts w:ascii="Times New Roman" w:hAnsi="Times New Roman" w:eastAsia="宋体"/>
          <w:b w:val="0"/>
          <w:i w:val="0"/>
          <w:sz w:val="21"/>
        </w:rPr>
        <w:t>因此</w:t>
      </w:r>
    </w:p>
    <w:p>
      <w:pPr>
        <w:spacing w:before="0" w:after="80" w:line="300" w:lineRule="auto"/>
        <w:jc w:val="left"/>
      </w:pPr>
      <w:r>
        <w:rPr>
          <w:rFonts w:ascii="Times New Roman" w:hAnsi="Times New Roman" w:eastAsia="宋体"/>
          <w:b w:val="0"/>
          <w:i w:val="0"/>
          <w:sz w:val="21"/>
        </w:rPr>
        <w:t>p = 3 · 8 - 4 = 20。</w:t>
      </w:r>
    </w:p>
    <w:p>
      <w:pPr>
        <w:spacing w:before="0" w:after="80" w:line="300" w:lineRule="auto"/>
        <w:jc w:val="left"/>
      </w:pPr>
      <w:r>
        <w:rPr>
          <w:rFonts w:ascii="Times New Roman" w:hAnsi="Times New Roman" w:eastAsia="宋体"/>
          <w:b w:val="0"/>
          <w:i w:val="0"/>
          <w:sz w:val="21"/>
        </w:rPr>
        <w:t>设还需 y 年，则</w:t>
      </w:r>
    </w:p>
    <w:p>
      <w:pPr>
        <w:spacing w:before="0" w:after="80" w:line="300" w:lineRule="auto"/>
        <w:jc w:val="left"/>
      </w:pPr>
      <w:r>
        <w:rPr>
          <w:rFonts w:ascii="Times New Roman" w:hAnsi="Times New Roman" w:eastAsia="宋体"/>
          <w:b w:val="0"/>
          <w:i w:val="0"/>
          <w:sz w:val="21"/>
        </w:rPr>
        <w:t>20 + y = 2(8 + y)，</w:t>
      </w:r>
    </w:p>
    <w:p>
      <w:pPr>
        <w:spacing w:before="0" w:after="80" w:line="300" w:lineRule="auto"/>
        <w:jc w:val="left"/>
      </w:pPr>
      <w:r>
        <w:rPr>
          <w:rFonts w:ascii="Times New Roman" w:hAnsi="Times New Roman" w:eastAsia="宋体"/>
          <w:b w:val="0"/>
          <w:i w:val="0"/>
          <w:sz w:val="21"/>
        </w:rPr>
        <w:t>化简得</w:t>
      </w:r>
    </w:p>
    <w:p>
      <w:pPr>
        <w:spacing w:before="0" w:after="80" w:line="300" w:lineRule="auto"/>
        <w:jc w:val="left"/>
      </w:pPr>
      <w:r>
        <w:rPr>
          <w:rFonts w:ascii="Times New Roman" w:hAnsi="Times New Roman" w:eastAsia="宋体"/>
          <w:b w:val="0"/>
          <w:i w:val="0"/>
          <w:sz w:val="21"/>
        </w:rPr>
        <w:t>20 + y = 16 + 2y</w:t>
      </w:r>
    </w:p>
    <w:p>
      <w:pPr>
        <w:spacing w:before="0" w:after="80" w:line="300" w:lineRule="auto"/>
        <w:jc w:val="left"/>
      </w:pPr>
      <w:r>
        <w:rPr>
          <w:rFonts w:ascii="Times New Roman" w:hAnsi="Times New Roman" w:eastAsia="宋体"/>
          <w:b w:val="0"/>
          <w:i w:val="0"/>
          <w:sz w:val="21"/>
        </w:rPr>
        <w:t>y = 4。</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p and c be Pete’s and Claire’s current ages respectively.</w:t>
      </w:r>
    </w:p>
    <w:p>
      <w:pPr>
        <w:spacing w:before="0" w:after="80" w:line="300" w:lineRule="auto"/>
        <w:jc w:val="left"/>
      </w:pPr>
      <w:r>
        <w:rPr>
          <w:rFonts w:ascii="Times New Roman" w:hAnsi="Times New Roman" w:eastAsia="宋体"/>
          <w:b w:val="0"/>
          <w:i w:val="0"/>
          <w:color w:val="333333"/>
          <w:sz w:val="19"/>
        </w:rPr>
        <w:t>Then we have that</w:t>
      </w:r>
    </w:p>
    <w:p>
      <w:pPr>
        <w:spacing w:before="0" w:after="80" w:line="300" w:lineRule="auto"/>
        <w:jc w:val="left"/>
      </w:pPr>
      <w:r>
        <w:rPr>
          <w:rFonts w:ascii="Times New Roman" w:hAnsi="Times New Roman" w:eastAsia="宋体"/>
          <w:b w:val="0"/>
          <w:i w:val="0"/>
          <w:color w:val="333333"/>
          <w:sz w:val="19"/>
        </w:rPr>
        <w:t>p - 2 = 3(c - 2)</w:t>
      </w:r>
    </w:p>
    <w:p>
      <w:pPr>
        <w:spacing w:before="0" w:after="80" w:line="300" w:lineRule="auto"/>
        <w:jc w:val="left"/>
      </w:pPr>
      <w:r>
        <w:rPr>
          <w:rFonts w:ascii="Times New Roman" w:hAnsi="Times New Roman" w:eastAsia="宋体"/>
          <w:b w:val="0"/>
          <w:i w:val="0"/>
          <w:color w:val="333333"/>
          <w:sz w:val="19"/>
        </w:rPr>
        <w:t>and</w:t>
      </w:r>
    </w:p>
    <w:p>
      <w:pPr>
        <w:spacing w:before="0" w:after="80" w:line="300" w:lineRule="auto"/>
        <w:jc w:val="left"/>
      </w:pPr>
      <w:r>
        <w:rPr>
          <w:rFonts w:ascii="Times New Roman" w:hAnsi="Times New Roman" w:eastAsia="宋体"/>
          <w:b w:val="0"/>
          <w:i w:val="0"/>
          <w:color w:val="333333"/>
          <w:sz w:val="19"/>
        </w:rPr>
        <w:t>p - 4 = 4(c - 4).</w:t>
      </w:r>
    </w:p>
    <w:p>
      <w:pPr>
        <w:spacing w:before="0" w:after="80" w:line="300" w:lineRule="auto"/>
        <w:jc w:val="left"/>
      </w:pPr>
      <w:r>
        <w:rPr>
          <w:rFonts w:ascii="Times New Roman" w:hAnsi="Times New Roman" w:eastAsia="宋体"/>
          <w:b w:val="0"/>
          <w:i w:val="0"/>
          <w:color w:val="333333"/>
          <w:sz w:val="19"/>
        </w:rPr>
        <w:t>Simplifying both equations gives us</w:t>
      </w:r>
    </w:p>
    <w:p>
      <w:pPr>
        <w:spacing w:before="0" w:after="80" w:line="300" w:lineRule="auto"/>
        <w:jc w:val="left"/>
      </w:pPr>
      <w:r>
        <w:rPr>
          <w:rFonts w:ascii="Times New Roman" w:hAnsi="Times New Roman" w:eastAsia="宋体"/>
          <w:b w:val="0"/>
          <w:i w:val="0"/>
          <w:color w:val="333333"/>
          <w:sz w:val="19"/>
        </w:rPr>
        <w:t>p = 3c - 4</w:t>
      </w:r>
    </w:p>
    <w:p>
      <w:pPr>
        <w:spacing w:before="0" w:after="80" w:line="300" w:lineRule="auto"/>
        <w:jc w:val="left"/>
      </w:pPr>
      <w:r>
        <w:rPr>
          <w:rFonts w:ascii="Times New Roman" w:hAnsi="Times New Roman" w:eastAsia="宋体"/>
          <w:b w:val="0"/>
          <w:i w:val="0"/>
          <w:color w:val="333333"/>
          <w:sz w:val="19"/>
        </w:rPr>
        <w:t>and</w:t>
      </w:r>
    </w:p>
    <w:p>
      <w:pPr>
        <w:spacing w:before="0" w:after="80" w:line="300" w:lineRule="auto"/>
        <w:jc w:val="left"/>
      </w:pPr>
      <w:r>
        <w:rPr>
          <w:rFonts w:ascii="Times New Roman" w:hAnsi="Times New Roman" w:eastAsia="宋体"/>
          <w:b w:val="0"/>
          <w:i w:val="0"/>
          <w:color w:val="333333"/>
          <w:sz w:val="19"/>
        </w:rPr>
        <w:t>p = 4c - 12.</w:t>
      </w:r>
    </w:p>
    <w:p>
      <w:pPr>
        <w:spacing w:before="0" w:after="80" w:line="300" w:lineRule="auto"/>
        <w:jc w:val="left"/>
      </w:pPr>
      <w:r>
        <w:rPr>
          <w:rFonts w:ascii="Times New Roman" w:hAnsi="Times New Roman" w:eastAsia="宋体"/>
          <w:b w:val="0"/>
          <w:i w:val="0"/>
          <w:color w:val="333333"/>
          <w:sz w:val="19"/>
        </w:rPr>
        <w:t>Setting them equal, we have</w:t>
      </w:r>
    </w:p>
    <w:p>
      <w:pPr>
        <w:spacing w:before="0" w:after="80" w:line="300" w:lineRule="auto"/>
        <w:jc w:val="left"/>
      </w:pPr>
      <w:r>
        <w:rPr>
          <w:rFonts w:ascii="Times New Roman" w:hAnsi="Times New Roman" w:eastAsia="宋体"/>
          <w:b w:val="0"/>
          <w:i w:val="0"/>
          <w:color w:val="333333"/>
          <w:sz w:val="19"/>
        </w:rPr>
        <w:t>3c - 4 = 4c - 12</w:t>
      </w:r>
    </w:p>
    <w:p>
      <w:pPr>
        <w:spacing w:before="0" w:after="80" w:line="300" w:lineRule="auto"/>
        <w:jc w:val="left"/>
      </w:pPr>
      <w:r>
        <w:rPr>
          <w:rFonts w:ascii="Times New Roman" w:hAnsi="Times New Roman" w:eastAsia="宋体"/>
          <w:b w:val="0"/>
          <w:i w:val="0"/>
          <w:color w:val="333333"/>
          <w:sz w:val="19"/>
        </w:rPr>
        <w:t>c = 8.</w:t>
      </w:r>
    </w:p>
    <w:p>
      <w:pPr>
        <w:spacing w:before="0" w:after="80" w:line="300" w:lineRule="auto"/>
        <w:jc w:val="left"/>
      </w:pPr>
      <w:r>
        <w:rPr>
          <w:rFonts w:ascii="Times New Roman" w:hAnsi="Times New Roman" w:eastAsia="宋体"/>
          <w:b w:val="0"/>
          <w:i w:val="0"/>
          <w:color w:val="333333"/>
          <w:sz w:val="19"/>
        </w:rPr>
        <w:t>This means that</w:t>
      </w:r>
    </w:p>
    <w:p>
      <w:pPr>
        <w:spacing w:before="0" w:after="80" w:line="300" w:lineRule="auto"/>
        <w:jc w:val="left"/>
      </w:pPr>
      <w:r>
        <w:rPr>
          <w:rFonts w:ascii="Times New Roman" w:hAnsi="Times New Roman" w:eastAsia="宋体"/>
          <w:b w:val="0"/>
          <w:i w:val="0"/>
          <w:color w:val="333333"/>
          <w:sz w:val="19"/>
        </w:rPr>
        <w:t>p = 3 · 8 - 4 = 20.</w:t>
      </w:r>
    </w:p>
    <w:p>
      <w:pPr>
        <w:spacing w:before="0" w:after="80" w:line="300" w:lineRule="auto"/>
        <w:jc w:val="left"/>
      </w:pPr>
      <w:r>
        <w:rPr>
          <w:rFonts w:ascii="Times New Roman" w:hAnsi="Times New Roman" w:eastAsia="宋体"/>
          <w:b w:val="0"/>
          <w:i w:val="0"/>
          <w:color w:val="333333"/>
          <w:sz w:val="19"/>
        </w:rPr>
        <w:t>Now, we need to find the number of years (y) until</w:t>
      </w:r>
    </w:p>
    <w:p>
      <w:pPr>
        <w:spacing w:before="0" w:after="80" w:line="300" w:lineRule="auto"/>
        <w:jc w:val="left"/>
      </w:pPr>
      <w:r>
        <w:rPr>
          <w:rFonts w:ascii="Times New Roman" w:hAnsi="Times New Roman" w:eastAsia="宋体"/>
          <w:b w:val="0"/>
          <w:i w:val="0"/>
          <w:color w:val="333333"/>
          <w:sz w:val="19"/>
        </w:rPr>
        <w:t>20 + y = 2(8 + y),</w:t>
      </w:r>
    </w:p>
    <w:p>
      <w:pPr>
        <w:spacing w:before="0" w:after="80" w:line="300" w:lineRule="auto"/>
        <w:jc w:val="left"/>
      </w:pPr>
      <w:r>
        <w:rPr>
          <w:rFonts w:ascii="Times New Roman" w:hAnsi="Times New Roman" w:eastAsia="宋体"/>
          <w:b w:val="0"/>
          <w:i w:val="0"/>
          <w:color w:val="333333"/>
          <w:sz w:val="19"/>
        </w:rPr>
        <w:t>which gives us</w:t>
      </w:r>
    </w:p>
    <w:p>
      <w:pPr>
        <w:spacing w:before="0" w:after="80" w:line="300" w:lineRule="auto"/>
        <w:jc w:val="left"/>
      </w:pPr>
      <w:r>
        <w:rPr>
          <w:rFonts w:ascii="Times New Roman" w:hAnsi="Times New Roman" w:eastAsia="宋体"/>
          <w:b w:val="0"/>
          <w:i w:val="0"/>
          <w:color w:val="333333"/>
          <w:sz w:val="19"/>
        </w:rPr>
        <w:t>20 + y = 16 + 2y</w:t>
      </w:r>
    </w:p>
    <w:p>
      <w:pPr>
        <w:spacing w:before="0" w:after="80" w:line="300" w:lineRule="auto"/>
        <w:jc w:val="left"/>
      </w:pPr>
      <w:r>
        <w:rPr>
          <w:rFonts w:ascii="Times New Roman" w:hAnsi="Times New Roman" w:eastAsia="宋体"/>
          <w:b w:val="0"/>
          <w:i w:val="0"/>
          <w:color w:val="333333"/>
          <w:sz w:val="19"/>
        </w:rPr>
        <w:t>y = 4.</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9 题　答案 D</w:t>
      </w:r>
    </w:p>
    <w:p>
      <w:pPr>
        <w:spacing w:before="0" w:after="80" w:line="300" w:lineRule="auto"/>
        <w:jc w:val="left"/>
      </w:pPr>
      <w:r>
        <w:rPr>
          <w:rFonts w:ascii="Times New Roman" w:hAnsi="Times New Roman" w:eastAsia="宋体"/>
          <w:b w:val="0"/>
          <w:i w:val="0"/>
          <w:sz w:val="21"/>
        </w:rPr>
        <w:t>设两个圆柱的半径和高分别为 r₁、h₁ 与 r₂、h₂。</w:t>
      </w:r>
    </w:p>
    <w:p>
      <w:pPr>
        <w:spacing w:before="0" w:after="80" w:line="300" w:lineRule="auto"/>
        <w:jc w:val="left"/>
      </w:pPr>
      <w:r>
        <w:rPr>
          <w:rFonts w:ascii="Times New Roman" w:hAnsi="Times New Roman" w:eastAsia="宋体"/>
          <w:b w:val="0"/>
          <w:i w:val="0"/>
          <w:sz w:val="21"/>
        </w:rPr>
        <w:t>已知</w:t>
      </w:r>
    </w:p>
    <w:p>
      <w:pPr>
        <w:spacing w:before="0" w:after="80" w:line="300" w:lineRule="auto"/>
        <w:jc w:val="left"/>
      </w:pPr>
      <w:r>
        <w:rPr>
          <w:rFonts w:ascii="Times New Roman" w:hAnsi="Times New Roman" w:eastAsia="宋体"/>
          <w:b w:val="0"/>
          <w:i w:val="0"/>
          <w:sz w:val="21"/>
        </w:rPr>
        <w:t>r₂ = 11/10r₁</w:t>
      </w:r>
    </w:p>
    <w:p>
      <w:pPr>
        <w:spacing w:before="0" w:after="80" w:line="300" w:lineRule="auto"/>
        <w:jc w:val="left"/>
      </w:pPr>
      <w:r>
        <w:rPr>
          <w:rFonts w:ascii="Times New Roman" w:hAnsi="Times New Roman" w:eastAsia="宋体"/>
          <w:b w:val="0"/>
          <w:i w:val="0"/>
          <w:sz w:val="21"/>
        </w:rPr>
        <w:t>且</w:t>
      </w:r>
    </w:p>
    <w:p>
      <w:pPr>
        <w:spacing w:before="0" w:after="80" w:line="300" w:lineRule="auto"/>
        <w:jc w:val="left"/>
      </w:pPr>
      <w:r>
        <w:rPr>
          <w:rFonts w:ascii="Times New Roman" w:hAnsi="Times New Roman" w:eastAsia="宋体"/>
          <w:b w:val="0"/>
          <w:i w:val="0"/>
          <w:sz w:val="21"/>
        </w:rPr>
        <w:t>π r₁²h₁ = π r₂²h₂。</w:t>
      </w:r>
    </w:p>
    <w:p>
      <w:pPr>
        <w:spacing w:before="0" w:after="80" w:line="300" w:lineRule="auto"/>
        <w:jc w:val="left"/>
      </w:pPr>
      <w:r>
        <w:rPr>
          <w:rFonts w:ascii="Times New Roman" w:hAnsi="Times New Roman" w:eastAsia="宋体"/>
          <w:b w:val="0"/>
          <w:i w:val="0"/>
          <w:sz w:val="21"/>
        </w:rPr>
        <w:t>代入并化简，得到</w:t>
      </w:r>
    </w:p>
    <w:p>
      <w:pPr>
        <w:spacing w:before="0" w:after="80" w:line="300" w:lineRule="auto"/>
        <w:jc w:val="left"/>
      </w:pPr>
      <w:r>
        <w:rPr>
          <w:rFonts w:ascii="Times New Roman" w:hAnsi="Times New Roman" w:eastAsia="宋体"/>
          <w:b w:val="0"/>
          <w:i w:val="0"/>
          <w:sz w:val="21"/>
        </w:rPr>
        <w:t>r₁²h₁ = 121/100r₁²h₂，</w:t>
      </w:r>
    </w:p>
    <w:p>
      <w:pPr>
        <w:spacing w:before="0" w:after="80" w:line="300" w:lineRule="auto"/>
        <w:jc w:val="left"/>
      </w:pPr>
      <w:r>
        <w:rPr>
          <w:rFonts w:ascii="Times New Roman" w:hAnsi="Times New Roman" w:eastAsia="宋体"/>
          <w:b w:val="0"/>
          <w:i w:val="0"/>
          <w:sz w:val="21"/>
        </w:rPr>
        <w:t>这告诉我们</w:t>
      </w:r>
    </w:p>
    <w:p>
      <w:pPr>
        <w:spacing w:before="0" w:after="80" w:line="300" w:lineRule="auto"/>
        <w:jc w:val="left"/>
      </w:pPr>
      <w:r>
        <w:rPr>
          <w:rFonts w:ascii="Times New Roman" w:hAnsi="Times New Roman" w:eastAsia="宋体"/>
          <w:b w:val="0"/>
          <w:i w:val="0"/>
          <w:sz w:val="21"/>
        </w:rPr>
        <w:t>h₁ = 121/100h₂。</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r₁ and h₁ be the radius and height of the first cylinder and similarly define r₂ and h₂ for the second cylinder.</w:t>
      </w:r>
    </w:p>
    <w:p>
      <w:pPr>
        <w:spacing w:before="0" w:after="80" w:line="300" w:lineRule="auto"/>
        <w:jc w:val="left"/>
      </w:pPr>
      <w:r>
        <w:rPr>
          <w:rFonts w:ascii="Times New Roman" w:hAnsi="Times New Roman" w:eastAsia="宋体"/>
          <w:b w:val="0"/>
          <w:i w:val="0"/>
          <w:color w:val="333333"/>
          <w:sz w:val="19"/>
        </w:rPr>
        <w:t>We know that</w:t>
      </w:r>
    </w:p>
    <w:p>
      <w:pPr>
        <w:spacing w:before="0" w:after="80" w:line="300" w:lineRule="auto"/>
        <w:jc w:val="left"/>
      </w:pPr>
      <w:r>
        <w:rPr>
          <w:rFonts w:ascii="Times New Roman" w:hAnsi="Times New Roman" w:eastAsia="宋体"/>
          <w:b w:val="0"/>
          <w:i w:val="0"/>
          <w:color w:val="333333"/>
          <w:sz w:val="19"/>
        </w:rPr>
        <w:t>r₂ = 11/10r₁</w:t>
      </w:r>
    </w:p>
    <w:p>
      <w:pPr>
        <w:spacing w:before="0" w:after="80" w:line="300" w:lineRule="auto"/>
        <w:jc w:val="left"/>
      </w:pPr>
      <w:r>
        <w:rPr>
          <w:rFonts w:ascii="Times New Roman" w:hAnsi="Times New Roman" w:eastAsia="宋体"/>
          <w:b w:val="0"/>
          <w:i w:val="0"/>
          <w:color w:val="333333"/>
          <w:sz w:val="19"/>
        </w:rPr>
        <w:t>and</w:t>
      </w:r>
    </w:p>
    <w:p>
      <w:pPr>
        <w:spacing w:before="0" w:after="80" w:line="300" w:lineRule="auto"/>
        <w:jc w:val="left"/>
      </w:pPr>
      <w:r>
        <w:rPr>
          <w:rFonts w:ascii="Times New Roman" w:hAnsi="Times New Roman" w:eastAsia="宋体"/>
          <w:b w:val="0"/>
          <w:i w:val="0"/>
          <w:color w:val="333333"/>
          <w:sz w:val="19"/>
        </w:rPr>
        <w:t>π r₁²h₁ = π r₂²h₂.</w:t>
      </w:r>
    </w:p>
    <w:p>
      <w:pPr>
        <w:spacing w:before="0" w:after="80" w:line="300" w:lineRule="auto"/>
        <w:jc w:val="left"/>
      </w:pPr>
      <w:r>
        <w:rPr>
          <w:rFonts w:ascii="Times New Roman" w:hAnsi="Times New Roman" w:eastAsia="宋体"/>
          <w:b w:val="0"/>
          <w:i w:val="0"/>
          <w:color w:val="333333"/>
          <w:sz w:val="19"/>
        </w:rPr>
        <w:t>Substituting and simplifying gives us</w:t>
      </w:r>
    </w:p>
    <w:p>
      <w:pPr>
        <w:spacing w:before="0" w:after="80" w:line="300" w:lineRule="auto"/>
        <w:jc w:val="left"/>
      </w:pPr>
      <w:r>
        <w:rPr>
          <w:rFonts w:ascii="Times New Roman" w:hAnsi="Times New Roman" w:eastAsia="宋体"/>
          <w:b w:val="0"/>
          <w:i w:val="0"/>
          <w:color w:val="333333"/>
          <w:sz w:val="19"/>
        </w:rPr>
        <w:t>r₁²h₁ = 121/100r₁²h₂,</w:t>
      </w:r>
    </w:p>
    <w:p>
      <w:pPr>
        <w:spacing w:before="0" w:after="80" w:line="300" w:lineRule="auto"/>
        <w:jc w:val="left"/>
      </w:pPr>
      <w:r>
        <w:rPr>
          <w:rFonts w:ascii="Times New Roman" w:hAnsi="Times New Roman" w:eastAsia="宋体"/>
          <w:b w:val="0"/>
          <w:i w:val="0"/>
          <w:color w:val="333333"/>
          <w:sz w:val="19"/>
        </w:rPr>
        <w:t>which tells us that</w:t>
      </w:r>
    </w:p>
    <w:p>
      <w:pPr>
        <w:spacing w:before="0" w:after="80" w:line="300" w:lineRule="auto"/>
        <w:jc w:val="left"/>
      </w:pPr>
      <w:r>
        <w:rPr>
          <w:rFonts w:ascii="Times New Roman" w:hAnsi="Times New Roman" w:eastAsia="宋体"/>
          <w:b w:val="0"/>
          <w:i w:val="0"/>
          <w:color w:val="333333"/>
          <w:sz w:val="19"/>
        </w:rPr>
        <w:t>h₁ = 121/100h₂.</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10 题　答案 C</w:t>
      </w:r>
    </w:p>
    <w:p>
      <w:pPr>
        <w:spacing w:before="0" w:after="80" w:line="300" w:lineRule="auto"/>
        <w:jc w:val="left"/>
      </w:pPr>
      <w:r>
        <w:rPr>
          <w:rFonts w:ascii="Times New Roman" w:hAnsi="Times New Roman" w:eastAsia="宋体"/>
          <w:b w:val="0"/>
          <w:i w:val="0"/>
          <w:sz w:val="21"/>
        </w:rPr>
        <w:t>禁用的相邻字母对为 ab,ba,bc,cb,cd,dc。</w:t>
      </w:r>
    </w:p>
    <w:p>
      <w:pPr>
        <w:spacing w:before="0" w:after="80" w:line="300" w:lineRule="auto"/>
        <w:jc w:val="left"/>
      </w:pPr>
      <w:r>
        <w:rPr>
          <w:rFonts w:ascii="Times New Roman" w:hAnsi="Times New Roman" w:eastAsia="宋体"/>
          <w:b w:val="0"/>
          <w:i w:val="0"/>
          <w:sz w:val="21"/>
        </w:rPr>
        <w:t>若排列以 a 开头，第二个字母只能是 c 或 d。</w:t>
      </w:r>
    </w:p>
    <w:p>
      <w:pPr>
        <w:spacing w:before="0" w:after="80" w:line="300" w:lineRule="auto"/>
        <w:jc w:val="left"/>
      </w:pPr>
      <w:r>
        <w:rPr>
          <w:rFonts w:ascii="Times New Roman" w:hAnsi="Times New Roman" w:eastAsia="宋体"/>
          <w:b w:val="0"/>
          <w:i w:val="0"/>
          <w:sz w:val="21"/>
        </w:rPr>
        <w:t>在 ac 之后，无论怎样排列剩余字母，都会出现 cb 或 cd。在 ad 之后，剩余的 b 和 c 必须相邻。因此不存在以 a 开头的合格排列。</w:t>
      </w:r>
    </w:p>
    <w:p>
      <w:pPr>
        <w:spacing w:before="0" w:after="80" w:line="300" w:lineRule="auto"/>
        <w:jc w:val="left"/>
      </w:pPr>
      <w:r>
        <w:rPr>
          <w:rFonts w:ascii="Times New Roman" w:hAnsi="Times New Roman" w:eastAsia="宋体"/>
          <w:b w:val="0"/>
          <w:i w:val="0"/>
          <w:sz w:val="21"/>
        </w:rPr>
        <w:t>由对称性，也不存在以 d 开头的合格排列。</w:t>
      </w:r>
    </w:p>
    <w:p>
      <w:pPr>
        <w:spacing w:before="0" w:after="80" w:line="300" w:lineRule="auto"/>
        <w:jc w:val="left"/>
      </w:pPr>
      <w:r>
        <w:rPr>
          <w:rFonts w:ascii="Times New Roman" w:hAnsi="Times New Roman" w:eastAsia="宋体"/>
          <w:b w:val="0"/>
          <w:i w:val="0"/>
          <w:sz w:val="21"/>
        </w:rPr>
        <w:t>若以 b 开头，后面必须依次为 d、a、c，得到 bdac。</w:t>
      </w:r>
    </w:p>
    <w:p>
      <w:pPr>
        <w:spacing w:before="0" w:after="80" w:line="300" w:lineRule="auto"/>
        <w:jc w:val="left"/>
      </w:pPr>
      <w:r>
        <w:rPr>
          <w:rFonts w:ascii="Times New Roman" w:hAnsi="Times New Roman" w:eastAsia="宋体"/>
          <w:b w:val="0"/>
          <w:i w:val="0"/>
          <w:sz w:val="21"/>
        </w:rPr>
        <w:t>同理，以 c 开头时只能得到 cadb。因此共有 2 种合格排列。</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forbidden adjacent pairs are ab,ba,bc,cb,cd,dc.</w:t>
      </w:r>
    </w:p>
    <w:p>
      <w:pPr>
        <w:spacing w:before="0" w:after="80" w:line="300" w:lineRule="auto"/>
        <w:jc w:val="left"/>
      </w:pPr>
      <w:r>
        <w:rPr>
          <w:rFonts w:ascii="Times New Roman" w:hAnsi="Times New Roman" w:eastAsia="宋体"/>
          <w:b w:val="0"/>
          <w:i w:val="0"/>
          <w:color w:val="333333"/>
          <w:sz w:val="19"/>
        </w:rPr>
        <w:t>If an arrangement starts with a, its second letter must be c or d.</w:t>
      </w:r>
    </w:p>
    <w:p>
      <w:pPr>
        <w:spacing w:before="0" w:after="80" w:line="300" w:lineRule="auto"/>
        <w:jc w:val="left"/>
      </w:pPr>
      <w:r>
        <w:rPr>
          <w:rFonts w:ascii="Times New Roman" w:hAnsi="Times New Roman" w:eastAsia="宋体"/>
          <w:b w:val="0"/>
          <w:i w:val="0"/>
          <w:color w:val="333333"/>
          <w:sz w:val="19"/>
        </w:rPr>
        <w:t>After ac, either remaining order contains cb or cd. After ad, the remaining b and c must be adjacent. Thus no valid arrangement starts with a.</w:t>
      </w:r>
    </w:p>
    <w:p>
      <w:pPr>
        <w:spacing w:before="0" w:after="80" w:line="300" w:lineRule="auto"/>
        <w:jc w:val="left"/>
      </w:pPr>
      <w:r>
        <w:rPr>
          <w:rFonts w:ascii="Times New Roman" w:hAnsi="Times New Roman" w:eastAsia="宋体"/>
          <w:b w:val="0"/>
          <w:i w:val="0"/>
          <w:color w:val="333333"/>
          <w:sz w:val="19"/>
        </w:rPr>
        <w:t>By symmetry, no valid arrangement starts with d.</w:t>
      </w:r>
    </w:p>
    <w:p>
      <w:pPr>
        <w:spacing w:before="0" w:after="80" w:line="300" w:lineRule="auto"/>
        <w:jc w:val="left"/>
      </w:pPr>
      <w:r>
        <w:rPr>
          <w:rFonts w:ascii="Times New Roman" w:hAnsi="Times New Roman" w:eastAsia="宋体"/>
          <w:b w:val="0"/>
          <w:i w:val="0"/>
          <w:color w:val="333333"/>
          <w:sz w:val="19"/>
        </w:rPr>
        <w:t>If an arrangement starts with b, it must continue with d, then a, then c, giving bdac.</w:t>
      </w:r>
    </w:p>
    <w:p>
      <w:pPr>
        <w:spacing w:before="0" w:after="80" w:line="300" w:lineRule="auto"/>
        <w:jc w:val="left"/>
      </w:pPr>
      <w:r>
        <w:rPr>
          <w:rFonts w:ascii="Times New Roman" w:hAnsi="Times New Roman" w:eastAsia="宋体"/>
          <w:b w:val="0"/>
          <w:i w:val="0"/>
          <w:color w:val="333333"/>
          <w:sz w:val="19"/>
        </w:rPr>
        <w:t>Similarly, starting with c gives only cadb. Therefore there are 2 valid rearrangements.</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11 题　答案 C</w:t>
      </w:r>
    </w:p>
    <w:p>
      <w:pPr>
        <w:spacing w:before="0" w:after="80" w:line="300" w:lineRule="auto"/>
        <w:jc w:val="left"/>
      </w:pPr>
      <w:r>
        <w:rPr>
          <w:rFonts w:ascii="Times New Roman" w:hAnsi="Times New Roman" w:eastAsia="宋体"/>
          <w:b w:val="0"/>
          <w:i w:val="0"/>
          <w:sz w:val="21"/>
        </w:rPr>
        <w:t>设长方形边长为 4x 和 3x。则对角线长为</w:t>
      </w:r>
    </w:p>
    <w:p>
      <w:pPr>
        <w:spacing w:before="0" w:after="80" w:line="300" w:lineRule="auto"/>
        <w:jc w:val="left"/>
      </w:pPr>
      <w:r>
        <w:rPr>
          <w:rFonts w:ascii="Times New Roman" w:hAnsi="Times New Roman" w:eastAsia="宋体"/>
          <w:b w:val="0"/>
          <w:i w:val="0"/>
          <w:sz w:val="21"/>
        </w:rPr>
        <w:t>√((4x)² + (3x)²) = √(25x²) = 5x。</w:t>
      </w:r>
    </w:p>
    <w:p>
      <w:pPr>
        <w:spacing w:before="0" w:after="80" w:line="300" w:lineRule="auto"/>
        <w:jc w:val="left"/>
      </w:pPr>
      <w:r>
        <w:rPr>
          <w:rFonts w:ascii="Times New Roman" w:hAnsi="Times New Roman" w:eastAsia="宋体"/>
          <w:b w:val="0"/>
          <w:i w:val="0"/>
          <w:sz w:val="21"/>
        </w:rPr>
        <w:t>长方形面积为</w:t>
      </w:r>
    </w:p>
    <w:p>
      <w:pPr>
        <w:spacing w:before="0" w:after="80" w:line="300" w:lineRule="auto"/>
        <w:jc w:val="left"/>
      </w:pPr>
      <w:r>
        <w:rPr>
          <w:rFonts w:ascii="Times New Roman" w:hAnsi="Times New Roman" w:eastAsia="宋体"/>
          <w:b w:val="0"/>
          <w:i w:val="0"/>
          <w:sz w:val="21"/>
        </w:rPr>
        <w:t>4x · 3x = 12x²。</w:t>
      </w:r>
    </w:p>
    <w:p>
      <w:pPr>
        <w:spacing w:before="0" w:after="80" w:line="300" w:lineRule="auto"/>
        <w:jc w:val="left"/>
      </w:pPr>
      <w:r>
        <w:rPr>
          <w:rFonts w:ascii="Times New Roman" w:hAnsi="Times New Roman" w:eastAsia="宋体"/>
          <w:b w:val="0"/>
          <w:i w:val="0"/>
          <w:sz w:val="21"/>
        </w:rPr>
        <w:t>因此</w:t>
      </w:r>
    </w:p>
    <w:p>
      <w:pPr>
        <w:spacing w:before="0" w:after="80" w:line="300" w:lineRule="auto"/>
        <w:jc w:val="left"/>
      </w:pPr>
      <w:r>
        <w:rPr>
          <w:rFonts w:ascii="Times New Roman" w:hAnsi="Times New Roman" w:eastAsia="宋体"/>
          <w:b w:val="0"/>
          <w:i w:val="0"/>
          <w:sz w:val="21"/>
        </w:rPr>
        <w:t>kd² = 12x²</w:t>
      </w:r>
    </w:p>
    <w:p>
      <w:pPr>
        <w:spacing w:before="0" w:after="80" w:line="300" w:lineRule="auto"/>
        <w:jc w:val="left"/>
      </w:pPr>
      <w:r>
        <w:rPr>
          <w:rFonts w:ascii="Times New Roman" w:hAnsi="Times New Roman" w:eastAsia="宋体"/>
          <w:b w:val="0"/>
          <w:i w:val="0"/>
          <w:sz w:val="21"/>
        </w:rPr>
        <w:t>k = 12x²/25x² = 12/25。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side lengths be 4x and 3x. Then the diagonal has length</w:t>
      </w:r>
    </w:p>
    <w:p>
      <w:pPr>
        <w:spacing w:before="0" w:after="80" w:line="300" w:lineRule="auto"/>
        <w:jc w:val="left"/>
      </w:pPr>
      <w:r>
        <w:rPr>
          <w:rFonts w:ascii="Times New Roman" w:hAnsi="Times New Roman" w:eastAsia="宋体"/>
          <w:b w:val="0"/>
          <w:i w:val="0"/>
          <w:color w:val="333333"/>
          <w:sz w:val="19"/>
        </w:rPr>
        <w:t>√((4x)² + (3x)²) = √(25x²) = 5x.</w:t>
      </w:r>
    </w:p>
    <w:p>
      <w:pPr>
        <w:spacing w:before="0" w:after="80" w:line="300" w:lineRule="auto"/>
        <w:jc w:val="left"/>
      </w:pPr>
      <w:r>
        <w:rPr>
          <w:rFonts w:ascii="Times New Roman" w:hAnsi="Times New Roman" w:eastAsia="宋体"/>
          <w:b w:val="0"/>
          <w:i w:val="0"/>
          <w:color w:val="333333"/>
          <w:sz w:val="19"/>
        </w:rPr>
        <w:t>The area of the rectangle is</w:t>
      </w:r>
    </w:p>
    <w:p>
      <w:pPr>
        <w:spacing w:before="0" w:after="80" w:line="300" w:lineRule="auto"/>
        <w:jc w:val="left"/>
      </w:pPr>
      <w:r>
        <w:rPr>
          <w:rFonts w:ascii="Times New Roman" w:hAnsi="Times New Roman" w:eastAsia="宋体"/>
          <w:b w:val="0"/>
          <w:i w:val="0"/>
          <w:color w:val="333333"/>
          <w:sz w:val="19"/>
        </w:rPr>
        <w:t>4x · 3x = 12x².</w:t>
      </w:r>
    </w:p>
    <w:p>
      <w:pPr>
        <w:spacing w:before="0" w:after="80" w:line="300" w:lineRule="auto"/>
        <w:jc w:val="left"/>
      </w:pPr>
      <w:r>
        <w:rPr>
          <w:rFonts w:ascii="Times New Roman" w:hAnsi="Times New Roman" w:eastAsia="宋体"/>
          <w:b w:val="0"/>
          <w:i w:val="0"/>
          <w:color w:val="333333"/>
          <w:sz w:val="19"/>
        </w:rPr>
        <w:t>Then we get that</w:t>
      </w:r>
    </w:p>
    <w:p>
      <w:pPr>
        <w:spacing w:before="0" w:after="80" w:line="300" w:lineRule="auto"/>
        <w:jc w:val="left"/>
      </w:pPr>
      <w:r>
        <w:rPr>
          <w:rFonts w:ascii="Times New Roman" w:hAnsi="Times New Roman" w:eastAsia="宋体"/>
          <w:b w:val="0"/>
          <w:i w:val="0"/>
          <w:color w:val="333333"/>
          <w:sz w:val="19"/>
        </w:rPr>
        <w:t>kd² = 12x²</w:t>
      </w:r>
    </w:p>
    <w:p>
      <w:pPr>
        <w:spacing w:before="0" w:after="80" w:line="300" w:lineRule="auto"/>
        <w:jc w:val="left"/>
      </w:pPr>
      <w:r>
        <w:rPr>
          <w:rFonts w:ascii="Times New Roman" w:hAnsi="Times New Roman" w:eastAsia="宋体"/>
          <w:b w:val="0"/>
          <w:i w:val="0"/>
          <w:color w:val="333333"/>
          <w:sz w:val="19"/>
        </w:rPr>
        <w:t>k = 12x²/25x² = 12/25.</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12 题　答案 C</w:t>
      </w:r>
    </w:p>
    <w:p>
      <w:pPr>
        <w:spacing w:before="0" w:after="80" w:line="300" w:lineRule="auto"/>
        <w:jc w:val="left"/>
      </w:pPr>
      <w:r>
        <w:rPr>
          <w:rFonts w:ascii="Times New Roman" w:hAnsi="Times New Roman" w:eastAsia="宋体"/>
          <w:b w:val="0"/>
          <w:i w:val="0"/>
          <w:sz w:val="21"/>
        </w:rPr>
        <w:t>代入 x=√(π)。于是 x²=π，x⁴=π²，所以方程变为</w:t>
      </w:r>
    </w:p>
    <w:p>
      <w:pPr>
        <w:spacing w:before="0" w:after="80" w:line="300" w:lineRule="auto"/>
        <w:jc w:val="left"/>
      </w:pPr>
      <w:r>
        <w:rPr>
          <w:rFonts w:ascii="Times New Roman" w:hAnsi="Times New Roman" w:eastAsia="宋体"/>
          <w:b w:val="0"/>
          <w:i w:val="0"/>
          <w:sz w:val="21"/>
        </w:rPr>
        <w:t>y²-2π y+π²=1。</w:t>
      </w:r>
    </w:p>
    <w:p>
      <w:pPr>
        <w:spacing w:before="0" w:after="80" w:line="300" w:lineRule="auto"/>
        <w:jc w:val="left"/>
      </w:pPr>
      <w:r>
        <w:rPr>
          <w:rFonts w:ascii="Times New Roman" w:hAnsi="Times New Roman" w:eastAsia="宋体"/>
          <w:b w:val="0"/>
          <w:i w:val="0"/>
          <w:sz w:val="21"/>
        </w:rPr>
        <w:t>因此 (y-π)²=1，从而得到两个可能取值 y=π+1 和 y=π-1。它们的距离为 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Substitute x=√(π). Then x²=π and x⁴=π², so the equation becomes</w:t>
      </w:r>
    </w:p>
    <w:p>
      <w:pPr>
        <w:spacing w:before="0" w:after="80" w:line="300" w:lineRule="auto"/>
        <w:jc w:val="left"/>
      </w:pPr>
      <w:r>
        <w:rPr>
          <w:rFonts w:ascii="Times New Roman" w:hAnsi="Times New Roman" w:eastAsia="宋体"/>
          <w:b w:val="0"/>
          <w:i w:val="0"/>
          <w:color w:val="333333"/>
          <w:sz w:val="19"/>
        </w:rPr>
        <w:t>y²-2π y+π²=1.</w:t>
      </w:r>
    </w:p>
    <w:p>
      <w:pPr>
        <w:spacing w:before="0" w:after="80" w:line="300" w:lineRule="auto"/>
        <w:jc w:val="left"/>
      </w:pPr>
      <w:r>
        <w:rPr>
          <w:rFonts w:ascii="Times New Roman" w:hAnsi="Times New Roman" w:eastAsia="宋体"/>
          <w:b w:val="0"/>
          <w:i w:val="0"/>
          <w:color w:val="333333"/>
          <w:sz w:val="19"/>
        </w:rPr>
        <w:t>Hence (y-π)²=1, giving the two possible values y=π+1 and y=π-1. Their distance is 2.</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13 题　答案 C</w:t>
      </w:r>
    </w:p>
    <w:p>
      <w:pPr>
        <w:spacing w:before="0" w:after="80" w:line="300" w:lineRule="auto"/>
        <w:jc w:val="left"/>
      </w:pPr>
      <w:r>
        <w:rPr>
          <w:rFonts w:ascii="Times New Roman" w:hAnsi="Times New Roman" w:eastAsia="宋体"/>
          <w:b w:val="0"/>
          <w:i w:val="0"/>
          <w:sz w:val="21"/>
        </w:rPr>
        <w:t>设 5 美分硬币有 x 枚，则 10 美分硬币有 12 - x 枚。</w:t>
      </w:r>
    </w:p>
    <w:p>
      <w:pPr>
        <w:spacing w:before="0" w:after="80" w:line="300" w:lineRule="auto"/>
        <w:jc w:val="left"/>
      </w:pPr>
      <w:r>
        <w:rPr>
          <w:rFonts w:ascii="Times New Roman" w:hAnsi="Times New Roman" w:eastAsia="宋体"/>
          <w:b w:val="0"/>
          <w:i w:val="0"/>
          <w:sz w:val="21"/>
        </w:rPr>
        <w:t>若 x=0，则只能组成 10,20,…,120 美分，共 12 种金额。因此 x&gt;0。只要至少有一枚 5 美分硬币，就可以组成从 5 美分到总金额</w:t>
      </w:r>
    </w:p>
    <w:p>
      <w:pPr>
        <w:spacing w:before="0" w:after="80" w:line="300" w:lineRule="auto"/>
        <w:jc w:val="left"/>
      </w:pPr>
      <w:r>
        <w:rPr>
          <w:rFonts w:ascii="Times New Roman" w:hAnsi="Times New Roman" w:eastAsia="宋体"/>
          <w:b w:val="0"/>
          <w:i w:val="0"/>
          <w:sz w:val="21"/>
        </w:rPr>
        <w:t>5x+10(12-x)=120-5x</w:t>
      </w:r>
    </w:p>
    <w:p>
      <w:pPr>
        <w:spacing w:before="0" w:after="80" w:line="300" w:lineRule="auto"/>
        <w:jc w:val="left"/>
      </w:pPr>
      <w:r>
        <w:rPr>
          <w:rFonts w:ascii="Times New Roman" w:hAnsi="Times New Roman" w:eastAsia="宋体"/>
          <w:b w:val="0"/>
          <w:i w:val="0"/>
          <w:sz w:val="21"/>
        </w:rPr>
        <w:t>之间的每个 5 的倍数。</w:t>
      </w:r>
    </w:p>
    <w:p>
      <w:pPr>
        <w:spacing w:before="0" w:after="80" w:line="300" w:lineRule="auto"/>
        <w:jc w:val="left"/>
      </w:pPr>
      <w:r>
        <w:rPr>
          <w:rFonts w:ascii="Times New Roman" w:hAnsi="Times New Roman" w:eastAsia="宋体"/>
          <w:b w:val="0"/>
          <w:i w:val="0"/>
          <w:sz w:val="21"/>
        </w:rPr>
        <w:t>这样的 5 的正倍数共有 24 - x 种。题目给出这个数量为 17，所以 x = 7。</w:t>
      </w:r>
    </w:p>
    <w:p>
      <w:pPr>
        <w:spacing w:before="0" w:after="80" w:line="300" w:lineRule="auto"/>
        <w:jc w:val="left"/>
      </w:pPr>
      <w:r>
        <w:rPr>
          <w:rFonts w:ascii="Times New Roman" w:hAnsi="Times New Roman" w:eastAsia="宋体"/>
          <w:b w:val="0"/>
          <w:i w:val="0"/>
          <w:sz w:val="21"/>
        </w:rPr>
        <w:t>因此 10 美分硬币有 12 - 7 = 5 枚。</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number of 5-cent coins be x and the number of 10-cent coins be 12 - x.</w:t>
      </w:r>
    </w:p>
    <w:p>
      <w:pPr>
        <w:spacing w:before="0" w:after="80" w:line="300" w:lineRule="auto"/>
        <w:jc w:val="left"/>
      </w:pPr>
      <w:r>
        <w:rPr>
          <w:rFonts w:ascii="Times New Roman" w:hAnsi="Times New Roman" w:eastAsia="宋体"/>
          <w:b w:val="0"/>
          <w:i w:val="0"/>
          <w:color w:val="333333"/>
          <w:sz w:val="19"/>
        </w:rPr>
        <w:t>If x=0, the only possible values are 10,20,…,120 cents, giving just 12 values. Hence x&gt;0. Having at least one 5-cent coin then makes every multiple of 5 from 5 through the total value</w:t>
      </w:r>
    </w:p>
    <w:p>
      <w:pPr>
        <w:spacing w:before="0" w:after="80" w:line="300" w:lineRule="auto"/>
        <w:jc w:val="left"/>
      </w:pPr>
      <w:r>
        <w:rPr>
          <w:rFonts w:ascii="Times New Roman" w:hAnsi="Times New Roman" w:eastAsia="宋体"/>
          <w:b w:val="0"/>
          <w:i w:val="0"/>
          <w:color w:val="333333"/>
          <w:sz w:val="19"/>
        </w:rPr>
        <w:t>5x+10(12-x)=120-5x</w:t>
      </w:r>
    </w:p>
    <w:p>
      <w:pPr>
        <w:spacing w:before="0" w:after="80" w:line="300" w:lineRule="auto"/>
        <w:jc w:val="left"/>
      </w:pPr>
      <w:r>
        <w:rPr>
          <w:rFonts w:ascii="Times New Roman" w:hAnsi="Times New Roman" w:eastAsia="宋体"/>
          <w:b w:val="0"/>
          <w:i w:val="0"/>
          <w:color w:val="333333"/>
          <w:sz w:val="19"/>
        </w:rPr>
        <w:t>obtainable.</w:t>
      </w:r>
    </w:p>
    <w:p>
      <w:pPr>
        <w:spacing w:before="0" w:after="80" w:line="300" w:lineRule="auto"/>
        <w:jc w:val="left"/>
      </w:pPr>
      <w:r>
        <w:rPr>
          <w:rFonts w:ascii="Times New Roman" w:hAnsi="Times New Roman" w:eastAsia="宋体"/>
          <w:b w:val="0"/>
          <w:i w:val="0"/>
          <w:color w:val="333333"/>
          <w:sz w:val="19"/>
        </w:rPr>
        <w:t>There are 24 - x such multiples of 5, which means that x = 7 to get 17 possible different values.</w:t>
      </w:r>
    </w:p>
    <w:p>
      <w:pPr>
        <w:spacing w:before="0" w:after="80" w:line="300" w:lineRule="auto"/>
        <w:jc w:val="left"/>
      </w:pPr>
      <w:r>
        <w:rPr>
          <w:rFonts w:ascii="Times New Roman" w:hAnsi="Times New Roman" w:eastAsia="宋体"/>
          <w:b w:val="0"/>
          <w:i w:val="0"/>
          <w:color w:val="333333"/>
          <w:sz w:val="19"/>
        </w:rPr>
        <w:t>The number of 10-cent coins is therefore 12 - 7 = 5.</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14 题　答案 C</w:t>
      </w:r>
    </w:p>
    <w:p>
      <w:pPr>
        <w:spacing w:before="0" w:after="80" w:line="300" w:lineRule="auto"/>
        <w:jc w:val="left"/>
      </w:pPr>
      <w:r>
        <w:rPr>
          <w:rFonts w:ascii="Times New Roman" w:hAnsi="Times New Roman" w:eastAsia="宋体"/>
          <w:b w:val="0"/>
          <w:i w:val="0"/>
          <w:sz w:val="21"/>
        </w:rPr>
        <w:t>半径 10 的圆盘在半径 20 的钟面外侧滚动。若接触点绕钟面转过圆心角 θ，圆盘相对于原方向转过 20+10/10θ=3θ。</w:t>
      </w:r>
    </w:p>
    <w:p>
      <w:pPr>
        <w:spacing w:before="0" w:after="80" w:line="300" w:lineRule="auto"/>
        <w:jc w:val="left"/>
      </w:pPr>
      <w:r>
        <w:rPr>
          <w:rFonts w:ascii="Times New Roman" w:hAnsi="Times New Roman" w:eastAsia="宋体"/>
          <w:b w:val="0"/>
          <w:i w:val="0"/>
          <w:sz w:val="21"/>
        </w:rPr>
        <w:t>箭头再次竖直向上时，3θ 等于 2π 的正整数倍。第一次发生在 θ=2π/3，即从 12 点钟方向绕一圈的三分之一，对应 4 点钟方向。</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disk of radius 10 rolls externally around the clock face of radius 20. If the point of tangency moves through central angle θ around the clock, the disk rotates through 20+10/10θ=3θ relative to its original direction.</w:t>
      </w:r>
    </w:p>
    <w:p>
      <w:pPr>
        <w:spacing w:before="0" w:after="80" w:line="300" w:lineRule="auto"/>
        <w:jc w:val="left"/>
      </w:pPr>
      <w:r>
        <w:rPr>
          <w:rFonts w:ascii="Times New Roman" w:hAnsi="Times New Roman" w:eastAsia="宋体"/>
          <w:b w:val="0"/>
          <w:i w:val="0"/>
          <w:color w:val="333333"/>
          <w:sz w:val="19"/>
        </w:rPr>
        <w:t>The arrow next points upward when 3θ is a positive multiple of 2π. The first time this happens is θ=2π/3, which is one-third of the way around the clock from 12 o’clock, namely 4 o’clock.</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15 题　答案 B</w:t>
      </w:r>
    </w:p>
    <w:p>
      <w:pPr>
        <w:spacing w:before="0" w:after="80" w:line="300" w:lineRule="auto"/>
        <w:jc w:val="left"/>
      </w:pPr>
      <w:r>
        <w:rPr>
          <w:rFonts w:ascii="Times New Roman" w:hAnsi="Times New Roman" w:eastAsia="宋体"/>
          <w:b w:val="0"/>
          <w:i w:val="0"/>
          <w:sz w:val="21"/>
        </w:rPr>
        <w:t>条件为</w:t>
      </w:r>
    </w:p>
    <w:p>
      <w:pPr>
        <w:spacing w:before="0" w:after="80" w:line="300" w:lineRule="auto"/>
        <w:jc w:val="left"/>
      </w:pPr>
      <w:r>
        <w:rPr>
          <w:rFonts w:ascii="Times New Roman" w:hAnsi="Times New Roman" w:eastAsia="宋体"/>
          <w:b w:val="0"/>
          <w:i w:val="0"/>
          <w:sz w:val="21"/>
        </w:rPr>
        <w:t>x+1/y+1=11/10·x/y。</w:t>
      </w:r>
    </w:p>
    <w:p>
      <w:pPr>
        <w:spacing w:before="0" w:after="80" w:line="300" w:lineRule="auto"/>
        <w:jc w:val="left"/>
      </w:pPr>
      <w:r>
        <w:rPr>
          <w:rFonts w:ascii="Times New Roman" w:hAnsi="Times New Roman" w:eastAsia="宋体"/>
          <w:b w:val="0"/>
          <w:i w:val="0"/>
          <w:sz w:val="21"/>
        </w:rPr>
        <w:t>交叉相乘得 10y(x+1)=11x(y+1)，即 xy+11x-10y=0。</w:t>
      </w:r>
    </w:p>
    <w:p>
      <w:pPr>
        <w:spacing w:before="0" w:after="80" w:line="300" w:lineRule="auto"/>
        <w:jc w:val="left"/>
      </w:pPr>
      <w:r>
        <w:rPr>
          <w:rFonts w:ascii="Times New Roman" w:hAnsi="Times New Roman" w:eastAsia="宋体"/>
          <w:b w:val="0"/>
          <w:i w:val="0"/>
          <w:sz w:val="21"/>
        </w:rPr>
        <w:t>从两边减去 110 并因式分解，得</w:t>
      </w:r>
    </w:p>
    <w:p>
      <w:pPr>
        <w:spacing w:before="0" w:after="80" w:line="300" w:lineRule="auto"/>
        <w:jc w:val="left"/>
      </w:pPr>
      <w:r>
        <w:rPr>
          <w:rFonts w:ascii="Times New Roman" w:hAnsi="Times New Roman" w:eastAsia="宋体"/>
          <w:b w:val="0"/>
          <w:i w:val="0"/>
          <w:sz w:val="21"/>
        </w:rPr>
        <w:t>(x-10)(y+11)=-110。</w:t>
      </w:r>
    </w:p>
    <w:p>
      <w:pPr>
        <w:spacing w:before="0" w:after="80" w:line="300" w:lineRule="auto"/>
        <w:jc w:val="left"/>
      </w:pPr>
      <w:r>
        <w:rPr>
          <w:rFonts w:ascii="Times New Roman" w:hAnsi="Times New Roman" w:eastAsia="宋体"/>
          <w:b w:val="0"/>
          <w:i w:val="0"/>
          <w:sz w:val="21"/>
        </w:rPr>
        <w:t>因为 x,y 是正整数，可用的负因数对为 (-1,110)、(-2,55) 和 (-5,22)，分别给出 (x,y)=(9,99),(8,44),(5,11)。</w:t>
      </w:r>
    </w:p>
    <w:p>
      <w:pPr>
        <w:spacing w:before="0" w:after="80" w:line="300" w:lineRule="auto"/>
        <w:jc w:val="left"/>
      </w:pPr>
      <w:r>
        <w:rPr>
          <w:rFonts w:ascii="Times New Roman" w:hAnsi="Times New Roman" w:eastAsia="宋体"/>
          <w:b w:val="0"/>
          <w:i w:val="0"/>
          <w:sz w:val="21"/>
        </w:rPr>
        <w:t>其中只有 5/11 的分子分母互质，所以恰好有一个分数满足条件。</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condition is</w:t>
      </w:r>
    </w:p>
    <w:p>
      <w:pPr>
        <w:spacing w:before="0" w:after="80" w:line="300" w:lineRule="auto"/>
        <w:jc w:val="left"/>
      </w:pPr>
      <w:r>
        <w:rPr>
          <w:rFonts w:ascii="Times New Roman" w:hAnsi="Times New Roman" w:eastAsia="宋体"/>
          <w:b w:val="0"/>
          <w:i w:val="0"/>
          <w:color w:val="333333"/>
          <w:sz w:val="19"/>
        </w:rPr>
        <w:t>x+1/y+1=11/10·x/y.</w:t>
      </w:r>
    </w:p>
    <w:p>
      <w:pPr>
        <w:spacing w:before="0" w:after="80" w:line="300" w:lineRule="auto"/>
        <w:jc w:val="left"/>
      </w:pPr>
      <w:r>
        <w:rPr>
          <w:rFonts w:ascii="Times New Roman" w:hAnsi="Times New Roman" w:eastAsia="宋体"/>
          <w:b w:val="0"/>
          <w:i w:val="0"/>
          <w:color w:val="333333"/>
          <w:sz w:val="19"/>
        </w:rPr>
        <w:t>Cross-multiplying gives 10y(x+1)=11x(y+1), or xy+11x-10y=0.</w:t>
      </w:r>
    </w:p>
    <w:p>
      <w:pPr>
        <w:spacing w:before="0" w:after="80" w:line="300" w:lineRule="auto"/>
        <w:jc w:val="left"/>
      </w:pPr>
      <w:r>
        <w:rPr>
          <w:rFonts w:ascii="Times New Roman" w:hAnsi="Times New Roman" w:eastAsia="宋体"/>
          <w:b w:val="0"/>
          <w:i w:val="0"/>
          <w:color w:val="333333"/>
          <w:sz w:val="19"/>
        </w:rPr>
        <w:t>Factoring by grouping after subtracting 110 gives</w:t>
      </w:r>
    </w:p>
    <w:p>
      <w:pPr>
        <w:spacing w:before="0" w:after="80" w:line="300" w:lineRule="auto"/>
        <w:jc w:val="left"/>
      </w:pPr>
      <w:r>
        <w:rPr>
          <w:rFonts w:ascii="Times New Roman" w:hAnsi="Times New Roman" w:eastAsia="宋体"/>
          <w:b w:val="0"/>
          <w:i w:val="0"/>
          <w:color w:val="333333"/>
          <w:sz w:val="19"/>
        </w:rPr>
        <w:t>(x-10)(y+11)=-110.</w:t>
      </w:r>
    </w:p>
    <w:p>
      <w:pPr>
        <w:spacing w:before="0" w:after="80" w:line="300" w:lineRule="auto"/>
        <w:jc w:val="left"/>
      </w:pPr>
      <w:r>
        <w:rPr>
          <w:rFonts w:ascii="Times New Roman" w:hAnsi="Times New Roman" w:eastAsia="宋体"/>
          <w:b w:val="0"/>
          <w:i w:val="0"/>
          <w:color w:val="333333"/>
          <w:sz w:val="19"/>
        </w:rPr>
        <w:t>Since x,y are positive, the useful negative factor pairs are (-1,110), (-2,55), and (-5,22), producing (x,y)=(9,99),(8,44),(5,11).</w:t>
      </w:r>
    </w:p>
    <w:p>
      <w:pPr>
        <w:spacing w:before="0" w:after="80" w:line="300" w:lineRule="auto"/>
        <w:jc w:val="left"/>
      </w:pPr>
      <w:r>
        <w:rPr>
          <w:rFonts w:ascii="Times New Roman" w:hAnsi="Times New Roman" w:eastAsia="宋体"/>
          <w:b w:val="0"/>
          <w:i w:val="0"/>
          <w:color w:val="333333"/>
          <w:sz w:val="19"/>
        </w:rPr>
        <w:t>Only 5/11 has relatively prime numerator and denominator, so exactly one fraction works.</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16 题　答案 B</w:t>
      </w:r>
    </w:p>
    <w:p>
      <w:pPr>
        <w:spacing w:before="0" w:after="80" w:line="300" w:lineRule="auto"/>
        <w:jc w:val="left"/>
      </w:pPr>
      <w:r>
        <w:rPr>
          <w:rFonts w:ascii="Times New Roman" w:hAnsi="Times New Roman" w:eastAsia="宋体"/>
          <w:b w:val="0"/>
          <w:i w:val="0"/>
          <w:sz w:val="21"/>
        </w:rPr>
        <w:t>展开并相加两个方程，得到</w:t>
      </w:r>
    </w:p>
    <w:p>
      <w:pPr>
        <w:spacing w:before="0" w:after="80" w:line="300" w:lineRule="auto"/>
        <w:jc w:val="left"/>
      </w:pPr>
      <w:r>
        <w:rPr>
          <w:rFonts w:ascii="Times New Roman" w:hAnsi="Times New Roman" w:eastAsia="宋体"/>
          <w:b w:val="0"/>
          <w:i w:val="0"/>
          <w:sz w:val="21"/>
        </w:rPr>
        <w:t>x² + y² - 4x - 4y + 8</w:t>
      </w:r>
    </w:p>
    <w:p>
      <w:pPr>
        <w:spacing w:before="0" w:after="80" w:line="300" w:lineRule="auto"/>
        <w:jc w:val="left"/>
      </w:pPr>
      <w:r>
        <w:rPr>
          <w:rFonts w:ascii="Times New Roman" w:hAnsi="Times New Roman" w:eastAsia="宋体"/>
          <w:b w:val="0"/>
          <w:i w:val="0"/>
          <w:sz w:val="21"/>
        </w:rPr>
        <w:t>= x + y + 8。</w:t>
      </w:r>
    </w:p>
    <w:p>
      <w:pPr>
        <w:spacing w:before="0" w:after="80" w:line="300" w:lineRule="auto"/>
        <w:jc w:val="left"/>
      </w:pPr>
      <w:r>
        <w:rPr>
          <w:rFonts w:ascii="Times New Roman" w:hAnsi="Times New Roman" w:eastAsia="宋体"/>
          <w:b w:val="0"/>
          <w:i w:val="0"/>
          <w:sz w:val="21"/>
        </w:rPr>
        <w:t>整理得</w:t>
      </w:r>
    </w:p>
    <w:p>
      <w:pPr>
        <w:spacing w:before="0" w:after="80" w:line="300" w:lineRule="auto"/>
        <w:jc w:val="left"/>
      </w:pPr>
      <w:r>
        <w:rPr>
          <w:rFonts w:ascii="Times New Roman" w:hAnsi="Times New Roman" w:eastAsia="宋体"/>
          <w:b w:val="0"/>
          <w:i w:val="0"/>
          <w:sz w:val="21"/>
        </w:rPr>
        <w:t>x² + y² = 5(x + y)。</w:t>
      </w:r>
    </w:p>
    <w:p>
      <w:pPr>
        <w:spacing w:before="0" w:after="80" w:line="300" w:lineRule="auto"/>
        <w:jc w:val="left"/>
      </w:pPr>
      <w:r>
        <w:rPr>
          <w:rFonts w:ascii="Times New Roman" w:hAnsi="Times New Roman" w:eastAsia="宋体"/>
          <w:b w:val="0"/>
          <w:i w:val="0"/>
          <w:sz w:val="21"/>
        </w:rPr>
        <w:t>两式相减，得到</w:t>
      </w:r>
    </w:p>
    <w:p>
      <w:pPr>
        <w:spacing w:before="0" w:after="80" w:line="300" w:lineRule="auto"/>
        <w:jc w:val="left"/>
      </w:pPr>
      <w:r>
        <w:rPr>
          <w:rFonts w:ascii="Times New Roman" w:hAnsi="Times New Roman" w:eastAsia="宋体"/>
          <w:b w:val="0"/>
          <w:i w:val="0"/>
          <w:sz w:val="21"/>
        </w:rPr>
        <w:t>x² - y² - 4x + 4y = y - x。</w:t>
      </w:r>
    </w:p>
    <w:p>
      <w:pPr>
        <w:spacing w:before="0" w:after="80" w:line="300" w:lineRule="auto"/>
        <w:jc w:val="left"/>
      </w:pPr>
      <w:r>
        <w:rPr>
          <w:rFonts w:ascii="Times New Roman" w:hAnsi="Times New Roman" w:eastAsia="宋体"/>
          <w:b w:val="0"/>
          <w:i w:val="0"/>
          <w:sz w:val="21"/>
        </w:rPr>
        <w:t>再整理得</w:t>
      </w:r>
    </w:p>
    <w:p>
      <w:pPr>
        <w:spacing w:before="0" w:after="80" w:line="300" w:lineRule="auto"/>
        <w:jc w:val="left"/>
      </w:pPr>
      <w:r>
        <w:rPr>
          <w:rFonts w:ascii="Times New Roman" w:hAnsi="Times New Roman" w:eastAsia="宋体"/>
          <w:b w:val="0"/>
          <w:i w:val="0"/>
          <w:sz w:val="21"/>
        </w:rPr>
        <w:t>x² - y² = 3(x - y)。</w:t>
      </w:r>
    </w:p>
    <w:p>
      <w:pPr>
        <w:spacing w:before="0" w:after="80" w:line="300" w:lineRule="auto"/>
        <w:jc w:val="left"/>
      </w:pPr>
      <w:r>
        <w:rPr>
          <w:rFonts w:ascii="Times New Roman" w:hAnsi="Times New Roman" w:eastAsia="宋体"/>
          <w:b w:val="0"/>
          <w:i w:val="0"/>
          <w:sz w:val="21"/>
        </w:rPr>
        <w:t>因为 x ≠ y，两边可除以 x - y，得到</w:t>
      </w:r>
    </w:p>
    <w:p>
      <w:pPr>
        <w:spacing w:before="0" w:after="80" w:line="300" w:lineRule="auto"/>
        <w:jc w:val="left"/>
      </w:pPr>
      <w:r>
        <w:rPr>
          <w:rFonts w:ascii="Times New Roman" w:hAnsi="Times New Roman" w:eastAsia="宋体"/>
          <w:b w:val="0"/>
          <w:i w:val="0"/>
          <w:sz w:val="21"/>
        </w:rPr>
        <w:t>x + y = 3</w:t>
      </w:r>
    </w:p>
    <w:p>
      <w:pPr>
        <w:spacing w:before="0" w:after="80" w:line="300" w:lineRule="auto"/>
        <w:jc w:val="left"/>
      </w:pPr>
      <w:r>
        <w:rPr>
          <w:rFonts w:ascii="Times New Roman" w:hAnsi="Times New Roman" w:eastAsia="宋体"/>
          <w:b w:val="0"/>
          <w:i w:val="0"/>
          <w:sz w:val="21"/>
        </w:rPr>
        <w:t>x² + y² = 15。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Adding the two equations gives us</w:t>
      </w:r>
    </w:p>
    <w:p>
      <w:pPr>
        <w:spacing w:before="0" w:after="80" w:line="300" w:lineRule="auto"/>
        <w:jc w:val="left"/>
      </w:pPr>
      <w:r>
        <w:rPr>
          <w:rFonts w:ascii="Times New Roman" w:hAnsi="Times New Roman" w:eastAsia="宋体"/>
          <w:b w:val="0"/>
          <w:i w:val="0"/>
          <w:color w:val="333333"/>
          <w:sz w:val="19"/>
        </w:rPr>
        <w:t>x² + y² - 4x - 4y + 8</w:t>
      </w:r>
    </w:p>
    <w:p>
      <w:pPr>
        <w:spacing w:before="0" w:after="80" w:line="300" w:lineRule="auto"/>
        <w:jc w:val="left"/>
      </w:pPr>
      <w:r>
        <w:rPr>
          <w:rFonts w:ascii="Times New Roman" w:hAnsi="Times New Roman" w:eastAsia="宋体"/>
          <w:b w:val="0"/>
          <w:i w:val="0"/>
          <w:color w:val="333333"/>
          <w:sz w:val="19"/>
        </w:rPr>
        <w:t>= x + y + 8.</w:t>
      </w:r>
    </w:p>
    <w:p>
      <w:pPr>
        <w:spacing w:before="0" w:after="80" w:line="300" w:lineRule="auto"/>
        <w:jc w:val="left"/>
      </w:pPr>
      <w:r>
        <w:rPr>
          <w:rFonts w:ascii="Times New Roman" w:hAnsi="Times New Roman" w:eastAsia="宋体"/>
          <w:b w:val="0"/>
          <w:i w:val="0"/>
          <w:color w:val="333333"/>
          <w:sz w:val="19"/>
        </w:rPr>
        <w:t>We can rearrange this equation to get</w:t>
      </w:r>
    </w:p>
    <w:p>
      <w:pPr>
        <w:spacing w:before="0" w:after="80" w:line="300" w:lineRule="auto"/>
        <w:jc w:val="left"/>
      </w:pPr>
      <w:r>
        <w:rPr>
          <w:rFonts w:ascii="Times New Roman" w:hAnsi="Times New Roman" w:eastAsia="宋体"/>
          <w:b w:val="0"/>
          <w:i w:val="0"/>
          <w:color w:val="333333"/>
          <w:sz w:val="19"/>
        </w:rPr>
        <w:t>x² + y² = 5(x + y).</w:t>
      </w:r>
    </w:p>
    <w:p>
      <w:pPr>
        <w:spacing w:before="0" w:after="80" w:line="300" w:lineRule="auto"/>
        <w:jc w:val="left"/>
      </w:pPr>
      <w:r>
        <w:rPr>
          <w:rFonts w:ascii="Times New Roman" w:hAnsi="Times New Roman" w:eastAsia="宋体"/>
          <w:b w:val="0"/>
          <w:i w:val="0"/>
          <w:color w:val="333333"/>
          <w:sz w:val="19"/>
        </w:rPr>
        <w:t>We can then subtract them to get</w:t>
      </w:r>
    </w:p>
    <w:p>
      <w:pPr>
        <w:spacing w:before="0" w:after="80" w:line="300" w:lineRule="auto"/>
        <w:jc w:val="left"/>
      </w:pPr>
      <w:r>
        <w:rPr>
          <w:rFonts w:ascii="Times New Roman" w:hAnsi="Times New Roman" w:eastAsia="宋体"/>
          <w:b w:val="0"/>
          <w:i w:val="0"/>
          <w:color w:val="333333"/>
          <w:sz w:val="19"/>
        </w:rPr>
        <w:t>x² - y² - 4x + 4y = y - x.</w:t>
      </w:r>
    </w:p>
    <w:p>
      <w:pPr>
        <w:spacing w:before="0" w:after="80" w:line="300" w:lineRule="auto"/>
        <w:jc w:val="left"/>
      </w:pPr>
      <w:r>
        <w:rPr>
          <w:rFonts w:ascii="Times New Roman" w:hAnsi="Times New Roman" w:eastAsia="宋体"/>
          <w:b w:val="0"/>
          <w:i w:val="0"/>
          <w:color w:val="333333"/>
          <w:sz w:val="19"/>
        </w:rPr>
        <w:t>Once again rearranging, we can find</w:t>
      </w:r>
    </w:p>
    <w:p>
      <w:pPr>
        <w:spacing w:before="0" w:after="80" w:line="300" w:lineRule="auto"/>
        <w:jc w:val="left"/>
      </w:pPr>
      <w:r>
        <w:rPr>
          <w:rFonts w:ascii="Times New Roman" w:hAnsi="Times New Roman" w:eastAsia="宋体"/>
          <w:b w:val="0"/>
          <w:i w:val="0"/>
          <w:color w:val="333333"/>
          <w:sz w:val="19"/>
        </w:rPr>
        <w:t>x² - y² = 3(x - y).</w:t>
      </w:r>
    </w:p>
    <w:p>
      <w:pPr>
        <w:spacing w:before="0" w:after="80" w:line="300" w:lineRule="auto"/>
        <w:jc w:val="left"/>
      </w:pPr>
      <w:r>
        <w:rPr>
          <w:rFonts w:ascii="Times New Roman" w:hAnsi="Times New Roman" w:eastAsia="宋体"/>
          <w:b w:val="0"/>
          <w:i w:val="0"/>
          <w:color w:val="333333"/>
          <w:sz w:val="19"/>
        </w:rPr>
        <w:t>We have that x ≠ y, which means that we can divide both sides by x - y. This gives us</w:t>
      </w:r>
    </w:p>
    <w:p>
      <w:pPr>
        <w:spacing w:before="0" w:after="80" w:line="300" w:lineRule="auto"/>
        <w:jc w:val="left"/>
      </w:pPr>
      <w:r>
        <w:rPr>
          <w:rFonts w:ascii="Times New Roman" w:hAnsi="Times New Roman" w:eastAsia="宋体"/>
          <w:b w:val="0"/>
          <w:i w:val="0"/>
          <w:color w:val="333333"/>
          <w:sz w:val="19"/>
        </w:rPr>
        <w:t>x + y = 3</w:t>
      </w:r>
    </w:p>
    <w:p>
      <w:pPr>
        <w:spacing w:before="0" w:after="80" w:line="300" w:lineRule="auto"/>
        <w:jc w:val="left"/>
      </w:pPr>
      <w:r>
        <w:rPr>
          <w:rFonts w:ascii="Times New Roman" w:hAnsi="Times New Roman" w:eastAsia="宋体"/>
          <w:b w:val="0"/>
          <w:i w:val="0"/>
          <w:color w:val="333333"/>
          <w:sz w:val="19"/>
        </w:rPr>
        <w:t>x² + y² = 15.</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17 题　答案 D</w:t>
      </w:r>
    </w:p>
    <w:p>
      <w:pPr>
        <w:spacing w:before="0" w:after="80" w:line="300" w:lineRule="auto"/>
        <w:jc w:val="left"/>
      </w:pPr>
      <w:r>
        <w:rPr>
          <w:rFonts w:ascii="Times New Roman" w:hAnsi="Times New Roman" w:eastAsia="宋体"/>
          <w:b w:val="0"/>
          <w:i w:val="0"/>
          <w:sz w:val="21"/>
        </w:rPr>
        <w:t>因为等边三角形的一边是竖直线，所以其对称轴为水平线。</w:t>
      </w:r>
    </w:p>
    <w:p>
      <w:pPr>
        <w:spacing w:before="0" w:after="80" w:line="300" w:lineRule="auto"/>
        <w:jc w:val="left"/>
      </w:pPr>
      <w:r>
        <w:rPr>
          <w:rFonts w:ascii="Times New Roman" w:hAnsi="Times New Roman" w:eastAsia="宋体"/>
          <w:b w:val="0"/>
          <w:i w:val="0"/>
          <w:sz w:val="21"/>
        </w:rPr>
        <w:t>这说明第三条边的斜率必须是第二条边斜率的相反数，也就是 -(√(3))/3。</w:t>
      </w:r>
    </w:p>
    <w:p>
      <w:pPr>
        <w:spacing w:before="0" w:after="80" w:line="300" w:lineRule="auto"/>
        <w:jc w:val="left"/>
      </w:pPr>
      <w:r>
        <w:rPr>
          <w:rFonts w:ascii="Times New Roman" w:hAnsi="Times New Roman" w:eastAsia="宋体"/>
          <w:b w:val="0"/>
          <w:i w:val="0"/>
          <w:sz w:val="21"/>
        </w:rPr>
        <w:t>要求周长，只需求出这个三角形一条边的长度。</w:t>
      </w:r>
    </w:p>
    <w:p>
      <w:pPr>
        <w:spacing w:before="0" w:after="80" w:line="300" w:lineRule="auto"/>
        <w:jc w:val="left"/>
      </w:pPr>
      <w:r>
        <w:rPr>
          <w:rFonts w:ascii="Times New Roman" w:hAnsi="Times New Roman" w:eastAsia="宋体"/>
          <w:b w:val="0"/>
          <w:i w:val="0"/>
          <w:sz w:val="21"/>
        </w:rPr>
        <w:t>把 x = 1 代入另外两个方程，就得到竖直边上的两个顶点。</w:t>
      </w:r>
    </w:p>
    <w:p>
      <w:pPr>
        <w:spacing w:before="0" w:after="80" w:line="300" w:lineRule="auto"/>
        <w:jc w:val="left"/>
      </w:pPr>
      <w:r>
        <w:rPr>
          <w:rFonts w:ascii="Times New Roman" w:hAnsi="Times New Roman" w:eastAsia="宋体"/>
          <w:b w:val="0"/>
          <w:i w:val="0"/>
          <w:sz w:val="21"/>
        </w:rPr>
        <w:t>两个 y 值分别为 1 + (√(3))/3 和 -(√(3))/3。它们的差为 1 + (2√(3))/3，所以周长为</w:t>
      </w:r>
    </w:p>
    <w:p>
      <w:pPr>
        <w:spacing w:before="0" w:after="80" w:line="300" w:lineRule="auto"/>
        <w:jc w:val="left"/>
      </w:pPr>
      <w:r>
        <w:rPr>
          <w:rFonts w:ascii="Times New Roman" w:hAnsi="Times New Roman" w:eastAsia="宋体"/>
          <w:b w:val="0"/>
          <w:i w:val="0"/>
          <w:sz w:val="21"/>
        </w:rPr>
        <w:t>3 · (1 + (2√(3))/3) = 3 + 2√(3)。</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one of the sides of the equilateral triangle is a vertical line, the line of symmetry perpendicular to this side must be horizontal.</w:t>
      </w:r>
    </w:p>
    <w:p>
      <w:pPr>
        <w:spacing w:before="0" w:after="80" w:line="300" w:lineRule="auto"/>
        <w:jc w:val="left"/>
      </w:pPr>
      <w:r>
        <w:rPr>
          <w:rFonts w:ascii="Times New Roman" w:hAnsi="Times New Roman" w:eastAsia="宋体"/>
          <w:b w:val="0"/>
          <w:i w:val="0"/>
          <w:color w:val="333333"/>
          <w:sz w:val="19"/>
        </w:rPr>
        <w:t>This means that the slope of the third side must be opposite the slope of the second side, which would be -(√(3))/3.</w:t>
      </w:r>
    </w:p>
    <w:p>
      <w:pPr>
        <w:spacing w:before="0" w:after="80" w:line="300" w:lineRule="auto"/>
        <w:jc w:val="left"/>
      </w:pPr>
      <w:r>
        <w:rPr>
          <w:rFonts w:ascii="Times New Roman" w:hAnsi="Times New Roman" w:eastAsia="宋体"/>
          <w:b w:val="0"/>
          <w:i w:val="0"/>
          <w:color w:val="333333"/>
          <w:sz w:val="19"/>
        </w:rPr>
        <w:t>To find the perimeter, we only need to find the length of one of the sides of the triangle.</w:t>
      </w:r>
    </w:p>
    <w:p>
      <w:pPr>
        <w:spacing w:before="0" w:after="80" w:line="300" w:lineRule="auto"/>
        <w:jc w:val="left"/>
      </w:pPr>
      <w:r>
        <w:rPr>
          <w:rFonts w:ascii="Times New Roman" w:hAnsi="Times New Roman" w:eastAsia="宋体"/>
          <w:b w:val="0"/>
          <w:i w:val="0"/>
          <w:color w:val="333333"/>
          <w:sz w:val="19"/>
        </w:rPr>
        <w:t>We can plug in x = 1 into the two other equations to get the two vertices on the vertical line.</w:t>
      </w:r>
    </w:p>
    <w:p>
      <w:pPr>
        <w:spacing w:before="0" w:after="80" w:line="300" w:lineRule="auto"/>
        <w:jc w:val="left"/>
      </w:pPr>
      <w:r>
        <w:rPr>
          <w:rFonts w:ascii="Times New Roman" w:hAnsi="Times New Roman" w:eastAsia="宋体"/>
          <w:b w:val="0"/>
          <w:i w:val="0"/>
          <w:color w:val="333333"/>
          <w:sz w:val="19"/>
        </w:rPr>
        <w:t>The two y-values are 1 + (√(3))/3 and -(√(3))/3. Their difference is 1 + (2√(3))/3, which makes the perimeter</w:t>
      </w:r>
    </w:p>
    <w:p>
      <w:pPr>
        <w:spacing w:before="0" w:after="80" w:line="300" w:lineRule="auto"/>
        <w:jc w:val="left"/>
      </w:pPr>
      <w:r>
        <w:rPr>
          <w:rFonts w:ascii="Times New Roman" w:hAnsi="Times New Roman" w:eastAsia="宋体"/>
          <w:b w:val="0"/>
          <w:i w:val="0"/>
          <w:color w:val="333333"/>
          <w:sz w:val="19"/>
        </w:rPr>
        <w:t>3 · (1 + (2√(3))/3) = 3 + 2√(3).</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18 题　答案 E</w:t>
      </w:r>
    </w:p>
    <w:p>
      <w:pPr>
        <w:spacing w:before="0" w:after="80" w:line="300" w:lineRule="auto"/>
        <w:jc w:val="left"/>
      </w:pPr>
      <w:r>
        <w:rPr>
          <w:rFonts w:ascii="Times New Roman" w:hAnsi="Times New Roman" w:eastAsia="宋体"/>
          <w:b w:val="0"/>
          <w:i w:val="0"/>
          <w:sz w:val="21"/>
        </w:rPr>
        <w:t>在十六进制中，1000=3E8₁₆。把较短的表示在前面补零，补成三位数。从 000₁₆ 到 399₁₆ 的每个纯数字字符串都不超过 3E8₁₆，而且这些就是全部可能。</w:t>
      </w:r>
    </w:p>
    <w:p>
      <w:pPr>
        <w:spacing w:before="0" w:after="80" w:line="300" w:lineRule="auto"/>
        <w:jc w:val="left"/>
      </w:pPr>
      <w:r>
        <w:rPr>
          <w:rFonts w:ascii="Times New Roman" w:hAnsi="Times New Roman" w:eastAsia="宋体"/>
          <w:b w:val="0"/>
          <w:i w:val="0"/>
          <w:sz w:val="21"/>
        </w:rPr>
        <w:t>第一位有 4 种选择，另外两位各有 10 种选择。因此共有</w:t>
      </w:r>
    </w:p>
    <w:p>
      <w:pPr>
        <w:spacing w:before="0" w:after="80" w:line="300" w:lineRule="auto"/>
        <w:jc w:val="left"/>
      </w:pPr>
      <w:r>
        <w:rPr>
          <w:rFonts w:ascii="Times New Roman" w:hAnsi="Times New Roman" w:eastAsia="宋体"/>
          <w:b w:val="0"/>
          <w:i w:val="0"/>
          <w:sz w:val="21"/>
        </w:rPr>
        <w:t>4·10·10=400</w:t>
      </w:r>
    </w:p>
    <w:p>
      <w:pPr>
        <w:spacing w:before="0" w:after="80" w:line="300" w:lineRule="auto"/>
        <w:jc w:val="left"/>
      </w:pPr>
      <w:r>
        <w:rPr>
          <w:rFonts w:ascii="Times New Roman" w:hAnsi="Times New Roman" w:eastAsia="宋体"/>
          <w:b w:val="0"/>
          <w:i w:val="0"/>
          <w:sz w:val="21"/>
        </w:rPr>
        <w:t>个字符串，其中包括 000₁₆。去掉零后得到 n=399。</w:t>
      </w:r>
    </w:p>
    <w:p>
      <w:pPr>
        <w:spacing w:before="0" w:after="80" w:line="300" w:lineRule="auto"/>
        <w:jc w:val="left"/>
      </w:pPr>
      <w:r>
        <w:rPr>
          <w:rFonts w:ascii="Times New Roman" w:hAnsi="Times New Roman" w:eastAsia="宋体"/>
          <w:b w:val="0"/>
          <w:i w:val="0"/>
          <w:sz w:val="21"/>
        </w:rPr>
        <w:t>399 的数位和为 21。</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hexadecimal, 1000=3E8₁₆. Pad each shorter representation to three digits with leading zeros. Every numeric-only string from 000₁₆ through 399₁₆ is at most 3E8₁₆, and these are all the possibilities.</w:t>
      </w:r>
    </w:p>
    <w:p>
      <w:pPr>
        <w:spacing w:before="0" w:after="80" w:line="300" w:lineRule="auto"/>
        <w:jc w:val="left"/>
      </w:pPr>
      <w:r>
        <w:rPr>
          <w:rFonts w:ascii="Times New Roman" w:hAnsi="Times New Roman" w:eastAsia="宋体"/>
          <w:b w:val="0"/>
          <w:i w:val="0"/>
          <w:color w:val="333333"/>
          <w:sz w:val="19"/>
        </w:rPr>
        <w:t>The first digit has 4 choices, and each of the other two digits has 10 choices. This gives</w:t>
      </w:r>
    </w:p>
    <w:p>
      <w:pPr>
        <w:spacing w:before="0" w:after="80" w:line="300" w:lineRule="auto"/>
        <w:jc w:val="left"/>
      </w:pPr>
      <w:r>
        <w:rPr>
          <w:rFonts w:ascii="Times New Roman" w:hAnsi="Times New Roman" w:eastAsia="宋体"/>
          <w:b w:val="0"/>
          <w:i w:val="0"/>
          <w:color w:val="333333"/>
          <w:sz w:val="19"/>
        </w:rPr>
        <w:t>4·10·10=400</w:t>
      </w:r>
    </w:p>
    <w:p>
      <w:pPr>
        <w:spacing w:before="0" w:after="80" w:line="300" w:lineRule="auto"/>
        <w:jc w:val="left"/>
      </w:pPr>
      <w:r>
        <w:rPr>
          <w:rFonts w:ascii="Times New Roman" w:hAnsi="Times New Roman" w:eastAsia="宋体"/>
          <w:b w:val="0"/>
          <w:i w:val="0"/>
          <w:color w:val="333333"/>
          <w:sz w:val="19"/>
        </w:rPr>
        <w:t>strings, including 000₁₆. Excluding zero leaves n=399.</w:t>
      </w:r>
    </w:p>
    <w:p>
      <w:pPr>
        <w:spacing w:before="0" w:after="80" w:line="300" w:lineRule="auto"/>
        <w:jc w:val="left"/>
      </w:pPr>
      <w:r>
        <w:rPr>
          <w:rFonts w:ascii="Times New Roman" w:hAnsi="Times New Roman" w:eastAsia="宋体"/>
          <w:b w:val="0"/>
          <w:i w:val="0"/>
          <w:color w:val="333333"/>
          <w:sz w:val="19"/>
        </w:rPr>
        <w:t>The sum of the digits in 399 is 21.</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E</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19 题　答案 D</w:t>
      </w:r>
    </w:p>
    <w:p>
      <w:pPr>
        <w:spacing w:before="0" w:after="80" w:line="300" w:lineRule="auto"/>
        <w:jc w:val="left"/>
      </w:pPr>
      <w:r>
        <w:rPr>
          <w:rFonts w:ascii="Times New Roman" w:hAnsi="Times New Roman" w:eastAsia="宋体"/>
          <w:b w:val="0"/>
          <w:i w:val="0"/>
          <w:sz w:val="21"/>
        </w:rPr>
        <w:t>因为 △ ABC 是面积为 12.5 的等腰直角三角形，所以两条直角边长为 5；三等分线给出 ∠ ACD=30° 和 ∠ BCE=30°，并且 △ ACD 与 △ BCE 的面积相等。</w:t>
      </w:r>
    </w:p>
    <w:p>
      <w:pPr>
        <w:spacing w:before="0" w:after="80" w:line="300" w:lineRule="auto"/>
        <w:jc w:val="left"/>
      </w:pPr>
      <w:r>
        <w:rPr>
          <w:rFonts w:ascii="Times New Roman" w:hAnsi="Times New Roman" w:eastAsia="宋体"/>
          <w:b w:val="0"/>
          <w:i w:val="0"/>
          <w:sz w:val="21"/>
        </w:rPr>
        <w:t>从 D 向 AC 作垂线，垂足为 F。因为 D 在 AB 上且 ∠ A=45°，所以 △ AFD 是等腰直角三角形。设 AF=DF=h，则 CF=5-h。由 30° 直角三角形关系，</w:t>
      </w:r>
    </w:p>
    <w:p>
      <w:pPr>
        <w:spacing w:before="0" w:after="80" w:line="300" w:lineRule="auto"/>
        <w:jc w:val="left"/>
      </w:pPr>
      <w:r>
        <w:rPr>
          <w:rFonts w:ascii="Times New Roman" w:hAnsi="Times New Roman" w:eastAsia="宋体"/>
          <w:b w:val="0"/>
          <w:i w:val="0"/>
          <w:sz w:val="21"/>
        </w:rPr>
        <w:t>CF/DF=√(3)。</w:t>
      </w:r>
    </w:p>
    <w:p>
      <w:pPr>
        <w:spacing w:before="0" w:after="80" w:line="300" w:lineRule="auto"/>
        <w:jc w:val="left"/>
      </w:pPr>
      <w:r>
        <w:rPr>
          <w:rFonts w:ascii="Times New Roman" w:hAnsi="Times New Roman" w:eastAsia="宋体"/>
          <w:b w:val="0"/>
          <w:i w:val="0"/>
          <w:sz w:val="21"/>
        </w:rPr>
        <w:t>因此 5-h=h√(3)，所以 h=5/(1+√(3))=(5√(3)-5)/2。</w:t>
      </w:r>
    </w:p>
    <w:p>
      <w:pPr>
        <w:spacing w:before="0" w:after="80" w:line="300" w:lineRule="auto"/>
        <w:jc w:val="left"/>
      </w:pPr>
      <w:r>
        <w:rPr>
          <w:rFonts w:ascii="Times New Roman" w:hAnsi="Times New Roman" w:eastAsia="宋体"/>
          <w:b w:val="0"/>
          <w:i w:val="0"/>
          <w:sz w:val="21"/>
        </w:rPr>
        <w:t>因此</w:t>
      </w:r>
    </w:p>
    <w:p>
      <w:pPr>
        <w:spacing w:before="0" w:after="80" w:line="300" w:lineRule="auto"/>
        <w:jc w:val="left"/>
      </w:pPr>
      <w:r>
        <w:rPr>
          <w:rFonts w:ascii="Times New Roman" w:hAnsi="Times New Roman" w:eastAsia="宋体"/>
          <w:b w:val="0"/>
          <w:i w:val="0"/>
          <w:sz w:val="21"/>
        </w:rPr>
        <w:t>[ACD]=1/2· 5· h</w:t>
      </w:r>
    </w:p>
    <w:p>
      <w:pPr>
        <w:spacing w:before="0" w:after="80" w:line="300" w:lineRule="auto"/>
        <w:jc w:val="left"/>
      </w:pPr>
      <w:r>
        <w:rPr>
          <w:rFonts w:ascii="Times New Roman" w:hAnsi="Times New Roman" w:eastAsia="宋体"/>
          <w:b w:val="0"/>
          <w:i w:val="0"/>
          <w:sz w:val="21"/>
        </w:rPr>
        <w:t>=(25√(3)-25)/4</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从 △ ABC 的面积中减去两个全等的角上三角形，得到</w:t>
      </w:r>
    </w:p>
    <w:p>
      <w:pPr>
        <w:spacing w:before="0" w:after="80" w:line="300" w:lineRule="auto"/>
        <w:jc w:val="left"/>
      </w:pPr>
      <w:r>
        <w:rPr>
          <w:rFonts w:ascii="Times New Roman" w:hAnsi="Times New Roman" w:eastAsia="宋体"/>
          <w:b w:val="0"/>
          <w:i w:val="0"/>
          <w:sz w:val="21"/>
        </w:rPr>
        <w:t>[CDE]=25/2</w:t>
      </w:r>
    </w:p>
    <w:p>
      <w:pPr>
        <w:spacing w:before="0" w:after="80" w:line="300" w:lineRule="auto"/>
        <w:jc w:val="left"/>
      </w:pPr>
      <w:r>
        <w:rPr>
          <w:rFonts w:ascii="Times New Roman" w:hAnsi="Times New Roman" w:eastAsia="宋体"/>
          <w:b w:val="0"/>
          <w:i w:val="0"/>
          <w:sz w:val="21"/>
        </w:rPr>
        <w:t>-2·(25√(3)-25)/4</w:t>
      </w:r>
    </w:p>
    <w:p>
      <w:pPr>
        <w:spacing w:before="0" w:after="80" w:line="300" w:lineRule="auto"/>
        <w:jc w:val="left"/>
      </w:pPr>
      <w:r>
        <w:rPr>
          <w:rFonts w:ascii="Times New Roman" w:hAnsi="Times New Roman" w:eastAsia="宋体"/>
          <w:b w:val="0"/>
          <w:i w:val="0"/>
          <w:sz w:val="21"/>
        </w:rPr>
        <w:t>=(50-25√(3))/2</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 ABC is isosceles right with area 12.5, its legs have length 5. The trisectors make ∠ ACD=30° and ∠ BCE=30°, so △ ACD and △ BCE have equal area.</w:t>
      </w:r>
    </w:p>
    <w:p>
      <w:pPr>
        <w:spacing w:before="0" w:after="80" w:line="300" w:lineRule="auto"/>
        <w:jc w:val="left"/>
      </w:pPr>
      <w:r>
        <w:rPr>
          <w:rFonts w:ascii="Times New Roman" w:hAnsi="Times New Roman" w:eastAsia="宋体"/>
          <w:b w:val="0"/>
          <w:i w:val="0"/>
          <w:color w:val="333333"/>
          <w:sz w:val="19"/>
        </w:rPr>
        <w:t>Drop a perpendicular from D to AC, with foot F. Since D lies on AB and ∠ A=45°, △ AFD is isosceles right. Let AF=DF=h. Then CF=5-h, and the 30° angle gives</w:t>
      </w:r>
    </w:p>
    <w:p>
      <w:pPr>
        <w:spacing w:before="0" w:after="80" w:line="300" w:lineRule="auto"/>
        <w:jc w:val="left"/>
      </w:pPr>
      <w:r>
        <w:rPr>
          <w:rFonts w:ascii="Times New Roman" w:hAnsi="Times New Roman" w:eastAsia="宋体"/>
          <w:b w:val="0"/>
          <w:i w:val="0"/>
          <w:color w:val="333333"/>
          <w:sz w:val="19"/>
        </w:rPr>
        <w:t>CF/DF=√(3).</w:t>
      </w:r>
    </w:p>
    <w:p>
      <w:pPr>
        <w:spacing w:before="0" w:after="80" w:line="300" w:lineRule="auto"/>
        <w:jc w:val="left"/>
      </w:pPr>
      <w:r>
        <w:rPr>
          <w:rFonts w:ascii="Times New Roman" w:hAnsi="Times New Roman" w:eastAsia="宋体"/>
          <w:b w:val="0"/>
          <w:i w:val="0"/>
          <w:color w:val="333333"/>
          <w:sz w:val="19"/>
        </w:rPr>
        <w:t>Thus 5-h=h√(3), so h=5/(1+√(3))=(5√(3)-5)/2.</w:t>
      </w:r>
    </w:p>
    <w:p>
      <w:pPr>
        <w:spacing w:before="0" w:after="80" w:line="300" w:lineRule="auto"/>
        <w:jc w:val="left"/>
      </w:pPr>
      <w:r>
        <w:rPr>
          <w:rFonts w:ascii="Times New Roman" w:hAnsi="Times New Roman" w:eastAsia="宋体"/>
          <w:b w:val="0"/>
          <w:i w:val="0"/>
          <w:color w:val="333333"/>
          <w:sz w:val="19"/>
        </w:rPr>
        <w:t>Therefore</w:t>
      </w:r>
    </w:p>
    <w:p>
      <w:pPr>
        <w:spacing w:before="0" w:after="80" w:line="300" w:lineRule="auto"/>
        <w:jc w:val="left"/>
      </w:pPr>
      <w:r>
        <w:rPr>
          <w:rFonts w:ascii="Times New Roman" w:hAnsi="Times New Roman" w:eastAsia="宋体"/>
          <w:b w:val="0"/>
          <w:i w:val="0"/>
          <w:color w:val="333333"/>
          <w:sz w:val="19"/>
        </w:rPr>
        <w:t>[ACD]=1/2· 5· h</w:t>
      </w:r>
    </w:p>
    <w:p>
      <w:pPr>
        <w:spacing w:before="0" w:after="80" w:line="300" w:lineRule="auto"/>
        <w:jc w:val="left"/>
      </w:pPr>
      <w:r>
        <w:rPr>
          <w:rFonts w:ascii="Times New Roman" w:hAnsi="Times New Roman" w:eastAsia="宋体"/>
          <w:b w:val="0"/>
          <w:i w:val="0"/>
          <w:color w:val="333333"/>
          <w:sz w:val="19"/>
        </w:rPr>
        <w:t>=(25√(3)-25)/4.</w:t>
      </w:r>
    </w:p>
    <w:p>
      <w:pPr>
        <w:spacing w:before="0" w:after="80" w:line="300" w:lineRule="auto"/>
        <w:jc w:val="left"/>
      </w:pPr>
      <w:r>
        <w:rPr>
          <w:rFonts w:ascii="Times New Roman" w:hAnsi="Times New Roman" w:eastAsia="宋体"/>
          <w:b w:val="0"/>
          <w:i w:val="0"/>
          <w:color w:val="333333"/>
          <w:sz w:val="19"/>
        </w:rPr>
        <w:t>Subtracting the two congruent corner triangles from △ ABC,</w:t>
      </w:r>
    </w:p>
    <w:p>
      <w:pPr>
        <w:spacing w:before="0" w:after="80" w:line="300" w:lineRule="auto"/>
        <w:jc w:val="left"/>
      </w:pPr>
      <w:r>
        <w:rPr>
          <w:rFonts w:ascii="Times New Roman" w:hAnsi="Times New Roman" w:eastAsia="宋体"/>
          <w:b w:val="0"/>
          <w:i w:val="0"/>
          <w:color w:val="333333"/>
          <w:sz w:val="19"/>
        </w:rPr>
        <w:t>[CDE]=25/2</w:t>
      </w:r>
    </w:p>
    <w:p>
      <w:pPr>
        <w:spacing w:before="0" w:after="80" w:line="300" w:lineRule="auto"/>
        <w:jc w:val="left"/>
      </w:pPr>
      <w:r>
        <w:rPr>
          <w:rFonts w:ascii="Times New Roman" w:hAnsi="Times New Roman" w:eastAsia="宋体"/>
          <w:b w:val="0"/>
          <w:i w:val="0"/>
          <w:color w:val="333333"/>
          <w:sz w:val="19"/>
        </w:rPr>
        <w:t>-2·(25√(3)-25)/4</w:t>
      </w:r>
    </w:p>
    <w:p>
      <w:pPr>
        <w:spacing w:before="0" w:after="80" w:line="300" w:lineRule="auto"/>
        <w:jc w:val="left"/>
      </w:pPr>
      <w:r>
        <w:rPr>
          <w:rFonts w:ascii="Times New Roman" w:hAnsi="Times New Roman" w:eastAsia="宋体"/>
          <w:b w:val="0"/>
          <w:i w:val="0"/>
          <w:color w:val="333333"/>
          <w:sz w:val="19"/>
        </w:rPr>
        <w:t>=(50-25√(3))/2.</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20 题　答案 B</w:t>
      </w:r>
    </w:p>
    <w:p>
      <w:pPr>
        <w:spacing w:before="0" w:after="80" w:line="300" w:lineRule="auto"/>
        <w:jc w:val="left"/>
      </w:pPr>
      <w:r>
        <w:rPr>
          <w:rFonts w:ascii="Times New Roman" w:hAnsi="Times New Roman" w:eastAsia="宋体"/>
          <w:b w:val="0"/>
          <w:i w:val="0"/>
          <w:sz w:val="21"/>
        </w:rPr>
        <w:t>设长方形的正整数边长为 x 和 y，则</w:t>
      </w:r>
    </w:p>
    <w:p>
      <w:pPr>
        <w:spacing w:before="0" w:after="80" w:line="300" w:lineRule="auto"/>
        <w:jc w:val="left"/>
      </w:pPr>
      <w:r>
        <w:rPr>
          <w:rFonts w:ascii="Times New Roman" w:hAnsi="Times New Roman" w:eastAsia="宋体"/>
          <w:b w:val="0"/>
          <w:i w:val="0"/>
          <w:sz w:val="21"/>
        </w:rPr>
        <w:t>A+P=xy+2x+2y</w:t>
      </w:r>
    </w:p>
    <w:p>
      <w:pPr>
        <w:spacing w:before="0" w:after="80" w:line="300" w:lineRule="auto"/>
        <w:jc w:val="left"/>
      </w:pPr>
      <w:r>
        <w:rPr>
          <w:rFonts w:ascii="Times New Roman" w:hAnsi="Times New Roman" w:eastAsia="宋体"/>
          <w:b w:val="0"/>
          <w:i w:val="0"/>
          <w:sz w:val="21"/>
        </w:rPr>
        <w:t>=(x+2)(y+2)-4</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 A+P+4 必须分解成两个都至少为 3 的整数之积。</w:t>
      </w:r>
    </w:p>
    <w:p>
      <w:pPr>
        <w:spacing w:before="0" w:after="80" w:line="300" w:lineRule="auto"/>
        <w:jc w:val="left"/>
      </w:pPr>
      <w:r>
        <w:rPr>
          <w:rFonts w:ascii="Times New Roman" w:hAnsi="Times New Roman" w:eastAsia="宋体"/>
          <w:b w:val="0"/>
          <w:i w:val="0"/>
          <w:sz w:val="21"/>
        </w:rPr>
        <w:t>各选项加 4 后得到 104,106,108,110,112。除 106 外，其余数都有两个不小于 3 的因数：</w:t>
      </w:r>
    </w:p>
    <w:p>
      <w:pPr>
        <w:spacing w:before="0" w:after="80" w:line="300" w:lineRule="auto"/>
        <w:jc w:val="left"/>
      </w:pPr>
      <w:r>
        <w:rPr>
          <w:rFonts w:ascii="Times New Roman" w:hAnsi="Times New Roman" w:eastAsia="宋体"/>
          <w:b w:val="0"/>
          <w:i w:val="0"/>
          <w:sz w:val="21"/>
        </w:rPr>
        <w:t>104=4·26，</w:t>
      </w:r>
    </w:p>
    <w:p>
      <w:pPr>
        <w:spacing w:before="0" w:after="80" w:line="300" w:lineRule="auto"/>
        <w:jc w:val="left"/>
      </w:pPr>
      <w:r>
        <w:rPr>
          <w:rFonts w:ascii="Times New Roman" w:hAnsi="Times New Roman" w:eastAsia="宋体"/>
          <w:b w:val="0"/>
          <w:i w:val="0"/>
          <w:sz w:val="21"/>
        </w:rPr>
        <w:t>108=9·12，</w:t>
      </w:r>
    </w:p>
    <w:p>
      <w:pPr>
        <w:spacing w:before="0" w:after="80" w:line="300" w:lineRule="auto"/>
        <w:jc w:val="left"/>
      </w:pPr>
      <w:r>
        <w:rPr>
          <w:rFonts w:ascii="Times New Roman" w:hAnsi="Times New Roman" w:eastAsia="宋体"/>
          <w:b w:val="0"/>
          <w:i w:val="0"/>
          <w:sz w:val="21"/>
        </w:rPr>
        <w:t>110=10·11，</w:t>
      </w:r>
    </w:p>
    <w:p>
      <w:pPr>
        <w:spacing w:before="0" w:after="80" w:line="300" w:lineRule="auto"/>
        <w:jc w:val="left"/>
      </w:pPr>
      <w:r>
        <w:rPr>
          <w:rFonts w:ascii="Times New Roman" w:hAnsi="Times New Roman" w:eastAsia="宋体"/>
          <w:b w:val="0"/>
          <w:i w:val="0"/>
          <w:sz w:val="21"/>
        </w:rPr>
        <w:t>112=7·16。</w:t>
      </w:r>
    </w:p>
    <w:p>
      <w:pPr>
        <w:spacing w:before="0" w:after="80" w:line="300" w:lineRule="auto"/>
        <w:jc w:val="left"/>
      </w:pPr>
      <w:r>
        <w:rPr>
          <w:rFonts w:ascii="Times New Roman" w:hAnsi="Times New Roman" w:eastAsia="宋体"/>
          <w:b w:val="0"/>
          <w:i w:val="0"/>
          <w:sz w:val="21"/>
        </w:rPr>
        <w:t>但 106=2·53，不能等于 (x+2)(y+2)。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side lengths be positive integers x and y. Then</w:t>
      </w:r>
    </w:p>
    <w:p>
      <w:pPr>
        <w:spacing w:before="0" w:after="80" w:line="300" w:lineRule="auto"/>
        <w:jc w:val="left"/>
      </w:pPr>
      <w:r>
        <w:rPr>
          <w:rFonts w:ascii="Times New Roman" w:hAnsi="Times New Roman" w:eastAsia="宋体"/>
          <w:b w:val="0"/>
          <w:i w:val="0"/>
          <w:color w:val="333333"/>
          <w:sz w:val="19"/>
        </w:rPr>
        <w:t>A+P=xy+2x+2y</w:t>
      </w:r>
    </w:p>
    <w:p>
      <w:pPr>
        <w:spacing w:before="0" w:after="80" w:line="300" w:lineRule="auto"/>
        <w:jc w:val="left"/>
      </w:pPr>
      <w:r>
        <w:rPr>
          <w:rFonts w:ascii="Times New Roman" w:hAnsi="Times New Roman" w:eastAsia="宋体"/>
          <w:b w:val="0"/>
          <w:i w:val="0"/>
          <w:color w:val="333333"/>
          <w:sz w:val="19"/>
        </w:rPr>
        <w:t>=(x+2)(y+2)-4.</w:t>
      </w:r>
    </w:p>
    <w:p>
      <w:pPr>
        <w:spacing w:before="0" w:after="80" w:line="300" w:lineRule="auto"/>
        <w:jc w:val="left"/>
      </w:pPr>
      <w:r>
        <w:rPr>
          <w:rFonts w:ascii="Times New Roman" w:hAnsi="Times New Roman" w:eastAsia="宋体"/>
          <w:b w:val="0"/>
          <w:i w:val="0"/>
          <w:color w:val="333333"/>
          <w:sz w:val="19"/>
        </w:rPr>
        <w:t>Hence A+P+4 must factor into two integers both at least 3.</w:t>
      </w:r>
    </w:p>
    <w:p>
      <w:pPr>
        <w:spacing w:before="0" w:after="80" w:line="300" w:lineRule="auto"/>
        <w:jc w:val="left"/>
      </w:pPr>
      <w:r>
        <w:rPr>
          <w:rFonts w:ascii="Times New Roman" w:hAnsi="Times New Roman" w:eastAsia="宋体"/>
          <w:b w:val="0"/>
          <w:i w:val="0"/>
          <w:color w:val="333333"/>
          <w:sz w:val="19"/>
        </w:rPr>
        <w:t>The answer choices plus 4 are 104,106,108,110,112. All except 106 have a factorization with both factors at least 3:</w:t>
      </w:r>
    </w:p>
    <w:p>
      <w:pPr>
        <w:spacing w:before="0" w:after="80" w:line="300" w:lineRule="auto"/>
        <w:jc w:val="left"/>
      </w:pPr>
      <w:r>
        <w:rPr>
          <w:rFonts w:ascii="Times New Roman" w:hAnsi="Times New Roman" w:eastAsia="宋体"/>
          <w:b w:val="0"/>
          <w:i w:val="0"/>
          <w:color w:val="333333"/>
          <w:sz w:val="19"/>
        </w:rPr>
        <w:t>104=4·26,</w:t>
      </w:r>
    </w:p>
    <w:p>
      <w:pPr>
        <w:spacing w:before="0" w:after="80" w:line="300" w:lineRule="auto"/>
        <w:jc w:val="left"/>
      </w:pPr>
      <w:r>
        <w:rPr>
          <w:rFonts w:ascii="Times New Roman" w:hAnsi="Times New Roman" w:eastAsia="宋体"/>
          <w:b w:val="0"/>
          <w:i w:val="0"/>
          <w:color w:val="333333"/>
          <w:sz w:val="19"/>
        </w:rPr>
        <w:t>108=9·12,</w:t>
      </w:r>
    </w:p>
    <w:p>
      <w:pPr>
        <w:spacing w:before="0" w:after="80" w:line="300" w:lineRule="auto"/>
        <w:jc w:val="left"/>
      </w:pPr>
      <w:r>
        <w:rPr>
          <w:rFonts w:ascii="Times New Roman" w:hAnsi="Times New Roman" w:eastAsia="宋体"/>
          <w:b w:val="0"/>
          <w:i w:val="0"/>
          <w:color w:val="333333"/>
          <w:sz w:val="19"/>
        </w:rPr>
        <w:t>110=10·11,</w:t>
      </w:r>
    </w:p>
    <w:p>
      <w:pPr>
        <w:spacing w:before="0" w:after="80" w:line="300" w:lineRule="auto"/>
        <w:jc w:val="left"/>
      </w:pPr>
      <w:r>
        <w:rPr>
          <w:rFonts w:ascii="Times New Roman" w:hAnsi="Times New Roman" w:eastAsia="宋体"/>
          <w:b w:val="0"/>
          <w:i w:val="0"/>
          <w:color w:val="333333"/>
          <w:sz w:val="19"/>
        </w:rPr>
        <w:t>112=7·16.</w:t>
      </w:r>
    </w:p>
    <w:p>
      <w:pPr>
        <w:spacing w:before="0" w:after="80" w:line="300" w:lineRule="auto"/>
        <w:jc w:val="left"/>
      </w:pPr>
      <w:r>
        <w:rPr>
          <w:rFonts w:ascii="Times New Roman" w:hAnsi="Times New Roman" w:eastAsia="宋体"/>
          <w:b w:val="0"/>
          <w:i w:val="0"/>
          <w:color w:val="333333"/>
          <w:sz w:val="19"/>
        </w:rPr>
        <w:t>But 106=2·53, so it cannot equal (x+2)(y+2).</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21 题　答案 C</w:t>
      </w:r>
    </w:p>
    <w:p>
      <w:pPr>
        <w:spacing w:before="0" w:after="80" w:line="300" w:lineRule="auto"/>
        <w:jc w:val="left"/>
      </w:pPr>
      <w:r>
        <w:rPr>
          <w:rFonts w:ascii="Times New Roman" w:hAnsi="Times New Roman" w:eastAsia="宋体"/>
          <w:b w:val="0"/>
          <w:i w:val="0"/>
          <w:sz w:val="21"/>
        </w:rPr>
        <w:t>我们断言三角形 ABC 和 ABD 所在平面互相垂直。</w:t>
      </w:r>
    </w:p>
    <w:p>
      <w:pPr>
        <w:spacing w:before="0" w:after="80" w:line="300" w:lineRule="auto"/>
        <w:jc w:val="left"/>
      </w:pPr>
      <w:r>
        <w:rPr>
          <w:rFonts w:ascii="Times New Roman" w:hAnsi="Times New Roman" w:eastAsia="宋体"/>
          <w:b w:val="0"/>
          <w:i w:val="0"/>
          <w:sz w:val="21"/>
        </w:rPr>
        <w:t>分别从 C 和 D 向 AB 作垂线，即可证明这一点。</w:t>
      </w:r>
    </w:p>
    <w:p>
      <w:pPr>
        <w:spacing w:before="0" w:after="80" w:line="300" w:lineRule="auto"/>
        <w:jc w:val="left"/>
      </w:pPr>
      <w:r>
        <w:rPr>
          <w:rFonts w:ascii="Times New Roman" w:hAnsi="Times New Roman" w:eastAsia="宋体"/>
          <w:b w:val="0"/>
          <w:i w:val="0"/>
          <w:sz w:val="21"/>
        </w:rPr>
        <w:t>因为 AC = AD 且 BC = BD，这两条高的垂足重合于点 P。</w:t>
      </w:r>
    </w:p>
    <w:p>
      <w:pPr>
        <w:spacing w:before="0" w:after="80" w:line="300" w:lineRule="auto"/>
        <w:jc w:val="left"/>
      </w:pPr>
      <w:r>
        <w:rPr>
          <w:rFonts w:ascii="Times New Roman" w:hAnsi="Times New Roman" w:eastAsia="宋体"/>
          <w:b w:val="0"/>
          <w:i w:val="0"/>
          <w:sz w:val="21"/>
        </w:rPr>
        <w:t>于是</w:t>
      </w:r>
    </w:p>
    <w:p>
      <w:pPr>
        <w:spacing w:before="0" w:after="80" w:line="300" w:lineRule="auto"/>
        <w:jc w:val="left"/>
      </w:pPr>
      <w:r>
        <w:rPr>
          <w:rFonts w:ascii="Times New Roman" w:hAnsi="Times New Roman" w:eastAsia="宋体"/>
          <w:b w:val="0"/>
          <w:i w:val="0"/>
          <w:sz w:val="21"/>
        </w:rPr>
        <w:t>CP = DP = (3 · 4)/5 = 12/5。</w:t>
      </w:r>
    </w:p>
    <w:p>
      <w:pPr>
        <w:spacing w:before="0" w:after="80" w:line="300" w:lineRule="auto"/>
        <w:jc w:val="left"/>
      </w:pPr>
      <w:r>
        <w:rPr>
          <w:rFonts w:ascii="Times New Roman" w:hAnsi="Times New Roman" w:eastAsia="宋体"/>
          <w:b w:val="0"/>
          <w:i w:val="0"/>
          <w:sz w:val="21"/>
        </w:rPr>
        <w:t>又有 CD = CP√(2)，所以 △ CPD 是等腰直角三角形，且 CP⊥ DP。</w:t>
      </w:r>
    </w:p>
    <w:p>
      <w:pPr>
        <w:spacing w:before="0" w:after="80" w:line="300" w:lineRule="auto"/>
        <w:jc w:val="left"/>
      </w:pPr>
      <w:r>
        <w:rPr>
          <w:rFonts w:ascii="Times New Roman" w:hAnsi="Times New Roman" w:eastAsia="宋体"/>
          <w:b w:val="0"/>
          <w:i w:val="0"/>
          <w:sz w:val="21"/>
        </w:rPr>
        <w:t>因为 CP⊥ AB 且 CP⊥ DP，所以线段 CP 垂直于平面 ABD。因此四面体的体积为</w:t>
      </w:r>
    </w:p>
    <w:p>
      <w:pPr>
        <w:spacing w:before="0" w:after="80" w:line="300" w:lineRule="auto"/>
        <w:jc w:val="left"/>
      </w:pPr>
      <w:r>
        <w:rPr>
          <w:rFonts w:ascii="Times New Roman" w:hAnsi="Times New Roman" w:eastAsia="宋体"/>
          <w:b w:val="0"/>
          <w:i w:val="0"/>
          <w:sz w:val="21"/>
        </w:rPr>
        <w:t>1/3[ABD] · CP = 6/3 · 12/5 = 24/5。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We claim that the planes ABC and ABD are perpendicular to each other.</w:t>
      </w:r>
    </w:p>
    <w:p>
      <w:pPr>
        <w:spacing w:before="0" w:after="80" w:line="300" w:lineRule="auto"/>
        <w:jc w:val="left"/>
      </w:pPr>
      <w:r>
        <w:rPr>
          <w:rFonts w:ascii="Times New Roman" w:hAnsi="Times New Roman" w:eastAsia="宋体"/>
          <w:b w:val="0"/>
          <w:i w:val="0"/>
          <w:color w:val="333333"/>
          <w:sz w:val="19"/>
        </w:rPr>
        <w:t>We can show this by dropping the perpendiculars from C and D to AB.</w:t>
      </w:r>
    </w:p>
    <w:p>
      <w:pPr>
        <w:spacing w:before="0" w:after="80" w:line="300" w:lineRule="auto"/>
        <w:jc w:val="left"/>
      </w:pPr>
      <w:r>
        <w:rPr>
          <w:rFonts w:ascii="Times New Roman" w:hAnsi="Times New Roman" w:eastAsia="宋体"/>
          <w:b w:val="0"/>
          <w:i w:val="0"/>
          <w:color w:val="333333"/>
          <w:sz w:val="19"/>
        </w:rPr>
        <w:t>Since AC = AD and BC = BD, we have that the feet of these altitudes will coincide at point P.</w:t>
      </w:r>
    </w:p>
    <w:p>
      <w:pPr>
        <w:spacing w:before="0" w:after="80" w:line="300" w:lineRule="auto"/>
        <w:jc w:val="left"/>
      </w:pPr>
      <w:r>
        <w:rPr>
          <w:rFonts w:ascii="Times New Roman" w:hAnsi="Times New Roman" w:eastAsia="宋体"/>
          <w:b w:val="0"/>
          <w:i w:val="0"/>
          <w:color w:val="333333"/>
          <w:sz w:val="19"/>
        </w:rPr>
        <w:t>Then we have that</w:t>
      </w:r>
    </w:p>
    <w:p>
      <w:pPr>
        <w:spacing w:before="0" w:after="80" w:line="300" w:lineRule="auto"/>
        <w:jc w:val="left"/>
      </w:pPr>
      <w:r>
        <w:rPr>
          <w:rFonts w:ascii="Times New Roman" w:hAnsi="Times New Roman" w:eastAsia="宋体"/>
          <w:b w:val="0"/>
          <w:i w:val="0"/>
          <w:color w:val="333333"/>
          <w:sz w:val="19"/>
        </w:rPr>
        <w:t>CP = DP = (3 · 4)/5 = 12/5.</w:t>
      </w:r>
    </w:p>
    <w:p>
      <w:pPr>
        <w:spacing w:before="0" w:after="80" w:line="300" w:lineRule="auto"/>
        <w:jc w:val="left"/>
      </w:pPr>
      <w:r>
        <w:rPr>
          <w:rFonts w:ascii="Times New Roman" w:hAnsi="Times New Roman" w:eastAsia="宋体"/>
          <w:b w:val="0"/>
          <w:i w:val="0"/>
          <w:color w:val="333333"/>
          <w:sz w:val="19"/>
        </w:rPr>
        <w:t>We also have CD = CP√(2), so △ CPD is an isosceles right triangle and CP⊥ DP.</w:t>
      </w:r>
    </w:p>
    <w:p>
      <w:pPr>
        <w:spacing w:before="0" w:after="80" w:line="300" w:lineRule="auto"/>
        <w:jc w:val="left"/>
      </w:pPr>
      <w:r>
        <w:rPr>
          <w:rFonts w:ascii="Times New Roman" w:hAnsi="Times New Roman" w:eastAsia="宋体"/>
          <w:b w:val="0"/>
          <w:i w:val="0"/>
          <w:color w:val="333333"/>
          <w:sz w:val="19"/>
        </w:rPr>
        <w:t>Since CP⊥ AB and CP⊥ DP, the segment CP is perpendicular to the plane ABD. Finally, the volume of the tetrahedron is</w:t>
      </w:r>
    </w:p>
    <w:p>
      <w:pPr>
        <w:spacing w:before="0" w:after="80" w:line="300" w:lineRule="auto"/>
        <w:jc w:val="left"/>
      </w:pPr>
      <w:r>
        <w:rPr>
          <w:rFonts w:ascii="Times New Roman" w:hAnsi="Times New Roman" w:eastAsia="宋体"/>
          <w:b w:val="0"/>
          <w:i w:val="0"/>
          <w:color w:val="333333"/>
          <w:sz w:val="19"/>
        </w:rPr>
        <w:t>1/3[ABD] · CP = 6/3 · 12/5 = 24/5.</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22 题　答案 A</w:t>
      </w:r>
    </w:p>
    <w:p>
      <w:pPr>
        <w:spacing w:before="0" w:after="80" w:line="300" w:lineRule="auto"/>
        <w:jc w:val="left"/>
      </w:pPr>
      <w:r>
        <w:rPr>
          <w:rFonts w:ascii="Times New Roman" w:hAnsi="Times New Roman" w:eastAsia="宋体"/>
          <w:b w:val="0"/>
          <w:i w:val="0"/>
          <w:sz w:val="21"/>
        </w:rPr>
        <w:t>统计站起来的人构成的集合。站起 0 人和 1 人时，分别有 1 种和 8 种。</w:t>
      </w:r>
    </w:p>
    <w:p>
      <w:pPr>
        <w:spacing w:before="0" w:after="80" w:line="300" w:lineRule="auto"/>
        <w:jc w:val="left"/>
      </w:pPr>
      <w:r>
        <w:rPr>
          <w:rFonts w:ascii="Times New Roman" w:hAnsi="Times New Roman" w:eastAsia="宋体"/>
          <w:b w:val="0"/>
          <w:i w:val="0"/>
          <w:sz w:val="21"/>
        </w:rPr>
        <w:t>站起 2 人时，从任意两人的组合中减去 8 对相邻者，共有 C(8, 2)-8=20 种。</w:t>
      </w:r>
    </w:p>
    <w:p>
      <w:pPr>
        <w:spacing w:before="0" w:after="80" w:line="300" w:lineRule="auto"/>
        <w:jc w:val="left"/>
      </w:pPr>
      <w:r>
        <w:rPr>
          <w:rFonts w:ascii="Times New Roman" w:hAnsi="Times New Roman" w:eastAsia="宋体"/>
          <w:b w:val="0"/>
          <w:i w:val="0"/>
          <w:sz w:val="21"/>
        </w:rPr>
        <w:t>站起 3 人时，先选一人；其余五个非相邻座位有 10 对，其中 4 对相邻，剩下 6 对。每个最终集合被计数三次，所以共有 (8·6)/3=16 种。</w:t>
      </w:r>
    </w:p>
    <w:p>
      <w:pPr>
        <w:spacing w:before="0" w:after="80" w:line="300" w:lineRule="auto"/>
        <w:jc w:val="left"/>
      </w:pPr>
      <w:r>
        <w:rPr>
          <w:rFonts w:ascii="Times New Roman" w:hAnsi="Times New Roman" w:eastAsia="宋体"/>
          <w:b w:val="0"/>
          <w:i w:val="0"/>
          <w:sz w:val="21"/>
        </w:rPr>
        <w:t>站起 4 人时，只有两种交替站立的情况。因此有利结果共有 1+8+20+16+2=47 种。全部 2⁸=256 种结果等可能，所以概率为 47/256。</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Count the possible sets of people who stand. For 0 and 1 people standing, there are 1 and 8 possibilities.</w:t>
      </w:r>
    </w:p>
    <w:p>
      <w:pPr>
        <w:spacing w:before="0" w:after="80" w:line="300" w:lineRule="auto"/>
        <w:jc w:val="left"/>
      </w:pPr>
      <w:r>
        <w:rPr>
          <w:rFonts w:ascii="Times New Roman" w:hAnsi="Times New Roman" w:eastAsia="宋体"/>
          <w:b w:val="0"/>
          <w:i w:val="0"/>
          <w:color w:val="333333"/>
          <w:sz w:val="19"/>
        </w:rPr>
        <w:t>For 2 people standing, choose any pair and subtract the 8 adjacent pairs: C(8, 2)-8=20.</w:t>
      </w:r>
    </w:p>
    <w:p>
      <w:pPr>
        <w:spacing w:before="0" w:after="80" w:line="300" w:lineRule="auto"/>
        <w:jc w:val="left"/>
      </w:pPr>
      <w:r>
        <w:rPr>
          <w:rFonts w:ascii="Times New Roman" w:hAnsi="Times New Roman" w:eastAsia="宋体"/>
          <w:b w:val="0"/>
          <w:i w:val="0"/>
          <w:color w:val="333333"/>
          <w:sz w:val="19"/>
        </w:rPr>
        <w:t>For 3 people standing, first choose one standing person. Among the remaining five non-neighbor seats, 10 pairs are possible, but 4 of those pairs are adjacent, leaving 6. This counts each final set three times, so there are (8·6)/3=16 possibilities.</w:t>
      </w:r>
    </w:p>
    <w:p>
      <w:pPr>
        <w:spacing w:before="0" w:after="80" w:line="300" w:lineRule="auto"/>
        <w:jc w:val="left"/>
      </w:pPr>
      <w:r>
        <w:rPr>
          <w:rFonts w:ascii="Times New Roman" w:hAnsi="Times New Roman" w:eastAsia="宋体"/>
          <w:b w:val="0"/>
          <w:i w:val="0"/>
          <w:color w:val="333333"/>
          <w:sz w:val="19"/>
        </w:rPr>
        <w:t>For 4 people standing, the only possibilities are the two alternating sets. Thus the number of favorable coin-flip outcomes is 1+8+20+16+2=47. Since all 2⁸=256 outcomes are equally likely, the probability is 47/256.</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A</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23 题　答案 C</w:t>
      </w:r>
    </w:p>
    <w:p>
      <w:pPr>
        <w:spacing w:before="0" w:after="80" w:line="300" w:lineRule="auto"/>
        <w:jc w:val="left"/>
      </w:pPr>
      <w:r>
        <w:rPr>
          <w:rFonts w:ascii="Times New Roman" w:hAnsi="Times New Roman" w:eastAsia="宋体"/>
          <w:b w:val="0"/>
          <w:i w:val="0"/>
          <w:sz w:val="21"/>
        </w:rPr>
        <w:t>设整数零点为 r 和 s。由韦达定理，a = r + s，且 2a = rs。</w:t>
      </w:r>
    </w:p>
    <w:p>
      <w:pPr>
        <w:spacing w:before="0" w:after="80" w:line="300" w:lineRule="auto"/>
        <w:jc w:val="left"/>
      </w:pPr>
      <w:r>
        <w:rPr>
          <w:rFonts w:ascii="Times New Roman" w:hAnsi="Times New Roman" w:eastAsia="宋体"/>
          <w:b w:val="0"/>
          <w:i w:val="0"/>
          <w:sz w:val="21"/>
        </w:rPr>
        <w:t>因此</w:t>
      </w:r>
    </w:p>
    <w:p>
      <w:pPr>
        <w:spacing w:before="0" w:after="80" w:line="300" w:lineRule="auto"/>
        <w:jc w:val="left"/>
      </w:pPr>
      <w:r>
        <w:rPr>
          <w:rFonts w:ascii="Times New Roman" w:hAnsi="Times New Roman" w:eastAsia="宋体"/>
          <w:b w:val="0"/>
          <w:i w:val="0"/>
          <w:sz w:val="21"/>
        </w:rPr>
        <w:t>rs = 2(r + s)，</w:t>
      </w:r>
    </w:p>
    <w:p>
      <w:pPr>
        <w:spacing w:before="0" w:after="80" w:line="300" w:lineRule="auto"/>
        <w:jc w:val="left"/>
      </w:pPr>
      <w:r>
        <w:rPr>
          <w:rFonts w:ascii="Times New Roman" w:hAnsi="Times New Roman" w:eastAsia="宋体"/>
          <w:b w:val="0"/>
          <w:i w:val="0"/>
          <w:sz w:val="21"/>
        </w:rPr>
        <w:t>整理并配方得到</w:t>
      </w:r>
    </w:p>
    <w:p>
      <w:pPr>
        <w:spacing w:before="0" w:after="80" w:line="300" w:lineRule="auto"/>
        <w:jc w:val="left"/>
      </w:pPr>
      <w:r>
        <w:rPr>
          <w:rFonts w:ascii="Times New Roman" w:hAnsi="Times New Roman" w:eastAsia="宋体"/>
          <w:b w:val="0"/>
          <w:i w:val="0"/>
          <w:sz w:val="21"/>
        </w:rPr>
        <w:t>rs - 2r - 2s = 0</w:t>
      </w:r>
    </w:p>
    <w:p>
      <w:pPr>
        <w:spacing w:before="0" w:after="80" w:line="300" w:lineRule="auto"/>
        <w:jc w:val="left"/>
      </w:pPr>
      <w:r>
        <w:rPr>
          <w:rFonts w:ascii="Times New Roman" w:hAnsi="Times New Roman" w:eastAsia="宋体"/>
          <w:b w:val="0"/>
          <w:i w:val="0"/>
          <w:sz w:val="21"/>
        </w:rPr>
        <w:t>rs - 2r - 2s + 4 = 4</w:t>
      </w:r>
    </w:p>
    <w:p>
      <w:pPr>
        <w:spacing w:before="0" w:after="80" w:line="300" w:lineRule="auto"/>
        <w:jc w:val="left"/>
      </w:pPr>
      <w:r>
        <w:rPr>
          <w:rFonts w:ascii="Times New Roman" w:hAnsi="Times New Roman" w:eastAsia="宋体"/>
          <w:b w:val="0"/>
          <w:i w:val="0"/>
          <w:sz w:val="21"/>
        </w:rPr>
        <w:t>(r - 2)(s - 2) = 4。</w:t>
      </w:r>
    </w:p>
    <w:p>
      <w:pPr>
        <w:spacing w:before="0" w:after="80" w:line="300" w:lineRule="auto"/>
        <w:jc w:val="left"/>
      </w:pPr>
      <w:r>
        <w:rPr>
          <w:rFonts w:ascii="Times New Roman" w:hAnsi="Times New Roman" w:eastAsia="宋体"/>
          <w:b w:val="0"/>
          <w:i w:val="0"/>
          <w:sz w:val="21"/>
        </w:rPr>
        <w:t>可行的 (r - 2, s - 2) 只有</w:t>
      </w:r>
    </w:p>
    <w:p>
      <w:pPr>
        <w:spacing w:before="0" w:after="80" w:line="300" w:lineRule="auto"/>
        <w:jc w:val="left"/>
      </w:pPr>
      <w:r>
        <w:rPr>
          <w:rFonts w:ascii="Times New Roman" w:hAnsi="Times New Roman" w:eastAsia="宋体"/>
          <w:b w:val="0"/>
          <w:i w:val="0"/>
          <w:sz w:val="21"/>
        </w:rPr>
        <w:t>(1, 4), (-1, -4), (4, 1), (-4, -1)，</w:t>
      </w:r>
    </w:p>
    <w:p>
      <w:pPr>
        <w:spacing w:before="0" w:after="80" w:line="300" w:lineRule="auto"/>
        <w:jc w:val="left"/>
      </w:pPr>
      <w:r>
        <w:rPr>
          <w:rFonts w:ascii="Times New Roman" w:hAnsi="Times New Roman" w:eastAsia="宋体"/>
          <w:b w:val="0"/>
          <w:i w:val="0"/>
          <w:sz w:val="21"/>
        </w:rPr>
        <w:t>(2, 2), (-2, -2)。</w:t>
      </w:r>
    </w:p>
    <w:p>
      <w:pPr>
        <w:spacing w:before="0" w:after="80" w:line="300" w:lineRule="auto"/>
        <w:jc w:val="left"/>
      </w:pPr>
      <w:r>
        <w:rPr>
          <w:rFonts w:ascii="Times New Roman" w:hAnsi="Times New Roman" w:eastAsia="宋体"/>
          <w:b w:val="0"/>
          <w:i w:val="0"/>
          <w:sz w:val="21"/>
        </w:rPr>
        <w:t>对每一对，都有</w:t>
      </w:r>
    </w:p>
    <w:p>
      <w:pPr>
        <w:spacing w:before="0" w:after="80" w:line="300" w:lineRule="auto"/>
        <w:jc w:val="left"/>
      </w:pPr>
      <w:r>
        <w:rPr>
          <w:rFonts w:ascii="Times New Roman" w:hAnsi="Times New Roman" w:eastAsia="宋体"/>
          <w:b w:val="0"/>
          <w:i w:val="0"/>
          <w:sz w:val="21"/>
        </w:rPr>
        <w:t>a = r - 2 + s - 2 + 4。</w:t>
      </w:r>
    </w:p>
    <w:p>
      <w:pPr>
        <w:spacing w:before="0" w:after="80" w:line="300" w:lineRule="auto"/>
        <w:jc w:val="left"/>
      </w:pPr>
      <w:r>
        <w:rPr>
          <w:rFonts w:ascii="Times New Roman" w:hAnsi="Times New Roman" w:eastAsia="宋体"/>
          <w:b w:val="0"/>
          <w:i w:val="0"/>
          <w:sz w:val="21"/>
        </w:rPr>
        <w:t>所有不同的 a 值为</w:t>
      </w:r>
    </w:p>
    <w:p>
      <w:pPr>
        <w:spacing w:before="0" w:after="80" w:line="300" w:lineRule="auto"/>
        <w:jc w:val="left"/>
      </w:pPr>
      <w:r>
        <w:rPr>
          <w:rFonts w:ascii="Times New Roman" w:hAnsi="Times New Roman" w:eastAsia="宋体"/>
          <w:b w:val="0"/>
          <w:i w:val="0"/>
          <w:sz w:val="21"/>
        </w:rPr>
        <w:t>-1, 0, 8, 9。</w:t>
      </w:r>
    </w:p>
    <w:p>
      <w:pPr>
        <w:spacing w:before="0" w:after="80" w:line="300" w:lineRule="auto"/>
        <w:jc w:val="left"/>
      </w:pPr>
      <w:r>
        <w:rPr>
          <w:rFonts w:ascii="Times New Roman" w:hAnsi="Times New Roman" w:eastAsia="宋体"/>
          <w:b w:val="0"/>
          <w:i w:val="0"/>
          <w:sz w:val="21"/>
        </w:rPr>
        <w:t>它们的和为 -1 + 8 + 9 = 16。</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zeros be r and s. Using Vieta’s formulas, we have that a = r + s and 2a = rs.</w:t>
      </w:r>
    </w:p>
    <w:p>
      <w:pPr>
        <w:spacing w:before="0" w:after="80" w:line="300" w:lineRule="auto"/>
        <w:jc w:val="left"/>
      </w:pPr>
      <w:r>
        <w:rPr>
          <w:rFonts w:ascii="Times New Roman" w:hAnsi="Times New Roman" w:eastAsia="宋体"/>
          <w:b w:val="0"/>
          <w:i w:val="0"/>
          <w:color w:val="333333"/>
          <w:sz w:val="19"/>
        </w:rPr>
        <w:t>Then we get that</w:t>
      </w:r>
    </w:p>
    <w:p>
      <w:pPr>
        <w:spacing w:before="0" w:after="80" w:line="300" w:lineRule="auto"/>
        <w:jc w:val="left"/>
      </w:pPr>
      <w:r>
        <w:rPr>
          <w:rFonts w:ascii="Times New Roman" w:hAnsi="Times New Roman" w:eastAsia="宋体"/>
          <w:b w:val="0"/>
          <w:i w:val="0"/>
          <w:color w:val="333333"/>
          <w:sz w:val="19"/>
        </w:rPr>
        <w:t>rs = 2(r + s),</w:t>
      </w:r>
    </w:p>
    <w:p>
      <w:pPr>
        <w:spacing w:before="0" w:after="80" w:line="300" w:lineRule="auto"/>
        <w:jc w:val="left"/>
      </w:pPr>
      <w:r>
        <w:rPr>
          <w:rFonts w:ascii="Times New Roman" w:hAnsi="Times New Roman" w:eastAsia="宋体"/>
          <w:b w:val="0"/>
          <w:i w:val="0"/>
          <w:color w:val="333333"/>
          <w:sz w:val="19"/>
        </w:rPr>
        <w:t>which rearranges to</w:t>
      </w:r>
    </w:p>
    <w:p>
      <w:pPr>
        <w:spacing w:before="0" w:after="80" w:line="300" w:lineRule="auto"/>
        <w:jc w:val="left"/>
      </w:pPr>
      <w:r>
        <w:rPr>
          <w:rFonts w:ascii="Times New Roman" w:hAnsi="Times New Roman" w:eastAsia="宋体"/>
          <w:b w:val="0"/>
          <w:i w:val="0"/>
          <w:color w:val="333333"/>
          <w:sz w:val="19"/>
        </w:rPr>
        <w:t>rs - 2r - 2s = 0</w:t>
      </w:r>
    </w:p>
    <w:p>
      <w:pPr>
        <w:spacing w:before="0" w:after="80" w:line="300" w:lineRule="auto"/>
        <w:jc w:val="left"/>
      </w:pPr>
      <w:r>
        <w:rPr>
          <w:rFonts w:ascii="Times New Roman" w:hAnsi="Times New Roman" w:eastAsia="宋体"/>
          <w:b w:val="0"/>
          <w:i w:val="0"/>
          <w:color w:val="333333"/>
          <w:sz w:val="19"/>
        </w:rPr>
        <w:t>rs - 2r - 2s + 4 = 4</w:t>
      </w:r>
    </w:p>
    <w:p>
      <w:pPr>
        <w:spacing w:before="0" w:after="80" w:line="300" w:lineRule="auto"/>
        <w:jc w:val="left"/>
      </w:pPr>
      <w:r>
        <w:rPr>
          <w:rFonts w:ascii="Times New Roman" w:hAnsi="Times New Roman" w:eastAsia="宋体"/>
          <w:b w:val="0"/>
          <w:i w:val="0"/>
          <w:color w:val="333333"/>
          <w:sz w:val="19"/>
        </w:rPr>
        <w:t>(r - 2)(s - 2) = 4.</w:t>
      </w:r>
    </w:p>
    <w:p>
      <w:pPr>
        <w:spacing w:before="0" w:after="80" w:line="300" w:lineRule="auto"/>
        <w:jc w:val="left"/>
      </w:pPr>
      <w:r>
        <w:rPr>
          <w:rFonts w:ascii="Times New Roman" w:hAnsi="Times New Roman" w:eastAsia="宋体"/>
          <w:b w:val="0"/>
          <w:i w:val="0"/>
          <w:color w:val="333333"/>
          <w:sz w:val="19"/>
        </w:rPr>
        <w:t>The only possible pairs (r - 2, s - 2) that work are</w:t>
      </w:r>
    </w:p>
    <w:p>
      <w:pPr>
        <w:spacing w:before="0" w:after="80" w:line="300" w:lineRule="auto"/>
        <w:jc w:val="left"/>
      </w:pPr>
      <w:r>
        <w:rPr>
          <w:rFonts w:ascii="Times New Roman" w:hAnsi="Times New Roman" w:eastAsia="宋体"/>
          <w:b w:val="0"/>
          <w:i w:val="0"/>
          <w:color w:val="333333"/>
          <w:sz w:val="19"/>
        </w:rPr>
        <w:t>(1, 4), (-1, -4), (4, 1), (-4, -1),</w:t>
      </w:r>
    </w:p>
    <w:p>
      <w:pPr>
        <w:spacing w:before="0" w:after="80" w:line="300" w:lineRule="auto"/>
        <w:jc w:val="left"/>
      </w:pPr>
      <w:r>
        <w:rPr>
          <w:rFonts w:ascii="Times New Roman" w:hAnsi="Times New Roman" w:eastAsia="宋体"/>
          <w:b w:val="0"/>
          <w:i w:val="0"/>
          <w:color w:val="333333"/>
          <w:sz w:val="19"/>
        </w:rPr>
        <w:t>(2, 2), (-2, -2).</w:t>
      </w:r>
    </w:p>
    <w:p>
      <w:pPr>
        <w:spacing w:before="0" w:after="80" w:line="300" w:lineRule="auto"/>
        <w:jc w:val="left"/>
      </w:pPr>
      <w:r>
        <w:rPr>
          <w:rFonts w:ascii="Times New Roman" w:hAnsi="Times New Roman" w:eastAsia="宋体"/>
          <w:b w:val="0"/>
          <w:i w:val="0"/>
          <w:color w:val="333333"/>
          <w:sz w:val="19"/>
        </w:rPr>
        <w:t>For any of these pairs, we have that</w:t>
      </w:r>
    </w:p>
    <w:p>
      <w:pPr>
        <w:spacing w:before="0" w:after="80" w:line="300" w:lineRule="auto"/>
        <w:jc w:val="left"/>
      </w:pPr>
      <w:r>
        <w:rPr>
          <w:rFonts w:ascii="Times New Roman" w:hAnsi="Times New Roman" w:eastAsia="宋体"/>
          <w:b w:val="0"/>
          <w:i w:val="0"/>
          <w:color w:val="333333"/>
          <w:sz w:val="19"/>
        </w:rPr>
        <w:t>a = r - 2 + s - 2 + 4.</w:t>
      </w:r>
    </w:p>
    <w:p>
      <w:pPr>
        <w:spacing w:before="0" w:after="80" w:line="300" w:lineRule="auto"/>
        <w:jc w:val="left"/>
      </w:pPr>
      <w:r>
        <w:rPr>
          <w:rFonts w:ascii="Times New Roman" w:hAnsi="Times New Roman" w:eastAsia="宋体"/>
          <w:b w:val="0"/>
          <w:i w:val="0"/>
          <w:color w:val="333333"/>
          <w:sz w:val="19"/>
        </w:rPr>
        <w:t>We want all the such unique values of a. We get that they are</w:t>
      </w:r>
    </w:p>
    <w:p>
      <w:pPr>
        <w:spacing w:before="0" w:after="80" w:line="300" w:lineRule="auto"/>
        <w:jc w:val="left"/>
      </w:pPr>
      <w:r>
        <w:rPr>
          <w:rFonts w:ascii="Times New Roman" w:hAnsi="Times New Roman" w:eastAsia="宋体"/>
          <w:b w:val="0"/>
          <w:i w:val="0"/>
          <w:color w:val="333333"/>
          <w:sz w:val="19"/>
        </w:rPr>
        <w:t>-1, 0, 8, 9.</w:t>
      </w:r>
    </w:p>
    <w:p>
      <w:pPr>
        <w:spacing w:before="0" w:after="80" w:line="300" w:lineRule="auto"/>
        <w:jc w:val="left"/>
      </w:pPr>
      <w:r>
        <w:rPr>
          <w:rFonts w:ascii="Times New Roman" w:hAnsi="Times New Roman" w:eastAsia="宋体"/>
          <w:b w:val="0"/>
          <w:i w:val="0"/>
          <w:color w:val="333333"/>
          <w:sz w:val="19"/>
        </w:rPr>
        <w:t>The sum of these values is -1 + 8 + 9 = 16.</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24 题　答案 B</w:t>
      </w:r>
    </w:p>
    <w:p>
      <w:pPr>
        <w:spacing w:before="80" w:after="80"/>
        <w:jc w:val="center"/>
      </w:pPr>
      <w:r>
        <w:drawing>
          <wp:inline xmlns:a="http://schemas.openxmlformats.org/drawingml/2006/main" xmlns:pic="http://schemas.openxmlformats.org/drawingml/2006/picture">
            <wp:extent cx="912722" cy="809899"/>
            <wp:docPr id="5" name="Picture 5"/>
            <wp:cNvGraphicFramePr>
              <a:graphicFrameLocks noChangeAspect="1"/>
            </wp:cNvGraphicFramePr>
            <a:graphic>
              <a:graphicData uri="http://schemas.openxmlformats.org/drawingml/2006/picture">
                <pic:pic>
                  <pic:nvPicPr>
                    <pic:cNvPr id="0" name="q24-sol-1@300dpi.png"/>
                    <pic:cNvPicPr/>
                  </pic:nvPicPr>
                  <pic:blipFill>
                    <a:blip r:embed="rId11"/>
                    <a:stretch>
                      <a:fillRect/>
                    </a:stretch>
                  </pic:blipFill>
                  <pic:spPr>
                    <a:xfrm>
                      <a:off x="0" y="0"/>
                      <a:ext cx="912722" cy="809899"/>
                    </a:xfrm>
                    <a:prstGeom prst="rect"/>
                  </pic:spPr>
                </pic:pic>
              </a:graphicData>
            </a:graphic>
          </wp:inline>
        </w:drawing>
      </w:r>
    </w:p>
    <w:p>
      <w:pPr>
        <w:spacing w:before="0" w:after="80" w:line="300" w:lineRule="auto"/>
        <w:jc w:val="left"/>
      </w:pPr>
      <w:r>
        <w:rPr>
          <w:rFonts w:ascii="Times New Roman" w:hAnsi="Times New Roman" w:eastAsia="宋体"/>
          <w:b w:val="0"/>
          <w:i w:val="0"/>
          <w:sz w:val="21"/>
        </w:rPr>
        <w:t>设 BC=x，且 CD=AD=y。从 A 向 CD 作高，得到一个直角三角形，其直角边为 x 和 y-2，斜边为 y。因此</w:t>
      </w:r>
    </w:p>
    <w:p>
      <w:pPr>
        <w:spacing w:before="0" w:after="80" w:line="300" w:lineRule="auto"/>
        <w:jc w:val="left"/>
      </w:pPr>
      <w:r>
        <w:rPr>
          <w:rFonts w:ascii="Times New Roman" w:hAnsi="Times New Roman" w:eastAsia="宋体"/>
          <w:b w:val="0"/>
          <w:i w:val="0"/>
          <w:sz w:val="21"/>
        </w:rPr>
        <w:t>(y-2)²+x²=y²，</w:t>
      </w:r>
    </w:p>
    <w:p>
      <w:pPr>
        <w:spacing w:before="0" w:after="80" w:line="300" w:lineRule="auto"/>
        <w:jc w:val="left"/>
      </w:pPr>
      <w:r>
        <w:rPr>
          <w:rFonts w:ascii="Times New Roman" w:hAnsi="Times New Roman" w:eastAsia="宋体"/>
          <w:b w:val="0"/>
          <w:i w:val="0"/>
          <w:sz w:val="21"/>
        </w:rPr>
        <w:t>所以 x²=4(y-1)。</w:t>
      </w:r>
    </w:p>
    <w:p>
      <w:pPr>
        <w:spacing w:before="0" w:after="80" w:line="300" w:lineRule="auto"/>
        <w:jc w:val="left"/>
      </w:pPr>
      <w:r>
        <w:rPr>
          <w:rFonts w:ascii="Times New Roman" w:hAnsi="Times New Roman" w:eastAsia="宋体"/>
          <w:b w:val="0"/>
          <w:i w:val="0"/>
          <w:sz w:val="21"/>
        </w:rPr>
        <w:t>因为 x 是整数，写作 x=2k。于是 y=k²+1，周长为</w:t>
      </w:r>
    </w:p>
    <w:p>
      <w:pPr>
        <w:spacing w:before="0" w:after="80" w:line="300" w:lineRule="auto"/>
        <w:jc w:val="left"/>
      </w:pPr>
      <w:r>
        <w:rPr>
          <w:rFonts w:ascii="Times New Roman" w:hAnsi="Times New Roman" w:eastAsia="宋体"/>
          <w:b w:val="0"/>
          <w:i w:val="0"/>
          <w:sz w:val="21"/>
        </w:rPr>
        <w:t>p=2+x+y+y</w:t>
      </w:r>
    </w:p>
    <w:p>
      <w:pPr>
        <w:spacing w:before="0" w:after="80" w:line="300" w:lineRule="auto"/>
        <w:jc w:val="left"/>
      </w:pPr>
      <w:r>
        <w:rPr>
          <w:rFonts w:ascii="Times New Roman" w:hAnsi="Times New Roman" w:eastAsia="宋体"/>
          <w:b w:val="0"/>
          <w:i w:val="0"/>
          <w:sz w:val="21"/>
        </w:rPr>
        <w:t>=2k²+2k+4</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需要 2k²+2k+4&lt;2015，也就是 k²+k&lt;1005.5。这对 k=1,2,…,31 成立，而 k=32 过大，所以共有 31 个可能的周长。</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80" w:after="80"/>
        <w:jc w:val="center"/>
      </w:pPr>
      <w:r>
        <w:drawing>
          <wp:inline xmlns:a="http://schemas.openxmlformats.org/drawingml/2006/main" xmlns:pic="http://schemas.openxmlformats.org/drawingml/2006/picture">
            <wp:extent cx="912722" cy="809899"/>
            <wp:docPr id="6" name="Picture 6"/>
            <wp:cNvGraphicFramePr>
              <a:graphicFrameLocks noChangeAspect="1"/>
            </wp:cNvGraphicFramePr>
            <a:graphic>
              <a:graphicData uri="http://schemas.openxmlformats.org/drawingml/2006/picture">
                <pic:pic>
                  <pic:nvPicPr>
                    <pic:cNvPr id="0" name="q24-sol-1@300dpi.png"/>
                    <pic:cNvPicPr/>
                  </pic:nvPicPr>
                  <pic:blipFill>
                    <a:blip r:embed="rId11"/>
                    <a:stretch>
                      <a:fillRect/>
                    </a:stretch>
                  </pic:blipFill>
                  <pic:spPr>
                    <a:xfrm>
                      <a:off x="0" y="0"/>
                      <a:ext cx="912722" cy="809899"/>
                    </a:xfrm>
                    <a:prstGeom prst="rect"/>
                  </pic:spPr>
                </pic:pic>
              </a:graphicData>
            </a:graphic>
          </wp:inline>
        </w:drawing>
      </w:r>
    </w:p>
    <w:p>
      <w:pPr>
        <w:spacing w:before="0" w:after="80" w:line="300" w:lineRule="auto"/>
        <w:jc w:val="left"/>
      </w:pPr>
      <w:r>
        <w:rPr>
          <w:rFonts w:ascii="Times New Roman" w:hAnsi="Times New Roman" w:eastAsia="宋体"/>
          <w:b w:val="0"/>
          <w:i w:val="0"/>
          <w:color w:val="333333"/>
          <w:sz w:val="19"/>
        </w:rPr>
        <w:t>Let BC=x and CD=AD=y. Dropping the altitude from A to CD gives a right triangle with legs x and y-2, and hypotenuse y. Therefore</w:t>
      </w:r>
    </w:p>
    <w:p>
      <w:pPr>
        <w:spacing w:before="0" w:after="80" w:line="300" w:lineRule="auto"/>
        <w:jc w:val="left"/>
      </w:pPr>
      <w:r>
        <w:rPr>
          <w:rFonts w:ascii="Times New Roman" w:hAnsi="Times New Roman" w:eastAsia="宋体"/>
          <w:b w:val="0"/>
          <w:i w:val="0"/>
          <w:color w:val="333333"/>
          <w:sz w:val="19"/>
        </w:rPr>
        <w:t>(y-2)²+x²=y²,</w:t>
      </w:r>
    </w:p>
    <w:p>
      <w:pPr>
        <w:spacing w:before="0" w:after="80" w:line="300" w:lineRule="auto"/>
        <w:jc w:val="left"/>
      </w:pPr>
      <w:r>
        <w:rPr>
          <w:rFonts w:ascii="Times New Roman" w:hAnsi="Times New Roman" w:eastAsia="宋体"/>
          <w:b w:val="0"/>
          <w:i w:val="0"/>
          <w:color w:val="333333"/>
          <w:sz w:val="19"/>
        </w:rPr>
        <w:t>so x²=4(y-1).</w:t>
      </w:r>
    </w:p>
    <w:p>
      <w:pPr>
        <w:spacing w:before="0" w:after="80" w:line="300" w:lineRule="auto"/>
        <w:jc w:val="left"/>
      </w:pPr>
      <w:r>
        <w:rPr>
          <w:rFonts w:ascii="Times New Roman" w:hAnsi="Times New Roman" w:eastAsia="宋体"/>
          <w:b w:val="0"/>
          <w:i w:val="0"/>
          <w:color w:val="333333"/>
          <w:sz w:val="19"/>
        </w:rPr>
        <w:t>Since x is an integer, write x=2k. Then y=k²+1, and the perimeter is</w:t>
      </w:r>
    </w:p>
    <w:p>
      <w:pPr>
        <w:spacing w:before="0" w:after="80" w:line="300" w:lineRule="auto"/>
        <w:jc w:val="left"/>
      </w:pPr>
      <w:r>
        <w:rPr>
          <w:rFonts w:ascii="Times New Roman" w:hAnsi="Times New Roman" w:eastAsia="宋体"/>
          <w:b w:val="0"/>
          <w:i w:val="0"/>
          <w:color w:val="333333"/>
          <w:sz w:val="19"/>
        </w:rPr>
        <w:t>p=2+x+y+y</w:t>
      </w:r>
    </w:p>
    <w:p>
      <w:pPr>
        <w:spacing w:before="0" w:after="80" w:line="300" w:lineRule="auto"/>
        <w:jc w:val="left"/>
      </w:pPr>
      <w:r>
        <w:rPr>
          <w:rFonts w:ascii="Times New Roman" w:hAnsi="Times New Roman" w:eastAsia="宋体"/>
          <w:b w:val="0"/>
          <w:i w:val="0"/>
          <w:color w:val="333333"/>
          <w:sz w:val="19"/>
        </w:rPr>
        <w:t>=2k²+2k+4.</w:t>
      </w:r>
    </w:p>
    <w:p>
      <w:pPr>
        <w:spacing w:before="0" w:after="80" w:line="300" w:lineRule="auto"/>
        <w:jc w:val="left"/>
      </w:pPr>
      <w:r>
        <w:rPr>
          <w:rFonts w:ascii="Times New Roman" w:hAnsi="Times New Roman" w:eastAsia="宋体"/>
          <w:b w:val="0"/>
          <w:i w:val="0"/>
          <w:color w:val="333333"/>
          <w:sz w:val="19"/>
        </w:rPr>
        <w:t>We need 2k²+2k+4&lt;2015, or k²+k&lt;1005.5. This holds for k=1,2,…,31, while k=32 is too large. Thus there are 31 possible perimeters.</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25 题　答案 A</w:t>
      </w:r>
    </w:p>
    <w:p>
      <w:pPr>
        <w:spacing w:before="0" w:after="80" w:line="300" w:lineRule="auto"/>
        <w:jc w:val="left"/>
      </w:pPr>
      <w:r>
        <w:rPr>
          <w:rFonts w:ascii="Times New Roman" w:hAnsi="Times New Roman" w:eastAsia="宋体"/>
          <w:b w:val="0"/>
          <w:i w:val="0"/>
          <w:sz w:val="21"/>
        </w:rPr>
        <w:t>先固定第一个点所在的边。第二个点在同一边、相邻边、对边上的概率分别为 1/4、1/2、1/4。</w:t>
      </w:r>
    </w:p>
    <w:p>
      <w:pPr>
        <w:spacing w:before="0" w:after="80" w:line="300" w:lineRule="auto"/>
        <w:jc w:val="left"/>
      </w:pPr>
      <w:r>
        <w:rPr>
          <w:rFonts w:ascii="Times New Roman" w:hAnsi="Times New Roman" w:eastAsia="宋体"/>
          <w:b w:val="0"/>
          <w:i w:val="0"/>
          <w:sz w:val="21"/>
        </w:rPr>
        <w:t>同一边上时，两个坐标 a,b∈[0,1] 的距离至少为 1/2，等价于 |a-b|≥1/2。这个区域由两个直角三角形组成，总面积为 1/4。</w:t>
      </w:r>
    </w:p>
    <w:p>
      <w:pPr>
        <w:spacing w:before="0" w:after="80" w:line="300" w:lineRule="auto"/>
        <w:jc w:val="left"/>
      </w:pPr>
      <w:r>
        <w:rPr>
          <w:rFonts w:ascii="Times New Roman" w:hAnsi="Times New Roman" w:eastAsia="宋体"/>
          <w:b w:val="0"/>
          <w:i w:val="0"/>
          <w:sz w:val="21"/>
        </w:rPr>
        <w:t>相邻边上时，距离形如 √(a²+b²)。失败区域是半径为 1/2 的四分之一圆，所以成功概率为 1-π/16。</w:t>
      </w:r>
    </w:p>
    <w:p>
      <w:pPr>
        <w:spacing w:before="0" w:after="80" w:line="300" w:lineRule="auto"/>
        <w:jc w:val="left"/>
      </w:pPr>
      <w:r>
        <w:rPr>
          <w:rFonts w:ascii="Times New Roman" w:hAnsi="Times New Roman" w:eastAsia="宋体"/>
          <w:b w:val="0"/>
          <w:i w:val="0"/>
          <w:sz w:val="21"/>
        </w:rPr>
        <w:t>对边上时，距离总是至少为 1，所以成功概率为 1。因此所求概率为</w:t>
      </w:r>
    </w:p>
    <w:p>
      <w:pPr>
        <w:spacing w:before="0" w:after="80" w:line="300" w:lineRule="auto"/>
        <w:jc w:val="left"/>
      </w:pPr>
      <w:r>
        <w:rPr>
          <w:rFonts w:ascii="Times New Roman" w:hAnsi="Times New Roman" w:eastAsia="宋体"/>
          <w:b w:val="0"/>
          <w:i w:val="0"/>
          <w:sz w:val="21"/>
        </w:rPr>
        <w:t>1/4·1/4</w:t>
      </w:r>
    </w:p>
    <w:p>
      <w:pPr>
        <w:spacing w:before="0" w:after="80" w:line="300" w:lineRule="auto"/>
        <w:jc w:val="left"/>
      </w:pPr>
      <w:r>
        <w:rPr>
          <w:rFonts w:ascii="Times New Roman" w:hAnsi="Times New Roman" w:eastAsia="宋体"/>
          <w:b w:val="0"/>
          <w:i w:val="0"/>
          <w:sz w:val="21"/>
        </w:rPr>
        <w:t>+1/2(1-π/16)</w:t>
      </w:r>
    </w:p>
    <w:p>
      <w:pPr>
        <w:spacing w:before="0" w:after="80" w:line="300" w:lineRule="auto"/>
        <w:jc w:val="left"/>
      </w:pPr>
      <w:r>
        <w:rPr>
          <w:rFonts w:ascii="Times New Roman" w:hAnsi="Times New Roman" w:eastAsia="宋体"/>
          <w:b w:val="0"/>
          <w:i w:val="0"/>
          <w:sz w:val="21"/>
        </w:rPr>
        <w:t>+1/4=26-π/32</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 a+b+c=26+1+32=59。</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Fix one of the two points. The second point is on the same side with probability 1/4, on an adjacent side with probability 1/2, and on the opposite side with probability 1/4.</w:t>
      </w:r>
    </w:p>
    <w:p>
      <w:pPr>
        <w:spacing w:before="0" w:after="80" w:line="300" w:lineRule="auto"/>
        <w:jc w:val="left"/>
      </w:pPr>
      <w:r>
        <w:rPr>
          <w:rFonts w:ascii="Times New Roman" w:hAnsi="Times New Roman" w:eastAsia="宋体"/>
          <w:b w:val="0"/>
          <w:i w:val="0"/>
          <w:color w:val="333333"/>
          <w:sz w:val="19"/>
        </w:rPr>
        <w:t>On the same side, two coordinates a,b∈[0,1] are at distance at least 1/2 when |a-b|≥1/2. This region consists of two right triangles with total area 1/4.</w:t>
      </w:r>
    </w:p>
    <w:p>
      <w:pPr>
        <w:spacing w:before="0" w:after="80" w:line="300" w:lineRule="auto"/>
        <w:jc w:val="left"/>
      </w:pPr>
      <w:r>
        <w:rPr>
          <w:rFonts w:ascii="Times New Roman" w:hAnsi="Times New Roman" w:eastAsia="宋体"/>
          <w:b w:val="0"/>
          <w:i w:val="0"/>
          <w:color w:val="333333"/>
          <w:sz w:val="19"/>
        </w:rPr>
        <w:t>On adjacent sides, the distance has the form √(a²+b²). The failing region is a quarter circle of radius 1/2, so the success probability is 1-π/16.</w:t>
      </w:r>
    </w:p>
    <w:p>
      <w:pPr>
        <w:spacing w:before="0" w:after="80" w:line="300" w:lineRule="auto"/>
        <w:jc w:val="left"/>
      </w:pPr>
      <w:r>
        <w:rPr>
          <w:rFonts w:ascii="Times New Roman" w:hAnsi="Times New Roman" w:eastAsia="宋体"/>
          <w:b w:val="0"/>
          <w:i w:val="0"/>
          <w:color w:val="333333"/>
          <w:sz w:val="19"/>
        </w:rPr>
        <w:t>On opposite sides, the distance is always at least 1, so the success probability is 1. Therefore the desired probability is</w:t>
      </w:r>
    </w:p>
    <w:p>
      <w:pPr>
        <w:spacing w:before="0" w:after="80" w:line="300" w:lineRule="auto"/>
        <w:jc w:val="left"/>
      </w:pPr>
      <w:r>
        <w:rPr>
          <w:rFonts w:ascii="Times New Roman" w:hAnsi="Times New Roman" w:eastAsia="宋体"/>
          <w:b w:val="0"/>
          <w:i w:val="0"/>
          <w:color w:val="333333"/>
          <w:sz w:val="19"/>
        </w:rPr>
        <w:t>1/4·1/4</w:t>
      </w:r>
    </w:p>
    <w:p>
      <w:pPr>
        <w:spacing w:before="0" w:after="80" w:line="300" w:lineRule="auto"/>
        <w:jc w:val="left"/>
      </w:pPr>
      <w:r>
        <w:rPr>
          <w:rFonts w:ascii="Times New Roman" w:hAnsi="Times New Roman" w:eastAsia="宋体"/>
          <w:b w:val="0"/>
          <w:i w:val="0"/>
          <w:color w:val="333333"/>
          <w:sz w:val="19"/>
        </w:rPr>
        <w:t>+1/2(1-π/16)</w:t>
      </w:r>
    </w:p>
    <w:p>
      <w:pPr>
        <w:spacing w:before="0" w:after="80" w:line="300" w:lineRule="auto"/>
        <w:jc w:val="left"/>
      </w:pPr>
      <w:r>
        <w:rPr>
          <w:rFonts w:ascii="Times New Roman" w:hAnsi="Times New Roman" w:eastAsia="宋体"/>
          <w:b w:val="0"/>
          <w:i w:val="0"/>
          <w:color w:val="333333"/>
          <w:sz w:val="19"/>
        </w:rPr>
        <w:t>+1/4=26-π/32.</w:t>
      </w:r>
    </w:p>
    <w:p>
      <w:pPr>
        <w:spacing w:before="0" w:after="80" w:line="300" w:lineRule="auto"/>
        <w:jc w:val="left"/>
      </w:pPr>
      <w:r>
        <w:rPr>
          <w:rFonts w:ascii="Times New Roman" w:hAnsi="Times New Roman" w:eastAsia="宋体"/>
          <w:b w:val="0"/>
          <w:i w:val="0"/>
          <w:color w:val="333333"/>
          <w:sz w:val="19"/>
        </w:rPr>
        <w:t>Hence a+b+c=26+1+32=59.</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A</w:t>
      </w:r>
      <w:r>
        <w:rPr>
          <w:rFonts w:ascii="Times New Roman" w:hAnsi="Times New Roman" w:eastAsia="宋体"/>
          <w:b w:val="0"/>
          <w:i w:val="0"/>
          <w:color w:val="333333"/>
          <w:sz w:val="19"/>
        </w:rPr>
        <w:t>is the correct answer.</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