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2013B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2+4+6/1+3+5 - 1+3+5/2+4+6</w:t>
      </w:r>
    </w:p>
    <w:p>
      <w:pPr>
        <w:spacing w:before="0" w:after="120" w:line="300" w:lineRule="auto"/>
      </w:pPr>
      <w:r>
        <w:rPr>
          <w:rFonts w:ascii="Times New Roman" w:hAnsi="Times New Roman" w:eastAsia="宋体"/>
          <w:b w:val="0"/>
          <w:i w:val="0"/>
          <w:sz w:val="21"/>
        </w:rPr>
        <w:t>（A）-1　　（B）5/36　　（C）7/12　　（D）49/20　　（E）43/3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2+4+6/1+3+5 - 1+3+5/2+4+6</w:t>
      </w:r>
    </w:p>
    <w:p>
      <w:pPr>
        <w:spacing w:before="0" w:after="160" w:line="300" w:lineRule="auto"/>
      </w:pPr>
      <w:r>
        <w:rPr>
          <w:rFonts w:ascii="Times New Roman" w:hAnsi="Times New Roman" w:eastAsia="宋体"/>
          <w:b w:val="0"/>
          <w:i w:val="0"/>
          <w:color w:val="333333"/>
          <w:sz w:val="19"/>
        </w:rPr>
        <w:t>(A) -1　　(B) 5/36　　(C) 7/12　　(D) 49/20　　(E) 43/3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Green 先生通过走过矩形花园的两条边来测量花园，发现它是 15 步乘 20 步。Green 先生每一步长 2 英尺。他预计花园每平方英尺能收获半磅土豆。Green 先生预计能收获多少磅土豆？</w:t>
      </w:r>
    </w:p>
    <w:p>
      <w:pPr>
        <w:spacing w:before="0" w:after="120" w:line="300" w:lineRule="auto"/>
      </w:pPr>
      <w:r>
        <w:rPr>
          <w:rFonts w:ascii="Times New Roman" w:hAnsi="Times New Roman" w:eastAsia="宋体"/>
          <w:b w:val="0"/>
          <w:i w:val="0"/>
          <w:sz w:val="21"/>
        </w:rPr>
        <w:t>（A）600　　（B）800　　（C）1000　　（D）1200　　（E）1400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Green measures his rectangular garden by walking two of the sides and finds that it is 15 steps by 20 steps. Each of Mr. Green’s steps is 2 feet long. Mr. Green expects a half a pound of potatoes per square foot from his garden. How many pounds of potatoes does Mr. Green expect from his garden?</w:t>
      </w:r>
    </w:p>
    <w:p>
      <w:pPr>
        <w:spacing w:before="0" w:after="160" w:line="300" w:lineRule="auto"/>
      </w:pPr>
      <w:r>
        <w:rPr>
          <w:rFonts w:ascii="Times New Roman" w:hAnsi="Times New Roman" w:eastAsia="宋体"/>
          <w:b w:val="0"/>
          <w:i w:val="0"/>
          <w:color w:val="333333"/>
          <w:sz w:val="19"/>
        </w:rPr>
        <w:t>(A) 600　　(B) 800　　(C) 1000　　(D) 1200　　(E) 1400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一月的某一天，内布拉斯加州 Lincoln 的最高气温比最低气温高 16 度，且最高气温和最低气温的平均值为 3 度。那天 Lincoln 的最低气温是多少度？</w:t>
      </w:r>
    </w:p>
    <w:p>
      <w:pPr>
        <w:spacing w:before="0" w:after="120" w:line="300" w:lineRule="auto"/>
      </w:pPr>
      <w:r>
        <w:rPr>
          <w:rFonts w:ascii="Times New Roman" w:hAnsi="Times New Roman" w:eastAsia="宋体"/>
          <w:b w:val="0"/>
          <w:i w:val="0"/>
          <w:sz w:val="21"/>
        </w:rPr>
        <w:t>（A）-13　　（B）-8　　（C）-5　　（D）-3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particular January day, the high temperature in Lincoln, Nebraska, was 16 degrees higher than the low temperature, and the average of the high and low temperatures was 3 degrees. What was the low temperature in Lincoln that day (in degrees)?</w:t>
      </w:r>
    </w:p>
    <w:p>
      <w:pPr>
        <w:spacing w:before="0" w:after="160" w:line="300" w:lineRule="auto"/>
      </w:pPr>
      <w:r>
        <w:rPr>
          <w:rFonts w:ascii="Times New Roman" w:hAnsi="Times New Roman" w:eastAsia="宋体"/>
          <w:b w:val="0"/>
          <w:i w:val="0"/>
          <w:color w:val="333333"/>
          <w:sz w:val="19"/>
        </w:rPr>
        <w:t>(A) -13　　(B) -8　　(C) -5　　(D) -3　　(E) 11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从 3 数到 201 时，53 位于第 51 位。从 201 倒数到 3 时，53 位于第 n 位。求 n。</w:t>
      </w:r>
    </w:p>
    <w:p>
      <w:pPr>
        <w:spacing w:before="0" w:after="120" w:line="300" w:lineRule="auto"/>
      </w:pPr>
      <w:r>
        <w:rPr>
          <w:rFonts w:ascii="Times New Roman" w:hAnsi="Times New Roman" w:eastAsia="宋体"/>
          <w:b w:val="0"/>
          <w:i w:val="0"/>
          <w:sz w:val="21"/>
        </w:rPr>
        <w:t>（A）146　　（B）147　　（C）148　　（D）149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counting from 3 to 201, the number 53 is in position 51. When counting backward from 201 to 3, the number 53 is in position n. What is n?</w:t>
      </w:r>
    </w:p>
    <w:p>
      <w:pPr>
        <w:spacing w:before="0" w:after="160" w:line="300" w:lineRule="auto"/>
      </w:pPr>
      <w:r>
        <w:rPr>
          <w:rFonts w:ascii="Times New Roman" w:hAnsi="Times New Roman" w:eastAsia="宋体"/>
          <w:b w:val="0"/>
          <w:i w:val="0"/>
          <w:color w:val="333333"/>
          <w:sz w:val="19"/>
        </w:rPr>
        <w:t>(A) 146　　(B) 147　　(C) 148　　(D) 149　　(E) 150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正整数 a 和 b 都小于 6。求下式的最小可能值：</w:t>
      </w:r>
    </w:p>
    <w:p>
      <w:pPr>
        <w:spacing w:before="0" w:after="80" w:line="300" w:lineRule="auto"/>
        <w:jc w:val="left"/>
      </w:pPr>
      <w:r>
        <w:rPr>
          <w:rFonts w:ascii="Times New Roman" w:hAnsi="Times New Roman" w:eastAsia="宋体"/>
          <w:b w:val="0"/>
          <w:i w:val="0"/>
          <w:sz w:val="21"/>
        </w:rPr>
        <w:t>2 · a - a · b</w:t>
      </w:r>
    </w:p>
    <w:p>
      <w:pPr>
        <w:spacing w:before="0" w:after="120" w:line="300" w:lineRule="auto"/>
      </w:pPr>
      <w:r>
        <w:rPr>
          <w:rFonts w:ascii="Times New Roman" w:hAnsi="Times New Roman" w:eastAsia="宋体"/>
          <w:b w:val="0"/>
          <w:i w:val="0"/>
          <w:sz w:val="21"/>
        </w:rPr>
        <w:t>（A）-20　　（B）-15　　（C）-10　　（D）0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a and b are each less than 6. What is the smallest possible value of the following expression?</w:t>
      </w:r>
    </w:p>
    <w:p>
      <w:pPr>
        <w:spacing w:before="0" w:after="80" w:line="300" w:lineRule="auto"/>
        <w:jc w:val="left"/>
      </w:pPr>
      <w:r>
        <w:rPr>
          <w:rFonts w:ascii="Times New Roman" w:hAnsi="Times New Roman" w:eastAsia="宋体"/>
          <w:b w:val="0"/>
          <w:i w:val="0"/>
          <w:color w:val="333333"/>
          <w:sz w:val="19"/>
        </w:rPr>
        <w:t>2 · a - a · b</w:t>
      </w:r>
    </w:p>
    <w:p>
      <w:pPr>
        <w:spacing w:before="0" w:after="160" w:line="300" w:lineRule="auto"/>
      </w:pPr>
      <w:r>
        <w:rPr>
          <w:rFonts w:ascii="Times New Roman" w:hAnsi="Times New Roman" w:eastAsia="宋体"/>
          <w:b w:val="0"/>
          <w:i w:val="0"/>
          <w:color w:val="333333"/>
          <w:sz w:val="19"/>
        </w:rPr>
        <w:t>(A) -20　　(B) -15　　(C) -10　　(D) 0　　(E) 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33 名五年级学生的平均年龄为 11 岁。他们的 55 位家长的平均年龄为 33 岁。所有这些家长和五年级学生的平均年龄是多少？</w:t>
      </w:r>
    </w:p>
    <w:p>
      <w:pPr>
        <w:spacing w:before="0" w:after="120" w:line="300" w:lineRule="auto"/>
      </w:pPr>
      <w:r>
        <w:rPr>
          <w:rFonts w:ascii="Times New Roman" w:hAnsi="Times New Roman" w:eastAsia="宋体"/>
          <w:b w:val="0"/>
          <w:i w:val="0"/>
          <w:sz w:val="21"/>
        </w:rPr>
        <w:t>（A）22　　（B）23.25　　（C）24.75　　（D）26.25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age of 33 fifth-graders is 11. The average age of 55 of their parents is 33. What is the average age of all of these parents and fifth-graders?</w:t>
      </w:r>
    </w:p>
    <w:p>
      <w:pPr>
        <w:spacing w:before="0" w:after="160" w:line="300" w:lineRule="auto"/>
      </w:pPr>
      <w:r>
        <w:rPr>
          <w:rFonts w:ascii="Times New Roman" w:hAnsi="Times New Roman" w:eastAsia="宋体"/>
          <w:b w:val="0"/>
          <w:i w:val="0"/>
          <w:color w:val="333333"/>
          <w:sz w:val="19"/>
        </w:rPr>
        <w:t>(A) 22　　(B) 23.25　　(C) 24.75　　(D) 26.25　　(E) 28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半径为 1 的圆周上有六个等间距点。从中取三个点作为一个既不是等边也不是等腰的三角形的顶点。这个三角形的面积是多少？</w:t>
      </w:r>
    </w:p>
    <w:p>
      <w:pPr>
        <w:spacing w:before="0" w:after="120" w:line="300" w:lineRule="auto"/>
      </w:pPr>
      <w:r>
        <w:rPr>
          <w:rFonts w:ascii="Times New Roman" w:hAnsi="Times New Roman" w:eastAsia="宋体"/>
          <w:b w:val="0"/>
          <w:i w:val="0"/>
          <w:sz w:val="21"/>
        </w:rPr>
        <w:t>（A）(√(3))/3　　（B）(√(3))/2　　（C）1　　（D）√(2)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points are equally spaced around a circle of radius 1. Three of these points are the vertices of a triangle that is neither equilateral nor isosceles. What is the area of this triangle?</w:t>
      </w:r>
    </w:p>
    <w:p>
      <w:pPr>
        <w:spacing w:before="0" w:after="160" w:line="300" w:lineRule="auto"/>
      </w:pPr>
      <w:r>
        <w:rPr>
          <w:rFonts w:ascii="Times New Roman" w:hAnsi="Times New Roman" w:eastAsia="宋体"/>
          <w:b w:val="0"/>
          <w:i w:val="0"/>
          <w:color w:val="333333"/>
          <w:sz w:val="19"/>
        </w:rPr>
        <w:t>(A) (√(3))/3　　(B) (√(3))/2　　(C) 1　　(D) √(2)　　(E) 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Ray 的汽车平均每加仑汽油行驶 40 英里，Tom 的汽车平均每加仑汽油行驶 10 英里。Ray 和 Tom 各自行驶相同的英里数。两辆车合在一起的平均每加仑行驶英里数是多少？</w:t>
      </w:r>
    </w:p>
    <w:p>
      <w:pPr>
        <w:spacing w:before="0" w:after="120" w:line="300" w:lineRule="auto"/>
      </w:pPr>
      <w:r>
        <w:rPr>
          <w:rFonts w:ascii="Times New Roman" w:hAnsi="Times New Roman" w:eastAsia="宋体"/>
          <w:b w:val="0"/>
          <w:i w:val="0"/>
          <w:sz w:val="21"/>
        </w:rPr>
        <w:t>（A）10　　（B）16　　（C）25　　（D）30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Ray’s car averages 40 miles per gallon of gasoline, and Tom’s car averages 10 miles per gallon of gasoline. Ray and Tom each drive the same number of miles. What is the cars’ combined rate of miles per gallon of gasoline?</w:t>
      </w:r>
    </w:p>
    <w:p>
      <w:pPr>
        <w:spacing w:before="0" w:after="160" w:line="300" w:lineRule="auto"/>
      </w:pPr>
      <w:r>
        <w:rPr>
          <w:rFonts w:ascii="Times New Roman" w:hAnsi="Times New Roman" w:eastAsia="宋体"/>
          <w:b w:val="0"/>
          <w:i w:val="0"/>
          <w:color w:val="333333"/>
          <w:sz w:val="19"/>
        </w:rPr>
        <w:t>(A) 10　　(B) 16　　(C) 25　　(D) 30　　(E) 40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三个正整数都大于 1，乘积为 27000 ，且两两互质。它们的和是多少？</w:t>
      </w:r>
    </w:p>
    <w:p>
      <w:pPr>
        <w:spacing w:before="0" w:after="120" w:line="300" w:lineRule="auto"/>
      </w:pPr>
      <w:r>
        <w:rPr>
          <w:rFonts w:ascii="Times New Roman" w:hAnsi="Times New Roman" w:eastAsia="宋体"/>
          <w:b w:val="0"/>
          <w:i w:val="0"/>
          <w:sz w:val="21"/>
        </w:rPr>
        <w:t>（A）100　　（B）137　　（C）156　　（D）160　　（E）165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positive integers are each greater than 1, have a product of 27000, and are pairwise relatively prime. What is their sum?</w:t>
      </w:r>
    </w:p>
    <w:p>
      <w:pPr>
        <w:spacing w:before="0" w:after="160" w:line="300" w:lineRule="auto"/>
      </w:pPr>
      <w:r>
        <w:rPr>
          <w:rFonts w:ascii="Times New Roman" w:hAnsi="Times New Roman" w:eastAsia="宋体"/>
          <w:b w:val="0"/>
          <w:i w:val="0"/>
          <w:color w:val="333333"/>
          <w:sz w:val="19"/>
        </w:rPr>
        <w:t>(A) 100　　(B) 137　　(C) 156　　(D) 160　　(E) 165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一支篮球队两分球命中率为 50%，三分球命中率为 40%，共得到 54 分。他们两分球出手次数比三分球多 50%。他们出手了多少次三分球？</w:t>
      </w:r>
    </w:p>
    <w:p>
      <w:pPr>
        <w:spacing w:before="0" w:after="120" w:line="300" w:lineRule="auto"/>
      </w:pPr>
      <w:r>
        <w:rPr>
          <w:rFonts w:ascii="Times New Roman" w:hAnsi="Times New Roman" w:eastAsia="宋体"/>
          <w:b w:val="0"/>
          <w:i w:val="0"/>
          <w:sz w:val="21"/>
        </w:rPr>
        <w:t>（A）10　　（B）15　　（C）20　　（D）25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basketball team’s players were successful on 50% of their two-point shots and 40% of their three-point shots, which resulted in 54 points. They attempted 50% more two-point shots than three-point shots. How many three-point shots did they attempt?</w:t>
      </w:r>
    </w:p>
    <w:p>
      <w:pPr>
        <w:spacing w:before="0" w:after="160" w:line="300" w:lineRule="auto"/>
      </w:pPr>
      <w:r>
        <w:rPr>
          <w:rFonts w:ascii="Times New Roman" w:hAnsi="Times New Roman" w:eastAsia="宋体"/>
          <w:b w:val="0"/>
          <w:i w:val="0"/>
          <w:color w:val="333333"/>
          <w:sz w:val="19"/>
        </w:rPr>
        <w:t>(A) 10　　(B) 15　　(C) 20　　(D) 25　　(E) 30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实数 x 和 y 满足方程</w:t>
      </w:r>
    </w:p>
    <w:p>
      <w:pPr>
        <w:spacing w:before="0" w:after="80" w:line="300" w:lineRule="auto"/>
        <w:jc w:val="left"/>
      </w:pPr>
      <w:r>
        <w:rPr>
          <w:rFonts w:ascii="Times New Roman" w:hAnsi="Times New Roman" w:eastAsia="宋体"/>
          <w:b w:val="0"/>
          <w:i w:val="0"/>
          <w:sz w:val="21"/>
        </w:rPr>
        <w:t>x²+y²=10x-6y-34。</w:t>
      </w:r>
    </w:p>
    <w:p>
      <w:pPr>
        <w:spacing w:before="0" w:after="80" w:line="300" w:lineRule="auto"/>
        <w:jc w:val="left"/>
      </w:pPr>
      <w:r>
        <w:rPr>
          <w:rFonts w:ascii="Times New Roman" w:hAnsi="Times New Roman" w:eastAsia="宋体"/>
          <w:b w:val="0"/>
          <w:i w:val="0"/>
          <w:sz w:val="21"/>
        </w:rPr>
        <w:t>求 x+y 的值。</w:t>
      </w:r>
    </w:p>
    <w:p>
      <w:pPr>
        <w:spacing w:before="0" w:after="120" w:line="300" w:lineRule="auto"/>
      </w:pPr>
      <w:r>
        <w:rPr>
          <w:rFonts w:ascii="Times New Roman" w:hAnsi="Times New Roman" w:eastAsia="宋体"/>
          <w:b w:val="0"/>
          <w:i w:val="0"/>
          <w:sz w:val="21"/>
        </w:rPr>
        <w:t>（A）1　　（B）2　　（C）3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and y satisfy the equation</w:t>
      </w:r>
    </w:p>
    <w:p>
      <w:pPr>
        <w:spacing w:before="0" w:after="80" w:line="300" w:lineRule="auto"/>
        <w:jc w:val="left"/>
      </w:pPr>
      <w:r>
        <w:rPr>
          <w:rFonts w:ascii="Times New Roman" w:hAnsi="Times New Roman" w:eastAsia="宋体"/>
          <w:b w:val="0"/>
          <w:i w:val="0"/>
          <w:color w:val="333333"/>
          <w:sz w:val="19"/>
        </w:rPr>
        <w:t>x²+y²=10x-6y-34.</w:t>
      </w:r>
    </w:p>
    <w:p>
      <w:pPr>
        <w:spacing w:before="0" w:after="80" w:line="300" w:lineRule="auto"/>
        <w:jc w:val="left"/>
      </w:pPr>
      <w:r>
        <w:rPr>
          <w:rFonts w:ascii="Times New Roman" w:hAnsi="Times New Roman" w:eastAsia="宋体"/>
          <w:b w:val="0"/>
          <w:i w:val="0"/>
          <w:color w:val="333333"/>
          <w:sz w:val="19"/>
        </w:rPr>
        <w:t>What is x+y?</w:t>
      </w:r>
    </w:p>
    <w:p>
      <w:pPr>
        <w:spacing w:before="0" w:after="160" w:line="300" w:lineRule="auto"/>
      </w:pPr>
      <w:r>
        <w:rPr>
          <w:rFonts w:ascii="Times New Roman" w:hAnsi="Times New Roman" w:eastAsia="宋体"/>
          <w:b w:val="0"/>
          <w:i w:val="0"/>
          <w:color w:val="333333"/>
          <w:sz w:val="19"/>
        </w:rPr>
        <w:t>(A) 1　　(B) 2　　(C) 3　　(D) 6　　(E) 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S 为一个正五边形的边和对角线组成的集合。从 S 中不放回随机选取两个元素。选出的两条线段长度相同的概率是多少？</w:t>
      </w:r>
    </w:p>
    <w:p>
      <w:pPr>
        <w:spacing w:before="0" w:after="120" w:line="300" w:lineRule="auto"/>
      </w:pPr>
      <w:r>
        <w:rPr>
          <w:rFonts w:ascii="Times New Roman" w:hAnsi="Times New Roman" w:eastAsia="宋体"/>
          <w:b w:val="0"/>
          <w:i w:val="0"/>
          <w:sz w:val="21"/>
        </w:rPr>
        <w:t>（A）2/5　　（B）4/9　　（C）1/2　　（D）5/9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sides and diagonals of a regular pentagon. A pair of elements of S are selected at random without replacement. What is the probability that the two chosen segments have the same length?</w:t>
      </w:r>
    </w:p>
    <w:p>
      <w:pPr>
        <w:spacing w:before="0" w:after="160" w:line="300" w:lineRule="auto"/>
      </w:pPr>
      <w:r>
        <w:rPr>
          <w:rFonts w:ascii="Times New Roman" w:hAnsi="Times New Roman" w:eastAsia="宋体"/>
          <w:b w:val="0"/>
          <w:i w:val="0"/>
          <w:color w:val="333333"/>
          <w:sz w:val="19"/>
        </w:rPr>
        <w:t>(A) 2/5　　(B) 4/9　　(C) 1/2　　(D) 5/9　　(E) 4/5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Jo 和 Blair 轮流报数，每次从 1 报到比对方上次报的最后一个数多一。Jo 先说“1”，于是 Blair 接着说“1、2”。然后 Jo 说“1、2、3”，依此类推。第 53 个被说出的数是多少？</w:t>
      </w:r>
    </w:p>
    <w:p>
      <w:pPr>
        <w:spacing w:before="0" w:after="120" w:line="300" w:lineRule="auto"/>
      </w:pPr>
      <w:r>
        <w:rPr>
          <w:rFonts w:ascii="Times New Roman" w:hAnsi="Times New Roman" w:eastAsia="宋体"/>
          <w:b w:val="0"/>
          <w:i w:val="0"/>
          <w:sz w:val="21"/>
        </w:rPr>
        <w:t>（A）2　　（B）3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 and Blair take turns counting from 1 to one more than the last number said by the other person. Jo starts by saying “1”, so Blair follows by saying “1, 2”. Jo then says “1, 2, 3”, and so on. What number is spoken in position 53?</w:t>
      </w:r>
    </w:p>
    <w:p>
      <w:pPr>
        <w:spacing w:before="0" w:after="160" w:line="300" w:lineRule="auto"/>
      </w:pPr>
      <w:r>
        <w:rPr>
          <w:rFonts w:ascii="Times New Roman" w:hAnsi="Times New Roman" w:eastAsia="宋体"/>
          <w:b w:val="0"/>
          <w:i w:val="0"/>
          <w:color w:val="333333"/>
          <w:sz w:val="19"/>
        </w:rPr>
        <w:t>(A) 2　　(B) 3　　(C) 5　　(D) 6　　(E) 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定义 aclubsuit b=a²b-ab² 。下列哪一项描述了满足 xclubsuit y=yclubsuit x 的点 (x, y) 的集合？</w:t>
      </w:r>
    </w:p>
    <w:p>
      <w:pPr>
        <w:spacing w:before="0" w:after="120" w:line="300" w:lineRule="auto"/>
      </w:pPr>
      <w:r>
        <w:rPr>
          <w:rFonts w:ascii="Times New Roman" w:hAnsi="Times New Roman" w:eastAsia="宋体"/>
          <w:b w:val="0"/>
          <w:i w:val="0"/>
          <w:sz w:val="21"/>
        </w:rPr>
        <w:t>（A）有限个点　　（B）一条直线　　（C）两条平行直线　　（D）两条相交直线　　（E）三条直线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aclubsuit b=a²b-ab². Which of the following describes the set of points (x, y) for which xclubsuit y=yclubsuit x ?</w:t>
      </w:r>
    </w:p>
    <w:p>
      <w:pPr>
        <w:spacing w:before="0" w:after="160" w:line="300" w:lineRule="auto"/>
      </w:pPr>
      <w:r>
        <w:rPr>
          <w:rFonts w:ascii="Times New Roman" w:hAnsi="Times New Roman" w:eastAsia="宋体"/>
          <w:b w:val="0"/>
          <w:i w:val="0"/>
          <w:color w:val="333333"/>
          <w:sz w:val="19"/>
        </w:rPr>
        <w:t>(A) A finite set of points　　(B) One line　　(C) Two parallel lines　　(D) Two intersecting lines　　(E) Three lines</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一根铁丝被剪成两段，长度分别为 a 和 b。长度为 a 的一段弯成等边三角形，长度为 b 的一段弯成正六边形。三角形和六边形面积相等。a/b 是多少？</w:t>
      </w:r>
    </w:p>
    <w:p>
      <w:pPr>
        <w:spacing w:before="0" w:after="120" w:line="300" w:lineRule="auto"/>
      </w:pPr>
      <w:r>
        <w:rPr>
          <w:rFonts w:ascii="Times New Roman" w:hAnsi="Times New Roman" w:eastAsia="宋体"/>
          <w:b w:val="0"/>
          <w:i w:val="0"/>
          <w:sz w:val="21"/>
        </w:rPr>
        <w:t>（A）1　　（B）(√(6))/2　　（C）√(3)　　（D）2　　（E）(3√(2))/2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wire is cut into two pieces, one of length a and the other of length b. The piece of length a is bent to form an equilateral triangle, and the piece of length b is bent to form a regular hexagon. The triangle and the hexagon have equal area. What is a/b?</w:t>
      </w:r>
    </w:p>
    <w:p>
      <w:pPr>
        <w:spacing w:before="0" w:after="160" w:line="300" w:lineRule="auto"/>
      </w:pPr>
      <w:r>
        <w:rPr>
          <w:rFonts w:ascii="Times New Roman" w:hAnsi="Times New Roman" w:eastAsia="宋体"/>
          <w:b w:val="0"/>
          <w:i w:val="0"/>
          <w:color w:val="333333"/>
          <w:sz w:val="19"/>
        </w:rPr>
        <w:t>(A) 1　　(B) (√(6))/2　　(C) √(3)　　(D) 2　　(E) (3√(2))/2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 △ ABC 中，中线 AD 和 CE 交于 P，且 PE=1.5、PD=2、DE=2.5。四边形 AEDC 的面积是多少？</w:t>
      </w:r>
    </w:p>
    <w:p>
      <w:pPr>
        <w:spacing w:before="80" w:after="80"/>
        <w:jc w:val="center"/>
      </w:pPr>
      <w:r>
        <w:drawing>
          <wp:inline xmlns:a="http://schemas.openxmlformats.org/drawingml/2006/main" xmlns:pic="http://schemas.openxmlformats.org/drawingml/2006/picture">
            <wp:extent cx="2007523" cy="1148062"/>
            <wp:docPr id="1" name="Picture 1"/>
            <wp:cNvGraphicFramePr>
              <a:graphicFrameLocks noChangeAspect="1"/>
            </wp:cNvGraphicFramePr>
            <a:graphic>
              <a:graphicData uri="http://schemas.openxmlformats.org/drawingml/2006/picture">
                <pic:pic>
                  <pic:nvPicPr>
                    <pic:cNvPr id="0" name="q16-1@300dpi.png"/>
                    <pic:cNvPicPr/>
                  </pic:nvPicPr>
                  <pic:blipFill>
                    <a:blip r:embed="rId9"/>
                    <a:stretch>
                      <a:fillRect/>
                    </a:stretch>
                  </pic:blipFill>
                  <pic:spPr>
                    <a:xfrm>
                      <a:off x="0" y="0"/>
                      <a:ext cx="2007523" cy="1148062"/>
                    </a:xfrm>
                    <a:prstGeom prst="rect"/>
                  </pic:spPr>
                </pic:pic>
              </a:graphicData>
            </a:graphic>
          </wp:inline>
        </w:drawing>
      </w:r>
    </w:p>
    <w:p>
      <w:pPr>
        <w:spacing w:before="0" w:after="120" w:line="300" w:lineRule="auto"/>
      </w:pPr>
      <w:r>
        <w:rPr>
          <w:rFonts w:ascii="Times New Roman" w:hAnsi="Times New Roman" w:eastAsia="宋体"/>
          <w:b w:val="0"/>
          <w:i w:val="0"/>
          <w:sz w:val="21"/>
        </w:rPr>
        <w:t>（A）13　　（B）13.5　　（C）14　　（D）14.5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 ABC, medians AD and CE intersect at P, PE=1.5, PD=2, and DE=2.5. What is the area of AEDC?</w:t>
      </w:r>
    </w:p>
    <w:p>
      <w:pPr>
        <w:spacing w:before="80" w:after="80"/>
        <w:jc w:val="center"/>
      </w:pPr>
      <w:r>
        <w:drawing>
          <wp:inline xmlns:a="http://schemas.openxmlformats.org/drawingml/2006/main" xmlns:pic="http://schemas.openxmlformats.org/drawingml/2006/picture">
            <wp:extent cx="2007523" cy="1148062"/>
            <wp:docPr id="2" name="Picture 2"/>
            <wp:cNvGraphicFramePr>
              <a:graphicFrameLocks noChangeAspect="1"/>
            </wp:cNvGraphicFramePr>
            <a:graphic>
              <a:graphicData uri="http://schemas.openxmlformats.org/drawingml/2006/picture">
                <pic:pic>
                  <pic:nvPicPr>
                    <pic:cNvPr id="0" name="q16-1@300dpi.png"/>
                    <pic:cNvPicPr/>
                  </pic:nvPicPr>
                  <pic:blipFill>
                    <a:blip r:embed="rId9"/>
                    <a:stretch>
                      <a:fillRect/>
                    </a:stretch>
                  </pic:blipFill>
                  <pic:spPr>
                    <a:xfrm>
                      <a:off x="0" y="0"/>
                      <a:ext cx="2007523" cy="114806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13.5　　(C) 14　　(D) 14.5　　(E) 15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Alex 有 75 个红色代币和 75 个蓝色代币。有一个摊位可以用两个红色代币换一个银色代币和一个蓝色代币；另一个摊位可以用三个蓝色代币换一个银色代币和一个红色代币。Alex 一直交换，直到不能再交换为止。最后 Alex 有多少个银色代币？</w:t>
      </w:r>
    </w:p>
    <w:p>
      <w:pPr>
        <w:spacing w:before="0" w:after="120" w:line="300" w:lineRule="auto"/>
      </w:pPr>
      <w:r>
        <w:rPr>
          <w:rFonts w:ascii="Times New Roman" w:hAnsi="Times New Roman" w:eastAsia="宋体"/>
          <w:b w:val="0"/>
          <w:i w:val="0"/>
          <w:sz w:val="21"/>
        </w:rPr>
        <w:t>（A）62　　（B）82　　（C）83　　（D）102　　（E）103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Alex has 75 red tokens and 75 blue tokens. There is a booth where Alex can give two red tokens and receive in return a silver token and a blue token, and another booth where Alex can give three blue tokens and receive in return a silver token and a red token. Alex continues to exchange tokens until no more exchanges are possible. How many silver tokens will Alex have at the end?</w:t>
      </w:r>
    </w:p>
    <w:p>
      <w:pPr>
        <w:spacing w:before="0" w:after="160" w:line="300" w:lineRule="auto"/>
      </w:pPr>
      <w:r>
        <w:rPr>
          <w:rFonts w:ascii="Times New Roman" w:hAnsi="Times New Roman" w:eastAsia="宋体"/>
          <w:b w:val="0"/>
          <w:i w:val="0"/>
          <w:color w:val="333333"/>
          <w:sz w:val="19"/>
        </w:rPr>
        <w:t>(A) 62　　(B) 82　　(C) 83　　(D) 102　　(E) 103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数 2013 有这样的性质：它的个位数字等于其他数字之和，即 2+0+1=3。大于 1000 且小于 2013 的整数中，有多少个具有这个性质？</w:t>
      </w:r>
    </w:p>
    <w:p>
      <w:pPr>
        <w:spacing w:before="0" w:after="120" w:line="300" w:lineRule="auto"/>
      </w:pPr>
      <w:r>
        <w:rPr>
          <w:rFonts w:ascii="Times New Roman" w:hAnsi="Times New Roman" w:eastAsia="宋体"/>
          <w:b w:val="0"/>
          <w:i w:val="0"/>
          <w:sz w:val="21"/>
        </w:rPr>
        <w:t>（A）33　　（B）34　　（C）45　　（D）46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2013 has the property that its units digit is the sum of its other digits, that is 2+0+1=3. How many integers less than 2013 but greater than 1000 have this property?</w:t>
      </w:r>
    </w:p>
    <w:p>
      <w:pPr>
        <w:spacing w:before="0" w:after="160" w:line="300" w:lineRule="auto"/>
      </w:pPr>
      <w:r>
        <w:rPr>
          <w:rFonts w:ascii="Times New Roman" w:hAnsi="Times New Roman" w:eastAsia="宋体"/>
          <w:b w:val="0"/>
          <w:i w:val="0"/>
          <w:color w:val="333333"/>
          <w:sz w:val="19"/>
        </w:rPr>
        <w:t>(A) 33　　(B) 34　　(C) 45　　(D) 46　　(E) 58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实数 c，b，a 构成等差数列，且 a ≥ b ≥ c ≥ 0。二次式 ax²+bx+c 恰好有一个根。这个根是什么？</w:t>
      </w:r>
    </w:p>
    <w:p>
      <w:pPr>
        <w:spacing w:before="0" w:after="120" w:line="300" w:lineRule="auto"/>
      </w:pPr>
      <w:r>
        <w:rPr>
          <w:rFonts w:ascii="Times New Roman" w:hAnsi="Times New Roman" w:eastAsia="宋体"/>
          <w:b w:val="0"/>
          <w:i w:val="0"/>
          <w:sz w:val="21"/>
        </w:rPr>
        <w:t>（A）-7-4√(3)　　（B）-2-√(3)　　（C）-1　　（D）-2+√(3)　　（E）-7+4√(3)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real numbers c, b, a form an arithmetic sequence with a ≥ b ≥ c ≥ 0. The quadratic ax²+bx+c has exactly one root. What is this root?</w:t>
      </w:r>
    </w:p>
    <w:p>
      <w:pPr>
        <w:spacing w:before="0" w:after="160" w:line="300" w:lineRule="auto"/>
      </w:pPr>
      <w:r>
        <w:rPr>
          <w:rFonts w:ascii="Times New Roman" w:hAnsi="Times New Roman" w:eastAsia="宋体"/>
          <w:b w:val="0"/>
          <w:i w:val="0"/>
          <w:color w:val="333333"/>
          <w:sz w:val="19"/>
        </w:rPr>
        <w:t>(A) -7-4√(3)　　(B) -2-√(3)　　(C) -1　　(D) -2+√(3)　　(E) -7+4√(3)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数 2013 被表示为</w:t>
      </w:r>
    </w:p>
    <w:p>
      <w:pPr>
        <w:spacing w:before="0" w:after="80" w:line="300" w:lineRule="auto"/>
        <w:jc w:val="left"/>
      </w:pPr>
      <w:r>
        <w:rPr>
          <w:rFonts w:ascii="Times New Roman" w:hAnsi="Times New Roman" w:eastAsia="宋体"/>
          <w:b w:val="0"/>
          <w:i w:val="0"/>
          <w:sz w:val="21"/>
        </w:rPr>
        <w:t>2013 = (a₁!a₂!⋯ aₘ!)/(b₁!b₂!⋯ bₙ!)，</w:t>
      </w:r>
    </w:p>
    <w:p>
      <w:pPr>
        <w:spacing w:before="0" w:after="80" w:line="300" w:lineRule="auto"/>
        <w:jc w:val="left"/>
      </w:pPr>
      <w:r>
        <w:rPr>
          <w:rFonts w:ascii="Times New Roman" w:hAnsi="Times New Roman" w:eastAsia="宋体"/>
          <w:b w:val="0"/>
          <w:i w:val="0"/>
          <w:sz w:val="21"/>
        </w:rPr>
        <w:t>其中</w:t>
      </w:r>
    </w:p>
    <w:p>
      <w:pPr>
        <w:spacing w:before="0" w:after="80" w:line="300" w:lineRule="auto"/>
        <w:jc w:val="left"/>
      </w:pPr>
      <w:r>
        <w:rPr>
          <w:rFonts w:ascii="Times New Roman" w:hAnsi="Times New Roman" w:eastAsia="宋体"/>
          <w:b w:val="0"/>
          <w:i w:val="0"/>
          <w:sz w:val="21"/>
        </w:rPr>
        <w:t>a₁ ≥ a₂ ≥ ⋯ ≥ aₘ</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b₁ ≥ b₂ ≥ ⋯ ≥ bₙ</w:t>
      </w:r>
    </w:p>
    <w:p>
      <w:pPr>
        <w:spacing w:before="0" w:after="80" w:line="300" w:lineRule="auto"/>
        <w:jc w:val="left"/>
      </w:pPr>
      <w:r>
        <w:rPr>
          <w:rFonts w:ascii="Times New Roman" w:hAnsi="Times New Roman" w:eastAsia="宋体"/>
          <w:b w:val="0"/>
          <w:i w:val="0"/>
          <w:sz w:val="21"/>
        </w:rPr>
        <w:t>都是正整数，并且 a₁ + b₁ 尽可能小。求 |a₁ - b₁|。</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2013 is expressed in the form</w:t>
      </w:r>
    </w:p>
    <w:p>
      <w:pPr>
        <w:spacing w:before="0" w:after="80" w:line="300" w:lineRule="auto"/>
        <w:jc w:val="left"/>
      </w:pPr>
      <w:r>
        <w:rPr>
          <w:rFonts w:ascii="Times New Roman" w:hAnsi="Times New Roman" w:eastAsia="宋体"/>
          <w:b w:val="0"/>
          <w:i w:val="0"/>
          <w:color w:val="333333"/>
          <w:sz w:val="19"/>
        </w:rPr>
        <w:t>2013 = (a₁!a₂!⋯ aₘ!)/(b₁!b₂!⋯ bₙ!),</w:t>
      </w:r>
    </w:p>
    <w:p>
      <w:pPr>
        <w:spacing w:before="0" w:after="80" w:line="300" w:lineRule="auto"/>
        <w:jc w:val="left"/>
      </w:pPr>
      <w:r>
        <w:rPr>
          <w:rFonts w:ascii="Times New Roman" w:hAnsi="Times New Roman" w:eastAsia="宋体"/>
          <w:b w:val="0"/>
          <w:i w:val="0"/>
          <w:color w:val="333333"/>
          <w:sz w:val="19"/>
        </w:rPr>
        <w:t>where</w:t>
      </w:r>
    </w:p>
    <w:p>
      <w:pPr>
        <w:spacing w:before="0" w:after="80" w:line="300" w:lineRule="auto"/>
        <w:jc w:val="left"/>
      </w:pPr>
      <w:r>
        <w:rPr>
          <w:rFonts w:ascii="Times New Roman" w:hAnsi="Times New Roman" w:eastAsia="宋体"/>
          <w:b w:val="0"/>
          <w:i w:val="0"/>
          <w:color w:val="333333"/>
          <w:sz w:val="19"/>
        </w:rPr>
        <w:t>a₁ ≥ a₂ ≥ ⋯ ≥ aₘ</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b₁ ≥ b₂ ≥ ⋯ ≥ bₙ</w:t>
      </w:r>
    </w:p>
    <w:p>
      <w:pPr>
        <w:spacing w:before="0" w:after="80" w:line="300" w:lineRule="auto"/>
        <w:jc w:val="left"/>
      </w:pPr>
      <w:r>
        <w:rPr>
          <w:rFonts w:ascii="Times New Roman" w:hAnsi="Times New Roman" w:eastAsia="宋体"/>
          <w:b w:val="0"/>
          <w:i w:val="0"/>
          <w:color w:val="333333"/>
          <w:sz w:val="19"/>
        </w:rPr>
        <w:t>are positive integers and a₁ + b₁ is as small as possible. What is |a₁ - b₁|?</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两个非递减的非负整数数列首项不同。每个数列都满足从第三项开始，每一项等于前两项之和，并且两个数列的第七项都等于 N。N 的最小可能值是多少？</w:t>
      </w:r>
    </w:p>
    <w:p>
      <w:pPr>
        <w:spacing w:before="0" w:after="120" w:line="300" w:lineRule="auto"/>
      </w:pPr>
      <w:r>
        <w:rPr>
          <w:rFonts w:ascii="Times New Roman" w:hAnsi="Times New Roman" w:eastAsia="宋体"/>
          <w:b w:val="0"/>
          <w:i w:val="0"/>
          <w:sz w:val="21"/>
        </w:rPr>
        <w:t>（A）55　　（B）89　　（C）104　　（D）144　　（E）273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non-decreasing sequences of nonnegative integers have different first terms. Each sequence has the property that each term beginning with the third is the sum of the previous two terms, and the seventh term of each sequence is N. What is the smallest possible value of N ?</w:t>
      </w:r>
    </w:p>
    <w:p>
      <w:pPr>
        <w:spacing w:before="0" w:after="160" w:line="300" w:lineRule="auto"/>
      </w:pPr>
      <w:r>
        <w:rPr>
          <w:rFonts w:ascii="Times New Roman" w:hAnsi="Times New Roman" w:eastAsia="宋体"/>
          <w:b w:val="0"/>
          <w:i w:val="0"/>
          <w:color w:val="333333"/>
          <w:sz w:val="19"/>
        </w:rPr>
        <w:t>(A) 55　　(B) 89　　(C) 104　　(D) 144　　(E) 273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正八边形 ABCDEFGH 的中心为 J。要把数字 1 到 9 分别填在八个顶点和中心上，每个数字用一次，使得直线 AJE、BJF、CJG、DJH 上三个数的和都相等。有多少种填法？</w:t>
      </w:r>
    </w:p>
    <w:p>
      <w:pPr>
        <w:spacing w:before="80" w:after="80"/>
        <w:jc w:val="center"/>
      </w:pPr>
      <w:r>
        <w:drawing>
          <wp:inline xmlns:a="http://schemas.openxmlformats.org/drawingml/2006/main" xmlns:pic="http://schemas.openxmlformats.org/drawingml/2006/picture">
            <wp:extent cx="1581248" cy="1564235"/>
            <wp:docPr id="3" name="Picture 3"/>
            <wp:cNvGraphicFramePr>
              <a:graphicFrameLocks noChangeAspect="1"/>
            </wp:cNvGraphicFramePr>
            <a:graphic>
              <a:graphicData uri="http://schemas.openxmlformats.org/drawingml/2006/picture">
                <pic:pic>
                  <pic:nvPicPr>
                    <pic:cNvPr id="0" name="q22-1@300dpi.png"/>
                    <pic:cNvPicPr/>
                  </pic:nvPicPr>
                  <pic:blipFill>
                    <a:blip r:embed="rId10"/>
                    <a:stretch>
                      <a:fillRect/>
                    </a:stretch>
                  </pic:blipFill>
                  <pic:spPr>
                    <a:xfrm>
                      <a:off x="0" y="0"/>
                      <a:ext cx="1581248" cy="1564235"/>
                    </a:xfrm>
                    <a:prstGeom prst="rect"/>
                  </pic:spPr>
                </pic:pic>
              </a:graphicData>
            </a:graphic>
          </wp:inline>
        </w:drawing>
      </w:r>
    </w:p>
    <w:p>
      <w:pPr>
        <w:spacing w:before="0" w:after="120" w:line="300" w:lineRule="auto"/>
      </w:pPr>
      <w:r>
        <w:rPr>
          <w:rFonts w:ascii="Times New Roman" w:hAnsi="Times New Roman" w:eastAsia="宋体"/>
          <w:b w:val="0"/>
          <w:i w:val="0"/>
          <w:sz w:val="21"/>
        </w:rPr>
        <w:t>（A）384　　（B）576　　（C）1152　　（D）1680　　（E）3456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regular octagon ABCDEFGH has its center at J. Each of the vertices and the center are to be associated with one of the digits 1 through 9, with each digit used once, in such a way that the sums of the numbers on the lines AJE, BJF, CJG, and DJH are all equal. In how many ways can this be done?</w:t>
      </w:r>
    </w:p>
    <w:p>
      <w:pPr>
        <w:spacing w:before="80" w:after="80"/>
        <w:jc w:val="center"/>
      </w:pPr>
      <w:r>
        <w:drawing>
          <wp:inline xmlns:a="http://schemas.openxmlformats.org/drawingml/2006/main" xmlns:pic="http://schemas.openxmlformats.org/drawingml/2006/picture">
            <wp:extent cx="1581248" cy="1564235"/>
            <wp:docPr id="4" name="Picture 4"/>
            <wp:cNvGraphicFramePr>
              <a:graphicFrameLocks noChangeAspect="1"/>
            </wp:cNvGraphicFramePr>
            <a:graphic>
              <a:graphicData uri="http://schemas.openxmlformats.org/drawingml/2006/picture">
                <pic:pic>
                  <pic:nvPicPr>
                    <pic:cNvPr id="0" name="q22-1@300dpi.png"/>
                    <pic:cNvPicPr/>
                  </pic:nvPicPr>
                  <pic:blipFill>
                    <a:blip r:embed="rId10"/>
                    <a:stretch>
                      <a:fillRect/>
                    </a:stretch>
                  </pic:blipFill>
                  <pic:spPr>
                    <a:xfrm>
                      <a:off x="0" y="0"/>
                      <a:ext cx="1581248" cy="15642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384　　(B) 576　　(C) 1152　　(D) 1680　　(E) 3456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 △ ABC 中，AB=13、BC=14、CA=15。不同的点 D、E、F 分别在 BC、CA、DE 上，且 AD⊥BC、DE⊥AC、AF⊥BF。线段 DF 的长度可写成 m/n，其中 m 和 n 为互质正整数。求 m+n？</w:t>
      </w:r>
    </w:p>
    <w:p>
      <w:pPr>
        <w:spacing w:before="0" w:after="120" w:line="300" w:lineRule="auto"/>
      </w:pPr>
      <w:r>
        <w:rPr>
          <w:rFonts w:ascii="Times New Roman" w:hAnsi="Times New Roman" w:eastAsia="宋体"/>
          <w:b w:val="0"/>
          <w:i w:val="0"/>
          <w:sz w:val="21"/>
        </w:rPr>
        <w:t>（A）18　　（B）21　　（C）24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 ABC, AB=13, BC=14, and CA=15. Distinct points D, E, and F lie on segments BC, CA, and DE, respectively, such that AD⊥BC, DE⊥AC, and AF⊥BF. The length of segment DF can be written as m/n, where m and n are relatively prime positive integers. What is m+n?</w:t>
      </w:r>
    </w:p>
    <w:p>
      <w:pPr>
        <w:spacing w:before="0" w:after="160" w:line="300" w:lineRule="auto"/>
      </w:pPr>
      <w:r>
        <w:rPr>
          <w:rFonts w:ascii="Times New Roman" w:hAnsi="Times New Roman" w:eastAsia="宋体"/>
          <w:b w:val="0"/>
          <w:i w:val="0"/>
          <w:color w:val="333333"/>
          <w:sz w:val="19"/>
        </w:rPr>
        <w:t>(A) 18　　(B) 21　　(C) 24　　(D) 27　　(E) 30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若存在一个正整数 m，它恰好有四个正因数（包括 1 和 m），且这四个因数之和等于正整数 n，则称 n 为“好数”。集合</w:t>
      </w:r>
    </w:p>
    <w:p>
      <w:pPr>
        <w:spacing w:before="0" w:after="80" w:line="300" w:lineRule="auto"/>
        <w:jc w:val="left"/>
      </w:pPr>
      <w:r>
        <w:rPr>
          <w:rFonts w:ascii="Times New Roman" w:hAnsi="Times New Roman" w:eastAsia="宋体"/>
          <w:b w:val="0"/>
          <w:i w:val="0"/>
          <w:sz w:val="21"/>
        </w:rPr>
        <w:t>{ 2010,2011,2012,dotsc,2019 }</w:t>
      </w:r>
    </w:p>
    <w:p>
      <w:pPr>
        <w:spacing w:before="0" w:after="80" w:line="300" w:lineRule="auto"/>
        <w:jc w:val="left"/>
      </w:pPr>
      <w:r>
        <w:rPr>
          <w:rFonts w:ascii="Times New Roman" w:hAnsi="Times New Roman" w:eastAsia="宋体"/>
          <w:b w:val="0"/>
          <w:i w:val="0"/>
          <w:sz w:val="21"/>
        </w:rPr>
        <w:t>中有多少个好数？</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n is “nice” if there is a positive integer m with exactly four positive divisors (including 1 and m) such that the sum of the four divisors is equal to n. How many numbers in the set</w:t>
      </w:r>
    </w:p>
    <w:p>
      <w:pPr>
        <w:spacing w:before="0" w:after="80" w:line="300" w:lineRule="auto"/>
        <w:jc w:val="left"/>
      </w:pPr>
      <w:r>
        <w:rPr>
          <w:rFonts w:ascii="Times New Roman" w:hAnsi="Times New Roman" w:eastAsia="宋体"/>
          <w:b w:val="0"/>
          <w:i w:val="0"/>
          <w:color w:val="333333"/>
          <w:sz w:val="19"/>
        </w:rPr>
        <w:t>{ 2010,2011,2012,dotsc,2019 }</w:t>
      </w:r>
    </w:p>
    <w:p>
      <w:pPr>
        <w:spacing w:before="0" w:after="80" w:line="300" w:lineRule="auto"/>
        <w:jc w:val="left"/>
      </w:pPr>
      <w:r>
        <w:rPr>
          <w:rFonts w:ascii="Times New Roman" w:hAnsi="Times New Roman" w:eastAsia="宋体"/>
          <w:b w:val="0"/>
          <w:i w:val="0"/>
          <w:color w:val="333333"/>
          <w:sz w:val="19"/>
        </w:rPr>
        <w:t>are nice?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Bernardo 选择一个三位正整数 N，并把它的以 5 为底和以 6 为底的表示都写在黑板上。后来 LeRoy 看到这两个数，把它们当作以 10 为底的整数相加，得到整数 S。</w:t>
      </w:r>
    </w:p>
    <w:p>
      <w:pPr>
        <w:spacing w:before="0" w:after="80" w:line="300" w:lineRule="auto"/>
        <w:jc w:val="left"/>
      </w:pPr>
      <w:r>
        <w:rPr>
          <w:rFonts w:ascii="Times New Roman" w:hAnsi="Times New Roman" w:eastAsia="宋体"/>
          <w:b w:val="0"/>
          <w:i w:val="0"/>
          <w:sz w:val="21"/>
        </w:rPr>
        <w:t>例如，若 N = 749，Bernardo 写下 10，444 和 3，245，LeRoy 得到 S = 13，689。有多少个 N 的选择，使得 S 的最右两位数字按顺序与 2N 的最右两位数字相同？</w:t>
      </w:r>
    </w:p>
    <w:p>
      <w:pPr>
        <w:spacing w:before="0" w:after="120" w:line="300" w:lineRule="auto"/>
      </w:pPr>
      <w:r>
        <w:rPr>
          <w:rFonts w:ascii="Times New Roman" w:hAnsi="Times New Roman" w:eastAsia="宋体"/>
          <w:b w:val="0"/>
          <w:i w:val="0"/>
          <w:sz w:val="21"/>
        </w:rPr>
        <w:t>（A）5　　（B）10　　（C）15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Bernardo chooses a three-digit positive integer N and writes both its base-5 and base-6 representations on a blackboard. Later LeRoy sees the two numbers Bernardo has written. Treating the two numbers as base-10 integers, he adds them to obtain an integer S.</w:t>
      </w:r>
    </w:p>
    <w:p>
      <w:pPr>
        <w:spacing w:before="0" w:after="80" w:line="300" w:lineRule="auto"/>
        <w:jc w:val="left"/>
      </w:pPr>
      <w:r>
        <w:rPr>
          <w:rFonts w:ascii="Times New Roman" w:hAnsi="Times New Roman" w:eastAsia="宋体"/>
          <w:b w:val="0"/>
          <w:i w:val="0"/>
          <w:color w:val="333333"/>
          <w:sz w:val="19"/>
        </w:rPr>
        <w:t>For example, if N = 749, Bernardo writes the numbers 10, 444 and 3, 245, and LeRoy obtains the sum S = 13, 689. For how many choices of N are the two rightmost digits of S, in order, the same as those of 2N?</w:t>
      </w:r>
    </w:p>
    <w:p>
      <w:pPr>
        <w:spacing w:before="0" w:after="160" w:line="300" w:lineRule="auto"/>
      </w:pPr>
      <w:r>
        <w:rPr>
          <w:rFonts w:ascii="Times New Roman" w:hAnsi="Times New Roman" w:eastAsia="宋体"/>
          <w:b w:val="0"/>
          <w:i w:val="0"/>
          <w:color w:val="333333"/>
          <w:sz w:val="19"/>
        </w:rPr>
        <w:t>(A) 5　　(B) 10　　(C) 15　　(D) 20　　(E) 25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C　D　B　C　B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B　B　E　E　B　B　E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C　C　B　A　E</w:t>
      </w:r>
    </w:p>
    <w:p>
      <w:pPr>
        <w:spacing w:before="0" w:after="200" w:line="300" w:lineRule="auto"/>
      </w:pPr>
      <w:r>
        <w:rPr>
          <w:rFonts w:ascii="Times New Roman" w:hAnsi="Times New Roman" w:eastAsia="宋体"/>
          <w:b w:val="0"/>
          <w:i w:val="0"/>
          <w:color w:val="666666"/>
          <w:sz w:val="18"/>
        </w:rPr>
        <w:t>答案串：CACDBCBBDCBBEEBBEDDBCCBAE</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2+4+6/1+3+5 - 1+3+5/2+4+6</w:t>
      </w:r>
    </w:p>
    <w:p>
      <w:pPr>
        <w:spacing w:before="0" w:after="80" w:line="300" w:lineRule="auto"/>
        <w:jc w:val="left"/>
      </w:pPr>
      <w:r>
        <w:rPr>
          <w:rFonts w:ascii="Times New Roman" w:hAnsi="Times New Roman" w:eastAsia="宋体"/>
          <w:b w:val="0"/>
          <w:i w:val="0"/>
          <w:sz w:val="21"/>
        </w:rPr>
        <w:t>= 12/9 - 9/12</w:t>
      </w:r>
    </w:p>
    <w:p>
      <w:pPr>
        <w:spacing w:before="0" w:after="80" w:line="300" w:lineRule="auto"/>
        <w:jc w:val="left"/>
      </w:pPr>
      <w:r>
        <w:rPr>
          <w:rFonts w:ascii="Times New Roman" w:hAnsi="Times New Roman" w:eastAsia="宋体"/>
          <w:b w:val="0"/>
          <w:i w:val="0"/>
          <w:sz w:val="21"/>
        </w:rPr>
        <w:t>= 4/3 - 3/4</w:t>
      </w:r>
    </w:p>
    <w:p>
      <w:pPr>
        <w:spacing w:before="0" w:after="80" w:line="300" w:lineRule="auto"/>
        <w:jc w:val="left"/>
      </w:pPr>
      <w:r>
        <w:rPr>
          <w:rFonts w:ascii="Times New Roman" w:hAnsi="Times New Roman" w:eastAsia="宋体"/>
          <w:b w:val="0"/>
          <w:i w:val="0"/>
          <w:sz w:val="21"/>
        </w:rPr>
        <w:t>= 7/12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2+4+6/1+3+5 - 1+3+5/2+4+6</w:t>
      </w:r>
    </w:p>
    <w:p>
      <w:pPr>
        <w:spacing w:before="0" w:after="80" w:line="300" w:lineRule="auto"/>
        <w:jc w:val="left"/>
      </w:pPr>
      <w:r>
        <w:rPr>
          <w:rFonts w:ascii="Times New Roman" w:hAnsi="Times New Roman" w:eastAsia="宋体"/>
          <w:b w:val="0"/>
          <w:i w:val="0"/>
          <w:color w:val="333333"/>
          <w:sz w:val="19"/>
        </w:rPr>
        <w:t>= 12/9 - 9/12</w:t>
      </w:r>
    </w:p>
    <w:p>
      <w:pPr>
        <w:spacing w:before="0" w:after="80" w:line="300" w:lineRule="auto"/>
        <w:jc w:val="left"/>
      </w:pPr>
      <w:r>
        <w:rPr>
          <w:rFonts w:ascii="Times New Roman" w:hAnsi="Times New Roman" w:eastAsia="宋体"/>
          <w:b w:val="0"/>
          <w:i w:val="0"/>
          <w:color w:val="333333"/>
          <w:sz w:val="19"/>
        </w:rPr>
        <w:t>= 4/3 - 3/4</w:t>
      </w:r>
    </w:p>
    <w:p>
      <w:pPr>
        <w:spacing w:before="0" w:after="80" w:line="300" w:lineRule="auto"/>
        <w:jc w:val="left"/>
      </w:pPr>
      <w:r>
        <w:rPr>
          <w:rFonts w:ascii="Times New Roman" w:hAnsi="Times New Roman" w:eastAsia="宋体"/>
          <w:b w:val="0"/>
          <w:i w:val="0"/>
          <w:color w:val="333333"/>
          <w:sz w:val="19"/>
        </w:rPr>
        <w:t>= 7/12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花园尺寸为 2· 15 = 30 英尺和 2· 20=40 英尺，面积为 30· 40 = 1200 平方英尺。</w:t>
      </w:r>
    </w:p>
    <w:p>
      <w:pPr>
        <w:spacing w:before="0" w:after="80" w:line="300" w:lineRule="auto"/>
        <w:jc w:val="left"/>
      </w:pPr>
      <w:r>
        <w:rPr>
          <w:rFonts w:ascii="Times New Roman" w:hAnsi="Times New Roman" w:eastAsia="宋体"/>
          <w:b w:val="0"/>
          <w:i w:val="0"/>
          <w:sz w:val="21"/>
        </w:rPr>
        <w:t>因此，预计收获</w:t>
      </w:r>
    </w:p>
    <w:p>
      <w:pPr>
        <w:spacing w:before="0" w:after="80" w:line="300" w:lineRule="auto"/>
        <w:jc w:val="left"/>
      </w:pPr>
      <w:r>
        <w:rPr>
          <w:rFonts w:ascii="Times New Roman" w:hAnsi="Times New Roman" w:eastAsia="宋体"/>
          <w:b w:val="0"/>
          <w:i w:val="0"/>
          <w:sz w:val="21"/>
        </w:rPr>
        <w:t>1200· 1/2 =600</w:t>
      </w:r>
    </w:p>
    <w:p>
      <w:pPr>
        <w:spacing w:before="0" w:after="80" w:line="300" w:lineRule="auto"/>
        <w:jc w:val="left"/>
      </w:pPr>
      <w:r>
        <w:rPr>
          <w:rFonts w:ascii="Times New Roman" w:hAnsi="Times New Roman" w:eastAsia="宋体"/>
          <w:b w:val="0"/>
          <w:i w:val="0"/>
          <w:sz w:val="21"/>
        </w:rPr>
        <w:t>磅土豆。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dimensions of the garden are 2· 15 = 30 feet by 2· 20=40 feet. Thus, the square footage is 30· 40 = 1200.</w:t>
      </w:r>
    </w:p>
    <w:p>
      <w:pPr>
        <w:spacing w:before="0" w:after="80" w:line="300" w:lineRule="auto"/>
        <w:jc w:val="left"/>
      </w:pPr>
      <w:r>
        <w:rPr>
          <w:rFonts w:ascii="Times New Roman" w:hAnsi="Times New Roman" w:eastAsia="宋体"/>
          <w:b w:val="0"/>
          <w:i w:val="0"/>
          <w:color w:val="333333"/>
          <w:sz w:val="19"/>
        </w:rPr>
        <w:t>Therefore, there are</w:t>
      </w:r>
    </w:p>
    <w:p>
      <w:pPr>
        <w:spacing w:before="0" w:after="80" w:line="300" w:lineRule="auto"/>
        <w:jc w:val="left"/>
      </w:pPr>
      <w:r>
        <w:rPr>
          <w:rFonts w:ascii="Times New Roman" w:hAnsi="Times New Roman" w:eastAsia="宋体"/>
          <w:b w:val="0"/>
          <w:i w:val="0"/>
          <w:color w:val="333333"/>
          <w:sz w:val="19"/>
        </w:rPr>
        <w:t>1200· 1/2 =600</w:t>
      </w:r>
    </w:p>
    <w:p>
      <w:pPr>
        <w:spacing w:before="0" w:after="80" w:line="300" w:lineRule="auto"/>
        <w:jc w:val="left"/>
      </w:pPr>
      <w:r>
        <w:rPr>
          <w:rFonts w:ascii="Times New Roman" w:hAnsi="Times New Roman" w:eastAsia="宋体"/>
          <w:b w:val="0"/>
          <w:i w:val="0"/>
          <w:color w:val="333333"/>
          <w:sz w:val="19"/>
        </w:rPr>
        <w:t>pounds of potatoes.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设最低气温为 l。则最高气温为 l+16。</w:t>
      </w:r>
    </w:p>
    <w:p>
      <w:pPr>
        <w:spacing w:before="0" w:after="80" w:line="300" w:lineRule="auto"/>
        <w:jc w:val="left"/>
      </w:pPr>
      <w:r>
        <w:rPr>
          <w:rFonts w:ascii="Times New Roman" w:hAnsi="Times New Roman" w:eastAsia="宋体"/>
          <w:b w:val="0"/>
          <w:i w:val="0"/>
          <w:sz w:val="21"/>
        </w:rPr>
        <w:t>平均值满足</w:t>
      </w:r>
    </w:p>
    <w:p>
      <w:pPr>
        <w:spacing w:before="0" w:after="80" w:line="300" w:lineRule="auto"/>
        <w:jc w:val="left"/>
      </w:pPr>
      <w:r>
        <w:rPr>
          <w:rFonts w:ascii="Times New Roman" w:hAnsi="Times New Roman" w:eastAsia="宋体"/>
          <w:b w:val="0"/>
          <w:i w:val="0"/>
          <w:sz w:val="21"/>
        </w:rPr>
        <w:t>l+l+16/2 = l+8 = 3。</w:t>
      </w:r>
    </w:p>
    <w:p>
      <w:pPr>
        <w:spacing w:before="0" w:after="80" w:line="300" w:lineRule="auto"/>
        <w:jc w:val="left"/>
      </w:pPr>
      <w:r>
        <w:rPr>
          <w:rFonts w:ascii="Times New Roman" w:hAnsi="Times New Roman" w:eastAsia="宋体"/>
          <w:b w:val="0"/>
          <w:i w:val="0"/>
          <w:sz w:val="21"/>
        </w:rPr>
        <w:t>因此 l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 represent the low temperature. Then the high temperature is l+16.</w:t>
      </w:r>
    </w:p>
    <w:p>
      <w:pPr>
        <w:spacing w:before="0" w:after="80" w:line="300" w:lineRule="auto"/>
        <w:jc w:val="left"/>
      </w:pPr>
      <w:r>
        <w:rPr>
          <w:rFonts w:ascii="Times New Roman" w:hAnsi="Times New Roman" w:eastAsia="宋体"/>
          <w:b w:val="0"/>
          <w:i w:val="0"/>
          <w:color w:val="333333"/>
          <w:sz w:val="19"/>
        </w:rPr>
        <w:t>The average satisfies</w:t>
      </w:r>
    </w:p>
    <w:p>
      <w:pPr>
        <w:spacing w:before="0" w:after="80" w:line="300" w:lineRule="auto"/>
        <w:jc w:val="left"/>
      </w:pPr>
      <w:r>
        <w:rPr>
          <w:rFonts w:ascii="Times New Roman" w:hAnsi="Times New Roman" w:eastAsia="宋体"/>
          <w:b w:val="0"/>
          <w:i w:val="0"/>
          <w:color w:val="333333"/>
          <w:sz w:val="19"/>
        </w:rPr>
        <w:t>l+l+16/2 = l+8 = 3.</w:t>
      </w:r>
    </w:p>
    <w:p>
      <w:pPr>
        <w:spacing w:before="0" w:after="80" w:line="300" w:lineRule="auto"/>
        <w:jc w:val="left"/>
      </w:pPr>
      <w:r>
        <w:rPr>
          <w:rFonts w:ascii="Times New Roman" w:hAnsi="Times New Roman" w:eastAsia="宋体"/>
          <w:b w:val="0"/>
          <w:i w:val="0"/>
          <w:color w:val="333333"/>
          <w:sz w:val="19"/>
        </w:rPr>
        <w:t>Therefore, l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倒数时，201 是第一个数，200 是第二个数；一般地，数 x 是第 202-x 个数。</w:t>
      </w:r>
    </w:p>
    <w:p>
      <w:pPr>
        <w:spacing w:before="0" w:after="80" w:line="300" w:lineRule="auto"/>
        <w:jc w:val="left"/>
      </w:pPr>
      <w:r>
        <w:rPr>
          <w:rFonts w:ascii="Times New Roman" w:hAnsi="Times New Roman" w:eastAsia="宋体"/>
          <w:b w:val="0"/>
          <w:i w:val="0"/>
          <w:sz w:val="21"/>
        </w:rPr>
        <w:t>因此 53 是第 202-53=149 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counting backward, 201 is the first number, 200 is the second, and in general x is the 202-xth number.</w:t>
      </w:r>
    </w:p>
    <w:p>
      <w:pPr>
        <w:spacing w:before="0" w:after="80" w:line="300" w:lineRule="auto"/>
        <w:jc w:val="left"/>
      </w:pPr>
      <w:r>
        <w:rPr>
          <w:rFonts w:ascii="Times New Roman" w:hAnsi="Times New Roman" w:eastAsia="宋体"/>
          <w:b w:val="0"/>
          <w:i w:val="0"/>
          <w:color w:val="333333"/>
          <w:sz w:val="19"/>
        </w:rPr>
        <w:t>Thus 53 is the 202-53=149th number counted.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2a-ab=a(2-b)。</w:t>
      </w:r>
    </w:p>
    <w:p>
      <w:pPr>
        <w:spacing w:before="0" w:after="80" w:line="300" w:lineRule="auto"/>
        <w:jc w:val="left"/>
      </w:pPr>
      <w:r>
        <w:rPr>
          <w:rFonts w:ascii="Times New Roman" w:hAnsi="Times New Roman" w:eastAsia="宋体"/>
          <w:b w:val="0"/>
          <w:i w:val="0"/>
          <w:sz w:val="21"/>
        </w:rPr>
        <w:t>为了使它最小，取 b 尽可能大，使 2-b 最负，同时取 a 尽可能大。因为 a,b&lt;6，可取 a=b=5。</w:t>
      </w:r>
    </w:p>
    <w:p>
      <w:pPr>
        <w:spacing w:before="0" w:after="80" w:line="300" w:lineRule="auto"/>
        <w:jc w:val="left"/>
      </w:pPr>
      <w:r>
        <w:rPr>
          <w:rFonts w:ascii="Times New Roman" w:hAnsi="Times New Roman" w:eastAsia="宋体"/>
          <w:b w:val="0"/>
          <w:i w:val="0"/>
          <w:sz w:val="21"/>
        </w:rPr>
        <w:t>此时 5(2-5)=-15。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is 2a-ab=a(2-b).</w:t>
      </w:r>
    </w:p>
    <w:p>
      <w:pPr>
        <w:spacing w:before="0" w:after="80" w:line="300" w:lineRule="auto"/>
        <w:jc w:val="left"/>
      </w:pPr>
      <w:r>
        <w:rPr>
          <w:rFonts w:ascii="Times New Roman" w:hAnsi="Times New Roman" w:eastAsia="宋体"/>
          <w:b w:val="0"/>
          <w:i w:val="0"/>
          <w:color w:val="333333"/>
          <w:sz w:val="19"/>
        </w:rPr>
        <w:t>To make it as small as possible, choose b as large as possible so that 2-b is most negative, and choose a as large as possible. Since a,b&lt;6, take a=b=5.</w:t>
      </w:r>
    </w:p>
    <w:p>
      <w:pPr>
        <w:spacing w:before="0" w:after="80" w:line="300" w:lineRule="auto"/>
        <w:jc w:val="left"/>
      </w:pPr>
      <w:r>
        <w:rPr>
          <w:rFonts w:ascii="Times New Roman" w:hAnsi="Times New Roman" w:eastAsia="宋体"/>
          <w:b w:val="0"/>
          <w:i w:val="0"/>
          <w:color w:val="333333"/>
          <w:sz w:val="19"/>
        </w:rPr>
        <w:t>The minimum value is 5(2-5)=-15.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所有五年级学生和家长的年龄总和为</w:t>
      </w:r>
    </w:p>
    <w:p>
      <w:pPr>
        <w:spacing w:before="0" w:after="80" w:line="300" w:lineRule="auto"/>
        <w:jc w:val="left"/>
      </w:pPr>
      <w:r>
        <w:rPr>
          <w:rFonts w:ascii="Times New Roman" w:hAnsi="Times New Roman" w:eastAsia="宋体"/>
          <w:b w:val="0"/>
          <w:i w:val="0"/>
          <w:sz w:val="21"/>
        </w:rPr>
        <w:t>33· 11+55· 33 = 66· 33。</w:t>
      </w:r>
    </w:p>
    <w:p>
      <w:pPr>
        <w:spacing w:before="0" w:after="80" w:line="300" w:lineRule="auto"/>
        <w:jc w:val="left"/>
      </w:pPr>
      <w:r>
        <w:rPr>
          <w:rFonts w:ascii="Times New Roman" w:hAnsi="Times New Roman" w:eastAsia="宋体"/>
          <w:b w:val="0"/>
          <w:i w:val="0"/>
          <w:sz w:val="21"/>
        </w:rPr>
        <w:t>平均年龄等于总年龄除以总人数，所以</w:t>
      </w:r>
    </w:p>
    <w:p>
      <w:pPr>
        <w:spacing w:before="0" w:after="80" w:line="300" w:lineRule="auto"/>
        <w:jc w:val="left"/>
      </w:pPr>
      <w:r>
        <w:rPr>
          <w:rFonts w:ascii="Times New Roman" w:hAnsi="Times New Roman" w:eastAsia="宋体"/>
          <w:b w:val="0"/>
          <w:i w:val="0"/>
          <w:sz w:val="21"/>
        </w:rPr>
        <w:t>(66· 33)/88 = 3/4 · 33 = 24.75。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ages of all the fifth-graders and their parents is:</w:t>
      </w:r>
    </w:p>
    <w:p>
      <w:pPr>
        <w:spacing w:before="0" w:after="80" w:line="300" w:lineRule="auto"/>
        <w:jc w:val="left"/>
      </w:pPr>
      <w:r>
        <w:rPr>
          <w:rFonts w:ascii="Times New Roman" w:hAnsi="Times New Roman" w:eastAsia="宋体"/>
          <w:b w:val="0"/>
          <w:i w:val="0"/>
          <w:color w:val="333333"/>
          <w:sz w:val="19"/>
        </w:rPr>
        <w:t>33· 11+55· 33 = 66· 33.</w:t>
      </w:r>
    </w:p>
    <w:p>
      <w:pPr>
        <w:spacing w:before="0" w:after="80" w:line="300" w:lineRule="auto"/>
        <w:jc w:val="left"/>
      </w:pPr>
      <w:r>
        <w:rPr>
          <w:rFonts w:ascii="Times New Roman" w:hAnsi="Times New Roman" w:eastAsia="宋体"/>
          <w:b w:val="0"/>
          <w:i w:val="0"/>
          <w:color w:val="333333"/>
          <w:sz w:val="19"/>
        </w:rPr>
        <w:t>Then, as the average is the sum divided by the number of people, the average age must be:</w:t>
      </w:r>
    </w:p>
    <w:p>
      <w:pPr>
        <w:spacing w:before="0" w:after="80" w:line="300" w:lineRule="auto"/>
        <w:jc w:val="left"/>
      </w:pPr>
      <w:r>
        <w:rPr>
          <w:rFonts w:ascii="Times New Roman" w:hAnsi="Times New Roman" w:eastAsia="宋体"/>
          <w:b w:val="0"/>
          <w:i w:val="0"/>
          <w:color w:val="333333"/>
          <w:sz w:val="19"/>
        </w:rPr>
        <w:t>(66· 33)/88 = 3/4 · 33 = 24.75.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80" w:after="80"/>
        <w:jc w:val="center"/>
      </w:pPr>
      <w:r>
        <w:drawing>
          <wp:inline xmlns:a="http://schemas.openxmlformats.org/drawingml/2006/main" xmlns:pic="http://schemas.openxmlformats.org/drawingml/2006/picture">
            <wp:extent cx="1173944" cy="999931"/>
            <wp:docPr id="5" name="Picture 5"/>
            <wp:cNvGraphicFramePr>
              <a:graphicFrameLocks noChangeAspect="1"/>
            </wp:cNvGraphicFramePr>
            <a:graphic>
              <a:graphicData uri="http://schemas.openxmlformats.org/drawingml/2006/picture">
                <pic:pic>
                  <pic:nvPicPr>
                    <pic:cNvPr id="0" name="q07-sol-1@300dpi.png"/>
                    <pic:cNvPicPr/>
                  </pic:nvPicPr>
                  <pic:blipFill>
                    <a:blip r:embed="rId11"/>
                    <a:stretch>
                      <a:fillRect/>
                    </a:stretch>
                  </pic:blipFill>
                  <pic:spPr>
                    <a:xfrm>
                      <a:off x="0" y="0"/>
                      <a:ext cx="1173944" cy="999931"/>
                    </a:xfrm>
                    <a:prstGeom prst="rect"/>
                  </pic:spPr>
                </pic:pic>
              </a:graphicData>
            </a:graphic>
          </wp:inline>
        </w:drawing>
      </w:r>
    </w:p>
    <w:p>
      <w:pPr>
        <w:spacing w:before="0" w:after="80" w:line="300" w:lineRule="auto"/>
        <w:jc w:val="left"/>
      </w:pPr>
      <w:r>
        <w:rPr>
          <w:rFonts w:ascii="Times New Roman" w:hAnsi="Times New Roman" w:eastAsia="宋体"/>
          <w:b w:val="0"/>
          <w:i w:val="0"/>
          <w:sz w:val="21"/>
        </w:rPr>
        <w:t>六个等间距点形成正六边形。只有角为 30°,60°,90° 的三角形既不是等边也不是等腰三角形。</w:t>
      </w:r>
    </w:p>
    <w:p>
      <w:pPr>
        <w:spacing w:before="0" w:after="80" w:line="300" w:lineRule="auto"/>
        <w:jc w:val="left"/>
      </w:pPr>
      <w:r>
        <w:rPr>
          <w:rFonts w:ascii="Times New Roman" w:hAnsi="Times New Roman" w:eastAsia="宋体"/>
          <w:b w:val="0"/>
          <w:i w:val="0"/>
          <w:sz w:val="21"/>
        </w:rPr>
        <w:t>斜边是单位圆的直径，长为 2。这个 30-60-90 三角形的两条直角边为 1 和 √(3)。</w:t>
      </w:r>
    </w:p>
    <w:p>
      <w:pPr>
        <w:spacing w:before="0" w:after="80" w:line="300" w:lineRule="auto"/>
        <w:jc w:val="left"/>
      </w:pPr>
      <w:r>
        <w:rPr>
          <w:rFonts w:ascii="Times New Roman" w:hAnsi="Times New Roman" w:eastAsia="宋体"/>
          <w:b w:val="0"/>
          <w:i w:val="0"/>
          <w:sz w:val="21"/>
        </w:rPr>
        <w:t>面积为 1/2·1·√(3)=(√(3))/2。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173944" cy="999931"/>
            <wp:docPr id="6" name="Picture 6"/>
            <wp:cNvGraphicFramePr>
              <a:graphicFrameLocks noChangeAspect="1"/>
            </wp:cNvGraphicFramePr>
            <a:graphic>
              <a:graphicData uri="http://schemas.openxmlformats.org/drawingml/2006/picture">
                <pic:pic>
                  <pic:nvPicPr>
                    <pic:cNvPr id="0" name="q07-sol-1@300dpi.png"/>
                    <pic:cNvPicPr/>
                  </pic:nvPicPr>
                  <pic:blipFill>
                    <a:blip r:embed="rId11"/>
                    <a:stretch>
                      <a:fillRect/>
                    </a:stretch>
                  </pic:blipFill>
                  <pic:spPr>
                    <a:xfrm>
                      <a:off x="0" y="0"/>
                      <a:ext cx="1173944" cy="99993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Six equally spaced points on the circle form a regular hexagon. A triangle using three of them is not equilateral or isosceles only when its angles are 30°,60°,90°.</w:t>
      </w:r>
    </w:p>
    <w:p>
      <w:pPr>
        <w:spacing w:before="0" w:after="80" w:line="300" w:lineRule="auto"/>
        <w:jc w:val="left"/>
      </w:pPr>
      <w:r>
        <w:rPr>
          <w:rFonts w:ascii="Times New Roman" w:hAnsi="Times New Roman" w:eastAsia="宋体"/>
          <w:b w:val="0"/>
          <w:i w:val="0"/>
          <w:color w:val="333333"/>
          <w:sz w:val="19"/>
        </w:rPr>
        <w:t>The hypotenuse is a diameter of the unit circle, so it has length 2. The legs of the 30-60-90 triangle are 1 and √(3).</w:t>
      </w:r>
    </w:p>
    <w:p>
      <w:pPr>
        <w:spacing w:before="0" w:after="80" w:line="300" w:lineRule="auto"/>
        <w:jc w:val="left"/>
      </w:pPr>
      <w:r>
        <w:rPr>
          <w:rFonts w:ascii="Times New Roman" w:hAnsi="Times New Roman" w:eastAsia="宋体"/>
          <w:b w:val="0"/>
          <w:i w:val="0"/>
          <w:color w:val="333333"/>
          <w:sz w:val="19"/>
        </w:rPr>
        <w:t>The area is 1/2·1·√(3)=(√(3))/2.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令每辆车都行驶 40 英里，则总路程为 80 英里。</w:t>
      </w:r>
    </w:p>
    <w:p>
      <w:pPr>
        <w:spacing w:before="0" w:after="80" w:line="300" w:lineRule="auto"/>
        <w:jc w:val="left"/>
      </w:pPr>
      <w:r>
        <w:rPr>
          <w:rFonts w:ascii="Times New Roman" w:hAnsi="Times New Roman" w:eastAsia="宋体"/>
          <w:b w:val="0"/>
          <w:i w:val="0"/>
          <w:sz w:val="21"/>
        </w:rPr>
        <w:t>Ray 用 1 加仑，Tom 用 4 加仑，总共用 5 加仑。</w:t>
      </w:r>
    </w:p>
    <w:p>
      <w:pPr>
        <w:spacing w:before="0" w:after="80" w:line="300" w:lineRule="auto"/>
        <w:jc w:val="left"/>
      </w:pPr>
      <w:r>
        <w:rPr>
          <w:rFonts w:ascii="Times New Roman" w:hAnsi="Times New Roman" w:eastAsia="宋体"/>
          <w:b w:val="0"/>
          <w:i w:val="0"/>
          <w:sz w:val="21"/>
        </w:rPr>
        <w:t>合并油耗率为 80÷5=16 英里每加仑。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car drive 40 miles. Together they drive 80 miles.</w:t>
      </w:r>
    </w:p>
    <w:p>
      <w:pPr>
        <w:spacing w:before="0" w:after="80" w:line="300" w:lineRule="auto"/>
        <w:jc w:val="left"/>
      </w:pPr>
      <w:r>
        <w:rPr>
          <w:rFonts w:ascii="Times New Roman" w:hAnsi="Times New Roman" w:eastAsia="宋体"/>
          <w:b w:val="0"/>
          <w:i w:val="0"/>
          <w:color w:val="333333"/>
          <w:sz w:val="19"/>
        </w:rPr>
        <w:t>Ray uses 1 gallon, while Tom uses 4 gallons, so together they use 5 gallons.</w:t>
      </w:r>
    </w:p>
    <w:p>
      <w:pPr>
        <w:spacing w:before="0" w:after="80" w:line="300" w:lineRule="auto"/>
        <w:jc w:val="left"/>
      </w:pPr>
      <w:r>
        <w:rPr>
          <w:rFonts w:ascii="Times New Roman" w:hAnsi="Times New Roman" w:eastAsia="宋体"/>
          <w:b w:val="0"/>
          <w:i w:val="0"/>
          <w:color w:val="333333"/>
          <w:sz w:val="19"/>
        </w:rPr>
        <w:t>The combined rate is 80÷5=16 miles per gallon.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分解后可知质因数只有 2、3、5。因为三个数两两互质，每个素数幂只能完整属于其中一个数。</w:t>
      </w:r>
    </w:p>
    <w:p>
      <w:pPr>
        <w:spacing w:before="0" w:after="80" w:line="300" w:lineRule="auto"/>
        <w:jc w:val="left"/>
      </w:pPr>
      <w:r>
        <w:rPr>
          <w:rFonts w:ascii="Times New Roman" w:hAnsi="Times New Roman" w:eastAsia="宋体"/>
          <w:b w:val="0"/>
          <w:i w:val="0"/>
          <w:sz w:val="21"/>
        </w:rPr>
        <w:t>又因为三个数都大于 1，所以每个数都必须含有其中一种质因数。</w:t>
      </w:r>
    </w:p>
    <w:p>
      <w:pPr>
        <w:spacing w:before="0" w:after="80" w:line="300" w:lineRule="auto"/>
        <w:jc w:val="left"/>
      </w:pPr>
      <w:r>
        <w:rPr>
          <w:rFonts w:ascii="Times New Roman" w:hAnsi="Times New Roman" w:eastAsia="宋体"/>
          <w:b w:val="0"/>
          <w:i w:val="0"/>
          <w:sz w:val="21"/>
        </w:rPr>
        <w:t>又因为</w:t>
      </w:r>
    </w:p>
    <w:p>
      <w:pPr>
        <w:spacing w:before="0" w:after="80" w:line="300" w:lineRule="auto"/>
        <w:jc w:val="left"/>
      </w:pPr>
      <w:r>
        <w:rPr>
          <w:rFonts w:ascii="Times New Roman" w:hAnsi="Times New Roman" w:eastAsia="宋体"/>
          <w:b w:val="0"/>
          <w:i w:val="0"/>
          <w:sz w:val="21"/>
        </w:rPr>
        <w:t>27000=2³· 3³· 5³，</w:t>
      </w:r>
    </w:p>
    <w:p>
      <w:pPr>
        <w:spacing w:before="0" w:after="80" w:line="300" w:lineRule="auto"/>
        <w:jc w:val="left"/>
      </w:pPr>
      <w:r>
        <w:rPr>
          <w:rFonts w:ascii="Times New Roman" w:hAnsi="Times New Roman" w:eastAsia="宋体"/>
          <w:b w:val="0"/>
          <w:i w:val="0"/>
          <w:sz w:val="21"/>
        </w:rPr>
        <w:t>所以三个数必为 2³,3³,5³，和为 160。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one number is a multiple of 2, only one is a multiple of 3, and only one is a multiple of 5.</w:t>
      </w:r>
    </w:p>
    <w:p>
      <w:pPr>
        <w:spacing w:before="0" w:after="80" w:line="300" w:lineRule="auto"/>
        <w:jc w:val="left"/>
      </w:pPr>
      <w:r>
        <w:rPr>
          <w:rFonts w:ascii="Times New Roman" w:hAnsi="Times New Roman" w:eastAsia="宋体"/>
          <w:b w:val="0"/>
          <w:i w:val="0"/>
          <w:color w:val="333333"/>
          <w:sz w:val="19"/>
        </w:rPr>
        <w:t>Since each positive integer is greater than 1, each must be a multiple of one of these primes.</w:t>
      </w:r>
    </w:p>
    <w:p>
      <w:pPr>
        <w:spacing w:before="0" w:after="80" w:line="300" w:lineRule="auto"/>
        <w:jc w:val="left"/>
      </w:pPr>
      <w:r>
        <w:rPr>
          <w:rFonts w:ascii="Times New Roman" w:hAnsi="Times New Roman" w:eastAsia="宋体"/>
          <w:b w:val="0"/>
          <w:i w:val="0"/>
          <w:color w:val="333333"/>
          <w:sz w:val="19"/>
        </w:rPr>
        <w:t>Now</w:t>
      </w:r>
    </w:p>
    <w:p>
      <w:pPr>
        <w:spacing w:before="0" w:after="80" w:line="300" w:lineRule="auto"/>
        <w:jc w:val="left"/>
      </w:pPr>
      <w:r>
        <w:rPr>
          <w:rFonts w:ascii="Times New Roman" w:hAnsi="Times New Roman" w:eastAsia="宋体"/>
          <w:b w:val="0"/>
          <w:i w:val="0"/>
          <w:color w:val="333333"/>
          <w:sz w:val="19"/>
        </w:rPr>
        <w:t>27000=2³· 3³· 5³.</w:t>
      </w:r>
    </w:p>
    <w:p>
      <w:pPr>
        <w:spacing w:before="0" w:after="80" w:line="300" w:lineRule="auto"/>
        <w:jc w:val="left"/>
      </w:pPr>
      <w:r>
        <w:rPr>
          <w:rFonts w:ascii="Times New Roman" w:hAnsi="Times New Roman" w:eastAsia="宋体"/>
          <w:b w:val="0"/>
          <w:i w:val="0"/>
          <w:color w:val="333333"/>
          <w:sz w:val="19"/>
        </w:rPr>
        <w:t>Therefore, the numbers must be 2³,3³,5³, and their sum is 160.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设三分球出手 t 次。</w:t>
      </w:r>
    </w:p>
    <w:p>
      <w:pPr>
        <w:spacing w:before="0" w:after="80" w:line="300" w:lineRule="auto"/>
        <w:jc w:val="left"/>
      </w:pPr>
      <w:r>
        <w:rPr>
          <w:rFonts w:ascii="Times New Roman" w:hAnsi="Times New Roman" w:eastAsia="宋体"/>
          <w:b w:val="0"/>
          <w:i w:val="0"/>
          <w:sz w:val="21"/>
        </w:rPr>
        <w:t>三分球命中 0.4 t 次，得分为 1.2t。</w:t>
      </w:r>
    </w:p>
    <w:p>
      <w:pPr>
        <w:spacing w:before="0" w:after="80" w:line="300" w:lineRule="auto"/>
        <w:jc w:val="left"/>
      </w:pPr>
      <w:r>
        <w:rPr>
          <w:rFonts w:ascii="Times New Roman" w:hAnsi="Times New Roman" w:eastAsia="宋体"/>
          <w:b w:val="0"/>
          <w:i w:val="0"/>
          <w:sz w:val="21"/>
        </w:rPr>
        <w:t>两分球出手 1.5t 次，命中 0.75t 次，得分为 1.5t。</w:t>
      </w:r>
    </w:p>
    <w:p>
      <w:pPr>
        <w:spacing w:before="0" w:after="80" w:line="300" w:lineRule="auto"/>
        <w:jc w:val="left"/>
      </w:pPr>
      <w:r>
        <w:rPr>
          <w:rFonts w:ascii="Times New Roman" w:hAnsi="Times New Roman" w:eastAsia="宋体"/>
          <w:b w:val="0"/>
          <w:i w:val="0"/>
          <w:sz w:val="21"/>
        </w:rPr>
        <w:t>因此总分满足</w:t>
      </w:r>
    </w:p>
    <w:p>
      <w:pPr>
        <w:spacing w:before="0" w:after="80" w:line="300" w:lineRule="auto"/>
        <w:jc w:val="left"/>
      </w:pPr>
      <w:r>
        <w:rPr>
          <w:rFonts w:ascii="Times New Roman" w:hAnsi="Times New Roman" w:eastAsia="宋体"/>
          <w:b w:val="0"/>
          <w:i w:val="0"/>
          <w:sz w:val="21"/>
        </w:rPr>
        <w:t>2.7t=54，</w:t>
      </w:r>
    </w:p>
    <w:p>
      <w:pPr>
        <w:spacing w:before="0" w:after="80" w:line="300" w:lineRule="auto"/>
        <w:jc w:val="left"/>
      </w:pPr>
      <w:r>
        <w:rPr>
          <w:rFonts w:ascii="Times New Roman" w:hAnsi="Times New Roman" w:eastAsia="宋体"/>
          <w:b w:val="0"/>
          <w:i w:val="0"/>
          <w:sz w:val="21"/>
        </w:rPr>
        <w:t>所以 t=20。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number of three-point attempts.</w:t>
      </w:r>
    </w:p>
    <w:p>
      <w:pPr>
        <w:spacing w:before="0" w:after="80" w:line="300" w:lineRule="auto"/>
        <w:jc w:val="left"/>
      </w:pPr>
      <w:r>
        <w:rPr>
          <w:rFonts w:ascii="Times New Roman" w:hAnsi="Times New Roman" w:eastAsia="宋体"/>
          <w:b w:val="0"/>
          <w:i w:val="0"/>
          <w:color w:val="333333"/>
          <w:sz w:val="19"/>
        </w:rPr>
        <w:t>The number of made three-point shots is 0.4 t, giving 1.2t points.</w:t>
      </w:r>
    </w:p>
    <w:p>
      <w:pPr>
        <w:spacing w:before="0" w:after="80" w:line="300" w:lineRule="auto"/>
        <w:jc w:val="left"/>
      </w:pPr>
      <w:r>
        <w:rPr>
          <w:rFonts w:ascii="Times New Roman" w:hAnsi="Times New Roman" w:eastAsia="宋体"/>
          <w:b w:val="0"/>
          <w:i w:val="0"/>
          <w:color w:val="333333"/>
          <w:sz w:val="19"/>
        </w:rPr>
        <w:t>The number of two-point attempts is 1.5t, so the number made is 0.75t, giving 1.5t points.</w:t>
      </w:r>
    </w:p>
    <w:p>
      <w:pPr>
        <w:spacing w:before="0" w:after="80" w:line="300" w:lineRule="auto"/>
        <w:jc w:val="left"/>
      </w:pPr>
      <w:r>
        <w:rPr>
          <w:rFonts w:ascii="Times New Roman" w:hAnsi="Times New Roman" w:eastAsia="宋体"/>
          <w:b w:val="0"/>
          <w:i w:val="0"/>
          <w:color w:val="333333"/>
          <w:sz w:val="19"/>
        </w:rPr>
        <w:t>Thus the total number of points satisfies</w:t>
      </w:r>
    </w:p>
    <w:p>
      <w:pPr>
        <w:spacing w:before="0" w:after="80" w:line="300" w:lineRule="auto"/>
        <w:jc w:val="left"/>
      </w:pPr>
      <w:r>
        <w:rPr>
          <w:rFonts w:ascii="Times New Roman" w:hAnsi="Times New Roman" w:eastAsia="宋体"/>
          <w:b w:val="0"/>
          <w:i w:val="0"/>
          <w:color w:val="333333"/>
          <w:sz w:val="19"/>
        </w:rPr>
        <w:t>2.7t=54,</w:t>
      </w:r>
    </w:p>
    <w:p>
      <w:pPr>
        <w:spacing w:before="0" w:after="80" w:line="300" w:lineRule="auto"/>
        <w:jc w:val="left"/>
      </w:pPr>
      <w:r>
        <w:rPr>
          <w:rFonts w:ascii="Times New Roman" w:hAnsi="Times New Roman" w:eastAsia="宋体"/>
          <w:b w:val="0"/>
          <w:i w:val="0"/>
          <w:color w:val="333333"/>
          <w:sz w:val="19"/>
        </w:rPr>
        <w:t>so t=20.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方程可化为</w:t>
      </w:r>
    </w:p>
    <w:p>
      <w:pPr>
        <w:spacing w:before="0" w:after="80" w:line="300" w:lineRule="auto"/>
        <w:jc w:val="left"/>
      </w:pPr>
      <w:r>
        <w:rPr>
          <w:rFonts w:ascii="Times New Roman" w:hAnsi="Times New Roman" w:eastAsia="宋体"/>
          <w:b w:val="0"/>
          <w:i w:val="0"/>
          <w:sz w:val="21"/>
        </w:rPr>
        <w:t>x²-10x+y²+6y+34=0。</w:t>
      </w:r>
    </w:p>
    <w:p>
      <w:pPr>
        <w:spacing w:before="0" w:after="80" w:line="300" w:lineRule="auto"/>
        <w:jc w:val="left"/>
      </w:pPr>
      <w:r>
        <w:rPr>
          <w:rFonts w:ascii="Times New Roman" w:hAnsi="Times New Roman" w:eastAsia="宋体"/>
          <w:b w:val="0"/>
          <w:i w:val="0"/>
          <w:sz w:val="21"/>
        </w:rPr>
        <w:t>配方得</w:t>
      </w:r>
    </w:p>
    <w:p>
      <w:pPr>
        <w:spacing w:before="0" w:after="80" w:line="300" w:lineRule="auto"/>
        <w:jc w:val="left"/>
      </w:pPr>
      <w:r>
        <w:rPr>
          <w:rFonts w:ascii="Times New Roman" w:hAnsi="Times New Roman" w:eastAsia="宋体"/>
          <w:b w:val="0"/>
          <w:i w:val="0"/>
          <w:sz w:val="21"/>
        </w:rPr>
        <w:t>x²-10x+25+y²+6y+9</w:t>
      </w:r>
    </w:p>
    <w:p>
      <w:pPr>
        <w:spacing w:before="0" w:after="80" w:line="300" w:lineRule="auto"/>
        <w:jc w:val="left"/>
      </w:pPr>
      <w:r>
        <w:rPr>
          <w:rFonts w:ascii="Times New Roman" w:hAnsi="Times New Roman" w:eastAsia="宋体"/>
          <w:b w:val="0"/>
          <w:i w:val="0"/>
          <w:sz w:val="21"/>
        </w:rPr>
        <w:t>=(x-5)²+(y+3)²</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两个平方项都非负，而它们的和为 0，所以两者都等于 0，即</w:t>
      </w:r>
    </w:p>
    <w:p>
      <w:pPr>
        <w:spacing w:before="0" w:after="80" w:line="300" w:lineRule="auto"/>
        <w:jc w:val="left"/>
      </w:pPr>
      <w:r>
        <w:rPr>
          <w:rFonts w:ascii="Times New Roman" w:hAnsi="Times New Roman" w:eastAsia="宋体"/>
          <w:b w:val="0"/>
          <w:i w:val="0"/>
          <w:sz w:val="21"/>
        </w:rPr>
        <w:t>(x-5)² = (y+3)²=0。</w:t>
      </w:r>
    </w:p>
    <w:p>
      <w:pPr>
        <w:spacing w:before="0" w:after="80" w:line="300" w:lineRule="auto"/>
        <w:jc w:val="left"/>
      </w:pPr>
      <w:r>
        <w:rPr>
          <w:rFonts w:ascii="Times New Roman" w:hAnsi="Times New Roman" w:eastAsia="宋体"/>
          <w:b w:val="0"/>
          <w:i w:val="0"/>
          <w:sz w:val="21"/>
        </w:rPr>
        <w:t>因此 x=5,y=-3，所以 x+y=2。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can be rewritten as</w:t>
      </w:r>
    </w:p>
    <w:p>
      <w:pPr>
        <w:spacing w:before="0" w:after="80" w:line="300" w:lineRule="auto"/>
        <w:jc w:val="left"/>
      </w:pPr>
      <w:r>
        <w:rPr>
          <w:rFonts w:ascii="Times New Roman" w:hAnsi="Times New Roman" w:eastAsia="宋体"/>
          <w:b w:val="0"/>
          <w:i w:val="0"/>
          <w:color w:val="333333"/>
          <w:sz w:val="19"/>
        </w:rPr>
        <w:t>x²-10x+y²+6y+34=0.</w:t>
      </w:r>
    </w:p>
    <w:p>
      <w:pPr>
        <w:spacing w:before="0" w:after="80" w:line="300" w:lineRule="auto"/>
        <w:jc w:val="left"/>
      </w:pPr>
      <w:r>
        <w:rPr>
          <w:rFonts w:ascii="Times New Roman" w:hAnsi="Times New Roman" w:eastAsia="宋体"/>
          <w:b w:val="0"/>
          <w:i w:val="0"/>
          <w:color w:val="333333"/>
          <w:sz w:val="19"/>
        </w:rPr>
        <w:t>Completing the square yields</w:t>
      </w:r>
    </w:p>
    <w:p>
      <w:pPr>
        <w:spacing w:before="0" w:after="80" w:line="300" w:lineRule="auto"/>
        <w:jc w:val="left"/>
      </w:pPr>
      <w:r>
        <w:rPr>
          <w:rFonts w:ascii="Times New Roman" w:hAnsi="Times New Roman" w:eastAsia="宋体"/>
          <w:b w:val="0"/>
          <w:i w:val="0"/>
          <w:color w:val="333333"/>
          <w:sz w:val="19"/>
        </w:rPr>
        <w:t>x²-10x+25+y²+6y+9</w:t>
      </w:r>
    </w:p>
    <w:p>
      <w:pPr>
        <w:spacing w:before="0" w:after="80" w:line="300" w:lineRule="auto"/>
        <w:jc w:val="left"/>
      </w:pPr>
      <w:r>
        <w:rPr>
          <w:rFonts w:ascii="Times New Roman" w:hAnsi="Times New Roman" w:eastAsia="宋体"/>
          <w:b w:val="0"/>
          <w:i w:val="0"/>
          <w:color w:val="333333"/>
          <w:sz w:val="19"/>
        </w:rPr>
        <w:t>=(x-5)²+(y+3)²</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Since both squared terms are nonnegative and their sum is 0, both must be 0. Thus</w:t>
      </w:r>
    </w:p>
    <w:p>
      <w:pPr>
        <w:spacing w:before="0" w:after="80" w:line="300" w:lineRule="auto"/>
        <w:jc w:val="left"/>
      </w:pPr>
      <w:r>
        <w:rPr>
          <w:rFonts w:ascii="Times New Roman" w:hAnsi="Times New Roman" w:eastAsia="宋体"/>
          <w:b w:val="0"/>
          <w:i w:val="0"/>
          <w:color w:val="333333"/>
          <w:sz w:val="19"/>
        </w:rPr>
        <w:t>(x-5)² = (y+3)²=0.</w:t>
      </w:r>
    </w:p>
    <w:p>
      <w:pPr>
        <w:spacing w:before="0" w:after="80" w:line="300" w:lineRule="auto"/>
        <w:jc w:val="left"/>
      </w:pPr>
      <w:r>
        <w:rPr>
          <w:rFonts w:ascii="Times New Roman" w:hAnsi="Times New Roman" w:eastAsia="宋体"/>
          <w:b w:val="0"/>
          <w:i w:val="0"/>
          <w:color w:val="333333"/>
          <w:sz w:val="19"/>
        </w:rPr>
        <w:t>Therefore, x=5,y=-3, so x+y=2.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正五边形有 5 条边，长度相同；还有 5 条对角线，长度也相同。</w:t>
      </w:r>
    </w:p>
    <w:p>
      <w:pPr>
        <w:spacing w:before="0" w:after="80" w:line="300" w:lineRule="auto"/>
        <w:jc w:val="left"/>
      </w:pPr>
      <w:r>
        <w:rPr>
          <w:rFonts w:ascii="Times New Roman" w:hAnsi="Times New Roman" w:eastAsia="宋体"/>
          <w:b w:val="0"/>
          <w:i w:val="0"/>
          <w:sz w:val="21"/>
        </w:rPr>
        <w:t>选出第一条后，剩下 9 条线段，其中恰有 4 条与第一条同长。</w:t>
      </w:r>
    </w:p>
    <w:p>
      <w:pPr>
        <w:spacing w:before="0" w:after="80" w:line="300" w:lineRule="auto"/>
        <w:jc w:val="left"/>
      </w:pPr>
      <w:r>
        <w:rPr>
          <w:rFonts w:ascii="Times New Roman" w:hAnsi="Times New Roman" w:eastAsia="宋体"/>
          <w:b w:val="0"/>
          <w:i w:val="0"/>
          <w:sz w:val="21"/>
        </w:rPr>
        <w:t>因此概率为 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pentagon has 5 sides of one length and 5 diagonals of another length.</w:t>
      </w:r>
    </w:p>
    <w:p>
      <w:pPr>
        <w:spacing w:before="0" w:after="80" w:line="300" w:lineRule="auto"/>
        <w:jc w:val="left"/>
      </w:pPr>
      <w:r>
        <w:rPr>
          <w:rFonts w:ascii="Times New Roman" w:hAnsi="Times New Roman" w:eastAsia="宋体"/>
          <w:b w:val="0"/>
          <w:i w:val="0"/>
          <w:color w:val="333333"/>
          <w:sz w:val="19"/>
        </w:rPr>
        <w:t>After the first segment is chosen, there are 9 segments left, and exactly 4 of them have the same length as the first chosen segment.</w:t>
      </w:r>
    </w:p>
    <w:p>
      <w:pPr>
        <w:spacing w:before="0" w:after="80" w:line="300" w:lineRule="auto"/>
        <w:jc w:val="left"/>
      </w:pPr>
      <w:r>
        <w:rPr>
          <w:rFonts w:ascii="Times New Roman" w:hAnsi="Times New Roman" w:eastAsia="宋体"/>
          <w:b w:val="0"/>
          <w:i w:val="0"/>
          <w:color w:val="333333"/>
          <w:sz w:val="19"/>
        </w:rPr>
        <w:t>Therefore the probability is 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报完以 n 结尾的这一轮时，说出的数的总个数为</w:t>
      </w:r>
    </w:p>
    <w:p>
      <w:pPr>
        <w:spacing w:before="0" w:after="80" w:line="300" w:lineRule="auto"/>
        <w:jc w:val="left"/>
      </w:pPr>
      <w:r>
        <w:rPr>
          <w:rFonts w:ascii="Times New Roman" w:hAnsi="Times New Roman" w:eastAsia="宋体"/>
          <w:b w:val="0"/>
          <w:i w:val="0"/>
          <w:sz w:val="21"/>
        </w:rPr>
        <w:t>1+2+⋯+n=(n(n+1))/2。</w:t>
      </w:r>
    </w:p>
    <w:p>
      <w:pPr>
        <w:spacing w:before="0" w:after="80" w:line="300" w:lineRule="auto"/>
        <w:jc w:val="left"/>
      </w:pPr>
      <w:r>
        <w:rPr>
          <w:rFonts w:ascii="Times New Roman" w:hAnsi="Times New Roman" w:eastAsia="宋体"/>
          <w:b w:val="0"/>
          <w:i w:val="0"/>
          <w:sz w:val="21"/>
        </w:rPr>
        <w:t>报完以 9 结尾的这一轮后，恰好说了 (9·10)/2=45 个数。下一轮报的是 1,2,…,10，其中第八项就是总序列中的第 53 个数，所以这个数是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Through the turn ending with n, the total number of numbers spoken is</w:t>
      </w:r>
    </w:p>
    <w:p>
      <w:pPr>
        <w:spacing w:before="0" w:after="80" w:line="300" w:lineRule="auto"/>
        <w:jc w:val="left"/>
      </w:pPr>
      <w:r>
        <w:rPr>
          <w:rFonts w:ascii="Times New Roman" w:hAnsi="Times New Roman" w:eastAsia="宋体"/>
          <w:b w:val="0"/>
          <w:i w:val="0"/>
          <w:color w:val="333333"/>
          <w:sz w:val="19"/>
        </w:rPr>
        <w:t>1+2+⋯+n=(n(n+1))/2.</w:t>
      </w:r>
    </w:p>
    <w:p>
      <w:pPr>
        <w:spacing w:before="0" w:after="80" w:line="300" w:lineRule="auto"/>
        <w:jc w:val="left"/>
      </w:pPr>
      <w:r>
        <w:rPr>
          <w:rFonts w:ascii="Times New Roman" w:hAnsi="Times New Roman" w:eastAsia="宋体"/>
          <w:b w:val="0"/>
          <w:i w:val="0"/>
          <w:color w:val="333333"/>
          <w:sz w:val="19"/>
        </w:rPr>
        <w:t>After the turn ending with 9, exactly (9·10)/2=45 numbers have been spoken. The next turn is the list 1,2,…,10, so its eighth entry is the 53rd number spoken. That entry is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条件 xclubsuit y=yclubsuit x 展开为 x²y-xy²=y²x-yx²。</w:t>
      </w:r>
    </w:p>
    <w:p>
      <w:pPr>
        <w:spacing w:before="0" w:after="80" w:line="300" w:lineRule="auto"/>
        <w:jc w:val="left"/>
      </w:pPr>
      <w:r>
        <w:rPr>
          <w:rFonts w:ascii="Times New Roman" w:hAnsi="Times New Roman" w:eastAsia="宋体"/>
          <w:b w:val="0"/>
          <w:i w:val="0"/>
          <w:sz w:val="21"/>
        </w:rPr>
        <w:t>合并同类项并因式分解得 2x²y-2xy²=2xy(x-y)=0。</w:t>
      </w:r>
    </w:p>
    <w:p>
      <w:pPr>
        <w:spacing w:before="0" w:after="80" w:line="300" w:lineRule="auto"/>
        <w:jc w:val="left"/>
      </w:pPr>
      <w:r>
        <w:rPr>
          <w:rFonts w:ascii="Times New Roman" w:hAnsi="Times New Roman" w:eastAsia="宋体"/>
          <w:b w:val="0"/>
          <w:i w:val="0"/>
          <w:sz w:val="21"/>
        </w:rPr>
        <w:t>因此 x=0、y=0 或 x=y，这是三条直线。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 xclubsuit y=yclubsuit x, so x²y-xy²=y²x-yx².</w:t>
      </w:r>
    </w:p>
    <w:p>
      <w:pPr>
        <w:spacing w:before="0" w:after="80" w:line="300" w:lineRule="auto"/>
        <w:jc w:val="left"/>
      </w:pPr>
      <w:r>
        <w:rPr>
          <w:rFonts w:ascii="Times New Roman" w:hAnsi="Times New Roman" w:eastAsia="宋体"/>
          <w:b w:val="0"/>
          <w:i w:val="0"/>
          <w:color w:val="333333"/>
          <w:sz w:val="19"/>
        </w:rPr>
        <w:t>Combining like terms gives 2x²y-2xy²=2xy(x-y)=0.</w:t>
      </w:r>
    </w:p>
    <w:p>
      <w:pPr>
        <w:spacing w:before="0" w:after="80" w:line="300" w:lineRule="auto"/>
        <w:jc w:val="left"/>
      </w:pPr>
      <w:r>
        <w:rPr>
          <w:rFonts w:ascii="Times New Roman" w:hAnsi="Times New Roman" w:eastAsia="宋体"/>
          <w:b w:val="0"/>
          <w:i w:val="0"/>
          <w:color w:val="333333"/>
          <w:sz w:val="19"/>
        </w:rPr>
        <w:t>Thus x=0, y=0, or x=y. These are three lines.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设等边三角形的边长为 s，面积为 A。则 a=3s。</w:t>
      </w:r>
    </w:p>
    <w:p>
      <w:pPr>
        <w:spacing w:before="0" w:after="80" w:line="300" w:lineRule="auto"/>
        <w:jc w:val="left"/>
      </w:pPr>
      <w:r>
        <w:rPr>
          <w:rFonts w:ascii="Times New Roman" w:hAnsi="Times New Roman" w:eastAsia="宋体"/>
          <w:b w:val="0"/>
          <w:i w:val="0"/>
          <w:sz w:val="21"/>
        </w:rPr>
        <w:t>边长为 s 的正六边形由 6 个边长为 s 的等边三角形组成，面积为 6A。</w:t>
      </w:r>
    </w:p>
    <w:p>
      <w:pPr>
        <w:spacing w:before="0" w:after="80" w:line="300" w:lineRule="auto"/>
        <w:jc w:val="left"/>
      </w:pPr>
      <w:r>
        <w:rPr>
          <w:rFonts w:ascii="Times New Roman" w:hAnsi="Times New Roman" w:eastAsia="宋体"/>
          <w:b w:val="0"/>
          <w:i w:val="0"/>
          <w:sz w:val="21"/>
        </w:rPr>
        <w:t>若正六边形面积也为 A，它的边长应为 s/(√(6)) ，所以</w:t>
      </w:r>
    </w:p>
    <w:p>
      <w:pPr>
        <w:spacing w:before="0" w:after="80" w:line="300" w:lineRule="auto"/>
        <w:jc w:val="left"/>
      </w:pPr>
      <w:r>
        <w:rPr>
          <w:rFonts w:ascii="Times New Roman" w:hAnsi="Times New Roman" w:eastAsia="宋体"/>
          <w:b w:val="0"/>
          <w:i w:val="0"/>
          <w:sz w:val="21"/>
        </w:rPr>
        <w:t>b = 6· s/(√(6)) = s√(6)。</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a/b = 3s/(s√(6)) = (3 √(6))/6 = (√(6))/2。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side length of the equilateral triangle and A its area. Then a=3s.</w:t>
      </w:r>
    </w:p>
    <w:p>
      <w:pPr>
        <w:spacing w:before="0" w:after="80" w:line="300" w:lineRule="auto"/>
        <w:jc w:val="left"/>
      </w:pPr>
      <w:r>
        <w:rPr>
          <w:rFonts w:ascii="Times New Roman" w:hAnsi="Times New Roman" w:eastAsia="宋体"/>
          <w:b w:val="0"/>
          <w:i w:val="0"/>
          <w:color w:val="333333"/>
          <w:sz w:val="19"/>
        </w:rPr>
        <w:t>A regular hexagon of side length s consists of 6 equilateral triangles of side length s, so its area is 6A.</w:t>
      </w:r>
    </w:p>
    <w:p>
      <w:pPr>
        <w:spacing w:before="0" w:after="80" w:line="300" w:lineRule="auto"/>
        <w:jc w:val="left"/>
      </w:pPr>
      <w:r>
        <w:rPr>
          <w:rFonts w:ascii="Times New Roman" w:hAnsi="Times New Roman" w:eastAsia="宋体"/>
          <w:b w:val="0"/>
          <w:i w:val="0"/>
          <w:color w:val="333333"/>
          <w:sz w:val="19"/>
        </w:rPr>
        <w:t>Therefore, a regular hexagon of area A has side length s/(√(6)). Hence</w:t>
      </w:r>
    </w:p>
    <w:p>
      <w:pPr>
        <w:spacing w:before="0" w:after="80" w:line="300" w:lineRule="auto"/>
        <w:jc w:val="left"/>
      </w:pPr>
      <w:r>
        <w:rPr>
          <w:rFonts w:ascii="Times New Roman" w:hAnsi="Times New Roman" w:eastAsia="宋体"/>
          <w:b w:val="0"/>
          <w:i w:val="0"/>
          <w:color w:val="333333"/>
          <w:sz w:val="19"/>
        </w:rPr>
        <w:t>b = 6· s/(√(6)) = s√(6).</w:t>
      </w:r>
    </w:p>
    <w:p>
      <w:pPr>
        <w:spacing w:before="0" w:after="80" w:line="300" w:lineRule="auto"/>
        <w:jc w:val="left"/>
      </w:pPr>
      <w:r>
        <w:rPr>
          <w:rFonts w:ascii="Times New Roman" w:hAnsi="Times New Roman" w:eastAsia="宋体"/>
          <w:b w:val="0"/>
          <w:i w:val="0"/>
          <w:color w:val="333333"/>
          <w:sz w:val="19"/>
        </w:rPr>
        <w:t>It follows that</w:t>
      </w:r>
    </w:p>
    <w:p>
      <w:pPr>
        <w:spacing w:before="0" w:after="80" w:line="300" w:lineRule="auto"/>
        <w:jc w:val="left"/>
      </w:pPr>
      <w:r>
        <w:rPr>
          <w:rFonts w:ascii="Times New Roman" w:hAnsi="Times New Roman" w:eastAsia="宋体"/>
          <w:b w:val="0"/>
          <w:i w:val="0"/>
          <w:color w:val="333333"/>
          <w:sz w:val="19"/>
        </w:rPr>
        <w:t>a/b = 3s/(s√(6)) = (3 √(6))/6 = (√(6))/2.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80" w:after="80"/>
        <w:jc w:val="center"/>
      </w:pPr>
      <w:r>
        <w:drawing>
          <wp:inline xmlns:a="http://schemas.openxmlformats.org/drawingml/2006/main" xmlns:pic="http://schemas.openxmlformats.org/drawingml/2006/picture">
            <wp:extent cx="2007523" cy="1148062"/>
            <wp:docPr id="7" name="Picture 7"/>
            <wp:cNvGraphicFramePr>
              <a:graphicFrameLocks noChangeAspect="1"/>
            </wp:cNvGraphicFramePr>
            <a:graphic>
              <a:graphicData uri="http://schemas.openxmlformats.org/drawingml/2006/picture">
                <pic:pic>
                  <pic:nvPicPr>
                    <pic:cNvPr id="0" name="q16-1@300dpi.png"/>
                    <pic:cNvPicPr/>
                  </pic:nvPicPr>
                  <pic:blipFill>
                    <a:blip r:embed="rId9"/>
                    <a:stretch>
                      <a:fillRect/>
                    </a:stretch>
                  </pic:blipFill>
                  <pic:spPr>
                    <a:xfrm>
                      <a:off x="0" y="0"/>
                      <a:ext cx="2007523" cy="1148062"/>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PE:PD:DE=1.5:2:2.5 =3:4:5，所以三角形 DPE 在 P 处为直角，即两条中线 AD 和 CE 互相垂直。</w:t>
      </w:r>
    </w:p>
    <w:p>
      <w:pPr>
        <w:spacing w:before="0" w:after="80" w:line="300" w:lineRule="auto"/>
        <w:jc w:val="left"/>
      </w:pPr>
      <w:r>
        <w:rPr>
          <w:rFonts w:ascii="Times New Roman" w:hAnsi="Times New Roman" w:eastAsia="宋体"/>
          <w:b w:val="0"/>
          <w:i w:val="0"/>
          <w:sz w:val="21"/>
        </w:rPr>
        <w:t>重心把每条中线按 2:1 分割，所以 CE=3· PE=4.5，AD=3· PD=6。</w:t>
      </w:r>
    </w:p>
    <w:p>
      <w:pPr>
        <w:spacing w:before="0" w:after="80" w:line="300" w:lineRule="auto"/>
        <w:jc w:val="left"/>
      </w:pPr>
      <w:r>
        <w:rPr>
          <w:rFonts w:ascii="Times New Roman" w:hAnsi="Times New Roman" w:eastAsia="宋体"/>
          <w:b w:val="0"/>
          <w:i w:val="0"/>
          <w:sz w:val="21"/>
        </w:rPr>
        <w:t>四边形 AEDC 的对角线 AD 与 CE 垂直，面积为 1/2(AD)(CE)=1/2·6·4.5=13.5。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007523" cy="1148062"/>
            <wp:docPr id="8" name="Picture 8"/>
            <wp:cNvGraphicFramePr>
              <a:graphicFrameLocks noChangeAspect="1"/>
            </wp:cNvGraphicFramePr>
            <a:graphic>
              <a:graphicData uri="http://schemas.openxmlformats.org/drawingml/2006/picture">
                <pic:pic>
                  <pic:nvPicPr>
                    <pic:cNvPr id="0" name="q16-1@300dpi.png"/>
                    <pic:cNvPicPr/>
                  </pic:nvPicPr>
                  <pic:blipFill>
                    <a:blip r:embed="rId9"/>
                    <a:stretch>
                      <a:fillRect/>
                    </a:stretch>
                  </pic:blipFill>
                  <pic:spPr>
                    <a:xfrm>
                      <a:off x="0" y="0"/>
                      <a:ext cx="2007523" cy="114806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PE:PD:DE=1.5:2:2.5 =3:4:5, triangle DPE is right at P. Thus medians AD and CE are perpendicular.</w:t>
      </w:r>
    </w:p>
    <w:p>
      <w:pPr>
        <w:spacing w:before="0" w:after="80" w:line="300" w:lineRule="auto"/>
        <w:jc w:val="left"/>
      </w:pPr>
      <w:r>
        <w:rPr>
          <w:rFonts w:ascii="Times New Roman" w:hAnsi="Times New Roman" w:eastAsia="宋体"/>
          <w:b w:val="0"/>
          <w:i w:val="0"/>
          <w:color w:val="333333"/>
          <w:sz w:val="19"/>
        </w:rPr>
        <w:t>The centroid divides each median in a 2:1 ratio, so CE=3· PE=4.5 and AD=3· PD=6.</w:t>
      </w:r>
    </w:p>
    <w:p>
      <w:pPr>
        <w:spacing w:before="0" w:after="80" w:line="300" w:lineRule="auto"/>
        <w:jc w:val="left"/>
      </w:pPr>
      <w:r>
        <w:rPr>
          <w:rFonts w:ascii="Times New Roman" w:hAnsi="Times New Roman" w:eastAsia="宋体"/>
          <w:b w:val="0"/>
          <w:i w:val="0"/>
          <w:color w:val="333333"/>
          <w:sz w:val="19"/>
        </w:rPr>
        <w:t>Quadrilateral AEDC has perpendicular diagonals AD and CE, so its area is 1/2(AD)(CE)=1/2·6·4.5=13.5.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设红色摊位交换 m 次，蓝色摊位交换 n 次。</w:t>
      </w:r>
    </w:p>
    <w:p>
      <w:pPr>
        <w:spacing w:before="0" w:after="80" w:line="300" w:lineRule="auto"/>
        <w:jc w:val="left"/>
      </w:pPr>
      <w:r>
        <w:rPr>
          <w:rFonts w:ascii="Times New Roman" w:hAnsi="Times New Roman" w:eastAsia="宋体"/>
          <w:b w:val="0"/>
          <w:i w:val="0"/>
          <w:sz w:val="21"/>
        </w:rPr>
        <w:t>最后红色和蓝色代币数分别为 75-2m+n 和 75+m-3n。结束时必须红色少于 2 个、蓝色少于 3 个。</w:t>
      </w:r>
    </w:p>
    <w:p>
      <w:pPr>
        <w:spacing w:before="0" w:after="80" w:line="300" w:lineRule="auto"/>
        <w:jc w:val="left"/>
      </w:pPr>
      <w:r>
        <w:rPr>
          <w:rFonts w:ascii="Times New Roman" w:hAnsi="Times New Roman" w:eastAsia="宋体"/>
          <w:b w:val="0"/>
          <w:i w:val="0"/>
          <w:sz w:val="21"/>
        </w:rPr>
        <w:t>求解这些终止情况，只得到两组候选终态：(1,2)，对应 (m,n)=(59,44)；或 (0,0)，对应 (m,n)=(60,45)。</w:t>
      </w:r>
    </w:p>
    <w:p>
      <w:pPr>
        <w:spacing w:before="0" w:after="80" w:line="300" w:lineRule="auto"/>
        <w:jc w:val="left"/>
      </w:pPr>
      <w:r>
        <w:rPr>
          <w:rFonts w:ascii="Times New Roman" w:hAnsi="Times New Roman" w:eastAsia="宋体"/>
          <w:b w:val="0"/>
          <w:i w:val="0"/>
          <w:sz w:val="21"/>
        </w:rPr>
        <w:t>终态 (0,0) 不可能，因为最后一次交换一定会产生一个蓝色或一个红色代币。</w:t>
      </w:r>
    </w:p>
    <w:p>
      <w:pPr>
        <w:spacing w:before="0" w:after="80" w:line="300" w:lineRule="auto"/>
        <w:jc w:val="left"/>
      </w:pPr>
      <w:r>
        <w:rPr>
          <w:rFonts w:ascii="Times New Roman" w:hAnsi="Times New Roman" w:eastAsia="宋体"/>
          <w:b w:val="0"/>
          <w:i w:val="0"/>
          <w:sz w:val="21"/>
        </w:rPr>
        <w:t>终态 (1,2) 可以达到。从红、蓝代币数 (75,75) 开始，先在蓝色摊位交换 25 次，再在红色摊位交换 50 次，接着依次在蓝色摊位交换 16 次、红色摊位交换 8 次、蓝色摊位交换 3 次，最后在红色摊位交换 1 次。每个阶段的红、蓝代币数依次为</w:t>
      </w:r>
    </w:p>
    <w:p>
      <w:pPr>
        <w:spacing w:before="0" w:after="80" w:line="300" w:lineRule="auto"/>
        <w:jc w:val="left"/>
      </w:pPr>
      <w:r>
        <w:rPr>
          <w:rFonts w:ascii="Times New Roman" w:hAnsi="Times New Roman" w:eastAsia="宋体"/>
          <w:b w:val="0"/>
          <w:i w:val="0"/>
          <w:sz w:val="21"/>
        </w:rPr>
        <w:t>(100,0),(0,50),(16,2),</w:t>
      </w:r>
    </w:p>
    <w:p>
      <w:pPr>
        <w:spacing w:before="0" w:after="80" w:line="300" w:lineRule="auto"/>
        <w:jc w:val="left"/>
      </w:pPr>
      <w:r>
        <w:rPr>
          <w:rFonts w:ascii="Times New Roman" w:hAnsi="Times New Roman" w:eastAsia="宋体"/>
          <w:b w:val="0"/>
          <w:i w:val="0"/>
          <w:sz w:val="21"/>
        </w:rPr>
        <w:t>(0,10),(3,1),(1,2)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Alex 最后有 59+44=103 个银色代币，正确答案是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Alex makes m exchanges at the red-token booth and n exchanges at the blue-token booth.</w:t>
      </w:r>
    </w:p>
    <w:p>
      <w:pPr>
        <w:spacing w:before="0" w:after="80" w:line="300" w:lineRule="auto"/>
        <w:jc w:val="left"/>
      </w:pPr>
      <w:r>
        <w:rPr>
          <w:rFonts w:ascii="Times New Roman" w:hAnsi="Times New Roman" w:eastAsia="宋体"/>
          <w:b w:val="0"/>
          <w:i w:val="0"/>
          <w:color w:val="333333"/>
          <w:sz w:val="19"/>
        </w:rPr>
        <w:t>He then has 75-2m+n red tokens and 75+m-3n blue tokens. At the end he must have fewer than 2 red tokens and fewer than 3 blue tokens.</w:t>
      </w:r>
    </w:p>
    <w:p>
      <w:pPr>
        <w:spacing w:before="0" w:after="80" w:line="300" w:lineRule="auto"/>
        <w:jc w:val="left"/>
      </w:pPr>
      <w:r>
        <w:rPr>
          <w:rFonts w:ascii="Times New Roman" w:hAnsi="Times New Roman" w:eastAsia="宋体"/>
          <w:b w:val="0"/>
          <w:i w:val="0"/>
          <w:color w:val="333333"/>
          <w:sz w:val="19"/>
        </w:rPr>
        <w:t>Solving these terminal possibilities gives only two candidate final token counts: (1,2), which comes from (m,n)=(59,44), or (0,0), which comes from (m,n)=(60,45).</w:t>
      </w:r>
    </w:p>
    <w:p>
      <w:pPr>
        <w:spacing w:before="0" w:after="80" w:line="300" w:lineRule="auto"/>
        <w:jc w:val="left"/>
      </w:pPr>
      <w:r>
        <w:rPr>
          <w:rFonts w:ascii="Times New Roman" w:hAnsi="Times New Roman" w:eastAsia="宋体"/>
          <w:b w:val="0"/>
          <w:i w:val="0"/>
          <w:color w:val="333333"/>
          <w:sz w:val="19"/>
        </w:rPr>
        <w:t>The final count (0,0) is impossible, because the last exchange would always create either one blue token or one red token.</w:t>
      </w:r>
    </w:p>
    <w:p>
      <w:pPr>
        <w:spacing w:before="0" w:after="80" w:line="300" w:lineRule="auto"/>
        <w:jc w:val="left"/>
      </w:pPr>
      <w:r>
        <w:rPr>
          <w:rFonts w:ascii="Times New Roman" w:hAnsi="Times New Roman" w:eastAsia="宋体"/>
          <w:b w:val="0"/>
          <w:i w:val="0"/>
          <w:color w:val="333333"/>
          <w:sz w:val="19"/>
        </w:rPr>
        <w:t>The final count (1,2) is attainable. Starting from (75,75) red and blue tokens, make 25 blue-booth exchanges, then 50 red-booth exchanges, then 16 blue-booth exchanges, then 8 red-booth exchanges, then 3 blue-booth exchanges, and finally 1 red-booth exchange. The red-blue counts become</w:t>
      </w:r>
    </w:p>
    <w:p>
      <w:pPr>
        <w:spacing w:before="0" w:after="80" w:line="300" w:lineRule="auto"/>
        <w:jc w:val="left"/>
      </w:pPr>
      <w:r>
        <w:rPr>
          <w:rFonts w:ascii="Times New Roman" w:hAnsi="Times New Roman" w:eastAsia="宋体"/>
          <w:b w:val="0"/>
          <w:i w:val="0"/>
          <w:color w:val="333333"/>
          <w:sz w:val="19"/>
        </w:rPr>
        <w:t>(100,0),(0,50),(16,2),</w:t>
      </w:r>
    </w:p>
    <w:p>
      <w:pPr>
        <w:spacing w:before="0" w:after="80" w:line="300" w:lineRule="auto"/>
        <w:jc w:val="left"/>
      </w:pPr>
      <w:r>
        <w:rPr>
          <w:rFonts w:ascii="Times New Roman" w:hAnsi="Times New Roman" w:eastAsia="宋体"/>
          <w:b w:val="0"/>
          <w:i w:val="0"/>
          <w:color w:val="333333"/>
          <w:sz w:val="19"/>
        </w:rPr>
        <w:t>(0,10),(3,1),(1,2).</w:t>
      </w:r>
    </w:p>
    <w:p>
      <w:pPr>
        <w:spacing w:before="0" w:after="80" w:line="300" w:lineRule="auto"/>
        <w:jc w:val="left"/>
      </w:pPr>
      <w:r>
        <w:rPr>
          <w:rFonts w:ascii="Times New Roman" w:hAnsi="Times New Roman" w:eastAsia="宋体"/>
          <w:b w:val="0"/>
          <w:i w:val="0"/>
          <w:color w:val="333333"/>
          <w:sz w:val="19"/>
        </w:rPr>
        <w:t>Therefore Alex ends with 59+44=103 silver tokens,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给定前三位数字时，如果它们的和不超过 9，就能确定一个满足条件的数。</w:t>
      </w:r>
    </w:p>
    <w:p>
      <w:pPr>
        <w:spacing w:before="0" w:after="80" w:line="300" w:lineRule="auto"/>
        <w:jc w:val="left"/>
      </w:pPr>
      <w:r>
        <w:rPr>
          <w:rFonts w:ascii="Times New Roman" w:hAnsi="Times New Roman" w:eastAsia="宋体"/>
          <w:b w:val="0"/>
          <w:i w:val="0"/>
          <w:sz w:val="21"/>
        </w:rPr>
        <w:t>按千位数字分类讨论。</w:t>
      </w:r>
    </w:p>
    <w:p>
      <w:pPr>
        <w:spacing w:before="0" w:after="80" w:line="300" w:lineRule="auto"/>
        <w:jc w:val="left"/>
      </w:pPr>
      <w:r>
        <w:rPr>
          <w:rFonts w:ascii="Times New Roman" w:hAnsi="Times New Roman" w:eastAsia="宋体"/>
          <w:b w:val="0"/>
          <w:i w:val="0"/>
          <w:sz w:val="21"/>
        </w:rPr>
        <w:t>如果千位是 1，那么百位和十位数字之和必须不超过 8。设其和为 s，则有 s+1 种取法，因为百位数字可以从 0 到 s。</w:t>
      </w:r>
    </w:p>
    <w:p>
      <w:pPr>
        <w:spacing w:before="0" w:after="80" w:line="300" w:lineRule="auto"/>
        <w:jc w:val="left"/>
      </w:pPr>
      <w:r>
        <w:rPr>
          <w:rFonts w:ascii="Times New Roman" w:hAnsi="Times New Roman" w:eastAsia="宋体"/>
          <w:b w:val="0"/>
          <w:i w:val="0"/>
          <w:sz w:val="21"/>
        </w:rPr>
        <w:t>因此这一情形给出第九个三角数：</w:t>
      </w:r>
    </w:p>
    <w:p>
      <w:pPr>
        <w:spacing w:before="0" w:after="80" w:line="300" w:lineRule="auto"/>
        <w:jc w:val="left"/>
      </w:pPr>
      <w:r>
        <w:rPr>
          <w:rFonts w:ascii="Times New Roman" w:hAnsi="Times New Roman" w:eastAsia="宋体"/>
          <w:b w:val="0"/>
          <w:i w:val="0"/>
          <w:sz w:val="21"/>
        </w:rPr>
        <w:t>(9· 10)/2 =45。</w:t>
      </w:r>
    </w:p>
    <w:p>
      <w:pPr>
        <w:spacing w:before="0" w:after="80" w:line="300" w:lineRule="auto"/>
        <w:jc w:val="left"/>
      </w:pPr>
      <w:r>
        <w:rPr>
          <w:rFonts w:ascii="Times New Roman" w:hAnsi="Times New Roman" w:eastAsia="宋体"/>
          <w:b w:val="0"/>
          <w:i w:val="0"/>
          <w:sz w:val="21"/>
        </w:rPr>
        <w:t>如果千位是 2，那么小于 2013 的数中只有 2002 满足条件，所以总数为 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Once the first three digits are given, their sum determines the units digit, provided that the sum is at most 9.</w:t>
      </w:r>
    </w:p>
    <w:p>
      <w:pPr>
        <w:spacing w:before="0" w:after="80" w:line="300" w:lineRule="auto"/>
        <w:jc w:val="left"/>
      </w:pPr>
      <w:r>
        <w:rPr>
          <w:rFonts w:ascii="Times New Roman" w:hAnsi="Times New Roman" w:eastAsia="宋体"/>
          <w:b w:val="0"/>
          <w:i w:val="0"/>
          <w:color w:val="333333"/>
          <w:sz w:val="19"/>
        </w:rPr>
        <w:t>We separate the possibilities according to the thousands digit.</w:t>
      </w:r>
    </w:p>
    <w:p>
      <w:pPr>
        <w:spacing w:before="0" w:after="80" w:line="300" w:lineRule="auto"/>
        <w:jc w:val="left"/>
      </w:pPr>
      <w:r>
        <w:rPr>
          <w:rFonts w:ascii="Times New Roman" w:hAnsi="Times New Roman" w:eastAsia="宋体"/>
          <w:b w:val="0"/>
          <w:i w:val="0"/>
          <w:color w:val="333333"/>
          <w:sz w:val="19"/>
        </w:rPr>
        <w:t>If the thousands digit is 1, then the sum of the hundreds and tens digits must be at most 8. For each possible sum s, there are s+1 choices, because the hundreds digit can range from 0 to s.</w:t>
      </w:r>
    </w:p>
    <w:p>
      <w:pPr>
        <w:spacing w:before="0" w:after="80" w:line="300" w:lineRule="auto"/>
        <w:jc w:val="left"/>
      </w:pPr>
      <w:r>
        <w:rPr>
          <w:rFonts w:ascii="Times New Roman" w:hAnsi="Times New Roman" w:eastAsia="宋体"/>
          <w:b w:val="0"/>
          <w:i w:val="0"/>
          <w:color w:val="333333"/>
          <w:sz w:val="19"/>
        </w:rPr>
        <w:t>Thus, this case gives the ninth triangular number:</w:t>
      </w:r>
    </w:p>
    <w:p>
      <w:pPr>
        <w:spacing w:before="0" w:after="80" w:line="300" w:lineRule="auto"/>
        <w:jc w:val="left"/>
      </w:pPr>
      <w:r>
        <w:rPr>
          <w:rFonts w:ascii="Times New Roman" w:hAnsi="Times New Roman" w:eastAsia="宋体"/>
          <w:b w:val="0"/>
          <w:i w:val="0"/>
          <w:color w:val="333333"/>
          <w:sz w:val="19"/>
        </w:rPr>
        <w:t>(9· 10)/2 =45.</w:t>
      </w:r>
    </w:p>
    <w:p>
      <w:pPr>
        <w:spacing w:before="0" w:after="80" w:line="300" w:lineRule="auto"/>
        <w:jc w:val="left"/>
      </w:pPr>
      <w:r>
        <w:rPr>
          <w:rFonts w:ascii="Times New Roman" w:hAnsi="Times New Roman" w:eastAsia="宋体"/>
          <w:b w:val="0"/>
          <w:i w:val="0"/>
          <w:color w:val="333333"/>
          <w:sz w:val="19"/>
        </w:rPr>
        <w:t>If the thousands digit is 2, the only qualifying number below 2013 is 2002, giving 46 cases in total.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设公差为 d，则 c=b-d、a=b+d。</w:t>
      </w:r>
    </w:p>
    <w:p>
      <w:pPr>
        <w:spacing w:before="0" w:after="80" w:line="300" w:lineRule="auto"/>
        <w:jc w:val="left"/>
      </w:pPr>
      <w:r>
        <w:rPr>
          <w:rFonts w:ascii="Times New Roman" w:hAnsi="Times New Roman" w:eastAsia="宋体"/>
          <w:b w:val="0"/>
          <w:i w:val="0"/>
          <w:sz w:val="21"/>
        </w:rPr>
        <w:t>二次式恰好有一个实根，所以判别式为 0，即 b²-4ac=0。代入得 b²=4(b+d)(b-d)=4b²-4d²，因此 4d²=3b²。</w:t>
      </w:r>
    </w:p>
    <w:p>
      <w:pPr>
        <w:spacing w:before="0" w:after="80" w:line="300" w:lineRule="auto"/>
        <w:jc w:val="left"/>
      </w:pPr>
      <w:r>
        <w:rPr>
          <w:rFonts w:ascii="Times New Roman" w:hAnsi="Times New Roman" w:eastAsia="宋体"/>
          <w:b w:val="0"/>
          <w:i w:val="0"/>
          <w:sz w:val="21"/>
        </w:rPr>
        <w:t>由于 b,d≥0，由上式得 2d=√(3) b。重根为 -b/2a=-b/(2(b+d))=-1/(2+√(3))=-2+√(3)。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difference be d, so c=b-d and a=b+d.</w:t>
      </w:r>
    </w:p>
    <w:p>
      <w:pPr>
        <w:spacing w:before="0" w:after="80" w:line="300" w:lineRule="auto"/>
        <w:jc w:val="left"/>
      </w:pPr>
      <w:r>
        <w:rPr>
          <w:rFonts w:ascii="Times New Roman" w:hAnsi="Times New Roman" w:eastAsia="宋体"/>
          <w:b w:val="0"/>
          <w:i w:val="0"/>
          <w:color w:val="333333"/>
          <w:sz w:val="19"/>
        </w:rPr>
        <w:t>A quadratic with exactly one real root has discriminant 0, so b²-4ac=0. Substituting gives b²=4(b+d)(b-d)=4b²-4d², hence 4d²=3b².</w:t>
      </w:r>
    </w:p>
    <w:p>
      <w:pPr>
        <w:spacing w:before="0" w:after="80" w:line="300" w:lineRule="auto"/>
        <w:jc w:val="left"/>
      </w:pPr>
      <w:r>
        <w:rPr>
          <w:rFonts w:ascii="Times New Roman" w:hAnsi="Times New Roman" w:eastAsia="宋体"/>
          <w:b w:val="0"/>
          <w:i w:val="0"/>
          <w:color w:val="333333"/>
          <w:sz w:val="19"/>
        </w:rPr>
        <w:t>Since b,d≥0, 2d=√(3) b. The double root is -b/2a=-b/(2(b+d))=-1/(2+√(3))=-2+√(3).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2013=3·11·61，所以分子必须含因子 61，从而 a₁≥61。</w:t>
      </w:r>
    </w:p>
    <w:p>
      <w:pPr>
        <w:spacing w:before="0" w:after="80" w:line="300" w:lineRule="auto"/>
        <w:jc w:val="left"/>
      </w:pPr>
      <w:r>
        <w:rPr>
          <w:rFonts w:ascii="Times New Roman" w:hAnsi="Times New Roman" w:eastAsia="宋体"/>
          <w:b w:val="0"/>
          <w:i w:val="0"/>
          <w:sz w:val="21"/>
        </w:rPr>
        <w:t>但 61! 还含有素因子 59，而 2013 中没有这个因子，所以分母必须含因子 59，从而 b₁≥59。</w:t>
      </w:r>
    </w:p>
    <w:p>
      <w:pPr>
        <w:spacing w:before="0" w:after="80" w:line="300" w:lineRule="auto"/>
        <w:jc w:val="left"/>
      </w:pPr>
      <w:r>
        <w:rPr>
          <w:rFonts w:ascii="Times New Roman" w:hAnsi="Times New Roman" w:eastAsia="宋体"/>
          <w:b w:val="0"/>
          <w:i w:val="0"/>
          <w:sz w:val="21"/>
        </w:rPr>
        <w:t>因此 a₁+b₁≥120。这个下界可以达到：2013=(61! 11! 3!)/(59! 10! 5!)。</w:t>
      </w:r>
    </w:p>
    <w:p>
      <w:pPr>
        <w:spacing w:before="0" w:after="80" w:line="300" w:lineRule="auto"/>
        <w:jc w:val="left"/>
      </w:pPr>
      <w:r>
        <w:rPr>
          <w:rFonts w:ascii="Times New Roman" w:hAnsi="Times New Roman" w:eastAsia="宋体"/>
          <w:b w:val="0"/>
          <w:i w:val="0"/>
          <w:sz w:val="21"/>
        </w:rPr>
        <w:t>所以 |a₁-b₁|=61-59=2，正确答案是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 factorization is 2013=3·11·61, so the numerator must contain a factor of 61. Hence a₁≥61.</w:t>
      </w:r>
    </w:p>
    <w:p>
      <w:pPr>
        <w:spacing w:before="0" w:after="80" w:line="300" w:lineRule="auto"/>
        <w:jc w:val="left"/>
      </w:pPr>
      <w:r>
        <w:rPr>
          <w:rFonts w:ascii="Times New Roman" w:hAnsi="Times New Roman" w:eastAsia="宋体"/>
          <w:b w:val="0"/>
          <w:i w:val="0"/>
          <w:color w:val="333333"/>
          <w:sz w:val="19"/>
        </w:rPr>
        <w:t>But 61! also contains the prime factor 59, which is not in 2013, so the denominator must contain a factor of 59. Hence b₁≥59.</w:t>
      </w:r>
    </w:p>
    <w:p>
      <w:pPr>
        <w:spacing w:before="0" w:after="80" w:line="300" w:lineRule="auto"/>
        <w:jc w:val="left"/>
      </w:pPr>
      <w:r>
        <w:rPr>
          <w:rFonts w:ascii="Times New Roman" w:hAnsi="Times New Roman" w:eastAsia="宋体"/>
          <w:b w:val="0"/>
          <w:i w:val="0"/>
          <w:color w:val="333333"/>
          <w:sz w:val="19"/>
        </w:rPr>
        <w:t>The lower bound a₁+b₁≥120 is attainable because 2013=(61! 11! 3!)/(59! 10! 5!).</w:t>
      </w:r>
    </w:p>
    <w:p>
      <w:pPr>
        <w:spacing w:before="0" w:after="80" w:line="300" w:lineRule="auto"/>
        <w:jc w:val="left"/>
      </w:pPr>
      <w:r>
        <w:rPr>
          <w:rFonts w:ascii="Times New Roman" w:hAnsi="Times New Roman" w:eastAsia="宋体"/>
          <w:b w:val="0"/>
          <w:i w:val="0"/>
          <w:color w:val="333333"/>
          <w:sz w:val="19"/>
        </w:rPr>
        <w:t>Thus |a₁-b₁|=61-59=2, and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若数列前两项为 u,v，则第七项为 5u+8v。</w:t>
      </w:r>
    </w:p>
    <w:p>
      <w:pPr>
        <w:spacing w:before="0" w:after="80" w:line="300" w:lineRule="auto"/>
        <w:jc w:val="left"/>
      </w:pPr>
      <w:r>
        <w:rPr>
          <w:rFonts w:ascii="Times New Roman" w:hAnsi="Times New Roman" w:eastAsia="宋体"/>
          <w:b w:val="0"/>
          <w:i w:val="0"/>
          <w:sz w:val="21"/>
        </w:rPr>
        <w:t>设两个数列前两项分别为 (a₁,a₂) 和 (b₁,b₂)，且 a₁&lt; b₁。因为两者第七项相同，5a₁+8a₂=5b₁+8b₂，所以 5(b₁-a₁)=8(a₂-b₂)。</w:t>
      </w:r>
    </w:p>
    <w:p>
      <w:pPr>
        <w:spacing w:before="0" w:after="80" w:line="300" w:lineRule="auto"/>
        <w:jc w:val="left"/>
      </w:pPr>
      <w:r>
        <w:rPr>
          <w:rFonts w:ascii="Times New Roman" w:hAnsi="Times New Roman" w:eastAsia="宋体"/>
          <w:b w:val="0"/>
          <w:i w:val="0"/>
          <w:sz w:val="21"/>
        </w:rPr>
        <w:t>由于 5 与 8 互质，b₁-a₁ 至少为 8。非递减要求 b₂≥ b₁≥ a₁+8。</w:t>
      </w:r>
    </w:p>
    <w:p>
      <w:pPr>
        <w:spacing w:before="0" w:after="80" w:line="300" w:lineRule="auto"/>
        <w:jc w:val="left"/>
      </w:pPr>
      <w:r>
        <w:rPr>
          <w:rFonts w:ascii="Times New Roman" w:hAnsi="Times New Roman" w:eastAsia="宋体"/>
          <w:b w:val="0"/>
          <w:i w:val="0"/>
          <w:sz w:val="21"/>
        </w:rPr>
        <w:t>取 a₁=0、b₁=b₂=8、a₂=13 可达到最小值，得到 N=5·0+8·13=104。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starting with u,v has seventh term 5u+8v.</w:t>
      </w:r>
    </w:p>
    <w:p>
      <w:pPr>
        <w:spacing w:before="0" w:after="80" w:line="300" w:lineRule="auto"/>
        <w:jc w:val="left"/>
      </w:pPr>
      <w:r>
        <w:rPr>
          <w:rFonts w:ascii="Times New Roman" w:hAnsi="Times New Roman" w:eastAsia="宋体"/>
          <w:b w:val="0"/>
          <w:i w:val="0"/>
          <w:color w:val="333333"/>
          <w:sz w:val="19"/>
        </w:rPr>
        <w:t>For two sequences (a₁,a₂) and (b₁,b₂) with different first terms, assume a₁&lt; b₁. Then 5a₁+8a₂=5b₁+8b₂, so 5(b₁-a₁)=8(a₂-b₂).</w:t>
      </w:r>
    </w:p>
    <w:p>
      <w:pPr>
        <w:spacing w:before="0" w:after="80" w:line="300" w:lineRule="auto"/>
        <w:jc w:val="left"/>
      </w:pPr>
      <w:r>
        <w:rPr>
          <w:rFonts w:ascii="Times New Roman" w:hAnsi="Times New Roman" w:eastAsia="宋体"/>
          <w:b w:val="0"/>
          <w:i w:val="0"/>
          <w:color w:val="333333"/>
          <w:sz w:val="19"/>
        </w:rPr>
        <w:t>Since 5 and 8 are relatively prime, b₁-a₁ is at least 8, and then nondecreasing order gives b₂≥ b₁≥ a₁+8.</w:t>
      </w:r>
    </w:p>
    <w:p>
      <w:pPr>
        <w:spacing w:before="0" w:after="80" w:line="300" w:lineRule="auto"/>
        <w:jc w:val="left"/>
      </w:pPr>
      <w:r>
        <w:rPr>
          <w:rFonts w:ascii="Times New Roman" w:hAnsi="Times New Roman" w:eastAsia="宋体"/>
          <w:b w:val="0"/>
          <w:i w:val="0"/>
          <w:color w:val="333333"/>
          <w:sz w:val="19"/>
        </w:rPr>
        <w:t>The smallest construction is a₁=0, b₁=b₂=8, and a₂=13. This gives N=5·0+8·13=104.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设每条线的公共和为 S。</w:t>
      </w:r>
    </w:p>
    <w:p>
      <w:pPr>
        <w:spacing w:before="0" w:after="80" w:line="300" w:lineRule="auto"/>
        <w:jc w:val="left"/>
      </w:pPr>
      <w:r>
        <w:rPr>
          <w:rFonts w:ascii="Times New Roman" w:hAnsi="Times New Roman" w:eastAsia="宋体"/>
          <w:b w:val="0"/>
          <w:i w:val="0"/>
          <w:sz w:val="21"/>
        </w:rPr>
        <w:t>S = A+J+E</w:t>
      </w:r>
    </w:p>
    <w:p>
      <w:pPr>
        <w:spacing w:before="0" w:after="80" w:line="300" w:lineRule="auto"/>
        <w:jc w:val="left"/>
      </w:pPr>
      <w:r>
        <w:rPr>
          <w:rFonts w:ascii="Times New Roman" w:hAnsi="Times New Roman" w:eastAsia="宋体"/>
          <w:b w:val="0"/>
          <w:i w:val="0"/>
          <w:sz w:val="21"/>
        </w:rPr>
        <w:t>=B+J+F</w:t>
      </w:r>
    </w:p>
    <w:p>
      <w:pPr>
        <w:spacing w:before="0" w:after="80" w:line="300" w:lineRule="auto"/>
        <w:jc w:val="left"/>
      </w:pPr>
      <w:r>
        <w:rPr>
          <w:rFonts w:ascii="Times New Roman" w:hAnsi="Times New Roman" w:eastAsia="宋体"/>
          <w:b w:val="0"/>
          <w:i w:val="0"/>
          <w:sz w:val="21"/>
        </w:rPr>
        <w:t>=C+J+G</w:t>
      </w:r>
    </w:p>
    <w:p>
      <w:pPr>
        <w:spacing w:before="0" w:after="80" w:line="300" w:lineRule="auto"/>
        <w:jc w:val="left"/>
      </w:pPr>
      <w:r>
        <w:rPr>
          <w:rFonts w:ascii="Times New Roman" w:hAnsi="Times New Roman" w:eastAsia="宋体"/>
          <w:b w:val="0"/>
          <w:i w:val="0"/>
          <w:sz w:val="21"/>
        </w:rPr>
        <w:t>=D+J+H</w:t>
      </w:r>
    </w:p>
    <w:p>
      <w:pPr>
        <w:spacing w:before="0" w:after="80" w:line="300" w:lineRule="auto"/>
        <w:jc w:val="left"/>
      </w:pPr>
      <w:r>
        <w:rPr>
          <w:rFonts w:ascii="Times New Roman" w:hAnsi="Times New Roman" w:eastAsia="宋体"/>
          <w:b w:val="0"/>
          <w:i w:val="0"/>
          <w:sz w:val="21"/>
        </w:rPr>
        <w:t>4S = A+B+C+D+E</w:t>
      </w:r>
    </w:p>
    <w:p>
      <w:pPr>
        <w:spacing w:before="0" w:after="80" w:line="300" w:lineRule="auto"/>
        <w:jc w:val="left"/>
      </w:pPr>
      <w:r>
        <w:rPr>
          <w:rFonts w:ascii="Times New Roman" w:hAnsi="Times New Roman" w:eastAsia="宋体"/>
          <w:b w:val="0"/>
          <w:i w:val="0"/>
          <w:sz w:val="21"/>
        </w:rPr>
        <w:t>+F+G+H+4J</w:t>
      </w:r>
    </w:p>
    <w:p>
      <w:pPr>
        <w:spacing w:before="0" w:after="80" w:line="300" w:lineRule="auto"/>
        <w:jc w:val="left"/>
      </w:pPr>
      <w:r>
        <w:rPr>
          <w:rFonts w:ascii="Times New Roman" w:hAnsi="Times New Roman" w:eastAsia="宋体"/>
          <w:b w:val="0"/>
          <w:i w:val="0"/>
          <w:sz w:val="21"/>
        </w:rPr>
        <w:t>4S = 45+3J</w:t>
      </w:r>
    </w:p>
    <w:p>
      <w:pPr>
        <w:spacing w:before="0" w:after="80" w:line="300" w:lineRule="auto"/>
        <w:jc w:val="left"/>
      </w:pPr>
      <w:r>
        <w:rPr>
          <w:rFonts w:ascii="Times New Roman" w:hAnsi="Times New Roman" w:eastAsia="宋体"/>
          <w:b w:val="0"/>
          <w:i w:val="0"/>
          <w:sz w:val="21"/>
        </w:rPr>
        <w:t>45+3J ≡ 0 mod 4</w:t>
      </w:r>
    </w:p>
    <w:p>
      <w:pPr>
        <w:spacing w:before="0" w:after="80" w:line="300" w:lineRule="auto"/>
        <w:jc w:val="left"/>
      </w:pPr>
      <w:r>
        <w:rPr>
          <w:rFonts w:ascii="Times New Roman" w:hAnsi="Times New Roman" w:eastAsia="宋体"/>
          <w:b w:val="0"/>
          <w:i w:val="0"/>
          <w:sz w:val="21"/>
        </w:rPr>
        <w:t>3J ≡ 3 mod 4</w:t>
      </w:r>
    </w:p>
    <w:p>
      <w:pPr>
        <w:spacing w:before="0" w:after="80" w:line="300" w:lineRule="auto"/>
        <w:jc w:val="left"/>
      </w:pPr>
      <w:r>
        <w:rPr>
          <w:rFonts w:ascii="Times New Roman" w:hAnsi="Times New Roman" w:eastAsia="宋体"/>
          <w:b w:val="0"/>
          <w:i w:val="0"/>
          <w:sz w:val="21"/>
        </w:rPr>
        <w:t>J ≡ 1 mod 4</w:t>
      </w:r>
    </w:p>
    <w:p>
      <w:pPr>
        <w:spacing w:before="0" w:after="80" w:line="300" w:lineRule="auto"/>
        <w:jc w:val="left"/>
      </w:pPr>
      <w:r>
        <w:rPr>
          <w:rFonts w:ascii="Times New Roman" w:hAnsi="Times New Roman" w:eastAsia="宋体"/>
          <w:b w:val="0"/>
          <w:i w:val="0"/>
          <w:sz w:val="21"/>
        </w:rPr>
        <w:t>四条线的和相加后可知中心数字只能为 J=1,5,9。先看 J=1 的情况。</w:t>
      </w:r>
    </w:p>
    <w:p>
      <w:pPr>
        <w:spacing w:before="0" w:after="80" w:line="300" w:lineRule="auto"/>
        <w:jc w:val="left"/>
      </w:pPr>
      <w:r>
        <w:rPr>
          <w:rFonts w:ascii="Times New Roman" w:hAnsi="Times New Roman" w:eastAsia="宋体"/>
          <w:b w:val="0"/>
          <w:i w:val="0"/>
          <w:sz w:val="21"/>
        </w:rPr>
        <w:t>当 J=1 时，满足条件的数对为</w:t>
      </w:r>
    </w:p>
    <w:p>
      <w:pPr>
        <w:spacing w:before="0" w:after="80" w:line="300" w:lineRule="auto"/>
        <w:jc w:val="left"/>
      </w:pPr>
      <w:r>
        <w:rPr>
          <w:rFonts w:ascii="Times New Roman" w:hAnsi="Times New Roman" w:eastAsia="宋体"/>
          <w:b w:val="0"/>
          <w:i w:val="0"/>
          <w:sz w:val="21"/>
        </w:rPr>
        <w:t>2+9 = 3+8 = 4+7 = 5+6</w:t>
      </w:r>
    </w:p>
    <w:p>
      <w:pPr>
        <w:spacing w:before="0" w:after="80" w:line="300" w:lineRule="auto"/>
        <w:jc w:val="left"/>
      </w:pPr>
      <w:r>
        <w:rPr>
          <w:rFonts w:ascii="Times New Roman" w:hAnsi="Times New Roman" w:eastAsia="宋体"/>
          <w:b w:val="0"/>
          <w:i w:val="0"/>
          <w:sz w:val="21"/>
        </w:rPr>
        <w:t>四对可分配给四条直线，有 4! 种，每对内部可交换，有 2⁴ 种，其中 2+9iff 9+2 表示同一对的两种顺序。</w:t>
      </w:r>
    </w:p>
    <w:p>
      <w:pPr>
        <w:spacing w:before="0" w:after="80" w:line="300" w:lineRule="auto"/>
        <w:jc w:val="left"/>
      </w:pPr>
      <w:r>
        <w:rPr>
          <w:rFonts w:ascii="Times New Roman" w:hAnsi="Times New Roman" w:eastAsia="宋体"/>
          <w:b w:val="0"/>
          <w:i w:val="0"/>
          <w:sz w:val="21"/>
        </w:rPr>
        <w:t>对 J=5 和 J=9 也同理，因此总数为</w:t>
      </w:r>
    </w:p>
    <w:p>
      <w:pPr>
        <w:spacing w:before="0" w:after="80" w:line="300" w:lineRule="auto"/>
        <w:jc w:val="left"/>
      </w:pPr>
      <w:r>
        <w:rPr>
          <w:rFonts w:ascii="Times New Roman" w:hAnsi="Times New Roman" w:eastAsia="宋体"/>
          <w:b w:val="0"/>
          <w:i w:val="0"/>
          <w:sz w:val="21"/>
        </w:rPr>
        <w:t>3· 4! · 2⁴ = 1152</w:t>
      </w:r>
    </w:p>
    <w:p>
      <w:pPr>
        <w:spacing w:before="0" w:after="80" w:line="300" w:lineRule="auto"/>
        <w:jc w:val="left"/>
      </w:pPr>
      <w:r>
        <w:rPr>
          <w:rFonts w:ascii="Times New Roman" w:hAnsi="Times New Roman" w:eastAsia="宋体"/>
          <w:b w:val="0"/>
          <w:i w:val="0"/>
          <w:sz w:val="21"/>
        </w:rPr>
        <w:t>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defined as:</w:t>
      </w:r>
    </w:p>
    <w:p>
      <w:pPr>
        <w:spacing w:before="0" w:after="80" w:line="300" w:lineRule="auto"/>
        <w:jc w:val="left"/>
      </w:pPr>
      <w:r>
        <w:rPr>
          <w:rFonts w:ascii="Times New Roman" w:hAnsi="Times New Roman" w:eastAsia="宋体"/>
          <w:b w:val="0"/>
          <w:i w:val="0"/>
          <w:color w:val="333333"/>
          <w:sz w:val="19"/>
        </w:rPr>
        <w:t>S = A+J+E</w:t>
      </w:r>
    </w:p>
    <w:p>
      <w:pPr>
        <w:spacing w:before="0" w:after="80" w:line="300" w:lineRule="auto"/>
        <w:jc w:val="left"/>
      </w:pPr>
      <w:r>
        <w:rPr>
          <w:rFonts w:ascii="Times New Roman" w:hAnsi="Times New Roman" w:eastAsia="宋体"/>
          <w:b w:val="0"/>
          <w:i w:val="0"/>
          <w:color w:val="333333"/>
          <w:sz w:val="19"/>
        </w:rPr>
        <w:t>=B+J+F</w:t>
      </w:r>
    </w:p>
    <w:p>
      <w:pPr>
        <w:spacing w:before="0" w:after="80" w:line="300" w:lineRule="auto"/>
        <w:jc w:val="left"/>
      </w:pPr>
      <w:r>
        <w:rPr>
          <w:rFonts w:ascii="Times New Roman" w:hAnsi="Times New Roman" w:eastAsia="宋体"/>
          <w:b w:val="0"/>
          <w:i w:val="0"/>
          <w:color w:val="333333"/>
          <w:sz w:val="19"/>
        </w:rPr>
        <w:t>=C+J+G</w:t>
      </w:r>
    </w:p>
    <w:p>
      <w:pPr>
        <w:spacing w:before="0" w:after="80" w:line="300" w:lineRule="auto"/>
        <w:jc w:val="left"/>
      </w:pPr>
      <w:r>
        <w:rPr>
          <w:rFonts w:ascii="Times New Roman" w:hAnsi="Times New Roman" w:eastAsia="宋体"/>
          <w:b w:val="0"/>
          <w:i w:val="0"/>
          <w:color w:val="333333"/>
          <w:sz w:val="19"/>
        </w:rPr>
        <w:t>=D+J+H</w:t>
      </w:r>
    </w:p>
    <w:p>
      <w:pPr>
        <w:spacing w:before="0" w:after="80" w:line="300" w:lineRule="auto"/>
        <w:jc w:val="left"/>
      </w:pPr>
      <w:r>
        <w:rPr>
          <w:rFonts w:ascii="Times New Roman" w:hAnsi="Times New Roman" w:eastAsia="宋体"/>
          <w:b w:val="0"/>
          <w:i w:val="0"/>
          <w:color w:val="333333"/>
          <w:sz w:val="19"/>
        </w:rPr>
        <w:t>4S = A+B+C+D+E</w:t>
      </w:r>
    </w:p>
    <w:p>
      <w:pPr>
        <w:spacing w:before="0" w:after="80" w:line="300" w:lineRule="auto"/>
        <w:jc w:val="left"/>
      </w:pPr>
      <w:r>
        <w:rPr>
          <w:rFonts w:ascii="Times New Roman" w:hAnsi="Times New Roman" w:eastAsia="宋体"/>
          <w:b w:val="0"/>
          <w:i w:val="0"/>
          <w:color w:val="333333"/>
          <w:sz w:val="19"/>
        </w:rPr>
        <w:t>+F+G+H+4J</w:t>
      </w:r>
    </w:p>
    <w:p>
      <w:pPr>
        <w:spacing w:before="0" w:after="80" w:line="300" w:lineRule="auto"/>
        <w:jc w:val="left"/>
      </w:pPr>
      <w:r>
        <w:rPr>
          <w:rFonts w:ascii="Times New Roman" w:hAnsi="Times New Roman" w:eastAsia="宋体"/>
          <w:b w:val="0"/>
          <w:i w:val="0"/>
          <w:color w:val="333333"/>
          <w:sz w:val="19"/>
        </w:rPr>
        <w:t>4S = 45+3J</w:t>
      </w:r>
    </w:p>
    <w:p>
      <w:pPr>
        <w:spacing w:before="0" w:after="80" w:line="300" w:lineRule="auto"/>
        <w:jc w:val="left"/>
      </w:pPr>
      <w:r>
        <w:rPr>
          <w:rFonts w:ascii="Times New Roman" w:hAnsi="Times New Roman" w:eastAsia="宋体"/>
          <w:b w:val="0"/>
          <w:i w:val="0"/>
          <w:color w:val="333333"/>
          <w:sz w:val="19"/>
        </w:rPr>
        <w:t>45+3J ≡ 0 mod 4</w:t>
      </w:r>
    </w:p>
    <w:p>
      <w:pPr>
        <w:spacing w:before="0" w:after="80" w:line="300" w:lineRule="auto"/>
        <w:jc w:val="left"/>
      </w:pPr>
      <w:r>
        <w:rPr>
          <w:rFonts w:ascii="Times New Roman" w:hAnsi="Times New Roman" w:eastAsia="宋体"/>
          <w:b w:val="0"/>
          <w:i w:val="0"/>
          <w:color w:val="333333"/>
          <w:sz w:val="19"/>
        </w:rPr>
        <w:t>3J ≡ 3 mod 4</w:t>
      </w:r>
    </w:p>
    <w:p>
      <w:pPr>
        <w:spacing w:before="0" w:after="80" w:line="300" w:lineRule="auto"/>
        <w:jc w:val="left"/>
      </w:pPr>
      <w:r>
        <w:rPr>
          <w:rFonts w:ascii="Times New Roman" w:hAnsi="Times New Roman" w:eastAsia="宋体"/>
          <w:b w:val="0"/>
          <w:i w:val="0"/>
          <w:color w:val="333333"/>
          <w:sz w:val="19"/>
        </w:rPr>
        <w:t>J ≡ 1 mod 4</w:t>
      </w:r>
    </w:p>
    <w:p>
      <w:pPr>
        <w:spacing w:before="0" w:after="80" w:line="300" w:lineRule="auto"/>
        <w:jc w:val="left"/>
      </w:pPr>
      <w:r>
        <w:rPr>
          <w:rFonts w:ascii="Times New Roman" w:hAnsi="Times New Roman" w:eastAsia="宋体"/>
          <w:b w:val="0"/>
          <w:i w:val="0"/>
          <w:color w:val="333333"/>
          <w:sz w:val="19"/>
        </w:rPr>
        <w:t>This means that J=1,5,9. From here, let’s assume J=1. We will see that the other cases are similar enough to omit.</w:t>
      </w:r>
    </w:p>
    <w:p>
      <w:pPr>
        <w:spacing w:before="0" w:after="80" w:line="300" w:lineRule="auto"/>
        <w:jc w:val="left"/>
      </w:pPr>
      <w:r>
        <w:rPr>
          <w:rFonts w:ascii="Times New Roman" w:hAnsi="Times New Roman" w:eastAsia="宋体"/>
          <w:b w:val="0"/>
          <w:i w:val="0"/>
          <w:color w:val="333333"/>
          <w:sz w:val="19"/>
        </w:rPr>
        <w:t>If J=1, then we know that the pairs of numbers that satisfy the equality above are:</w:t>
      </w:r>
    </w:p>
    <w:p>
      <w:pPr>
        <w:spacing w:before="0" w:after="80" w:line="300" w:lineRule="auto"/>
        <w:jc w:val="left"/>
      </w:pPr>
      <w:r>
        <w:rPr>
          <w:rFonts w:ascii="Times New Roman" w:hAnsi="Times New Roman" w:eastAsia="宋体"/>
          <w:b w:val="0"/>
          <w:i w:val="0"/>
          <w:color w:val="333333"/>
          <w:sz w:val="19"/>
        </w:rPr>
        <w:t>2+9 = 3+8 = 4+7 = 5+6</w:t>
      </w:r>
    </w:p>
    <w:p>
      <w:pPr>
        <w:spacing w:before="0" w:after="80" w:line="300" w:lineRule="auto"/>
        <w:jc w:val="left"/>
      </w:pPr>
      <w:r>
        <w:rPr>
          <w:rFonts w:ascii="Times New Roman" w:hAnsi="Times New Roman" w:eastAsia="宋体"/>
          <w:b w:val="0"/>
          <w:i w:val="0"/>
          <w:color w:val="333333"/>
          <w:sz w:val="19"/>
        </w:rPr>
        <w:t>There are 4! ways to distribute the pairs over the four groups, and then 2⁴ ways for these groups to swap elements (i.e. 2+9iff 9+2).</w:t>
      </w:r>
    </w:p>
    <w:p>
      <w:pPr>
        <w:spacing w:before="0" w:after="80" w:line="300" w:lineRule="auto"/>
        <w:jc w:val="left"/>
      </w:pPr>
      <w:r>
        <w:rPr>
          <w:rFonts w:ascii="Times New Roman" w:hAnsi="Times New Roman" w:eastAsia="宋体"/>
          <w:b w:val="0"/>
          <w:i w:val="0"/>
          <w:color w:val="333333"/>
          <w:sz w:val="19"/>
        </w:rPr>
        <w:t>Now, if we look at the J=5 and J=9 cases, we see a similar pattern in the number of groupings and swaps. As such, we have:</w:t>
      </w:r>
    </w:p>
    <w:p>
      <w:pPr>
        <w:spacing w:before="0" w:after="80" w:line="300" w:lineRule="auto"/>
        <w:jc w:val="left"/>
      </w:pPr>
      <w:r>
        <w:rPr>
          <w:rFonts w:ascii="Times New Roman" w:hAnsi="Times New Roman" w:eastAsia="宋体"/>
          <w:b w:val="0"/>
          <w:i w:val="0"/>
          <w:color w:val="333333"/>
          <w:sz w:val="19"/>
        </w:rPr>
        <w:t>3· 4! · 2⁴ = 1152</w:t>
      </w:r>
    </w:p>
    <w:p>
      <w:pPr>
        <w:spacing w:before="0" w:after="80" w:line="300" w:lineRule="auto"/>
        <w:jc w:val="left"/>
      </w:pPr>
      <w:r>
        <w:rPr>
          <w:rFonts w:ascii="Times New Roman" w:hAnsi="Times New Roman" w:eastAsia="宋体"/>
          <w:b w:val="0"/>
          <w:i w:val="0"/>
          <w:color w:val="333333"/>
          <w:sz w:val="19"/>
        </w:rPr>
        <w:t>possibilities.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设 BD=x，则 CD=14-x。分别对直角三角形 ABD 和 ACD 应用勾股定理，得到</w:t>
      </w:r>
    </w:p>
    <w:p>
      <w:pPr>
        <w:spacing w:before="0" w:after="80" w:line="300" w:lineRule="auto"/>
        <w:jc w:val="left"/>
      </w:pPr>
      <w:r>
        <w:rPr>
          <w:rFonts w:ascii="Times New Roman" w:hAnsi="Times New Roman" w:eastAsia="宋体"/>
          <w:b w:val="0"/>
          <w:i w:val="0"/>
          <w:sz w:val="21"/>
        </w:rPr>
        <w:t>13²-x²=15²-(14-x)²。</w:t>
      </w:r>
    </w:p>
    <w:p>
      <w:pPr>
        <w:spacing w:before="0" w:after="80" w:line="300" w:lineRule="auto"/>
        <w:jc w:val="left"/>
      </w:pPr>
      <w:r>
        <w:rPr>
          <w:rFonts w:ascii="Times New Roman" w:hAnsi="Times New Roman" w:eastAsia="宋体"/>
          <w:b w:val="0"/>
          <w:i w:val="0"/>
          <w:sz w:val="21"/>
        </w:rPr>
        <w:t>因此 BD=5，CD=9，且 AD=12。</w:t>
      </w:r>
    </w:p>
    <w:p>
      <w:pPr>
        <w:spacing w:before="0" w:after="80" w:line="300" w:lineRule="auto"/>
        <w:jc w:val="left"/>
      </w:pPr>
      <w:r>
        <w:rPr>
          <w:rFonts w:ascii="Times New Roman" w:hAnsi="Times New Roman" w:eastAsia="宋体"/>
          <w:b w:val="0"/>
          <w:i w:val="0"/>
          <w:sz w:val="21"/>
        </w:rPr>
        <w:t>得到下图：</w:t>
      </w:r>
    </w:p>
    <w:p>
      <w:pPr>
        <w:spacing w:before="80" w:after="80"/>
        <w:jc w:val="center"/>
      </w:pPr>
      <w:r>
        <w:drawing>
          <wp:inline xmlns:a="http://schemas.openxmlformats.org/drawingml/2006/main" xmlns:pic="http://schemas.openxmlformats.org/drawingml/2006/picture">
            <wp:extent cx="1999217" cy="1550591"/>
            <wp:docPr id="9" name="Picture 9"/>
            <wp:cNvGraphicFramePr>
              <a:graphicFrameLocks noChangeAspect="1"/>
            </wp:cNvGraphicFramePr>
            <a:graphic>
              <a:graphicData uri="http://schemas.openxmlformats.org/drawingml/2006/picture">
                <pic:pic>
                  <pic:nvPicPr>
                    <pic:cNvPr id="0" name="q23-sol-1@300dpi.png"/>
                    <pic:cNvPicPr/>
                  </pic:nvPicPr>
                  <pic:blipFill>
                    <a:blip r:embed="rId12"/>
                    <a:stretch>
                      <a:fillRect/>
                    </a:stretch>
                  </pic:blipFill>
                  <pic:spPr>
                    <a:xfrm>
                      <a:off x="0" y="0"/>
                      <a:ext cx="1999217" cy="1550591"/>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AD⊥ BC 且 DE⊥ AC，所以 ∠ ADE=∠ ACD。又有 ∠ AFB=∠ ADB=90°，故 A,B,D,F 四点共圆。因此</w:t>
      </w:r>
    </w:p>
    <w:p>
      <w:pPr>
        <w:spacing w:before="0" w:after="80" w:line="300" w:lineRule="auto"/>
        <w:jc w:val="left"/>
      </w:pPr>
      <w:r>
        <w:rPr>
          <w:rFonts w:ascii="Times New Roman" w:hAnsi="Times New Roman" w:eastAsia="宋体"/>
          <w:b w:val="0"/>
          <w:i w:val="0"/>
          <w:sz w:val="21"/>
        </w:rPr>
        <w:t>∠ ABF=∠ ADF=∠ ACD。</w:t>
      </w:r>
    </w:p>
    <w:p>
      <w:pPr>
        <w:spacing w:before="0" w:after="80" w:line="300" w:lineRule="auto"/>
        <w:jc w:val="left"/>
      </w:pPr>
      <w:r>
        <w:rPr>
          <w:rFonts w:ascii="Times New Roman" w:hAnsi="Times New Roman" w:eastAsia="宋体"/>
          <w:b w:val="0"/>
          <w:i w:val="0"/>
          <w:sz w:val="21"/>
        </w:rPr>
        <w:t>在直角三角形 ACD 中，cos(∠ ACD)=3/5，且 sin(∠ ACD)=4/5。所以在直角三角形 ABF 中，</w:t>
      </w:r>
    </w:p>
    <w:p>
      <w:pPr>
        <w:spacing w:before="0" w:after="80" w:line="300" w:lineRule="auto"/>
        <w:jc w:val="left"/>
      </w:pPr>
      <w:r>
        <w:rPr>
          <w:rFonts w:ascii="Times New Roman" w:hAnsi="Times New Roman" w:eastAsia="宋体"/>
          <w:b w:val="0"/>
          <w:i w:val="0"/>
          <w:sz w:val="21"/>
        </w:rPr>
        <w:t>BF=13·3/5,</w:t>
      </w:r>
    </w:p>
    <w:p>
      <w:pPr>
        <w:spacing w:before="0" w:after="80" w:line="300" w:lineRule="auto"/>
        <w:jc w:val="left"/>
      </w:pPr>
      <w:r>
        <w:rPr>
          <w:rFonts w:ascii="Times New Roman" w:hAnsi="Times New Roman" w:eastAsia="宋体"/>
          <w:b w:val="0"/>
          <w:i w:val="0"/>
          <w:sz w:val="21"/>
        </w:rPr>
        <w:t>AF=13·4/5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由托勒密定理，</w:t>
      </w:r>
    </w:p>
    <w:p>
      <w:pPr>
        <w:spacing w:before="0" w:after="80" w:line="300" w:lineRule="auto"/>
        <w:jc w:val="left"/>
      </w:pPr>
      <w:r>
        <w:rPr>
          <w:rFonts w:ascii="Times New Roman" w:hAnsi="Times New Roman" w:eastAsia="宋体"/>
          <w:b w:val="0"/>
          <w:i w:val="0"/>
          <w:sz w:val="21"/>
        </w:rPr>
        <w:t>AB · DF + DB · AF</w:t>
      </w:r>
    </w:p>
    <w:p>
      <w:pPr>
        <w:spacing w:before="0" w:after="80" w:line="300" w:lineRule="auto"/>
        <w:jc w:val="left"/>
      </w:pPr>
      <w:r>
        <w:rPr>
          <w:rFonts w:ascii="Times New Roman" w:hAnsi="Times New Roman" w:eastAsia="宋体"/>
          <w:b w:val="0"/>
          <w:i w:val="0"/>
          <w:sz w:val="21"/>
        </w:rPr>
        <w:t>= BF· AD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13· DF+5(13·4/5)</w:t>
      </w:r>
    </w:p>
    <w:p>
      <w:pPr>
        <w:spacing w:before="0" w:after="80" w:line="300" w:lineRule="auto"/>
        <w:jc w:val="left"/>
      </w:pPr>
      <w:r>
        <w:rPr>
          <w:rFonts w:ascii="Times New Roman" w:hAnsi="Times New Roman" w:eastAsia="宋体"/>
          <w:b w:val="0"/>
          <w:i w:val="0"/>
          <w:sz w:val="21"/>
        </w:rPr>
        <w:t>=12(13·3/5)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两边除以 13，得 DF+4=36/5，所以 DF=16/5。于是 m+n=21，正确答案是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BD=x, so CD=14-x. Applying the Pythagorean Theorem to right triangles ABD and ACD gives</w:t>
      </w:r>
    </w:p>
    <w:p>
      <w:pPr>
        <w:spacing w:before="0" w:after="80" w:line="300" w:lineRule="auto"/>
        <w:jc w:val="left"/>
      </w:pPr>
      <w:r>
        <w:rPr>
          <w:rFonts w:ascii="Times New Roman" w:hAnsi="Times New Roman" w:eastAsia="宋体"/>
          <w:b w:val="0"/>
          <w:i w:val="0"/>
          <w:color w:val="333333"/>
          <w:sz w:val="19"/>
        </w:rPr>
        <w:t>13²-x²=15²-(14-x)².</w:t>
      </w:r>
    </w:p>
    <w:p>
      <w:pPr>
        <w:spacing w:before="0" w:after="80" w:line="300" w:lineRule="auto"/>
        <w:jc w:val="left"/>
      </w:pPr>
      <w:r>
        <w:rPr>
          <w:rFonts w:ascii="Times New Roman" w:hAnsi="Times New Roman" w:eastAsia="宋体"/>
          <w:b w:val="0"/>
          <w:i w:val="0"/>
          <w:color w:val="333333"/>
          <w:sz w:val="19"/>
        </w:rPr>
        <w:t>Thus BD=5, CD=9, and AD=12.</w:t>
      </w:r>
    </w:p>
    <w:p>
      <w:pPr>
        <w:spacing w:before="0" w:after="80" w:line="300" w:lineRule="auto"/>
        <w:jc w:val="left"/>
      </w:pPr>
      <w:r>
        <w:rPr>
          <w:rFonts w:ascii="Times New Roman" w:hAnsi="Times New Roman" w:eastAsia="宋体"/>
          <w:b w:val="0"/>
          <w:i w:val="0"/>
          <w:color w:val="333333"/>
          <w:sz w:val="19"/>
        </w:rPr>
        <w:t>This yields the following diagram:</w:t>
      </w:r>
    </w:p>
    <w:p>
      <w:pPr>
        <w:spacing w:before="80" w:after="80"/>
        <w:jc w:val="center"/>
      </w:pPr>
      <w:r>
        <w:drawing>
          <wp:inline xmlns:a="http://schemas.openxmlformats.org/drawingml/2006/main" xmlns:pic="http://schemas.openxmlformats.org/drawingml/2006/picture">
            <wp:extent cx="1999217" cy="1550591"/>
            <wp:docPr id="10" name="Picture 10"/>
            <wp:cNvGraphicFramePr>
              <a:graphicFrameLocks noChangeAspect="1"/>
            </wp:cNvGraphicFramePr>
            <a:graphic>
              <a:graphicData uri="http://schemas.openxmlformats.org/drawingml/2006/picture">
                <pic:pic>
                  <pic:nvPicPr>
                    <pic:cNvPr id="0" name="q23-sol-1@300dpi.png"/>
                    <pic:cNvPicPr/>
                  </pic:nvPicPr>
                  <pic:blipFill>
                    <a:blip r:embed="rId12"/>
                    <a:stretch>
                      <a:fillRect/>
                    </a:stretch>
                  </pic:blipFill>
                  <pic:spPr>
                    <a:xfrm>
                      <a:off x="0" y="0"/>
                      <a:ext cx="1999217" cy="155059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Because AD⊥ BC and DE⊥ AC, we have ∠ ADE=∠ ACD. Also, ∠ AFB=∠ ADB=90°, so A,B,D,F are concyclic. Hence</w:t>
      </w:r>
    </w:p>
    <w:p>
      <w:pPr>
        <w:spacing w:before="0" w:after="80" w:line="300" w:lineRule="auto"/>
        <w:jc w:val="left"/>
      </w:pPr>
      <w:r>
        <w:rPr>
          <w:rFonts w:ascii="Times New Roman" w:hAnsi="Times New Roman" w:eastAsia="宋体"/>
          <w:b w:val="0"/>
          <w:i w:val="0"/>
          <w:color w:val="333333"/>
          <w:sz w:val="19"/>
        </w:rPr>
        <w:t>∠ ABF=∠ ADF=∠ ACD.</w:t>
      </w:r>
    </w:p>
    <w:p>
      <w:pPr>
        <w:spacing w:before="0" w:after="80" w:line="300" w:lineRule="auto"/>
        <w:jc w:val="left"/>
      </w:pPr>
      <w:r>
        <w:rPr>
          <w:rFonts w:ascii="Times New Roman" w:hAnsi="Times New Roman" w:eastAsia="宋体"/>
          <w:b w:val="0"/>
          <w:i w:val="0"/>
          <w:color w:val="333333"/>
          <w:sz w:val="19"/>
        </w:rPr>
        <w:t>In right triangle ACD, cos(∠ ACD)=3/5 and sin(∠ ACD)=4/5. Therefore, in right triangle ABF,</w:t>
      </w:r>
    </w:p>
    <w:p>
      <w:pPr>
        <w:spacing w:before="0" w:after="80" w:line="300" w:lineRule="auto"/>
        <w:jc w:val="left"/>
      </w:pPr>
      <w:r>
        <w:rPr>
          <w:rFonts w:ascii="Times New Roman" w:hAnsi="Times New Roman" w:eastAsia="宋体"/>
          <w:b w:val="0"/>
          <w:i w:val="0"/>
          <w:color w:val="333333"/>
          <w:sz w:val="19"/>
        </w:rPr>
        <w:t>BF=13·3/5,</w:t>
      </w:r>
    </w:p>
    <w:p>
      <w:pPr>
        <w:spacing w:before="0" w:after="80" w:line="300" w:lineRule="auto"/>
        <w:jc w:val="left"/>
      </w:pPr>
      <w:r>
        <w:rPr>
          <w:rFonts w:ascii="Times New Roman" w:hAnsi="Times New Roman" w:eastAsia="宋体"/>
          <w:b w:val="0"/>
          <w:i w:val="0"/>
          <w:color w:val="333333"/>
          <w:sz w:val="19"/>
        </w:rPr>
        <w:t>AF=13·4/5.</w:t>
      </w:r>
    </w:p>
    <w:p>
      <w:pPr>
        <w:spacing w:before="0" w:after="80" w:line="300" w:lineRule="auto"/>
        <w:jc w:val="left"/>
      </w:pPr>
      <w:r>
        <w:rPr>
          <w:rFonts w:ascii="Times New Roman" w:hAnsi="Times New Roman" w:eastAsia="宋体"/>
          <w:b w:val="0"/>
          <w:i w:val="0"/>
          <w:color w:val="333333"/>
          <w:sz w:val="19"/>
        </w:rPr>
        <w:t>By Ptolemy’s Theorem, we get</w:t>
      </w:r>
    </w:p>
    <w:p>
      <w:pPr>
        <w:spacing w:before="0" w:after="80" w:line="300" w:lineRule="auto"/>
        <w:jc w:val="left"/>
      </w:pPr>
      <w:r>
        <w:rPr>
          <w:rFonts w:ascii="Times New Roman" w:hAnsi="Times New Roman" w:eastAsia="宋体"/>
          <w:b w:val="0"/>
          <w:i w:val="0"/>
          <w:color w:val="333333"/>
          <w:sz w:val="19"/>
        </w:rPr>
        <w:t>AB · DF + DB · AF</w:t>
      </w:r>
    </w:p>
    <w:p>
      <w:pPr>
        <w:spacing w:before="0" w:after="80" w:line="300" w:lineRule="auto"/>
        <w:jc w:val="left"/>
      </w:pPr>
      <w:r>
        <w:rPr>
          <w:rFonts w:ascii="Times New Roman" w:hAnsi="Times New Roman" w:eastAsia="宋体"/>
          <w:b w:val="0"/>
          <w:i w:val="0"/>
          <w:color w:val="333333"/>
          <w:sz w:val="19"/>
        </w:rPr>
        <w:t>= BF· AD.</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13· DF+5(13·4/5)</w:t>
      </w:r>
    </w:p>
    <w:p>
      <w:pPr>
        <w:spacing w:before="0" w:after="80" w:line="300" w:lineRule="auto"/>
        <w:jc w:val="left"/>
      </w:pPr>
      <w:r>
        <w:rPr>
          <w:rFonts w:ascii="Times New Roman" w:hAnsi="Times New Roman" w:eastAsia="宋体"/>
          <w:b w:val="0"/>
          <w:i w:val="0"/>
          <w:color w:val="333333"/>
          <w:sz w:val="19"/>
        </w:rPr>
        <w:t>=12(13·3/5).</w:t>
      </w:r>
    </w:p>
    <w:p>
      <w:pPr>
        <w:spacing w:before="0" w:after="80" w:line="300" w:lineRule="auto"/>
        <w:jc w:val="left"/>
      </w:pPr>
      <w:r>
        <w:rPr>
          <w:rFonts w:ascii="Times New Roman" w:hAnsi="Times New Roman" w:eastAsia="宋体"/>
          <w:b w:val="0"/>
          <w:i w:val="0"/>
          <w:color w:val="333333"/>
          <w:sz w:val="19"/>
        </w:rPr>
        <w:t>Dividing by 13 gives DF+4=36/5, so DF=16/5. Thus m+n=21, and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恰好有四个正因数的数是 p³ 或 pq，其中 p 和 q 是不同素数。</w:t>
      </w:r>
    </w:p>
    <w:p>
      <w:pPr>
        <w:spacing w:before="0" w:after="80" w:line="300" w:lineRule="auto"/>
        <w:jc w:val="left"/>
      </w:pPr>
      <w:r>
        <w:rPr>
          <w:rFonts w:ascii="Times New Roman" w:hAnsi="Times New Roman" w:eastAsia="宋体"/>
          <w:b w:val="0"/>
          <w:i w:val="0"/>
          <w:sz w:val="21"/>
        </w:rPr>
        <w:t>若 m=p³，因数和为 1+p+p²+p³。p=11 与 p=13 的对应值分别低于 2010 和高于 2019，所以这种情况没有解。</w:t>
      </w:r>
    </w:p>
    <w:p>
      <w:pPr>
        <w:spacing w:before="0" w:after="80" w:line="300" w:lineRule="auto"/>
        <w:jc w:val="left"/>
      </w:pPr>
      <w:r>
        <w:rPr>
          <w:rFonts w:ascii="Times New Roman" w:hAnsi="Times New Roman" w:eastAsia="宋体"/>
          <w:b w:val="0"/>
          <w:i w:val="0"/>
          <w:sz w:val="21"/>
        </w:rPr>
        <w:t>若 m=pq，因数和为 1+p+q+pq=(p+1)(q+1)。若其中一个素数为 2，和可被 3 整除；候选只有 2010 和 2016，但 2010/3-1=669、2016/3-1=671 都不是质数。</w:t>
      </w:r>
    </w:p>
    <w:p>
      <w:pPr>
        <w:spacing w:before="0" w:after="80" w:line="300" w:lineRule="auto"/>
        <w:jc w:val="left"/>
      </w:pPr>
      <w:r>
        <w:rPr>
          <w:rFonts w:ascii="Times New Roman" w:hAnsi="Times New Roman" w:eastAsia="宋体"/>
          <w:b w:val="0"/>
          <w:i w:val="0"/>
          <w:sz w:val="21"/>
        </w:rPr>
        <w:t>若两个素数都是奇数，和可被 4 整除，候选为 2012 和 2016。2012=4·503 会给出 3 和 502，不可行；而 2016=4·504 =(3+1)(503+1) 可行。</w:t>
      </w:r>
    </w:p>
    <w:p>
      <w:pPr>
        <w:spacing w:before="0" w:after="80" w:line="300" w:lineRule="auto"/>
        <w:jc w:val="left"/>
      </w:pPr>
      <w:r>
        <w:rPr>
          <w:rFonts w:ascii="Times New Roman" w:hAnsi="Times New Roman" w:eastAsia="宋体"/>
          <w:b w:val="0"/>
          <w:i w:val="0"/>
          <w:sz w:val="21"/>
        </w:rPr>
        <w:t>所以恰有一个好数，正确答案是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integer with exactly four positive divisors is either p³ or pq, where p and q are distinct primes.</w:t>
      </w:r>
    </w:p>
    <w:p>
      <w:pPr>
        <w:spacing w:before="0" w:after="80" w:line="300" w:lineRule="auto"/>
        <w:jc w:val="left"/>
      </w:pPr>
      <w:r>
        <w:rPr>
          <w:rFonts w:ascii="Times New Roman" w:hAnsi="Times New Roman" w:eastAsia="宋体"/>
          <w:b w:val="0"/>
          <w:i w:val="0"/>
          <w:color w:val="333333"/>
          <w:sz w:val="19"/>
        </w:rPr>
        <w:t>If m=p³, the divisor sum is 1+p+p²+p³. The values for p=11 and p=13 fall below and above the interval 2010 to 2019, so this case gives none.</w:t>
      </w:r>
    </w:p>
    <w:p>
      <w:pPr>
        <w:spacing w:before="0" w:after="80" w:line="300" w:lineRule="auto"/>
        <w:jc w:val="left"/>
      </w:pPr>
      <w:r>
        <w:rPr>
          <w:rFonts w:ascii="Times New Roman" w:hAnsi="Times New Roman" w:eastAsia="宋体"/>
          <w:b w:val="0"/>
          <w:i w:val="0"/>
          <w:color w:val="333333"/>
          <w:sz w:val="19"/>
        </w:rPr>
        <w:t>In the m=pq case, the divisor sum is 1+p+q+pq=(p+1)(q+1). If one prime is 2, the sum is divisible by 3; only 2010 and 2016 qualify, but 2010/3-1=669 and 2016/3-1=671 are not prime.</w:t>
      </w:r>
    </w:p>
    <w:p>
      <w:pPr>
        <w:spacing w:before="0" w:after="80" w:line="300" w:lineRule="auto"/>
        <w:jc w:val="left"/>
      </w:pPr>
      <w:r>
        <w:rPr>
          <w:rFonts w:ascii="Times New Roman" w:hAnsi="Times New Roman" w:eastAsia="宋体"/>
          <w:b w:val="0"/>
          <w:i w:val="0"/>
          <w:color w:val="333333"/>
          <w:sz w:val="19"/>
        </w:rPr>
        <w:t>If both primes are odd, then the sum is divisible by 4, leaving 2012 and 2016. The factorization 2012=4·503 would give primes 3 and 502, impossible, while 2016=4·504 =(3+1)(503+1) works.</w:t>
      </w:r>
    </w:p>
    <w:p>
      <w:pPr>
        <w:spacing w:before="0" w:after="80" w:line="300" w:lineRule="auto"/>
        <w:jc w:val="left"/>
      </w:pPr>
      <w:r>
        <w:rPr>
          <w:rFonts w:ascii="Times New Roman" w:hAnsi="Times New Roman" w:eastAsia="宋体"/>
          <w:b w:val="0"/>
          <w:i w:val="0"/>
          <w:color w:val="333333"/>
          <w:sz w:val="19"/>
        </w:rPr>
        <w:t>Thus exactly one number is nice, and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只需在模 900=lcm(25,36,100) 下分析，因为 5 进制、6 进制和以十为底表示时的末两位都以此为周期。</w:t>
      </w:r>
    </w:p>
    <w:p>
      <w:pPr>
        <w:spacing w:before="0" w:after="80" w:line="300" w:lineRule="auto"/>
        <w:jc w:val="left"/>
      </w:pPr>
      <w:r>
        <w:rPr>
          <w:rFonts w:ascii="Times New Roman" w:hAnsi="Times New Roman" w:eastAsia="宋体"/>
          <w:b w:val="0"/>
          <w:i w:val="0"/>
          <w:sz w:val="21"/>
        </w:rPr>
        <w:t>设 5 进制末两位为 a₁a₀，6 进制末两位为 b₁b₀。个位条件给出 a₀+b₀≡2N≡2a₀pmod10，所以 a₀=b₀。</w:t>
      </w:r>
    </w:p>
    <w:p>
      <w:pPr>
        <w:spacing w:before="0" w:after="80" w:line="300" w:lineRule="auto"/>
        <w:jc w:val="left"/>
      </w:pPr>
      <w:r>
        <w:rPr>
          <w:rFonts w:ascii="Times New Roman" w:hAnsi="Times New Roman" w:eastAsia="宋体"/>
          <w:b w:val="0"/>
          <w:i w:val="0"/>
          <w:sz w:val="21"/>
        </w:rPr>
        <w:t>写作 N=150N₃+30a₁+a₀。6 进制十位条件给出 N₃≡ a₁+b₁pmod6，所以 N=900N₄+180a₁ +150b₁+a₀。</w:t>
      </w:r>
    </w:p>
    <w:p>
      <w:pPr>
        <w:spacing w:before="0" w:after="80" w:line="300" w:lineRule="auto"/>
        <w:jc w:val="left"/>
      </w:pPr>
      <w:r>
        <w:rPr>
          <w:rFonts w:ascii="Times New Roman" w:hAnsi="Times New Roman" w:eastAsia="宋体"/>
          <w:b w:val="0"/>
          <w:i w:val="0"/>
          <w:sz w:val="21"/>
        </w:rPr>
        <w:t>比较 S 和 2N 的十位条件，化简得 5a₁≡ b₁pmod10。在 0≤ a₁≤4、0≤ b₁≤5 下，可行对为 (0,0),(2,0),(4,0),(1,5),(3,5)。</w:t>
      </w:r>
    </w:p>
    <w:p>
      <w:pPr>
        <w:spacing w:before="0" w:after="80" w:line="300" w:lineRule="auto"/>
        <w:jc w:val="left"/>
      </w:pPr>
      <w:r>
        <w:rPr>
          <w:rFonts w:ascii="Times New Roman" w:hAnsi="Times New Roman" w:eastAsia="宋体"/>
          <w:b w:val="0"/>
          <w:i w:val="0"/>
          <w:sz w:val="21"/>
        </w:rPr>
        <w:t>又 a₀=b₀ 有 5 种选择，所以共有 5·5=25 个 N。</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is enough to work modulo 900=lcm(25,36,100), because the last two base-5, base-6, and decimal digits repeat with that period.</w:t>
      </w:r>
    </w:p>
    <w:p>
      <w:pPr>
        <w:spacing w:before="0" w:after="80" w:line="300" w:lineRule="auto"/>
        <w:jc w:val="left"/>
      </w:pPr>
      <w:r>
        <w:rPr>
          <w:rFonts w:ascii="Times New Roman" w:hAnsi="Times New Roman" w:eastAsia="宋体"/>
          <w:b w:val="0"/>
          <w:i w:val="0"/>
          <w:color w:val="333333"/>
          <w:sz w:val="19"/>
        </w:rPr>
        <w:t>Let the last two base-5 digits be a₁a₀ and the last two base-6 digits be b₁b₀. The units digit condition gives a₀+b₀≡2N≡2a₀pmod10, so a₀=b₀.</w:t>
      </w:r>
    </w:p>
    <w:p>
      <w:pPr>
        <w:spacing w:before="0" w:after="80" w:line="300" w:lineRule="auto"/>
        <w:jc w:val="left"/>
      </w:pPr>
      <w:r>
        <w:rPr>
          <w:rFonts w:ascii="Times New Roman" w:hAnsi="Times New Roman" w:eastAsia="宋体"/>
          <w:b w:val="0"/>
          <w:i w:val="0"/>
          <w:color w:val="333333"/>
          <w:sz w:val="19"/>
        </w:rPr>
        <w:t>Writing N=150N₃+30a₁+a₀, the base-6 tens digit condition gives N₃≡ a₁+b₁pmod6, so N=900N₄+180a₁ +150b₁+a₀.</w:t>
      </w:r>
    </w:p>
    <w:p>
      <w:pPr>
        <w:spacing w:before="0" w:after="80" w:line="300" w:lineRule="auto"/>
        <w:jc w:val="left"/>
      </w:pPr>
      <w:r>
        <w:rPr>
          <w:rFonts w:ascii="Times New Roman" w:hAnsi="Times New Roman" w:eastAsia="宋体"/>
          <w:b w:val="0"/>
          <w:i w:val="0"/>
          <w:color w:val="333333"/>
          <w:sz w:val="19"/>
        </w:rPr>
        <w:t>The tens digit condition for S and 2N reduces to 5a₁≡ b₁pmod10. With 0≤ a₁≤4 and 0≤ b₁≤5, the valid pairs are (0,0),(2,0),(4,0),(1,5),(3,5).</w:t>
      </w:r>
    </w:p>
    <w:p>
      <w:pPr>
        <w:spacing w:before="0" w:after="80" w:line="300" w:lineRule="auto"/>
        <w:jc w:val="left"/>
      </w:pPr>
      <w:r>
        <w:rPr>
          <w:rFonts w:ascii="Times New Roman" w:hAnsi="Times New Roman" w:eastAsia="宋体"/>
          <w:b w:val="0"/>
          <w:i w:val="0"/>
          <w:color w:val="333333"/>
          <w:sz w:val="19"/>
        </w:rPr>
        <w:t>There are 5 choices for a₀=b₀, so there are 5·5=25 choices of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