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2013A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乘出租车的费用为起步价 $1.50，加上每英里 $0.25。乘坐 5 英里出租车要花多少钱？</w:t>
      </w:r>
    </w:p>
    <w:p>
      <w:pPr>
        <w:spacing w:before="0" w:after="120" w:line="300" w:lineRule="auto"/>
      </w:pPr>
      <w:r>
        <w:rPr>
          <w:rFonts w:ascii="Times New Roman" w:hAnsi="Times New Roman" w:eastAsia="宋体"/>
          <w:b w:val="0"/>
          <w:i w:val="0"/>
          <w:sz w:val="21"/>
        </w:rPr>
        <w:t>（A）$2.25　　（B）$2.50　　（C）$2.75　　（D）$3.00　　（E）$3.25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taxi ride costs $1.50 plus $0.25 per mile traveled. How much does a 5-mile taxi ride cost?</w:t>
      </w:r>
    </w:p>
    <w:p>
      <w:pPr>
        <w:spacing w:before="0" w:after="160" w:line="300" w:lineRule="auto"/>
      </w:pPr>
      <w:r>
        <w:rPr>
          <w:rFonts w:ascii="Times New Roman" w:hAnsi="Times New Roman" w:eastAsia="宋体"/>
          <w:b w:val="0"/>
          <w:i w:val="0"/>
          <w:color w:val="333333"/>
          <w:sz w:val="19"/>
        </w:rPr>
        <w:t>(A) $2.25　　(B) $2.50　　(C) $2.75　　(D) $3.00　　(E) $3.25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Alice 正在做一批饼干，需要 21/2 杯糖。可惜她的量杯每次只能装 1/4 杯糖。她必须装满这个量杯多少次，才能得到所需的糖量？</w:t>
      </w:r>
    </w:p>
    <w:p>
      <w:pPr>
        <w:spacing w:before="0" w:after="120" w:line="300" w:lineRule="auto"/>
      </w:pPr>
      <w:r>
        <w:rPr>
          <w:rFonts w:ascii="Times New Roman" w:hAnsi="Times New Roman" w:eastAsia="宋体"/>
          <w:b w:val="0"/>
          <w:i w:val="0"/>
          <w:sz w:val="21"/>
        </w:rPr>
        <w:t>（A）8　　（B）10　　（C）12　　（D）16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is making a batch of cookies and needs 21/2 cups of sugar. Unfortunately, her measuring cup holds only 1/4 cup of sugar. How many times must she fill that cup to get the correct amount of sugar?</w:t>
      </w:r>
    </w:p>
    <w:p>
      <w:pPr>
        <w:spacing w:before="0" w:after="160" w:line="300" w:lineRule="auto"/>
      </w:pPr>
      <w:r>
        <w:rPr>
          <w:rFonts w:ascii="Times New Roman" w:hAnsi="Times New Roman" w:eastAsia="宋体"/>
          <w:b w:val="0"/>
          <w:i w:val="0"/>
          <w:color w:val="333333"/>
          <w:sz w:val="19"/>
        </w:rPr>
        <w:t>(A) 8　　(B) 10　　(C) 12　　(D) 16　　(E) 20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正方形 ABCD 的边长为 10。点 E 在 BC 上，且 △ ABE 的面积为 40。BE 是多少？</w:t>
      </w:r>
    </w:p>
    <w:p>
      <w:pPr>
        <w:spacing w:before="80" w:after="80"/>
        <w:jc w:val="center"/>
      </w:pPr>
      <w:r>
        <w:drawing>
          <wp:inline xmlns:a="http://schemas.openxmlformats.org/drawingml/2006/main" xmlns:pic="http://schemas.openxmlformats.org/drawingml/2006/picture">
            <wp:extent cx="994472" cy="979411"/>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994472" cy="979411"/>
                    </a:xfrm>
                    <a:prstGeom prst="rect"/>
                  </pic:spPr>
                </pic:pic>
              </a:graphicData>
            </a:graphic>
          </wp:inline>
        </w:drawing>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 length 10. Point E is on BC, and the area of △ ABE is 40. What is BE?</w:t>
      </w:r>
    </w:p>
    <w:p>
      <w:pPr>
        <w:spacing w:before="80" w:after="80"/>
        <w:jc w:val="center"/>
      </w:pPr>
      <w:r>
        <w:drawing>
          <wp:inline xmlns:a="http://schemas.openxmlformats.org/drawingml/2006/main" xmlns:pic="http://schemas.openxmlformats.org/drawingml/2006/picture">
            <wp:extent cx="994472" cy="979411"/>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994472" cy="9794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一支垒球队打了十场比赛，得分分别为 1、2、3、4、5、6、7、8、9 和 10 分。他们恰好有五场输一分。在其余每场比赛中，他们的得分是对手的两倍。对手总共得了多少分？</w:t>
      </w:r>
    </w:p>
    <w:p>
      <w:pPr>
        <w:spacing w:before="0" w:after="120" w:line="300" w:lineRule="auto"/>
      </w:pPr>
      <w:r>
        <w:rPr>
          <w:rFonts w:ascii="Times New Roman" w:hAnsi="Times New Roman" w:eastAsia="宋体"/>
          <w:b w:val="0"/>
          <w:i w:val="0"/>
          <w:sz w:val="21"/>
        </w:rPr>
        <w:t>（A）35　　（B）40　　（C）45　　（D）50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softball team played ten games, scoring 1, 2, 3, 4, 5, 6, 7, 8, 9, and 10 runs. They lost by one run in exactly five games. In each of their other games, they scored twice as many runs as their opponent. How many total runs did their opponents score?</w:t>
      </w:r>
    </w:p>
    <w:p>
      <w:pPr>
        <w:spacing w:before="0" w:after="160" w:line="300" w:lineRule="auto"/>
      </w:pPr>
      <w:r>
        <w:rPr>
          <w:rFonts w:ascii="Times New Roman" w:hAnsi="Times New Roman" w:eastAsia="宋体"/>
          <w:b w:val="0"/>
          <w:i w:val="0"/>
          <w:color w:val="333333"/>
          <w:sz w:val="19"/>
        </w:rPr>
        <w:t>(A) 35　　(B) 40　　(C) 45　　(D) 50　　(E) 55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Tom、Dorothy 和 Sammy 一起度假，并同意平均分摊费用。旅途中 Tom 支付了 $105，Dorothy 支付了 $125，Sammy 支付了 $175。为了平均分摊，Tom 给 Sammy t 美元，Dorothy 给 Sammy d 美元。t-d 是多少？</w:t>
      </w:r>
    </w:p>
    <w:p>
      <w:pPr>
        <w:spacing w:before="0" w:after="120" w:line="300" w:lineRule="auto"/>
      </w:pPr>
      <w:r>
        <w:rPr>
          <w:rFonts w:ascii="Times New Roman" w:hAnsi="Times New Roman" w:eastAsia="宋体"/>
          <w:b w:val="0"/>
          <w:i w:val="0"/>
          <w:sz w:val="21"/>
        </w:rPr>
        <w:t>（A）15　　（B）20　　（C）25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 Dorothy, and Sammy went on a vacation and agreed to split the costs evenly. During their trip Tom paid $105, Dorothy paid $125, and Sammy paid $175. In order to share costs equally, Tom gave Sammy t dollars, and Dorothy gave Sammy d dollars. What is t-d?</w:t>
      </w:r>
    </w:p>
    <w:p>
      <w:pPr>
        <w:spacing w:before="0" w:after="160" w:line="300" w:lineRule="auto"/>
      </w:pPr>
      <w:r>
        <w:rPr>
          <w:rFonts w:ascii="Times New Roman" w:hAnsi="Times New Roman" w:eastAsia="宋体"/>
          <w:b w:val="0"/>
          <w:i w:val="0"/>
          <w:color w:val="333333"/>
          <w:sz w:val="19"/>
        </w:rPr>
        <w:t>(A) 15　　(B) 20　　(C) 25　　(D) 30　　(E) 35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Joey 和他的五个兄弟年龄分别为 3、5、7、9、11 和 13。一天下午，两个年龄和为 16 的兄弟去看电影，两个小于 10 岁的兄弟去打棒球，Joey 和 5 岁的兄弟留在家里。Joey 几岁？</w:t>
      </w:r>
    </w:p>
    <w:p>
      <w:pPr>
        <w:spacing w:before="0" w:after="120" w:line="300" w:lineRule="auto"/>
      </w:pPr>
      <w:r>
        <w:rPr>
          <w:rFonts w:ascii="Times New Roman" w:hAnsi="Times New Roman" w:eastAsia="宋体"/>
          <w:b w:val="0"/>
          <w:i w:val="0"/>
          <w:sz w:val="21"/>
        </w:rPr>
        <w:t>（A）3　　（B）7　　（C）9　　（D）11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Joey and his five brothers are ages 3, 5, 7, 9, 11, and 13. One afternoon two of his brothers whose ages sum to 16 went to the movies, two brothers younger than 10 went to play baseball, and Joey and the 5-year-old stayed home. How old is Joey?</w:t>
      </w:r>
    </w:p>
    <w:p>
      <w:pPr>
        <w:spacing w:before="0" w:after="160" w:line="300" w:lineRule="auto"/>
      </w:pPr>
      <w:r>
        <w:rPr>
          <w:rFonts w:ascii="Times New Roman" w:hAnsi="Times New Roman" w:eastAsia="宋体"/>
          <w:b w:val="0"/>
          <w:i w:val="0"/>
          <w:color w:val="333333"/>
          <w:sz w:val="19"/>
        </w:rPr>
        <w:t>(A) 3　　(B) 7　　(C) 9　　(D) 11　　(E) 13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一名学生必须从英语、代数、几何、历史、美术和拉丁语中选择四门课。课程组合必须包含英语，并且至少包含一门数学课。有多少种选择方式？</w:t>
      </w:r>
    </w:p>
    <w:p>
      <w:pPr>
        <w:spacing w:before="0" w:after="120" w:line="300" w:lineRule="auto"/>
      </w:pPr>
      <w:r>
        <w:rPr>
          <w:rFonts w:ascii="Times New Roman" w:hAnsi="Times New Roman" w:eastAsia="宋体"/>
          <w:b w:val="0"/>
          <w:i w:val="0"/>
          <w:sz w:val="21"/>
        </w:rPr>
        <w:t>（A）6　　（B）8　　（C）9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student must choose a program of four courses from a menu of courses consisting of English, Algebra, Geometry, History, Art, and Latin. This program must contain English and at least one mathematics course. In how many ways can this program be chosen?</w:t>
      </w:r>
    </w:p>
    <w:p>
      <w:pPr>
        <w:spacing w:before="0" w:after="160" w:line="300" w:lineRule="auto"/>
      </w:pPr>
      <w:r>
        <w:rPr>
          <w:rFonts w:ascii="Times New Roman" w:hAnsi="Times New Roman" w:eastAsia="宋体"/>
          <w:b w:val="0"/>
          <w:i w:val="0"/>
          <w:color w:val="333333"/>
          <w:sz w:val="19"/>
        </w:rPr>
        <w:t>(A) 6　　(B) 8　　(C) 9　　(D) 12　　(E) 16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求下列式子的值：</w:t>
      </w:r>
    </w:p>
    <w:p>
      <w:pPr>
        <w:spacing w:before="0" w:after="80" w:line="300" w:lineRule="auto"/>
        <w:jc w:val="left"/>
      </w:pPr>
      <w:r>
        <w:rPr>
          <w:rFonts w:ascii="Times New Roman" w:hAnsi="Times New Roman" w:eastAsia="宋体"/>
          <w:b w:val="0"/>
          <w:i w:val="0"/>
          <w:sz w:val="21"/>
        </w:rPr>
        <w:t>2²⁰¹⁴+2²⁰¹²/2²⁰¹⁴-2²⁰¹²？</w:t>
      </w:r>
    </w:p>
    <w:p>
      <w:pPr>
        <w:spacing w:before="0" w:after="120" w:line="300" w:lineRule="auto"/>
      </w:pPr>
      <w:r>
        <w:rPr>
          <w:rFonts w:ascii="Times New Roman" w:hAnsi="Times New Roman" w:eastAsia="宋体"/>
          <w:b w:val="0"/>
          <w:i w:val="0"/>
          <w:sz w:val="21"/>
        </w:rPr>
        <w:t>（A）-1　　（B）1　　（C）5/3　　（D）2013　　（E）2⁴⁰²⁴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2²⁰¹⁴+2²⁰¹²/2²⁰¹⁴-2²⁰¹² ?</w:t>
      </w:r>
    </w:p>
    <w:p>
      <w:pPr>
        <w:spacing w:before="0" w:after="160" w:line="300" w:lineRule="auto"/>
      </w:pPr>
      <w:r>
        <w:rPr>
          <w:rFonts w:ascii="Times New Roman" w:hAnsi="Times New Roman" w:eastAsia="宋体"/>
          <w:b w:val="0"/>
          <w:i w:val="0"/>
          <w:color w:val="333333"/>
          <w:sz w:val="19"/>
        </w:rPr>
        <w:t>(A) -1　　(B) 1　　(C) 5/3　　(D) 2013　　(E) 2⁴⁰²⁴</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在最近一场篮球比赛中，Shenille 只投三分球和两分球。她三分球命中率为 20%，两分球命中率为 30%。Shenille 共出手 30 次。她得了多少分？</w:t>
      </w:r>
    </w:p>
    <w:p>
      <w:pPr>
        <w:spacing w:before="0" w:after="120" w:line="300" w:lineRule="auto"/>
      </w:pPr>
      <w:r>
        <w:rPr>
          <w:rFonts w:ascii="Times New Roman" w:hAnsi="Times New Roman" w:eastAsia="宋体"/>
          <w:b w:val="0"/>
          <w:i w:val="0"/>
          <w:sz w:val="21"/>
        </w:rPr>
        <w:t>（A）12　　（B）18　　（C）24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recent basketball game, Shenille attempted only three-point shots and two-point shots. She was successful on 20% of her three-point shots and 30% of her two-point shots. Shenille attempted 30 shots. How many points did she score?</w:t>
      </w:r>
    </w:p>
    <w:p>
      <w:pPr>
        <w:spacing w:before="0" w:after="160" w:line="300" w:lineRule="auto"/>
      </w:pPr>
      <w:r>
        <w:rPr>
          <w:rFonts w:ascii="Times New Roman" w:hAnsi="Times New Roman" w:eastAsia="宋体"/>
          <w:b w:val="0"/>
          <w:i w:val="0"/>
          <w:color w:val="333333"/>
          <w:sz w:val="19"/>
        </w:rPr>
        <w:t>(A) 12　　(B) 18　　(C) 24　　(D) 30　　(E) 36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一束花包含粉玫瑰、红玫瑰、粉康乃馨和红康乃馨。粉色花中有三分之一是玫瑰，红色花中有四分之三是康乃馨，全部花中十分之六是粉色的。康乃馨占全部花的百分之几？</w:t>
      </w:r>
    </w:p>
    <w:p>
      <w:pPr>
        <w:spacing w:before="0" w:after="120" w:line="300" w:lineRule="auto"/>
      </w:pPr>
      <w:r>
        <w:rPr>
          <w:rFonts w:ascii="Times New Roman" w:hAnsi="Times New Roman" w:eastAsia="宋体"/>
          <w:b w:val="0"/>
          <w:i w:val="0"/>
          <w:sz w:val="21"/>
        </w:rPr>
        <w:t>（A）15　　（B）30　　（C）40　　（D）60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flower bouquet contains pink roses, red roses, pink carnations, and red carnations. One third of the pink flowers are roses, three fourths of the red flowers are carnations, and six tenths of the flowers are pink. What percent of the flowers are carnations?</w:t>
      </w:r>
    </w:p>
    <w:p>
      <w:pPr>
        <w:spacing w:before="0" w:after="160" w:line="300" w:lineRule="auto"/>
      </w:pPr>
      <w:r>
        <w:rPr>
          <w:rFonts w:ascii="Times New Roman" w:hAnsi="Times New Roman" w:eastAsia="宋体"/>
          <w:b w:val="0"/>
          <w:i w:val="0"/>
          <w:color w:val="333333"/>
          <w:sz w:val="19"/>
        </w:rPr>
        <w:t>(A) 15　　(B) 30　　(C) 40　　(D) 60　　(E) 70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学生会要从成员中选出一个两人迎宾委员会和一个三人策划委员会。选出两人迎宾委员会恰好有 10 种方法。学生可以同时在两个委员会中任职。三人策划委员会有多少种不同选法？</w:t>
      </w:r>
    </w:p>
    <w:p>
      <w:pPr>
        <w:spacing w:before="0" w:after="120" w:line="300" w:lineRule="auto"/>
      </w:pPr>
      <w:r>
        <w:rPr>
          <w:rFonts w:ascii="Times New Roman" w:hAnsi="Times New Roman" w:eastAsia="宋体"/>
          <w:b w:val="0"/>
          <w:i w:val="0"/>
          <w:sz w:val="21"/>
        </w:rPr>
        <w:t>（A）10　　（B）12　　（C）15　　（D）18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student council must select a two-person welcoming committee and a three-person planning committee from among its members. There are exactly 10 ways to select a two-person team for the welcoming committee. It is possible for students to serve on both committees. In how many different ways can a three-person planning committee be selected?</w:t>
      </w:r>
    </w:p>
    <w:p>
      <w:pPr>
        <w:spacing w:before="0" w:after="160" w:line="300" w:lineRule="auto"/>
      </w:pPr>
      <w:r>
        <w:rPr>
          <w:rFonts w:ascii="Times New Roman" w:hAnsi="Times New Roman" w:eastAsia="宋体"/>
          <w:b w:val="0"/>
          <w:i w:val="0"/>
          <w:color w:val="333333"/>
          <w:sz w:val="19"/>
        </w:rPr>
        <w:t>(A) 10　　(B) 12　　(C) 15　　(D) 18　　(E) 25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 △ ABC 中，AB=AC=28，BC=20。点 D，E 和 F 分别在边 AB、BC 和 AC 上，且 DE 与 AC 平行，EF 与 AB 平行。平行四边形 ADEF 的周长是多少？</w:t>
      </w:r>
    </w:p>
    <w:p>
      <w:pPr>
        <w:spacing w:before="80" w:after="80"/>
        <w:jc w:val="center"/>
      </w:pPr>
      <w:r>
        <w:drawing>
          <wp:inline xmlns:a="http://schemas.openxmlformats.org/drawingml/2006/main" xmlns:pic="http://schemas.openxmlformats.org/drawingml/2006/picture">
            <wp:extent cx="849895" cy="1023697"/>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849895" cy="1023697"/>
                    </a:xfrm>
                    <a:prstGeom prst="rect"/>
                  </pic:spPr>
                </pic:pic>
              </a:graphicData>
            </a:graphic>
          </wp:inline>
        </w:drawing>
      </w:r>
    </w:p>
    <w:p>
      <w:pPr>
        <w:spacing w:before="0" w:after="120" w:line="300" w:lineRule="auto"/>
      </w:pPr>
      <w:r>
        <w:rPr>
          <w:rFonts w:ascii="Times New Roman" w:hAnsi="Times New Roman" w:eastAsia="宋体"/>
          <w:b w:val="0"/>
          <w:i w:val="0"/>
          <w:sz w:val="21"/>
        </w:rPr>
        <w:t>（A）48　　（B）52　　（C）56　　（D）60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AB=AC=28 and BC=20. Points D, E, and F are on sides AB, BC, and AC, respectively, such that DE and EF are parallel to AC and AB, respectively. What is the perimeter of parallelogram ADEF?</w:t>
      </w:r>
    </w:p>
    <w:p>
      <w:pPr>
        <w:spacing w:before="80" w:after="80"/>
        <w:jc w:val="center"/>
      </w:pPr>
      <w:r>
        <w:drawing>
          <wp:inline xmlns:a="http://schemas.openxmlformats.org/drawingml/2006/main" xmlns:pic="http://schemas.openxmlformats.org/drawingml/2006/picture">
            <wp:extent cx="849895" cy="1023697"/>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849895" cy="102369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48　　(B) 52　　(C) 56　　(D) 60　　(E) 72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有多少个三位数不能被 5 整除、各位数字和小于 20，并且百位数字等于个位数字？</w:t>
      </w:r>
    </w:p>
    <w:p>
      <w:pPr>
        <w:spacing w:before="0" w:after="120" w:line="300" w:lineRule="auto"/>
      </w:pPr>
      <w:r>
        <w:rPr>
          <w:rFonts w:ascii="Times New Roman" w:hAnsi="Times New Roman" w:eastAsia="宋体"/>
          <w:b w:val="0"/>
          <w:i w:val="0"/>
          <w:sz w:val="21"/>
        </w:rPr>
        <w:t>（A）52　　（B）60　　（C）66　　（D）68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three-digit numbers are not divisible by 5, have digits that sum to less than 20, and have the first digit equal to the third digit?</w:t>
      </w:r>
    </w:p>
    <w:p>
      <w:pPr>
        <w:spacing w:before="0" w:after="160" w:line="300" w:lineRule="auto"/>
      </w:pPr>
      <w:r>
        <w:rPr>
          <w:rFonts w:ascii="Times New Roman" w:hAnsi="Times New Roman" w:eastAsia="宋体"/>
          <w:b w:val="0"/>
          <w:i w:val="0"/>
          <w:color w:val="333333"/>
          <w:sz w:val="19"/>
        </w:rPr>
        <w:t>(A) 52　　(B) 60　　(C) 66　　(D) 68　　(E) 70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从边长为 3 的实心立方体的每个角上各去掉一个边长为 1 的实心小立方体。剩下的立体有多少条棱？</w:t>
      </w:r>
    </w:p>
    <w:p>
      <w:pPr>
        <w:spacing w:before="0" w:after="120" w:line="300" w:lineRule="auto"/>
      </w:pPr>
      <w:r>
        <w:rPr>
          <w:rFonts w:ascii="Times New Roman" w:hAnsi="Times New Roman" w:eastAsia="宋体"/>
          <w:b w:val="0"/>
          <w:i w:val="0"/>
          <w:sz w:val="21"/>
        </w:rPr>
        <w:t>（A）36　　（B）60　　（C）72　　（D）84　　（E）108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solid cube of side length 1 is removed from each corner of a solid cube of side length 3. How many edges does the remaining solid have?</w:t>
      </w:r>
    </w:p>
    <w:p>
      <w:pPr>
        <w:spacing w:before="0" w:after="160" w:line="300" w:lineRule="auto"/>
      </w:pPr>
      <w:r>
        <w:rPr>
          <w:rFonts w:ascii="Times New Roman" w:hAnsi="Times New Roman" w:eastAsia="宋体"/>
          <w:b w:val="0"/>
          <w:i w:val="0"/>
          <w:color w:val="333333"/>
          <w:sz w:val="19"/>
        </w:rPr>
        <w:t>(A) 36　　(B) 60　　(C) 72　　(D) 84　　(E) 108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一个三角形的两条边长为 10 和 15。到第三边的高的长度等于到这两条已知边的高的长度的平均数。第三边长是多少？</w:t>
      </w:r>
    </w:p>
    <w:p>
      <w:pPr>
        <w:spacing w:before="0" w:after="120" w:line="300" w:lineRule="auto"/>
      </w:pPr>
      <w:r>
        <w:rPr>
          <w:rFonts w:ascii="Times New Roman" w:hAnsi="Times New Roman" w:eastAsia="宋体"/>
          <w:b w:val="0"/>
          <w:i w:val="0"/>
          <w:sz w:val="21"/>
        </w:rPr>
        <w:t>（A）6　　（B）8　　（C）9　　（D）12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sides of a triangle have lengths 10 and 15. The length of the altitude to the third side is the average of the lengths of the altitudes to the two given sides. How long is the third side?</w:t>
      </w:r>
    </w:p>
    <w:p>
      <w:pPr>
        <w:spacing w:before="0" w:after="160" w:line="300" w:lineRule="auto"/>
      </w:pPr>
      <w:r>
        <w:rPr>
          <w:rFonts w:ascii="Times New Roman" w:hAnsi="Times New Roman" w:eastAsia="宋体"/>
          <w:b w:val="0"/>
          <w:i w:val="0"/>
          <w:color w:val="333333"/>
          <w:sz w:val="19"/>
        </w:rPr>
        <w:t>(A) 6　　(B) 8　　(C) 9　　(D) 12　　(E) 18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顶点为 (6, 5)、(8, -3) 和 (9, 1) 的三角形关于直线 x = 8 反射，得到第二个三角形。两个三角形并集的面积是多少？</w:t>
      </w:r>
    </w:p>
    <w:p>
      <w:pPr>
        <w:spacing w:before="0" w:after="120" w:line="300" w:lineRule="auto"/>
      </w:pPr>
      <w:r>
        <w:rPr>
          <w:rFonts w:ascii="Times New Roman" w:hAnsi="Times New Roman" w:eastAsia="宋体"/>
          <w:b w:val="0"/>
          <w:i w:val="0"/>
          <w:sz w:val="21"/>
        </w:rPr>
        <w:t>（A）9　　（B）28/3　　（C）10　　（D）31/3　　（E）32/3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with vertices (6, 5), (8, -3), and (9, 1) is reflected about the line x = 8 to create a second triangle. What is the area of the union of the two triangles?</w:t>
      </w:r>
    </w:p>
    <w:p>
      <w:pPr>
        <w:spacing w:before="0" w:after="160" w:line="300" w:lineRule="auto"/>
      </w:pPr>
      <w:r>
        <w:rPr>
          <w:rFonts w:ascii="Times New Roman" w:hAnsi="Times New Roman" w:eastAsia="宋体"/>
          <w:b w:val="0"/>
          <w:i w:val="0"/>
          <w:color w:val="333333"/>
          <w:sz w:val="19"/>
        </w:rPr>
        <w:t>(A) 9　　(B) 28/3　　(C) 10　　(D) 31/3　　(E) 32/3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Daphne 的三位好友 Alice、Beatrix 和 Claire 会定期来拜访她。Alice 每三天来一次，Beatrix 每四天来一次，Claire 每五天来一次。</w:t>
      </w:r>
    </w:p>
    <w:p>
      <w:pPr>
        <w:spacing w:before="0" w:after="80" w:line="300" w:lineRule="auto"/>
        <w:jc w:val="left"/>
      </w:pPr>
      <w:r>
        <w:rPr>
          <w:rFonts w:ascii="Times New Roman" w:hAnsi="Times New Roman" w:eastAsia="宋体"/>
          <w:b w:val="0"/>
          <w:i w:val="0"/>
          <w:sz w:val="21"/>
        </w:rPr>
        <w:t>昨天三人都拜访了 Daphne。接下来 365 天中，恰好有两位好友来访的天数是多少？</w:t>
      </w:r>
    </w:p>
    <w:p>
      <w:pPr>
        <w:spacing w:before="0" w:after="120" w:line="300" w:lineRule="auto"/>
      </w:pPr>
      <w:r>
        <w:rPr>
          <w:rFonts w:ascii="Times New Roman" w:hAnsi="Times New Roman" w:eastAsia="宋体"/>
          <w:b w:val="0"/>
          <w:i w:val="0"/>
          <w:sz w:val="21"/>
        </w:rPr>
        <w:t>（A）48　　（B）54　　（C）60　　（D）66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Daphne is visited periodically by her three best friends: Alice, Beatrix, and Claire. Alice visits every third day, Beatrix visits every fourth day, and Claire visits every fifth day.</w:t>
      </w:r>
    </w:p>
    <w:p>
      <w:pPr>
        <w:spacing w:before="0" w:after="80" w:line="300" w:lineRule="auto"/>
        <w:jc w:val="left"/>
      </w:pPr>
      <w:r>
        <w:rPr>
          <w:rFonts w:ascii="Times New Roman" w:hAnsi="Times New Roman" w:eastAsia="宋体"/>
          <w:b w:val="0"/>
          <w:i w:val="0"/>
          <w:color w:val="333333"/>
          <w:sz w:val="19"/>
        </w:rPr>
        <w:t>All three friends visited Daphne yesterday. How many days of the next 365-day period will exactly two friends visit her?</w:t>
      </w:r>
    </w:p>
    <w:p>
      <w:pPr>
        <w:spacing w:before="0" w:after="160" w:line="300" w:lineRule="auto"/>
      </w:pPr>
      <w:r>
        <w:rPr>
          <w:rFonts w:ascii="Times New Roman" w:hAnsi="Times New Roman" w:eastAsia="宋体"/>
          <w:b w:val="0"/>
          <w:i w:val="0"/>
          <w:color w:val="333333"/>
          <w:sz w:val="19"/>
        </w:rPr>
        <w:t>(A) 48　　(B) 54　　(C) 60　　(D) 66　　(E) 72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设点 A=(0,0)，B=(1,2)，C=(3,3)，D=(4,0)。一条经过 A 的直线把四边形 ABCD 分成面积相等的两部分。该直线与 CD 交于点 (p/q, r/s)，其中两个分数均为最简形式。p+q+r+s 是多少？</w:t>
      </w:r>
    </w:p>
    <w:p>
      <w:pPr>
        <w:spacing w:before="0" w:after="120" w:line="300" w:lineRule="auto"/>
      </w:pPr>
      <w:r>
        <w:rPr>
          <w:rFonts w:ascii="Times New Roman" w:hAnsi="Times New Roman" w:eastAsia="宋体"/>
          <w:b w:val="0"/>
          <w:i w:val="0"/>
          <w:sz w:val="21"/>
        </w:rPr>
        <w:t>（A）54　　（B）58　　（C）62　　（D）70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points A=(0,0), B=(1,2), C=(3,3), and D=(4,0). Quadrilateral ABCD is cut into equal area pieces by a line passing through A. This line intersects CD at point (p/q, r/s), where these fractions are in lowest terms. What is p+q+r+s?</w:t>
      </w:r>
    </w:p>
    <w:p>
      <w:pPr>
        <w:spacing w:before="0" w:after="160" w:line="300" w:lineRule="auto"/>
      </w:pPr>
      <w:r>
        <w:rPr>
          <w:rFonts w:ascii="Times New Roman" w:hAnsi="Times New Roman" w:eastAsia="宋体"/>
          <w:b w:val="0"/>
          <w:i w:val="0"/>
          <w:color w:val="333333"/>
          <w:sz w:val="19"/>
        </w:rPr>
        <w:t>(A) 54　　(B) 58　　(C) 62　　(D) 70　　(E) 75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 10 进制中，数 2013 的末位数字是 3。另一方面，在 9 进制中，同一个数写作 (2676)₉，末位数字是 6。有多少个正整数 b，使得 2013 的 b 进制表示以数字 3 结尾？</w:t>
      </w:r>
    </w:p>
    <w:p>
      <w:pPr>
        <w:spacing w:before="0" w:after="120" w:line="300" w:lineRule="auto"/>
      </w:pPr>
      <w:r>
        <w:rPr>
          <w:rFonts w:ascii="Times New Roman" w:hAnsi="Times New Roman" w:eastAsia="宋体"/>
          <w:b w:val="0"/>
          <w:i w:val="0"/>
          <w:sz w:val="21"/>
        </w:rPr>
        <w:t>（A）6　　（B）9　　（C）13　　（D）16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base 10, the number 2013 ends in the digit 3. In base 9, on the other hand, the same number is written as (2676)₉ and ends in the digit 6. For how many positive integers b does the base-b-representation of 2013 end in the digit 3?</w:t>
      </w:r>
    </w:p>
    <w:p>
      <w:pPr>
        <w:spacing w:before="0" w:after="160" w:line="300" w:lineRule="auto"/>
      </w:pPr>
      <w:r>
        <w:rPr>
          <w:rFonts w:ascii="Times New Roman" w:hAnsi="Times New Roman" w:eastAsia="宋体"/>
          <w:b w:val="0"/>
          <w:i w:val="0"/>
          <w:color w:val="333333"/>
          <w:sz w:val="19"/>
        </w:rPr>
        <w:t>(A) 6　　(B) 9　　(C) 13　　(D) 16　　(E) 18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一个单位正方形绕其中心旋转 45°。正方形内部扫过区域的面积是多少？</w:t>
      </w:r>
    </w:p>
    <w:p>
      <w:pPr>
        <w:spacing w:before="0" w:after="120" w:line="300" w:lineRule="auto"/>
      </w:pPr>
      <w:r>
        <w:rPr>
          <w:rFonts w:ascii="Times New Roman" w:hAnsi="Times New Roman" w:eastAsia="宋体"/>
          <w:b w:val="0"/>
          <w:i w:val="0"/>
          <w:sz w:val="21"/>
        </w:rPr>
        <w:t>（A）1 - (√(2))/2 + π/4　　（B）1/2 + π/4　　（C）2 - √(2) + π/4　　（D）(√(2))/2 + π/4　　（E）1 + (√(2))/4 + π/8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unit square is rotated 45° about its center. What is the area of the region swept out by the interior of the square?</w:t>
      </w:r>
    </w:p>
    <w:p>
      <w:pPr>
        <w:spacing w:before="0" w:after="160" w:line="300" w:lineRule="auto"/>
      </w:pPr>
      <w:r>
        <w:rPr>
          <w:rFonts w:ascii="Times New Roman" w:hAnsi="Times New Roman" w:eastAsia="宋体"/>
          <w:b w:val="0"/>
          <w:i w:val="0"/>
          <w:color w:val="333333"/>
          <w:sz w:val="19"/>
        </w:rPr>
        <w:t>(A) 1 - (√(2))/2 + π/4　　(B) 1/2 + π/4　　(C) 2 - √(2) + π/4　　(D) (√(2))/2 + π/4　　(E) 1 + (√(2))/4 + π/8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12 名海盗同意按如下方式分一箱金币。第 k^(th) 个拿份额的海盗取走箱中剩余金币的 k/12。箱中最初的金币数是使得每名海盗都能得到正整数枚金币的最小数。第 12^(th) 个海盗得到多少枚金币？</w:t>
      </w:r>
    </w:p>
    <w:p>
      <w:pPr>
        <w:spacing w:before="0" w:after="120" w:line="300" w:lineRule="auto"/>
      </w:pPr>
      <w:r>
        <w:rPr>
          <w:rFonts w:ascii="Times New Roman" w:hAnsi="Times New Roman" w:eastAsia="宋体"/>
          <w:b w:val="0"/>
          <w:i w:val="0"/>
          <w:sz w:val="21"/>
        </w:rPr>
        <w:t>（A）720　　（B）1296　　（C）1728　　（D）1925　　（E）3850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group of 12 pirates agree to divide a treasure chest of gold coins among themselves as follows. The k^(th) pirate to take a share takes k/12 of the coins that remain in the chest. The number of coins initially in the chest is the smallest number for which this arrangement will allow each pirate to receive a positive whole number of coins. How many coins does the 12^(th) pirate receive?</w:t>
      </w:r>
    </w:p>
    <w:p>
      <w:pPr>
        <w:spacing w:before="0" w:after="160" w:line="300" w:lineRule="auto"/>
      </w:pPr>
      <w:r>
        <w:rPr>
          <w:rFonts w:ascii="Times New Roman" w:hAnsi="Times New Roman" w:eastAsia="宋体"/>
          <w:b w:val="0"/>
          <w:i w:val="0"/>
          <w:color w:val="333333"/>
          <w:sz w:val="19"/>
        </w:rPr>
        <w:t>(A) 720　　(B) 1296　　(C) 1728　　(D) 1925　　(E) 3850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六个半径为 1 的球摆放成它们的球心位于边长为 2 的正六边形的六个顶点。这六个球都内切于一个大球，大球球心为该正六边形的中心。第八个球外切于这六个小球，并内切于大球。第八个球的半径是多少？</w:t>
      </w:r>
    </w:p>
    <w:p>
      <w:pPr>
        <w:spacing w:before="0" w:after="120" w:line="300" w:lineRule="auto"/>
      </w:pPr>
      <w:r>
        <w:rPr>
          <w:rFonts w:ascii="Times New Roman" w:hAnsi="Times New Roman" w:eastAsia="宋体"/>
          <w:b w:val="0"/>
          <w:i w:val="0"/>
          <w:sz w:val="21"/>
        </w:rPr>
        <w:t>（A）√(2)　　（B）3/2　　（C）5/3　　（D）√(3)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spheres of radius 1 are positioned so that their centers are at the vertices of a regular hexagon of side length 2. The six spheres are internally tangent to a larger sphere whose center is the center of the hexagon. An eighth sphere is externally tangent to the six smaller spheres and internally tangent to the larger sphere. What is the radius of this eighth sphere?</w:t>
      </w:r>
    </w:p>
    <w:p>
      <w:pPr>
        <w:spacing w:before="0" w:after="160" w:line="300" w:lineRule="auto"/>
      </w:pPr>
      <w:r>
        <w:rPr>
          <w:rFonts w:ascii="Times New Roman" w:hAnsi="Times New Roman" w:eastAsia="宋体"/>
          <w:b w:val="0"/>
          <w:i w:val="0"/>
          <w:color w:val="333333"/>
          <w:sz w:val="19"/>
        </w:rPr>
        <w:t>(A) √(2)　　(B) 3/2　　(C) 5/3　　(D) √(3)　　(E) 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 △ ABC 中，AB = 86，且 AC=97。以 A 为圆心、AB 为半径的圆与 BC 交于点 B 和 X。此外，BX 和 CX 的长度都是整数。BC 是多少？</w:t>
      </w:r>
    </w:p>
    <w:p>
      <w:pPr>
        <w:spacing w:before="0" w:after="120" w:line="300" w:lineRule="auto"/>
      </w:pPr>
      <w:r>
        <w:rPr>
          <w:rFonts w:ascii="Times New Roman" w:hAnsi="Times New Roman" w:eastAsia="宋体"/>
          <w:b w:val="0"/>
          <w:i w:val="0"/>
          <w:sz w:val="21"/>
        </w:rPr>
        <w:t>（A）11　　（B）28　　（C）33　　（D）61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 = 86, and AC=97. A circle with center A and radius AB intersects BC at points B and X. Moreover BX and CX have integer lengths. What is BC?</w:t>
      </w:r>
    </w:p>
    <w:p>
      <w:pPr>
        <w:spacing w:before="0" w:after="160" w:line="300" w:lineRule="auto"/>
      </w:pPr>
      <w:r>
        <w:rPr>
          <w:rFonts w:ascii="Times New Roman" w:hAnsi="Times New Roman" w:eastAsia="宋体"/>
          <w:b w:val="0"/>
          <w:i w:val="0"/>
          <w:color w:val="333333"/>
          <w:sz w:val="19"/>
        </w:rPr>
        <w:t>(A) 11　　(B) 28　　(C) 33　　(D) 61　　(E) 72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Central 高中与 Northern 高中进行十五子棋比赛。每所学校有三名选手，规则要求每名选手都与对方学校的每名选手比赛两局。比赛分六轮进行，每轮同时进行三局。共有多少种不同的赛程安排？</w:t>
      </w:r>
    </w:p>
    <w:p>
      <w:pPr>
        <w:spacing w:before="0" w:after="120" w:line="300" w:lineRule="auto"/>
      </w:pPr>
      <w:r>
        <w:rPr>
          <w:rFonts w:ascii="Times New Roman" w:hAnsi="Times New Roman" w:eastAsia="宋体"/>
          <w:b w:val="0"/>
          <w:i w:val="0"/>
          <w:sz w:val="21"/>
        </w:rPr>
        <w:t>（A）540　　（B）600　　（C）720　　（D）810　　（E）900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Central High School is competing against Northern High School in a backgammon match. Each school has three players, and the contest rules require that each player play two games against each of the other school’s players. The match takes place in six rounds, with three games played simultaneously in each round. In how many different ways can the match be scheduled?</w:t>
      </w:r>
    </w:p>
    <w:p>
      <w:pPr>
        <w:spacing w:before="0" w:after="160" w:line="300" w:lineRule="auto"/>
      </w:pPr>
      <w:r>
        <w:rPr>
          <w:rFonts w:ascii="Times New Roman" w:hAnsi="Times New Roman" w:eastAsia="宋体"/>
          <w:b w:val="0"/>
          <w:i w:val="0"/>
          <w:color w:val="333333"/>
          <w:sz w:val="19"/>
        </w:rPr>
        <w:t>(A) 540　　(B) 600　　(C) 720　　(D) 810　　(E) 900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在一个正八边形中画出全部 20 条对角线。在八边形内部，不在边界上的位置，有多少个不同的点是两条或更多对角线的交点？</w:t>
      </w:r>
    </w:p>
    <w:p>
      <w:pPr>
        <w:spacing w:before="0" w:after="120" w:line="300" w:lineRule="auto"/>
      </w:pPr>
      <w:r>
        <w:rPr>
          <w:rFonts w:ascii="Times New Roman" w:hAnsi="Times New Roman" w:eastAsia="宋体"/>
          <w:b w:val="0"/>
          <w:i w:val="0"/>
          <w:sz w:val="21"/>
        </w:rPr>
        <w:t>（A）49　　（B）65　　（C）70　　（D）96　　（E）128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20 diagonals are drawn in a regular octagon. At how many distinct points in the interior of the octagon (not on the boundary) do two or more diagonals intersect?</w:t>
      </w:r>
    </w:p>
    <w:p>
      <w:pPr>
        <w:spacing w:before="0" w:after="160" w:line="300" w:lineRule="auto"/>
      </w:pPr>
      <w:r>
        <w:rPr>
          <w:rFonts w:ascii="Times New Roman" w:hAnsi="Times New Roman" w:eastAsia="宋体"/>
          <w:b w:val="0"/>
          <w:i w:val="0"/>
          <w:color w:val="333333"/>
          <w:sz w:val="19"/>
        </w:rPr>
        <w:t>(A) 49　　(B) 65　　(C) 70　　(D) 96　　(E) 128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E　C　B　D　C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A　C　B　D　D　E　B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C　D　B　D　E　A</w:t>
      </w:r>
    </w:p>
    <w:p>
      <w:pPr>
        <w:spacing w:before="0" w:after="200" w:line="300" w:lineRule="auto"/>
      </w:pPr>
      <w:r>
        <w:rPr>
          <w:rFonts w:ascii="Times New Roman" w:hAnsi="Times New Roman" w:eastAsia="宋体"/>
          <w:b w:val="0"/>
          <w:i w:val="0"/>
          <w:color w:val="666666"/>
          <w:sz w:val="18"/>
        </w:rPr>
        <w:t>答案串：CBECBDCCBEACBDDEBBCCDBDEA</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里程费用为 $0.25· 5=$1.25。</w:t>
      </w:r>
    </w:p>
    <w:p>
      <w:pPr>
        <w:spacing w:before="0" w:after="80" w:line="300" w:lineRule="auto"/>
        <w:jc w:val="left"/>
      </w:pPr>
      <w:r>
        <w:rPr>
          <w:rFonts w:ascii="Times New Roman" w:hAnsi="Times New Roman" w:eastAsia="宋体"/>
          <w:b w:val="0"/>
          <w:i w:val="0"/>
          <w:sz w:val="21"/>
        </w:rPr>
        <w:t>加上起步价，费用为 $1.50+$1.25=$2.75。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mileage charge is $0.25· 5=$1.25.</w:t>
      </w:r>
    </w:p>
    <w:p>
      <w:pPr>
        <w:spacing w:before="0" w:after="80" w:line="300" w:lineRule="auto"/>
        <w:jc w:val="left"/>
      </w:pPr>
      <w:r>
        <w:rPr>
          <w:rFonts w:ascii="Times New Roman" w:hAnsi="Times New Roman" w:eastAsia="宋体"/>
          <w:b w:val="0"/>
          <w:i w:val="0"/>
          <w:color w:val="333333"/>
          <w:sz w:val="19"/>
        </w:rPr>
        <w:t>Adding the fixed charge gives $1.50+$1.25=$2.75.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Alice 需要 21/2=5/2 杯糖。</w:t>
      </w:r>
    </w:p>
    <w:p>
      <w:pPr>
        <w:spacing w:before="0" w:after="80" w:line="300" w:lineRule="auto"/>
        <w:jc w:val="left"/>
      </w:pPr>
      <w:r>
        <w:rPr>
          <w:rFonts w:ascii="Times New Roman" w:hAnsi="Times New Roman" w:eastAsia="宋体"/>
          <w:b w:val="0"/>
          <w:i w:val="0"/>
          <w:sz w:val="21"/>
        </w:rPr>
        <w:t>每次量杯装 1/4 杯，所以需要 5/2÷1/4=5/2·4=10 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needs 21/2=5/2 cups of sugar.</w:t>
      </w:r>
    </w:p>
    <w:p>
      <w:pPr>
        <w:spacing w:before="0" w:after="80" w:line="300" w:lineRule="auto"/>
        <w:jc w:val="left"/>
      </w:pPr>
      <w:r>
        <w:rPr>
          <w:rFonts w:ascii="Times New Roman" w:hAnsi="Times New Roman" w:eastAsia="宋体"/>
          <w:b w:val="0"/>
          <w:i w:val="0"/>
          <w:color w:val="333333"/>
          <w:sz w:val="19"/>
        </w:rPr>
        <w:t>Each full measuring cup gives 1/4 cup, so the number of fillings is 5/2÷1/4=5/2·4=10.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由三角形面积公式，</w:t>
      </w:r>
    </w:p>
    <w:p>
      <w:pPr>
        <w:spacing w:before="0" w:after="80" w:line="300" w:lineRule="auto"/>
        <w:jc w:val="left"/>
      </w:pPr>
      <w:r>
        <w:rPr>
          <w:rFonts w:ascii="Times New Roman" w:hAnsi="Times New Roman" w:eastAsia="宋体"/>
          <w:b w:val="0"/>
          <w:i w:val="0"/>
          <w:sz w:val="21"/>
        </w:rPr>
        <w:t>40 = 1/2 · 10 · BE。</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40 = 5BE</w:t>
      </w:r>
    </w:p>
    <w:p>
      <w:pPr>
        <w:spacing w:before="0" w:after="80" w:line="300" w:lineRule="auto"/>
        <w:jc w:val="left"/>
      </w:pPr>
      <w:r>
        <w:rPr>
          <w:rFonts w:ascii="Times New Roman" w:hAnsi="Times New Roman" w:eastAsia="宋体"/>
          <w:b w:val="0"/>
          <w:i w:val="0"/>
          <w:sz w:val="21"/>
        </w:rPr>
        <w:t>BE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by the formula for the area of a triangle that</w:t>
      </w:r>
    </w:p>
    <w:p>
      <w:pPr>
        <w:spacing w:before="0" w:after="80" w:line="300" w:lineRule="auto"/>
        <w:jc w:val="left"/>
      </w:pPr>
      <w:r>
        <w:rPr>
          <w:rFonts w:ascii="Times New Roman" w:hAnsi="Times New Roman" w:eastAsia="宋体"/>
          <w:b w:val="0"/>
          <w:i w:val="0"/>
          <w:color w:val="333333"/>
          <w:sz w:val="19"/>
        </w:rPr>
        <w:t>40 = 1/2 · 10 · BE.</w:t>
      </w:r>
    </w:p>
    <w:p>
      <w:pPr>
        <w:spacing w:before="0" w:after="80" w:line="300" w:lineRule="auto"/>
        <w:jc w:val="left"/>
      </w:pPr>
      <w:r>
        <w:rPr>
          <w:rFonts w:ascii="Times New Roman" w:hAnsi="Times New Roman" w:eastAsia="宋体"/>
          <w:b w:val="0"/>
          <w:i w:val="0"/>
          <w:color w:val="333333"/>
          <w:sz w:val="19"/>
        </w:rPr>
        <w:t>This gives us</w:t>
      </w:r>
    </w:p>
    <w:p>
      <w:pPr>
        <w:spacing w:before="0" w:after="80" w:line="300" w:lineRule="auto"/>
        <w:jc w:val="left"/>
      </w:pPr>
      <w:r>
        <w:rPr>
          <w:rFonts w:ascii="Times New Roman" w:hAnsi="Times New Roman" w:eastAsia="宋体"/>
          <w:b w:val="0"/>
          <w:i w:val="0"/>
          <w:color w:val="333333"/>
          <w:sz w:val="19"/>
        </w:rPr>
        <w:t>40 = 5BE</w:t>
      </w:r>
    </w:p>
    <w:p>
      <w:pPr>
        <w:spacing w:before="0" w:after="80" w:line="300" w:lineRule="auto"/>
        <w:jc w:val="left"/>
      </w:pPr>
      <w:r>
        <w:rPr>
          <w:rFonts w:ascii="Times New Roman" w:hAnsi="Times New Roman" w:eastAsia="宋体"/>
          <w:b w:val="0"/>
          <w:i w:val="0"/>
          <w:color w:val="333333"/>
          <w:sz w:val="19"/>
        </w:rPr>
        <w:t>BE =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若本队得分是对手两倍，则本队得分必须为偶数。</w:t>
      </w:r>
    </w:p>
    <w:p>
      <w:pPr>
        <w:spacing w:before="0" w:after="80" w:line="300" w:lineRule="auto"/>
        <w:jc w:val="left"/>
      </w:pPr>
      <w:r>
        <w:rPr>
          <w:rFonts w:ascii="Times New Roman" w:hAnsi="Times New Roman" w:eastAsia="宋体"/>
          <w:b w:val="0"/>
          <w:i w:val="0"/>
          <w:sz w:val="21"/>
        </w:rPr>
        <w:t>因此得 2, 4, 6, 8, 和 10 分的比赛中，对手分别得 1, 2, 3, 4, 和 5 分。</w:t>
      </w:r>
    </w:p>
    <w:p>
      <w:pPr>
        <w:spacing w:before="0" w:after="80" w:line="300" w:lineRule="auto"/>
        <w:jc w:val="left"/>
      </w:pPr>
      <w:r>
        <w:rPr>
          <w:rFonts w:ascii="Times New Roman" w:hAnsi="Times New Roman" w:eastAsia="宋体"/>
          <w:b w:val="0"/>
          <w:i w:val="0"/>
          <w:sz w:val="21"/>
        </w:rPr>
        <w:t>这些分数的和为</w:t>
      </w:r>
    </w:p>
    <w:p>
      <w:pPr>
        <w:spacing w:before="0" w:after="80" w:line="300" w:lineRule="auto"/>
        <w:jc w:val="left"/>
      </w:pPr>
      <w:r>
        <w:rPr>
          <w:rFonts w:ascii="Times New Roman" w:hAnsi="Times New Roman" w:eastAsia="宋体"/>
          <w:b w:val="0"/>
          <w:i w:val="0"/>
          <w:sz w:val="21"/>
        </w:rPr>
        <w:t>1 + 2 + 3 + 4 + 5 = 15。</w:t>
      </w:r>
    </w:p>
    <w:p>
      <w:pPr>
        <w:spacing w:before="0" w:after="80" w:line="300" w:lineRule="auto"/>
        <w:jc w:val="left"/>
      </w:pPr>
      <w:r>
        <w:rPr>
          <w:rFonts w:ascii="Times New Roman" w:hAnsi="Times New Roman" w:eastAsia="宋体"/>
          <w:b w:val="0"/>
          <w:i w:val="0"/>
          <w:sz w:val="21"/>
        </w:rPr>
        <w:t>其余比赛中，对手分别得 2, 4, 6, 8, 和 10 分。</w:t>
      </w:r>
    </w:p>
    <w:p>
      <w:pPr>
        <w:spacing w:before="0" w:after="80" w:line="300" w:lineRule="auto"/>
        <w:jc w:val="left"/>
      </w:pPr>
      <w:r>
        <w:rPr>
          <w:rFonts w:ascii="Times New Roman" w:hAnsi="Times New Roman" w:eastAsia="宋体"/>
          <w:b w:val="0"/>
          <w:i w:val="0"/>
          <w:sz w:val="21"/>
        </w:rPr>
        <w:t>这些分数的和为</w:t>
      </w:r>
    </w:p>
    <w:p>
      <w:pPr>
        <w:spacing w:before="0" w:after="80" w:line="300" w:lineRule="auto"/>
        <w:jc w:val="left"/>
      </w:pPr>
      <w:r>
        <w:rPr>
          <w:rFonts w:ascii="Times New Roman" w:hAnsi="Times New Roman" w:eastAsia="宋体"/>
          <w:b w:val="0"/>
          <w:i w:val="0"/>
          <w:sz w:val="21"/>
        </w:rPr>
        <w:t>2 + 4 + 6 + 8 + 10 = 30。</w:t>
      </w:r>
    </w:p>
    <w:p>
      <w:pPr>
        <w:spacing w:before="0" w:after="80" w:line="300" w:lineRule="auto"/>
        <w:jc w:val="left"/>
      </w:pPr>
      <w:r>
        <w:rPr>
          <w:rFonts w:ascii="Times New Roman" w:hAnsi="Times New Roman" w:eastAsia="宋体"/>
          <w:b w:val="0"/>
          <w:i w:val="0"/>
          <w:sz w:val="21"/>
        </w:rPr>
        <w:t>对手总得分为</w:t>
      </w:r>
    </w:p>
    <w:p>
      <w:pPr>
        <w:spacing w:before="0" w:after="80" w:line="300" w:lineRule="auto"/>
        <w:jc w:val="left"/>
      </w:pPr>
      <w:r>
        <w:rPr>
          <w:rFonts w:ascii="Times New Roman" w:hAnsi="Times New Roman" w:eastAsia="宋体"/>
          <w:b w:val="0"/>
          <w:i w:val="0"/>
          <w:sz w:val="21"/>
        </w:rPr>
        <w:t>15 + 30 = 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if they scored twice as many runs as their opponents, then they scored an even number of runs.</w:t>
      </w:r>
    </w:p>
    <w:p>
      <w:pPr>
        <w:spacing w:before="0" w:after="80" w:line="300" w:lineRule="auto"/>
        <w:jc w:val="left"/>
      </w:pPr>
      <w:r>
        <w:rPr>
          <w:rFonts w:ascii="Times New Roman" w:hAnsi="Times New Roman" w:eastAsia="宋体"/>
          <w:b w:val="0"/>
          <w:i w:val="0"/>
          <w:color w:val="333333"/>
          <w:sz w:val="19"/>
        </w:rPr>
        <w:t>This means in the games where they scored 2, 4, 6, 8, and 10 runs, their opponents scored 1, 2, 3, 4, and 5 runs respectively.</w:t>
      </w:r>
    </w:p>
    <w:p>
      <w:pPr>
        <w:spacing w:before="0" w:after="80" w:line="300" w:lineRule="auto"/>
        <w:jc w:val="left"/>
      </w:pPr>
      <w:r>
        <w:rPr>
          <w:rFonts w:ascii="Times New Roman" w:hAnsi="Times New Roman" w:eastAsia="宋体"/>
          <w:b w:val="0"/>
          <w:i w:val="0"/>
          <w:color w:val="333333"/>
          <w:sz w:val="19"/>
        </w:rPr>
        <w:t>This sums to</w:t>
      </w:r>
    </w:p>
    <w:p>
      <w:pPr>
        <w:spacing w:before="0" w:after="80" w:line="300" w:lineRule="auto"/>
        <w:jc w:val="left"/>
      </w:pPr>
      <w:r>
        <w:rPr>
          <w:rFonts w:ascii="Times New Roman" w:hAnsi="Times New Roman" w:eastAsia="宋体"/>
          <w:b w:val="0"/>
          <w:i w:val="0"/>
          <w:color w:val="333333"/>
          <w:sz w:val="19"/>
        </w:rPr>
        <w:t>1 + 2 + 3 + 4 + 5 = 15.</w:t>
      </w:r>
    </w:p>
    <w:p>
      <w:pPr>
        <w:spacing w:before="0" w:after="80" w:line="300" w:lineRule="auto"/>
        <w:jc w:val="left"/>
      </w:pPr>
      <w:r>
        <w:rPr>
          <w:rFonts w:ascii="Times New Roman" w:hAnsi="Times New Roman" w:eastAsia="宋体"/>
          <w:b w:val="0"/>
          <w:i w:val="0"/>
          <w:color w:val="333333"/>
          <w:sz w:val="19"/>
        </w:rPr>
        <w:t>In the other games, their opponents scored 2, 4, 6, 8, and 10 runs.</w:t>
      </w:r>
    </w:p>
    <w:p>
      <w:pPr>
        <w:spacing w:before="0" w:after="80" w:line="300" w:lineRule="auto"/>
        <w:jc w:val="left"/>
      </w:pPr>
      <w:r>
        <w:rPr>
          <w:rFonts w:ascii="Times New Roman" w:hAnsi="Times New Roman" w:eastAsia="宋体"/>
          <w:b w:val="0"/>
          <w:i w:val="0"/>
          <w:color w:val="333333"/>
          <w:sz w:val="19"/>
        </w:rPr>
        <w:t>This sums to</w:t>
      </w:r>
    </w:p>
    <w:p>
      <w:pPr>
        <w:spacing w:before="0" w:after="80" w:line="300" w:lineRule="auto"/>
        <w:jc w:val="left"/>
      </w:pPr>
      <w:r>
        <w:rPr>
          <w:rFonts w:ascii="Times New Roman" w:hAnsi="Times New Roman" w:eastAsia="宋体"/>
          <w:b w:val="0"/>
          <w:i w:val="0"/>
          <w:color w:val="333333"/>
          <w:sz w:val="19"/>
        </w:rPr>
        <w:t>2 + 4 + 6 + 8 + 10 = 30.</w:t>
      </w:r>
    </w:p>
    <w:p>
      <w:pPr>
        <w:spacing w:before="0" w:after="80" w:line="300" w:lineRule="auto"/>
        <w:jc w:val="left"/>
      </w:pPr>
      <w:r>
        <w:rPr>
          <w:rFonts w:ascii="Times New Roman" w:hAnsi="Times New Roman" w:eastAsia="宋体"/>
          <w:b w:val="0"/>
          <w:i w:val="0"/>
          <w:color w:val="333333"/>
          <w:sz w:val="19"/>
        </w:rPr>
        <w:t>The total number of runs is then</w:t>
      </w:r>
    </w:p>
    <w:p>
      <w:pPr>
        <w:spacing w:before="0" w:after="80" w:line="300" w:lineRule="auto"/>
        <w:jc w:val="left"/>
      </w:pPr>
      <w:r>
        <w:rPr>
          <w:rFonts w:ascii="Times New Roman" w:hAnsi="Times New Roman" w:eastAsia="宋体"/>
          <w:b w:val="0"/>
          <w:i w:val="0"/>
          <w:color w:val="333333"/>
          <w:sz w:val="19"/>
        </w:rPr>
        <w:t>15 + 30 = 45.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总费用为 $105+$125+$175=$405，所以每人应承担 $405÷3=$135。</w:t>
      </w:r>
    </w:p>
    <w:p>
      <w:pPr>
        <w:spacing w:before="0" w:after="80" w:line="300" w:lineRule="auto"/>
        <w:jc w:val="left"/>
      </w:pPr>
      <w:r>
        <w:rPr>
          <w:rFonts w:ascii="Times New Roman" w:hAnsi="Times New Roman" w:eastAsia="宋体"/>
          <w:b w:val="0"/>
          <w:i w:val="0"/>
          <w:sz w:val="21"/>
        </w:rPr>
        <w:t>Tom 少付 $30，Dorothy 少付 $10，因此 t=30 且 d=10。</w:t>
      </w:r>
    </w:p>
    <w:p>
      <w:pPr>
        <w:spacing w:before="0" w:after="80" w:line="300" w:lineRule="auto"/>
        <w:jc w:val="left"/>
      </w:pPr>
      <w:r>
        <w:rPr>
          <w:rFonts w:ascii="Times New Roman" w:hAnsi="Times New Roman" w:eastAsia="宋体"/>
          <w:b w:val="0"/>
          <w:i w:val="0"/>
          <w:sz w:val="21"/>
        </w:rPr>
        <w:t>所以 t-d=30-10=20。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cost was $105+$125+$175=$405, so each person’s share was $405÷3=$135.</w:t>
      </w:r>
    </w:p>
    <w:p>
      <w:pPr>
        <w:spacing w:before="0" w:after="80" w:line="300" w:lineRule="auto"/>
        <w:jc w:val="left"/>
      </w:pPr>
      <w:r>
        <w:rPr>
          <w:rFonts w:ascii="Times New Roman" w:hAnsi="Times New Roman" w:eastAsia="宋体"/>
          <w:b w:val="0"/>
          <w:i w:val="0"/>
          <w:color w:val="333333"/>
          <w:sz w:val="19"/>
        </w:rPr>
        <w:t>Tom paid $30 less than his share, and Dorothy paid $10 less than her share, so t=30 and d=10.</w:t>
      </w:r>
    </w:p>
    <w:p>
      <w:pPr>
        <w:spacing w:before="0" w:after="80" w:line="300" w:lineRule="auto"/>
        <w:jc w:val="left"/>
      </w:pPr>
      <w:r>
        <w:rPr>
          <w:rFonts w:ascii="Times New Roman" w:hAnsi="Times New Roman" w:eastAsia="宋体"/>
          <w:b w:val="0"/>
          <w:i w:val="0"/>
          <w:color w:val="333333"/>
          <w:sz w:val="19"/>
        </w:rPr>
        <w:t>Therefore t-d=30-10=20.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年龄和为 16 的配对有 (3,13)、(5,11)、(7,9)。</w:t>
      </w:r>
    </w:p>
    <w:p>
      <w:pPr>
        <w:spacing w:before="0" w:after="80" w:line="300" w:lineRule="auto"/>
        <w:jc w:val="left"/>
      </w:pPr>
      <w:r>
        <w:rPr>
          <w:rFonts w:ascii="Times New Roman" w:hAnsi="Times New Roman" w:eastAsia="宋体"/>
          <w:b w:val="0"/>
          <w:i w:val="0"/>
          <w:sz w:val="21"/>
        </w:rPr>
        <w:t>5 岁的人留在家里，所以看电影的不能是 (5,11)。若 7 岁和 9 岁的兄弟去看电影，则剩下小于 10 岁的只有 3 岁的兄弟，不够两人去打棒球。</w:t>
      </w:r>
    </w:p>
    <w:p>
      <w:pPr>
        <w:spacing w:before="0" w:after="80" w:line="300" w:lineRule="auto"/>
        <w:jc w:val="left"/>
      </w:pPr>
      <w:r>
        <w:rPr>
          <w:rFonts w:ascii="Times New Roman" w:hAnsi="Times New Roman" w:eastAsia="宋体"/>
          <w:b w:val="0"/>
          <w:i w:val="0"/>
          <w:sz w:val="21"/>
        </w:rPr>
        <w:t>因此看电影的是 (3,13)，打棒球的是 (7,9)，剩下的 Joey 是 11 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age pairs that sum to 16 are (3,13), (5,11), and (7,9).</w:t>
      </w:r>
    </w:p>
    <w:p>
      <w:pPr>
        <w:spacing w:before="0" w:after="80" w:line="300" w:lineRule="auto"/>
        <w:jc w:val="left"/>
      </w:pPr>
      <w:r>
        <w:rPr>
          <w:rFonts w:ascii="Times New Roman" w:hAnsi="Times New Roman" w:eastAsia="宋体"/>
          <w:b w:val="0"/>
          <w:i w:val="0"/>
          <w:color w:val="333333"/>
          <w:sz w:val="19"/>
        </w:rPr>
        <w:t>The 5-year-old stayed home, so the movie pair cannot be (5,11). If 7 and 9 went to the movies, then the only remaining brother younger than 10 would be the 3-year-old, not enough for baseball.</w:t>
      </w:r>
    </w:p>
    <w:p>
      <w:pPr>
        <w:spacing w:before="0" w:after="80" w:line="300" w:lineRule="auto"/>
        <w:jc w:val="left"/>
      </w:pPr>
      <w:r>
        <w:rPr>
          <w:rFonts w:ascii="Times New Roman" w:hAnsi="Times New Roman" w:eastAsia="宋体"/>
          <w:b w:val="0"/>
          <w:i w:val="0"/>
          <w:color w:val="333333"/>
          <w:sz w:val="19"/>
        </w:rPr>
        <w:t>Thus the movie pair was (3,13), the baseball pair was (7,9), and Joey is the remaining brother, age 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英语必须选，所以还要从代数、几何、历史、美术、拉丁语这 5 门中选 3 门。</w:t>
      </w:r>
    </w:p>
    <w:p>
      <w:pPr>
        <w:spacing w:before="0" w:after="80" w:line="300" w:lineRule="auto"/>
        <w:jc w:val="left"/>
      </w:pPr>
      <w:r>
        <w:rPr>
          <w:rFonts w:ascii="Times New Roman" w:hAnsi="Times New Roman" w:eastAsia="宋体"/>
          <w:b w:val="0"/>
          <w:i w:val="0"/>
          <w:sz w:val="21"/>
        </w:rPr>
        <w:t>这样的选法共有 C(5, 3)=10 种，但其中只有历史、美术、拉丁语这一种不含数学课。</w:t>
      </w:r>
    </w:p>
    <w:p>
      <w:pPr>
        <w:spacing w:before="0" w:after="80" w:line="300" w:lineRule="auto"/>
        <w:jc w:val="left"/>
      </w:pPr>
      <w:r>
        <w:rPr>
          <w:rFonts w:ascii="Times New Roman" w:hAnsi="Times New Roman" w:eastAsia="宋体"/>
          <w:b w:val="0"/>
          <w:i w:val="0"/>
          <w:sz w:val="21"/>
        </w:rPr>
        <w:t>因此有效选法为 10-1=9 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English is required, so choose the other 3 courses from the 5 courses Algebra, Geometry, History, Art, and Latin.</w:t>
      </w:r>
    </w:p>
    <w:p>
      <w:pPr>
        <w:spacing w:before="0" w:after="80" w:line="300" w:lineRule="auto"/>
        <w:jc w:val="left"/>
      </w:pPr>
      <w:r>
        <w:rPr>
          <w:rFonts w:ascii="Times New Roman" w:hAnsi="Times New Roman" w:eastAsia="宋体"/>
          <w:b w:val="0"/>
          <w:i w:val="0"/>
          <w:color w:val="333333"/>
          <w:sz w:val="19"/>
        </w:rPr>
        <w:t>There are C(5, 3)=10 such choices, but one of them, History-Art-Latin, contains no mathematics course.</w:t>
      </w:r>
    </w:p>
    <w:p>
      <w:pPr>
        <w:spacing w:before="0" w:after="80" w:line="300" w:lineRule="auto"/>
        <w:jc w:val="left"/>
      </w:pPr>
      <w:r>
        <w:rPr>
          <w:rFonts w:ascii="Times New Roman" w:hAnsi="Times New Roman" w:eastAsia="宋体"/>
          <w:b w:val="0"/>
          <w:i w:val="0"/>
          <w:color w:val="333333"/>
          <w:sz w:val="19"/>
        </w:rPr>
        <w:t>Therefore the number of valid programs is 10-1=9.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提取 2²⁰¹²，</w:t>
      </w:r>
    </w:p>
    <w:p>
      <w:pPr>
        <w:spacing w:before="0" w:after="80" w:line="300" w:lineRule="auto"/>
        <w:jc w:val="left"/>
      </w:pPr>
      <w:r>
        <w:rPr>
          <w:rFonts w:ascii="Times New Roman" w:hAnsi="Times New Roman" w:eastAsia="宋体"/>
          <w:b w:val="0"/>
          <w:i w:val="0"/>
          <w:sz w:val="21"/>
        </w:rPr>
        <w:t>(2²⁰¹²(2² + 1))/(2²⁰¹²(2² - 1)) = 5/3。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out a 2²⁰¹², we get:</w:t>
      </w:r>
    </w:p>
    <w:p>
      <w:pPr>
        <w:spacing w:before="0" w:after="80" w:line="300" w:lineRule="auto"/>
        <w:jc w:val="left"/>
      </w:pPr>
      <w:r>
        <w:rPr>
          <w:rFonts w:ascii="Times New Roman" w:hAnsi="Times New Roman" w:eastAsia="宋体"/>
          <w:b w:val="0"/>
          <w:i w:val="0"/>
          <w:color w:val="333333"/>
          <w:sz w:val="19"/>
        </w:rPr>
        <w:t>(2²⁰¹²(2² + 1))/(2²⁰¹²(2² - 1)) = 5/3.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设两分球出手 x 次，三分球出手 y 次。</w:t>
      </w:r>
    </w:p>
    <w:p>
      <w:pPr>
        <w:spacing w:before="0" w:after="80" w:line="300" w:lineRule="auto"/>
        <w:jc w:val="left"/>
      </w:pPr>
      <w:r>
        <w:rPr>
          <w:rFonts w:ascii="Times New Roman" w:hAnsi="Times New Roman" w:eastAsia="宋体"/>
          <w:b w:val="0"/>
          <w:i w:val="0"/>
          <w:sz w:val="21"/>
        </w:rPr>
        <w:t>那么 Shenille 命中 0.3x 个两分球和 0.2y 个三分球，总得分为</w:t>
      </w:r>
    </w:p>
    <w:p>
      <w:pPr>
        <w:spacing w:before="0" w:after="80" w:line="300" w:lineRule="auto"/>
        <w:jc w:val="left"/>
      </w:pPr>
      <w:r>
        <w:rPr>
          <w:rFonts w:ascii="Times New Roman" w:hAnsi="Times New Roman" w:eastAsia="宋体"/>
          <w:b w:val="0"/>
          <w:i w:val="0"/>
          <w:sz w:val="21"/>
        </w:rPr>
        <w:t>2 · 0.3x + 3 · 0.2y = 0.6x + 0.6y。</w:t>
      </w:r>
    </w:p>
    <w:p>
      <w:pPr>
        <w:spacing w:before="0" w:after="80" w:line="300" w:lineRule="auto"/>
        <w:jc w:val="left"/>
      </w:pPr>
      <w:r>
        <w:rPr>
          <w:rFonts w:ascii="Times New Roman" w:hAnsi="Times New Roman" w:eastAsia="宋体"/>
          <w:b w:val="0"/>
          <w:i w:val="0"/>
          <w:sz w:val="21"/>
        </w:rPr>
        <w:t>我们知道</w:t>
      </w:r>
    </w:p>
    <w:p>
      <w:pPr>
        <w:spacing w:before="0" w:after="80" w:line="300" w:lineRule="auto"/>
        <w:jc w:val="left"/>
      </w:pPr>
      <w:r>
        <w:rPr>
          <w:rFonts w:ascii="Times New Roman" w:hAnsi="Times New Roman" w:eastAsia="宋体"/>
          <w:b w:val="0"/>
          <w:i w:val="0"/>
          <w:sz w:val="21"/>
        </w:rPr>
        <w:t>x + y = 30</w:t>
      </w:r>
    </w:p>
    <w:p>
      <w:pPr>
        <w:spacing w:before="0" w:after="80" w:line="300" w:lineRule="auto"/>
        <w:jc w:val="left"/>
      </w:pPr>
      <w:r>
        <w:rPr>
          <w:rFonts w:ascii="Times New Roman" w:hAnsi="Times New Roman" w:eastAsia="宋体"/>
          <w:b w:val="0"/>
          <w:i w:val="0"/>
          <w:sz w:val="21"/>
        </w:rPr>
        <w:t>0.6(x + y)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two-point shots and y be the number of three-point shots.</w:t>
      </w:r>
    </w:p>
    <w:p>
      <w:pPr>
        <w:spacing w:before="0" w:after="80" w:line="300" w:lineRule="auto"/>
        <w:jc w:val="left"/>
      </w:pPr>
      <w:r>
        <w:rPr>
          <w:rFonts w:ascii="Times New Roman" w:hAnsi="Times New Roman" w:eastAsia="宋体"/>
          <w:b w:val="0"/>
          <w:i w:val="0"/>
          <w:color w:val="333333"/>
          <w:sz w:val="19"/>
        </w:rPr>
        <w:t>Then, Shenille makes 0.3x two-point shots and 0.2y three-point shots, for a total score of</w:t>
      </w:r>
    </w:p>
    <w:p>
      <w:pPr>
        <w:spacing w:before="0" w:after="80" w:line="300" w:lineRule="auto"/>
        <w:jc w:val="left"/>
      </w:pPr>
      <w:r>
        <w:rPr>
          <w:rFonts w:ascii="Times New Roman" w:hAnsi="Times New Roman" w:eastAsia="宋体"/>
          <w:b w:val="0"/>
          <w:i w:val="0"/>
          <w:color w:val="333333"/>
          <w:sz w:val="19"/>
        </w:rPr>
        <w:t>2 · 0.3x + 3 · 0.2y = 0.6x + 0.6y.</w:t>
      </w:r>
    </w:p>
    <w:p>
      <w:pPr>
        <w:spacing w:before="0" w:after="80" w:line="300" w:lineRule="auto"/>
        <w:jc w:val="left"/>
      </w:pPr>
      <w:r>
        <w:rPr>
          <w:rFonts w:ascii="Times New Roman" w:hAnsi="Times New Roman" w:eastAsia="宋体"/>
          <w:b w:val="0"/>
          <w:i w:val="0"/>
          <w:color w:val="333333"/>
          <w:sz w:val="19"/>
        </w:rPr>
        <w:t>We know that</w:t>
      </w:r>
    </w:p>
    <w:p>
      <w:pPr>
        <w:spacing w:before="0" w:after="80" w:line="300" w:lineRule="auto"/>
        <w:jc w:val="left"/>
      </w:pPr>
      <w:r>
        <w:rPr>
          <w:rFonts w:ascii="Times New Roman" w:hAnsi="Times New Roman" w:eastAsia="宋体"/>
          <w:b w:val="0"/>
          <w:i w:val="0"/>
          <w:color w:val="333333"/>
          <w:sz w:val="19"/>
        </w:rPr>
        <w:t>x + y = 30</w:t>
      </w:r>
    </w:p>
    <w:p>
      <w:pPr>
        <w:spacing w:before="0" w:after="80" w:line="300" w:lineRule="auto"/>
        <w:jc w:val="left"/>
      </w:pPr>
      <w:r>
        <w:rPr>
          <w:rFonts w:ascii="Times New Roman" w:hAnsi="Times New Roman" w:eastAsia="宋体"/>
          <w:b w:val="0"/>
          <w:i w:val="0"/>
          <w:color w:val="333333"/>
          <w:sz w:val="19"/>
        </w:rPr>
        <w:t>0.6(x + y) = 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设总花数为 x。粉色花有 0.6x 朵，红色花有 0.4x 朵。</w:t>
      </w:r>
    </w:p>
    <w:p>
      <w:pPr>
        <w:spacing w:before="0" w:after="80" w:line="300" w:lineRule="auto"/>
        <w:jc w:val="left"/>
      </w:pPr>
      <w:r>
        <w:rPr>
          <w:rFonts w:ascii="Times New Roman" w:hAnsi="Times New Roman" w:eastAsia="宋体"/>
          <w:b w:val="0"/>
          <w:i w:val="0"/>
          <w:sz w:val="21"/>
        </w:rPr>
        <w:t>于是粉玫瑰有</w:t>
      </w:r>
    </w:p>
    <w:p>
      <w:pPr>
        <w:spacing w:before="0" w:after="80" w:line="300" w:lineRule="auto"/>
        <w:jc w:val="left"/>
      </w:pPr>
      <w:r>
        <w:rPr>
          <w:rFonts w:ascii="Times New Roman" w:hAnsi="Times New Roman" w:eastAsia="宋体"/>
          <w:b w:val="0"/>
          <w:i w:val="0"/>
          <w:sz w:val="21"/>
        </w:rPr>
        <w:t>1/3 · 0.6x = 0.2x</w:t>
      </w:r>
    </w:p>
    <w:p>
      <w:pPr>
        <w:spacing w:before="0" w:after="80" w:line="300" w:lineRule="auto"/>
        <w:jc w:val="left"/>
      </w:pPr>
      <w:r>
        <w:rPr>
          <w:rFonts w:ascii="Times New Roman" w:hAnsi="Times New Roman" w:eastAsia="宋体"/>
          <w:b w:val="0"/>
          <w:i w:val="0"/>
          <w:sz w:val="21"/>
        </w:rPr>
        <w:t>朵，所以粉康乃馨有 0.4x 朵。</w:t>
      </w:r>
    </w:p>
    <w:p>
      <w:pPr>
        <w:spacing w:before="0" w:after="80" w:line="300" w:lineRule="auto"/>
        <w:jc w:val="left"/>
      </w:pPr>
      <w:r>
        <w:rPr>
          <w:rFonts w:ascii="Times New Roman" w:hAnsi="Times New Roman" w:eastAsia="宋体"/>
          <w:b w:val="0"/>
          <w:i w:val="0"/>
          <w:sz w:val="21"/>
        </w:rPr>
        <w:t>另外红康乃馨有</w:t>
      </w:r>
    </w:p>
    <w:p>
      <w:pPr>
        <w:spacing w:before="0" w:after="80" w:line="300" w:lineRule="auto"/>
        <w:jc w:val="left"/>
      </w:pPr>
      <w:r>
        <w:rPr>
          <w:rFonts w:ascii="Times New Roman" w:hAnsi="Times New Roman" w:eastAsia="宋体"/>
          <w:b w:val="0"/>
          <w:i w:val="0"/>
          <w:sz w:val="21"/>
        </w:rPr>
        <w:t>3/4 · 0.4x = 0.3x</w:t>
      </w:r>
    </w:p>
    <w:p>
      <w:pPr>
        <w:spacing w:before="0" w:after="80" w:line="300" w:lineRule="auto"/>
        <w:jc w:val="left"/>
      </w:pPr>
      <w:r>
        <w:rPr>
          <w:rFonts w:ascii="Times New Roman" w:hAnsi="Times New Roman" w:eastAsia="宋体"/>
          <w:b w:val="0"/>
          <w:i w:val="0"/>
          <w:sz w:val="21"/>
        </w:rPr>
        <w:t>朵。因此康乃馨共有 0.3x + 0.4x = 0.7x 朵，占全部花的 70%。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total number of flowers be x. There are 0.6x pink flowers and 0.4x red flowers.</w:t>
      </w:r>
    </w:p>
    <w:p>
      <w:pPr>
        <w:spacing w:before="0" w:after="80" w:line="300" w:lineRule="auto"/>
        <w:jc w:val="left"/>
      </w:pPr>
      <w:r>
        <w:rPr>
          <w:rFonts w:ascii="Times New Roman" w:hAnsi="Times New Roman" w:eastAsia="宋体"/>
          <w:b w:val="0"/>
          <w:i w:val="0"/>
          <w:color w:val="333333"/>
          <w:sz w:val="19"/>
        </w:rPr>
        <w:t>Then there are</w:t>
      </w:r>
    </w:p>
    <w:p>
      <w:pPr>
        <w:spacing w:before="0" w:after="80" w:line="300" w:lineRule="auto"/>
        <w:jc w:val="left"/>
      </w:pPr>
      <w:r>
        <w:rPr>
          <w:rFonts w:ascii="Times New Roman" w:hAnsi="Times New Roman" w:eastAsia="宋体"/>
          <w:b w:val="0"/>
          <w:i w:val="0"/>
          <w:color w:val="333333"/>
          <w:sz w:val="19"/>
        </w:rPr>
        <w:t>1/3 · 0.6x = 0.2x</w:t>
      </w:r>
    </w:p>
    <w:p>
      <w:pPr>
        <w:spacing w:before="0" w:after="80" w:line="300" w:lineRule="auto"/>
        <w:jc w:val="left"/>
      </w:pPr>
      <w:r>
        <w:rPr>
          <w:rFonts w:ascii="Times New Roman" w:hAnsi="Times New Roman" w:eastAsia="宋体"/>
          <w:b w:val="0"/>
          <w:i w:val="0"/>
          <w:color w:val="333333"/>
          <w:sz w:val="19"/>
        </w:rPr>
        <w:t>pink roses, which means there are 0.4x pink carnations.</w:t>
      </w:r>
    </w:p>
    <w:p>
      <w:pPr>
        <w:spacing w:before="0" w:after="80" w:line="300" w:lineRule="auto"/>
        <w:jc w:val="left"/>
      </w:pPr>
      <w:r>
        <w:rPr>
          <w:rFonts w:ascii="Times New Roman" w:hAnsi="Times New Roman" w:eastAsia="宋体"/>
          <w:b w:val="0"/>
          <w:i w:val="0"/>
          <w:color w:val="333333"/>
          <w:sz w:val="19"/>
        </w:rPr>
        <w:t>There are also</w:t>
      </w:r>
    </w:p>
    <w:p>
      <w:pPr>
        <w:spacing w:before="0" w:after="80" w:line="300" w:lineRule="auto"/>
        <w:jc w:val="left"/>
      </w:pPr>
      <w:r>
        <w:rPr>
          <w:rFonts w:ascii="Times New Roman" w:hAnsi="Times New Roman" w:eastAsia="宋体"/>
          <w:b w:val="0"/>
          <w:i w:val="0"/>
          <w:color w:val="333333"/>
          <w:sz w:val="19"/>
        </w:rPr>
        <w:t>3/4 · 0.4x = 0.3x</w:t>
      </w:r>
    </w:p>
    <w:p>
      <w:pPr>
        <w:spacing w:before="0" w:after="80" w:line="300" w:lineRule="auto"/>
        <w:jc w:val="left"/>
      </w:pPr>
      <w:r>
        <w:rPr>
          <w:rFonts w:ascii="Times New Roman" w:hAnsi="Times New Roman" w:eastAsia="宋体"/>
          <w:b w:val="0"/>
          <w:i w:val="0"/>
          <w:color w:val="333333"/>
          <w:sz w:val="19"/>
        </w:rPr>
        <w:t>red carnations. This means there are 0.3x + 0.4x = 0.7x carnations. This is 70% of the total flowers.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设学生会有 x 名成员。选二人委员会的方法数为</w:t>
      </w:r>
    </w:p>
    <w:p>
      <w:pPr>
        <w:spacing w:before="0" w:after="80" w:line="300" w:lineRule="auto"/>
        <w:jc w:val="left"/>
      </w:pPr>
      <w:r>
        <w:rPr>
          <w:rFonts w:ascii="Times New Roman" w:hAnsi="Times New Roman" w:eastAsia="宋体"/>
          <w:b w:val="0"/>
          <w:i w:val="0"/>
          <w:sz w:val="21"/>
        </w:rPr>
        <w:t>C(x, 2) = (x(x - 1))/2。</w:t>
      </w:r>
    </w:p>
    <w:p>
      <w:pPr>
        <w:spacing w:before="0" w:after="80" w:line="300" w:lineRule="auto"/>
        <w:jc w:val="left"/>
      </w:pPr>
      <w:r>
        <w:rPr>
          <w:rFonts w:ascii="Times New Roman" w:hAnsi="Times New Roman" w:eastAsia="宋体"/>
          <w:b w:val="0"/>
          <w:i w:val="0"/>
          <w:sz w:val="21"/>
        </w:rPr>
        <w:t>这个值等于 10，所以</w:t>
      </w:r>
    </w:p>
    <w:p>
      <w:pPr>
        <w:spacing w:before="0" w:after="80" w:line="300" w:lineRule="auto"/>
        <w:jc w:val="left"/>
      </w:pPr>
      <w:r>
        <w:rPr>
          <w:rFonts w:ascii="Times New Roman" w:hAnsi="Times New Roman" w:eastAsia="宋体"/>
          <w:b w:val="0"/>
          <w:i w:val="0"/>
          <w:sz w:val="21"/>
        </w:rPr>
        <w:t>x² - x = 20</w:t>
      </w:r>
    </w:p>
    <w:p>
      <w:pPr>
        <w:spacing w:before="0" w:after="80" w:line="300" w:lineRule="auto"/>
        <w:jc w:val="left"/>
      </w:pPr>
      <w:r>
        <w:rPr>
          <w:rFonts w:ascii="Times New Roman" w:hAnsi="Times New Roman" w:eastAsia="宋体"/>
          <w:b w:val="0"/>
          <w:i w:val="0"/>
          <w:sz w:val="21"/>
        </w:rPr>
        <w:t>x² - x - 20 = 0。</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(x - 5)(x + 4) = 0</w:t>
      </w:r>
    </w:p>
    <w:p>
      <w:pPr>
        <w:spacing w:before="0" w:after="80" w:line="300" w:lineRule="auto"/>
        <w:jc w:val="left"/>
      </w:pPr>
      <w:r>
        <w:rPr>
          <w:rFonts w:ascii="Times New Roman" w:hAnsi="Times New Roman" w:eastAsia="宋体"/>
          <w:b w:val="0"/>
          <w:i w:val="0"/>
          <w:sz w:val="21"/>
        </w:rPr>
        <w:t>x = 5，</w:t>
      </w:r>
    </w:p>
    <w:p>
      <w:pPr>
        <w:spacing w:before="0" w:after="80" w:line="300" w:lineRule="auto"/>
        <w:jc w:val="left"/>
      </w:pPr>
      <w:r>
        <w:rPr>
          <w:rFonts w:ascii="Times New Roman" w:hAnsi="Times New Roman" w:eastAsia="宋体"/>
          <w:b w:val="0"/>
          <w:i w:val="0"/>
          <w:sz w:val="21"/>
        </w:rPr>
        <w:t>因为学生人数不能为负数。</w:t>
      </w:r>
    </w:p>
    <w:p>
      <w:pPr>
        <w:spacing w:before="0" w:after="80" w:line="300" w:lineRule="auto"/>
        <w:jc w:val="left"/>
      </w:pPr>
      <w:r>
        <w:rPr>
          <w:rFonts w:ascii="Times New Roman" w:hAnsi="Times New Roman" w:eastAsia="宋体"/>
          <w:b w:val="0"/>
          <w:i w:val="0"/>
          <w:sz w:val="21"/>
        </w:rPr>
        <w:t>于是选 3 人策划委员会的方法数为</w:t>
      </w:r>
    </w:p>
    <w:p>
      <w:pPr>
        <w:spacing w:before="0" w:after="80" w:line="300" w:lineRule="auto"/>
        <w:jc w:val="left"/>
      </w:pPr>
      <w:r>
        <w:rPr>
          <w:rFonts w:ascii="Times New Roman" w:hAnsi="Times New Roman" w:eastAsia="宋体"/>
          <w:b w:val="0"/>
          <w:i w:val="0"/>
          <w:sz w:val="21"/>
        </w:rPr>
        <w:t>C(5, 3) = C(5, 2)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students. Then the number of ways to pick a two-person committee is</w:t>
      </w:r>
    </w:p>
    <w:p>
      <w:pPr>
        <w:spacing w:before="0" w:after="80" w:line="300" w:lineRule="auto"/>
        <w:jc w:val="left"/>
      </w:pPr>
      <w:r>
        <w:rPr>
          <w:rFonts w:ascii="Times New Roman" w:hAnsi="Times New Roman" w:eastAsia="宋体"/>
          <w:b w:val="0"/>
          <w:i w:val="0"/>
          <w:color w:val="333333"/>
          <w:sz w:val="19"/>
        </w:rPr>
        <w:t>C(x, 2) = (x(x - 1))/2.</w:t>
      </w:r>
    </w:p>
    <w:p>
      <w:pPr>
        <w:spacing w:before="0" w:after="80" w:line="300" w:lineRule="auto"/>
        <w:jc w:val="left"/>
      </w:pPr>
      <w:r>
        <w:rPr>
          <w:rFonts w:ascii="Times New Roman" w:hAnsi="Times New Roman" w:eastAsia="宋体"/>
          <w:b w:val="0"/>
          <w:i w:val="0"/>
          <w:color w:val="333333"/>
          <w:sz w:val="19"/>
        </w:rPr>
        <w:t>We know that this equals 10, so</w:t>
      </w:r>
    </w:p>
    <w:p>
      <w:pPr>
        <w:spacing w:before="0" w:after="80" w:line="300" w:lineRule="auto"/>
        <w:jc w:val="left"/>
      </w:pPr>
      <w:r>
        <w:rPr>
          <w:rFonts w:ascii="Times New Roman" w:hAnsi="Times New Roman" w:eastAsia="宋体"/>
          <w:b w:val="0"/>
          <w:i w:val="0"/>
          <w:color w:val="333333"/>
          <w:sz w:val="19"/>
        </w:rPr>
        <w:t>x² - x = 20</w:t>
      </w:r>
    </w:p>
    <w:p>
      <w:pPr>
        <w:spacing w:before="0" w:after="80" w:line="300" w:lineRule="auto"/>
        <w:jc w:val="left"/>
      </w:pPr>
      <w:r>
        <w:rPr>
          <w:rFonts w:ascii="Times New Roman" w:hAnsi="Times New Roman" w:eastAsia="宋体"/>
          <w:b w:val="0"/>
          <w:i w:val="0"/>
          <w:color w:val="333333"/>
          <w:sz w:val="19"/>
        </w:rPr>
        <w:t>x² - x - 20 = 0.</w:t>
      </w:r>
    </w:p>
    <w:p>
      <w:pPr>
        <w:spacing w:before="0" w:after="80" w:line="300" w:lineRule="auto"/>
        <w:jc w:val="left"/>
      </w:pPr>
      <w:r>
        <w:rPr>
          <w:rFonts w:ascii="Times New Roman" w:hAnsi="Times New Roman" w:eastAsia="宋体"/>
          <w:b w:val="0"/>
          <w:i w:val="0"/>
          <w:color w:val="333333"/>
          <w:sz w:val="19"/>
        </w:rPr>
        <w:t>Factoring yields</w:t>
      </w:r>
    </w:p>
    <w:p>
      <w:pPr>
        <w:spacing w:before="0" w:after="80" w:line="300" w:lineRule="auto"/>
        <w:jc w:val="left"/>
      </w:pPr>
      <w:r>
        <w:rPr>
          <w:rFonts w:ascii="Times New Roman" w:hAnsi="Times New Roman" w:eastAsia="宋体"/>
          <w:b w:val="0"/>
          <w:i w:val="0"/>
          <w:color w:val="333333"/>
          <w:sz w:val="19"/>
        </w:rPr>
        <w:t>(x - 5)(x + 4) = 0</w:t>
      </w:r>
    </w:p>
    <w:p>
      <w:pPr>
        <w:spacing w:before="0" w:after="80" w:line="300" w:lineRule="auto"/>
        <w:jc w:val="left"/>
      </w:pPr>
      <w:r>
        <w:rPr>
          <w:rFonts w:ascii="Times New Roman" w:hAnsi="Times New Roman" w:eastAsia="宋体"/>
          <w:b w:val="0"/>
          <w:i w:val="0"/>
          <w:color w:val="333333"/>
          <w:sz w:val="19"/>
        </w:rPr>
        <w:t>x = 5,</w:t>
      </w:r>
    </w:p>
    <w:p>
      <w:pPr>
        <w:spacing w:before="0" w:after="80" w:line="300" w:lineRule="auto"/>
        <w:jc w:val="left"/>
      </w:pPr>
      <w:r>
        <w:rPr>
          <w:rFonts w:ascii="Times New Roman" w:hAnsi="Times New Roman" w:eastAsia="宋体"/>
          <w:b w:val="0"/>
          <w:i w:val="0"/>
          <w:color w:val="333333"/>
          <w:sz w:val="19"/>
        </w:rPr>
        <w:t>since there cannot be a negative number of students.</w:t>
      </w:r>
    </w:p>
    <w:p>
      <w:pPr>
        <w:spacing w:before="0" w:after="80" w:line="300" w:lineRule="auto"/>
        <w:jc w:val="left"/>
      </w:pPr>
      <w:r>
        <w:rPr>
          <w:rFonts w:ascii="Times New Roman" w:hAnsi="Times New Roman" w:eastAsia="宋体"/>
          <w:b w:val="0"/>
          <w:i w:val="0"/>
          <w:color w:val="333333"/>
          <w:sz w:val="19"/>
        </w:rPr>
        <w:t>Then, the number of ways to pick a 3-person committee is</w:t>
      </w:r>
    </w:p>
    <w:p>
      <w:pPr>
        <w:spacing w:before="0" w:after="80" w:line="300" w:lineRule="auto"/>
        <w:jc w:val="left"/>
      </w:pPr>
      <w:r>
        <w:rPr>
          <w:rFonts w:ascii="Times New Roman" w:hAnsi="Times New Roman" w:eastAsia="宋体"/>
          <w:b w:val="0"/>
          <w:i w:val="0"/>
          <w:color w:val="333333"/>
          <w:sz w:val="19"/>
        </w:rPr>
        <w:t>C(5, 3) = C(5, 2) = 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由平行线可知 △ DBE ∼ △ ABC，且 △ FEC ∼ △ ABC。</w:t>
      </w:r>
    </w:p>
    <w:p>
      <w:pPr>
        <w:spacing w:before="0" w:after="80" w:line="300" w:lineRule="auto"/>
        <w:jc w:val="left"/>
      </w:pPr>
      <w:r>
        <w:rPr>
          <w:rFonts w:ascii="Times New Roman" w:hAnsi="Times New Roman" w:eastAsia="宋体"/>
          <w:b w:val="0"/>
          <w:i w:val="0"/>
          <w:sz w:val="21"/>
        </w:rPr>
        <w:t>因为原三角形两腰相等，所以在这些相似三角形中 DB = DE，FE = FC。平行四边形 ADEF 的周长为</w:t>
      </w:r>
    </w:p>
    <w:p>
      <w:pPr>
        <w:spacing w:before="0" w:after="80" w:line="300" w:lineRule="auto"/>
        <w:jc w:val="left"/>
      </w:pPr>
      <w:r>
        <w:rPr>
          <w:rFonts w:ascii="Times New Roman" w:hAnsi="Times New Roman" w:eastAsia="宋体"/>
          <w:b w:val="0"/>
          <w:i w:val="0"/>
          <w:sz w:val="21"/>
        </w:rPr>
        <w:t>AD + DE + EF + AF</w:t>
      </w:r>
    </w:p>
    <w:p>
      <w:pPr>
        <w:spacing w:before="0" w:after="80" w:line="300" w:lineRule="auto"/>
        <w:jc w:val="left"/>
      </w:pPr>
      <w:r>
        <w:rPr>
          <w:rFonts w:ascii="Times New Roman" w:hAnsi="Times New Roman" w:eastAsia="宋体"/>
          <w:b w:val="0"/>
          <w:i w:val="0"/>
          <w:sz w:val="21"/>
        </w:rPr>
        <w:t>= AD + DB + FC + AF</w:t>
      </w:r>
    </w:p>
    <w:p>
      <w:pPr>
        <w:spacing w:before="0" w:after="80" w:line="300" w:lineRule="auto"/>
        <w:jc w:val="left"/>
      </w:pPr>
      <w:r>
        <w:rPr>
          <w:rFonts w:ascii="Times New Roman" w:hAnsi="Times New Roman" w:eastAsia="宋体"/>
          <w:b w:val="0"/>
          <w:i w:val="0"/>
          <w:sz w:val="21"/>
        </w:rPr>
        <w:t>= AB + AC</w:t>
      </w:r>
    </w:p>
    <w:p>
      <w:pPr>
        <w:spacing w:before="0" w:after="80" w:line="300" w:lineRule="auto"/>
        <w:jc w:val="left"/>
      </w:pPr>
      <w:r>
        <w:rPr>
          <w:rFonts w:ascii="Times New Roman" w:hAnsi="Times New Roman" w:eastAsia="宋体"/>
          <w:b w:val="0"/>
          <w:i w:val="0"/>
          <w:sz w:val="21"/>
        </w:rPr>
        <w:t>= 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 DBE ∼ △ ABC and △ FEC ∼ △ ABC due to the parallel lines.</w:t>
      </w:r>
    </w:p>
    <w:p>
      <w:pPr>
        <w:spacing w:before="0" w:after="80" w:line="300" w:lineRule="auto"/>
        <w:jc w:val="left"/>
      </w:pPr>
      <w:r>
        <w:rPr>
          <w:rFonts w:ascii="Times New Roman" w:hAnsi="Times New Roman" w:eastAsia="宋体"/>
          <w:b w:val="0"/>
          <w:i w:val="0"/>
          <w:color w:val="333333"/>
          <w:sz w:val="19"/>
        </w:rPr>
        <w:t>This tells us that DB = DE and FE = FC. We have that the perimeter of ADEF is</w:t>
      </w:r>
    </w:p>
    <w:p>
      <w:pPr>
        <w:spacing w:before="0" w:after="80" w:line="300" w:lineRule="auto"/>
        <w:jc w:val="left"/>
      </w:pPr>
      <w:r>
        <w:rPr>
          <w:rFonts w:ascii="Times New Roman" w:hAnsi="Times New Roman" w:eastAsia="宋体"/>
          <w:b w:val="0"/>
          <w:i w:val="0"/>
          <w:color w:val="333333"/>
          <w:sz w:val="19"/>
        </w:rPr>
        <w:t>AD + DE + EF + AF</w:t>
      </w:r>
    </w:p>
    <w:p>
      <w:pPr>
        <w:spacing w:before="0" w:after="80" w:line="300" w:lineRule="auto"/>
        <w:jc w:val="left"/>
      </w:pPr>
      <w:r>
        <w:rPr>
          <w:rFonts w:ascii="Times New Roman" w:hAnsi="Times New Roman" w:eastAsia="宋体"/>
          <w:b w:val="0"/>
          <w:i w:val="0"/>
          <w:color w:val="333333"/>
          <w:sz w:val="19"/>
        </w:rPr>
        <w:t>= AD + DB + FC + AF</w:t>
      </w:r>
    </w:p>
    <w:p>
      <w:pPr>
        <w:spacing w:before="0" w:after="80" w:line="300" w:lineRule="auto"/>
        <w:jc w:val="left"/>
      </w:pPr>
      <w:r>
        <w:rPr>
          <w:rFonts w:ascii="Times New Roman" w:hAnsi="Times New Roman" w:eastAsia="宋体"/>
          <w:b w:val="0"/>
          <w:i w:val="0"/>
          <w:color w:val="333333"/>
          <w:sz w:val="19"/>
        </w:rPr>
        <w:t>= AB + AC</w:t>
      </w:r>
    </w:p>
    <w:p>
      <w:pPr>
        <w:spacing w:before="0" w:after="80" w:line="300" w:lineRule="auto"/>
        <w:jc w:val="left"/>
      </w:pPr>
      <w:r>
        <w:rPr>
          <w:rFonts w:ascii="Times New Roman" w:hAnsi="Times New Roman" w:eastAsia="宋体"/>
          <w:b w:val="0"/>
          <w:i w:val="0"/>
          <w:color w:val="333333"/>
          <w:sz w:val="19"/>
        </w:rPr>
        <w:t>= 56.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要使这个数不能被 5 整除，个位数字不能是 0 或 5。</w:t>
      </w:r>
    </w:p>
    <w:p>
      <w:pPr>
        <w:spacing w:before="0" w:after="80" w:line="300" w:lineRule="auto"/>
        <w:jc w:val="left"/>
      </w:pPr>
      <w:r>
        <w:rPr>
          <w:rFonts w:ascii="Times New Roman" w:hAnsi="Times New Roman" w:eastAsia="宋体"/>
          <w:b w:val="0"/>
          <w:i w:val="0"/>
          <w:sz w:val="21"/>
        </w:rPr>
        <w:t>设百位和个位数字为 x，十位数字为 y。需要</w:t>
      </w:r>
    </w:p>
    <w:p>
      <w:pPr>
        <w:spacing w:before="0" w:after="80" w:line="300" w:lineRule="auto"/>
        <w:jc w:val="left"/>
      </w:pPr>
      <w:r>
        <w:rPr>
          <w:rFonts w:ascii="Times New Roman" w:hAnsi="Times New Roman" w:eastAsia="宋体"/>
          <w:b w:val="0"/>
          <w:i w:val="0"/>
          <w:sz w:val="21"/>
        </w:rPr>
        <w:t>2x + y &lt; 20。</w:t>
      </w:r>
    </w:p>
    <w:p>
      <w:pPr>
        <w:spacing w:before="0" w:after="80" w:line="300" w:lineRule="auto"/>
        <w:jc w:val="left"/>
      </w:pPr>
      <w:r>
        <w:rPr>
          <w:rFonts w:ascii="Times New Roman" w:hAnsi="Times New Roman" w:eastAsia="宋体"/>
          <w:b w:val="0"/>
          <w:i w:val="0"/>
          <w:sz w:val="21"/>
        </w:rPr>
        <w:t>按 x 的 8 种可能取值分类：</w:t>
      </w:r>
    </w:p>
    <w:p>
      <w:pPr>
        <w:spacing w:before="0" w:after="80" w:line="300" w:lineRule="auto"/>
        <w:jc w:val="left"/>
      </w:pPr>
      <w:r>
        <w:rPr>
          <w:rFonts w:ascii="Times New Roman" w:hAnsi="Times New Roman" w:eastAsia="宋体"/>
          <w:b w:val="0"/>
          <w:i w:val="0"/>
          <w:sz w:val="21"/>
        </w:rPr>
        <w:t>若 x 为 1, 2, 3 或 4，则任意数字 y 都满足，因为 y &lt; 10。</w:t>
      </w:r>
    </w:p>
    <w:p>
      <w:pPr>
        <w:spacing w:before="0" w:after="80" w:line="300" w:lineRule="auto"/>
        <w:jc w:val="left"/>
      </w:pPr>
      <w:r>
        <w:rPr>
          <w:rFonts w:ascii="Times New Roman" w:hAnsi="Times New Roman" w:eastAsia="宋体"/>
          <w:b w:val="0"/>
          <w:i w:val="0"/>
          <w:sz w:val="21"/>
        </w:rPr>
        <w:t>若 x = 6，则 y &lt; 8，有 8 种选择。</w:t>
      </w:r>
    </w:p>
    <w:p>
      <w:pPr>
        <w:spacing w:before="0" w:after="80" w:line="300" w:lineRule="auto"/>
        <w:jc w:val="left"/>
      </w:pPr>
      <w:r>
        <w:rPr>
          <w:rFonts w:ascii="Times New Roman" w:hAnsi="Times New Roman" w:eastAsia="宋体"/>
          <w:b w:val="0"/>
          <w:i w:val="0"/>
          <w:sz w:val="21"/>
        </w:rPr>
        <w:t>若 x = 7，则 y &lt; 6，有 6 种选择。</w:t>
      </w:r>
    </w:p>
    <w:p>
      <w:pPr>
        <w:spacing w:before="0" w:after="80" w:line="300" w:lineRule="auto"/>
        <w:jc w:val="left"/>
      </w:pPr>
      <w:r>
        <w:rPr>
          <w:rFonts w:ascii="Times New Roman" w:hAnsi="Times New Roman" w:eastAsia="宋体"/>
          <w:b w:val="0"/>
          <w:i w:val="0"/>
          <w:sz w:val="21"/>
        </w:rPr>
        <w:t>若 x = 8，则 y &lt; 4，有 4 种选择。</w:t>
      </w:r>
    </w:p>
    <w:p>
      <w:pPr>
        <w:spacing w:before="0" w:after="80" w:line="300" w:lineRule="auto"/>
        <w:jc w:val="left"/>
      </w:pPr>
      <w:r>
        <w:rPr>
          <w:rFonts w:ascii="Times New Roman" w:hAnsi="Times New Roman" w:eastAsia="宋体"/>
          <w:b w:val="0"/>
          <w:i w:val="0"/>
          <w:sz w:val="21"/>
        </w:rPr>
        <w:t>若 x = 9，则 y &lt; 2，有 2 种选择。</w:t>
      </w:r>
    </w:p>
    <w:p>
      <w:pPr>
        <w:spacing w:before="0" w:after="80" w:line="300" w:lineRule="auto"/>
        <w:jc w:val="left"/>
      </w:pPr>
      <w:r>
        <w:rPr>
          <w:rFonts w:ascii="Times New Roman" w:hAnsi="Times New Roman" w:eastAsia="宋体"/>
          <w:b w:val="0"/>
          <w:i w:val="0"/>
          <w:sz w:val="21"/>
        </w:rPr>
        <w:t>这样总共有</w:t>
      </w:r>
    </w:p>
    <w:p>
      <w:pPr>
        <w:spacing w:before="0" w:after="80" w:line="300" w:lineRule="auto"/>
        <w:jc w:val="left"/>
      </w:pPr>
      <w:r>
        <w:rPr>
          <w:rFonts w:ascii="Times New Roman" w:hAnsi="Times New Roman" w:eastAsia="宋体"/>
          <w:b w:val="0"/>
          <w:i w:val="0"/>
          <w:sz w:val="21"/>
        </w:rPr>
        <w:t>4 · 10 + 8 + 6 + 4 + 2 = 60</w:t>
      </w:r>
    </w:p>
    <w:p>
      <w:pPr>
        <w:spacing w:before="0" w:after="80" w:line="300" w:lineRule="auto"/>
        <w:jc w:val="left"/>
      </w:pPr>
      <w:r>
        <w:rPr>
          <w:rFonts w:ascii="Times New Roman" w:hAnsi="Times New Roman" w:eastAsia="宋体"/>
          <w:b w:val="0"/>
          <w:i w:val="0"/>
          <w:sz w:val="21"/>
        </w:rPr>
        <w:t>组解。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for the number to not be divisible by 5, the units digits cannot be either 0 or 5.</w:t>
      </w:r>
    </w:p>
    <w:p>
      <w:pPr>
        <w:spacing w:before="0" w:after="80" w:line="300" w:lineRule="auto"/>
        <w:jc w:val="left"/>
      </w:pPr>
      <w:r>
        <w:rPr>
          <w:rFonts w:ascii="Times New Roman" w:hAnsi="Times New Roman" w:eastAsia="宋体"/>
          <w:b w:val="0"/>
          <w:i w:val="0"/>
          <w:color w:val="333333"/>
          <w:sz w:val="19"/>
        </w:rPr>
        <w:t>Let x be the hundreds and units digit and y be the tens digit. Then we want</w:t>
      </w:r>
    </w:p>
    <w:p>
      <w:pPr>
        <w:spacing w:before="0" w:after="80" w:line="300" w:lineRule="auto"/>
        <w:jc w:val="left"/>
      </w:pPr>
      <w:r>
        <w:rPr>
          <w:rFonts w:ascii="Times New Roman" w:hAnsi="Times New Roman" w:eastAsia="宋体"/>
          <w:b w:val="0"/>
          <w:i w:val="0"/>
          <w:color w:val="333333"/>
          <w:sz w:val="19"/>
        </w:rPr>
        <w:t>2x + y &lt; 20.</w:t>
      </w:r>
    </w:p>
    <w:p>
      <w:pPr>
        <w:spacing w:before="0" w:after="80" w:line="300" w:lineRule="auto"/>
        <w:jc w:val="left"/>
      </w:pPr>
      <w:r>
        <w:rPr>
          <w:rFonts w:ascii="Times New Roman" w:hAnsi="Times New Roman" w:eastAsia="宋体"/>
          <w:b w:val="0"/>
          <w:i w:val="0"/>
          <w:color w:val="333333"/>
          <w:sz w:val="19"/>
        </w:rPr>
        <w:t>Casing on the 8 possible values of x, we get:</w:t>
      </w:r>
    </w:p>
    <w:p>
      <w:pPr>
        <w:spacing w:before="0" w:after="80" w:line="300" w:lineRule="auto"/>
        <w:jc w:val="left"/>
      </w:pPr>
      <w:r>
        <w:rPr>
          <w:rFonts w:ascii="Times New Roman" w:hAnsi="Times New Roman" w:eastAsia="宋体"/>
          <w:b w:val="0"/>
          <w:i w:val="0"/>
          <w:color w:val="333333"/>
          <w:sz w:val="19"/>
        </w:rPr>
        <w:t>If x is 1, 2, 3, or 4, then y can be anything since y &lt; 10.</w:t>
      </w:r>
    </w:p>
    <w:p>
      <w:pPr>
        <w:spacing w:before="0" w:after="80" w:line="300" w:lineRule="auto"/>
        <w:jc w:val="left"/>
      </w:pPr>
      <w:r>
        <w:rPr>
          <w:rFonts w:ascii="Times New Roman" w:hAnsi="Times New Roman" w:eastAsia="宋体"/>
          <w:b w:val="0"/>
          <w:i w:val="0"/>
          <w:color w:val="333333"/>
          <w:sz w:val="19"/>
        </w:rPr>
        <w:t>If x = 6, then y &lt; 8, which gives us 8 solutions.</w:t>
      </w:r>
    </w:p>
    <w:p>
      <w:pPr>
        <w:spacing w:before="0" w:after="80" w:line="300" w:lineRule="auto"/>
        <w:jc w:val="left"/>
      </w:pPr>
      <w:r>
        <w:rPr>
          <w:rFonts w:ascii="Times New Roman" w:hAnsi="Times New Roman" w:eastAsia="宋体"/>
          <w:b w:val="0"/>
          <w:i w:val="0"/>
          <w:color w:val="333333"/>
          <w:sz w:val="19"/>
        </w:rPr>
        <w:t>If x = 7, then y &lt; 6, which gives us 6 solutions.</w:t>
      </w:r>
    </w:p>
    <w:p>
      <w:pPr>
        <w:spacing w:before="0" w:after="80" w:line="300" w:lineRule="auto"/>
        <w:jc w:val="left"/>
      </w:pPr>
      <w:r>
        <w:rPr>
          <w:rFonts w:ascii="Times New Roman" w:hAnsi="Times New Roman" w:eastAsia="宋体"/>
          <w:b w:val="0"/>
          <w:i w:val="0"/>
          <w:color w:val="333333"/>
          <w:sz w:val="19"/>
        </w:rPr>
        <w:t>If x = 8, then y &lt; 4, which gives us 4 solutions.</w:t>
      </w:r>
    </w:p>
    <w:p>
      <w:pPr>
        <w:spacing w:before="0" w:after="80" w:line="300" w:lineRule="auto"/>
        <w:jc w:val="left"/>
      </w:pPr>
      <w:r>
        <w:rPr>
          <w:rFonts w:ascii="Times New Roman" w:hAnsi="Times New Roman" w:eastAsia="宋体"/>
          <w:b w:val="0"/>
          <w:i w:val="0"/>
          <w:color w:val="333333"/>
          <w:sz w:val="19"/>
        </w:rPr>
        <w:t>If x = 9, then y &lt; 2, which gives us 2 solutions.</w:t>
      </w:r>
    </w:p>
    <w:p>
      <w:pPr>
        <w:spacing w:before="0" w:after="80" w:line="300" w:lineRule="auto"/>
        <w:jc w:val="left"/>
      </w:pPr>
      <w:r>
        <w:rPr>
          <w:rFonts w:ascii="Times New Roman" w:hAnsi="Times New Roman" w:eastAsia="宋体"/>
          <w:b w:val="0"/>
          <w:i w:val="0"/>
          <w:color w:val="333333"/>
          <w:sz w:val="19"/>
        </w:rPr>
        <w:t>This gives us a total of</w:t>
      </w:r>
    </w:p>
    <w:p>
      <w:pPr>
        <w:spacing w:before="0" w:after="80" w:line="300" w:lineRule="auto"/>
        <w:jc w:val="left"/>
      </w:pPr>
      <w:r>
        <w:rPr>
          <w:rFonts w:ascii="Times New Roman" w:hAnsi="Times New Roman" w:eastAsia="宋体"/>
          <w:b w:val="0"/>
          <w:i w:val="0"/>
          <w:color w:val="333333"/>
          <w:sz w:val="19"/>
        </w:rPr>
        <w:t>4 · 10 + 8 + 6 + 4 + 2 = 60</w:t>
      </w:r>
    </w:p>
    <w:p>
      <w:pPr>
        <w:spacing w:before="0" w:after="80" w:line="300" w:lineRule="auto"/>
        <w:jc w:val="left"/>
      </w:pPr>
      <w:r>
        <w:rPr>
          <w:rFonts w:ascii="Times New Roman" w:hAnsi="Times New Roman" w:eastAsia="宋体"/>
          <w:b w:val="0"/>
          <w:i w:val="0"/>
          <w:color w:val="333333"/>
          <w:sz w:val="19"/>
        </w:rPr>
        <w:t>solutions.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去掉角上的小立方体不会消除原来大立方体的十二条外边界棱，只会增加新的棱。</w:t>
      </w:r>
    </w:p>
    <w:p>
      <w:pPr>
        <w:spacing w:before="0" w:after="80" w:line="300" w:lineRule="auto"/>
        <w:jc w:val="left"/>
      </w:pPr>
      <w:r>
        <w:rPr>
          <w:rFonts w:ascii="Times New Roman" w:hAnsi="Times New Roman" w:eastAsia="宋体"/>
          <w:b w:val="0"/>
          <w:i w:val="0"/>
          <w:sz w:val="21"/>
        </w:rPr>
        <w:t>每去掉一个角，会新增 9 条棱。</w:t>
      </w:r>
    </w:p>
    <w:p>
      <w:pPr>
        <w:spacing w:before="0" w:after="80" w:line="300" w:lineRule="auto"/>
        <w:jc w:val="left"/>
      </w:pPr>
      <w:r>
        <w:rPr>
          <w:rFonts w:ascii="Times New Roman" w:hAnsi="Times New Roman" w:eastAsia="宋体"/>
          <w:b w:val="0"/>
          <w:i w:val="0"/>
          <w:sz w:val="21"/>
        </w:rPr>
        <w:t>共有 8 个角，所以新增 8 · 9 = 72 条棱。再加上原来的 12 条棱，总数为 72 + 12 = 84。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Removing the cubes does not remove any edges from the original cube. It only adds edges.</w:t>
      </w:r>
    </w:p>
    <w:p>
      <w:pPr>
        <w:spacing w:before="0" w:after="80" w:line="300" w:lineRule="auto"/>
        <w:jc w:val="left"/>
      </w:pPr>
      <w:r>
        <w:rPr>
          <w:rFonts w:ascii="Times New Roman" w:hAnsi="Times New Roman" w:eastAsia="宋体"/>
          <w:b w:val="0"/>
          <w:i w:val="0"/>
          <w:color w:val="333333"/>
          <w:sz w:val="19"/>
        </w:rPr>
        <w:t>After removing each cube, we can see that 9 extra edges are added to the solid.</w:t>
      </w:r>
    </w:p>
    <w:p>
      <w:pPr>
        <w:spacing w:before="0" w:after="80" w:line="300" w:lineRule="auto"/>
        <w:jc w:val="left"/>
      </w:pPr>
      <w:r>
        <w:rPr>
          <w:rFonts w:ascii="Times New Roman" w:hAnsi="Times New Roman" w:eastAsia="宋体"/>
          <w:b w:val="0"/>
          <w:i w:val="0"/>
          <w:color w:val="333333"/>
          <w:sz w:val="19"/>
        </w:rPr>
        <w:t>8 cubes are removed, which means 8 · 9 = 72 edges are added to the original 12 edges, for a total of 72 + 12 = 84 edges.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设边长 10 的边对应的高为 h₁，另一条已知边对应的高为 h₂。</w:t>
      </w:r>
    </w:p>
    <w:p>
      <w:pPr>
        <w:spacing w:before="0" w:after="80" w:line="300" w:lineRule="auto"/>
        <w:jc w:val="left"/>
      </w:pPr>
      <w:r>
        <w:rPr>
          <w:rFonts w:ascii="Times New Roman" w:hAnsi="Times New Roman" w:eastAsia="宋体"/>
          <w:b w:val="0"/>
          <w:i w:val="0"/>
          <w:sz w:val="21"/>
        </w:rPr>
        <w:t>同一三角形面积相同，所以</w:t>
      </w:r>
    </w:p>
    <w:p>
      <w:pPr>
        <w:spacing w:before="0" w:after="80" w:line="300" w:lineRule="auto"/>
        <w:jc w:val="left"/>
      </w:pPr>
      <w:r>
        <w:rPr>
          <w:rFonts w:ascii="Times New Roman" w:hAnsi="Times New Roman" w:eastAsia="宋体"/>
          <w:b w:val="0"/>
          <w:i w:val="0"/>
          <w:sz w:val="21"/>
        </w:rPr>
        <w:t>10h₁ = 15h₂</w:t>
      </w:r>
    </w:p>
    <w:p>
      <w:pPr>
        <w:spacing w:before="0" w:after="80" w:line="300" w:lineRule="auto"/>
        <w:jc w:val="left"/>
      </w:pPr>
      <w:r>
        <w:rPr>
          <w:rFonts w:ascii="Times New Roman" w:hAnsi="Times New Roman" w:eastAsia="宋体"/>
          <w:b w:val="0"/>
          <w:i w:val="0"/>
          <w:sz w:val="21"/>
        </w:rPr>
        <w:t>h₁ = 3/2h₂。</w:t>
      </w:r>
    </w:p>
    <w:p>
      <w:pPr>
        <w:spacing w:before="0" w:after="80" w:line="300" w:lineRule="auto"/>
        <w:jc w:val="left"/>
      </w:pPr>
      <w:r>
        <w:rPr>
          <w:rFonts w:ascii="Times New Roman" w:hAnsi="Times New Roman" w:eastAsia="宋体"/>
          <w:b w:val="0"/>
          <w:i w:val="0"/>
          <w:sz w:val="21"/>
        </w:rPr>
        <w:t>第三边对应的高是另外两个高的平均数，因此为</w:t>
      </w:r>
    </w:p>
    <w:p>
      <w:pPr>
        <w:spacing w:before="0" w:after="80" w:line="300" w:lineRule="auto"/>
        <w:jc w:val="left"/>
      </w:pPr>
      <w:r>
        <w:rPr>
          <w:rFonts w:ascii="Times New Roman" w:hAnsi="Times New Roman" w:eastAsia="宋体"/>
          <w:b w:val="0"/>
          <w:i w:val="0"/>
          <w:sz w:val="21"/>
        </w:rPr>
        <w:t>(h₂ + 3/2h₂)/2 = 5/4h₂。</w:t>
      </w:r>
    </w:p>
    <w:p>
      <w:pPr>
        <w:spacing w:before="0" w:after="80" w:line="300" w:lineRule="auto"/>
        <w:jc w:val="left"/>
      </w:pPr>
      <w:r>
        <w:rPr>
          <w:rFonts w:ascii="Times New Roman" w:hAnsi="Times New Roman" w:eastAsia="宋体"/>
          <w:b w:val="0"/>
          <w:i w:val="0"/>
          <w:sz w:val="21"/>
        </w:rPr>
        <w:t>设第三边长为 x。由面积相等，</w:t>
      </w:r>
    </w:p>
    <w:p>
      <w:pPr>
        <w:spacing w:before="0" w:after="80" w:line="300" w:lineRule="auto"/>
        <w:jc w:val="left"/>
      </w:pPr>
      <w:r>
        <w:rPr>
          <w:rFonts w:ascii="Times New Roman" w:hAnsi="Times New Roman" w:eastAsia="宋体"/>
          <w:b w:val="0"/>
          <w:i w:val="0"/>
          <w:sz w:val="21"/>
        </w:rPr>
        <w:t>5/4h₂x = 15h₂</w:t>
      </w:r>
    </w:p>
    <w:p>
      <w:pPr>
        <w:spacing w:before="0" w:after="80" w:line="300" w:lineRule="auto"/>
        <w:jc w:val="left"/>
      </w:pPr>
      <w:r>
        <w:rPr>
          <w:rFonts w:ascii="Times New Roman" w:hAnsi="Times New Roman" w:eastAsia="宋体"/>
          <w:b w:val="0"/>
          <w:i w:val="0"/>
          <w:sz w:val="21"/>
        </w:rPr>
        <w:t>x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h₁ be the length of the altitude to the side of length 10 and similarly define h₂ for the other given side.</w:t>
      </w:r>
    </w:p>
    <w:p>
      <w:pPr>
        <w:spacing w:before="0" w:after="80" w:line="300" w:lineRule="auto"/>
        <w:jc w:val="left"/>
      </w:pPr>
      <w:r>
        <w:rPr>
          <w:rFonts w:ascii="Times New Roman" w:hAnsi="Times New Roman" w:eastAsia="宋体"/>
          <w:b w:val="0"/>
          <w:i w:val="0"/>
          <w:color w:val="333333"/>
          <w:sz w:val="19"/>
        </w:rPr>
        <w:t>We have that</w:t>
      </w:r>
    </w:p>
    <w:p>
      <w:pPr>
        <w:spacing w:before="0" w:after="80" w:line="300" w:lineRule="auto"/>
        <w:jc w:val="left"/>
      </w:pPr>
      <w:r>
        <w:rPr>
          <w:rFonts w:ascii="Times New Roman" w:hAnsi="Times New Roman" w:eastAsia="宋体"/>
          <w:b w:val="0"/>
          <w:i w:val="0"/>
          <w:color w:val="333333"/>
          <w:sz w:val="19"/>
        </w:rPr>
        <w:t>10h₁ = 15h₂</w:t>
      </w:r>
    </w:p>
    <w:p>
      <w:pPr>
        <w:spacing w:before="0" w:after="80" w:line="300" w:lineRule="auto"/>
        <w:jc w:val="left"/>
      </w:pPr>
      <w:r>
        <w:rPr>
          <w:rFonts w:ascii="Times New Roman" w:hAnsi="Times New Roman" w:eastAsia="宋体"/>
          <w:b w:val="0"/>
          <w:i w:val="0"/>
          <w:color w:val="333333"/>
          <w:sz w:val="19"/>
        </w:rPr>
        <w:t>h₁ = 3/2h₂.</w:t>
      </w:r>
    </w:p>
    <w:p>
      <w:pPr>
        <w:spacing w:before="0" w:after="80" w:line="300" w:lineRule="auto"/>
        <w:jc w:val="left"/>
      </w:pPr>
      <w:r>
        <w:rPr>
          <w:rFonts w:ascii="Times New Roman" w:hAnsi="Times New Roman" w:eastAsia="宋体"/>
          <w:b w:val="0"/>
          <w:i w:val="0"/>
          <w:color w:val="333333"/>
          <w:sz w:val="19"/>
        </w:rPr>
        <w:t>The third altitude is the average of the other two, which makes its length</w:t>
      </w:r>
    </w:p>
    <w:p>
      <w:pPr>
        <w:spacing w:before="0" w:after="80" w:line="300" w:lineRule="auto"/>
        <w:jc w:val="left"/>
      </w:pPr>
      <w:r>
        <w:rPr>
          <w:rFonts w:ascii="Times New Roman" w:hAnsi="Times New Roman" w:eastAsia="宋体"/>
          <w:b w:val="0"/>
          <w:i w:val="0"/>
          <w:color w:val="333333"/>
          <w:sz w:val="19"/>
        </w:rPr>
        <w:t>(h₂ + 3/2h₂)/2 = 5/4h₂.</w:t>
      </w:r>
    </w:p>
    <w:p>
      <w:pPr>
        <w:spacing w:before="0" w:after="80" w:line="300" w:lineRule="auto"/>
        <w:jc w:val="left"/>
      </w:pPr>
      <w:r>
        <w:rPr>
          <w:rFonts w:ascii="Times New Roman" w:hAnsi="Times New Roman" w:eastAsia="宋体"/>
          <w:b w:val="0"/>
          <w:i w:val="0"/>
          <w:color w:val="333333"/>
          <w:sz w:val="19"/>
        </w:rPr>
        <w:t>Let the third side have length x. Then</w:t>
      </w:r>
    </w:p>
    <w:p>
      <w:pPr>
        <w:spacing w:before="0" w:after="80" w:line="300" w:lineRule="auto"/>
        <w:jc w:val="left"/>
      </w:pPr>
      <w:r>
        <w:rPr>
          <w:rFonts w:ascii="Times New Roman" w:hAnsi="Times New Roman" w:eastAsia="宋体"/>
          <w:b w:val="0"/>
          <w:i w:val="0"/>
          <w:color w:val="333333"/>
          <w:sz w:val="19"/>
        </w:rPr>
        <w:t>5/4h₂x = 15h₂</w:t>
      </w:r>
    </w:p>
    <w:p>
      <w:pPr>
        <w:spacing w:before="0" w:after="80" w:line="300" w:lineRule="auto"/>
        <w:jc w:val="left"/>
      </w:pPr>
      <w:r>
        <w:rPr>
          <w:rFonts w:ascii="Times New Roman" w:hAnsi="Times New Roman" w:eastAsia="宋体"/>
          <w:b w:val="0"/>
          <w:i w:val="0"/>
          <w:color w:val="333333"/>
          <w:sz w:val="19"/>
        </w:rPr>
        <w:t>x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反射后三角形顶点为 (7,1)、(8,-3)、(10,5)。</w:t>
      </w:r>
    </w:p>
    <w:p>
      <w:pPr>
        <w:spacing w:before="80" w:after="80"/>
        <w:jc w:val="center"/>
      </w:pPr>
      <w:r>
        <w:drawing>
          <wp:inline xmlns:a="http://schemas.openxmlformats.org/drawingml/2006/main" xmlns:pic="http://schemas.openxmlformats.org/drawingml/2006/picture">
            <wp:extent cx="894499" cy="1482402"/>
            <wp:docPr id="5" name="Picture 5"/>
            <wp:cNvGraphicFramePr>
              <a:graphicFrameLocks noChangeAspect="1"/>
            </wp:cNvGraphicFramePr>
            <a:graphic>
              <a:graphicData uri="http://schemas.openxmlformats.org/drawingml/2006/picture">
                <pic:pic>
                  <pic:nvPicPr>
                    <pic:cNvPr id="0" name="q16-sol-1@300dpi.png"/>
                    <pic:cNvPicPr/>
                  </pic:nvPicPr>
                  <pic:blipFill>
                    <a:blip r:embed="rId11"/>
                    <a:stretch>
                      <a:fillRect/>
                    </a:stretch>
                  </pic:blipFill>
                  <pic:spPr>
                    <a:xfrm>
                      <a:off x="0" y="0"/>
                      <a:ext cx="894499" cy="1482402"/>
                    </a:xfrm>
                    <a:prstGeom prst="rect"/>
                  </pic:spPr>
                </pic:pic>
              </a:graphicData>
            </a:graphic>
          </wp:inline>
        </w:drawing>
      </w:r>
    </w:p>
    <w:p>
      <w:pPr>
        <w:spacing w:before="0" w:after="80" w:line="300" w:lineRule="auto"/>
        <w:jc w:val="left"/>
      </w:pPr>
      <w:r>
        <w:rPr>
          <w:rFonts w:ascii="Times New Roman" w:hAnsi="Times New Roman" w:eastAsia="宋体"/>
          <w:b w:val="0"/>
          <w:i w:val="0"/>
          <w:sz w:val="21"/>
        </w:rPr>
        <w:t>直线经过 (6,5) 和 (9,1)，方程为 y=-4/3x+13，它与 x=8 相交于 y=7/3。由对称性，并集可看作两个全等三角形，每个三角形的竖直底边从 (8,-3) 到 (8,7/3)。</w:t>
      </w:r>
    </w:p>
    <w:p>
      <w:pPr>
        <w:spacing w:before="0" w:after="80" w:line="300" w:lineRule="auto"/>
        <w:jc w:val="left"/>
      </w:pPr>
      <w:r>
        <w:rPr>
          <w:rFonts w:ascii="Times New Roman" w:hAnsi="Times New Roman" w:eastAsia="宋体"/>
          <w:b w:val="0"/>
          <w:i w:val="0"/>
          <w:sz w:val="21"/>
        </w:rPr>
        <w:t>这条底边长度为 7/3+3=16/3，每个三角形的水平高为 2。因此并集面积为 2(1/2·16/3·2)=32/3。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reflected triangle has vertices (7,1), (8,-3), and (10,5).</w:t>
      </w:r>
    </w:p>
    <w:p>
      <w:pPr>
        <w:spacing w:before="80" w:after="80"/>
        <w:jc w:val="center"/>
      </w:pPr>
      <w:r>
        <w:drawing>
          <wp:inline xmlns:a="http://schemas.openxmlformats.org/drawingml/2006/main" xmlns:pic="http://schemas.openxmlformats.org/drawingml/2006/picture">
            <wp:extent cx="894499" cy="1482402"/>
            <wp:docPr id="6" name="Picture 6"/>
            <wp:cNvGraphicFramePr>
              <a:graphicFrameLocks noChangeAspect="1"/>
            </wp:cNvGraphicFramePr>
            <a:graphic>
              <a:graphicData uri="http://schemas.openxmlformats.org/drawingml/2006/picture">
                <pic:pic>
                  <pic:nvPicPr>
                    <pic:cNvPr id="0" name="q16-sol-1@300dpi.png"/>
                    <pic:cNvPicPr/>
                  </pic:nvPicPr>
                  <pic:blipFill>
                    <a:blip r:embed="rId11"/>
                    <a:stretch>
                      <a:fillRect/>
                    </a:stretch>
                  </pic:blipFill>
                  <pic:spPr>
                    <a:xfrm>
                      <a:off x="0" y="0"/>
                      <a:ext cx="894499" cy="148240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line through (6,5) and (9,1) is y=-4/3x+13, so it meets x=8 at y=7/3. By symmetry, the union is two congruent triangles with vertical base from (8,-3) to (8,7/3).</w:t>
      </w:r>
    </w:p>
    <w:p>
      <w:pPr>
        <w:spacing w:before="0" w:after="80" w:line="300" w:lineRule="auto"/>
        <w:jc w:val="left"/>
      </w:pPr>
      <w:r>
        <w:rPr>
          <w:rFonts w:ascii="Times New Roman" w:hAnsi="Times New Roman" w:eastAsia="宋体"/>
          <w:b w:val="0"/>
          <w:i w:val="0"/>
          <w:color w:val="333333"/>
          <w:sz w:val="19"/>
        </w:rPr>
        <w:t>That base has length 7/3+3=16/3, and each triangle has horizontal height 2. Hence the union area is 2(1/2·16/3·2)=32/3.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两两同时来访的周期分别为 lcm(3,4)=12、lcm(3,5)=15、lcm(4,5)=20 天。</w:t>
      </w:r>
    </w:p>
    <w:p>
      <w:pPr>
        <w:spacing w:before="0" w:after="80" w:line="300" w:lineRule="auto"/>
        <w:jc w:val="left"/>
      </w:pPr>
      <w:r>
        <w:rPr>
          <w:rFonts w:ascii="Times New Roman" w:hAnsi="Times New Roman" w:eastAsia="宋体"/>
          <w:b w:val="0"/>
          <w:i w:val="0"/>
          <w:sz w:val="21"/>
        </w:rPr>
        <w:t>在接下来 365 天中，这三种两两同时来访的天数分别为 ⌊365/12⌋=30、⌊365/15⌋=24、⌊365/20⌋=18。</w:t>
      </w:r>
    </w:p>
    <w:p>
      <w:pPr>
        <w:spacing w:before="0" w:after="80" w:line="300" w:lineRule="auto"/>
        <w:jc w:val="left"/>
      </w:pPr>
      <w:r>
        <w:rPr>
          <w:rFonts w:ascii="Times New Roman" w:hAnsi="Times New Roman" w:eastAsia="宋体"/>
          <w:b w:val="0"/>
          <w:i w:val="0"/>
          <w:sz w:val="21"/>
        </w:rPr>
        <w:t>三人都来访的周期为 60 天，共 ⌊365/60⌋=6 天。恰好两人来访的天数为 (30-6)+(24-6) +(18-6)=54。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Pairwise visits occur every lcm(3,4)=12, lcm(3,5)=15, and lcm(4,5)=20 days.</w:t>
      </w:r>
    </w:p>
    <w:p>
      <w:pPr>
        <w:spacing w:before="0" w:after="80" w:line="300" w:lineRule="auto"/>
        <w:jc w:val="left"/>
      </w:pPr>
      <w:r>
        <w:rPr>
          <w:rFonts w:ascii="Times New Roman" w:hAnsi="Times New Roman" w:eastAsia="宋体"/>
          <w:b w:val="0"/>
          <w:i w:val="0"/>
          <w:color w:val="333333"/>
          <w:sz w:val="19"/>
        </w:rPr>
        <w:t>In the next 365 days, these pair counts are ⌊365/12⌋=30, ⌊365/15⌋=24, and ⌊365/20⌋=18.</w:t>
      </w:r>
    </w:p>
    <w:p>
      <w:pPr>
        <w:spacing w:before="0" w:after="80" w:line="300" w:lineRule="auto"/>
        <w:jc w:val="left"/>
      </w:pPr>
      <w:r>
        <w:rPr>
          <w:rFonts w:ascii="Times New Roman" w:hAnsi="Times New Roman" w:eastAsia="宋体"/>
          <w:b w:val="0"/>
          <w:i w:val="0"/>
          <w:color w:val="333333"/>
          <w:sz w:val="19"/>
        </w:rPr>
        <w:t>All three visit every 60 days, which happens ⌊365/60⌋=6 times. Subtracting those days from each pair count gives (30-6)+(24-6) +(18-6)=54.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设分割线与 CD 交于 G。如图，从 B、C 和 G 向 x-轴作垂线。</w:t>
      </w:r>
    </w:p>
    <w:p>
      <w:pPr>
        <w:spacing w:before="80" w:after="80"/>
        <w:jc w:val="center"/>
      </w:pPr>
      <w:r>
        <w:drawing>
          <wp:inline xmlns:a="http://schemas.openxmlformats.org/drawingml/2006/main" xmlns:pic="http://schemas.openxmlformats.org/drawingml/2006/picture">
            <wp:extent cx="1472027" cy="1157144"/>
            <wp:docPr id="7" name="Picture 7"/>
            <wp:cNvGraphicFramePr>
              <a:graphicFrameLocks noChangeAspect="1"/>
            </wp:cNvGraphicFramePr>
            <a:graphic>
              <a:graphicData uri="http://schemas.openxmlformats.org/drawingml/2006/picture">
                <pic:pic>
                  <pic:nvPicPr>
                    <pic:cNvPr id="0" name="q18-sol-1@300dpi.png"/>
                    <pic:cNvPicPr/>
                  </pic:nvPicPr>
                  <pic:blipFill>
                    <a:blip r:embed="rId12"/>
                    <a:stretch>
                      <a:fillRect/>
                    </a:stretch>
                  </pic:blipFill>
                  <pic:spPr>
                    <a:xfrm>
                      <a:off x="0" y="0"/>
                      <a:ext cx="1472027" cy="1157144"/>
                    </a:xfrm>
                    <a:prstGeom prst="rect"/>
                  </pic:spPr>
                </pic:pic>
              </a:graphicData>
            </a:graphic>
          </wp:inline>
        </w:drawing>
      </w:r>
    </w:p>
    <w:p>
      <w:pPr>
        <w:spacing w:before="0" w:after="80" w:line="300" w:lineRule="auto"/>
        <w:jc w:val="left"/>
      </w:pPr>
      <w:r>
        <w:rPr>
          <w:rFonts w:ascii="Times New Roman" w:hAnsi="Times New Roman" w:eastAsia="宋体"/>
          <w:b w:val="0"/>
          <w:i w:val="0"/>
          <w:sz w:val="21"/>
        </w:rPr>
        <w:t>由图中分割可得 △ ABF、梯形 BCEF、△ CDE 的面积分别为 1、5 和 3/2，所以 [ABCD]=15/2。</w:t>
      </w:r>
    </w:p>
    <w:p>
      <w:pPr>
        <w:spacing w:before="0" w:after="80" w:line="300" w:lineRule="auto"/>
        <w:jc w:val="left"/>
      </w:pPr>
      <w:r>
        <w:rPr>
          <w:rFonts w:ascii="Times New Roman" w:hAnsi="Times New Roman" w:eastAsia="宋体"/>
          <w:b w:val="0"/>
          <w:i w:val="0"/>
          <w:sz w:val="21"/>
        </w:rPr>
        <w:t>因此 △ ADG 面积为 15/4。因为 AD=4，点 G 的高度为 15/8。</w:t>
      </w:r>
    </w:p>
    <w:p>
      <w:pPr>
        <w:spacing w:before="0" w:after="80" w:line="300" w:lineRule="auto"/>
        <w:jc w:val="left"/>
      </w:pPr>
      <w:r>
        <w:rPr>
          <w:rFonts w:ascii="Times New Roman" w:hAnsi="Times New Roman" w:eastAsia="宋体"/>
          <w:b w:val="0"/>
          <w:i w:val="0"/>
          <w:sz w:val="21"/>
        </w:rPr>
        <w:t>直线 CD 的方程为 y=-3x+12，所以 15/8=-3x+12，得到 x=27/8。因此 p+q+r+s =27+8+15+8 =58。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cutting line meet CD at G. Drop perpendiculars from B, C, and G to the x-axis as in the diagram.</w:t>
      </w:r>
    </w:p>
    <w:p>
      <w:pPr>
        <w:spacing w:before="80" w:after="80"/>
        <w:jc w:val="center"/>
      </w:pPr>
      <w:r>
        <w:drawing>
          <wp:inline xmlns:a="http://schemas.openxmlformats.org/drawingml/2006/main" xmlns:pic="http://schemas.openxmlformats.org/drawingml/2006/picture">
            <wp:extent cx="1472027" cy="1157144"/>
            <wp:docPr id="8" name="Picture 8"/>
            <wp:cNvGraphicFramePr>
              <a:graphicFrameLocks noChangeAspect="1"/>
            </wp:cNvGraphicFramePr>
            <a:graphic>
              <a:graphicData uri="http://schemas.openxmlformats.org/drawingml/2006/picture">
                <pic:pic>
                  <pic:nvPicPr>
                    <pic:cNvPr id="0" name="q18-sol-1@300dpi.png"/>
                    <pic:cNvPicPr/>
                  </pic:nvPicPr>
                  <pic:blipFill>
                    <a:blip r:embed="rId12"/>
                    <a:stretch>
                      <a:fillRect/>
                    </a:stretch>
                  </pic:blipFill>
                  <pic:spPr>
                    <a:xfrm>
                      <a:off x="0" y="0"/>
                      <a:ext cx="1472027" cy="1157144"/>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areas of △ ABF, trapezoid BCEF, and △ CDE are 1, 5, and 3/2, respectively, so [ABCD]=15/2.</w:t>
      </w:r>
    </w:p>
    <w:p>
      <w:pPr>
        <w:spacing w:before="0" w:after="80" w:line="300" w:lineRule="auto"/>
        <w:jc w:val="left"/>
      </w:pPr>
      <w:r>
        <w:rPr>
          <w:rFonts w:ascii="Times New Roman" w:hAnsi="Times New Roman" w:eastAsia="宋体"/>
          <w:b w:val="0"/>
          <w:i w:val="0"/>
          <w:color w:val="333333"/>
          <w:sz w:val="19"/>
        </w:rPr>
        <w:t>Thus △ ADG has area 15/4. Since AD=4, the height of G is 15/8.</w:t>
      </w:r>
    </w:p>
    <w:p>
      <w:pPr>
        <w:spacing w:before="0" w:after="80" w:line="300" w:lineRule="auto"/>
        <w:jc w:val="left"/>
      </w:pPr>
      <w:r>
        <w:rPr>
          <w:rFonts w:ascii="Times New Roman" w:hAnsi="Times New Roman" w:eastAsia="宋体"/>
          <w:b w:val="0"/>
          <w:i w:val="0"/>
          <w:color w:val="333333"/>
          <w:sz w:val="19"/>
        </w:rPr>
        <w:t>The line CD has equation y=-3x+12, so 15/8=-3x+12, giving x=27/8. Therefore p+q+r+s =27+8+15+8 =58.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进制表示的末位数字就是除以底数后的余数。</w:t>
      </w:r>
    </w:p>
    <w:p>
      <w:pPr>
        <w:spacing w:before="0" w:after="80" w:line="300" w:lineRule="auto"/>
        <w:jc w:val="left"/>
      </w:pPr>
      <w:r>
        <w:rPr>
          <w:rFonts w:ascii="Times New Roman" w:hAnsi="Times New Roman" w:eastAsia="宋体"/>
          <w:b w:val="0"/>
          <w:i w:val="0"/>
          <w:sz w:val="21"/>
        </w:rPr>
        <w:t>因此问题等价于寻找所有正整数 b，使 2013 除以 b 余 3。</w:t>
      </w:r>
    </w:p>
    <w:p>
      <w:pPr>
        <w:spacing w:before="0" w:after="80" w:line="300" w:lineRule="auto"/>
        <w:jc w:val="left"/>
      </w:pPr>
      <w:r>
        <w:rPr>
          <w:rFonts w:ascii="Times New Roman" w:hAnsi="Times New Roman" w:eastAsia="宋体"/>
          <w:b w:val="0"/>
          <w:i w:val="0"/>
          <w:sz w:val="21"/>
        </w:rPr>
        <w:t>这意味着 b 必须整除 2010。此外 b ≥ 4，否则余数不可能是 3。</w:t>
      </w:r>
    </w:p>
    <w:p>
      <w:pPr>
        <w:spacing w:before="0" w:after="80" w:line="300" w:lineRule="auto"/>
        <w:jc w:val="left"/>
      </w:pPr>
      <w:r>
        <w:rPr>
          <w:rFonts w:ascii="Times New Roman" w:hAnsi="Times New Roman" w:eastAsia="宋体"/>
          <w:b w:val="0"/>
          <w:i w:val="0"/>
          <w:sz w:val="21"/>
        </w:rPr>
        <w:t>2010 的质因数分解为</w:t>
      </w:r>
    </w:p>
    <w:p>
      <w:pPr>
        <w:spacing w:before="0" w:after="80" w:line="300" w:lineRule="auto"/>
        <w:jc w:val="left"/>
      </w:pPr>
      <w:r>
        <w:rPr>
          <w:rFonts w:ascii="Times New Roman" w:hAnsi="Times New Roman" w:eastAsia="宋体"/>
          <w:b w:val="0"/>
          <w:i w:val="0"/>
          <w:sz w:val="21"/>
        </w:rPr>
        <w:t>2010 = 2 · 3 · 5 · 67。</w:t>
      </w:r>
    </w:p>
    <w:p>
      <w:pPr>
        <w:spacing w:before="0" w:after="80" w:line="300" w:lineRule="auto"/>
        <w:jc w:val="left"/>
      </w:pPr>
      <w:r>
        <w:rPr>
          <w:rFonts w:ascii="Times New Roman" w:hAnsi="Times New Roman" w:eastAsia="宋体"/>
          <w:b w:val="0"/>
          <w:i w:val="0"/>
          <w:sz w:val="21"/>
        </w:rPr>
        <w:t>因此 2010 有</w:t>
      </w:r>
    </w:p>
    <w:p>
      <w:pPr>
        <w:spacing w:before="0" w:after="80" w:line="300" w:lineRule="auto"/>
        <w:jc w:val="left"/>
      </w:pPr>
      <w:r>
        <w:rPr>
          <w:rFonts w:ascii="Times New Roman" w:hAnsi="Times New Roman" w:eastAsia="宋体"/>
          <w:b w:val="0"/>
          <w:i w:val="0"/>
          <w:sz w:val="21"/>
        </w:rPr>
        <w:t>(1 + 1)⁴ = 2⁴ = 16</w:t>
      </w:r>
    </w:p>
    <w:p>
      <w:pPr>
        <w:spacing w:before="0" w:after="80" w:line="300" w:lineRule="auto"/>
        <w:jc w:val="left"/>
      </w:pPr>
      <w:r>
        <w:rPr>
          <w:rFonts w:ascii="Times New Roman" w:hAnsi="Times New Roman" w:eastAsia="宋体"/>
          <w:b w:val="0"/>
          <w:i w:val="0"/>
          <w:sz w:val="21"/>
        </w:rPr>
        <w:t>个正因数。它有 3 个小于 4 的因数，即 1, 2, 和 3，都不能作为底数。因此有效的 b 有 16 - 3 = 13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units digit represents the remainder when the number is divided by the base.</w:t>
      </w:r>
    </w:p>
    <w:p>
      <w:pPr>
        <w:spacing w:before="0" w:after="80" w:line="300" w:lineRule="auto"/>
        <w:jc w:val="left"/>
      </w:pPr>
      <w:r>
        <w:rPr>
          <w:rFonts w:ascii="Times New Roman" w:hAnsi="Times New Roman" w:eastAsia="宋体"/>
          <w:b w:val="0"/>
          <w:i w:val="0"/>
          <w:color w:val="333333"/>
          <w:sz w:val="19"/>
        </w:rPr>
        <w:t>The question then boils down to finding all numbers, b, such that 2013 leaves a remainder of 3 when divided by b.</w:t>
      </w:r>
    </w:p>
    <w:p>
      <w:pPr>
        <w:spacing w:before="0" w:after="80" w:line="300" w:lineRule="auto"/>
        <w:jc w:val="left"/>
      </w:pPr>
      <w:r>
        <w:rPr>
          <w:rFonts w:ascii="Times New Roman" w:hAnsi="Times New Roman" w:eastAsia="宋体"/>
          <w:b w:val="0"/>
          <w:i w:val="0"/>
          <w:color w:val="333333"/>
          <w:sz w:val="19"/>
        </w:rPr>
        <w:t>This means that b must divide 2010. Also note that b ≥ 4, since otherwise the remainder cannot be 3.</w:t>
      </w:r>
    </w:p>
    <w:p>
      <w:pPr>
        <w:spacing w:before="0" w:after="80" w:line="300" w:lineRule="auto"/>
        <w:jc w:val="left"/>
      </w:pPr>
      <w:r>
        <w:rPr>
          <w:rFonts w:ascii="Times New Roman" w:hAnsi="Times New Roman" w:eastAsia="宋体"/>
          <w:b w:val="0"/>
          <w:i w:val="0"/>
          <w:color w:val="333333"/>
          <w:sz w:val="19"/>
        </w:rPr>
        <w:t>The prime factorization of 2010 is</w:t>
      </w:r>
    </w:p>
    <w:p>
      <w:pPr>
        <w:spacing w:before="0" w:after="80" w:line="300" w:lineRule="auto"/>
        <w:jc w:val="left"/>
      </w:pPr>
      <w:r>
        <w:rPr>
          <w:rFonts w:ascii="Times New Roman" w:hAnsi="Times New Roman" w:eastAsia="宋体"/>
          <w:b w:val="0"/>
          <w:i w:val="0"/>
          <w:color w:val="333333"/>
          <w:sz w:val="19"/>
        </w:rPr>
        <w:t>2010 = 2 · 3 · 5 · 67.</w:t>
      </w:r>
    </w:p>
    <w:p>
      <w:pPr>
        <w:spacing w:before="0" w:after="80" w:line="300" w:lineRule="auto"/>
        <w:jc w:val="left"/>
      </w:pPr>
      <w:r>
        <w:rPr>
          <w:rFonts w:ascii="Times New Roman" w:hAnsi="Times New Roman" w:eastAsia="宋体"/>
          <w:b w:val="0"/>
          <w:i w:val="0"/>
          <w:color w:val="333333"/>
          <w:sz w:val="19"/>
        </w:rPr>
        <w:t>Then, 2010 has</w:t>
      </w:r>
    </w:p>
    <w:p>
      <w:pPr>
        <w:spacing w:before="0" w:after="80" w:line="300" w:lineRule="auto"/>
        <w:jc w:val="left"/>
      </w:pPr>
      <w:r>
        <w:rPr>
          <w:rFonts w:ascii="Times New Roman" w:hAnsi="Times New Roman" w:eastAsia="宋体"/>
          <w:b w:val="0"/>
          <w:i w:val="0"/>
          <w:color w:val="333333"/>
          <w:sz w:val="19"/>
        </w:rPr>
        <w:t>(1 + 1)⁴ = 2⁴ = 16</w:t>
      </w:r>
    </w:p>
    <w:p>
      <w:pPr>
        <w:spacing w:before="0" w:after="80" w:line="300" w:lineRule="auto"/>
        <w:jc w:val="left"/>
      </w:pPr>
      <w:r>
        <w:rPr>
          <w:rFonts w:ascii="Times New Roman" w:hAnsi="Times New Roman" w:eastAsia="宋体"/>
          <w:b w:val="0"/>
          <w:i w:val="0"/>
          <w:color w:val="333333"/>
          <w:sz w:val="19"/>
        </w:rPr>
        <w:t>factors. It has 3 factors less than 4, namely 1, 2, and 3. This means there are 16 - 3 = 13 valid values for b.</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C</w:t>
      </w:r>
    </w:p>
    <w:p>
      <w:pPr>
        <w:spacing w:before="80" w:after="80"/>
        <w:jc w:val="center"/>
      </w:pPr>
      <w:r>
        <w:drawing>
          <wp:inline xmlns:a="http://schemas.openxmlformats.org/drawingml/2006/main" xmlns:pic="http://schemas.openxmlformats.org/drawingml/2006/picture">
            <wp:extent cx="650512" cy="650512"/>
            <wp:docPr id="9" name="Picture 9"/>
            <wp:cNvGraphicFramePr>
              <a:graphicFrameLocks noChangeAspect="1"/>
            </wp:cNvGraphicFramePr>
            <a:graphic>
              <a:graphicData uri="http://schemas.openxmlformats.org/drawingml/2006/picture">
                <pic:pic>
                  <pic:nvPicPr>
                    <pic:cNvPr id="0" name="q20-sol-1@300dpi.png"/>
                    <pic:cNvPicPr/>
                  </pic:nvPicPr>
                  <pic:blipFill>
                    <a:blip r:embed="rId13"/>
                    <a:stretch>
                      <a:fillRect/>
                    </a:stretch>
                  </pic:blipFill>
                  <pic:spPr>
                    <a:xfrm>
                      <a:off x="0" y="0"/>
                      <a:ext cx="650512" cy="650512"/>
                    </a:xfrm>
                    <a:prstGeom prst="rect"/>
                  </pic:spPr>
                </pic:pic>
              </a:graphicData>
            </a:graphic>
          </wp:inline>
        </w:drawing>
      </w:r>
    </w:p>
    <w:p>
      <w:pPr>
        <w:spacing w:before="80" w:after="80"/>
        <w:jc w:val="center"/>
      </w:pPr>
      <w:r>
        <w:drawing>
          <wp:inline xmlns:a="http://schemas.openxmlformats.org/drawingml/2006/main" xmlns:pic="http://schemas.openxmlformats.org/drawingml/2006/picture">
            <wp:extent cx="952016" cy="435791"/>
            <wp:docPr id="10" name="Picture 10"/>
            <wp:cNvGraphicFramePr>
              <a:graphicFrameLocks noChangeAspect="1"/>
            </wp:cNvGraphicFramePr>
            <a:graphic>
              <a:graphicData uri="http://schemas.openxmlformats.org/drawingml/2006/picture">
                <pic:pic>
                  <pic:nvPicPr>
                    <pic:cNvPr id="0" name="q20-sol-2@300dpi.png"/>
                    <pic:cNvPicPr/>
                  </pic:nvPicPr>
                  <pic:blipFill>
                    <a:blip r:embed="rId14"/>
                    <a:stretch>
                      <a:fillRect/>
                    </a:stretch>
                  </pic:blipFill>
                  <pic:spPr>
                    <a:xfrm>
                      <a:off x="0" y="0"/>
                      <a:ext cx="952016" cy="435791"/>
                    </a:xfrm>
                    <a:prstGeom prst="rect"/>
                  </pic:spPr>
                </pic:pic>
              </a:graphicData>
            </a:graphic>
          </wp:inline>
        </w:drawing>
      </w:r>
    </w:p>
    <w:p>
      <w:pPr>
        <w:spacing w:before="0" w:after="80" w:line="300" w:lineRule="auto"/>
        <w:jc w:val="left"/>
      </w:pPr>
      <w:r>
        <w:rPr>
          <w:rFonts w:ascii="Times New Roman" w:hAnsi="Times New Roman" w:eastAsia="宋体"/>
          <w:b w:val="0"/>
          <w:i w:val="0"/>
          <w:sz w:val="21"/>
        </w:rPr>
        <w:t>考虑扫过区域的四分之一，最后乘以 4。</w:t>
      </w:r>
    </w:p>
    <w:p>
      <w:pPr>
        <w:spacing w:before="0" w:after="80" w:line="300" w:lineRule="auto"/>
        <w:jc w:val="left"/>
      </w:pPr>
      <w:r>
        <w:rPr>
          <w:rFonts w:ascii="Times New Roman" w:hAnsi="Times New Roman" w:eastAsia="宋体"/>
          <w:b w:val="0"/>
          <w:i w:val="0"/>
          <w:sz w:val="21"/>
        </w:rPr>
        <w:t>其中扇形圆心角为 45°，半径为 (√(2))/2，面积为 1/8π((√(2))/2)²=π/16。</w:t>
      </w:r>
    </w:p>
    <w:p>
      <w:pPr>
        <w:spacing w:before="0" w:after="80" w:line="300" w:lineRule="auto"/>
        <w:jc w:val="left"/>
      </w:pPr>
      <w:r>
        <w:rPr>
          <w:rFonts w:ascii="Times New Roman" w:hAnsi="Times New Roman" w:eastAsia="宋体"/>
          <w:b w:val="0"/>
          <w:i w:val="0"/>
          <w:sz w:val="21"/>
        </w:rPr>
        <w:t>该四分之一区域中的两个直角三角形面积分别为 1/2·1/2·1/2=1/8 和 1/2((√(2)-1)/2)²。</w:t>
      </w:r>
    </w:p>
    <w:p>
      <w:pPr>
        <w:spacing w:before="0" w:after="80" w:line="300" w:lineRule="auto"/>
        <w:jc w:val="left"/>
      </w:pPr>
      <w:r>
        <w:rPr>
          <w:rFonts w:ascii="Times New Roman" w:hAnsi="Times New Roman" w:eastAsia="宋体"/>
          <w:b w:val="0"/>
          <w:i w:val="0"/>
          <w:sz w:val="21"/>
        </w:rPr>
        <w:t>把四分之一区域的面积和乘以 4，得到 2-√(2)+π/4。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650512" cy="650512"/>
            <wp:docPr id="11" name="Picture 11"/>
            <wp:cNvGraphicFramePr>
              <a:graphicFrameLocks noChangeAspect="1"/>
            </wp:cNvGraphicFramePr>
            <a:graphic>
              <a:graphicData uri="http://schemas.openxmlformats.org/drawingml/2006/picture">
                <pic:pic>
                  <pic:nvPicPr>
                    <pic:cNvPr id="0" name="q20-sol-1@300dpi.png"/>
                    <pic:cNvPicPr/>
                  </pic:nvPicPr>
                  <pic:blipFill>
                    <a:blip r:embed="rId13"/>
                    <a:stretch>
                      <a:fillRect/>
                    </a:stretch>
                  </pic:blipFill>
                  <pic:spPr>
                    <a:xfrm>
                      <a:off x="0" y="0"/>
                      <a:ext cx="650512" cy="650512"/>
                    </a:xfrm>
                    <a:prstGeom prst="rect"/>
                  </pic:spPr>
                </pic:pic>
              </a:graphicData>
            </a:graphic>
          </wp:inline>
        </w:drawing>
      </w:r>
    </w:p>
    <w:p>
      <w:pPr>
        <w:spacing w:before="80" w:after="80"/>
        <w:jc w:val="center"/>
      </w:pPr>
      <w:r>
        <w:drawing>
          <wp:inline xmlns:a="http://schemas.openxmlformats.org/drawingml/2006/main" xmlns:pic="http://schemas.openxmlformats.org/drawingml/2006/picture">
            <wp:extent cx="952016" cy="435791"/>
            <wp:docPr id="12" name="Picture 12"/>
            <wp:cNvGraphicFramePr>
              <a:graphicFrameLocks noChangeAspect="1"/>
            </wp:cNvGraphicFramePr>
            <a:graphic>
              <a:graphicData uri="http://schemas.openxmlformats.org/drawingml/2006/picture">
                <pic:pic>
                  <pic:nvPicPr>
                    <pic:cNvPr id="0" name="q20-sol-2@300dpi.png"/>
                    <pic:cNvPicPr/>
                  </pic:nvPicPr>
                  <pic:blipFill>
                    <a:blip r:embed="rId14"/>
                    <a:stretch>
                      <a:fillRect/>
                    </a:stretch>
                  </pic:blipFill>
                  <pic:spPr>
                    <a:xfrm>
                      <a:off x="0" y="0"/>
                      <a:ext cx="952016" cy="43579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Consider one quarter of the swept region and multiply its area by 4.</w:t>
      </w:r>
    </w:p>
    <w:p>
      <w:pPr>
        <w:spacing w:before="0" w:after="80" w:line="300" w:lineRule="auto"/>
        <w:jc w:val="left"/>
      </w:pPr>
      <w:r>
        <w:rPr>
          <w:rFonts w:ascii="Times New Roman" w:hAnsi="Times New Roman" w:eastAsia="宋体"/>
          <w:b w:val="0"/>
          <w:i w:val="0"/>
          <w:color w:val="333333"/>
          <w:sz w:val="19"/>
        </w:rPr>
        <w:t>The sector has angle 45° and radius (√(2))/2, so its area is 1/8π((√(2))/2)²=π/16.</w:t>
      </w:r>
    </w:p>
    <w:p>
      <w:pPr>
        <w:spacing w:before="0" w:after="80" w:line="300" w:lineRule="auto"/>
        <w:jc w:val="left"/>
      </w:pPr>
      <w:r>
        <w:rPr>
          <w:rFonts w:ascii="Times New Roman" w:hAnsi="Times New Roman" w:eastAsia="宋体"/>
          <w:b w:val="0"/>
          <w:i w:val="0"/>
          <w:color w:val="333333"/>
          <w:sz w:val="19"/>
        </w:rPr>
        <w:t>The two right-triangle pieces in that quarter have areas 1/2·1/2·1/2=1/8 and 1/2((√(2)-1)/2)².</w:t>
      </w:r>
    </w:p>
    <w:p>
      <w:pPr>
        <w:spacing w:before="0" w:after="80" w:line="300" w:lineRule="auto"/>
        <w:jc w:val="left"/>
      </w:pPr>
      <w:r>
        <w:rPr>
          <w:rFonts w:ascii="Times New Roman" w:hAnsi="Times New Roman" w:eastAsia="宋体"/>
          <w:b w:val="0"/>
          <w:i w:val="0"/>
          <w:color w:val="333333"/>
          <w:sz w:val="19"/>
        </w:rPr>
        <w:t>Multiplying the quarter-area sum by 4 gives 2-√(2)+π/4.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反向计算。若第 12 个海盗分到时还剩 n 枚金币，那么在第 k 个海盗拿走份额之前，箱中的金币数是他拿完之后的 12/12-k 倍。</w:t>
      </w:r>
    </w:p>
    <w:p>
      <w:pPr>
        <w:spacing w:before="0" w:after="80" w:line="300" w:lineRule="auto"/>
        <w:jc w:val="left"/>
      </w:pPr>
      <w:r>
        <w:rPr>
          <w:rFonts w:ascii="Times New Roman" w:hAnsi="Times New Roman" w:eastAsia="宋体"/>
          <w:b w:val="0"/>
          <w:i w:val="0"/>
          <w:sz w:val="21"/>
        </w:rPr>
        <w:t>因此最初的金币数为 n·12¹¹/(11!)。</w:t>
      </w:r>
    </w:p>
    <w:p>
      <w:pPr>
        <w:spacing w:before="0" w:after="80" w:line="300" w:lineRule="auto"/>
        <w:jc w:val="left"/>
      </w:pPr>
      <w:r>
        <w:rPr>
          <w:rFonts w:ascii="Times New Roman" w:hAnsi="Times New Roman" w:eastAsia="宋体"/>
          <w:b w:val="0"/>
          <w:i w:val="0"/>
          <w:sz w:val="21"/>
        </w:rPr>
        <w:t>由于 12¹¹/(11!)=2¹⁴3⁷/(5·7·11)，使最初金币数为整数的最小 n 是 5²·7·11=1925。</w:t>
      </w:r>
    </w:p>
    <w:p>
      <w:pPr>
        <w:spacing w:before="0" w:after="80" w:line="300" w:lineRule="auto"/>
        <w:jc w:val="left"/>
      </w:pPr>
      <w:r>
        <w:rPr>
          <w:rFonts w:ascii="Times New Roman" w:hAnsi="Times New Roman" w:eastAsia="宋体"/>
          <w:b w:val="0"/>
          <w:i w:val="0"/>
          <w:sz w:val="21"/>
        </w:rPr>
        <w:t>这个值确实可以达到。在第 k 个海盗拿走份额之前，金币数为</w:t>
      </w:r>
    </w:p>
    <w:p>
      <w:pPr>
        <w:spacing w:before="0" w:after="80" w:line="300" w:lineRule="auto"/>
        <w:jc w:val="left"/>
      </w:pPr>
      <w:r>
        <w:rPr>
          <w:rFonts w:ascii="Times New Roman" w:hAnsi="Times New Roman" w:eastAsia="宋体"/>
          <w:b w:val="0"/>
          <w:i w:val="0"/>
          <w:sz w:val="21"/>
        </w:rPr>
        <w:t>2¹⁴3⁷· (11!)/((12-k)! 12ᵏ⁻¹)。</w:t>
      </w:r>
    </w:p>
    <w:p>
      <w:pPr>
        <w:spacing w:before="0" w:after="80" w:line="300" w:lineRule="auto"/>
        <w:jc w:val="left"/>
      </w:pPr>
      <w:r>
        <w:rPr>
          <w:rFonts w:ascii="Times New Roman" w:hAnsi="Times New Roman" w:eastAsia="宋体"/>
          <w:b w:val="0"/>
          <w:i w:val="0"/>
          <w:sz w:val="21"/>
        </w:rPr>
        <w:t>对 k=1,2,…,12，这些数全是整数。每个海盗拿到的份额是相邻两个剩余量之差，所以每份也都是整数。</w:t>
      </w:r>
    </w:p>
    <w:p>
      <w:pPr>
        <w:spacing w:before="0" w:after="80" w:line="300" w:lineRule="auto"/>
        <w:jc w:val="left"/>
      </w:pPr>
      <w:r>
        <w:rPr>
          <w:rFonts w:ascii="Times New Roman" w:hAnsi="Times New Roman" w:eastAsia="宋体"/>
          <w:b w:val="0"/>
          <w:i w:val="0"/>
          <w:sz w:val="21"/>
        </w:rPr>
        <w:t>因此第 12 个海盗得到 1925 枚金币，正确答案是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 backward. If n coins remain for the 12th pirate, then before pirate k took a share, the chest had 12/12-k times as many coins as it had afterward.</w:t>
      </w:r>
    </w:p>
    <w:p>
      <w:pPr>
        <w:spacing w:before="0" w:after="80" w:line="300" w:lineRule="auto"/>
        <w:jc w:val="left"/>
      </w:pPr>
      <w:r>
        <w:rPr>
          <w:rFonts w:ascii="Times New Roman" w:hAnsi="Times New Roman" w:eastAsia="宋体"/>
          <w:b w:val="0"/>
          <w:i w:val="0"/>
          <w:color w:val="333333"/>
          <w:sz w:val="19"/>
        </w:rPr>
        <w:t>Therefore the initial number of coins is n·12¹¹/(11!).</w:t>
      </w:r>
    </w:p>
    <w:p>
      <w:pPr>
        <w:spacing w:before="0" w:after="80" w:line="300" w:lineRule="auto"/>
        <w:jc w:val="left"/>
      </w:pPr>
      <w:r>
        <w:rPr>
          <w:rFonts w:ascii="Times New Roman" w:hAnsi="Times New Roman" w:eastAsia="宋体"/>
          <w:b w:val="0"/>
          <w:i w:val="0"/>
          <w:color w:val="333333"/>
          <w:sz w:val="19"/>
        </w:rPr>
        <w:t>Since 12¹¹/(11!)=2¹⁴3⁷/(5·7·11), the smallest n that makes the initial number an integer is 5²·7·11=1925.</w:t>
      </w:r>
    </w:p>
    <w:p>
      <w:pPr>
        <w:spacing w:before="0" w:after="80" w:line="300" w:lineRule="auto"/>
        <w:jc w:val="left"/>
      </w:pPr>
      <w:r>
        <w:rPr>
          <w:rFonts w:ascii="Times New Roman" w:hAnsi="Times New Roman" w:eastAsia="宋体"/>
          <w:b w:val="0"/>
          <w:i w:val="0"/>
          <w:color w:val="333333"/>
          <w:sz w:val="19"/>
        </w:rPr>
        <w:t>This value is attainable. The number of coins present just before pirate k takes a share is</w:t>
      </w:r>
    </w:p>
    <w:p>
      <w:pPr>
        <w:spacing w:before="0" w:after="80" w:line="300" w:lineRule="auto"/>
        <w:jc w:val="left"/>
      </w:pPr>
      <w:r>
        <w:rPr>
          <w:rFonts w:ascii="Times New Roman" w:hAnsi="Times New Roman" w:eastAsia="宋体"/>
          <w:b w:val="0"/>
          <w:i w:val="0"/>
          <w:color w:val="333333"/>
          <w:sz w:val="19"/>
        </w:rPr>
        <w:t>2¹⁴3⁷· (11!)/((12-k)! 12ᵏ⁻¹).</w:t>
      </w:r>
    </w:p>
    <w:p>
      <w:pPr>
        <w:spacing w:before="0" w:after="80" w:line="300" w:lineRule="auto"/>
        <w:jc w:val="left"/>
      </w:pPr>
      <w:r>
        <w:rPr>
          <w:rFonts w:ascii="Times New Roman" w:hAnsi="Times New Roman" w:eastAsia="宋体"/>
          <w:b w:val="0"/>
          <w:i w:val="0"/>
          <w:color w:val="333333"/>
          <w:sz w:val="19"/>
        </w:rPr>
        <w:t>For k=1,2,…,12, all these amounts are integers. Each pirate’s share is the difference between two consecutive remaining amounts, so every share is an integer as well.</w:t>
      </w:r>
    </w:p>
    <w:p>
      <w:pPr>
        <w:spacing w:before="0" w:after="80" w:line="300" w:lineRule="auto"/>
        <w:jc w:val="left"/>
      </w:pPr>
      <w:r>
        <w:rPr>
          <w:rFonts w:ascii="Times New Roman" w:hAnsi="Times New Roman" w:eastAsia="宋体"/>
          <w:b w:val="0"/>
          <w:i w:val="0"/>
          <w:color w:val="333333"/>
          <w:sz w:val="19"/>
        </w:rPr>
        <w:t>Thus, the 12th pirate receives 1925 coins, and</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六个半径为 1 的小球球心构成边长为 2 的正六边形，所以每个小球球心到大球球心的距离为 2。因此大球半径为 3。</w:t>
      </w:r>
    </w:p>
    <w:p>
      <w:pPr>
        <w:spacing w:before="80" w:after="80"/>
        <w:jc w:val="center"/>
      </w:pPr>
      <w:r>
        <w:drawing>
          <wp:inline xmlns:a="http://schemas.openxmlformats.org/drawingml/2006/main" xmlns:pic="http://schemas.openxmlformats.org/drawingml/2006/picture">
            <wp:extent cx="689587" cy="689587"/>
            <wp:docPr id="13" name="Picture 13"/>
            <wp:cNvGraphicFramePr>
              <a:graphicFrameLocks noChangeAspect="1"/>
            </wp:cNvGraphicFramePr>
            <a:graphic>
              <a:graphicData uri="http://schemas.openxmlformats.org/drawingml/2006/picture">
                <pic:pic>
                  <pic:nvPicPr>
                    <pic:cNvPr id="0" name="q22-sol-1@300dpi.png"/>
                    <pic:cNvPicPr/>
                  </pic:nvPicPr>
                  <pic:blipFill>
                    <a:blip r:embed="rId15"/>
                    <a:stretch>
                      <a:fillRect/>
                    </a:stretch>
                  </pic:blipFill>
                  <pic:spPr>
                    <a:xfrm>
                      <a:off x="0" y="0"/>
                      <a:ext cx="689587" cy="689587"/>
                    </a:xfrm>
                    <a:prstGeom prst="rect"/>
                  </pic:spPr>
                </pic:pic>
              </a:graphicData>
            </a:graphic>
          </wp:inline>
        </w:drawing>
      </w:r>
    </w:p>
    <w:p>
      <w:pPr>
        <w:spacing w:before="0" w:after="80" w:line="300" w:lineRule="auto"/>
        <w:jc w:val="left"/>
      </w:pPr>
      <w:r>
        <w:rPr>
          <w:rFonts w:ascii="Times New Roman" w:hAnsi="Times New Roman" w:eastAsia="宋体"/>
          <w:b w:val="0"/>
          <w:i w:val="0"/>
          <w:sz w:val="21"/>
        </w:rPr>
        <w:t>设第八个球半径为 r，球心到大球球心的距离为 x。内切给出 x+r=3，所以 x=3-r。</w:t>
      </w:r>
    </w:p>
    <w:p>
      <w:pPr>
        <w:spacing w:before="0" w:after="80" w:line="300" w:lineRule="auto"/>
        <w:jc w:val="left"/>
      </w:pPr>
      <w:r>
        <w:rPr>
          <w:rFonts w:ascii="Times New Roman" w:hAnsi="Times New Roman" w:eastAsia="宋体"/>
          <w:b w:val="0"/>
          <w:i w:val="0"/>
          <w:sz w:val="21"/>
        </w:rPr>
        <w:t>由图中的直角三角形，(r+1)²=2²+(3-r)²。化简得 2r+1=13-6r，所以 r=3/2。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of the six radius-1 spheres form a regular hexagon of side length 2, so each is 2 units from the large sphere’s center. Hence the large sphere has radius 3.</w:t>
      </w:r>
    </w:p>
    <w:p>
      <w:pPr>
        <w:spacing w:before="80" w:after="80"/>
        <w:jc w:val="center"/>
      </w:pPr>
      <w:r>
        <w:drawing>
          <wp:inline xmlns:a="http://schemas.openxmlformats.org/drawingml/2006/main" xmlns:pic="http://schemas.openxmlformats.org/drawingml/2006/picture">
            <wp:extent cx="689587" cy="689587"/>
            <wp:docPr id="14" name="Picture 14"/>
            <wp:cNvGraphicFramePr>
              <a:graphicFrameLocks noChangeAspect="1"/>
            </wp:cNvGraphicFramePr>
            <a:graphic>
              <a:graphicData uri="http://schemas.openxmlformats.org/drawingml/2006/picture">
                <pic:pic>
                  <pic:nvPicPr>
                    <pic:cNvPr id="0" name="q22-sol-1@300dpi.png"/>
                    <pic:cNvPicPr/>
                  </pic:nvPicPr>
                  <pic:blipFill>
                    <a:blip r:embed="rId15"/>
                    <a:stretch>
                      <a:fillRect/>
                    </a:stretch>
                  </pic:blipFill>
                  <pic:spPr>
                    <a:xfrm>
                      <a:off x="0" y="0"/>
                      <a:ext cx="689587" cy="68958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the eighth sphere have radius r, and let its center be distance x from the large sphere’s center. Internal tangency gives x+r=3, so x=3-r.</w:t>
      </w:r>
    </w:p>
    <w:p>
      <w:pPr>
        <w:spacing w:before="0" w:after="80" w:line="300" w:lineRule="auto"/>
        <w:jc w:val="left"/>
      </w:pPr>
      <w:r>
        <w:rPr>
          <w:rFonts w:ascii="Times New Roman" w:hAnsi="Times New Roman" w:eastAsia="宋体"/>
          <w:b w:val="0"/>
          <w:i w:val="0"/>
          <w:color w:val="333333"/>
          <w:sz w:val="19"/>
        </w:rPr>
        <w:t>Using the right triangle between the large center, a small-sphere center, and the eighth-sphere center, (r+1)²=2²+(3-r)². Thus 2r+1=13-6r, so r=3/2.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80" w:after="80"/>
        <w:jc w:val="center"/>
      </w:pPr>
      <w:r>
        <w:drawing>
          <wp:inline xmlns:a="http://schemas.openxmlformats.org/drawingml/2006/main" xmlns:pic="http://schemas.openxmlformats.org/drawingml/2006/picture">
            <wp:extent cx="1588639" cy="1321339"/>
            <wp:docPr id="15" name="Picture 15"/>
            <wp:cNvGraphicFramePr>
              <a:graphicFrameLocks noChangeAspect="1"/>
            </wp:cNvGraphicFramePr>
            <a:graphic>
              <a:graphicData uri="http://schemas.openxmlformats.org/drawingml/2006/picture">
                <pic:pic>
                  <pic:nvPicPr>
                    <pic:cNvPr id="0" name="q23-sol-1@300dpi.png"/>
                    <pic:cNvPicPr/>
                  </pic:nvPicPr>
                  <pic:blipFill>
                    <a:blip r:embed="rId16"/>
                    <a:stretch>
                      <a:fillRect/>
                    </a:stretch>
                  </pic:blipFill>
                  <pic:spPr>
                    <a:xfrm>
                      <a:off x="0" y="0"/>
                      <a:ext cx="1588639" cy="1321339"/>
                    </a:xfrm>
                    <a:prstGeom prst="rect"/>
                  </pic:spPr>
                </pic:pic>
              </a:graphicData>
            </a:graphic>
          </wp:inline>
        </w:drawing>
      </w:r>
    </w:p>
    <w:p>
      <w:pPr>
        <w:spacing w:before="0" w:after="80" w:line="300" w:lineRule="auto"/>
        <w:jc w:val="left"/>
      </w:pPr>
      <w:r>
        <w:rPr>
          <w:rFonts w:ascii="Times New Roman" w:hAnsi="Times New Roman" w:eastAsia="宋体"/>
          <w:b w:val="0"/>
          <w:i w:val="0"/>
          <w:sz w:val="21"/>
        </w:rPr>
        <w:t>由点 C 的圆幂，CB· CX =AC²-AB² =97²-86²。</w:t>
      </w:r>
    </w:p>
    <w:p>
      <w:pPr>
        <w:spacing w:before="0" w:after="80" w:line="300" w:lineRule="auto"/>
        <w:jc w:val="left"/>
      </w:pPr>
      <w:r>
        <w:rPr>
          <w:rFonts w:ascii="Times New Roman" w:hAnsi="Times New Roman" w:eastAsia="宋体"/>
          <w:b w:val="0"/>
          <w:i w:val="0"/>
          <w:sz w:val="21"/>
        </w:rPr>
        <w:t>右边等于 (97-86)(97+86) =11·183 =2013 =3·11·61。</w:t>
      </w:r>
    </w:p>
    <w:p>
      <w:pPr>
        <w:spacing w:before="0" w:after="80" w:line="300" w:lineRule="auto"/>
        <w:jc w:val="left"/>
      </w:pPr>
      <w:r>
        <w:rPr>
          <w:rFonts w:ascii="Times New Roman" w:hAnsi="Times New Roman" w:eastAsia="宋体"/>
          <w:b w:val="0"/>
          <w:i w:val="0"/>
          <w:sz w:val="21"/>
        </w:rPr>
        <w:t>CX 和 BX 都是整数，所以 BC=BX+CX 是与 CX 配对的整数因数。还需满足 CXD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588639" cy="1321339"/>
            <wp:docPr id="16" name="Picture 16"/>
            <wp:cNvGraphicFramePr>
              <a:graphicFrameLocks noChangeAspect="1"/>
            </wp:cNvGraphicFramePr>
            <a:graphic>
              <a:graphicData uri="http://schemas.openxmlformats.org/drawingml/2006/picture">
                <pic:pic>
                  <pic:nvPicPr>
                    <pic:cNvPr id="0" name="q23-sol-1@300dpi.png"/>
                    <pic:cNvPicPr/>
                  </pic:nvPicPr>
                  <pic:blipFill>
                    <a:blip r:embed="rId16"/>
                    <a:stretch>
                      <a:fillRect/>
                    </a:stretch>
                  </pic:blipFill>
                  <pic:spPr>
                    <a:xfrm>
                      <a:off x="0" y="0"/>
                      <a:ext cx="1588639" cy="132133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By power of a point from C, CB· CX =AC²-AB² =97²-86².</w:t>
      </w:r>
    </w:p>
    <w:p>
      <w:pPr>
        <w:spacing w:before="0" w:after="80" w:line="300" w:lineRule="auto"/>
        <w:jc w:val="left"/>
      </w:pPr>
      <w:r>
        <w:rPr>
          <w:rFonts w:ascii="Times New Roman" w:hAnsi="Times New Roman" w:eastAsia="宋体"/>
          <w:b w:val="0"/>
          <w:i w:val="0"/>
          <w:color w:val="333333"/>
          <w:sz w:val="19"/>
        </w:rPr>
        <w:t>This equals (97-86)(97+86) =11·183 =2013 =3·11·61.</w:t>
      </w:r>
    </w:p>
    <w:p>
      <w:pPr>
        <w:spacing w:before="0" w:after="80" w:line="300" w:lineRule="auto"/>
        <w:jc w:val="left"/>
      </w:pPr>
      <w:r>
        <w:rPr>
          <w:rFonts w:ascii="Times New Roman" w:hAnsi="Times New Roman" w:eastAsia="宋体"/>
          <w:b w:val="0"/>
          <w:i w:val="0"/>
          <w:color w:val="333333"/>
          <w:sz w:val="19"/>
        </w:rPr>
        <w:t>Both CX and BX are integers, so BC=BX+CX is an integer factor paired with CX. Also CXD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记 Central 的选手为 A,B,C，Northern 的选手为 X,Y,Z。</w:t>
      </w:r>
    </w:p>
    <w:p>
      <w:pPr>
        <w:spacing w:before="0" w:after="80" w:line="300" w:lineRule="auto"/>
        <w:jc w:val="left"/>
      </w:pPr>
      <w:r>
        <w:rPr>
          <w:rFonts w:ascii="Times New Roman" w:hAnsi="Times New Roman" w:eastAsia="宋体"/>
          <w:b w:val="0"/>
          <w:i w:val="0"/>
          <w:sz w:val="21"/>
        </w:rPr>
        <w:t>选手 A 的六轮对手字符串中 X,Y,Z 各出现两次，所以有 (6!)/(2!2!2!)=90 种。</w:t>
      </w:r>
    </w:p>
    <w:p>
      <w:pPr>
        <w:spacing w:before="0" w:after="80" w:line="300" w:lineRule="auto"/>
        <w:jc w:val="left"/>
      </w:pPr>
      <w:r>
        <w:rPr>
          <w:rFonts w:ascii="Times New Roman" w:hAnsi="Times New Roman" w:eastAsia="宋体"/>
          <w:b w:val="0"/>
          <w:i w:val="0"/>
          <w:sz w:val="21"/>
        </w:rPr>
        <w:t>固定 A 的字符串，例如 XXYYZZ。B 的字符串也必须含两个 X,Y,Z，且每一轮不能与 A 的对手相同。</w:t>
      </w:r>
    </w:p>
    <w:p>
      <w:pPr>
        <w:spacing w:before="0" w:after="80" w:line="300" w:lineRule="auto"/>
        <w:jc w:val="left"/>
      </w:pPr>
      <w:r>
        <w:rPr>
          <w:rFonts w:ascii="Times New Roman" w:hAnsi="Times New Roman" w:eastAsia="宋体"/>
          <w:b w:val="0"/>
          <w:i w:val="0"/>
          <w:sz w:val="21"/>
        </w:rPr>
        <w:t>若 B 的前两位为 Y,Z 的某种顺序，中间两位必须为 X,Z 的某种顺序，后两位必须为 X,Y 的某种顺序，共 2³=8 种。另有 YYZZXX 和 ZZXXYY 两种，共 10 种 B 的字符串。</w:t>
      </w:r>
    </w:p>
    <w:p>
      <w:pPr>
        <w:spacing w:before="0" w:after="80" w:line="300" w:lineRule="auto"/>
        <w:jc w:val="left"/>
      </w:pPr>
      <w:r>
        <w:rPr>
          <w:rFonts w:ascii="Times New Roman" w:hAnsi="Times New Roman" w:eastAsia="宋体"/>
          <w:b w:val="0"/>
          <w:i w:val="0"/>
          <w:sz w:val="21"/>
        </w:rPr>
        <w:t>一旦 A 和 B 的赛程确定，C 的赛程被迫确定。因此总数为 90·10=900。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Central’s players A,B,C and Northern’s players X,Y,Z.</w:t>
      </w:r>
    </w:p>
    <w:p>
      <w:pPr>
        <w:spacing w:before="0" w:after="80" w:line="300" w:lineRule="auto"/>
        <w:jc w:val="left"/>
      </w:pPr>
      <w:r>
        <w:rPr>
          <w:rFonts w:ascii="Times New Roman" w:hAnsi="Times New Roman" w:eastAsia="宋体"/>
          <w:b w:val="0"/>
          <w:i w:val="0"/>
          <w:color w:val="333333"/>
          <w:sz w:val="19"/>
        </w:rPr>
        <w:t>Player A’s six-round opponent string contains two each of X,Y,Z, so it can be chosen in (6!)/(2!2!2!)=90 ways.</w:t>
      </w:r>
    </w:p>
    <w:p>
      <w:pPr>
        <w:spacing w:before="0" w:after="80" w:line="300" w:lineRule="auto"/>
        <w:jc w:val="left"/>
      </w:pPr>
      <w:r>
        <w:rPr>
          <w:rFonts w:ascii="Times New Roman" w:hAnsi="Times New Roman" w:eastAsia="宋体"/>
          <w:b w:val="0"/>
          <w:i w:val="0"/>
          <w:color w:val="333333"/>
          <w:sz w:val="19"/>
        </w:rPr>
        <w:t>For a fixed A-string, say XXYYZZ, player B’s string must also contain two each of X,Y,Z and cannot match A’s opponent in any position.</w:t>
      </w:r>
    </w:p>
    <w:p>
      <w:pPr>
        <w:spacing w:before="0" w:after="80" w:line="300" w:lineRule="auto"/>
        <w:jc w:val="left"/>
      </w:pPr>
      <w:r>
        <w:rPr>
          <w:rFonts w:ascii="Times New Roman" w:hAnsi="Times New Roman" w:eastAsia="宋体"/>
          <w:b w:val="0"/>
          <w:i w:val="0"/>
          <w:color w:val="333333"/>
          <w:sz w:val="19"/>
        </w:rPr>
        <w:t>If B’s first two entries are Y,Z in either order, then the middle two entries must be X,Z in either order and the last two must be X,Y in either order, giving 2³=8 strings. The two remaining possibilities are YYZZXX and ZZXXYY, for 10 total B-strings.</w:t>
      </w:r>
    </w:p>
    <w:p>
      <w:pPr>
        <w:spacing w:before="0" w:after="80" w:line="300" w:lineRule="auto"/>
        <w:jc w:val="left"/>
      </w:pPr>
      <w:r>
        <w:rPr>
          <w:rFonts w:ascii="Times New Roman" w:hAnsi="Times New Roman" w:eastAsia="宋体"/>
          <w:b w:val="0"/>
          <w:i w:val="0"/>
          <w:color w:val="333333"/>
          <w:sz w:val="19"/>
        </w:rPr>
        <w:t>Once A and B are scheduled, C’s schedule is forced. Hence there are 90·10=900 schedules.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80" w:after="80"/>
        <w:jc w:val="center"/>
      </w:pPr>
      <w:r>
        <w:drawing>
          <wp:inline xmlns:a="http://schemas.openxmlformats.org/drawingml/2006/main" xmlns:pic="http://schemas.openxmlformats.org/drawingml/2006/picture">
            <wp:extent cx="1181354" cy="1167447"/>
            <wp:docPr id="17" name="Picture 17"/>
            <wp:cNvGraphicFramePr>
              <a:graphicFrameLocks noChangeAspect="1"/>
            </wp:cNvGraphicFramePr>
            <a:graphic>
              <a:graphicData uri="http://schemas.openxmlformats.org/drawingml/2006/picture">
                <pic:pic>
                  <pic:nvPicPr>
                    <pic:cNvPr id="0" name="q25-sol-1@300dpi.png"/>
                    <pic:cNvPicPr/>
                  </pic:nvPicPr>
                  <pic:blipFill>
                    <a:blip r:embed="rId17"/>
                    <a:stretch>
                      <a:fillRect/>
                    </a:stretch>
                  </pic:blipFill>
                  <pic:spPr>
                    <a:xfrm>
                      <a:off x="0" y="0"/>
                      <a:ext cx="1181354" cy="1167447"/>
                    </a:xfrm>
                    <a:prstGeom prst="rect"/>
                  </pic:spPr>
                </pic:pic>
              </a:graphicData>
            </a:graphic>
          </wp:inline>
        </w:drawing>
      </w:r>
    </w:p>
    <w:p>
      <w:pPr>
        <w:spacing w:before="0" w:after="80" w:line="300" w:lineRule="auto"/>
        <w:jc w:val="left"/>
      </w:pPr>
      <w:r>
        <w:rPr>
          <w:rFonts w:ascii="Times New Roman" w:hAnsi="Times New Roman" w:eastAsia="宋体"/>
          <w:b w:val="0"/>
          <w:i w:val="0"/>
          <w:sz w:val="21"/>
        </w:rPr>
        <w:t>若没有三条对角线共点，每选 4 个顶点会确定一个内部交点，共 C(8, 4)=70 个。</w:t>
      </w:r>
    </w:p>
    <w:p>
      <w:pPr>
        <w:spacing w:before="0" w:after="80" w:line="300" w:lineRule="auto"/>
        <w:jc w:val="left"/>
      </w:pPr>
      <w:r>
        <w:rPr>
          <w:rFonts w:ascii="Times New Roman" w:hAnsi="Times New Roman" w:eastAsia="宋体"/>
          <w:b w:val="0"/>
          <w:i w:val="0"/>
          <w:sz w:val="21"/>
        </w:rPr>
        <w:t>通过对顶点的 4 条长对角线都在中心相交。中心原本被数了 C(4, 2)=6 次，但应只数一次，所以减去 5。</w:t>
      </w:r>
    </w:p>
    <w:p>
      <w:pPr>
        <w:spacing w:before="0" w:after="80" w:line="300" w:lineRule="auto"/>
        <w:jc w:val="left"/>
      </w:pPr>
      <w:r>
        <w:rPr>
          <w:rFonts w:ascii="Times New Roman" w:hAnsi="Times New Roman" w:eastAsia="宋体"/>
          <w:b w:val="0"/>
          <w:i w:val="0"/>
          <w:sz w:val="21"/>
        </w:rPr>
        <w:t>另外还有 8 个对称位置各有 3 条对角线共点。每个位置原本被数 C(3, 2)=3 次，但应只数一次，所以再减去 8(3-1)=16。</w:t>
      </w:r>
    </w:p>
    <w:p>
      <w:pPr>
        <w:spacing w:before="0" w:after="80" w:line="300" w:lineRule="auto"/>
        <w:jc w:val="left"/>
      </w:pPr>
      <w:r>
        <w:rPr>
          <w:rFonts w:ascii="Times New Roman" w:hAnsi="Times New Roman" w:eastAsia="宋体"/>
          <w:b w:val="0"/>
          <w:i w:val="0"/>
          <w:sz w:val="21"/>
        </w:rPr>
        <w:t>不同内部交点数为 70-5-16=49。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181354" cy="1167447"/>
            <wp:docPr id="18" name="Picture 18"/>
            <wp:cNvGraphicFramePr>
              <a:graphicFrameLocks noChangeAspect="1"/>
            </wp:cNvGraphicFramePr>
            <a:graphic>
              <a:graphicData uri="http://schemas.openxmlformats.org/drawingml/2006/picture">
                <pic:pic>
                  <pic:nvPicPr>
                    <pic:cNvPr id="0" name="q25-sol-1@300dpi.png"/>
                    <pic:cNvPicPr/>
                  </pic:nvPicPr>
                  <pic:blipFill>
                    <a:blip r:embed="rId17"/>
                    <a:stretch>
                      <a:fillRect/>
                    </a:stretch>
                  </pic:blipFill>
                  <pic:spPr>
                    <a:xfrm>
                      <a:off x="0" y="0"/>
                      <a:ext cx="1181354" cy="116744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If no three diagonals were concurrent, each choice of 4 vertices would determine one interior intersection, giving C(8, 4)=70.</w:t>
      </w:r>
    </w:p>
    <w:p>
      <w:pPr>
        <w:spacing w:before="0" w:after="80" w:line="300" w:lineRule="auto"/>
        <w:jc w:val="left"/>
      </w:pPr>
      <w:r>
        <w:rPr>
          <w:rFonts w:ascii="Times New Roman" w:hAnsi="Times New Roman" w:eastAsia="宋体"/>
          <w:b w:val="0"/>
          <w:i w:val="0"/>
          <w:color w:val="333333"/>
          <w:sz w:val="19"/>
        </w:rPr>
        <w:t>The 4 long diagonals through opposite vertices all meet at the center, so the center was counted C(4, 2)=6 times and should be counted once. Subtract 5.</w:t>
      </w:r>
    </w:p>
    <w:p>
      <w:pPr>
        <w:spacing w:before="0" w:after="80" w:line="300" w:lineRule="auto"/>
        <w:jc w:val="left"/>
      </w:pPr>
      <w:r>
        <w:rPr>
          <w:rFonts w:ascii="Times New Roman" w:hAnsi="Times New Roman" w:eastAsia="宋体"/>
          <w:b w:val="0"/>
          <w:i w:val="0"/>
          <w:color w:val="333333"/>
          <w:sz w:val="19"/>
        </w:rPr>
        <w:t>There are also 8 symmetric points where 3 diagonals meet. Each was counted C(3, 2)=3 times and should be counted once, so subtract 8(3-1)=16.</w:t>
      </w:r>
    </w:p>
    <w:p>
      <w:pPr>
        <w:spacing w:before="0" w:after="80" w:line="300" w:lineRule="auto"/>
        <w:jc w:val="left"/>
      </w:pPr>
      <w:r>
        <w:rPr>
          <w:rFonts w:ascii="Times New Roman" w:hAnsi="Times New Roman" w:eastAsia="宋体"/>
          <w:b w:val="0"/>
          <w:i w:val="0"/>
          <w:color w:val="333333"/>
          <w:sz w:val="19"/>
        </w:rPr>
        <w:t>The number of distinct interior intersection points is 70-5-16=49.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