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2012B AMC 10 真题与解答</w:t>
      </w:r>
    </w:p>
    <w:p>
      <w:pPr>
        <w:spacing w:before="0" w:after="40" w:line="300" w:lineRule="auto"/>
        <w:jc w:val="center"/>
      </w:pPr>
      <w:r>
        <w:rPr>
          <w:rFonts w:ascii="Times New Roman" w:hAnsi="Times New Roman" w:eastAsia="宋体"/>
          <w:b w:val="0"/>
          <w:i w:val="0"/>
          <w:color w:val="555555"/>
          <w:sz w:val="21"/>
        </w:rPr>
        <w:t>American Mathematics Competitions 10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Pearl Creek 小学每个三年级教室有 18 名学生和 2 只宠物兔。全部 4 个三年级教室中，学生比兔子多多少？</w:t>
      </w:r>
    </w:p>
    <w:p>
      <w:pPr>
        <w:spacing w:before="0" w:after="120" w:line="300" w:lineRule="auto"/>
      </w:pPr>
      <w:r>
        <w:rPr>
          <w:rFonts w:ascii="Times New Roman" w:hAnsi="Times New Roman" w:eastAsia="宋体"/>
          <w:b w:val="0"/>
          <w:i w:val="0"/>
          <w:sz w:val="21"/>
        </w:rPr>
        <w:t>（A）48　　（B）56　　（C）64　　（D）72　　（E）80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third-grade classroom at Pearl Creek Elementary has 18 students and 2 pet rabbits. How many more students than rabbits are there in all 4 of the third-grade classrooms?</w:t>
      </w:r>
    </w:p>
    <w:p>
      <w:pPr>
        <w:spacing w:before="0" w:after="160" w:line="300" w:lineRule="auto"/>
      </w:pPr>
      <w:r>
        <w:rPr>
          <w:rFonts w:ascii="Times New Roman" w:hAnsi="Times New Roman" w:eastAsia="宋体"/>
          <w:b w:val="0"/>
          <w:i w:val="0"/>
          <w:color w:val="333333"/>
          <w:sz w:val="19"/>
        </w:rPr>
        <w:t>(A) 48　　(B) 56　　(C) 64　　(D) 72　　(E) 80</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如图，一个半径为 5 的圆内切于一个长方形。长方形的长与宽之比为 2:1。长方形的面积是多少？</w:t>
      </w:r>
    </w:p>
    <w:p>
      <w:pPr>
        <w:spacing w:before="80" w:after="80"/>
        <w:jc w:val="center"/>
      </w:pPr>
      <w:r>
        <w:drawing>
          <wp:inline xmlns:a="http://schemas.openxmlformats.org/drawingml/2006/main" xmlns:pic="http://schemas.openxmlformats.org/drawingml/2006/picture">
            <wp:extent cx="765503" cy="385926"/>
            <wp:docPr id="1" name="Picture 1"/>
            <wp:cNvGraphicFramePr>
              <a:graphicFrameLocks noChangeAspect="1"/>
            </wp:cNvGraphicFramePr>
            <a:graphic>
              <a:graphicData uri="http://schemas.openxmlformats.org/drawingml/2006/picture">
                <pic:pic>
                  <pic:nvPicPr>
                    <pic:cNvPr id="0" name="q02-1@300dpi.png"/>
                    <pic:cNvPicPr/>
                  </pic:nvPicPr>
                  <pic:blipFill>
                    <a:blip r:embed="rId9"/>
                    <a:stretch>
                      <a:fillRect/>
                    </a:stretch>
                  </pic:blipFill>
                  <pic:spPr>
                    <a:xfrm>
                      <a:off x="0" y="0"/>
                      <a:ext cx="765503" cy="385926"/>
                    </a:xfrm>
                    <a:prstGeom prst="rect"/>
                  </pic:spPr>
                </pic:pic>
              </a:graphicData>
            </a:graphic>
          </wp:inline>
        </w:drawing>
      </w:r>
    </w:p>
    <w:p>
      <w:pPr>
        <w:spacing w:before="0" w:after="120" w:line="300" w:lineRule="auto"/>
      </w:pPr>
      <w:r>
        <w:rPr>
          <w:rFonts w:ascii="Times New Roman" w:hAnsi="Times New Roman" w:eastAsia="宋体"/>
          <w:b w:val="0"/>
          <w:i w:val="0"/>
          <w:sz w:val="21"/>
        </w:rPr>
        <w:t>（A）50　　（B）100　　（C）125　　（D）150　　（E）200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circle of radius 5 is inscribed in a rectangle as shown. The ratio of the length of the rectangle to its width is 2:1. What is the area of the rectangle?</w:t>
      </w:r>
    </w:p>
    <w:p>
      <w:pPr>
        <w:spacing w:before="80" w:after="80"/>
        <w:jc w:val="center"/>
      </w:pPr>
      <w:r>
        <w:drawing>
          <wp:inline xmlns:a="http://schemas.openxmlformats.org/drawingml/2006/main" xmlns:pic="http://schemas.openxmlformats.org/drawingml/2006/picture">
            <wp:extent cx="765503" cy="385926"/>
            <wp:docPr id="2" name="Picture 2"/>
            <wp:cNvGraphicFramePr>
              <a:graphicFrameLocks noChangeAspect="1"/>
            </wp:cNvGraphicFramePr>
            <a:graphic>
              <a:graphicData uri="http://schemas.openxmlformats.org/drawingml/2006/picture">
                <pic:pic>
                  <pic:nvPicPr>
                    <pic:cNvPr id="0" name="q02-1@300dpi.png"/>
                    <pic:cNvPicPr/>
                  </pic:nvPicPr>
                  <pic:blipFill>
                    <a:blip r:embed="rId9"/>
                    <a:stretch>
                      <a:fillRect/>
                    </a:stretch>
                  </pic:blipFill>
                  <pic:spPr>
                    <a:xfrm>
                      <a:off x="0" y="0"/>
                      <a:ext cx="765503" cy="385926"/>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50　　(B) 100　　(C) 125　　(D) 150　　(E) 200</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xy 平面中坐标为 (1000, 2012) 的点关于直线 y=2000 对称。对称点的坐标是什么？</w:t>
      </w:r>
    </w:p>
    <w:p>
      <w:pPr>
        <w:spacing w:before="0" w:after="120" w:line="300" w:lineRule="auto"/>
      </w:pPr>
      <w:r>
        <w:rPr>
          <w:rFonts w:ascii="Times New Roman" w:hAnsi="Times New Roman" w:eastAsia="宋体"/>
          <w:b w:val="0"/>
          <w:i w:val="0"/>
          <w:sz w:val="21"/>
        </w:rPr>
        <w:t>（A）(998,2012)　　（B）(1000,1988)　　（C）(1000,2024)　　（D）(1000,4012)　　（E）(1012,2012)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point in the xy-plane with coordinates (1000, 2012) is reflected across the line y=2000. What are the coordinates of the reflected point?</w:t>
      </w:r>
    </w:p>
    <w:p>
      <w:pPr>
        <w:spacing w:before="0" w:after="160" w:line="300" w:lineRule="auto"/>
      </w:pPr>
      <w:r>
        <w:rPr>
          <w:rFonts w:ascii="Times New Roman" w:hAnsi="Times New Roman" w:eastAsia="宋体"/>
          <w:b w:val="0"/>
          <w:i w:val="0"/>
          <w:color w:val="333333"/>
          <w:sz w:val="19"/>
        </w:rPr>
        <w:t>(A) (998,2012)　　(B) (1000,1988)　　(C) (1000,2024)　　(D) (1000,4012)　　(E) (1012,2012)</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Ringo 把弹珠每 6 个装一袋，会剩下 4 个。Paul 同样装袋会剩下 3 个。两人把弹珠合在一起，仍按每袋 6 个尽可能装满，最后会剩下多少个？</w:t>
      </w:r>
    </w:p>
    <w:p>
      <w:pPr>
        <w:spacing w:before="0" w:after="120" w:line="300" w:lineRule="auto"/>
      </w:pPr>
      <w:r>
        <w:rPr>
          <w:rFonts w:ascii="Times New Roman" w:hAnsi="Times New Roman" w:eastAsia="宋体"/>
          <w:b w:val="0"/>
          <w:i w:val="0"/>
          <w:sz w:val="21"/>
        </w:rPr>
        <w:t>（A）1　　（B）2　　（C）3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When Ringo places his marbles into bags with 6 marbles per bag, he has 4 marbles left over. When Paul does the same with his marbles, he has 3 marbles left over. Ringo and Paul pool their marbles and place them into as many bags as possible, with 6 marbles per bag. How many marbles will be left over?</w:t>
      </w:r>
    </w:p>
    <w:p>
      <w:pPr>
        <w:spacing w:before="0" w:after="160" w:line="300" w:lineRule="auto"/>
      </w:pPr>
      <w:r>
        <w:rPr>
          <w:rFonts w:ascii="Times New Roman" w:hAnsi="Times New Roman" w:eastAsia="宋体"/>
          <w:b w:val="0"/>
          <w:i w:val="0"/>
          <w:color w:val="333333"/>
          <w:sz w:val="19"/>
        </w:rPr>
        <w:t>(A) 1　　(B) 2　　(C) 3　　(D) 4　　(E) 5</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Anna 在华盛顿特区一家餐馆用餐，餐费销售税为 10%。她按税前餐费留下 15% 的小费，税也按小费前的餐费计算。她晚餐总共花了 $27.50。她不含税和小费的餐费是多少美元？</w:t>
      </w:r>
    </w:p>
    <w:p>
      <w:pPr>
        <w:spacing w:before="0" w:after="120" w:line="300" w:lineRule="auto"/>
      </w:pPr>
      <w:r>
        <w:rPr>
          <w:rFonts w:ascii="Times New Roman" w:hAnsi="Times New Roman" w:eastAsia="宋体"/>
          <w:b w:val="0"/>
          <w:i w:val="0"/>
          <w:sz w:val="21"/>
        </w:rPr>
        <w:t>（A）$18　　（B）$20　　（C）$21　　（D）$22　　（E）$24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Anna enjoys dinner at a restaurant in Washington, D.C., where the sales tax on meals is 10%. She leaves a 15% tip on the price of her meal before the sales tax is added, and the tax is calculated on the pre-tip amount. She spends a total of $27.50 for dinner. What is the cost of her dinner without tax or tip?</w:t>
      </w:r>
    </w:p>
    <w:p>
      <w:pPr>
        <w:spacing w:before="0" w:after="160" w:line="300" w:lineRule="auto"/>
      </w:pPr>
      <w:r>
        <w:rPr>
          <w:rFonts w:ascii="Times New Roman" w:hAnsi="Times New Roman" w:eastAsia="宋体"/>
          <w:b w:val="0"/>
          <w:i w:val="0"/>
          <w:color w:val="333333"/>
          <w:sz w:val="19"/>
        </w:rPr>
        <w:t>(A) $18　　(B) $20　　(C) $21　　(D) $22　　(E) $24</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为了估计 x-y 的值，其中 x 和 y 是满足 x &gt; y &gt; 0 的实数，Xiaoli 把 x 向上舍入了一小段，把 y 向下舍入了同样的一小段，然后用舍入后的值相减。</w:t>
      </w:r>
    </w:p>
    <w:p>
      <w:pPr>
        <w:spacing w:before="0" w:after="80" w:line="300" w:lineRule="auto"/>
        <w:jc w:val="left"/>
      </w:pPr>
      <w:r>
        <w:rPr>
          <w:rFonts w:ascii="Times New Roman" w:hAnsi="Times New Roman" w:eastAsia="宋体"/>
          <w:b w:val="0"/>
          <w:i w:val="0"/>
          <w:sz w:val="21"/>
        </w:rPr>
        <w:t>下列哪一句必然正确？</w:t>
      </w:r>
    </w:p>
    <w:p>
      <w:pPr>
        <w:spacing w:before="0" w:after="120" w:line="300" w:lineRule="auto"/>
      </w:pPr>
      <w:r>
        <w:rPr>
          <w:rFonts w:ascii="Times New Roman" w:hAnsi="Times New Roman" w:eastAsia="宋体"/>
          <w:b w:val="0"/>
          <w:i w:val="0"/>
          <w:sz w:val="21"/>
        </w:rPr>
        <w:t>（A）她的估计值大于 x-y。　　（B）她的估计值小于 x-y。　　（C）她的估计值等于 x-y。　　（D）她的估计值等于 y-x。　　（E）她的估计值为 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order to estimate the value of x-y where x and y are real numbers with x &gt; y &gt; 0, Xiaoli rounded x up by a small amount, rounded y down by the same amount, and then subtracted her rounded values.</w:t>
      </w:r>
    </w:p>
    <w:p>
      <w:pPr>
        <w:spacing w:before="0" w:after="80" w:line="300" w:lineRule="auto"/>
        <w:jc w:val="left"/>
      </w:pPr>
      <w:r>
        <w:rPr>
          <w:rFonts w:ascii="Times New Roman" w:hAnsi="Times New Roman" w:eastAsia="宋体"/>
          <w:b w:val="0"/>
          <w:i w:val="0"/>
          <w:color w:val="333333"/>
          <w:sz w:val="19"/>
        </w:rPr>
        <w:t>Which of the following statements is necessarily correct?</w:t>
      </w:r>
    </w:p>
    <w:p>
      <w:pPr>
        <w:spacing w:before="0" w:after="160" w:line="300" w:lineRule="auto"/>
      </w:pPr>
      <w:r>
        <w:rPr>
          <w:rFonts w:ascii="Times New Roman" w:hAnsi="Times New Roman" w:eastAsia="宋体"/>
          <w:b w:val="0"/>
          <w:i w:val="0"/>
          <w:color w:val="333333"/>
          <w:sz w:val="19"/>
        </w:rPr>
        <w:t>(A) Her estimate is larger than x-y　　(B) Her estimate is smaller than x-y　　(C) Her estimate equals x-y　　(D) Her estimate equals y-x　　(E) Her estimate is 0</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Sammy 做科学项目时观察一只花栗鼠和一只松鼠把橡子藏进洞里。花栗鼠在它挖的每个洞里藏 3 颗橡子，松鼠在它挖的每个洞里藏 4 颗橡子。它们藏的橡子总数相同，但松鼠少用了 4 个洞。花栗鼠藏了多少颗橡子？</w:t>
      </w:r>
    </w:p>
    <w:p>
      <w:pPr>
        <w:spacing w:before="0" w:after="120" w:line="300" w:lineRule="auto"/>
      </w:pPr>
      <w:r>
        <w:rPr>
          <w:rFonts w:ascii="Times New Roman" w:hAnsi="Times New Roman" w:eastAsia="宋体"/>
          <w:b w:val="0"/>
          <w:i w:val="0"/>
          <w:sz w:val="21"/>
        </w:rPr>
        <w:t>（A）30　　（B）36　　（C）42　　（D）48　　（E）54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a science project, Sammy observed a chipmunk and a squirrel stashing acorns in holes. The chipmunk hid 3 acorns in each of the holes it dug. The squirrel hid 4 acorns in each of the holes it dug. They each hid the same number of acorns, although the squirrel needed 4 fewer holes. How many acorns did the chipmunk hide?</w:t>
      </w:r>
    </w:p>
    <w:p>
      <w:pPr>
        <w:spacing w:before="0" w:after="160" w:line="300" w:lineRule="auto"/>
      </w:pPr>
      <w:r>
        <w:rPr>
          <w:rFonts w:ascii="Times New Roman" w:hAnsi="Times New Roman" w:eastAsia="宋体"/>
          <w:b w:val="0"/>
          <w:i w:val="0"/>
          <w:color w:val="333333"/>
          <w:sz w:val="19"/>
        </w:rPr>
        <w:t>(A) 30　　(B) 36　　(C) 42　　(D) 48　　(E) 54</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求满足下列不等式的所有整数解之和：</w:t>
      </w:r>
    </w:p>
    <w:p>
      <w:pPr>
        <w:spacing w:before="0" w:after="80" w:line="300" w:lineRule="auto"/>
        <w:jc w:val="left"/>
      </w:pPr>
      <w:r>
        <w:rPr>
          <w:rFonts w:ascii="Times New Roman" w:hAnsi="Times New Roman" w:eastAsia="宋体"/>
          <w:b w:val="0"/>
          <w:i w:val="0"/>
          <w:sz w:val="21"/>
        </w:rPr>
        <w:t>1 &lt; (x-2)² &lt; 25</w:t>
      </w:r>
    </w:p>
    <w:p>
      <w:pPr>
        <w:spacing w:before="0" w:after="120" w:line="300" w:lineRule="auto"/>
      </w:pPr>
      <w:r>
        <w:rPr>
          <w:rFonts w:ascii="Times New Roman" w:hAnsi="Times New Roman" w:eastAsia="宋体"/>
          <w:b w:val="0"/>
          <w:i w:val="0"/>
          <w:sz w:val="21"/>
        </w:rPr>
        <w:t>（A）10　　（B）12　　（C）15　　（D）19　　（E）25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sum of all integer solutions to the following inequality?</w:t>
      </w:r>
    </w:p>
    <w:p>
      <w:pPr>
        <w:spacing w:before="0" w:after="80" w:line="300" w:lineRule="auto"/>
        <w:jc w:val="left"/>
      </w:pPr>
      <w:r>
        <w:rPr>
          <w:rFonts w:ascii="Times New Roman" w:hAnsi="Times New Roman" w:eastAsia="宋体"/>
          <w:b w:val="0"/>
          <w:i w:val="0"/>
          <w:color w:val="333333"/>
          <w:sz w:val="19"/>
        </w:rPr>
        <w:t>1 &lt; (x-2)² &lt; 25</w:t>
      </w:r>
    </w:p>
    <w:p>
      <w:pPr>
        <w:spacing w:before="0" w:after="160" w:line="300" w:lineRule="auto"/>
      </w:pPr>
      <w:r>
        <w:rPr>
          <w:rFonts w:ascii="Times New Roman" w:hAnsi="Times New Roman" w:eastAsia="宋体"/>
          <w:b w:val="0"/>
          <w:i w:val="0"/>
          <w:color w:val="333333"/>
          <w:sz w:val="19"/>
        </w:rPr>
        <w:t>(A) 10　　(B) 12　　(C) 15　　(D) 19　　(E) 25</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两个整数的和为 26。再加入两个整数后，四个整数的和为 41。最后再加入两个整数后，六个整数的和为 57。这 6 个整数中偶数个数的最小可能值是多少？</w:t>
      </w:r>
    </w:p>
    <w:p>
      <w:pPr>
        <w:spacing w:before="0" w:after="120" w:line="300" w:lineRule="auto"/>
      </w:pPr>
      <w:r>
        <w:rPr>
          <w:rFonts w:ascii="Times New Roman" w:hAnsi="Times New Roman" w:eastAsia="宋体"/>
          <w:b w:val="0"/>
          <w:i w:val="0"/>
          <w:sz w:val="21"/>
        </w:rPr>
        <w:t>（A）1　　（B）2　　（C）3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integers have a sum of 26. When two more integers are added to the first two integers the sum is 41. Finally when two more integers are added to the sum of the previous four integers the sum is 57. What is the minimum number of even integers among the 6 integers?</w:t>
      </w:r>
    </w:p>
    <w:p>
      <w:pPr>
        <w:spacing w:before="0" w:after="160" w:line="300" w:lineRule="auto"/>
      </w:pPr>
      <w:r>
        <w:rPr>
          <w:rFonts w:ascii="Times New Roman" w:hAnsi="Times New Roman" w:eastAsia="宋体"/>
          <w:b w:val="0"/>
          <w:i w:val="0"/>
          <w:color w:val="333333"/>
          <w:sz w:val="19"/>
        </w:rPr>
        <w:t>(A) 1　　(B) 2　　(C) 3　　(D) 4　　(E) 5</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有多少个正整数有序对 (M,N) 满足方程</w:t>
      </w:r>
    </w:p>
    <w:p>
      <w:pPr>
        <w:spacing w:before="0" w:after="80" w:line="300" w:lineRule="auto"/>
        <w:jc w:val="left"/>
      </w:pPr>
      <w:r>
        <w:rPr>
          <w:rFonts w:ascii="Times New Roman" w:hAnsi="Times New Roman" w:eastAsia="宋体"/>
          <w:b w:val="0"/>
          <w:i w:val="0"/>
          <w:sz w:val="21"/>
        </w:rPr>
        <w:t>M/6=6/N</w:t>
      </w:r>
    </w:p>
    <w:p>
      <w:pPr>
        <w:spacing w:before="0" w:after="120" w:line="300" w:lineRule="auto"/>
      </w:pPr>
      <w:r>
        <w:rPr>
          <w:rFonts w:ascii="Times New Roman" w:hAnsi="Times New Roman" w:eastAsia="宋体"/>
          <w:b w:val="0"/>
          <w:i w:val="0"/>
          <w:sz w:val="21"/>
        </w:rPr>
        <w:t>（A）6　　（B）7　　（C）8　　（D）9　　（E）10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ordered pairs of positive integers (M,N) satisfy the equation</w:t>
      </w:r>
    </w:p>
    <w:p>
      <w:pPr>
        <w:spacing w:before="0" w:after="80" w:line="300" w:lineRule="auto"/>
        <w:jc w:val="left"/>
      </w:pPr>
      <w:r>
        <w:rPr>
          <w:rFonts w:ascii="Times New Roman" w:hAnsi="Times New Roman" w:eastAsia="宋体"/>
          <w:b w:val="0"/>
          <w:i w:val="0"/>
          <w:color w:val="333333"/>
          <w:sz w:val="19"/>
        </w:rPr>
        <w:t>M/6=6/N</w:t>
      </w:r>
    </w:p>
    <w:p>
      <w:pPr>
        <w:spacing w:before="0" w:after="160" w:line="300" w:lineRule="auto"/>
      </w:pPr>
      <w:r>
        <w:rPr>
          <w:rFonts w:ascii="Times New Roman" w:hAnsi="Times New Roman" w:eastAsia="宋体"/>
          <w:b w:val="0"/>
          <w:i w:val="0"/>
          <w:color w:val="333333"/>
          <w:sz w:val="19"/>
        </w:rPr>
        <w:t>(A) 6　　(B) 7　　(C) 8　　(D) 9　　(E) 10</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一位甜点师从星期日开始为一周中的每天准备甜点。每天的甜点可以是蛋糕、派、冰淇淋或布丁。连续两天不能供应同一种甜点。因为生日聚会，星期五必须供应蛋糕。这一周有多少种不同的甜点菜单？</w:t>
      </w:r>
    </w:p>
    <w:p>
      <w:pPr>
        <w:spacing w:before="0" w:after="120" w:line="300" w:lineRule="auto"/>
      </w:pPr>
      <w:r>
        <w:rPr>
          <w:rFonts w:ascii="Times New Roman" w:hAnsi="Times New Roman" w:eastAsia="宋体"/>
          <w:b w:val="0"/>
          <w:i w:val="0"/>
          <w:sz w:val="21"/>
        </w:rPr>
        <w:t>（A）729　　（B）972　　（C）1024　　（D）2187　　（E）2304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dessert chef prepares the dessert for every day of a week starting with Sunday. The dessert each day is either cake, pie, ice cream, or pudding. The same dessert may not be served two days in a row. There must be cake on Friday because of a birthday. How many different dessert menus for the week are possible?</w:t>
      </w:r>
    </w:p>
    <w:p>
      <w:pPr>
        <w:spacing w:before="0" w:after="160" w:line="300" w:lineRule="auto"/>
      </w:pPr>
      <w:r>
        <w:rPr>
          <w:rFonts w:ascii="Times New Roman" w:hAnsi="Times New Roman" w:eastAsia="宋体"/>
          <w:b w:val="0"/>
          <w:i w:val="0"/>
          <w:color w:val="333333"/>
          <w:sz w:val="19"/>
        </w:rPr>
        <w:t>(A) 729　　(B) 972　　(C) 1024　　(D) 2187　　(E) 2304</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点 B 在点 A 的正东方向。点 C 在点 B 的正北方向。点 A 与 C 之间的距离为 10√(2) 米，且 ∠ BAC = 45°。点 D 在点 C 正北 20 米处。距离 AD 介于哪两个整数之间？</w:t>
      </w:r>
    </w:p>
    <w:p>
      <w:pPr>
        <w:spacing w:before="0" w:after="120" w:line="300" w:lineRule="auto"/>
      </w:pPr>
      <w:r>
        <w:rPr>
          <w:rFonts w:ascii="Times New Roman" w:hAnsi="Times New Roman" w:eastAsia="宋体"/>
          <w:b w:val="0"/>
          <w:i w:val="0"/>
          <w:sz w:val="21"/>
        </w:rPr>
        <w:t>（A）30 和 31　　（B）31 和 32　　（C）32 和 33　　（D）33 和 34　　（E）34 和 35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Point B is due east of point A. Point C is due north of point B. The distance between points A and C is 10√(2) meters, and ∠ BAC = 45°. Point D is 20 meters due north of point C. The distance AD is between which two integers?</w:t>
      </w:r>
    </w:p>
    <w:p>
      <w:pPr>
        <w:spacing w:before="0" w:after="160" w:line="300" w:lineRule="auto"/>
      </w:pPr>
      <w:r>
        <w:rPr>
          <w:rFonts w:ascii="Times New Roman" w:hAnsi="Times New Roman" w:eastAsia="宋体"/>
          <w:b w:val="0"/>
          <w:i w:val="0"/>
          <w:color w:val="333333"/>
          <w:sz w:val="19"/>
        </w:rPr>
        <w:t>(A) 30 and 31　　(B) 31 and 32　　(C) 32 and 33　　(D) 33 and 34　　(E) 34 and 35</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Clea 在自动扶梯不运行时走下去需要 60 秒；自动扶梯运行时，她走下去只需要 24 秒。如果自动扶梯运行而她只是站着不动，她需要多少秒到达底部？</w:t>
      </w:r>
    </w:p>
    <w:p>
      <w:pPr>
        <w:spacing w:before="0" w:after="120" w:line="300" w:lineRule="auto"/>
      </w:pPr>
      <w:r>
        <w:rPr>
          <w:rFonts w:ascii="Times New Roman" w:hAnsi="Times New Roman" w:eastAsia="宋体"/>
          <w:b w:val="0"/>
          <w:i w:val="0"/>
          <w:sz w:val="21"/>
        </w:rPr>
        <w:t>（A）36　　（B）40　　（C）42　　（D）48　　（E）52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It takes Clea 60 seconds to walk down an escalator when it is not operating, and only 24 seconds to walk down the escalator when it is operating. How many seconds does it take Clea to ride down the operating escalator when she just stands on it?</w:t>
      </w:r>
    </w:p>
    <w:p>
      <w:pPr>
        <w:spacing w:before="0" w:after="160" w:line="300" w:lineRule="auto"/>
      </w:pPr>
      <w:r>
        <w:rPr>
          <w:rFonts w:ascii="Times New Roman" w:hAnsi="Times New Roman" w:eastAsia="宋体"/>
          <w:b w:val="0"/>
          <w:i w:val="0"/>
          <w:color w:val="333333"/>
          <w:sz w:val="19"/>
        </w:rPr>
        <w:t>(A) 36　　(B) 40　　(C) 42　　(D) 48　　(E) 52</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两个等边三角形位于一个边长为 2√(3) 的正方形内。这两个三角形的底边分别是正方形的一对对边，它们的交集是一个菱形。这个菱形的面积是多少？</w:t>
      </w:r>
    </w:p>
    <w:p>
      <w:pPr>
        <w:spacing w:before="0" w:after="120" w:line="300" w:lineRule="auto"/>
      </w:pPr>
      <w:r>
        <w:rPr>
          <w:rFonts w:ascii="Times New Roman" w:hAnsi="Times New Roman" w:eastAsia="宋体"/>
          <w:b w:val="0"/>
          <w:i w:val="0"/>
          <w:sz w:val="21"/>
        </w:rPr>
        <w:t>（A）3/2　　（B）√(3)　　（C）2√(2) - 1　　（D）8√(3) - 12　　（E）(4√(3))/3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equilateral triangles are contained in a square whose side length is 2√(3). The bases of these triangles are opposite sides of the square, and their intersection is a rhombus. What is the area of the rhombus?</w:t>
      </w:r>
    </w:p>
    <w:p>
      <w:pPr>
        <w:spacing w:before="0" w:after="160" w:line="300" w:lineRule="auto"/>
      </w:pPr>
      <w:r>
        <w:rPr>
          <w:rFonts w:ascii="Times New Roman" w:hAnsi="Times New Roman" w:eastAsia="宋体"/>
          <w:b w:val="0"/>
          <w:i w:val="0"/>
          <w:color w:val="333333"/>
          <w:sz w:val="19"/>
        </w:rPr>
        <w:t>(A) 3/2　　(B) √(3)　　(C) 2√(2) - 1　　(D) 8√(3) - 12　　(E) (4√(3))/3</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在一个有 6 支队伍的循环赛中，每支队伍都与其他每支队伍比赛一场，每场比赛都有一胜一负。比赛结束后，队伍按胜场数排名。最终并列第一的队伍最多可以有多少支？</w:t>
      </w:r>
    </w:p>
    <w:p>
      <w:pPr>
        <w:spacing w:before="0" w:after="120" w:line="300" w:lineRule="auto"/>
      </w:pPr>
      <w:r>
        <w:rPr>
          <w:rFonts w:ascii="Times New Roman" w:hAnsi="Times New Roman" w:eastAsia="宋体"/>
          <w:b w:val="0"/>
          <w:i w:val="0"/>
          <w:sz w:val="21"/>
        </w:rPr>
        <w:t>（A）2　　（B）3　　（C）4　　（D）5　　（E）6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a round-robin tournament with 6 teams, each team plays one game against each other team, and each game results in one team winning and one team losing. At the end of the tournament, the teams are ranked by the number of games won. What is the maximum number of teams that could be tied for the most wins at the end of the tournament?</w:t>
      </w:r>
    </w:p>
    <w:p>
      <w:pPr>
        <w:spacing w:before="0" w:after="160" w:line="300" w:lineRule="auto"/>
      </w:pPr>
      <w:r>
        <w:rPr>
          <w:rFonts w:ascii="Times New Roman" w:hAnsi="Times New Roman" w:eastAsia="宋体"/>
          <w:b w:val="0"/>
          <w:i w:val="0"/>
          <w:color w:val="333333"/>
          <w:sz w:val="19"/>
        </w:rPr>
        <w:t>(A) 2　　(B) 3　　(C) 4　　(D) 5　　(E) 6</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三个半径为 2 的圆两两相切。如图，求这三个圆以及它们围成的中间区域的总面积。</w:t>
      </w:r>
    </w:p>
    <w:p>
      <w:pPr>
        <w:spacing w:before="80" w:after="80"/>
        <w:jc w:val="center"/>
      </w:pPr>
      <w:r>
        <w:drawing>
          <wp:inline xmlns:a="http://schemas.openxmlformats.org/drawingml/2006/main" xmlns:pic="http://schemas.openxmlformats.org/drawingml/2006/picture">
            <wp:extent cx="613672" cy="572989"/>
            <wp:docPr id="3" name="Picture 3"/>
            <wp:cNvGraphicFramePr>
              <a:graphicFrameLocks noChangeAspect="1"/>
            </wp:cNvGraphicFramePr>
            <a:graphic>
              <a:graphicData uri="http://schemas.openxmlformats.org/drawingml/2006/picture">
                <pic:pic>
                  <pic:nvPicPr>
                    <pic:cNvPr id="0" name="q16-1@300dpi.png"/>
                    <pic:cNvPicPr/>
                  </pic:nvPicPr>
                  <pic:blipFill>
                    <a:blip r:embed="rId10"/>
                    <a:stretch>
                      <a:fillRect/>
                    </a:stretch>
                  </pic:blipFill>
                  <pic:spPr>
                    <a:xfrm>
                      <a:off x="0" y="0"/>
                      <a:ext cx="613672" cy="572989"/>
                    </a:xfrm>
                    <a:prstGeom prst="rect"/>
                  </pic:spPr>
                </pic:pic>
              </a:graphicData>
            </a:graphic>
          </wp:inline>
        </w:drawing>
      </w:r>
    </w:p>
    <w:p>
      <w:pPr>
        <w:spacing w:before="0" w:after="120" w:line="300" w:lineRule="auto"/>
      </w:pPr>
      <w:r>
        <w:rPr>
          <w:rFonts w:ascii="Times New Roman" w:hAnsi="Times New Roman" w:eastAsia="宋体"/>
          <w:b w:val="0"/>
          <w:i w:val="0"/>
          <w:sz w:val="21"/>
        </w:rPr>
        <w:t>（A）10π+4√(3)　　（B）13π-√(3)　　（C）12π+√(3)　　（D）10π+9　　（E）13π</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Three circles with radius 2 are mutually tangent. What is the total area of the circles and the region bounded by them, as shown in the figure?</w:t>
      </w:r>
    </w:p>
    <w:p>
      <w:pPr>
        <w:spacing w:before="80" w:after="80"/>
        <w:jc w:val="center"/>
      </w:pPr>
      <w:r>
        <w:drawing>
          <wp:inline xmlns:a="http://schemas.openxmlformats.org/drawingml/2006/main" xmlns:pic="http://schemas.openxmlformats.org/drawingml/2006/picture">
            <wp:extent cx="613672" cy="572989"/>
            <wp:docPr id="4" name="Picture 4"/>
            <wp:cNvGraphicFramePr>
              <a:graphicFrameLocks noChangeAspect="1"/>
            </wp:cNvGraphicFramePr>
            <a:graphic>
              <a:graphicData uri="http://schemas.openxmlformats.org/drawingml/2006/picture">
                <pic:pic>
                  <pic:nvPicPr>
                    <pic:cNvPr id="0" name="q16-1@300dpi.png"/>
                    <pic:cNvPicPr/>
                  </pic:nvPicPr>
                  <pic:blipFill>
                    <a:blip r:embed="rId10"/>
                    <a:stretch>
                      <a:fillRect/>
                    </a:stretch>
                  </pic:blipFill>
                  <pic:spPr>
                    <a:xfrm>
                      <a:off x="0" y="0"/>
                      <a:ext cx="613672" cy="57298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10π+4√(3)　　(B) 13π-√(3)　　(C) 12π+√(3)　　(D) 10π+9　　(E) 13π</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Jesse 把一个半径为 12 的圆形纸片沿两条半径剪开，形成两个扇形，其中较小扇形的圆心角为 120 度。他用每个扇形各做一个圆锥的侧面。较小圆锥与较大圆锥的体积之比是多少？</w:t>
      </w:r>
    </w:p>
    <w:p>
      <w:pPr>
        <w:spacing w:before="0" w:after="120" w:line="300" w:lineRule="auto"/>
      </w:pPr>
      <w:r>
        <w:rPr>
          <w:rFonts w:ascii="Times New Roman" w:hAnsi="Times New Roman" w:eastAsia="宋体"/>
          <w:b w:val="0"/>
          <w:i w:val="0"/>
          <w:sz w:val="21"/>
        </w:rPr>
        <w:t>（A）1/8　　（B）1/4　　（C）(√(10))/10　　（D）(√(5))/6　　（E）(√(10))/5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Jesse cuts a circular paper disk of radius 12 along two radii to form two sectors, the smaller having a central angle of 120 degrees. He makes two circular cones, using each sector to form the lateral surface of a cone. What is the ratio of the volume of the smaller cone to that of the larger?</w:t>
      </w:r>
    </w:p>
    <w:p>
      <w:pPr>
        <w:spacing w:before="0" w:after="160" w:line="300" w:lineRule="auto"/>
      </w:pPr>
      <w:r>
        <w:rPr>
          <w:rFonts w:ascii="Times New Roman" w:hAnsi="Times New Roman" w:eastAsia="宋体"/>
          <w:b w:val="0"/>
          <w:i w:val="0"/>
          <w:color w:val="333333"/>
          <w:sz w:val="19"/>
        </w:rPr>
        <w:t>(A) 1/8　　(B) 1/4　　(C) (√(10))/10　　(D) (√(5))/6　　(E) (√(10))/5</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假设某人群中每 500 人有一人患有某种无症状疾病。有一种血液检测可用于筛查这种疾病。患病者检测结果一定为阳性。</w:t>
      </w:r>
    </w:p>
    <w:p>
      <w:pPr>
        <w:spacing w:before="0" w:after="80" w:line="300" w:lineRule="auto"/>
        <w:jc w:val="left"/>
      </w:pPr>
      <w:r>
        <w:rPr>
          <w:rFonts w:ascii="Times New Roman" w:hAnsi="Times New Roman" w:eastAsia="宋体"/>
          <w:b w:val="0"/>
          <w:i w:val="0"/>
          <w:sz w:val="21"/>
        </w:rPr>
        <w:t>对于没有患病的人，检测有 2% 的假阳性率。也就是说，这些人中 98% 的检测结果为阴性，但 2% 的检测结果会误为阳性。</w:t>
      </w:r>
    </w:p>
    <w:p>
      <w:pPr>
        <w:spacing w:before="0" w:after="80" w:line="300" w:lineRule="auto"/>
        <w:jc w:val="left"/>
      </w:pPr>
      <w:r>
        <w:rPr>
          <w:rFonts w:ascii="Times New Roman" w:hAnsi="Times New Roman" w:eastAsia="宋体"/>
          <w:b w:val="0"/>
          <w:i w:val="0"/>
          <w:sz w:val="21"/>
        </w:rPr>
        <w:t>令 p 为从该人群中随机选一人，且检测结果为阳性时，此人实际患病的概率。下列哪一个最接近 p？</w:t>
      </w:r>
    </w:p>
    <w:p>
      <w:pPr>
        <w:spacing w:before="0" w:after="120" w:line="300" w:lineRule="auto"/>
      </w:pPr>
      <w:r>
        <w:rPr>
          <w:rFonts w:ascii="Times New Roman" w:hAnsi="Times New Roman" w:eastAsia="宋体"/>
          <w:b w:val="0"/>
          <w:i w:val="0"/>
          <w:sz w:val="21"/>
        </w:rPr>
        <w:t>（A）1/98　　（B）1/9　　（C）1/11　　（D）49/99　　（E）98/99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that one of every 500 people in a certain population has a particular disease, which displays no symptoms. A blood test is available for screening for this disease. For a person who has this disease, the test always turns out positive.</w:t>
      </w:r>
    </w:p>
    <w:p>
      <w:pPr>
        <w:spacing w:before="0" w:after="80" w:line="300" w:lineRule="auto"/>
        <w:jc w:val="left"/>
      </w:pPr>
      <w:r>
        <w:rPr>
          <w:rFonts w:ascii="Times New Roman" w:hAnsi="Times New Roman" w:eastAsia="宋体"/>
          <w:b w:val="0"/>
          <w:i w:val="0"/>
          <w:color w:val="333333"/>
          <w:sz w:val="19"/>
        </w:rPr>
        <w:t>For a person who does not have the disease, however, there is a 2% false positive rate. In other words, for such people, 98% of the time the test will turn out negative, but 2% of the time the test will turn out positive and will incorrectly indicate that the person has the disease.</w:t>
      </w:r>
    </w:p>
    <w:p>
      <w:pPr>
        <w:spacing w:before="0" w:after="80" w:line="300" w:lineRule="auto"/>
        <w:jc w:val="left"/>
      </w:pPr>
      <w:r>
        <w:rPr>
          <w:rFonts w:ascii="Times New Roman" w:hAnsi="Times New Roman" w:eastAsia="宋体"/>
          <w:b w:val="0"/>
          <w:i w:val="0"/>
          <w:color w:val="333333"/>
          <w:sz w:val="19"/>
        </w:rPr>
        <w:t>Let p be the probability that a person who is chosen at random from this population and gets a positive test result actually has the disease. Which of the following is closest to p?</w:t>
      </w:r>
    </w:p>
    <w:p>
      <w:pPr>
        <w:spacing w:before="0" w:after="160" w:line="300" w:lineRule="auto"/>
      </w:pPr>
      <w:r>
        <w:rPr>
          <w:rFonts w:ascii="Times New Roman" w:hAnsi="Times New Roman" w:eastAsia="宋体"/>
          <w:b w:val="0"/>
          <w:i w:val="0"/>
          <w:color w:val="333333"/>
          <w:sz w:val="19"/>
        </w:rPr>
        <w:t>(A) 1/98　　(B) 1/9　　(C) 1/11　　(D) 49/99　　(E) 98/99</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在长方形 ABCD 中，AB=6，AD=30，且 G 是 AD 的中点。线段 AB 从 B 延长 2 个单位到点 E，F 是 ED 与 BC 的交点。四边形 BFDG 的面积是多少？</w:t>
      </w:r>
    </w:p>
    <w:p>
      <w:pPr>
        <w:spacing w:before="0" w:after="120" w:line="300" w:lineRule="auto"/>
      </w:pPr>
      <w:r>
        <w:rPr>
          <w:rFonts w:ascii="Times New Roman" w:hAnsi="Times New Roman" w:eastAsia="宋体"/>
          <w:b w:val="0"/>
          <w:i w:val="0"/>
          <w:sz w:val="21"/>
        </w:rPr>
        <w:t>（A）133/2　　（B）67　　（C）135/2　　（D）68　　（E）137/2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rectangle ABCD, AB=6, AD=30, and G is the midpoint of AD. Segment AB is extended 2 units beyond B to point E, and F is the intersection of ED and BC. What is the area of quadrilateral BFDG?</w:t>
      </w:r>
    </w:p>
    <w:p>
      <w:pPr>
        <w:spacing w:before="0" w:after="160" w:line="300" w:lineRule="auto"/>
      </w:pPr>
      <w:r>
        <w:rPr>
          <w:rFonts w:ascii="Times New Roman" w:hAnsi="Times New Roman" w:eastAsia="宋体"/>
          <w:b w:val="0"/>
          <w:i w:val="0"/>
          <w:color w:val="333333"/>
          <w:sz w:val="19"/>
        </w:rPr>
        <w:t>(A) 133/2　　(B) 67　　(C) 135/2　　(D) 68　　(E) 137/2</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Bernardo 和 Silvia 玩下面的游戏。先选一个 0 到 999 之间的整数给 Bernardo。每当 Bernardo 收到一个数，他就把它加倍并传给 Silvia。每当 Silvia 收到一个数，她就加上 50 并传给 Bernardo。最后一个产生小于 1000 的数的人获胜。</w:t>
      </w:r>
    </w:p>
    <w:p>
      <w:pPr>
        <w:spacing w:before="0" w:after="80" w:line="300" w:lineRule="auto"/>
        <w:jc w:val="left"/>
      </w:pPr>
      <w:r>
        <w:rPr>
          <w:rFonts w:ascii="Times New Roman" w:hAnsi="Times New Roman" w:eastAsia="宋体"/>
          <w:b w:val="0"/>
          <w:i w:val="0"/>
          <w:sz w:val="21"/>
        </w:rPr>
        <w:t>令 N 为能使 Bernardo 获胜的最小初始数。N 的各位数字之和是多少？</w:t>
      </w:r>
    </w:p>
    <w:p>
      <w:pPr>
        <w:spacing w:before="0" w:after="120" w:line="300" w:lineRule="auto"/>
      </w:pPr>
      <w:r>
        <w:rPr>
          <w:rFonts w:ascii="Times New Roman" w:hAnsi="Times New Roman" w:eastAsia="宋体"/>
          <w:b w:val="0"/>
          <w:i w:val="0"/>
          <w:sz w:val="21"/>
        </w:rPr>
        <w:t>（A）7　　（B）8　　（C）9　　（D）10　　（E）11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Bernardo and Silvia play the following game. An integer between 0 and 999 inclusive is selected and given to Bernardo. Whenever Bernardo receives a number, he doubles it and passes the result to Silvia. Whenever Silvia receives a number, she adds 50 to it and passes the result to Bernardo. The winner is the last person who produces a number less than 1000.</w:t>
      </w:r>
    </w:p>
    <w:p>
      <w:pPr>
        <w:spacing w:before="0" w:after="80" w:line="300" w:lineRule="auto"/>
        <w:jc w:val="left"/>
      </w:pPr>
      <w:r>
        <w:rPr>
          <w:rFonts w:ascii="Times New Roman" w:hAnsi="Times New Roman" w:eastAsia="宋体"/>
          <w:b w:val="0"/>
          <w:i w:val="0"/>
          <w:color w:val="333333"/>
          <w:sz w:val="19"/>
        </w:rPr>
        <w:t>Let N be the smallest initial number that results in a win for Bernardo. What is the sum of the digits of N?</w:t>
      </w:r>
    </w:p>
    <w:p>
      <w:pPr>
        <w:spacing w:before="0" w:after="160" w:line="300" w:lineRule="auto"/>
      </w:pPr>
      <w:r>
        <w:rPr>
          <w:rFonts w:ascii="Times New Roman" w:hAnsi="Times New Roman" w:eastAsia="宋体"/>
          <w:b w:val="0"/>
          <w:i w:val="0"/>
          <w:color w:val="333333"/>
          <w:sz w:val="19"/>
        </w:rPr>
        <w:t>(A) 7　　(B) 8　　(C) 9　　(D) 10　　(E) 11</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平面上有四个不同的点，它们两两相连得到的六条线段长度分别为 a、a、a、a、2a 和 b。求 b 与 a 的比值。</w:t>
      </w:r>
    </w:p>
    <w:p>
      <w:pPr>
        <w:spacing w:before="0" w:after="120" w:line="300" w:lineRule="auto"/>
      </w:pPr>
      <w:r>
        <w:rPr>
          <w:rFonts w:ascii="Times New Roman" w:hAnsi="Times New Roman" w:eastAsia="宋体"/>
          <w:b w:val="0"/>
          <w:i w:val="0"/>
          <w:sz w:val="21"/>
        </w:rPr>
        <w:t>（A）√(3)　　（B）2　　（C）√(5)　　（D）3　　（E）π</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Four distinct points are arranged in a plane so that the segments connecting them have lengths a, a, a, a, 2a, and b. What is the ratio of b to a?</w:t>
      </w:r>
    </w:p>
    <w:p>
      <w:pPr>
        <w:spacing w:before="0" w:after="160" w:line="300" w:lineRule="auto"/>
      </w:pPr>
      <w:r>
        <w:rPr>
          <w:rFonts w:ascii="Times New Roman" w:hAnsi="Times New Roman" w:eastAsia="宋体"/>
          <w:b w:val="0"/>
          <w:i w:val="0"/>
          <w:color w:val="333333"/>
          <w:sz w:val="19"/>
        </w:rPr>
        <w:t>(A) √(3)　　(B) 2　　(C) √(5)　　(D) 3　　(E) π</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设 (a₁,a₂,…,a₁₀) 是前 10 个正整数的一个排列，并且对每个 2≤ i≤10，aᵢ + 1 或 aᵢ-1 中至少有一个已经出现在 aᵢ 前面。这样的排列有多少个？</w:t>
      </w:r>
    </w:p>
    <w:p>
      <w:pPr>
        <w:spacing w:before="0" w:after="120" w:line="300" w:lineRule="auto"/>
      </w:pPr>
      <w:r>
        <w:rPr>
          <w:rFonts w:ascii="Times New Roman" w:hAnsi="Times New Roman" w:eastAsia="宋体"/>
          <w:b w:val="0"/>
          <w:i w:val="0"/>
          <w:sz w:val="21"/>
        </w:rPr>
        <w:t>（A）120　　（B）512　　（C）1024　　（D）181,440　　（E）362,880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(a₁,a₂,…,a₁₀) be a list of the first 10 positive integers such that for each 2≤ i≤10 either aᵢ + 1 or aᵢ-1 or both appear somewhere before aᵢ in the list. How many such lists are there?</w:t>
      </w:r>
    </w:p>
    <w:p>
      <w:pPr>
        <w:spacing w:before="0" w:after="160" w:line="300" w:lineRule="auto"/>
      </w:pPr>
      <w:r>
        <w:rPr>
          <w:rFonts w:ascii="Times New Roman" w:hAnsi="Times New Roman" w:eastAsia="宋体"/>
          <w:b w:val="0"/>
          <w:i w:val="0"/>
          <w:color w:val="333333"/>
          <w:sz w:val="19"/>
        </w:rPr>
        <w:t>(A) 120　　(B) 512　　(C) 1024　　(D) 181,440　　(E) 362,880</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一个实心木质单位立方体被一个平面切去一个实心四面体。这个平面经过同一面上的两个不相邻顶点，以及相对面上一个与前两个顶点都不相邻的顶点。切下的四面体被丢弃，剩下的部分把切面朝下放在桌上。这个物体的高度是多少？</w:t>
      </w:r>
    </w:p>
    <w:p>
      <w:pPr>
        <w:spacing w:before="0" w:after="120" w:line="300" w:lineRule="auto"/>
      </w:pPr>
      <w:r>
        <w:rPr>
          <w:rFonts w:ascii="Times New Roman" w:hAnsi="Times New Roman" w:eastAsia="宋体"/>
          <w:b w:val="0"/>
          <w:i w:val="0"/>
          <w:sz w:val="21"/>
        </w:rPr>
        <w:t>（A）(√(3))/3　　（B）(2 √(2))/3　　（C）1　　（D）(2 √(3))/3　　（E）√(2)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solid tetrahedron is sliced off a solid wooden unit cube by a plane passing through two nonadjacent vertices on one face and one vertex on the opposite face not adjacent to either of the first two vertices. The tetrahedron is discarded and the remaining portion of the cube is placed on a table with the cut surface face down. What is the height of this object?</w:t>
      </w:r>
    </w:p>
    <w:p>
      <w:pPr>
        <w:spacing w:before="0" w:after="160" w:line="300" w:lineRule="auto"/>
      </w:pPr>
      <w:r>
        <w:rPr>
          <w:rFonts w:ascii="Times New Roman" w:hAnsi="Times New Roman" w:eastAsia="宋体"/>
          <w:b w:val="0"/>
          <w:i w:val="0"/>
          <w:color w:val="333333"/>
          <w:sz w:val="19"/>
        </w:rPr>
        <w:t>(A) (√(3))/3　　(B) (2 √(2))/3　　(C) 1　　(D) (2 √(3))/3　　(E) √(2)</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Amy、Beth 和 Jo 听了四首不同的歌，并讨论她们喜欢哪些歌。没有一首歌被三个人都喜欢。此外，对三个人中的每一对，都至少有一首歌被这两个人喜欢，而第三个人不喜欢。有多少种不同的可能情况？</w:t>
      </w:r>
    </w:p>
    <w:p>
      <w:pPr>
        <w:spacing w:before="0" w:after="120" w:line="300" w:lineRule="auto"/>
      </w:pPr>
      <w:r>
        <w:rPr>
          <w:rFonts w:ascii="Times New Roman" w:hAnsi="Times New Roman" w:eastAsia="宋体"/>
          <w:b w:val="0"/>
          <w:i w:val="0"/>
          <w:sz w:val="21"/>
        </w:rPr>
        <w:t>（A）108　　（B）132　　（C）671　　（D）846　　（E）1105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Amy, Beth, and Jo listen to four different songs and discuss which ones they like. No song is liked by all three. Furthermore, for each of the three pairs of the girls, there is at least one song liked by those two girls but disliked by the third. In how many different ways is this possible?</w:t>
      </w:r>
    </w:p>
    <w:p>
      <w:pPr>
        <w:spacing w:before="0" w:after="160" w:line="300" w:lineRule="auto"/>
      </w:pPr>
      <w:r>
        <w:rPr>
          <w:rFonts w:ascii="Times New Roman" w:hAnsi="Times New Roman" w:eastAsia="宋体"/>
          <w:b w:val="0"/>
          <w:i w:val="0"/>
          <w:color w:val="333333"/>
          <w:sz w:val="19"/>
        </w:rPr>
        <w:t>(A) 108　　(B) 132　　(C) 671　　(D) 846　　(E) 1105</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一只虫沿下图六边形网格中的线段从 A 走到 B。带箭头的线段只能沿箭头方向行走，并且虫子不会重复走同一条线段。共有多少条不同路径？</w:t>
      </w:r>
    </w:p>
    <w:p>
      <w:pPr>
        <w:spacing w:before="80" w:after="80"/>
        <w:jc w:val="center"/>
      </w:pPr>
      <w:r>
        <w:drawing>
          <wp:inline xmlns:a="http://schemas.openxmlformats.org/drawingml/2006/main" xmlns:pic="http://schemas.openxmlformats.org/drawingml/2006/picture">
            <wp:extent cx="3600000" cy="2195869"/>
            <wp:docPr id="5" name="Picture 5"/>
            <wp:cNvGraphicFramePr>
              <a:graphicFrameLocks noChangeAspect="1"/>
            </wp:cNvGraphicFramePr>
            <a:graphic>
              <a:graphicData uri="http://schemas.openxmlformats.org/drawingml/2006/picture">
                <pic:pic>
                  <pic:nvPicPr>
                    <pic:cNvPr id="0" name="q25-1@300dpi.png"/>
                    <pic:cNvPicPr/>
                  </pic:nvPicPr>
                  <pic:blipFill>
                    <a:blip r:embed="rId11"/>
                    <a:stretch>
                      <a:fillRect/>
                    </a:stretch>
                  </pic:blipFill>
                  <pic:spPr>
                    <a:xfrm>
                      <a:off x="0" y="0"/>
                      <a:ext cx="3600000" cy="2195869"/>
                    </a:xfrm>
                    <a:prstGeom prst="rect"/>
                  </pic:spPr>
                </pic:pic>
              </a:graphicData>
            </a:graphic>
          </wp:inline>
        </w:drawing>
      </w:r>
    </w:p>
    <w:p>
      <w:pPr>
        <w:spacing w:before="0" w:after="120" w:line="300" w:lineRule="auto"/>
      </w:pPr>
      <w:r>
        <w:rPr>
          <w:rFonts w:ascii="Times New Roman" w:hAnsi="Times New Roman" w:eastAsia="宋体"/>
          <w:b w:val="0"/>
          <w:i w:val="0"/>
          <w:sz w:val="21"/>
        </w:rPr>
        <w:t>（A）2112　　（B）2304　　（C）2368　　（D）2384　　（E）2400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bug travels from A to B along the segments in the hexagonal lattice pictured below. The segments marked with an arrow can be traveled only in the direction of the arrow, and the bug never travels the same segment more than once. How many different paths are there?</w:t>
      </w:r>
    </w:p>
    <w:p>
      <w:pPr>
        <w:spacing w:before="80" w:after="80"/>
        <w:jc w:val="center"/>
      </w:pPr>
      <w:r>
        <w:drawing>
          <wp:inline xmlns:a="http://schemas.openxmlformats.org/drawingml/2006/main" xmlns:pic="http://schemas.openxmlformats.org/drawingml/2006/picture">
            <wp:extent cx="3600000" cy="2195869"/>
            <wp:docPr id="6" name="Picture 6"/>
            <wp:cNvGraphicFramePr>
              <a:graphicFrameLocks noChangeAspect="1"/>
            </wp:cNvGraphicFramePr>
            <a:graphic>
              <a:graphicData uri="http://schemas.openxmlformats.org/drawingml/2006/picture">
                <pic:pic>
                  <pic:nvPicPr>
                    <pic:cNvPr id="0" name="q25-1@300dpi.png"/>
                    <pic:cNvPicPr/>
                  </pic:nvPicPr>
                  <pic:blipFill>
                    <a:blip r:embed="rId11"/>
                    <a:stretch>
                      <a:fillRect/>
                    </a:stretch>
                  </pic:blipFill>
                  <pic:spPr>
                    <a:xfrm>
                      <a:off x="0" y="0"/>
                      <a:ext cx="3600000" cy="219586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2112　　(B) 2304　　(C) 2368　　(D) 2384　　(E) 2400</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C　E　B　A　D　A　D　B　A</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D　A　B　B　D　D　A　C　C</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C　A　A　B　D　B　E</w:t>
      </w:r>
    </w:p>
    <w:p>
      <w:pPr>
        <w:spacing w:before="0" w:after="200" w:line="300" w:lineRule="auto"/>
      </w:pPr>
      <w:r>
        <w:rPr>
          <w:rFonts w:ascii="Times New Roman" w:hAnsi="Times New Roman" w:eastAsia="宋体"/>
          <w:b w:val="0"/>
          <w:i w:val="0"/>
          <w:color w:val="666666"/>
          <w:sz w:val="18"/>
        </w:rPr>
        <w:t>答案串：CEBADADBADABBDDACCCAABDBE</w:t>
      </w:r>
    </w:p>
    <w:p>
      <w:pPr>
        <w:spacing w:before="200" w:after="80" w:line="300" w:lineRule="auto"/>
      </w:pPr>
      <w:r>
        <w:rPr>
          <w:rFonts w:ascii="Times New Roman" w:hAnsi="Times New Roman" w:eastAsia="宋体"/>
          <w:b/>
          <w:i w:val="0"/>
          <w:sz w:val="23"/>
        </w:rPr>
        <w:t>第 1 题　答案 C</w:t>
      </w:r>
    </w:p>
    <w:p>
      <w:pPr>
        <w:spacing w:before="0" w:after="80" w:line="300" w:lineRule="auto"/>
        <w:jc w:val="left"/>
      </w:pPr>
      <w:r>
        <w:rPr>
          <w:rFonts w:ascii="Times New Roman" w:hAnsi="Times New Roman" w:eastAsia="宋体"/>
          <w:b w:val="0"/>
          <w:i w:val="0"/>
          <w:sz w:val="21"/>
        </w:rPr>
        <w:t>每个教室中学生比兔子多 18-2=16。</w:t>
      </w:r>
    </w:p>
    <w:p>
      <w:pPr>
        <w:spacing w:before="0" w:after="80" w:line="300" w:lineRule="auto"/>
        <w:jc w:val="left"/>
      </w:pPr>
      <w:r>
        <w:rPr>
          <w:rFonts w:ascii="Times New Roman" w:hAnsi="Times New Roman" w:eastAsia="宋体"/>
          <w:b w:val="0"/>
          <w:i w:val="0"/>
          <w:sz w:val="21"/>
        </w:rPr>
        <w:t>4 个教室中总共多 4·16=64。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classroom has 18-2=16 more students than rabbits.</w:t>
      </w:r>
    </w:p>
    <w:p>
      <w:pPr>
        <w:spacing w:before="0" w:after="80" w:line="300" w:lineRule="auto"/>
        <w:jc w:val="left"/>
      </w:pPr>
      <w:r>
        <w:rPr>
          <w:rFonts w:ascii="Times New Roman" w:hAnsi="Times New Roman" w:eastAsia="宋体"/>
          <w:b w:val="0"/>
          <w:i w:val="0"/>
          <w:color w:val="333333"/>
          <w:sz w:val="19"/>
        </w:rPr>
        <w:t>Across 4 classrooms, the difference is 4·16=64.</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 题　答案 E</w:t>
      </w:r>
    </w:p>
    <w:p>
      <w:pPr>
        <w:spacing w:before="0" w:after="80" w:line="300" w:lineRule="auto"/>
        <w:jc w:val="left"/>
      </w:pPr>
      <w:r>
        <w:rPr>
          <w:rFonts w:ascii="Times New Roman" w:hAnsi="Times New Roman" w:eastAsia="宋体"/>
          <w:b w:val="0"/>
          <w:i w:val="0"/>
          <w:sz w:val="21"/>
        </w:rPr>
        <w:t>短边等于圆的直径，即 2r=2· 5=10。</w:t>
      </w:r>
    </w:p>
    <w:p>
      <w:pPr>
        <w:spacing w:before="0" w:after="80" w:line="300" w:lineRule="auto"/>
        <w:jc w:val="left"/>
      </w:pPr>
      <w:r>
        <w:rPr>
          <w:rFonts w:ascii="Times New Roman" w:hAnsi="Times New Roman" w:eastAsia="宋体"/>
          <w:b w:val="0"/>
          <w:i w:val="0"/>
          <w:sz w:val="21"/>
        </w:rPr>
        <w:t>长与宽之比为 2:1，所以长边为 10· 2=20。</w:t>
      </w:r>
    </w:p>
    <w:p>
      <w:pPr>
        <w:spacing w:before="0" w:after="80" w:line="300" w:lineRule="auto"/>
        <w:jc w:val="left"/>
      </w:pPr>
      <w:r>
        <w:rPr>
          <w:rFonts w:ascii="Times New Roman" w:hAnsi="Times New Roman" w:eastAsia="宋体"/>
          <w:b w:val="0"/>
          <w:i w:val="0"/>
          <w:sz w:val="21"/>
        </w:rPr>
        <w:t>长方形面积为 20· 10=200。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smaller side of the rectangle is equal to the diameter, which is 2r=2· 5=10.</w:t>
      </w:r>
    </w:p>
    <w:p>
      <w:pPr>
        <w:spacing w:before="0" w:after="80" w:line="300" w:lineRule="auto"/>
        <w:jc w:val="left"/>
      </w:pPr>
      <w:r>
        <w:rPr>
          <w:rFonts w:ascii="Times New Roman" w:hAnsi="Times New Roman" w:eastAsia="宋体"/>
          <w:b w:val="0"/>
          <w:i w:val="0"/>
          <w:color w:val="333333"/>
          <w:sz w:val="19"/>
        </w:rPr>
        <w:t>Due to the 2:1 ratio, the long side is 10· 2=20.</w:t>
      </w:r>
    </w:p>
    <w:p>
      <w:pPr>
        <w:spacing w:before="0" w:after="80" w:line="300" w:lineRule="auto"/>
        <w:jc w:val="left"/>
      </w:pPr>
      <w:r>
        <w:rPr>
          <w:rFonts w:ascii="Times New Roman" w:hAnsi="Times New Roman" w:eastAsia="宋体"/>
          <w:b w:val="0"/>
          <w:i w:val="0"/>
          <w:color w:val="333333"/>
          <w:sz w:val="19"/>
        </w:rPr>
        <w:t>Therefore, the area is 20· 10=200.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B</w:t>
      </w:r>
    </w:p>
    <w:p>
      <w:pPr>
        <w:spacing w:before="0" w:after="80" w:line="300" w:lineRule="auto"/>
        <w:jc w:val="left"/>
      </w:pPr>
      <w:r>
        <w:rPr>
          <w:rFonts w:ascii="Times New Roman" w:hAnsi="Times New Roman" w:eastAsia="宋体"/>
          <w:b w:val="0"/>
          <w:i w:val="0"/>
          <w:sz w:val="21"/>
        </w:rPr>
        <w:t>注意到这里的直线是完全水平的。这意味着，只要从该点向这条直线作垂线段，再把沿这条线段的距离加倍，就能得到反射后点的坐标。</w:t>
      </w:r>
    </w:p>
    <w:p>
      <w:pPr>
        <w:spacing w:before="0" w:after="80" w:line="300" w:lineRule="auto"/>
        <w:jc w:val="left"/>
      </w:pPr>
      <w:r>
        <w:rPr>
          <w:rFonts w:ascii="Times New Roman" w:hAnsi="Times New Roman" w:eastAsia="宋体"/>
          <w:b w:val="0"/>
          <w:i w:val="0"/>
          <w:sz w:val="21"/>
        </w:rPr>
        <w:t>点 (1000,2012) 在 y=2000 上方 12 个单位，所以对称点在直线另一侧同样相距 12 个单位，即 (1000,1988)。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Notice that the line in question is perfectly horizontal. This means that if we were to construct a perpendicular line segment from the point to the line, to find the reflected coordinates of the point, we simply double the distance along that line segment.</w:t>
      </w:r>
    </w:p>
    <w:p>
      <w:pPr>
        <w:spacing w:before="0" w:after="80" w:line="300" w:lineRule="auto"/>
        <w:jc w:val="left"/>
      </w:pPr>
      <w:r>
        <w:rPr>
          <w:rFonts w:ascii="Times New Roman" w:hAnsi="Times New Roman" w:eastAsia="宋体"/>
          <w:b w:val="0"/>
          <w:i w:val="0"/>
          <w:color w:val="333333"/>
          <w:sz w:val="19"/>
        </w:rPr>
        <w:t>The line segment from (1000,2012) to y=2000 is of length 12, so the reflected point is along this same line segment, but a distance of 12 on the other side of the horizontal line. This yields (1000,1988).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A</w:t>
      </w:r>
    </w:p>
    <w:p>
      <w:pPr>
        <w:spacing w:before="0" w:after="80" w:line="300" w:lineRule="auto"/>
        <w:jc w:val="left"/>
      </w:pPr>
      <w:r>
        <w:rPr>
          <w:rFonts w:ascii="Times New Roman" w:hAnsi="Times New Roman" w:eastAsia="宋体"/>
          <w:b w:val="0"/>
          <w:i w:val="0"/>
          <w:sz w:val="21"/>
        </w:rPr>
        <w:t>Ringo 的弹珠数除以 6 余 4，所以可写成 6x+4，其中 x 为整数。</w:t>
      </w:r>
    </w:p>
    <w:p>
      <w:pPr>
        <w:spacing w:before="0" w:after="80" w:line="300" w:lineRule="auto"/>
        <w:jc w:val="left"/>
      </w:pPr>
      <w:r>
        <w:rPr>
          <w:rFonts w:ascii="Times New Roman" w:hAnsi="Times New Roman" w:eastAsia="宋体"/>
          <w:b w:val="0"/>
          <w:i w:val="0"/>
          <w:sz w:val="21"/>
        </w:rPr>
        <w:t>同理，Paul 的弹珠数可写为 6y+3，其中 y 为整数。</w:t>
      </w:r>
    </w:p>
    <w:p>
      <w:pPr>
        <w:spacing w:before="0" w:after="80" w:line="300" w:lineRule="auto"/>
        <w:jc w:val="left"/>
      </w:pPr>
      <w:r>
        <w:rPr>
          <w:rFonts w:ascii="Times New Roman" w:hAnsi="Times New Roman" w:eastAsia="宋体"/>
          <w:b w:val="0"/>
          <w:i w:val="0"/>
          <w:sz w:val="21"/>
        </w:rPr>
        <w:t>因此总数为</w:t>
      </w:r>
    </w:p>
    <w:p>
      <w:pPr>
        <w:spacing w:before="0" w:after="80" w:line="300" w:lineRule="auto"/>
        <w:jc w:val="left"/>
      </w:pPr>
      <w:r>
        <w:rPr>
          <w:rFonts w:ascii="Times New Roman" w:hAnsi="Times New Roman" w:eastAsia="宋体"/>
          <w:b w:val="0"/>
          <w:i w:val="0"/>
          <w:sz w:val="21"/>
        </w:rPr>
        <w:t>(6x+4)+(6y+3)</w:t>
      </w:r>
    </w:p>
    <w:p>
      <w:pPr>
        <w:spacing w:before="0" w:after="80" w:line="300" w:lineRule="auto"/>
        <w:jc w:val="left"/>
      </w:pPr>
      <w:r>
        <w:rPr>
          <w:rFonts w:ascii="Times New Roman" w:hAnsi="Times New Roman" w:eastAsia="宋体"/>
          <w:b w:val="0"/>
          <w:i w:val="0"/>
          <w:sz w:val="21"/>
        </w:rPr>
        <w:t>= 6(x+y+1)+1</w:t>
      </w:r>
    </w:p>
    <w:p>
      <w:pPr>
        <w:spacing w:before="0" w:after="80" w:line="300" w:lineRule="auto"/>
        <w:jc w:val="left"/>
      </w:pPr>
      <w:r>
        <w:rPr>
          <w:rFonts w:ascii="Times New Roman" w:hAnsi="Times New Roman" w:eastAsia="宋体"/>
          <w:b w:val="0"/>
          <w:i w:val="0"/>
          <w:sz w:val="21"/>
        </w:rPr>
        <w:t>这表示合在一起后除以 6 余 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As we know that when Ringo’s marbles are divided by 6, we have a remainder of 4, we conclude that he has 6x+4 marbles for some x.</w:t>
      </w:r>
    </w:p>
    <w:p>
      <w:pPr>
        <w:spacing w:before="0" w:after="80" w:line="300" w:lineRule="auto"/>
        <w:jc w:val="left"/>
      </w:pPr>
      <w:r>
        <w:rPr>
          <w:rFonts w:ascii="Times New Roman" w:hAnsi="Times New Roman" w:eastAsia="宋体"/>
          <w:b w:val="0"/>
          <w:i w:val="0"/>
          <w:color w:val="333333"/>
          <w:sz w:val="19"/>
        </w:rPr>
        <w:t>Using the same logic, we can also conclude that Paul has 6y+3 marbles for some y.</w:t>
      </w:r>
    </w:p>
    <w:p>
      <w:pPr>
        <w:spacing w:before="0" w:after="80" w:line="300" w:lineRule="auto"/>
        <w:jc w:val="left"/>
      </w:pPr>
      <w:r>
        <w:rPr>
          <w:rFonts w:ascii="Times New Roman" w:hAnsi="Times New Roman" w:eastAsia="宋体"/>
          <w:b w:val="0"/>
          <w:i w:val="0"/>
          <w:color w:val="333333"/>
          <w:sz w:val="19"/>
        </w:rPr>
        <w:t>Therefore, the total number of marbles is</w:t>
      </w:r>
    </w:p>
    <w:p>
      <w:pPr>
        <w:spacing w:before="0" w:after="80" w:line="300" w:lineRule="auto"/>
        <w:jc w:val="left"/>
      </w:pPr>
      <w:r>
        <w:rPr>
          <w:rFonts w:ascii="Times New Roman" w:hAnsi="Times New Roman" w:eastAsia="宋体"/>
          <w:b w:val="0"/>
          <w:i w:val="0"/>
          <w:color w:val="333333"/>
          <w:sz w:val="19"/>
        </w:rPr>
        <w:t>(6x+4)+(6y+3)</w:t>
      </w:r>
    </w:p>
    <w:p>
      <w:pPr>
        <w:spacing w:before="0" w:after="80" w:line="300" w:lineRule="auto"/>
        <w:jc w:val="left"/>
      </w:pPr>
      <w:r>
        <w:rPr>
          <w:rFonts w:ascii="Times New Roman" w:hAnsi="Times New Roman" w:eastAsia="宋体"/>
          <w:b w:val="0"/>
          <w:i w:val="0"/>
          <w:color w:val="333333"/>
          <w:sz w:val="19"/>
        </w:rPr>
        <w:t>= 6(x+y+1)+1</w:t>
      </w:r>
    </w:p>
    <w:p>
      <w:pPr>
        <w:spacing w:before="0" w:after="80" w:line="300" w:lineRule="auto"/>
        <w:jc w:val="left"/>
      </w:pPr>
      <w:r>
        <w:rPr>
          <w:rFonts w:ascii="Times New Roman" w:hAnsi="Times New Roman" w:eastAsia="宋体"/>
          <w:b w:val="0"/>
          <w:i w:val="0"/>
          <w:color w:val="333333"/>
          <w:sz w:val="19"/>
        </w:rPr>
        <w:t>which, when divided by 6, only leaves 1 left over.</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D</w:t>
      </w:r>
    </w:p>
    <w:p>
      <w:pPr>
        <w:spacing w:before="0" w:after="80" w:line="300" w:lineRule="auto"/>
        <w:jc w:val="left"/>
      </w:pPr>
      <w:r>
        <w:rPr>
          <w:rFonts w:ascii="Times New Roman" w:hAnsi="Times New Roman" w:eastAsia="宋体"/>
          <w:b w:val="0"/>
          <w:i w:val="0"/>
          <w:sz w:val="21"/>
        </w:rPr>
        <w:t>设税前餐费为 x。税为 0.1x，小费为 0.15x。总花费满足</w:t>
      </w:r>
    </w:p>
    <w:p>
      <w:pPr>
        <w:spacing w:before="0" w:after="80" w:line="300" w:lineRule="auto"/>
        <w:jc w:val="left"/>
      </w:pPr>
      <w:r>
        <w:rPr>
          <w:rFonts w:ascii="Times New Roman" w:hAnsi="Times New Roman" w:eastAsia="宋体"/>
          <w:b w:val="0"/>
          <w:i w:val="0"/>
          <w:sz w:val="21"/>
        </w:rPr>
        <w:t>x+0.1x+0.15x=1.25x</w:t>
      </w:r>
    </w:p>
    <w:p>
      <w:pPr>
        <w:spacing w:before="0" w:after="80" w:line="300" w:lineRule="auto"/>
        <w:jc w:val="left"/>
      </w:pPr>
      <w:r>
        <w:rPr>
          <w:rFonts w:ascii="Times New Roman" w:hAnsi="Times New Roman" w:eastAsia="宋体"/>
          <w:b w:val="0"/>
          <w:i w:val="0"/>
          <w:sz w:val="21"/>
        </w:rPr>
        <w:t>=27.5</w:t>
      </w:r>
    </w:p>
    <w:p>
      <w:pPr>
        <w:spacing w:before="0" w:after="80" w:line="300" w:lineRule="auto"/>
        <w:jc w:val="left"/>
      </w:pPr>
      <w:r>
        <w:rPr>
          <w:rFonts w:ascii="Times New Roman" w:hAnsi="Times New Roman" w:eastAsia="宋体"/>
          <w:b w:val="0"/>
          <w:i w:val="0"/>
          <w:sz w:val="21"/>
        </w:rPr>
        <w:t>所以 x=22。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the original price is x. Then, the tax is 0.1x and the tip is 0.15x. This makes the total payment equal to:</w:t>
      </w:r>
    </w:p>
    <w:p>
      <w:pPr>
        <w:spacing w:before="0" w:after="80" w:line="300" w:lineRule="auto"/>
        <w:jc w:val="left"/>
      </w:pPr>
      <w:r>
        <w:rPr>
          <w:rFonts w:ascii="Times New Roman" w:hAnsi="Times New Roman" w:eastAsia="宋体"/>
          <w:b w:val="0"/>
          <w:i w:val="0"/>
          <w:color w:val="333333"/>
          <w:sz w:val="19"/>
        </w:rPr>
        <w:t>x+0.1x+0.15x=1.25x</w:t>
      </w:r>
    </w:p>
    <w:p>
      <w:pPr>
        <w:spacing w:before="0" w:after="80" w:line="300" w:lineRule="auto"/>
        <w:jc w:val="left"/>
      </w:pPr>
      <w:r>
        <w:rPr>
          <w:rFonts w:ascii="Times New Roman" w:hAnsi="Times New Roman" w:eastAsia="宋体"/>
          <w:b w:val="0"/>
          <w:i w:val="0"/>
          <w:color w:val="333333"/>
          <w:sz w:val="19"/>
        </w:rPr>
        <w:t>=27.5</w:t>
      </w:r>
    </w:p>
    <w:p>
      <w:pPr>
        <w:spacing w:before="0" w:after="80" w:line="300" w:lineRule="auto"/>
        <w:jc w:val="left"/>
      </w:pPr>
      <w:r>
        <w:rPr>
          <w:rFonts w:ascii="Times New Roman" w:hAnsi="Times New Roman" w:eastAsia="宋体"/>
          <w:b w:val="0"/>
          <w:i w:val="0"/>
          <w:color w:val="333333"/>
          <w:sz w:val="19"/>
        </w:rPr>
        <w:t>Therefore, x=22.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A</w:t>
      </w:r>
    </w:p>
    <w:p>
      <w:pPr>
        <w:spacing w:before="0" w:after="80" w:line="300" w:lineRule="auto"/>
        <w:jc w:val="left"/>
      </w:pPr>
      <w:r>
        <w:rPr>
          <w:rFonts w:ascii="Times New Roman" w:hAnsi="Times New Roman" w:eastAsia="宋体"/>
          <w:b w:val="0"/>
          <w:i w:val="0"/>
          <w:sz w:val="21"/>
        </w:rPr>
        <w:t>设这段很小的舍入量为 d&gt;0。Xiaoli 用 x+d 代替 x，用 y-d 代替 y。因此估计值为</w:t>
      </w:r>
    </w:p>
    <w:p>
      <w:pPr>
        <w:spacing w:before="0" w:after="80" w:line="300" w:lineRule="auto"/>
        <w:jc w:val="left"/>
      </w:pPr>
      <w:r>
        <w:rPr>
          <w:rFonts w:ascii="Times New Roman" w:hAnsi="Times New Roman" w:eastAsia="宋体"/>
          <w:b w:val="0"/>
          <w:i w:val="0"/>
          <w:sz w:val="21"/>
        </w:rPr>
        <w:t>(x+d)-(y-d)=x-y+2d，</w:t>
      </w:r>
    </w:p>
    <w:p>
      <w:pPr>
        <w:spacing w:before="0" w:after="80" w:line="300" w:lineRule="auto"/>
        <w:jc w:val="left"/>
      </w:pPr>
      <w:r>
        <w:rPr>
          <w:rFonts w:ascii="Times New Roman" w:hAnsi="Times New Roman" w:eastAsia="宋体"/>
          <w:b w:val="0"/>
          <w:i w:val="0"/>
          <w:sz w:val="21"/>
        </w:rPr>
        <w:t>它大于 x-y。</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small rounding amount be d&gt;0. Xiaoli replaces x by x+d and y by y-d. Her estimate is therefore</w:t>
      </w:r>
    </w:p>
    <w:p>
      <w:pPr>
        <w:spacing w:before="0" w:after="80" w:line="300" w:lineRule="auto"/>
        <w:jc w:val="left"/>
      </w:pPr>
      <w:r>
        <w:rPr>
          <w:rFonts w:ascii="Times New Roman" w:hAnsi="Times New Roman" w:eastAsia="宋体"/>
          <w:b w:val="0"/>
          <w:i w:val="0"/>
          <w:color w:val="333333"/>
          <w:sz w:val="19"/>
        </w:rPr>
        <w:t>(x+d)-(y-d)=x-y+2d,</w:t>
      </w:r>
    </w:p>
    <w:p>
      <w:pPr>
        <w:spacing w:before="0" w:after="80" w:line="300" w:lineRule="auto"/>
        <w:jc w:val="left"/>
      </w:pPr>
      <w:r>
        <w:rPr>
          <w:rFonts w:ascii="Times New Roman" w:hAnsi="Times New Roman" w:eastAsia="宋体"/>
          <w:b w:val="0"/>
          <w:i w:val="0"/>
          <w:color w:val="333333"/>
          <w:sz w:val="19"/>
        </w:rPr>
        <w:t>which is larger than x-y.</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D</w:t>
      </w:r>
    </w:p>
    <w:p>
      <w:pPr>
        <w:spacing w:before="0" w:after="80" w:line="300" w:lineRule="auto"/>
        <w:jc w:val="left"/>
      </w:pPr>
      <w:r>
        <w:rPr>
          <w:rFonts w:ascii="Times New Roman" w:hAnsi="Times New Roman" w:eastAsia="宋体"/>
          <w:b w:val="0"/>
          <w:i w:val="0"/>
          <w:sz w:val="21"/>
        </w:rPr>
        <w:t>设两者各藏了 x 颗橡子。花栗鼠用了 x/3 个洞，松鼠用了 x/4 个洞。</w:t>
      </w:r>
    </w:p>
    <w:p>
      <w:pPr>
        <w:spacing w:before="0" w:after="80" w:line="300" w:lineRule="auto"/>
        <w:jc w:val="left"/>
      </w:pPr>
      <w:r>
        <w:rPr>
          <w:rFonts w:ascii="Times New Roman" w:hAnsi="Times New Roman" w:eastAsia="宋体"/>
          <w:b w:val="0"/>
          <w:i w:val="0"/>
          <w:sz w:val="21"/>
        </w:rPr>
        <w:t>两者所用洞数之差为四，所以</w:t>
      </w:r>
    </w:p>
    <w:p>
      <w:pPr>
        <w:spacing w:before="0" w:after="80" w:line="300" w:lineRule="auto"/>
        <w:jc w:val="left"/>
      </w:pPr>
      <w:r>
        <w:rPr>
          <w:rFonts w:ascii="Times New Roman" w:hAnsi="Times New Roman" w:eastAsia="宋体"/>
          <w:b w:val="0"/>
          <w:i w:val="0"/>
          <w:sz w:val="21"/>
        </w:rPr>
        <w:t>x/3 - x/4 = x/12= 4</w:t>
      </w:r>
    </w:p>
    <w:p>
      <w:pPr>
        <w:spacing w:before="0" w:after="80" w:line="300" w:lineRule="auto"/>
        <w:jc w:val="left"/>
      </w:pPr>
      <w:r>
        <w:rPr>
          <w:rFonts w:ascii="Times New Roman" w:hAnsi="Times New Roman" w:eastAsia="宋体"/>
          <w:b w:val="0"/>
          <w:i w:val="0"/>
          <w:sz w:val="21"/>
        </w:rPr>
        <w:t>解得 x=48。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number of acorns they each hid be x. Then, the number of holes from the chipmunk is x/3 and the number of holes from the squirrel is x/4.</w:t>
      </w:r>
    </w:p>
    <w:p>
      <w:pPr>
        <w:spacing w:before="0" w:after="80" w:line="300" w:lineRule="auto"/>
        <w:jc w:val="left"/>
      </w:pPr>
      <w:r>
        <w:rPr>
          <w:rFonts w:ascii="Times New Roman" w:hAnsi="Times New Roman" w:eastAsia="宋体"/>
          <w:b w:val="0"/>
          <w:i w:val="0"/>
          <w:color w:val="333333"/>
          <w:sz w:val="19"/>
        </w:rPr>
        <w:t>This means</w:t>
      </w:r>
    </w:p>
    <w:p>
      <w:pPr>
        <w:spacing w:before="0" w:after="80" w:line="300" w:lineRule="auto"/>
        <w:jc w:val="left"/>
      </w:pPr>
      <w:r>
        <w:rPr>
          <w:rFonts w:ascii="Times New Roman" w:hAnsi="Times New Roman" w:eastAsia="宋体"/>
          <w:b w:val="0"/>
          <w:i w:val="0"/>
          <w:color w:val="333333"/>
          <w:sz w:val="19"/>
        </w:rPr>
        <w:t>x/3 - x/4 = x/12= 4</w:t>
      </w:r>
    </w:p>
    <w:p>
      <w:pPr>
        <w:spacing w:before="0" w:after="80" w:line="300" w:lineRule="auto"/>
        <w:jc w:val="left"/>
      </w:pPr>
      <w:r>
        <w:rPr>
          <w:rFonts w:ascii="Times New Roman" w:hAnsi="Times New Roman" w:eastAsia="宋体"/>
          <w:b w:val="0"/>
          <w:i w:val="0"/>
          <w:color w:val="333333"/>
          <w:sz w:val="19"/>
        </w:rPr>
        <w:t>Therefore, x=48.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B</w:t>
      </w:r>
    </w:p>
    <w:p>
      <w:pPr>
        <w:spacing w:before="0" w:after="80" w:line="300" w:lineRule="auto"/>
        <w:jc w:val="left"/>
      </w:pPr>
      <w:r>
        <w:rPr>
          <w:rFonts w:ascii="Times New Roman" w:hAnsi="Times New Roman" w:eastAsia="宋体"/>
          <w:b w:val="0"/>
          <w:i w:val="0"/>
          <w:sz w:val="21"/>
        </w:rPr>
        <w:t>若 x=2+k 是一个解，则 x=2-k 也是解，因为</w:t>
      </w:r>
    </w:p>
    <w:p>
      <w:pPr>
        <w:spacing w:before="0" w:after="80" w:line="300" w:lineRule="auto"/>
        <w:jc w:val="left"/>
      </w:pPr>
      <w:r>
        <w:rPr>
          <w:rFonts w:ascii="Times New Roman" w:hAnsi="Times New Roman" w:eastAsia="宋体"/>
          <w:b w:val="0"/>
          <w:i w:val="0"/>
          <w:sz w:val="21"/>
        </w:rPr>
        <w:t>((2+k)-2)² = ((2-k)-2)²</w:t>
      </w:r>
    </w:p>
    <w:p>
      <w:pPr>
        <w:spacing w:before="0" w:after="80" w:line="300" w:lineRule="auto"/>
        <w:jc w:val="left"/>
      </w:pPr>
      <w:r>
        <w:rPr>
          <w:rFonts w:ascii="Times New Roman" w:hAnsi="Times New Roman" w:eastAsia="宋体"/>
          <w:b w:val="0"/>
          <w:i w:val="0"/>
          <w:sz w:val="21"/>
        </w:rPr>
        <w:t>这两个解的和为 4。因此，所有整数解之和等于四乘以可行的正数 k 的个数。</w:t>
      </w:r>
    </w:p>
    <w:p>
      <w:pPr>
        <w:spacing w:before="0" w:after="80" w:line="300" w:lineRule="auto"/>
        <w:jc w:val="left"/>
      </w:pPr>
      <w:r>
        <w:rPr>
          <w:rFonts w:ascii="Times New Roman" w:hAnsi="Times New Roman" w:eastAsia="宋体"/>
          <w:b w:val="0"/>
          <w:i w:val="0"/>
          <w:sz w:val="21"/>
        </w:rPr>
        <w:t>正数 k 必须满足</w:t>
      </w:r>
    </w:p>
    <w:p>
      <w:pPr>
        <w:spacing w:before="0" w:after="80" w:line="300" w:lineRule="auto"/>
        <w:jc w:val="left"/>
      </w:pPr>
      <w:r>
        <w:rPr>
          <w:rFonts w:ascii="Times New Roman" w:hAnsi="Times New Roman" w:eastAsia="宋体"/>
          <w:b w:val="0"/>
          <w:i w:val="0"/>
          <w:sz w:val="21"/>
        </w:rPr>
        <w:t>1 &lt; k² &lt; 25，</w:t>
      </w:r>
    </w:p>
    <w:p>
      <w:pPr>
        <w:spacing w:before="0" w:after="80" w:line="300" w:lineRule="auto"/>
        <w:jc w:val="left"/>
      </w:pPr>
      <w:r>
        <w:rPr>
          <w:rFonts w:ascii="Times New Roman" w:hAnsi="Times New Roman" w:eastAsia="宋体"/>
          <w:b w:val="0"/>
          <w:i w:val="0"/>
          <w:sz w:val="21"/>
        </w:rPr>
        <w:t>共有 3 个，即 k=2,3,4。</w:t>
      </w:r>
    </w:p>
    <w:p>
      <w:pPr>
        <w:spacing w:before="0" w:after="80" w:line="300" w:lineRule="auto"/>
        <w:jc w:val="left"/>
      </w:pPr>
      <w:r>
        <w:rPr>
          <w:rFonts w:ascii="Times New Roman" w:hAnsi="Times New Roman" w:eastAsia="宋体"/>
          <w:b w:val="0"/>
          <w:i w:val="0"/>
          <w:sz w:val="21"/>
        </w:rPr>
        <w:t>所以总和为 4·3=12。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we have x=2+k as a solution. Then, x=2-k would also be a solution as</w:t>
      </w:r>
    </w:p>
    <w:p>
      <w:pPr>
        <w:spacing w:before="0" w:after="80" w:line="300" w:lineRule="auto"/>
        <w:jc w:val="left"/>
      </w:pPr>
      <w:r>
        <w:rPr>
          <w:rFonts w:ascii="Times New Roman" w:hAnsi="Times New Roman" w:eastAsia="宋体"/>
          <w:b w:val="0"/>
          <w:i w:val="0"/>
          <w:color w:val="333333"/>
          <w:sz w:val="19"/>
        </w:rPr>
        <w:t>((2+k)-2)² = ((2-k)-2)²</w:t>
      </w:r>
    </w:p>
    <w:p>
      <w:pPr>
        <w:spacing w:before="0" w:after="80" w:line="300" w:lineRule="auto"/>
        <w:jc w:val="left"/>
      </w:pPr>
      <w:r>
        <w:rPr>
          <w:rFonts w:ascii="Times New Roman" w:hAnsi="Times New Roman" w:eastAsia="宋体"/>
          <w:b w:val="0"/>
          <w:i w:val="0"/>
          <w:color w:val="333333"/>
          <w:sz w:val="19"/>
        </w:rPr>
        <w:t>The sum of these two solutions would be 4. Thus, the sum of all integer solutions to the above equation is four times the number of positive k’s that work.</w:t>
      </w:r>
    </w:p>
    <w:p>
      <w:pPr>
        <w:spacing w:before="0" w:after="80" w:line="300" w:lineRule="auto"/>
        <w:jc w:val="left"/>
      </w:pPr>
      <w:r>
        <w:rPr>
          <w:rFonts w:ascii="Times New Roman" w:hAnsi="Times New Roman" w:eastAsia="宋体"/>
          <w:b w:val="0"/>
          <w:i w:val="0"/>
          <w:color w:val="333333"/>
          <w:sz w:val="19"/>
        </w:rPr>
        <w:t>To find the number of k’s, we need to find the number of positive solutions to:</w:t>
      </w:r>
    </w:p>
    <w:p>
      <w:pPr>
        <w:spacing w:before="0" w:after="80" w:line="300" w:lineRule="auto"/>
        <w:jc w:val="left"/>
      </w:pPr>
      <w:r>
        <w:rPr>
          <w:rFonts w:ascii="Times New Roman" w:hAnsi="Times New Roman" w:eastAsia="宋体"/>
          <w:b w:val="0"/>
          <w:i w:val="0"/>
          <w:color w:val="333333"/>
          <w:sz w:val="19"/>
        </w:rPr>
        <w:t>1 &lt; k² &lt; 25,</w:t>
      </w:r>
    </w:p>
    <w:p>
      <w:pPr>
        <w:spacing w:before="0" w:after="80" w:line="300" w:lineRule="auto"/>
        <w:jc w:val="left"/>
      </w:pPr>
      <w:r>
        <w:rPr>
          <w:rFonts w:ascii="Times New Roman" w:hAnsi="Times New Roman" w:eastAsia="宋体"/>
          <w:b w:val="0"/>
          <w:i w:val="0"/>
          <w:color w:val="333333"/>
          <w:sz w:val="19"/>
        </w:rPr>
        <w:t>which would be 3, as k=2,3,4.</w:t>
      </w:r>
    </w:p>
    <w:p>
      <w:pPr>
        <w:spacing w:before="0" w:after="80" w:line="300" w:lineRule="auto"/>
        <w:jc w:val="left"/>
      </w:pPr>
      <w:r>
        <w:rPr>
          <w:rFonts w:ascii="Times New Roman" w:hAnsi="Times New Roman" w:eastAsia="宋体"/>
          <w:b w:val="0"/>
          <w:i w:val="0"/>
          <w:color w:val="333333"/>
          <w:sz w:val="19"/>
        </w:rPr>
        <w:t>Therefore, the sum of all the solutions is 4·3=12.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A</w:t>
      </w:r>
    </w:p>
    <w:p>
      <w:pPr>
        <w:spacing w:before="0" w:after="80" w:line="300" w:lineRule="auto"/>
        <w:jc w:val="left"/>
      </w:pPr>
      <w:r>
        <w:rPr>
          <w:rFonts w:ascii="Times New Roman" w:hAnsi="Times New Roman" w:eastAsia="宋体"/>
          <w:b w:val="0"/>
          <w:i w:val="0"/>
          <w:sz w:val="21"/>
        </w:rPr>
        <w:t>前两个整数的和 26 是偶数，所以它们可以都是奇数。接下来两个数之和为 41-26=15。</w:t>
      </w:r>
    </w:p>
    <w:p>
      <w:pPr>
        <w:spacing w:before="0" w:after="80" w:line="300" w:lineRule="auto"/>
        <w:jc w:val="left"/>
      </w:pPr>
      <w:r>
        <w:rPr>
          <w:rFonts w:ascii="Times New Roman" w:hAnsi="Times New Roman" w:eastAsia="宋体"/>
          <w:b w:val="0"/>
          <w:i w:val="0"/>
          <w:sz w:val="21"/>
        </w:rPr>
        <w:t>这个和是奇数，所以这一对必须有一个偶数和一个奇数。最后两个数之和为 57-41=16，所以它们可以都是奇数。因此至少有一个偶数，而且这个下界可以达到。</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first two integers have even sum 26, so they can both be odd. The next two integers have sum 41-26=15, which is odd, so one of them must be even and one odd.</w:t>
      </w:r>
    </w:p>
    <w:p>
      <w:pPr>
        <w:spacing w:before="0" w:after="80" w:line="300" w:lineRule="auto"/>
        <w:jc w:val="left"/>
      </w:pPr>
      <w:r>
        <w:rPr>
          <w:rFonts w:ascii="Times New Roman" w:hAnsi="Times New Roman" w:eastAsia="宋体"/>
          <w:b w:val="0"/>
          <w:i w:val="0"/>
          <w:color w:val="333333"/>
          <w:sz w:val="19"/>
        </w:rPr>
        <w:t>The last two integers have sum 57-41=16, so they can both be odd. Therefore at least one integer must be even, and one is attainable.</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10 题　答案 D</w:t>
      </w:r>
    </w:p>
    <w:p>
      <w:pPr>
        <w:spacing w:before="0" w:after="80" w:line="300" w:lineRule="auto"/>
        <w:jc w:val="left"/>
      </w:pPr>
      <w:r>
        <w:rPr>
          <w:rFonts w:ascii="Times New Roman" w:hAnsi="Times New Roman" w:eastAsia="宋体"/>
          <w:b w:val="0"/>
          <w:i w:val="0"/>
          <w:sz w:val="21"/>
        </w:rPr>
        <w:t>交叉相乘得 MN = 36。因此可让 M 取 36 的任一正因数，再唯一确定 N。</w:t>
      </w:r>
    </w:p>
    <w:p>
      <w:pPr>
        <w:spacing w:before="0" w:after="80" w:line="300" w:lineRule="auto"/>
        <w:jc w:val="left"/>
      </w:pPr>
      <w:r>
        <w:rPr>
          <w:rFonts w:ascii="Times New Roman" w:hAnsi="Times New Roman" w:eastAsia="宋体"/>
          <w:b w:val="0"/>
          <w:i w:val="0"/>
          <w:sz w:val="21"/>
        </w:rPr>
        <w:t>由于 36=2²· 3²，共有 (2+1)(2+1)=9 个可能的 M，每个也对应唯一的 N。</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By cross multiplying, we can see that MN = 36. Thus, we can make M any factor of 36 and then determine N from it.</w:t>
      </w:r>
    </w:p>
    <w:p>
      <w:pPr>
        <w:spacing w:before="0" w:after="80" w:line="300" w:lineRule="auto"/>
        <w:jc w:val="left"/>
      </w:pPr>
      <w:r>
        <w:rPr>
          <w:rFonts w:ascii="Times New Roman" w:hAnsi="Times New Roman" w:eastAsia="宋体"/>
          <w:b w:val="0"/>
          <w:i w:val="0"/>
          <w:color w:val="333333"/>
          <w:sz w:val="19"/>
        </w:rPr>
        <w:t>Since 36=2²· 3², we have (2+1)(2+1)=9 possible choices for M, each of which also determine a unique N.</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A</w:t>
      </w:r>
    </w:p>
    <w:p>
      <w:pPr>
        <w:spacing w:before="0" w:after="80" w:line="300" w:lineRule="auto"/>
        <w:jc w:val="left"/>
      </w:pPr>
      <w:r>
        <w:rPr>
          <w:rFonts w:ascii="Times New Roman" w:hAnsi="Times New Roman" w:eastAsia="宋体"/>
          <w:b w:val="0"/>
          <w:i w:val="0"/>
          <w:sz w:val="21"/>
        </w:rPr>
        <w:t>星期五固定为蛋糕。星期六不能是蛋糕，所以有 3 种选择。</w:t>
      </w:r>
    </w:p>
    <w:p>
      <w:pPr>
        <w:spacing w:before="0" w:after="80" w:line="300" w:lineRule="auto"/>
        <w:jc w:val="left"/>
      </w:pPr>
      <w:r>
        <w:rPr>
          <w:rFonts w:ascii="Times New Roman" w:hAnsi="Times New Roman" w:eastAsia="宋体"/>
          <w:b w:val="0"/>
          <w:i w:val="0"/>
          <w:sz w:val="21"/>
        </w:rPr>
        <w:t>从星期五往前，星期四有 3 种选择；再往前每一天也都只有不能等于后一日的限制，因此各有三种选择。星期日到星期四共 5 天，所以总数为 3⁵· 3 = 729。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know that there must be cake served on Friday, and as such, on Saturday, we cannot have cake. Therefore, we have 3 choices for Saturday’s menu.</w:t>
      </w:r>
    </w:p>
    <w:p>
      <w:pPr>
        <w:spacing w:before="0" w:after="80" w:line="300" w:lineRule="auto"/>
        <w:jc w:val="left"/>
      </w:pPr>
      <w:r>
        <w:rPr>
          <w:rFonts w:ascii="Times New Roman" w:hAnsi="Times New Roman" w:eastAsia="宋体"/>
          <w:b w:val="0"/>
          <w:i w:val="0"/>
          <w:color w:val="333333"/>
          <w:sz w:val="19"/>
        </w:rPr>
        <w:t>Furthermore, for each of the 5 previous days, we could go backwards and have 3 choices on each day, making the total number of choices 3⁵· 3 = 729.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B</w:t>
      </w:r>
    </w:p>
    <w:p>
      <w:pPr>
        <w:spacing w:before="0" w:after="80" w:line="300" w:lineRule="auto"/>
        <w:jc w:val="left"/>
      </w:pPr>
      <w:r>
        <w:rPr>
          <w:rFonts w:ascii="Times New Roman" w:hAnsi="Times New Roman" w:eastAsia="宋体"/>
          <w:b w:val="0"/>
          <w:i w:val="0"/>
          <w:sz w:val="21"/>
        </w:rPr>
        <w:t>因为 AB 与 BC 垂直，所以</w:t>
      </w:r>
    </w:p>
    <w:p>
      <w:pPr>
        <w:spacing w:before="0" w:after="80" w:line="300" w:lineRule="auto"/>
        <w:jc w:val="left"/>
      </w:pPr>
      <w:r>
        <w:rPr>
          <w:rFonts w:ascii="Times New Roman" w:hAnsi="Times New Roman" w:eastAsia="宋体"/>
          <w:b w:val="0"/>
          <w:i w:val="0"/>
          <w:sz w:val="21"/>
        </w:rPr>
        <w:t>AB² + BC² = (10√(2))² = 200。</w:t>
      </w:r>
    </w:p>
    <w:p>
      <w:pPr>
        <w:spacing w:before="0" w:after="80" w:line="300" w:lineRule="auto"/>
        <w:jc w:val="left"/>
      </w:pPr>
      <w:r>
        <w:rPr>
          <w:rFonts w:ascii="Times New Roman" w:hAnsi="Times New Roman" w:eastAsia="宋体"/>
          <w:b w:val="0"/>
          <w:i w:val="0"/>
          <w:sz w:val="21"/>
        </w:rPr>
        <w:t>又因为 ∠ BAC = 45°，△ ABC 是等腰直角三角形，所以 AB = BC ，从而 2AB² = 200。因此 AB = BC = 10。</w:t>
      </w:r>
    </w:p>
    <w:p>
      <w:pPr>
        <w:spacing w:before="0" w:after="80" w:line="300" w:lineRule="auto"/>
        <w:jc w:val="left"/>
      </w:pPr>
      <w:r>
        <w:rPr>
          <w:rFonts w:ascii="Times New Roman" w:hAnsi="Times New Roman" w:eastAsia="宋体"/>
          <w:b w:val="0"/>
          <w:i w:val="0"/>
          <w:sz w:val="21"/>
        </w:rPr>
        <w:t>于是</w:t>
      </w:r>
    </w:p>
    <w:p>
      <w:pPr>
        <w:spacing w:before="0" w:after="80" w:line="300" w:lineRule="auto"/>
        <w:jc w:val="left"/>
      </w:pPr>
      <w:r>
        <w:rPr>
          <w:rFonts w:ascii="Times New Roman" w:hAnsi="Times New Roman" w:eastAsia="宋体"/>
          <w:b w:val="0"/>
          <w:i w:val="0"/>
          <w:sz w:val="21"/>
        </w:rPr>
        <w:t>BD= BC+CD = 30。</w:t>
      </w:r>
    </w:p>
    <w:p>
      <w:pPr>
        <w:spacing w:before="0" w:after="80" w:line="300" w:lineRule="auto"/>
        <w:jc w:val="left"/>
      </w:pPr>
      <w:r>
        <w:rPr>
          <w:rFonts w:ascii="Times New Roman" w:hAnsi="Times New Roman" w:eastAsia="宋体"/>
          <w:b w:val="0"/>
          <w:i w:val="0"/>
          <w:sz w:val="21"/>
        </w:rPr>
        <w:t>由勾股定理，</w:t>
      </w:r>
    </w:p>
    <w:p>
      <w:pPr>
        <w:spacing w:before="0" w:after="80" w:line="300" w:lineRule="auto"/>
        <w:jc w:val="left"/>
      </w:pPr>
      <w:r>
        <w:rPr>
          <w:rFonts w:ascii="Times New Roman" w:hAnsi="Times New Roman" w:eastAsia="宋体"/>
          <w:b w:val="0"/>
          <w:i w:val="0"/>
          <w:sz w:val="21"/>
        </w:rPr>
        <w:t>AD² = AB²+BD²</w:t>
      </w:r>
    </w:p>
    <w:p>
      <w:pPr>
        <w:spacing w:before="0" w:after="80" w:line="300" w:lineRule="auto"/>
        <w:jc w:val="left"/>
      </w:pPr>
      <w:r>
        <w:rPr>
          <w:rFonts w:ascii="Times New Roman" w:hAnsi="Times New Roman" w:eastAsia="宋体"/>
          <w:b w:val="0"/>
          <w:i w:val="0"/>
          <w:sz w:val="21"/>
        </w:rPr>
        <w:t>= 10²+30²</w:t>
      </w:r>
    </w:p>
    <w:p>
      <w:pPr>
        <w:spacing w:before="0" w:after="80" w:line="300" w:lineRule="auto"/>
        <w:jc w:val="left"/>
      </w:pPr>
      <w:r>
        <w:rPr>
          <w:rFonts w:ascii="Times New Roman" w:hAnsi="Times New Roman" w:eastAsia="宋体"/>
          <w:b w:val="0"/>
          <w:i w:val="0"/>
          <w:sz w:val="21"/>
        </w:rPr>
        <w:t>=1000</w:t>
      </w:r>
    </w:p>
    <w:p>
      <w:pPr>
        <w:spacing w:before="0" w:after="80" w:line="300" w:lineRule="auto"/>
        <w:jc w:val="left"/>
      </w:pPr>
      <w:r>
        <w:rPr>
          <w:rFonts w:ascii="Times New Roman" w:hAnsi="Times New Roman" w:eastAsia="宋体"/>
          <w:b w:val="0"/>
          <w:i w:val="0"/>
          <w:sz w:val="21"/>
        </w:rPr>
        <w:t>因为</w:t>
      </w:r>
    </w:p>
    <w:p>
      <w:pPr>
        <w:spacing w:before="0" w:after="80" w:line="300" w:lineRule="auto"/>
        <w:jc w:val="left"/>
      </w:pPr>
      <w:r>
        <w:rPr>
          <w:rFonts w:ascii="Times New Roman" w:hAnsi="Times New Roman" w:eastAsia="宋体"/>
          <w:b w:val="0"/>
          <w:i w:val="0"/>
          <w:sz w:val="21"/>
        </w:rPr>
        <w:t>31² &lt; AD² &lt; 32²，</w:t>
      </w:r>
    </w:p>
    <w:p>
      <w:pPr>
        <w:spacing w:before="0" w:after="80" w:line="300" w:lineRule="auto"/>
        <w:jc w:val="left"/>
      </w:pPr>
      <w:r>
        <w:rPr>
          <w:rFonts w:ascii="Times New Roman" w:hAnsi="Times New Roman" w:eastAsia="宋体"/>
          <w:b w:val="0"/>
          <w:i w:val="0"/>
          <w:sz w:val="21"/>
        </w:rPr>
        <w:t>所以</w:t>
      </w:r>
    </w:p>
    <w:p>
      <w:pPr>
        <w:spacing w:before="0" w:after="80" w:line="300" w:lineRule="auto"/>
        <w:jc w:val="left"/>
      </w:pPr>
      <w:r>
        <w:rPr>
          <w:rFonts w:ascii="Times New Roman" w:hAnsi="Times New Roman" w:eastAsia="宋体"/>
          <w:b w:val="0"/>
          <w:i w:val="0"/>
          <w:sz w:val="21"/>
        </w:rPr>
        <w:t>31 &lt; AD&lt; 32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know AB and BC are perpendicular, so</w:t>
      </w:r>
    </w:p>
    <w:p>
      <w:pPr>
        <w:spacing w:before="0" w:after="80" w:line="300" w:lineRule="auto"/>
        <w:jc w:val="left"/>
      </w:pPr>
      <w:r>
        <w:rPr>
          <w:rFonts w:ascii="Times New Roman" w:hAnsi="Times New Roman" w:eastAsia="宋体"/>
          <w:b w:val="0"/>
          <w:i w:val="0"/>
          <w:color w:val="333333"/>
          <w:sz w:val="19"/>
        </w:rPr>
        <w:t>AB² + BC² = (10√(2))² = 200.</w:t>
      </w:r>
    </w:p>
    <w:p>
      <w:pPr>
        <w:spacing w:before="0" w:after="80" w:line="300" w:lineRule="auto"/>
        <w:jc w:val="left"/>
      </w:pPr>
      <w:r>
        <w:rPr>
          <w:rFonts w:ascii="Times New Roman" w:hAnsi="Times New Roman" w:eastAsia="宋体"/>
          <w:b w:val="0"/>
          <w:i w:val="0"/>
          <w:color w:val="333333"/>
          <w:sz w:val="19"/>
        </w:rPr>
        <w:t>Also, as ∠ BAC = 45°, we know that △ ABC is an isosceles right triangle, so AB = BC, making 2AB² = 200. Thus, AB = BC = 10.</w:t>
      </w:r>
    </w:p>
    <w:p>
      <w:pPr>
        <w:spacing w:before="0" w:after="80" w:line="300" w:lineRule="auto"/>
        <w:jc w:val="left"/>
      </w:pPr>
      <w:r>
        <w:rPr>
          <w:rFonts w:ascii="Times New Roman" w:hAnsi="Times New Roman" w:eastAsia="宋体"/>
          <w:b w:val="0"/>
          <w:i w:val="0"/>
          <w:color w:val="333333"/>
          <w:sz w:val="19"/>
        </w:rPr>
        <w:t>As such, we know that</w:t>
      </w:r>
    </w:p>
    <w:p>
      <w:pPr>
        <w:spacing w:before="0" w:after="80" w:line="300" w:lineRule="auto"/>
        <w:jc w:val="left"/>
      </w:pPr>
      <w:r>
        <w:rPr>
          <w:rFonts w:ascii="Times New Roman" w:hAnsi="Times New Roman" w:eastAsia="宋体"/>
          <w:b w:val="0"/>
          <w:i w:val="0"/>
          <w:color w:val="333333"/>
          <w:sz w:val="19"/>
        </w:rPr>
        <w:t>BD= BC+CD = 30.</w:t>
      </w:r>
    </w:p>
    <w:p>
      <w:pPr>
        <w:spacing w:before="0" w:after="80" w:line="300" w:lineRule="auto"/>
        <w:jc w:val="left"/>
      </w:pPr>
      <w:r>
        <w:rPr>
          <w:rFonts w:ascii="Times New Roman" w:hAnsi="Times New Roman" w:eastAsia="宋体"/>
          <w:b w:val="0"/>
          <w:i w:val="0"/>
          <w:color w:val="333333"/>
          <w:sz w:val="19"/>
        </w:rPr>
        <w:t>Thus, by the Pythagorean Theorem, we have that</w:t>
      </w:r>
    </w:p>
    <w:p>
      <w:pPr>
        <w:spacing w:before="0" w:after="80" w:line="300" w:lineRule="auto"/>
        <w:jc w:val="left"/>
      </w:pPr>
      <w:r>
        <w:rPr>
          <w:rFonts w:ascii="Times New Roman" w:hAnsi="Times New Roman" w:eastAsia="宋体"/>
          <w:b w:val="0"/>
          <w:i w:val="0"/>
          <w:color w:val="333333"/>
          <w:sz w:val="19"/>
        </w:rPr>
        <w:t>AD² = AB²+BD²</w:t>
      </w:r>
    </w:p>
    <w:p>
      <w:pPr>
        <w:spacing w:before="0" w:after="80" w:line="300" w:lineRule="auto"/>
        <w:jc w:val="left"/>
      </w:pPr>
      <w:r>
        <w:rPr>
          <w:rFonts w:ascii="Times New Roman" w:hAnsi="Times New Roman" w:eastAsia="宋体"/>
          <w:b w:val="0"/>
          <w:i w:val="0"/>
          <w:color w:val="333333"/>
          <w:sz w:val="19"/>
        </w:rPr>
        <w:t>= 10²+30²</w:t>
      </w:r>
    </w:p>
    <w:p>
      <w:pPr>
        <w:spacing w:before="0" w:after="80" w:line="300" w:lineRule="auto"/>
        <w:jc w:val="left"/>
      </w:pPr>
      <w:r>
        <w:rPr>
          <w:rFonts w:ascii="Times New Roman" w:hAnsi="Times New Roman" w:eastAsia="宋体"/>
          <w:b w:val="0"/>
          <w:i w:val="0"/>
          <w:color w:val="333333"/>
          <w:sz w:val="19"/>
        </w:rPr>
        <w:t>=1000</w:t>
      </w:r>
    </w:p>
    <w:p>
      <w:pPr>
        <w:spacing w:before="0" w:after="80" w:line="300" w:lineRule="auto"/>
        <w:jc w:val="left"/>
      </w:pPr>
      <w:r>
        <w:rPr>
          <w:rFonts w:ascii="Times New Roman" w:hAnsi="Times New Roman" w:eastAsia="宋体"/>
          <w:b w:val="0"/>
          <w:i w:val="0"/>
          <w:color w:val="333333"/>
          <w:sz w:val="19"/>
        </w:rPr>
        <w:t>Thus, since</w:t>
      </w:r>
    </w:p>
    <w:p>
      <w:pPr>
        <w:spacing w:before="0" w:after="80" w:line="300" w:lineRule="auto"/>
        <w:jc w:val="left"/>
      </w:pPr>
      <w:r>
        <w:rPr>
          <w:rFonts w:ascii="Times New Roman" w:hAnsi="Times New Roman" w:eastAsia="宋体"/>
          <w:b w:val="0"/>
          <w:i w:val="0"/>
          <w:color w:val="333333"/>
          <w:sz w:val="19"/>
        </w:rPr>
        <w:t>31² &lt; AD² &lt; 32²,</w:t>
      </w:r>
    </w:p>
    <w:p>
      <w:pPr>
        <w:spacing w:before="0" w:after="80" w:line="300" w:lineRule="auto"/>
        <w:jc w:val="left"/>
      </w:pPr>
      <w:r>
        <w:rPr>
          <w:rFonts w:ascii="Times New Roman" w:hAnsi="Times New Roman" w:eastAsia="宋体"/>
          <w:b w:val="0"/>
          <w:i w:val="0"/>
          <w:color w:val="333333"/>
          <w:sz w:val="19"/>
        </w:rPr>
        <w:t>we have</w:t>
      </w:r>
    </w:p>
    <w:p>
      <w:pPr>
        <w:spacing w:before="0" w:after="80" w:line="300" w:lineRule="auto"/>
        <w:jc w:val="left"/>
      </w:pPr>
      <w:r>
        <w:rPr>
          <w:rFonts w:ascii="Times New Roman" w:hAnsi="Times New Roman" w:eastAsia="宋体"/>
          <w:b w:val="0"/>
          <w:i w:val="0"/>
          <w:color w:val="333333"/>
          <w:sz w:val="19"/>
        </w:rPr>
        <w:t>31 &lt; AD&lt; 32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B</w:t>
      </w:r>
    </w:p>
    <w:p>
      <w:pPr>
        <w:spacing w:before="0" w:after="80" w:line="300" w:lineRule="auto"/>
        <w:jc w:val="left"/>
      </w:pPr>
      <w:r>
        <w:rPr>
          <w:rFonts w:ascii="Times New Roman" w:hAnsi="Times New Roman" w:eastAsia="宋体"/>
          <w:b w:val="0"/>
          <w:i w:val="0"/>
          <w:sz w:val="21"/>
        </w:rPr>
        <w:t>设 d 为扶梯的长度，c 为 Clea 在静止扶梯上步行的速度，e 为运行扶梯本身的速度。由速度等于路程除以时间，c = d/60，且</w:t>
      </w:r>
    </w:p>
    <w:p>
      <w:pPr>
        <w:spacing w:before="0" w:after="80" w:line="300" w:lineRule="auto"/>
        <w:jc w:val="left"/>
      </w:pPr>
      <w:r>
        <w:rPr>
          <w:rFonts w:ascii="Times New Roman" w:hAnsi="Times New Roman" w:eastAsia="宋体"/>
          <w:b w:val="0"/>
          <w:i w:val="0"/>
          <w:sz w:val="21"/>
        </w:rPr>
        <w:t>c+e = d/24。</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e = d/24-d/60 = d/40，</w:t>
      </w:r>
    </w:p>
    <w:p>
      <w:pPr>
        <w:spacing w:before="0" w:after="80" w:line="300" w:lineRule="auto"/>
        <w:jc w:val="left"/>
      </w:pPr>
      <w:r>
        <w:rPr>
          <w:rFonts w:ascii="Times New Roman" w:hAnsi="Times New Roman" w:eastAsia="宋体"/>
          <w:b w:val="0"/>
          <w:i w:val="0"/>
          <w:sz w:val="21"/>
        </w:rPr>
        <w:t>这表明她站着不动时需要 40 秒。</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d be the escalator’s length, and let c represent Clea’s speed walking down the non-operational escalator. Similarly, let e represent Clea’s speed standing still on the operational escalator. Then, as speed is equal to distance over time, we know that c = d/60 and</w:t>
      </w:r>
    </w:p>
    <w:p>
      <w:pPr>
        <w:spacing w:before="0" w:after="80" w:line="300" w:lineRule="auto"/>
        <w:jc w:val="left"/>
      </w:pPr>
      <w:r>
        <w:rPr>
          <w:rFonts w:ascii="Times New Roman" w:hAnsi="Times New Roman" w:eastAsia="宋体"/>
          <w:b w:val="0"/>
          <w:i w:val="0"/>
          <w:color w:val="333333"/>
          <w:sz w:val="19"/>
        </w:rPr>
        <w:t>c+e = d/24.</w:t>
      </w:r>
    </w:p>
    <w:p>
      <w:pPr>
        <w:spacing w:before="0" w:after="80" w:line="300" w:lineRule="auto"/>
        <w:jc w:val="left"/>
      </w:pPr>
      <w:r>
        <w:rPr>
          <w:rFonts w:ascii="Times New Roman" w:hAnsi="Times New Roman" w:eastAsia="宋体"/>
          <w:b w:val="0"/>
          <w:i w:val="0"/>
          <w:color w:val="333333"/>
          <w:sz w:val="19"/>
        </w:rPr>
        <w:t>Therefore,</w:t>
      </w:r>
    </w:p>
    <w:p>
      <w:pPr>
        <w:spacing w:before="0" w:after="80" w:line="300" w:lineRule="auto"/>
        <w:jc w:val="left"/>
      </w:pPr>
      <w:r>
        <w:rPr>
          <w:rFonts w:ascii="Times New Roman" w:hAnsi="Times New Roman" w:eastAsia="宋体"/>
          <w:b w:val="0"/>
          <w:i w:val="0"/>
          <w:color w:val="333333"/>
          <w:sz w:val="19"/>
        </w:rPr>
        <w:t>e = d/24-d/60 = d/40,</w:t>
      </w:r>
    </w:p>
    <w:p>
      <w:pPr>
        <w:spacing w:before="0" w:after="80" w:line="300" w:lineRule="auto"/>
        <w:jc w:val="left"/>
      </w:pPr>
      <w:r>
        <w:rPr>
          <w:rFonts w:ascii="Times New Roman" w:hAnsi="Times New Roman" w:eastAsia="宋体"/>
          <w:b w:val="0"/>
          <w:i w:val="0"/>
          <w:color w:val="333333"/>
          <w:sz w:val="19"/>
        </w:rPr>
        <w:t>meaning that Clea takes 40 seconds to descend the escalator by simply standing still.</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D</w:t>
      </w:r>
    </w:p>
    <w:p>
      <w:pPr>
        <w:spacing w:before="80" w:after="80"/>
        <w:jc w:val="center"/>
      </w:pPr>
      <w:r>
        <w:drawing>
          <wp:inline xmlns:a="http://schemas.openxmlformats.org/drawingml/2006/main" xmlns:pic="http://schemas.openxmlformats.org/drawingml/2006/picture">
            <wp:extent cx="995531" cy="908845"/>
            <wp:docPr id="7" name="Picture 7"/>
            <wp:cNvGraphicFramePr>
              <a:graphicFrameLocks noChangeAspect="1"/>
            </wp:cNvGraphicFramePr>
            <a:graphic>
              <a:graphicData uri="http://schemas.openxmlformats.org/drawingml/2006/picture">
                <pic:pic>
                  <pic:nvPicPr>
                    <pic:cNvPr id="0" name="q14-sol-1@300dpi.png"/>
                    <pic:cNvPicPr/>
                  </pic:nvPicPr>
                  <pic:blipFill>
                    <a:blip r:embed="rId12"/>
                    <a:stretch>
                      <a:fillRect/>
                    </a:stretch>
                  </pic:blipFill>
                  <pic:spPr>
                    <a:xfrm>
                      <a:off x="0" y="0"/>
                      <a:ext cx="995531" cy="908845"/>
                    </a:xfrm>
                    <a:prstGeom prst="rect"/>
                  </pic:spPr>
                </pic:pic>
              </a:graphicData>
            </a:graphic>
          </wp:inline>
        </w:drawing>
      </w:r>
    </w:p>
    <w:p>
      <w:pPr>
        <w:spacing w:before="0" w:after="80" w:line="300" w:lineRule="auto"/>
        <w:jc w:val="left"/>
      </w:pPr>
      <w:r>
        <w:rPr>
          <w:rFonts w:ascii="Times New Roman" w:hAnsi="Times New Roman" w:eastAsia="宋体"/>
          <w:b w:val="0"/>
          <w:i w:val="0"/>
          <w:sz w:val="21"/>
        </w:rPr>
        <w:t>这个菱形可分成两个全等的等边三角形。设每个小等边三角形的边长为 s，则一个面积为 (s² √(3))/4，两个总面积为 (s² √(3))/2。</w:t>
      </w:r>
    </w:p>
    <w:p>
      <w:pPr>
        <w:spacing w:before="0" w:after="80" w:line="300" w:lineRule="auto"/>
        <w:jc w:val="left"/>
      </w:pPr>
      <w:r>
        <w:rPr>
          <w:rFonts w:ascii="Times New Roman" w:hAnsi="Times New Roman" w:eastAsia="宋体"/>
          <w:b w:val="0"/>
          <w:i w:val="0"/>
          <w:sz w:val="21"/>
        </w:rPr>
        <w:t>大等边三角形边长为 2 √(3)，其高为 2 √(3) sin(60°) ，也就是 3。</w:t>
      </w:r>
    </w:p>
    <w:p>
      <w:pPr>
        <w:spacing w:before="0" w:after="80" w:line="300" w:lineRule="auto"/>
        <w:jc w:val="left"/>
      </w:pPr>
      <w:r>
        <w:rPr>
          <w:rFonts w:ascii="Times New Roman" w:hAnsi="Times New Roman" w:eastAsia="宋体"/>
          <w:b w:val="0"/>
          <w:i w:val="0"/>
          <w:sz w:val="21"/>
        </w:rPr>
        <w:t>正方形半边长为 √(3)，所以较小三角形的高为 3 - √(3) 。因此 s 与 2 √(3) 的比为 (3-√(3))/3 。</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s = (2 √(3)(3-√(3)))/3 = 2√(3)-2。</w:t>
      </w:r>
    </w:p>
    <w:p>
      <w:pPr>
        <w:spacing w:before="0" w:after="80" w:line="300" w:lineRule="auto"/>
        <w:jc w:val="left"/>
      </w:pPr>
      <w:r>
        <w:rPr>
          <w:rFonts w:ascii="Times New Roman" w:hAnsi="Times New Roman" w:eastAsia="宋体"/>
          <w:b w:val="0"/>
          <w:i w:val="0"/>
          <w:sz w:val="21"/>
        </w:rPr>
        <w:t>所以菱形面积为</w:t>
      </w:r>
    </w:p>
    <w:p>
      <w:pPr>
        <w:spacing w:before="0" w:after="80" w:line="300" w:lineRule="auto"/>
        <w:jc w:val="left"/>
      </w:pPr>
      <w:r>
        <w:rPr>
          <w:rFonts w:ascii="Times New Roman" w:hAnsi="Times New Roman" w:eastAsia="宋体"/>
          <w:b w:val="0"/>
          <w:i w:val="0"/>
          <w:sz w:val="21"/>
        </w:rPr>
        <w:t>(s² √(3))/2 = ((2√(3)-2)² √(3))/2</w:t>
      </w:r>
    </w:p>
    <w:p>
      <w:pPr>
        <w:spacing w:before="0" w:after="80" w:line="300" w:lineRule="auto"/>
        <w:jc w:val="left"/>
      </w:pPr>
      <w:r>
        <w:rPr>
          <w:rFonts w:ascii="Times New Roman" w:hAnsi="Times New Roman" w:eastAsia="宋体"/>
          <w:b w:val="0"/>
          <w:i w:val="0"/>
          <w:sz w:val="21"/>
        </w:rPr>
        <w:t>= ((16-8√(3)) √(3))/2</w:t>
      </w:r>
    </w:p>
    <w:p>
      <w:pPr>
        <w:spacing w:before="0" w:after="80" w:line="300" w:lineRule="auto"/>
        <w:jc w:val="left"/>
      </w:pPr>
      <w:r>
        <w:rPr>
          <w:rFonts w:ascii="Times New Roman" w:hAnsi="Times New Roman" w:eastAsia="宋体"/>
          <w:b w:val="0"/>
          <w:i w:val="0"/>
          <w:sz w:val="21"/>
        </w:rPr>
        <w:t>= 8 √(3) - 12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80" w:after="80"/>
        <w:jc w:val="center"/>
      </w:pPr>
      <w:r>
        <w:drawing>
          <wp:inline xmlns:a="http://schemas.openxmlformats.org/drawingml/2006/main" xmlns:pic="http://schemas.openxmlformats.org/drawingml/2006/picture">
            <wp:extent cx="995531" cy="908845"/>
            <wp:docPr id="8" name="Picture 8"/>
            <wp:cNvGraphicFramePr>
              <a:graphicFrameLocks noChangeAspect="1"/>
            </wp:cNvGraphicFramePr>
            <a:graphic>
              <a:graphicData uri="http://schemas.openxmlformats.org/drawingml/2006/picture">
                <pic:pic>
                  <pic:nvPicPr>
                    <pic:cNvPr id="0" name="q14-sol-1@300dpi.png"/>
                    <pic:cNvPicPr/>
                  </pic:nvPicPr>
                  <pic:blipFill>
                    <a:blip r:embed="rId12"/>
                    <a:stretch>
                      <a:fillRect/>
                    </a:stretch>
                  </pic:blipFill>
                  <pic:spPr>
                    <a:xfrm>
                      <a:off x="0" y="0"/>
                      <a:ext cx="995531" cy="908845"/>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This rhombus is created by placing two congruent equilateral triangles. Let the side length of it be s. Then, the area of one of them is (s² √(3))/4, making the total area (s² √(3))/2.</w:t>
      </w:r>
    </w:p>
    <w:p>
      <w:pPr>
        <w:spacing w:before="0" w:after="80" w:line="300" w:lineRule="auto"/>
        <w:jc w:val="left"/>
      </w:pPr>
      <w:r>
        <w:rPr>
          <w:rFonts w:ascii="Times New Roman" w:hAnsi="Times New Roman" w:eastAsia="宋体"/>
          <w:b w:val="0"/>
          <w:i w:val="0"/>
          <w:color w:val="333333"/>
          <w:sz w:val="19"/>
        </w:rPr>
        <w:t>The side length of the larger equilateral triangle is 2 √(3). The height of it is 3 since the height is equal to 2 √(3) sin(60°).</w:t>
      </w:r>
    </w:p>
    <w:p>
      <w:pPr>
        <w:spacing w:before="0" w:after="80" w:line="300" w:lineRule="auto"/>
        <w:jc w:val="left"/>
      </w:pPr>
      <w:r>
        <w:rPr>
          <w:rFonts w:ascii="Times New Roman" w:hAnsi="Times New Roman" w:eastAsia="宋体"/>
          <w:b w:val="0"/>
          <w:i w:val="0"/>
          <w:color w:val="333333"/>
          <w:sz w:val="19"/>
        </w:rPr>
        <w:t>Half of the square is √(3), so the height of the smaller triangle is 3 - √(3). Thus, the ratio between s and 2 √(3) is (3-√(3))/3.</w:t>
      </w:r>
    </w:p>
    <w:p>
      <w:pPr>
        <w:spacing w:before="0" w:after="80" w:line="300" w:lineRule="auto"/>
        <w:jc w:val="left"/>
      </w:pPr>
      <w:r>
        <w:rPr>
          <w:rFonts w:ascii="Times New Roman" w:hAnsi="Times New Roman" w:eastAsia="宋体"/>
          <w:b w:val="0"/>
          <w:i w:val="0"/>
          <w:color w:val="333333"/>
          <w:sz w:val="19"/>
        </w:rPr>
        <w:t>As such,</w:t>
      </w:r>
    </w:p>
    <w:p>
      <w:pPr>
        <w:spacing w:before="0" w:after="80" w:line="300" w:lineRule="auto"/>
        <w:jc w:val="left"/>
      </w:pPr>
      <w:r>
        <w:rPr>
          <w:rFonts w:ascii="Times New Roman" w:hAnsi="Times New Roman" w:eastAsia="宋体"/>
          <w:b w:val="0"/>
          <w:i w:val="0"/>
          <w:color w:val="333333"/>
          <w:sz w:val="19"/>
        </w:rPr>
        <w:t>s = (2 √(3)(3-√(3)))/3 = 2√(3)-2.</w:t>
      </w:r>
    </w:p>
    <w:p>
      <w:pPr>
        <w:spacing w:before="0" w:after="80" w:line="300" w:lineRule="auto"/>
        <w:jc w:val="left"/>
      </w:pPr>
      <w:r>
        <w:rPr>
          <w:rFonts w:ascii="Times New Roman" w:hAnsi="Times New Roman" w:eastAsia="宋体"/>
          <w:b w:val="0"/>
          <w:i w:val="0"/>
          <w:color w:val="333333"/>
          <w:sz w:val="19"/>
        </w:rPr>
        <w:t>Therefore, the combined area is</w:t>
      </w:r>
    </w:p>
    <w:p>
      <w:pPr>
        <w:spacing w:before="0" w:after="80" w:line="300" w:lineRule="auto"/>
        <w:jc w:val="left"/>
      </w:pPr>
      <w:r>
        <w:rPr>
          <w:rFonts w:ascii="Times New Roman" w:hAnsi="Times New Roman" w:eastAsia="宋体"/>
          <w:b w:val="0"/>
          <w:i w:val="0"/>
          <w:color w:val="333333"/>
          <w:sz w:val="19"/>
        </w:rPr>
        <w:t>(s² √(3))/2 = ((2√(3)-2)² √(3))/2</w:t>
      </w:r>
    </w:p>
    <w:p>
      <w:pPr>
        <w:spacing w:before="0" w:after="80" w:line="300" w:lineRule="auto"/>
        <w:jc w:val="left"/>
      </w:pPr>
      <w:r>
        <w:rPr>
          <w:rFonts w:ascii="Times New Roman" w:hAnsi="Times New Roman" w:eastAsia="宋体"/>
          <w:b w:val="0"/>
          <w:i w:val="0"/>
          <w:color w:val="333333"/>
          <w:sz w:val="19"/>
        </w:rPr>
        <w:t>= ((16-8√(3)) √(3))/2</w:t>
      </w:r>
    </w:p>
    <w:p>
      <w:pPr>
        <w:spacing w:before="0" w:after="80" w:line="300" w:lineRule="auto"/>
        <w:jc w:val="left"/>
      </w:pPr>
      <w:r>
        <w:rPr>
          <w:rFonts w:ascii="Times New Roman" w:hAnsi="Times New Roman" w:eastAsia="宋体"/>
          <w:b w:val="0"/>
          <w:i w:val="0"/>
          <w:color w:val="333333"/>
          <w:sz w:val="19"/>
        </w:rPr>
        <w:t>= 8 √(3) - 12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D</w:t>
      </w:r>
    </w:p>
    <w:p>
      <w:pPr>
        <w:spacing w:before="0" w:after="80" w:line="300" w:lineRule="auto"/>
        <w:jc w:val="left"/>
      </w:pPr>
      <w:r>
        <w:rPr>
          <w:rFonts w:ascii="Times New Roman" w:hAnsi="Times New Roman" w:eastAsia="宋体"/>
          <w:b w:val="0"/>
          <w:i w:val="0"/>
          <w:sz w:val="21"/>
        </w:rPr>
        <w:t>总比赛数，即总胜场数，为 C(6, 2) = 15。</w:t>
      </w:r>
    </w:p>
    <w:p>
      <w:pPr>
        <w:spacing w:before="0" w:after="80" w:line="300" w:lineRule="auto"/>
        <w:jc w:val="left"/>
      </w:pPr>
      <w:r>
        <w:rPr>
          <w:rFonts w:ascii="Times New Roman" w:hAnsi="Times New Roman" w:eastAsia="宋体"/>
          <w:b w:val="0"/>
          <w:i w:val="0"/>
          <w:sz w:val="21"/>
        </w:rPr>
        <w:t>若 6 支队伍全都并列，每队应有 2.5 胜，不可能。</w:t>
      </w:r>
    </w:p>
    <w:p>
      <w:pPr>
        <w:spacing w:before="0" w:after="80" w:line="300" w:lineRule="auto"/>
        <w:jc w:val="left"/>
      </w:pPr>
      <w:r>
        <w:rPr>
          <w:rFonts w:ascii="Times New Roman" w:hAnsi="Times New Roman" w:eastAsia="宋体"/>
          <w:b w:val="0"/>
          <w:i w:val="0"/>
          <w:sz w:val="21"/>
        </w:rPr>
        <w:t>若有 5 支队伍并列第一，每队可以有 3 胜；只要一支队伍输掉全部比赛，而这 5 支获胜队伍在彼此之间平分胜负，就能做到。</w:t>
      </w:r>
    </w:p>
    <w:p>
      <w:pPr>
        <w:spacing w:before="0" w:after="80" w:line="300" w:lineRule="auto"/>
        <w:jc w:val="left"/>
      </w:pPr>
      <w:r>
        <w:rPr>
          <w:rFonts w:ascii="Times New Roman" w:hAnsi="Times New Roman" w:eastAsia="宋体"/>
          <w:b w:val="0"/>
          <w:i w:val="0"/>
          <w:sz w:val="21"/>
        </w:rPr>
        <w:t>把这 5 支队伍编号为 1 到 5，并指定第 6 支队伍输掉所有比赛。对每个 1≤ x ≤ 5，让该队击败队伍 x+1 mod 5、队伍 x+2 mod 5，以及队伍 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They would have to share C(6, 2) = 15 wins.</w:t>
      </w:r>
    </w:p>
    <w:p>
      <w:pPr>
        <w:spacing w:before="0" w:after="80" w:line="300" w:lineRule="auto"/>
        <w:jc w:val="left"/>
      </w:pPr>
      <w:r>
        <w:rPr>
          <w:rFonts w:ascii="Times New Roman" w:hAnsi="Times New Roman" w:eastAsia="宋体"/>
          <w:b w:val="0"/>
          <w:i w:val="0"/>
          <w:color w:val="333333"/>
          <w:sz w:val="19"/>
        </w:rPr>
        <w:t>This means we cannot have a 6 way tie as that would be 2.5 wins per team.</w:t>
      </w:r>
    </w:p>
    <w:p>
      <w:pPr>
        <w:spacing w:before="0" w:after="80" w:line="300" w:lineRule="auto"/>
        <w:jc w:val="left"/>
      </w:pPr>
      <w:r>
        <w:rPr>
          <w:rFonts w:ascii="Times New Roman" w:hAnsi="Times New Roman" w:eastAsia="宋体"/>
          <w:b w:val="0"/>
          <w:i w:val="0"/>
          <w:color w:val="333333"/>
          <w:sz w:val="19"/>
        </w:rPr>
        <w:t>If we had a 5 way tie, each team could have 3 wins, which is possible if one team loses all of its games, and out of the 5 winning teams, they each split their games.</w:t>
      </w:r>
    </w:p>
    <w:p>
      <w:pPr>
        <w:spacing w:before="0" w:after="80" w:line="300" w:lineRule="auto"/>
        <w:jc w:val="left"/>
      </w:pPr>
      <w:r>
        <w:rPr>
          <w:rFonts w:ascii="Times New Roman" w:hAnsi="Times New Roman" w:eastAsia="宋体"/>
          <w:b w:val="0"/>
          <w:i w:val="0"/>
          <w:color w:val="333333"/>
          <w:sz w:val="19"/>
        </w:rPr>
        <w:t>If we label the teams from 1 to 5, and designate team 6 to lose all their games. To get a 5 way tie, we could have each team 1≤ x ≤ 5 beat team x+1 mod 5 and team x+2 mod 5, as well as team 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A</w:t>
      </w:r>
    </w:p>
    <w:p>
      <w:pPr>
        <w:spacing w:before="80" w:after="80"/>
        <w:jc w:val="center"/>
      </w:pPr>
      <w:r>
        <w:drawing>
          <wp:inline xmlns:a="http://schemas.openxmlformats.org/drawingml/2006/main" xmlns:pic="http://schemas.openxmlformats.org/drawingml/2006/picture">
            <wp:extent cx="613672" cy="572989"/>
            <wp:docPr id="9" name="Picture 9"/>
            <wp:cNvGraphicFramePr>
              <a:graphicFrameLocks noChangeAspect="1"/>
            </wp:cNvGraphicFramePr>
            <a:graphic>
              <a:graphicData uri="http://schemas.openxmlformats.org/drawingml/2006/picture">
                <pic:pic>
                  <pic:nvPicPr>
                    <pic:cNvPr id="0" name="q16-sol-1@300dpi.png"/>
                    <pic:cNvPicPr/>
                  </pic:nvPicPr>
                  <pic:blipFill>
                    <a:blip r:embed="rId13"/>
                    <a:stretch>
                      <a:fillRect/>
                    </a:stretch>
                  </pic:blipFill>
                  <pic:spPr>
                    <a:xfrm>
                      <a:off x="0" y="0"/>
                      <a:ext cx="613672" cy="572989"/>
                    </a:xfrm>
                    <a:prstGeom prst="rect"/>
                  </pic:spPr>
                </pic:pic>
              </a:graphicData>
            </a:graphic>
          </wp:inline>
        </w:drawing>
      </w:r>
    </w:p>
    <w:p>
      <w:pPr>
        <w:spacing w:before="0" w:after="80" w:line="300" w:lineRule="auto"/>
        <w:jc w:val="left"/>
      </w:pPr>
      <w:r>
        <w:rPr>
          <w:rFonts w:ascii="Times New Roman" w:hAnsi="Times New Roman" w:eastAsia="宋体"/>
          <w:b w:val="0"/>
          <w:i w:val="0"/>
          <w:sz w:val="21"/>
        </w:rPr>
        <w:t>连接三个圆心，得到边长为 4 的等边三角形，面积为 4√(3)。</w:t>
      </w:r>
    </w:p>
    <w:p>
      <w:pPr>
        <w:spacing w:before="0" w:after="80" w:line="300" w:lineRule="auto"/>
        <w:jc w:val="left"/>
      </w:pPr>
      <w:r>
        <w:rPr>
          <w:rFonts w:ascii="Times New Roman" w:hAnsi="Times New Roman" w:eastAsia="宋体"/>
          <w:b w:val="0"/>
          <w:i w:val="0"/>
          <w:sz w:val="21"/>
        </w:rPr>
        <w:t>每个圆中计入的部分是 300° 扇形，面积为 300/360π·2²=10π/3。</w:t>
      </w:r>
    </w:p>
    <w:p>
      <w:pPr>
        <w:spacing w:before="0" w:after="80" w:line="300" w:lineRule="auto"/>
        <w:jc w:val="left"/>
      </w:pPr>
      <w:r>
        <w:rPr>
          <w:rFonts w:ascii="Times New Roman" w:hAnsi="Times New Roman" w:eastAsia="宋体"/>
          <w:b w:val="0"/>
          <w:i w:val="0"/>
          <w:sz w:val="21"/>
        </w:rPr>
        <w:t>所以总面积为 3·10π/3+4√(3)=10π+4√(3)。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80" w:after="80"/>
        <w:jc w:val="center"/>
      </w:pPr>
      <w:r>
        <w:drawing>
          <wp:inline xmlns:a="http://schemas.openxmlformats.org/drawingml/2006/main" xmlns:pic="http://schemas.openxmlformats.org/drawingml/2006/picture">
            <wp:extent cx="613672" cy="572989"/>
            <wp:docPr id="10" name="Picture 10"/>
            <wp:cNvGraphicFramePr>
              <a:graphicFrameLocks noChangeAspect="1"/>
            </wp:cNvGraphicFramePr>
            <a:graphic>
              <a:graphicData uri="http://schemas.openxmlformats.org/drawingml/2006/picture">
                <pic:pic>
                  <pic:nvPicPr>
                    <pic:cNvPr id="0" name="q16-sol-1@300dpi.png"/>
                    <pic:cNvPicPr/>
                  </pic:nvPicPr>
                  <pic:blipFill>
                    <a:blip r:embed="rId13"/>
                    <a:stretch>
                      <a:fillRect/>
                    </a:stretch>
                  </pic:blipFill>
                  <pic:spPr>
                    <a:xfrm>
                      <a:off x="0" y="0"/>
                      <a:ext cx="613672" cy="572989"/>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Connect the centers of the three circles. This forms an equilateral triangle of side 4, with area 4√(3).</w:t>
      </w:r>
    </w:p>
    <w:p>
      <w:pPr>
        <w:spacing w:before="0" w:after="80" w:line="300" w:lineRule="auto"/>
        <w:jc w:val="left"/>
      </w:pPr>
      <w:r>
        <w:rPr>
          <w:rFonts w:ascii="Times New Roman" w:hAnsi="Times New Roman" w:eastAsia="宋体"/>
          <w:b w:val="0"/>
          <w:i w:val="0"/>
          <w:color w:val="333333"/>
          <w:sz w:val="19"/>
        </w:rPr>
        <w:t>The included part of each circle is a 300° sector, whose area is 300/360π·2²=10π/3.</w:t>
      </w:r>
    </w:p>
    <w:p>
      <w:pPr>
        <w:spacing w:before="0" w:after="80" w:line="300" w:lineRule="auto"/>
        <w:jc w:val="left"/>
      </w:pPr>
      <w:r>
        <w:rPr>
          <w:rFonts w:ascii="Times New Roman" w:hAnsi="Times New Roman" w:eastAsia="宋体"/>
          <w:b w:val="0"/>
          <w:i w:val="0"/>
          <w:color w:val="333333"/>
          <w:sz w:val="19"/>
        </w:rPr>
        <w:t>The total area is 3·10π/3+4√(3)=10π+4√(3).</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17 题　答案 C</w:t>
      </w:r>
    </w:p>
    <w:p>
      <w:pPr>
        <w:spacing w:before="0" w:after="80" w:line="300" w:lineRule="auto"/>
        <w:jc w:val="left"/>
      </w:pPr>
      <w:r>
        <w:rPr>
          <w:rFonts w:ascii="Times New Roman" w:hAnsi="Times New Roman" w:eastAsia="宋体"/>
          <w:b w:val="0"/>
          <w:i w:val="0"/>
          <w:sz w:val="21"/>
        </w:rPr>
        <w:t>每个扇形形成的圆锥母线长为 12。较小扇形的圆心角为 120°，弧长为 1/3·2π·12=8π，所以较小圆锥底面半径为 4，高为 √(12²-4²)=8√(2)。</w:t>
      </w:r>
    </w:p>
    <w:p>
      <w:pPr>
        <w:spacing w:before="0" w:after="80" w:line="300" w:lineRule="auto"/>
        <w:jc w:val="left"/>
      </w:pPr>
      <w:r>
        <w:rPr>
          <w:rFonts w:ascii="Times New Roman" w:hAnsi="Times New Roman" w:eastAsia="宋体"/>
          <w:b w:val="0"/>
          <w:i w:val="0"/>
          <w:sz w:val="21"/>
        </w:rPr>
        <w:t>较大扇形弧长为 16π，底面半径为 8，高为 √(12²-8²)=4√(5)。</w:t>
      </w:r>
    </w:p>
    <w:p>
      <w:pPr>
        <w:spacing w:before="0" w:after="80" w:line="300" w:lineRule="auto"/>
        <w:jc w:val="left"/>
      </w:pPr>
      <w:r>
        <w:rPr>
          <w:rFonts w:ascii="Times New Roman" w:hAnsi="Times New Roman" w:eastAsia="宋体"/>
          <w:b w:val="0"/>
          <w:i w:val="0"/>
          <w:sz w:val="21"/>
        </w:rPr>
        <w:t>体积比为</w:t>
      </w:r>
    </w:p>
    <w:p>
      <w:pPr>
        <w:spacing w:before="0" w:after="80" w:line="300" w:lineRule="auto"/>
        <w:jc w:val="left"/>
      </w:pPr>
      <w:r>
        <w:rPr>
          <w:rFonts w:ascii="Times New Roman" w:hAnsi="Times New Roman" w:eastAsia="宋体"/>
          <w:b w:val="0"/>
          <w:i w:val="0"/>
          <w:sz w:val="21"/>
        </w:rPr>
        <w:t>(1/3π·4²·8√(2))/(1/3π·8²·4√(5))=(√(10))/10。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sector forms a cone with slant height 12. The smaller sector has angle 120°, so its arc length is 1/3·2π·12=8π, giving base radius 4. Its cone height is √(12²-4²)=8√(2).</w:t>
      </w:r>
    </w:p>
    <w:p>
      <w:pPr>
        <w:spacing w:before="0" w:after="80" w:line="300" w:lineRule="auto"/>
        <w:jc w:val="left"/>
      </w:pPr>
      <w:r>
        <w:rPr>
          <w:rFonts w:ascii="Times New Roman" w:hAnsi="Times New Roman" w:eastAsia="宋体"/>
          <w:b w:val="0"/>
          <w:i w:val="0"/>
          <w:color w:val="333333"/>
          <w:sz w:val="19"/>
        </w:rPr>
        <w:t>The larger sector has arc length 16π, giving base radius 8. Its cone height is √(12²-8²)=4√(5).</w:t>
      </w:r>
    </w:p>
    <w:p>
      <w:pPr>
        <w:spacing w:before="0" w:after="80" w:line="300" w:lineRule="auto"/>
        <w:jc w:val="left"/>
      </w:pPr>
      <w:r>
        <w:rPr>
          <w:rFonts w:ascii="Times New Roman" w:hAnsi="Times New Roman" w:eastAsia="宋体"/>
          <w:b w:val="0"/>
          <w:i w:val="0"/>
          <w:color w:val="333333"/>
          <w:sz w:val="19"/>
        </w:rPr>
        <w:t>The volume ratio is</w:t>
      </w:r>
    </w:p>
    <w:p>
      <w:pPr>
        <w:spacing w:before="0" w:after="80" w:line="300" w:lineRule="auto"/>
        <w:jc w:val="left"/>
      </w:pPr>
      <w:r>
        <w:rPr>
          <w:rFonts w:ascii="Times New Roman" w:hAnsi="Times New Roman" w:eastAsia="宋体"/>
          <w:b w:val="0"/>
          <w:i w:val="0"/>
          <w:color w:val="333333"/>
          <w:sz w:val="19"/>
        </w:rPr>
        <w:t>(1/3π·4²·8√(2))/(1/3π·8²·4√(5))=(√(10))/10.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18 题　答案 C</w:t>
      </w:r>
    </w:p>
    <w:p>
      <w:pPr>
        <w:spacing w:before="0" w:after="80" w:line="300" w:lineRule="auto"/>
        <w:jc w:val="left"/>
      </w:pPr>
      <w:r>
        <w:rPr>
          <w:rFonts w:ascii="Times New Roman" w:hAnsi="Times New Roman" w:eastAsia="宋体"/>
          <w:b w:val="0"/>
          <w:i w:val="0"/>
          <w:sz w:val="21"/>
        </w:rPr>
        <w:t>在 500 人中，大约 1 人患病并检测为阳性。其余 499 人中约有 2% 假阳性，也就是约 10 人。</w:t>
      </w:r>
    </w:p>
    <w:p>
      <w:pPr>
        <w:spacing w:before="0" w:after="80" w:line="300" w:lineRule="auto"/>
        <w:jc w:val="left"/>
      </w:pPr>
      <w:r>
        <w:rPr>
          <w:rFonts w:ascii="Times New Roman" w:hAnsi="Times New Roman" w:eastAsia="宋体"/>
          <w:b w:val="0"/>
          <w:i w:val="0"/>
          <w:sz w:val="21"/>
        </w:rPr>
        <w:t>因此约 11 个阳性结果中，只有约 1 个是真阳性，概率最接近 1/11。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Among 500 people, about 1 person has the disease and tests positive. Of the remaining 499 people, about 2% test falsely positive, which is about 10 people.</w:t>
      </w:r>
    </w:p>
    <w:p>
      <w:pPr>
        <w:spacing w:before="0" w:after="80" w:line="300" w:lineRule="auto"/>
        <w:jc w:val="left"/>
      </w:pPr>
      <w:r>
        <w:rPr>
          <w:rFonts w:ascii="Times New Roman" w:hAnsi="Times New Roman" w:eastAsia="宋体"/>
          <w:b w:val="0"/>
          <w:i w:val="0"/>
          <w:color w:val="333333"/>
          <w:sz w:val="19"/>
        </w:rPr>
        <w:t>So among about 11 positive tests, only about 1 is a true positive. The probability is closest to 1/11.</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19 题　答案 C</w:t>
      </w:r>
    </w:p>
    <w:p>
      <w:pPr>
        <w:spacing w:before="80" w:after="80"/>
        <w:jc w:val="center"/>
      </w:pPr>
      <w:r>
        <w:drawing>
          <wp:inline xmlns:a="http://schemas.openxmlformats.org/drawingml/2006/main" xmlns:pic="http://schemas.openxmlformats.org/drawingml/2006/picture">
            <wp:extent cx="1693822" cy="544746"/>
            <wp:docPr id="11" name="Picture 11"/>
            <wp:cNvGraphicFramePr>
              <a:graphicFrameLocks noChangeAspect="1"/>
            </wp:cNvGraphicFramePr>
            <a:graphic>
              <a:graphicData uri="http://schemas.openxmlformats.org/drawingml/2006/picture">
                <pic:pic>
                  <pic:nvPicPr>
                    <pic:cNvPr id="0" name="q19-sol-1@300dpi.png"/>
                    <pic:cNvPicPr/>
                  </pic:nvPicPr>
                  <pic:blipFill>
                    <a:blip r:embed="rId14"/>
                    <a:stretch>
                      <a:fillRect/>
                    </a:stretch>
                  </pic:blipFill>
                  <pic:spPr>
                    <a:xfrm>
                      <a:off x="0" y="0"/>
                      <a:ext cx="1693822" cy="544746"/>
                    </a:xfrm>
                    <a:prstGeom prst="rect"/>
                  </pic:spPr>
                </pic:pic>
              </a:graphicData>
            </a:graphic>
          </wp:inline>
        </w:drawing>
      </w:r>
    </w:p>
    <w:p>
      <w:pPr>
        <w:spacing w:before="0" w:after="80" w:line="300" w:lineRule="auto"/>
        <w:jc w:val="left"/>
      </w:pPr>
      <w:r>
        <w:rPr>
          <w:rFonts w:ascii="Times New Roman" w:hAnsi="Times New Roman" w:eastAsia="宋体"/>
          <w:b w:val="0"/>
          <w:i w:val="0"/>
          <w:sz w:val="21"/>
        </w:rPr>
        <w:t>四边形 BFDG 是梯形，底边为 DG 与 BF，高为 6。又因为 G 是 A 与 D 的中点，所以 GD= 15。</w:t>
      </w:r>
    </w:p>
    <w:p>
      <w:pPr>
        <w:spacing w:before="0" w:after="80" w:line="300" w:lineRule="auto"/>
        <w:jc w:val="left"/>
      </w:pPr>
      <w:r>
        <w:rPr>
          <w:rFonts w:ascii="Times New Roman" w:hAnsi="Times New Roman" w:eastAsia="宋体"/>
          <w:b w:val="0"/>
          <w:i w:val="0"/>
          <w:sz w:val="21"/>
        </w:rPr>
        <w:t>由相似三角形 EBF ∼ EAD ，有</w:t>
      </w:r>
    </w:p>
    <w:p>
      <w:pPr>
        <w:spacing w:before="0" w:after="80" w:line="300" w:lineRule="auto"/>
        <w:jc w:val="left"/>
      </w:pPr>
      <w:r>
        <w:rPr>
          <w:rFonts w:ascii="Times New Roman" w:hAnsi="Times New Roman" w:eastAsia="宋体"/>
          <w:b w:val="0"/>
          <w:i w:val="0"/>
          <w:sz w:val="21"/>
        </w:rPr>
        <w:t>BF/AD = EB/EA</w:t>
      </w:r>
    </w:p>
    <w:p>
      <w:pPr>
        <w:spacing w:before="0" w:after="80" w:line="300" w:lineRule="auto"/>
        <w:jc w:val="left"/>
      </w:pPr>
      <w:r>
        <w:rPr>
          <w:rFonts w:ascii="Times New Roman" w:hAnsi="Times New Roman" w:eastAsia="宋体"/>
          <w:b w:val="0"/>
          <w:i w:val="0"/>
          <w:sz w:val="21"/>
        </w:rPr>
        <w:t>BF/30 = 2/8</w:t>
      </w:r>
    </w:p>
    <w:p>
      <w:pPr>
        <w:spacing w:before="0" w:after="80" w:line="300" w:lineRule="auto"/>
        <w:jc w:val="left"/>
      </w:pPr>
      <w:r>
        <w:rPr>
          <w:rFonts w:ascii="Times New Roman" w:hAnsi="Times New Roman" w:eastAsia="宋体"/>
          <w:b w:val="0"/>
          <w:i w:val="0"/>
          <w:sz w:val="21"/>
        </w:rPr>
        <w:t>BF = 7.5</w:t>
      </w:r>
    </w:p>
    <w:p>
      <w:pPr>
        <w:spacing w:before="0" w:after="80" w:line="300" w:lineRule="auto"/>
        <w:jc w:val="left"/>
      </w:pPr>
      <w:r>
        <w:rPr>
          <w:rFonts w:ascii="Times New Roman" w:hAnsi="Times New Roman" w:eastAsia="宋体"/>
          <w:b w:val="0"/>
          <w:i w:val="0"/>
          <w:sz w:val="21"/>
        </w:rPr>
        <w:t>因此 BFDG 的面积为 (6(15+7.5))/2 = 135/2。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80" w:after="80"/>
        <w:jc w:val="center"/>
      </w:pPr>
      <w:r>
        <w:drawing>
          <wp:inline xmlns:a="http://schemas.openxmlformats.org/drawingml/2006/main" xmlns:pic="http://schemas.openxmlformats.org/drawingml/2006/picture">
            <wp:extent cx="1693822" cy="544746"/>
            <wp:docPr id="12" name="Picture 12"/>
            <wp:cNvGraphicFramePr>
              <a:graphicFrameLocks noChangeAspect="1"/>
            </wp:cNvGraphicFramePr>
            <a:graphic>
              <a:graphicData uri="http://schemas.openxmlformats.org/drawingml/2006/picture">
                <pic:pic>
                  <pic:nvPicPr>
                    <pic:cNvPr id="0" name="q19-sol-1@300dpi.png"/>
                    <pic:cNvPicPr/>
                  </pic:nvPicPr>
                  <pic:blipFill>
                    <a:blip r:embed="rId14"/>
                    <a:stretch>
                      <a:fillRect/>
                    </a:stretch>
                  </pic:blipFill>
                  <pic:spPr>
                    <a:xfrm>
                      <a:off x="0" y="0"/>
                      <a:ext cx="1693822" cy="544746"/>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The polygon BFDG is a trapezoid with bases DG and BF and height 6. Also, since G is the midpoint between A and D, we have GD= 15.</w:t>
      </w:r>
    </w:p>
    <w:p>
      <w:pPr>
        <w:spacing w:before="0" w:after="80" w:line="300" w:lineRule="auto"/>
        <w:jc w:val="left"/>
      </w:pPr>
      <w:r>
        <w:rPr>
          <w:rFonts w:ascii="Times New Roman" w:hAnsi="Times New Roman" w:eastAsia="宋体"/>
          <w:b w:val="0"/>
          <w:i w:val="0"/>
          <w:color w:val="333333"/>
          <w:sz w:val="19"/>
        </w:rPr>
        <w:t>We can see that EBF ∼ EAD, so</w:t>
      </w:r>
    </w:p>
    <w:p>
      <w:pPr>
        <w:spacing w:before="0" w:after="80" w:line="300" w:lineRule="auto"/>
        <w:jc w:val="left"/>
      </w:pPr>
      <w:r>
        <w:rPr>
          <w:rFonts w:ascii="Times New Roman" w:hAnsi="Times New Roman" w:eastAsia="宋体"/>
          <w:b w:val="0"/>
          <w:i w:val="0"/>
          <w:color w:val="333333"/>
          <w:sz w:val="19"/>
        </w:rPr>
        <w:t>BF/AD = EB/EA</w:t>
      </w:r>
    </w:p>
    <w:p>
      <w:pPr>
        <w:spacing w:before="0" w:after="80" w:line="300" w:lineRule="auto"/>
        <w:jc w:val="left"/>
      </w:pPr>
      <w:r>
        <w:rPr>
          <w:rFonts w:ascii="Times New Roman" w:hAnsi="Times New Roman" w:eastAsia="宋体"/>
          <w:b w:val="0"/>
          <w:i w:val="0"/>
          <w:color w:val="333333"/>
          <w:sz w:val="19"/>
        </w:rPr>
        <w:t>BF/30 = 2/8</w:t>
      </w:r>
    </w:p>
    <w:p>
      <w:pPr>
        <w:spacing w:before="0" w:after="80" w:line="300" w:lineRule="auto"/>
        <w:jc w:val="left"/>
      </w:pPr>
      <w:r>
        <w:rPr>
          <w:rFonts w:ascii="Times New Roman" w:hAnsi="Times New Roman" w:eastAsia="宋体"/>
          <w:b w:val="0"/>
          <w:i w:val="0"/>
          <w:color w:val="333333"/>
          <w:sz w:val="19"/>
        </w:rPr>
        <w:t>BF = 7.5</w:t>
      </w:r>
    </w:p>
    <w:p>
      <w:pPr>
        <w:spacing w:before="0" w:after="80" w:line="300" w:lineRule="auto"/>
        <w:jc w:val="left"/>
      </w:pPr>
      <w:r>
        <w:rPr>
          <w:rFonts w:ascii="Times New Roman" w:hAnsi="Times New Roman" w:eastAsia="宋体"/>
          <w:b w:val="0"/>
          <w:i w:val="0"/>
          <w:color w:val="333333"/>
          <w:sz w:val="19"/>
        </w:rPr>
        <w:t>This makes the area of BFDG equal to (6(15+7.5))/2 = 135/2.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A</w:t>
      </w:r>
    </w:p>
    <w:p>
      <w:pPr>
        <w:spacing w:before="0" w:after="80" w:line="300" w:lineRule="auto"/>
        <w:jc w:val="left"/>
      </w:pPr>
      <w:r>
        <w:rPr>
          <w:rFonts w:ascii="Times New Roman" w:hAnsi="Times New Roman" w:eastAsia="宋体"/>
          <w:b w:val="0"/>
          <w:i w:val="0"/>
          <w:sz w:val="21"/>
        </w:rPr>
        <w:t>设初始数为 x。Bernardo 依次产生的数为</w:t>
      </w:r>
    </w:p>
    <w:p>
      <w:pPr>
        <w:spacing w:before="0" w:after="80" w:line="300" w:lineRule="auto"/>
        <w:jc w:val="left"/>
      </w:pPr>
      <w:r>
        <w:rPr>
          <w:rFonts w:ascii="Times New Roman" w:hAnsi="Times New Roman" w:eastAsia="宋体"/>
          <w:b w:val="0"/>
          <w:i w:val="0"/>
          <w:sz w:val="21"/>
        </w:rPr>
        <w:t>2x, 4x+100, 8x+300,</w:t>
      </w:r>
    </w:p>
    <w:p>
      <w:pPr>
        <w:spacing w:before="0" w:after="80" w:line="300" w:lineRule="auto"/>
        <w:jc w:val="left"/>
      </w:pPr>
      <w:r>
        <w:rPr>
          <w:rFonts w:ascii="Times New Roman" w:hAnsi="Times New Roman" w:eastAsia="宋体"/>
          <w:b w:val="0"/>
          <w:i w:val="0"/>
          <w:sz w:val="21"/>
        </w:rPr>
        <w:t>16x+700, 32x+1500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Silvia 在每个数的基础上再加 50。Bernardo 要在某一轮获胜，他产生的数必须小于 1000，而 Silvia 随后产生的数必须至少为 1000。</w:t>
      </w:r>
    </w:p>
    <w:p>
      <w:pPr>
        <w:spacing w:before="0" w:after="80" w:line="300" w:lineRule="auto"/>
        <w:jc w:val="left"/>
      </w:pPr>
      <w:r>
        <w:rPr>
          <w:rFonts w:ascii="Times New Roman" w:hAnsi="Times New Roman" w:eastAsia="宋体"/>
          <w:b w:val="0"/>
          <w:i w:val="0"/>
          <w:sz w:val="21"/>
        </w:rPr>
        <w:t>对 Bernardo 的前四轮，满足这两个不等式的最小整数 x 依次为 475,213,82 和 16。Bernardo 的第五个输出已经至少为 1500。因此最小的获胜初始数为 N=16，其各位数字之和为 1+6=7。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initial number is x, Bernardo’s successive outputs are</w:t>
      </w:r>
    </w:p>
    <w:p>
      <w:pPr>
        <w:spacing w:before="0" w:after="80" w:line="300" w:lineRule="auto"/>
        <w:jc w:val="left"/>
      </w:pPr>
      <w:r>
        <w:rPr>
          <w:rFonts w:ascii="Times New Roman" w:hAnsi="Times New Roman" w:eastAsia="宋体"/>
          <w:b w:val="0"/>
          <w:i w:val="0"/>
          <w:color w:val="333333"/>
          <w:sz w:val="19"/>
        </w:rPr>
        <w:t>2x, 4x+100, 8x+300,</w:t>
      </w:r>
    </w:p>
    <w:p>
      <w:pPr>
        <w:spacing w:before="0" w:after="80" w:line="300" w:lineRule="auto"/>
        <w:jc w:val="left"/>
      </w:pPr>
      <w:r>
        <w:rPr>
          <w:rFonts w:ascii="Times New Roman" w:hAnsi="Times New Roman" w:eastAsia="宋体"/>
          <w:b w:val="0"/>
          <w:i w:val="0"/>
          <w:color w:val="333333"/>
          <w:sz w:val="19"/>
        </w:rPr>
        <w:t>16x+700, 32x+1500.</w:t>
      </w:r>
    </w:p>
    <w:p>
      <w:pPr>
        <w:spacing w:before="0" w:after="80" w:line="300" w:lineRule="auto"/>
        <w:jc w:val="left"/>
      </w:pPr>
      <w:r>
        <w:rPr>
          <w:rFonts w:ascii="Times New Roman" w:hAnsi="Times New Roman" w:eastAsia="宋体"/>
          <w:b w:val="0"/>
          <w:i w:val="0"/>
          <w:color w:val="333333"/>
          <w:sz w:val="19"/>
        </w:rPr>
        <w:t>Silvia’s output after each of these is 50 larger. Bernardo wins on a given turn exactly when his output is below 1000 but the following output from Silvia is at least 1000.</w:t>
      </w:r>
    </w:p>
    <w:p>
      <w:pPr>
        <w:spacing w:before="0" w:after="80" w:line="300" w:lineRule="auto"/>
        <w:jc w:val="left"/>
      </w:pPr>
      <w:r>
        <w:rPr>
          <w:rFonts w:ascii="Times New Roman" w:hAnsi="Times New Roman" w:eastAsia="宋体"/>
          <w:b w:val="0"/>
          <w:i w:val="0"/>
          <w:color w:val="333333"/>
          <w:sz w:val="19"/>
        </w:rPr>
        <w:t>For the first four Bernardo turns, the smallest integer x satisfying those two inequalities is, respectively, 475,213,82, and 16. A fifth Bernardo output is already at least 1500. Thus the smallest winning initial number is N=16, whose digit sum is 1+6=7.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A</w:t>
      </w:r>
    </w:p>
    <w:p>
      <w:pPr>
        <w:spacing w:before="80" w:after="80"/>
        <w:jc w:val="center"/>
      </w:pPr>
      <w:r>
        <w:drawing>
          <wp:inline xmlns:a="http://schemas.openxmlformats.org/drawingml/2006/main" xmlns:pic="http://schemas.openxmlformats.org/drawingml/2006/picture">
            <wp:extent cx="1524656" cy="729247"/>
            <wp:docPr id="13" name="Picture 13"/>
            <wp:cNvGraphicFramePr>
              <a:graphicFrameLocks noChangeAspect="1"/>
            </wp:cNvGraphicFramePr>
            <a:graphic>
              <a:graphicData uri="http://schemas.openxmlformats.org/drawingml/2006/picture">
                <pic:pic>
                  <pic:nvPicPr>
                    <pic:cNvPr id="0" name="q21-sol-1@300dpi.png"/>
                    <pic:cNvPicPr/>
                  </pic:nvPicPr>
                  <pic:blipFill>
                    <a:blip r:embed="rId15"/>
                    <a:stretch>
                      <a:fillRect/>
                    </a:stretch>
                  </pic:blipFill>
                  <pic:spPr>
                    <a:xfrm>
                      <a:off x="0" y="0"/>
                      <a:ext cx="1524656" cy="729247"/>
                    </a:xfrm>
                    <a:prstGeom prst="rect"/>
                  </pic:spPr>
                </pic:pic>
              </a:graphicData>
            </a:graphic>
          </wp:inline>
        </w:drawing>
      </w:r>
    </w:p>
    <w:p>
      <w:pPr>
        <w:spacing w:before="0" w:after="80" w:line="300" w:lineRule="auto"/>
        <w:jc w:val="left"/>
      </w:pPr>
      <w:r>
        <w:rPr>
          <w:rFonts w:ascii="Times New Roman" w:hAnsi="Times New Roman" w:eastAsia="宋体"/>
          <w:b w:val="0"/>
          <w:i w:val="0"/>
          <w:sz w:val="21"/>
        </w:rPr>
        <w:t>把四条长度为 a 的线段看成以这四个点为顶点的图的边。若其中没有三角形，它们就会构成一个 4 环，而长度为 2a 的线段会是它的一条对角线。另外两个点各自给出一条总长为 2a 的两边路径，连接该对角线的两个端点。三角不等式取等号会迫使两个中间点都成为这条对角线的中点，与四点互异矛盾。因此有三个点构成边长为 a 的等边三角形，记为 A,B,C。</w:t>
      </w:r>
    </w:p>
    <w:p>
      <w:pPr>
        <w:spacing w:before="0" w:after="80" w:line="300" w:lineRule="auto"/>
        <w:jc w:val="left"/>
      </w:pPr>
      <w:r>
        <w:rPr>
          <w:rFonts w:ascii="Times New Roman" w:hAnsi="Times New Roman" w:eastAsia="宋体"/>
          <w:b w:val="0"/>
          <w:i w:val="0"/>
          <w:sz w:val="21"/>
        </w:rPr>
        <w:t>第四个点 D 到其中一点（设为 A）的距离为 a，到另一点（设为 B）的距离为 2a。由于 BA+AD=BD，点 B,A,D 共线，且 A 是 BD 的中点。因此 BD 是过 B,C,D、圆心为 A 的圆的直径，所以 △ BCD 是直角三角形。</w:t>
      </w:r>
    </w:p>
    <w:p>
      <w:pPr>
        <w:spacing w:before="0" w:after="80" w:line="300" w:lineRule="auto"/>
        <w:jc w:val="left"/>
      </w:pPr>
      <w:r>
        <w:rPr>
          <w:rFonts w:ascii="Times New Roman" w:hAnsi="Times New Roman" w:eastAsia="宋体"/>
          <w:b w:val="0"/>
          <w:i w:val="0"/>
          <w:sz w:val="21"/>
        </w:rPr>
        <w:t>于是 b²=(2a)²-a²=3a²，所以 b/a=√(3)。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80" w:after="80"/>
        <w:jc w:val="center"/>
      </w:pPr>
      <w:r>
        <w:drawing>
          <wp:inline xmlns:a="http://schemas.openxmlformats.org/drawingml/2006/main" xmlns:pic="http://schemas.openxmlformats.org/drawingml/2006/picture">
            <wp:extent cx="1524656" cy="729247"/>
            <wp:docPr id="14" name="Picture 14"/>
            <wp:cNvGraphicFramePr>
              <a:graphicFrameLocks noChangeAspect="1"/>
            </wp:cNvGraphicFramePr>
            <a:graphic>
              <a:graphicData uri="http://schemas.openxmlformats.org/drawingml/2006/picture">
                <pic:pic>
                  <pic:nvPicPr>
                    <pic:cNvPr id="0" name="q21-sol-1@300dpi.png"/>
                    <pic:cNvPicPr/>
                  </pic:nvPicPr>
                  <pic:blipFill>
                    <a:blip r:embed="rId15"/>
                    <a:stretch>
                      <a:fillRect/>
                    </a:stretch>
                  </pic:blipFill>
                  <pic:spPr>
                    <a:xfrm>
                      <a:off x="0" y="0"/>
                      <a:ext cx="1524656" cy="729247"/>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Regard the four length-a segments as edges of a graph on the four points. If they contained no triangle, they would form a 4-cycle. The length-2a segment would then be one of its diagonals. Each of the other two points gives a two-edge path of total length 2a between the diagonal’s endpoints. Equality in the triangle inequality would force both intermediate points to be the midpoint of that diagonal, contradicting that the four points are distinct. Therefore three points do form an equilateral triangle of side a; call them A,B,C.</w:t>
      </w:r>
    </w:p>
    <w:p>
      <w:pPr>
        <w:spacing w:before="0" w:after="80" w:line="300" w:lineRule="auto"/>
        <w:jc w:val="left"/>
      </w:pPr>
      <w:r>
        <w:rPr>
          <w:rFonts w:ascii="Times New Roman" w:hAnsi="Times New Roman" w:eastAsia="宋体"/>
          <w:b w:val="0"/>
          <w:i w:val="0"/>
          <w:color w:val="333333"/>
          <w:sz w:val="19"/>
        </w:rPr>
        <w:t>The fourth point D is distance a from one of these points, say A, and distance 2a from another, say B. Because BA+AD=BD, the points B,A,D are collinear and A is the midpoint of BD. Thus BD is a diameter of the circle through B,C,D centered at A, so △ BCD is right.</w:t>
      </w:r>
    </w:p>
    <w:p>
      <w:pPr>
        <w:spacing w:before="0" w:after="80" w:line="300" w:lineRule="auto"/>
        <w:jc w:val="left"/>
      </w:pPr>
      <w:r>
        <w:rPr>
          <w:rFonts w:ascii="Times New Roman" w:hAnsi="Times New Roman" w:eastAsia="宋体"/>
          <w:b w:val="0"/>
          <w:i w:val="0"/>
          <w:color w:val="333333"/>
          <w:sz w:val="19"/>
        </w:rPr>
        <w:t>Thus b²=(2a)²-a²=3a², so b/a=√(3).</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22 题　答案 B</w:t>
      </w:r>
    </w:p>
    <w:p>
      <w:pPr>
        <w:spacing w:before="0" w:after="80" w:line="300" w:lineRule="auto"/>
        <w:jc w:val="left"/>
      </w:pPr>
      <w:r>
        <w:rPr>
          <w:rFonts w:ascii="Times New Roman" w:hAnsi="Times New Roman" w:eastAsia="宋体"/>
          <w:b w:val="0"/>
          <w:i w:val="0"/>
          <w:sz w:val="21"/>
        </w:rPr>
        <w:t>每个前缀 a₁,a₂,…,aᵢ 都必须构成一个连续整数区间，因为每个新加入的数必须比已出现的某个数大一或小一。特别地，完整集合就是区间 [1,10]。</w:t>
      </w:r>
    </w:p>
    <w:p>
      <w:pPr>
        <w:spacing w:before="0" w:after="80" w:line="300" w:lineRule="auto"/>
        <w:jc w:val="left"/>
      </w:pPr>
      <w:r>
        <w:rPr>
          <w:rFonts w:ascii="Times New Roman" w:hAnsi="Times New Roman" w:eastAsia="宋体"/>
          <w:b w:val="0"/>
          <w:i w:val="0"/>
          <w:sz w:val="21"/>
        </w:rPr>
        <w:t>反向阅读这个排列。每一步删去的项必须是当前区间的最小值或最大值；若删去内部的数，那么正向排列中该数前面就没有与它相邻的整数。反之，每一种依次删去端点的方式都能产生一个合格排列。对 a₁₀,a₉,…,a₂ 中的每一项都有两种选择，之后 a₁ 被唯一确定，所以总数为 2⁹=512。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Every prefix a₁,a₂,…,aᵢ must form an interval of consecutive integers: each new term is required to be one more or one less than a term already present. In particular, the full set is the interval [1,10].</w:t>
      </w:r>
    </w:p>
    <w:p>
      <w:pPr>
        <w:spacing w:before="0" w:after="80" w:line="300" w:lineRule="auto"/>
        <w:jc w:val="left"/>
      </w:pPr>
      <w:r>
        <w:rPr>
          <w:rFonts w:ascii="Times New Roman" w:hAnsi="Times New Roman" w:eastAsia="宋体"/>
          <w:b w:val="0"/>
          <w:i w:val="0"/>
          <w:color w:val="333333"/>
          <w:sz w:val="19"/>
        </w:rPr>
        <w:t>Read the list backward. At each step, the term removed must be either the smallest or the largest integer in the current interval; removing an interior term would leave that term with no adjacent predecessor in the forward list. Conversely, every sequence of endpoint removals produces a valid list. There are two choices for each of a₁₀,a₉,…,a₂, after which a₁ is forced. Hence there are 2⁹=512 lists.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D</w:t>
      </w:r>
    </w:p>
    <w:p>
      <w:pPr>
        <w:spacing w:before="0" w:after="80" w:line="300" w:lineRule="auto"/>
        <w:jc w:val="left"/>
      </w:pPr>
      <w:r>
        <w:rPr>
          <w:rFonts w:ascii="Times New Roman" w:hAnsi="Times New Roman" w:eastAsia="宋体"/>
          <w:b w:val="0"/>
          <w:i w:val="0"/>
          <w:sz w:val="21"/>
        </w:rPr>
        <w:t>被切下的四面体可以看作底面为直角等腰三角形、两直角边为 1，高为 1，所以体积为 1/3·1/2·1=1/6。</w:t>
      </w:r>
    </w:p>
    <w:p>
      <w:pPr>
        <w:spacing w:before="0" w:after="80" w:line="300" w:lineRule="auto"/>
        <w:jc w:val="left"/>
      </w:pPr>
      <w:r>
        <w:rPr>
          <w:rFonts w:ascii="Times New Roman" w:hAnsi="Times New Roman" w:eastAsia="宋体"/>
          <w:b w:val="0"/>
          <w:i w:val="0"/>
          <w:sz w:val="21"/>
        </w:rPr>
        <w:t>切面是边长为 √(2) 的等边三角形，面积为 (√(3))/4(√(2))²=(√(3))/2。设从相对顶点到切面的高为 h，由体积公式 1/3·(√(3))/2· h=1/6，得 h=(√(3))/3。</w:t>
      </w:r>
    </w:p>
    <w:p>
      <w:pPr>
        <w:spacing w:before="0" w:after="80" w:line="300" w:lineRule="auto"/>
        <w:jc w:val="left"/>
      </w:pPr>
      <w:r>
        <w:rPr>
          <w:rFonts w:ascii="Times New Roman" w:hAnsi="Times New Roman" w:eastAsia="宋体"/>
          <w:b w:val="0"/>
          <w:i w:val="0"/>
          <w:sz w:val="21"/>
        </w:rPr>
        <w:t>单位立方体的体对角线长为 √(3)。切面朝下放置后，高为 √(3)-(√(3))/3=(2√(3))/3。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discarded tetrahedron has a right isosceles triangle of leg 1 as one base and height 1, so its volume is 1/3·1/2·1=1/6.</w:t>
      </w:r>
    </w:p>
    <w:p>
      <w:pPr>
        <w:spacing w:before="0" w:after="80" w:line="300" w:lineRule="auto"/>
        <w:jc w:val="left"/>
      </w:pPr>
      <w:r>
        <w:rPr>
          <w:rFonts w:ascii="Times New Roman" w:hAnsi="Times New Roman" w:eastAsia="宋体"/>
          <w:b w:val="0"/>
          <w:i w:val="0"/>
          <w:color w:val="333333"/>
          <w:sz w:val="19"/>
        </w:rPr>
        <w:t>The cut face is an equilateral triangle of side √(2), so its area is (√(3))/4(√(2))²=(√(3))/2. If h is the height from the opposite vertex to this cut face, then 1/3·(√(3))/2· h=1/6, so h=(√(3))/3.</w:t>
      </w:r>
    </w:p>
    <w:p>
      <w:pPr>
        <w:spacing w:before="0" w:after="80" w:line="300" w:lineRule="auto"/>
        <w:jc w:val="left"/>
      </w:pPr>
      <w:r>
        <w:rPr>
          <w:rFonts w:ascii="Times New Roman" w:hAnsi="Times New Roman" w:eastAsia="宋体"/>
          <w:b w:val="0"/>
          <w:i w:val="0"/>
          <w:color w:val="333333"/>
          <w:sz w:val="19"/>
        </w:rPr>
        <w:t>The full cube diagonal has length √(3). After the tetrahedron is removed and the cut face is placed down, the height is √(3)-(√(3))/3=(2√(3))/3.</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24 题　答案 B</w:t>
      </w:r>
    </w:p>
    <w:p>
      <w:pPr>
        <w:spacing w:before="0" w:after="80" w:line="300" w:lineRule="auto"/>
        <w:jc w:val="left"/>
      </w:pPr>
      <w:r>
        <w:rPr>
          <w:rFonts w:ascii="Times New Roman" w:hAnsi="Times New Roman" w:eastAsia="宋体"/>
          <w:b w:val="0"/>
          <w:i w:val="0"/>
          <w:sz w:val="21"/>
        </w:rPr>
        <w:t>分两种情况：每一对恰好有 1 首共同喜欢的歌，或某一对女孩共同喜欢 2 首歌。这是因为每一对都必须至少有一首共同喜欢的歌，而比这两种情况更多的共同歌曲会需要 5 首歌。</w:t>
      </w:r>
    </w:p>
    <w:p>
      <w:pPr>
        <w:spacing w:before="0" w:after="80" w:line="300" w:lineRule="auto"/>
        <w:jc w:val="left"/>
      </w:pPr>
      <w:r>
        <w:rPr>
          <w:rFonts w:ascii="Times New Roman" w:hAnsi="Times New Roman" w:eastAsia="宋体"/>
          <w:b/>
          <w:i w:val="0"/>
          <w:sz w:val="21"/>
        </w:rPr>
        <w:t>情况 1：</w:t>
      </w:r>
      <w:r>
        <w:rPr>
          <w:rFonts w:ascii="Times New Roman" w:hAnsi="Times New Roman" w:eastAsia="宋体"/>
          <w:b w:val="0"/>
          <w:i w:val="0"/>
          <w:sz w:val="21"/>
        </w:rPr>
        <w:t>三对女孩各自恰好有一首只被这对喜欢的歌。</w:t>
      </w:r>
    </w:p>
    <w:p>
      <w:pPr>
        <w:spacing w:before="0" w:after="80" w:line="300" w:lineRule="auto"/>
        <w:jc w:val="left"/>
      </w:pPr>
      <w:r>
        <w:rPr>
          <w:rFonts w:ascii="Times New Roman" w:hAnsi="Times New Roman" w:eastAsia="宋体"/>
          <w:b w:val="0"/>
          <w:i w:val="0"/>
          <w:sz w:val="21"/>
        </w:rPr>
        <w:t>给第一对选歌有 4 种，第二对有 3 种，第三对有 2 种；剩下的歌可以被 3 人中的恰好一人喜欢或无人喜欢。因此这一类有</w:t>
      </w:r>
    </w:p>
    <w:p>
      <w:pPr>
        <w:spacing w:before="0" w:after="80" w:line="300" w:lineRule="auto"/>
        <w:jc w:val="left"/>
      </w:pPr>
      <w:r>
        <w:rPr>
          <w:rFonts w:ascii="Times New Roman" w:hAnsi="Times New Roman" w:eastAsia="宋体"/>
          <w:b w:val="0"/>
          <w:i w:val="0"/>
          <w:sz w:val="21"/>
        </w:rPr>
        <w:t>4· 3· 2· (3+1)=96。</w:t>
      </w:r>
    </w:p>
    <w:p>
      <w:pPr>
        <w:spacing w:before="0" w:after="80" w:line="300" w:lineRule="auto"/>
        <w:jc w:val="left"/>
      </w:pPr>
      <w:r>
        <w:rPr>
          <w:rFonts w:ascii="Times New Roman" w:hAnsi="Times New Roman" w:eastAsia="宋体"/>
          <w:b/>
          <w:i w:val="0"/>
          <w:sz w:val="21"/>
        </w:rPr>
        <w:t>情况 2：</w:t>
      </w:r>
      <w:r>
        <w:rPr>
          <w:rFonts w:ascii="Times New Roman" w:hAnsi="Times New Roman" w:eastAsia="宋体"/>
          <w:b w:val="0"/>
          <w:i w:val="0"/>
          <w:sz w:val="21"/>
        </w:rPr>
        <w:t>某一对女孩共同喜欢 2 首歌。</w:t>
      </w:r>
    </w:p>
    <w:p>
      <w:pPr>
        <w:spacing w:before="0" w:after="80" w:line="300" w:lineRule="auto"/>
        <w:jc w:val="left"/>
      </w:pPr>
      <w:r>
        <w:rPr>
          <w:rFonts w:ascii="Times New Roman" w:hAnsi="Times New Roman" w:eastAsia="宋体"/>
          <w:b w:val="0"/>
          <w:i w:val="0"/>
          <w:sz w:val="21"/>
        </w:rPr>
        <w:t>选共同喜欢两首歌的那一对有 3 种；从四首歌中选出这对喜欢的 2 首有 C(4, 2) = 6 种；再把剩下两首分配给另外两对，有 2! =2 种。因此这一类有</w:t>
      </w:r>
    </w:p>
    <w:p>
      <w:pPr>
        <w:spacing w:before="0" w:after="80" w:line="300" w:lineRule="auto"/>
        <w:jc w:val="left"/>
      </w:pPr>
      <w:r>
        <w:rPr>
          <w:rFonts w:ascii="Times New Roman" w:hAnsi="Times New Roman" w:eastAsia="宋体"/>
          <w:b w:val="0"/>
          <w:i w:val="0"/>
          <w:sz w:val="21"/>
        </w:rPr>
        <w:t>3· 6· 2=36</w:t>
      </w:r>
    </w:p>
    <w:p>
      <w:pPr>
        <w:spacing w:before="0" w:after="80" w:line="300" w:lineRule="auto"/>
        <w:jc w:val="left"/>
      </w:pPr>
      <w:r>
        <w:rPr>
          <w:rFonts w:ascii="Times New Roman" w:hAnsi="Times New Roman" w:eastAsia="宋体"/>
          <w:b w:val="0"/>
          <w:i w:val="0"/>
          <w:sz w:val="21"/>
        </w:rPr>
        <w:t>总数为 96+36 = 132。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two cases: Each pair has exactly one liked song in common, or some pair has 2 liked songs in common. This is because each pair must have at least 1 liked song in common, and any more pairs than in the cases would result in 5 songs.</w:t>
      </w:r>
    </w:p>
    <w:p>
      <w:pPr>
        <w:spacing w:before="0" w:after="80" w:line="300" w:lineRule="auto"/>
        <w:jc w:val="left"/>
      </w:pPr>
      <w:r>
        <w:rPr>
          <w:rFonts w:ascii="Times New Roman" w:hAnsi="Times New Roman" w:eastAsia="宋体"/>
          <w:b/>
          <w:i w:val="0"/>
          <w:color w:val="333333"/>
          <w:sz w:val="19"/>
        </w:rPr>
        <w:t>Case 1:</w:t>
      </w:r>
      <w:r>
        <w:rPr>
          <w:rFonts w:ascii="Times New Roman" w:hAnsi="Times New Roman" w:eastAsia="宋体"/>
          <w:b w:val="0"/>
          <w:i w:val="0"/>
          <w:color w:val="333333"/>
          <w:sz w:val="19"/>
        </w:rPr>
        <w:t>Each pair has exactly one liked song in common</w:t>
      </w:r>
    </w:p>
    <w:p>
      <w:pPr>
        <w:spacing w:before="0" w:after="80" w:line="300" w:lineRule="auto"/>
        <w:jc w:val="left"/>
      </w:pPr>
      <w:r>
        <w:rPr>
          <w:rFonts w:ascii="Times New Roman" w:hAnsi="Times New Roman" w:eastAsia="宋体"/>
          <w:b w:val="0"/>
          <w:i w:val="0"/>
          <w:color w:val="333333"/>
          <w:sz w:val="19"/>
        </w:rPr>
        <w:t>There are 4 ways to choose the song that one pair likes, 3 ways to choose the song that the second pair likes, and 2 ways to choose the song the third pair likes if we choose some order for them. Then, for the last song, one of them could like it which has 3 cases or none of them likes it which is another case. Thus, the number of solutions in this case is</w:t>
      </w:r>
    </w:p>
    <w:p>
      <w:pPr>
        <w:spacing w:before="0" w:after="80" w:line="300" w:lineRule="auto"/>
        <w:jc w:val="left"/>
      </w:pPr>
      <w:r>
        <w:rPr>
          <w:rFonts w:ascii="Times New Roman" w:hAnsi="Times New Roman" w:eastAsia="宋体"/>
          <w:b w:val="0"/>
          <w:i w:val="0"/>
          <w:color w:val="333333"/>
          <w:sz w:val="19"/>
        </w:rPr>
        <w:t>4· 3· 2· (3+1)=96.</w:t>
      </w:r>
    </w:p>
    <w:p>
      <w:pPr>
        <w:spacing w:before="0" w:after="80" w:line="300" w:lineRule="auto"/>
        <w:jc w:val="left"/>
      </w:pPr>
      <w:r>
        <w:rPr>
          <w:rFonts w:ascii="Times New Roman" w:hAnsi="Times New Roman" w:eastAsia="宋体"/>
          <w:b/>
          <w:i w:val="0"/>
          <w:color w:val="333333"/>
          <w:sz w:val="19"/>
        </w:rPr>
        <w:t>Case 2:</w:t>
      </w:r>
      <w:r>
        <w:rPr>
          <w:rFonts w:ascii="Times New Roman" w:hAnsi="Times New Roman" w:eastAsia="宋体"/>
          <w:b w:val="0"/>
          <w:i w:val="0"/>
          <w:color w:val="333333"/>
          <w:sz w:val="19"/>
        </w:rPr>
        <w:t>Some pair has 2 liked songs in common</w:t>
      </w:r>
    </w:p>
    <w:p>
      <w:pPr>
        <w:spacing w:before="0" w:after="80" w:line="300" w:lineRule="auto"/>
        <w:jc w:val="left"/>
      </w:pPr>
      <w:r>
        <w:rPr>
          <w:rFonts w:ascii="Times New Roman" w:hAnsi="Times New Roman" w:eastAsia="宋体"/>
          <w:b w:val="0"/>
          <w:i w:val="0"/>
          <w:color w:val="333333"/>
          <w:sz w:val="19"/>
        </w:rPr>
        <w:t>There are 3 ways to choose the pair that has 2 liked songs in common. Then, there are C(4, 2) = 6 ways to choose which two songs they like. Finally, there are 2! =2 ways to assign the two remaining songs to the other two pairs. Thus, the number of solutions in this case is</w:t>
      </w:r>
    </w:p>
    <w:p>
      <w:pPr>
        <w:spacing w:before="0" w:after="80" w:line="300" w:lineRule="auto"/>
        <w:jc w:val="left"/>
      </w:pPr>
      <w:r>
        <w:rPr>
          <w:rFonts w:ascii="Times New Roman" w:hAnsi="Times New Roman" w:eastAsia="宋体"/>
          <w:b w:val="0"/>
          <w:i w:val="0"/>
          <w:color w:val="333333"/>
          <w:sz w:val="19"/>
        </w:rPr>
        <w:t>3· 6· 2=36</w:t>
      </w:r>
    </w:p>
    <w:p>
      <w:pPr>
        <w:spacing w:before="0" w:after="80" w:line="300" w:lineRule="auto"/>
        <w:jc w:val="left"/>
      </w:pPr>
      <w:r>
        <w:rPr>
          <w:rFonts w:ascii="Times New Roman" w:hAnsi="Times New Roman" w:eastAsia="宋体"/>
          <w:b w:val="0"/>
          <w:i w:val="0"/>
          <w:color w:val="333333"/>
          <w:sz w:val="19"/>
        </w:rPr>
        <w:t>The total amount is then 96+36 = 132.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E</w:t>
      </w:r>
    </w:p>
    <w:p>
      <w:pPr>
        <w:spacing w:before="0" w:after="80" w:line="300" w:lineRule="auto"/>
        <w:jc w:val="left"/>
      </w:pPr>
      <w:r>
        <w:rPr>
          <w:rFonts w:ascii="Times New Roman" w:hAnsi="Times New Roman" w:eastAsia="宋体"/>
          <w:b w:val="0"/>
          <w:i w:val="0"/>
          <w:sz w:val="21"/>
        </w:rPr>
        <w:t>按路径使用的反向箭头集合 S 分类。若 S=∅，路径由每一列选择一条前进边确定，共 2·2·4·4·4·2·2=2¹⁰ 条。</w:t>
      </w:r>
    </w:p>
    <w:p>
      <w:pPr>
        <w:spacing w:before="0" w:after="80" w:line="300" w:lineRule="auto"/>
        <w:jc w:val="left"/>
      </w:pPr>
      <w:r>
        <w:rPr>
          <w:rFonts w:ascii="Times New Roman" w:hAnsi="Times New Roman" w:eastAsia="宋体"/>
          <w:b w:val="0"/>
          <w:i w:val="0"/>
          <w:sz w:val="21"/>
        </w:rPr>
        <w:t>若 S 只含一个外侧反向箭头，每种外侧选择有 2⁸ 条；若含两个外侧反向箭头但不含中间箭头，有 2⁶ 条。</w:t>
      </w:r>
    </w:p>
    <w:p>
      <w:pPr>
        <w:spacing w:before="0" w:after="80" w:line="300" w:lineRule="auto"/>
        <w:jc w:val="left"/>
      </w:pPr>
      <w:r>
        <w:rPr>
          <w:rFonts w:ascii="Times New Roman" w:hAnsi="Times New Roman" w:eastAsia="宋体"/>
          <w:b w:val="0"/>
          <w:i w:val="0"/>
          <w:sz w:val="21"/>
        </w:rPr>
        <w:t>若 S 只含中间反向箭头，有 2⁹ 条；若含中间箭头和恰好一个外侧反向箭头，对每一种外侧箭头的选择都有 2⁷ 条；若三个反向箭头都使用，有 2⁵ 条。</w:t>
      </w:r>
    </w:p>
    <w:p>
      <w:pPr>
        <w:spacing w:before="0" w:after="80" w:line="300" w:lineRule="auto"/>
        <w:jc w:val="left"/>
      </w:pPr>
      <w:r>
        <w:rPr>
          <w:rFonts w:ascii="Times New Roman" w:hAnsi="Times New Roman" w:eastAsia="宋体"/>
          <w:b w:val="0"/>
          <w:i w:val="0"/>
          <w:sz w:val="21"/>
        </w:rPr>
        <w:t>总数为 2¹⁰ +2·2⁸ +2⁶ +2⁹ +2·2⁷ +2⁵=2400。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Classify a path by the set S of backward arrows it uses. If S=∅, the path is determined by choosing one forward arrow in each column, giving 2·2·4·4·4·2·2=2¹⁰ paths.</w:t>
      </w:r>
    </w:p>
    <w:p>
      <w:pPr>
        <w:spacing w:before="0" w:after="80" w:line="300" w:lineRule="auto"/>
        <w:jc w:val="left"/>
      </w:pPr>
      <w:r>
        <w:rPr>
          <w:rFonts w:ascii="Times New Roman" w:hAnsi="Times New Roman" w:eastAsia="宋体"/>
          <w:b w:val="0"/>
          <w:i w:val="0"/>
          <w:color w:val="333333"/>
          <w:sz w:val="19"/>
        </w:rPr>
        <w:t>If S uses only the left backward arrow, there are 2⁸ paths, and by symmetry the same for only the right backward arrow. If it uses both outer backward arrows but not the middle one, there are 2⁶ paths.</w:t>
      </w:r>
    </w:p>
    <w:p>
      <w:pPr>
        <w:spacing w:before="0" w:after="80" w:line="300" w:lineRule="auto"/>
        <w:jc w:val="left"/>
      </w:pPr>
      <w:r>
        <w:rPr>
          <w:rFonts w:ascii="Times New Roman" w:hAnsi="Times New Roman" w:eastAsia="宋体"/>
          <w:b w:val="0"/>
          <w:i w:val="0"/>
          <w:color w:val="333333"/>
          <w:sz w:val="19"/>
        </w:rPr>
        <w:t>If S uses only the middle backward arrow, there are 2⁹ paths. If it uses the middle arrow and exactly one outer backward arrow, there are 2⁷ paths for each choice of outer arrow. If it uses all three backward arrows, there are 2⁵ paths.</w:t>
      </w:r>
    </w:p>
    <w:p>
      <w:pPr>
        <w:spacing w:before="0" w:after="80" w:line="300" w:lineRule="auto"/>
        <w:jc w:val="left"/>
      </w:pPr>
      <w:r>
        <w:rPr>
          <w:rFonts w:ascii="Times New Roman" w:hAnsi="Times New Roman" w:eastAsia="宋体"/>
          <w:b w:val="0"/>
          <w:i w:val="0"/>
          <w:color w:val="333333"/>
          <w:sz w:val="19"/>
        </w:rPr>
        <w:t>The total is 2¹⁰ +2·2⁸ +2⁶ +2⁹ +2·2⁷ +2⁵=2400.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