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2012A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Cagney 每 20 秒给一个纸杯蛋糕涂糖霜，Lacey 每 30 秒给一个纸杯蛋糕涂糖霜。两人一起工作，5 分钟内可以给多少个纸杯蛋糕涂糖霜？</w:t>
      </w:r>
    </w:p>
    <w:p>
      <w:pPr>
        <w:spacing w:before="0" w:after="120" w:line="300" w:lineRule="auto"/>
      </w:pPr>
      <w:r>
        <w:rPr>
          <w:rFonts w:ascii="Times New Roman" w:hAnsi="Times New Roman" w:eastAsia="宋体"/>
          <w:b w:val="0"/>
          <w:i w:val="0"/>
          <w:sz w:val="21"/>
        </w:rPr>
        <w:t>（A）10　　（B）15　　（C）20　　（D）25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Cagney can frost a cupcake every 20 seconds and Lacey can frost a cupcake every 30 seconds. Working together, how many cupcakes can they frost in 5 minutes?</w:t>
      </w:r>
    </w:p>
    <w:p>
      <w:pPr>
        <w:spacing w:before="0" w:after="160" w:line="300" w:lineRule="auto"/>
      </w:pPr>
      <w:r>
        <w:rPr>
          <w:rFonts w:ascii="Times New Roman" w:hAnsi="Times New Roman" w:eastAsia="宋体"/>
          <w:b w:val="0"/>
          <w:i w:val="0"/>
          <w:color w:val="333333"/>
          <w:sz w:val="19"/>
        </w:rPr>
        <w:t>(A) 10　　(B) 15　　(C) 20　　(D) 25　　(E) 30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一个边长为 8 的正方形被切成两块全等的长方形。每个长方形的边长是多少？</w:t>
      </w:r>
    </w:p>
    <w:p>
      <w:pPr>
        <w:spacing w:before="0" w:after="120" w:line="300" w:lineRule="auto"/>
      </w:pPr>
      <w:r>
        <w:rPr>
          <w:rFonts w:ascii="Times New Roman" w:hAnsi="Times New Roman" w:eastAsia="宋体"/>
          <w:b w:val="0"/>
          <w:i w:val="0"/>
          <w:sz w:val="21"/>
        </w:rPr>
        <w:t>（A）2 乘 4　　（B）2 乘 6　　（C）2 乘 8　　（D）4 乘 4　　（E）4 乘 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square with side length 8 is cut in half, creating two congruent rectangles. What are the dimensions of one of these rectangles?</w:t>
      </w:r>
    </w:p>
    <w:p>
      <w:pPr>
        <w:spacing w:before="0" w:after="160" w:line="300" w:lineRule="auto"/>
      </w:pPr>
      <w:r>
        <w:rPr>
          <w:rFonts w:ascii="Times New Roman" w:hAnsi="Times New Roman" w:eastAsia="宋体"/>
          <w:b w:val="0"/>
          <w:i w:val="0"/>
          <w:color w:val="333333"/>
          <w:sz w:val="19"/>
        </w:rPr>
        <w:t>(A) 2 by 4　　(B) 2 by 6　　(C) 2 by 8　　(D) 4 by 4　　(E) 4 by 8</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一只小虫在数轴上爬行，起点是 -2。它先爬到 -6，然后掉头爬到 5。这只小虫一共爬了多少个单位？</w:t>
      </w:r>
    </w:p>
    <w:p>
      <w:pPr>
        <w:spacing w:before="0" w:after="120" w:line="300" w:lineRule="auto"/>
      </w:pPr>
      <w:r>
        <w:rPr>
          <w:rFonts w:ascii="Times New Roman" w:hAnsi="Times New Roman" w:eastAsia="宋体"/>
          <w:b w:val="0"/>
          <w:i w:val="0"/>
          <w:sz w:val="21"/>
        </w:rPr>
        <w:t>（A）9　　（B）11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bug crawls along a number line, starting at -2. It crawls to -6, then turns around and crawls to 5. How many units does the bug crawl altogether?</w:t>
      </w:r>
    </w:p>
    <w:p>
      <w:pPr>
        <w:spacing w:before="0" w:after="160" w:line="300" w:lineRule="auto"/>
      </w:pPr>
      <w:r>
        <w:rPr>
          <w:rFonts w:ascii="Times New Roman" w:hAnsi="Times New Roman" w:eastAsia="宋体"/>
          <w:b w:val="0"/>
          <w:i w:val="0"/>
          <w:color w:val="333333"/>
          <w:sz w:val="19"/>
        </w:rPr>
        <w:t>(A) 9　　(B) 11　　(C) 13　　(D) 14　　(E) 15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已知 ∠ ABC = 24°，∠ ABD = 20° 。∠ CBD 的最小可能度数是多少？</w:t>
      </w:r>
    </w:p>
    <w:p>
      <w:pPr>
        <w:spacing w:before="0" w:after="120" w:line="300" w:lineRule="auto"/>
      </w:pPr>
      <w:r>
        <w:rPr>
          <w:rFonts w:ascii="Times New Roman" w:hAnsi="Times New Roman" w:eastAsia="宋体"/>
          <w:b w:val="0"/>
          <w:i w:val="0"/>
          <w:sz w:val="21"/>
        </w:rPr>
        <w:t>（A）0　　（B）2　　（C）4　　（D）6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ABC = 24° and ∠ ABD = 20°. What is the smallest possible degree measure for ∠ CBD?</w:t>
      </w:r>
    </w:p>
    <w:p>
      <w:pPr>
        <w:spacing w:before="0" w:after="160" w:line="300" w:lineRule="auto"/>
      </w:pPr>
      <w:r>
        <w:rPr>
          <w:rFonts w:ascii="Times New Roman" w:hAnsi="Times New Roman" w:eastAsia="宋体"/>
          <w:b w:val="0"/>
          <w:i w:val="0"/>
          <w:color w:val="333333"/>
          <w:sz w:val="19"/>
        </w:rPr>
        <w:t>(A) 0　　(B) 2　　(C) 4　　(D) 6　　(E) 12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去年有 100 只成年猫被送到 Smallville 动物收容所，其中一半是母猫。成年母猫中有一半各带着一窝小猫，每窝平均有 4 只小猫。去年这个收容所一共收到多少只成年猫和小猫？</w:t>
      </w:r>
    </w:p>
    <w:p>
      <w:pPr>
        <w:spacing w:before="0" w:after="120" w:line="300" w:lineRule="auto"/>
      </w:pPr>
      <w:r>
        <w:rPr>
          <w:rFonts w:ascii="Times New Roman" w:hAnsi="Times New Roman" w:eastAsia="宋体"/>
          <w:b w:val="0"/>
          <w:i w:val="0"/>
          <w:sz w:val="21"/>
        </w:rPr>
        <w:t>（A）150　　（B）200　　（C）250　　（D）300　　（E）400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Last year 100 adult cats, half of whom were female, were brought into the Smallville Animal Shelter. Half of the adult female cats were accompanied by a litter of kittens. The average number of kittens per litter was 4. What was the total number of cats and kittens received by the shelter last year?</w:t>
      </w:r>
    </w:p>
    <w:p>
      <w:pPr>
        <w:spacing w:before="0" w:after="160" w:line="300" w:lineRule="auto"/>
      </w:pPr>
      <w:r>
        <w:rPr>
          <w:rFonts w:ascii="Times New Roman" w:hAnsi="Times New Roman" w:eastAsia="宋体"/>
          <w:b w:val="0"/>
          <w:i w:val="0"/>
          <w:color w:val="333333"/>
          <w:sz w:val="19"/>
        </w:rPr>
        <w:t>(A) 150　　(B) 200　　(C) 250　　(D) 300　　(E) 400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两个正数的乘积为 9。其中一个数的倒数是另一个数倒数的 4 倍。这两个数的和是多少？</w:t>
      </w:r>
    </w:p>
    <w:p>
      <w:pPr>
        <w:spacing w:before="0" w:after="120" w:line="300" w:lineRule="auto"/>
      </w:pPr>
      <w:r>
        <w:rPr>
          <w:rFonts w:ascii="Times New Roman" w:hAnsi="Times New Roman" w:eastAsia="宋体"/>
          <w:b w:val="0"/>
          <w:i w:val="0"/>
          <w:sz w:val="21"/>
        </w:rPr>
        <w:t>（A）10/3　　（B）20/3　　（C）7　　（D）15/2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of two positive numbers is 9. The reciprocal of one of these numbers is 4 times the reciprocal of the other number. What is the sum of the two numbers?</w:t>
      </w:r>
    </w:p>
    <w:p>
      <w:pPr>
        <w:spacing w:before="0" w:after="160" w:line="300" w:lineRule="auto"/>
      </w:pPr>
      <w:r>
        <w:rPr>
          <w:rFonts w:ascii="Times New Roman" w:hAnsi="Times New Roman" w:eastAsia="宋体"/>
          <w:b w:val="0"/>
          <w:i w:val="0"/>
          <w:color w:val="333333"/>
          <w:sz w:val="19"/>
        </w:rPr>
        <w:t>(A) 10/3　　(B) 20/3　　(C) 7　　(D) 15/2　　(E) 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一个袋子里有若干弹珠，其中 3/5 是蓝色的，其余是红色的。现在把红色弹珠的数量加倍，而蓝色弹珠数量不变。此时红色弹珠占全部弹珠的几分之几？</w:t>
      </w:r>
    </w:p>
    <w:p>
      <w:pPr>
        <w:spacing w:before="0" w:after="120" w:line="300" w:lineRule="auto"/>
      </w:pPr>
      <w:r>
        <w:rPr>
          <w:rFonts w:ascii="Times New Roman" w:hAnsi="Times New Roman" w:eastAsia="宋体"/>
          <w:b w:val="0"/>
          <w:i w:val="0"/>
          <w:sz w:val="21"/>
        </w:rPr>
        <w:t>（A）2/5　　（B）3/7　　（C）4/7　　（D）3/5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bag of marbles, 3/5 of the marbles are blue and the rest are red. If the number of red marbles is doubled and the number of blue marbles stays the same, what fraction of the marbles will be red?</w:t>
      </w:r>
    </w:p>
    <w:p>
      <w:pPr>
        <w:spacing w:before="0" w:after="160" w:line="300" w:lineRule="auto"/>
      </w:pPr>
      <w:r>
        <w:rPr>
          <w:rFonts w:ascii="Times New Roman" w:hAnsi="Times New Roman" w:eastAsia="宋体"/>
          <w:b w:val="0"/>
          <w:i w:val="0"/>
          <w:color w:val="333333"/>
          <w:sz w:val="19"/>
        </w:rPr>
        <w:t>(A) 2/5　　(B) 3/7　　(C) 4/7　　(D) 3/5　　(E) 4/5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三个非负整数两两相加得到的和分别为 12，17 和 19。这三个数中的中间那个数是多少？</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sums of three whole numbers taken in pairs are 12, 17, and 19. What is the middle number?</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有一对均匀的六面骰子。一枚骰子的六个面上只标有偶数，其中 2、4 和 6 各出现两次。另一枚骰子的六个面上只标有奇数，其中 1、3 和 5 各出现两次。同时掷这两枚骰子，顶面点数之和为 7 的概率是多少？</w:t>
      </w:r>
    </w:p>
    <w:p>
      <w:pPr>
        <w:spacing w:before="0" w:after="120" w:line="300" w:lineRule="auto"/>
      </w:pPr>
      <w:r>
        <w:rPr>
          <w:rFonts w:ascii="Times New Roman" w:hAnsi="Times New Roman" w:eastAsia="宋体"/>
          <w:b w:val="0"/>
          <w:i w:val="0"/>
          <w:sz w:val="21"/>
        </w:rPr>
        <w:t>（A）1/6　　（B）1/5　　（C）1/4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pair of six-sided fair dice are labeled so that one die has only even numbers (two each of 2, 4, and 6), and the other die has only odd numbers (two each of 1, 3, and 5). The pair of dice is rolled. What is the probability that the sum of the numbers on the tops of the two dice is 7?</w:t>
      </w:r>
    </w:p>
    <w:p>
      <w:pPr>
        <w:spacing w:before="0" w:after="160" w:line="300" w:lineRule="auto"/>
      </w:pPr>
      <w:r>
        <w:rPr>
          <w:rFonts w:ascii="Times New Roman" w:hAnsi="Times New Roman" w:eastAsia="宋体"/>
          <w:b w:val="0"/>
          <w:i w:val="0"/>
          <w:color w:val="333333"/>
          <w:sz w:val="19"/>
        </w:rPr>
        <w:t>(A) 1/6　　(B) 1/5　　(C) 1/4　　(D) 1/3　　(E) 1/2</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Mary 把一个圆分成 12 个扇形。这些扇形的圆心角度数都是整数，并且构成一个等差数列。最小的扇形角的度数最小可能是多少？</w:t>
      </w:r>
    </w:p>
    <w:p>
      <w:pPr>
        <w:spacing w:before="0" w:after="120" w:line="300" w:lineRule="auto"/>
      </w:pPr>
      <w:r>
        <w:rPr>
          <w:rFonts w:ascii="Times New Roman" w:hAnsi="Times New Roman" w:eastAsia="宋体"/>
          <w:b w:val="0"/>
          <w:i w:val="0"/>
          <w:sz w:val="21"/>
        </w:rPr>
        <w:t>（A）5　　（B）6　　（C）8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Mary divides a circle into 12 sectors. The central angles of these sectors, measured in degrees, are all integers and they form an arithmetic sequence. What is the degree measure of the smallest possible sector angle?</w:t>
      </w:r>
    </w:p>
    <w:p>
      <w:pPr>
        <w:spacing w:before="0" w:after="160" w:line="300" w:lineRule="auto"/>
      </w:pPr>
      <w:r>
        <w:rPr>
          <w:rFonts w:ascii="Times New Roman" w:hAnsi="Times New Roman" w:eastAsia="宋体"/>
          <w:b w:val="0"/>
          <w:i w:val="0"/>
          <w:color w:val="333333"/>
          <w:sz w:val="19"/>
        </w:rPr>
        <w:t>(A) 5　　(B) 6　　(C) 8　　(D) 10　　(E) 12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两个圆外切，圆心分别为 A 和 B，半径分别为 5 和 3。一条公共外切线与射线 AB 相交于点 C。求 BC 的长度。</w:t>
      </w:r>
    </w:p>
    <w:p>
      <w:pPr>
        <w:spacing w:before="0" w:after="120" w:line="300" w:lineRule="auto"/>
      </w:pPr>
      <w:r>
        <w:rPr>
          <w:rFonts w:ascii="Times New Roman" w:hAnsi="Times New Roman" w:eastAsia="宋体"/>
          <w:b w:val="0"/>
          <w:i w:val="0"/>
          <w:sz w:val="21"/>
        </w:rPr>
        <w:t>（A）4　　（B）4.8　　（C）10.2　　（D）12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Externally tangent circles with centers at points A and B have radii of lengths 5 and 3, respectively. A line externally tangent to both circles intersects ray AB at point C. What is BC?</w:t>
      </w:r>
    </w:p>
    <w:p>
      <w:pPr>
        <w:spacing w:before="0" w:after="160" w:line="300" w:lineRule="auto"/>
      </w:pPr>
      <w:r>
        <w:rPr>
          <w:rFonts w:ascii="Times New Roman" w:hAnsi="Times New Roman" w:eastAsia="宋体"/>
          <w:b w:val="0"/>
          <w:i w:val="0"/>
          <w:color w:val="333333"/>
          <w:sz w:val="19"/>
        </w:rPr>
        <w:t>(A) 4　　(B) 4.8　　(C) 10.2　　(D) 12　　(E) 14.4</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根据闰年规则，年份能被 400 整除就是闰年，例如 2000 年；或者能被 4 整除但不能被 100 整除也是闰年，例如 2012 年。Charles Dickens 诞辰 200 周年的庆祝日是 2012 年二月 7 日，星期二。他出生那天是星期几？</w:t>
      </w:r>
    </w:p>
    <w:p>
      <w:pPr>
        <w:spacing w:before="0" w:after="120" w:line="300" w:lineRule="auto"/>
      </w:pPr>
      <w:r>
        <w:rPr>
          <w:rFonts w:ascii="Times New Roman" w:hAnsi="Times New Roman" w:eastAsia="宋体"/>
          <w:b w:val="0"/>
          <w:i w:val="0"/>
          <w:sz w:val="21"/>
        </w:rPr>
        <w:t>（A）星期五　　（B）星期六　　（C）星期日　　（D）星期一　　（E）星期二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year is a leap year if and only if the year number is divisible by 400 (such as 2000) or is divisible by 4 but not 100 (such as 2012). The 200th anniversary of the birth of novelist Charles Dickens was celebrated on February 7, 2012, a Tuesday. On what day of the week was Dickens born?</w:t>
      </w:r>
    </w:p>
    <w:p>
      <w:pPr>
        <w:spacing w:before="0" w:after="160" w:line="300" w:lineRule="auto"/>
      </w:pPr>
      <w:r>
        <w:rPr>
          <w:rFonts w:ascii="Times New Roman" w:hAnsi="Times New Roman" w:eastAsia="宋体"/>
          <w:b w:val="0"/>
          <w:i w:val="0"/>
          <w:color w:val="333333"/>
          <w:sz w:val="19"/>
        </w:rPr>
        <w:t>(A) Friday　　(B) Saturday　　(C) Sunday　　(D) Monday　　(E) Tuesday</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数 1、2、3、4 和 5 的</w:t>
      </w:r>
      <w:r>
        <w:rPr>
          <w:rFonts w:ascii="Times New Roman" w:hAnsi="Times New Roman" w:eastAsia="宋体"/>
          <w:b w:val="0"/>
          <w:i/>
          <w:sz w:val="21"/>
        </w:rPr>
        <w:t>迭代平均数</w:t>
      </w:r>
      <w:r>
        <w:rPr>
          <w:rFonts w:ascii="Times New Roman" w:hAnsi="Times New Roman" w:eastAsia="宋体"/>
          <w:b w:val="0"/>
          <w:i w:val="0"/>
          <w:sz w:val="21"/>
        </w:rPr>
        <w:t>按如下方式计算。把这五个数按某种顺序排列。先求前两个数的平均数，再求它与第三个数的平均数，然后求所得结果与第四个数的平均数，最后求所得结果与第五个数的平均数。用这个过程能得到的最大可能值与最小可能值之差是多少？</w:t>
      </w:r>
    </w:p>
    <w:p>
      <w:pPr>
        <w:spacing w:before="0" w:after="120" w:line="300" w:lineRule="auto"/>
      </w:pPr>
      <w:r>
        <w:rPr>
          <w:rFonts w:ascii="Times New Roman" w:hAnsi="Times New Roman" w:eastAsia="宋体"/>
          <w:b w:val="0"/>
          <w:i w:val="0"/>
          <w:sz w:val="21"/>
        </w:rPr>
        <w:t>（A）31/16　　（B）2　　（C）17/8　　（D）3　　（E）65/16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w:t>
      </w:r>
      <w:r>
        <w:rPr>
          <w:rFonts w:ascii="Times New Roman" w:hAnsi="Times New Roman" w:eastAsia="宋体"/>
          <w:b w:val="0"/>
          <w:i/>
          <w:color w:val="333333"/>
          <w:sz w:val="19"/>
        </w:rPr>
        <w:t>iterative average</w:t>
      </w:r>
      <w:r>
        <w:rPr>
          <w:rFonts w:ascii="Times New Roman" w:hAnsi="Times New Roman" w:eastAsia="宋体"/>
          <w:b w:val="0"/>
          <w:i w:val="0"/>
          <w:color w:val="333333"/>
          <w:sz w:val="19"/>
        </w:rPr>
        <w:t>of the numbers 1, 2, 3, 4, and 5 is computed the following way. Arrange the five numbers in some order. Find the mean of the first two numbers, then find the mean of that with the third number, then the mean of that with the fourth number, and finally the mean of that with the fifth number. What is the difference between the largest and smallest possible values that can be obtained using this procedure?</w:t>
      </w:r>
    </w:p>
    <w:p>
      <w:pPr>
        <w:spacing w:before="0" w:after="160" w:line="300" w:lineRule="auto"/>
      </w:pPr>
      <w:r>
        <w:rPr>
          <w:rFonts w:ascii="Times New Roman" w:hAnsi="Times New Roman" w:eastAsia="宋体"/>
          <w:b w:val="0"/>
          <w:i w:val="0"/>
          <w:color w:val="333333"/>
          <w:sz w:val="19"/>
        </w:rPr>
        <w:t>(A) 31/16　　(B) 2　　(C) 17/8　　(D) 3　　(E) 65/16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Chubby 制作每边有 31 个方格的非标准棋盘。棋盘的四个角都是黑格，并且每一行、每一列都红黑相间。这样的棋盘上有多少个黑格？</w:t>
      </w:r>
    </w:p>
    <w:p>
      <w:pPr>
        <w:spacing w:before="0" w:after="120" w:line="300" w:lineRule="auto"/>
      </w:pPr>
      <w:r>
        <w:rPr>
          <w:rFonts w:ascii="Times New Roman" w:hAnsi="Times New Roman" w:eastAsia="宋体"/>
          <w:b w:val="0"/>
          <w:i w:val="0"/>
          <w:sz w:val="21"/>
        </w:rPr>
        <w:t>（A）480　　（B）481　　（C）482　　（D）483　　（E）484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Chubby makes nonstandard checkerboards that have 31 squares on each side. The checkerboards have a black square in every corner and alternate red and black squares along every row and column. How many black squares are there on such a checkerboard?</w:t>
      </w:r>
    </w:p>
    <w:p>
      <w:pPr>
        <w:spacing w:before="0" w:after="160" w:line="300" w:lineRule="auto"/>
      </w:pPr>
      <w:r>
        <w:rPr>
          <w:rFonts w:ascii="Times New Roman" w:hAnsi="Times New Roman" w:eastAsia="宋体"/>
          <w:b w:val="0"/>
          <w:i w:val="0"/>
          <w:color w:val="333333"/>
          <w:sz w:val="19"/>
        </w:rPr>
        <w:t>(A) 480　　(B) 481　　(C) 482　　(D) 483　　(E) 484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下图由三个单位正方形和两条线段组成。求 △ ABC 的面积。</w:t>
      </w:r>
    </w:p>
    <w:p>
      <w:pPr>
        <w:spacing w:before="80" w:after="80"/>
        <w:jc w:val="center"/>
      </w:pPr>
      <w:r>
        <w:drawing>
          <wp:inline xmlns:a="http://schemas.openxmlformats.org/drawingml/2006/main" xmlns:pic="http://schemas.openxmlformats.org/drawingml/2006/picture">
            <wp:extent cx="1272067" cy="1332580"/>
            <wp:docPr id="1" name="Picture 1"/>
            <wp:cNvGraphicFramePr>
              <a:graphicFrameLocks noChangeAspect="1"/>
            </wp:cNvGraphicFramePr>
            <a:graphic>
              <a:graphicData uri="http://schemas.openxmlformats.org/drawingml/2006/picture">
                <pic:pic>
                  <pic:nvPicPr>
                    <pic:cNvPr id="0" name="q15-1@300dpi.png"/>
                    <pic:cNvPicPr/>
                  </pic:nvPicPr>
                  <pic:blipFill>
                    <a:blip r:embed="rId9"/>
                    <a:stretch>
                      <a:fillRect/>
                    </a:stretch>
                  </pic:blipFill>
                  <pic:spPr>
                    <a:xfrm>
                      <a:off x="0" y="0"/>
                      <a:ext cx="1272067" cy="1332580"/>
                    </a:xfrm>
                    <a:prstGeom prst="rect"/>
                  </pic:spPr>
                </pic:pic>
              </a:graphicData>
            </a:graphic>
          </wp:inline>
        </w:drawing>
      </w:r>
    </w:p>
    <w:p>
      <w:pPr>
        <w:spacing w:before="0" w:after="120" w:line="300" w:lineRule="auto"/>
      </w:pPr>
      <w:r>
        <w:rPr>
          <w:rFonts w:ascii="Times New Roman" w:hAnsi="Times New Roman" w:eastAsia="宋体"/>
          <w:b w:val="0"/>
          <w:i w:val="0"/>
          <w:sz w:val="21"/>
        </w:rPr>
        <w:t>（A）1/6　　（B）1/5　　（C）2/9　　（D）1/3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unit squares and two line segments connecting two pairs of vertices are shown. What is the area of △ ABC?</w:t>
      </w:r>
    </w:p>
    <w:p>
      <w:pPr>
        <w:spacing w:before="80" w:after="80"/>
        <w:jc w:val="center"/>
      </w:pPr>
      <w:r>
        <w:drawing>
          <wp:inline xmlns:a="http://schemas.openxmlformats.org/drawingml/2006/main" xmlns:pic="http://schemas.openxmlformats.org/drawingml/2006/picture">
            <wp:extent cx="1272067" cy="1332580"/>
            <wp:docPr id="2" name="Picture 2"/>
            <wp:cNvGraphicFramePr>
              <a:graphicFrameLocks noChangeAspect="1"/>
            </wp:cNvGraphicFramePr>
            <a:graphic>
              <a:graphicData uri="http://schemas.openxmlformats.org/drawingml/2006/picture">
                <pic:pic>
                  <pic:nvPicPr>
                    <pic:cNvPr id="0" name="q15-1@300dpi.png"/>
                    <pic:cNvPicPr/>
                  </pic:nvPicPr>
                  <pic:blipFill>
                    <a:blip r:embed="rId9"/>
                    <a:stretch>
                      <a:fillRect/>
                    </a:stretch>
                  </pic:blipFill>
                  <pic:spPr>
                    <a:xfrm>
                      <a:off x="0" y="0"/>
                      <a:ext cx="1272067" cy="133258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1/5　　(C) 2/9　　(D) 1/3　　(E) (√(2))/4</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三名跑步者同时从一条 500 米环形跑道的同一点出发，沿顺时针方向跑。他们的速度分别为每秒 4.4，4.8 和 5.0 米。三人第一次再次同时相遇时，他们已经跑了多少秒？</w:t>
      </w:r>
    </w:p>
    <w:p>
      <w:pPr>
        <w:spacing w:before="0" w:after="120" w:line="300" w:lineRule="auto"/>
      </w:pPr>
      <w:r>
        <w:rPr>
          <w:rFonts w:ascii="Times New Roman" w:hAnsi="Times New Roman" w:eastAsia="宋体"/>
          <w:b w:val="0"/>
          <w:i w:val="0"/>
          <w:sz w:val="21"/>
        </w:rPr>
        <w:t>（A）1,000　　（B）1,250　　（C）2,500　　（D）5,000　　（E）10,000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runners start running simultaneously from the same point on a 500-meter circular track. They each run clockwise around the course maintaining constant speeds of 4.4, 4.8, and 5.0 meters per second. The runners stop once they are all together again somewhere on the circular course. How many seconds do the runners run?</w:t>
      </w:r>
    </w:p>
    <w:p>
      <w:pPr>
        <w:spacing w:before="0" w:after="160" w:line="300" w:lineRule="auto"/>
      </w:pPr>
      <w:r>
        <w:rPr>
          <w:rFonts w:ascii="Times New Roman" w:hAnsi="Times New Roman" w:eastAsia="宋体"/>
          <w:b w:val="0"/>
          <w:i w:val="0"/>
          <w:color w:val="333333"/>
          <w:sz w:val="19"/>
        </w:rPr>
        <w:t>(A) 1,000　　(B) 1,250　　(C) 2,500　　(D) 5,000　　(E) 10,000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整数 a 和 b 互质，满足 a &gt; b &gt; 0，且</w:t>
      </w:r>
    </w:p>
    <w:p>
      <w:pPr>
        <w:spacing w:before="0" w:after="80" w:line="300" w:lineRule="auto"/>
        <w:jc w:val="left"/>
      </w:pPr>
      <w:r>
        <w:rPr>
          <w:rFonts w:ascii="Times New Roman" w:hAnsi="Times New Roman" w:eastAsia="宋体"/>
          <w:b w:val="0"/>
          <w:i w:val="0"/>
          <w:sz w:val="21"/>
        </w:rPr>
        <w:t>a³-b³/((a-b)³) = 73/3。</w:t>
      </w:r>
    </w:p>
    <w:p>
      <w:pPr>
        <w:spacing w:before="0" w:after="80" w:line="300" w:lineRule="auto"/>
        <w:jc w:val="left"/>
      </w:pPr>
      <w:r>
        <w:rPr>
          <w:rFonts w:ascii="Times New Roman" w:hAnsi="Times New Roman" w:eastAsia="宋体"/>
          <w:b w:val="0"/>
          <w:i w:val="0"/>
          <w:sz w:val="21"/>
        </w:rPr>
        <w:t>求 a-b。</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and b be relatively prime integers with a &gt; b &gt; 0 and</w:t>
      </w:r>
    </w:p>
    <w:p>
      <w:pPr>
        <w:spacing w:before="0" w:after="80" w:line="300" w:lineRule="auto"/>
        <w:jc w:val="left"/>
      </w:pPr>
      <w:r>
        <w:rPr>
          <w:rFonts w:ascii="Times New Roman" w:hAnsi="Times New Roman" w:eastAsia="宋体"/>
          <w:b w:val="0"/>
          <w:i w:val="0"/>
          <w:color w:val="333333"/>
          <w:sz w:val="19"/>
        </w:rPr>
        <w:t>a³-b³/((a-b)³) = 73/3.</w:t>
      </w:r>
    </w:p>
    <w:p>
      <w:pPr>
        <w:spacing w:before="0" w:after="80" w:line="300" w:lineRule="auto"/>
        <w:jc w:val="left"/>
      </w:pPr>
      <w:r>
        <w:rPr>
          <w:rFonts w:ascii="Times New Roman" w:hAnsi="Times New Roman" w:eastAsia="宋体"/>
          <w:b w:val="0"/>
          <w:i w:val="0"/>
          <w:color w:val="333333"/>
          <w:sz w:val="19"/>
        </w:rPr>
        <w:t>What is a-b?</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图中的闭合曲线由 9 段全等圆弧组成，每段圆弧长为 2π/3，每段对应圆的圆心都是边长为 2 的正六边形的某个顶点。该闭合曲线围成的面积是多少？</w:t>
      </w:r>
    </w:p>
    <w:p>
      <w:pPr>
        <w:spacing w:before="80" w:after="80"/>
        <w:jc w:val="center"/>
      </w:pPr>
      <w:r>
        <w:drawing>
          <wp:inline xmlns:a="http://schemas.openxmlformats.org/drawingml/2006/main" xmlns:pic="http://schemas.openxmlformats.org/drawingml/2006/picture">
            <wp:extent cx="1249842" cy="1210513"/>
            <wp:docPr id="3" name="Picture 3"/>
            <wp:cNvGraphicFramePr>
              <a:graphicFrameLocks noChangeAspect="1"/>
            </wp:cNvGraphicFramePr>
            <a:graphic>
              <a:graphicData uri="http://schemas.openxmlformats.org/drawingml/2006/picture">
                <pic:pic>
                  <pic:nvPicPr>
                    <pic:cNvPr id="0" name="q18-1@300dpi.png"/>
                    <pic:cNvPicPr/>
                  </pic:nvPicPr>
                  <pic:blipFill>
                    <a:blip r:embed="rId10"/>
                    <a:stretch>
                      <a:fillRect/>
                    </a:stretch>
                  </pic:blipFill>
                  <pic:spPr>
                    <a:xfrm>
                      <a:off x="0" y="0"/>
                      <a:ext cx="1249842" cy="1210513"/>
                    </a:xfrm>
                    <a:prstGeom prst="rect"/>
                  </pic:spPr>
                </pic:pic>
              </a:graphicData>
            </a:graphic>
          </wp:inline>
        </w:drawing>
      </w:r>
    </w:p>
    <w:p>
      <w:pPr>
        <w:spacing w:before="0" w:after="120" w:line="300" w:lineRule="auto"/>
      </w:pPr>
      <w:r>
        <w:rPr>
          <w:rFonts w:ascii="Times New Roman" w:hAnsi="Times New Roman" w:eastAsia="宋体"/>
          <w:b w:val="0"/>
          <w:i w:val="0"/>
          <w:sz w:val="21"/>
        </w:rPr>
        <w:t>（A）2π+6　　（B）2π+4√(3)　　（C）3π+4　　（D）2π+3√(3)+2　　（E）π+6√(3)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closed curve in the figure is made up of 9 congruent circular arcs each of length 2π/3, where each of the centers of the corresponding circles is among the vertices of a regular hexagon of side 2. What is the area enclosed by the curve?</w:t>
      </w:r>
    </w:p>
    <w:p>
      <w:pPr>
        <w:spacing w:before="80" w:after="80"/>
        <w:jc w:val="center"/>
      </w:pPr>
      <w:r>
        <w:drawing>
          <wp:inline xmlns:a="http://schemas.openxmlformats.org/drawingml/2006/main" xmlns:pic="http://schemas.openxmlformats.org/drawingml/2006/picture">
            <wp:extent cx="1249842" cy="1210513"/>
            <wp:docPr id="4" name="Picture 4"/>
            <wp:cNvGraphicFramePr>
              <a:graphicFrameLocks noChangeAspect="1"/>
            </wp:cNvGraphicFramePr>
            <a:graphic>
              <a:graphicData uri="http://schemas.openxmlformats.org/drawingml/2006/picture">
                <pic:pic>
                  <pic:nvPicPr>
                    <pic:cNvPr id="0" name="q18-1@300dpi.png"/>
                    <pic:cNvPicPr/>
                  </pic:nvPicPr>
                  <pic:blipFill>
                    <a:blip r:embed="rId10"/>
                    <a:stretch>
                      <a:fillRect/>
                    </a:stretch>
                  </pic:blipFill>
                  <pic:spPr>
                    <a:xfrm>
                      <a:off x="0" y="0"/>
                      <a:ext cx="1249842" cy="121051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2π+6　　(B) 2π+4√(3)　　(C) 3π+4　　(D) 2π+3√(3)+2　　(E) π+6√(3)</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油漆工 Paula 和她的两名助手各自以固定但不同的速度刷漆。他们总是上午 8:00 开始工作，并且三人每天午餐休息的时间相同。</w:t>
      </w:r>
    </w:p>
    <w:p>
      <w:pPr>
        <w:spacing w:before="0" w:after="80" w:line="300" w:lineRule="auto"/>
        <w:jc w:val="left"/>
      </w:pPr>
      <w:r>
        <w:rPr>
          <w:rFonts w:ascii="Times New Roman" w:hAnsi="Times New Roman" w:eastAsia="宋体"/>
          <w:b w:val="0"/>
          <w:i w:val="0"/>
          <w:sz w:val="21"/>
        </w:rPr>
        <w:t>星期一，三人一起刷完了一栋房子的 50%，并在下午 4:00 停工。星期二，Paula 不在，两名助手只刷完了房子的 24%，并在下午 2:12 停工。星期三，Paula 独自工作，到晚上 7:12 完成整栋房子。</w:t>
      </w:r>
    </w:p>
    <w:p>
      <w:pPr>
        <w:spacing w:before="0" w:after="80" w:line="300" w:lineRule="auto"/>
        <w:jc w:val="left"/>
      </w:pPr>
      <w:r>
        <w:rPr>
          <w:rFonts w:ascii="Times New Roman" w:hAnsi="Times New Roman" w:eastAsia="宋体"/>
          <w:b w:val="0"/>
          <w:i w:val="0"/>
          <w:sz w:val="21"/>
        </w:rPr>
        <w:t>每天的午餐休息是多少分钟？</w:t>
      </w:r>
    </w:p>
    <w:p>
      <w:pPr>
        <w:spacing w:before="0" w:after="120" w:line="300" w:lineRule="auto"/>
      </w:pPr>
      <w:r>
        <w:rPr>
          <w:rFonts w:ascii="Times New Roman" w:hAnsi="Times New Roman" w:eastAsia="宋体"/>
          <w:b w:val="0"/>
          <w:i w:val="0"/>
          <w:sz w:val="21"/>
        </w:rPr>
        <w:t>（A）30　　（B）36　　（C）42　　（D）48　　（E）60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Paula the painter and her two helpers each paint at constant, but different, rates. They always start at 8:00 AM, and all three always take the same amount of time to eat lunch.</w:t>
      </w:r>
    </w:p>
    <w:p>
      <w:pPr>
        <w:spacing w:before="0" w:after="80" w:line="300" w:lineRule="auto"/>
        <w:jc w:val="left"/>
      </w:pPr>
      <w:r>
        <w:rPr>
          <w:rFonts w:ascii="Times New Roman" w:hAnsi="Times New Roman" w:eastAsia="宋体"/>
          <w:b w:val="0"/>
          <w:i w:val="0"/>
          <w:color w:val="333333"/>
          <w:sz w:val="19"/>
        </w:rPr>
        <w:t>On Monday the three of them painted 50% of a house, quitting at 4:00 PM. On Tuesday, when Paula wasn’t there, the two helpers painted only 24% of the house and quit at 2:12 PM. On Wednesday Paula worked by herself and finished the house by working until 7:12 P.M.</w:t>
      </w:r>
    </w:p>
    <w:p>
      <w:pPr>
        <w:spacing w:before="0" w:after="80" w:line="300" w:lineRule="auto"/>
        <w:jc w:val="left"/>
      </w:pPr>
      <w:r>
        <w:rPr>
          <w:rFonts w:ascii="Times New Roman" w:hAnsi="Times New Roman" w:eastAsia="宋体"/>
          <w:b w:val="0"/>
          <w:i w:val="0"/>
          <w:color w:val="333333"/>
          <w:sz w:val="19"/>
        </w:rPr>
        <w:t>How long, in minutes, was each day’s lunch break?</w:t>
      </w:r>
    </w:p>
    <w:p>
      <w:pPr>
        <w:spacing w:before="0" w:after="160" w:line="300" w:lineRule="auto"/>
      </w:pPr>
      <w:r>
        <w:rPr>
          <w:rFonts w:ascii="Times New Roman" w:hAnsi="Times New Roman" w:eastAsia="宋体"/>
          <w:b w:val="0"/>
          <w:i w:val="0"/>
          <w:color w:val="333333"/>
          <w:sz w:val="19"/>
        </w:rPr>
        <w:t>(A) 30　　(B) 36　　(C) 42　　(D) 48　　(E) 60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 3 × 3 的正方形被分成 9 个单位小方格。每个小方格独立随机地染成白色或黑色，两种颜色的可能性相同。</w:t>
      </w:r>
    </w:p>
    <w:p>
      <w:pPr>
        <w:spacing w:before="0" w:after="80" w:line="300" w:lineRule="auto"/>
        <w:jc w:val="left"/>
      </w:pPr>
      <w:r>
        <w:rPr>
          <w:rFonts w:ascii="Times New Roman" w:hAnsi="Times New Roman" w:eastAsia="宋体"/>
          <w:b w:val="0"/>
          <w:i w:val="0"/>
          <w:sz w:val="21"/>
        </w:rPr>
        <w:t>然后把整个正方形绕中心顺时针旋转 90°，并把每个位于原来黑格位置上的白格染成黑色，其余方格的颜色都保持不变。最终整个网格全为黑色的概率是多少？</w:t>
      </w:r>
    </w:p>
    <w:p>
      <w:pPr>
        <w:spacing w:before="0" w:after="120" w:line="300" w:lineRule="auto"/>
      </w:pPr>
      <w:r>
        <w:rPr>
          <w:rFonts w:ascii="Times New Roman" w:hAnsi="Times New Roman" w:eastAsia="宋体"/>
          <w:b w:val="0"/>
          <w:i w:val="0"/>
          <w:sz w:val="21"/>
        </w:rPr>
        <w:t>（A）49/512　　（B）7/64　　（C）121/1024　　（D）81/512　　（E）9/32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3 × 3 square is partitioned into 9 unit squares. Each unit square is painted either white or black with each color being equally likely, chosen independently and at random.</w:t>
      </w:r>
    </w:p>
    <w:p>
      <w:pPr>
        <w:spacing w:before="0" w:after="80" w:line="300" w:lineRule="auto"/>
        <w:jc w:val="left"/>
      </w:pPr>
      <w:r>
        <w:rPr>
          <w:rFonts w:ascii="Times New Roman" w:hAnsi="Times New Roman" w:eastAsia="宋体"/>
          <w:b w:val="0"/>
          <w:i w:val="0"/>
          <w:color w:val="333333"/>
          <w:sz w:val="19"/>
        </w:rPr>
        <w:t>The square is then rotated 90° clockwise about its center, and every white square in a position formerly occupied by a black square is painted black. The colors of all other squares are left unchanged. What is the probability the grid is now entirely black?</w:t>
      </w:r>
    </w:p>
    <w:p>
      <w:pPr>
        <w:spacing w:before="0" w:after="160" w:line="300" w:lineRule="auto"/>
      </w:pPr>
      <w:r>
        <w:rPr>
          <w:rFonts w:ascii="Times New Roman" w:hAnsi="Times New Roman" w:eastAsia="宋体"/>
          <w:b w:val="0"/>
          <w:i w:val="0"/>
          <w:color w:val="333333"/>
          <w:sz w:val="19"/>
        </w:rPr>
        <w:t>(A) 49/512　　(B) 7/64　　(C) 121/1024　　(D) 81/512　　(E) 9/32</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设点 A=(0,0,0)、B=(1,0,0)、C=(0,2,0) 和 D=(0,0,3)。点 E、F、G 和 H 分别是线段 BD， AB， AC 和 DC 的中点。求四边形 EFGH 的面积。</w:t>
      </w:r>
    </w:p>
    <w:p>
      <w:pPr>
        <w:spacing w:before="0" w:after="120" w:line="300" w:lineRule="auto"/>
      </w:pPr>
      <w:r>
        <w:rPr>
          <w:rFonts w:ascii="Times New Roman" w:hAnsi="Times New Roman" w:eastAsia="宋体"/>
          <w:b w:val="0"/>
          <w:i w:val="0"/>
          <w:sz w:val="21"/>
        </w:rPr>
        <w:t>（A）√(2)　　（B）(2√(5))/3　　（C）(3√(5))/4　　（D）√(3)　　（E）(2√(7))/3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points A=(0,0,0), B=(1,0,0), C=(0,2,0), and D=(0,0,3). Points E, F, G, and H are midpoints of line segments BD, AB, AC, and DC respectively. What is the area of EFGH?</w:t>
      </w:r>
    </w:p>
    <w:p>
      <w:pPr>
        <w:spacing w:before="0" w:after="160" w:line="300" w:lineRule="auto"/>
      </w:pPr>
      <w:r>
        <w:rPr>
          <w:rFonts w:ascii="Times New Roman" w:hAnsi="Times New Roman" w:eastAsia="宋体"/>
          <w:b w:val="0"/>
          <w:i w:val="0"/>
          <w:color w:val="333333"/>
          <w:sz w:val="19"/>
        </w:rPr>
        <w:t>(A) √(2)　　(B) (2√(5))/3　　(C) (3√(5))/4　　(D) √(3)　　(E) (2√(7))/3</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前 m 个正奇数的和比前 n 个正偶数的和多 212。所有可能的 n 的和是多少？</w:t>
      </w:r>
    </w:p>
    <w:p>
      <w:pPr>
        <w:spacing w:before="0" w:after="120" w:line="300" w:lineRule="auto"/>
      </w:pPr>
      <w:r>
        <w:rPr>
          <w:rFonts w:ascii="Times New Roman" w:hAnsi="Times New Roman" w:eastAsia="宋体"/>
          <w:b w:val="0"/>
          <w:i w:val="0"/>
          <w:sz w:val="21"/>
        </w:rPr>
        <w:t>（A）255　　（B）256　　（C）257　　（D）258　　（E）259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first m positive odd integers is 212 more than the sum of the first n positive even integers. What is the sum of all possible values of n?</w:t>
      </w:r>
    </w:p>
    <w:p>
      <w:pPr>
        <w:spacing w:before="0" w:after="160" w:line="300" w:lineRule="auto"/>
      </w:pPr>
      <w:r>
        <w:rPr>
          <w:rFonts w:ascii="Times New Roman" w:hAnsi="Times New Roman" w:eastAsia="宋体"/>
          <w:b w:val="0"/>
          <w:i w:val="0"/>
          <w:color w:val="333333"/>
          <w:sz w:val="19"/>
        </w:rPr>
        <w:t>(A) 255　　(B) 256　　(C) 257　　(D) 258　　(E) 259</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Adam、Benin、Chiang、Deshawn、Esther 和 Fiona 都有网络账号。在这六个人之间，有些但不是所有人互为好友；他们没有小组外的好友。若每个人的好友数都相同，则可能的好友关系图共有多少种？</w:t>
      </w:r>
    </w:p>
    <w:p>
      <w:pPr>
        <w:spacing w:before="0" w:after="120" w:line="300" w:lineRule="auto"/>
      </w:pPr>
      <w:r>
        <w:rPr>
          <w:rFonts w:ascii="Times New Roman" w:hAnsi="Times New Roman" w:eastAsia="宋体"/>
          <w:b w:val="0"/>
          <w:i w:val="0"/>
          <w:sz w:val="21"/>
        </w:rPr>
        <w:t>（A）60　　（B）170　　（C）290　　（D）320　　（E）660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Adam, Benin, Chiang, Deshawn, Esther, and Fiona have internet accounts. Some, but not all, of them are internet friends with each other, and none of them has an internet friend outside this group. Each of them has the same number of internet friends. In how many different ways can this happen?</w:t>
      </w:r>
    </w:p>
    <w:p>
      <w:pPr>
        <w:spacing w:before="0" w:after="160" w:line="300" w:lineRule="auto"/>
      </w:pPr>
      <w:r>
        <w:rPr>
          <w:rFonts w:ascii="Times New Roman" w:hAnsi="Times New Roman" w:eastAsia="宋体"/>
          <w:b w:val="0"/>
          <w:i w:val="0"/>
          <w:color w:val="333333"/>
          <w:sz w:val="19"/>
        </w:rPr>
        <w:t>(A) 60　　(B) 170　　(C) 290　　(D) 320　　(E) 660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正整数 a、b 和 c 满足 a≥ b≥ c，且</w:t>
      </w:r>
    </w:p>
    <w:p>
      <w:pPr>
        <w:spacing w:before="0" w:after="80" w:line="300" w:lineRule="auto"/>
        <w:jc w:val="left"/>
      </w:pPr>
      <w:r>
        <w:rPr>
          <w:rFonts w:ascii="Times New Roman" w:hAnsi="Times New Roman" w:eastAsia="宋体"/>
          <w:b w:val="0"/>
          <w:i w:val="0"/>
          <w:sz w:val="21"/>
        </w:rPr>
        <w:t>a²-b²-c²+ab=2011</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a²+3b²+3c²-3ab-2ac-2bc</w:t>
      </w:r>
    </w:p>
    <w:p>
      <w:pPr>
        <w:spacing w:before="0" w:after="80" w:line="300" w:lineRule="auto"/>
        <w:jc w:val="left"/>
      </w:pPr>
      <w:r>
        <w:rPr>
          <w:rFonts w:ascii="Times New Roman" w:hAnsi="Times New Roman" w:eastAsia="宋体"/>
          <w:b w:val="0"/>
          <w:i w:val="0"/>
          <w:sz w:val="21"/>
        </w:rPr>
        <w:t>=-1997。</w:t>
      </w:r>
    </w:p>
    <w:p>
      <w:pPr>
        <w:spacing w:before="0" w:after="80" w:line="300" w:lineRule="auto"/>
        <w:jc w:val="left"/>
      </w:pPr>
      <w:r>
        <w:rPr>
          <w:rFonts w:ascii="Times New Roman" w:hAnsi="Times New Roman" w:eastAsia="宋体"/>
          <w:b w:val="0"/>
          <w:i w:val="0"/>
          <w:sz w:val="21"/>
        </w:rPr>
        <w:t>求 a。</w:t>
      </w:r>
    </w:p>
    <w:p>
      <w:pPr>
        <w:spacing w:before="0" w:after="120" w:line="300" w:lineRule="auto"/>
      </w:pPr>
      <w:r>
        <w:rPr>
          <w:rFonts w:ascii="Times New Roman" w:hAnsi="Times New Roman" w:eastAsia="宋体"/>
          <w:b w:val="0"/>
          <w:i w:val="0"/>
          <w:sz w:val="21"/>
        </w:rPr>
        <w:t>（A）249　　（B）250　　（C）251　　（D）252　　（E）253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and c be positive integers with a≥ b≥ c such that</w:t>
      </w:r>
    </w:p>
    <w:p>
      <w:pPr>
        <w:spacing w:before="0" w:after="80" w:line="300" w:lineRule="auto"/>
        <w:jc w:val="left"/>
      </w:pPr>
      <w:r>
        <w:rPr>
          <w:rFonts w:ascii="Times New Roman" w:hAnsi="Times New Roman" w:eastAsia="宋体"/>
          <w:b w:val="0"/>
          <w:i w:val="0"/>
          <w:color w:val="333333"/>
          <w:sz w:val="19"/>
        </w:rPr>
        <w:t>a²-b²-c²+ab=2011</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a²+3b²+3c²-3ab-2ac-2bc</w:t>
      </w:r>
    </w:p>
    <w:p>
      <w:pPr>
        <w:spacing w:before="0" w:after="80" w:line="300" w:lineRule="auto"/>
        <w:jc w:val="left"/>
      </w:pPr>
      <w:r>
        <w:rPr>
          <w:rFonts w:ascii="Times New Roman" w:hAnsi="Times New Roman" w:eastAsia="宋体"/>
          <w:b w:val="0"/>
          <w:i w:val="0"/>
          <w:color w:val="333333"/>
          <w:sz w:val="19"/>
        </w:rPr>
        <w:t>=-1997.</w:t>
      </w:r>
    </w:p>
    <w:p>
      <w:pPr>
        <w:spacing w:before="0" w:after="80" w:line="300" w:lineRule="auto"/>
        <w:jc w:val="left"/>
      </w:pPr>
      <w:r>
        <w:rPr>
          <w:rFonts w:ascii="Times New Roman" w:hAnsi="Times New Roman" w:eastAsia="宋体"/>
          <w:b w:val="0"/>
          <w:i w:val="0"/>
          <w:color w:val="333333"/>
          <w:sz w:val="19"/>
        </w:rPr>
        <w:t>What is a?</w:t>
      </w:r>
    </w:p>
    <w:p>
      <w:pPr>
        <w:spacing w:before="0" w:after="160" w:line="300" w:lineRule="auto"/>
      </w:pPr>
      <w:r>
        <w:rPr>
          <w:rFonts w:ascii="Times New Roman" w:hAnsi="Times New Roman" w:eastAsia="宋体"/>
          <w:b w:val="0"/>
          <w:i w:val="0"/>
          <w:color w:val="333333"/>
          <w:sz w:val="19"/>
        </w:rPr>
        <w:t>(A) 249　　(B) 250　　(C) 251　　(D) 252　　(E) 253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实数 x、y 和 z 独立且均匀地从区间 [0,n] 中随机选取，其中 n 是某个正整数。x、y 和 z 中任意两个数的距离都不小于 1 的概率超过 1/2。满足条件的最小 n 是多少？</w:t>
      </w:r>
    </w:p>
    <w:p>
      <w:pPr>
        <w:spacing w:before="0" w:after="120" w:line="300" w:lineRule="auto"/>
      </w:pPr>
      <w:r>
        <w:rPr>
          <w:rFonts w:ascii="Times New Roman" w:hAnsi="Times New Roman" w:eastAsia="宋体"/>
          <w:b w:val="0"/>
          <w:i w:val="0"/>
          <w:sz w:val="21"/>
        </w:rPr>
        <w:t>（A）7　　（B）8　　（C）9　　（D）10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Real numbers x, y, and z are chosen independently and at random from the interval [0,n] for some positive integer n. The probability that no two of x, y, and z are within 1 unit of each other is greater than 1/2. What is the smallest possible value of n?</w:t>
      </w:r>
    </w:p>
    <w:p>
      <w:pPr>
        <w:spacing w:before="0" w:after="160" w:line="300" w:lineRule="auto"/>
      </w:pPr>
      <w:r>
        <w:rPr>
          <w:rFonts w:ascii="Times New Roman" w:hAnsi="Times New Roman" w:eastAsia="宋体"/>
          <w:b w:val="0"/>
          <w:i w:val="0"/>
          <w:color w:val="333333"/>
          <w:sz w:val="19"/>
        </w:rPr>
        <w:t>(A) 7　　(B) 8　　(C) 9　　(D) 10　　(E) 11</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E　E　C　B　D　C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D　A　C　B　B　C　C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D　A　C　A　B　E　D</w:t>
      </w:r>
    </w:p>
    <w:p>
      <w:pPr>
        <w:spacing w:before="0" w:after="200" w:line="300" w:lineRule="auto"/>
      </w:pPr>
      <w:r>
        <w:rPr>
          <w:rFonts w:ascii="Times New Roman" w:hAnsi="Times New Roman" w:eastAsia="宋体"/>
          <w:b w:val="0"/>
          <w:i w:val="0"/>
          <w:color w:val="666666"/>
          <w:sz w:val="18"/>
        </w:rPr>
        <w:t>答案串：DEECBDCDDCDACBBCCEDACABED</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Cagney 每分钟完成 60 ÷ 20 = 3 个，Lacey 每分钟完成 60 ÷ 30 = 2 个。</w:t>
      </w:r>
    </w:p>
    <w:p>
      <w:pPr>
        <w:spacing w:before="0" w:after="80" w:line="300" w:lineRule="auto"/>
        <w:jc w:val="left"/>
      </w:pPr>
      <w:r>
        <w:rPr>
          <w:rFonts w:ascii="Times New Roman" w:hAnsi="Times New Roman" w:eastAsia="宋体"/>
          <w:b w:val="0"/>
          <w:i w:val="0"/>
          <w:sz w:val="21"/>
        </w:rPr>
        <w:t>5 分钟内，他们能完成</w:t>
      </w:r>
    </w:p>
    <w:p>
      <w:pPr>
        <w:spacing w:before="0" w:after="80" w:line="300" w:lineRule="auto"/>
        <w:jc w:val="left"/>
      </w:pPr>
      <w:r>
        <w:rPr>
          <w:rFonts w:ascii="Times New Roman" w:hAnsi="Times New Roman" w:eastAsia="宋体"/>
          <w:b w:val="0"/>
          <w:i w:val="0"/>
          <w:sz w:val="21"/>
        </w:rPr>
        <w:t>5(2 + 3) = 5 · 5 = 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Cagney can make 60 ÷ 20 = 3 cupcakes per minute, and Lacey can make 60 ÷ 30 = 2.</w:t>
      </w:r>
    </w:p>
    <w:p>
      <w:pPr>
        <w:spacing w:before="0" w:after="80" w:line="300" w:lineRule="auto"/>
        <w:jc w:val="left"/>
      </w:pPr>
      <w:r>
        <w:rPr>
          <w:rFonts w:ascii="Times New Roman" w:hAnsi="Times New Roman" w:eastAsia="宋体"/>
          <w:b w:val="0"/>
          <w:i w:val="0"/>
          <w:color w:val="333333"/>
          <w:sz w:val="19"/>
        </w:rPr>
        <w:t>In 5 minutes, they can make</w:t>
      </w:r>
    </w:p>
    <w:p>
      <w:pPr>
        <w:spacing w:before="0" w:after="80" w:line="300" w:lineRule="auto"/>
        <w:jc w:val="left"/>
      </w:pPr>
      <w:r>
        <w:rPr>
          <w:rFonts w:ascii="Times New Roman" w:hAnsi="Times New Roman" w:eastAsia="宋体"/>
          <w:b w:val="0"/>
          <w:i w:val="0"/>
          <w:color w:val="333333"/>
          <w:sz w:val="19"/>
        </w:rPr>
        <w:t>5(2 + 3) = 5 · 5 = 25.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注意其中一条边仍与原正方形的边长相同。</w:t>
      </w:r>
    </w:p>
    <w:p>
      <w:pPr>
        <w:spacing w:before="0" w:after="80" w:line="300" w:lineRule="auto"/>
        <w:jc w:val="left"/>
      </w:pPr>
      <w:r>
        <w:rPr>
          <w:rFonts w:ascii="Times New Roman" w:hAnsi="Times New Roman" w:eastAsia="宋体"/>
          <w:b w:val="0"/>
          <w:i w:val="0"/>
          <w:sz w:val="21"/>
        </w:rPr>
        <w:t>因此一个尺寸是 8，另一个尺寸是原边长的一半，即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 one of the sides remains the same as the original square.</w:t>
      </w:r>
    </w:p>
    <w:p>
      <w:pPr>
        <w:spacing w:before="0" w:after="80" w:line="300" w:lineRule="auto"/>
        <w:jc w:val="left"/>
      </w:pPr>
      <w:r>
        <w:rPr>
          <w:rFonts w:ascii="Times New Roman" w:hAnsi="Times New Roman" w:eastAsia="宋体"/>
          <w:b w:val="0"/>
          <w:i w:val="0"/>
          <w:color w:val="333333"/>
          <w:sz w:val="19"/>
        </w:rPr>
        <w:t>This means that one dimension is 8. The other dimension is the original side cut in half, which is 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它爬行的距离为</w:t>
      </w:r>
    </w:p>
    <w:p>
      <w:pPr>
        <w:spacing w:before="0" w:after="80" w:line="300" w:lineRule="auto"/>
        <w:jc w:val="left"/>
      </w:pPr>
      <w:r>
        <w:rPr>
          <w:rFonts w:ascii="Times New Roman" w:hAnsi="Times New Roman" w:eastAsia="宋体"/>
          <w:b w:val="0"/>
          <w:i w:val="0"/>
          <w:sz w:val="21"/>
        </w:rPr>
        <w:t>|-2 - (-6)| = |4| = 4</w:t>
      </w:r>
    </w:p>
    <w:p>
      <w:pPr>
        <w:spacing w:before="0" w:after="80" w:line="300" w:lineRule="auto"/>
        <w:jc w:val="left"/>
      </w:pPr>
      <w:r>
        <w:rPr>
          <w:rFonts w:ascii="Times New Roman" w:hAnsi="Times New Roman" w:eastAsia="宋体"/>
          <w:b w:val="0"/>
          <w:i w:val="0"/>
          <w:sz w:val="21"/>
        </w:rPr>
        <w:t>即从 -2 移动到 -6。接着它爬行的距离为</w:t>
      </w:r>
    </w:p>
    <w:p>
      <w:pPr>
        <w:spacing w:before="0" w:after="80" w:line="300" w:lineRule="auto"/>
        <w:jc w:val="left"/>
      </w:pPr>
      <w:r>
        <w:rPr>
          <w:rFonts w:ascii="Times New Roman" w:hAnsi="Times New Roman" w:eastAsia="宋体"/>
          <w:b w:val="0"/>
          <w:i w:val="0"/>
          <w:sz w:val="21"/>
        </w:rPr>
        <w:t>|-6 - 5| = |-11| = 11</w:t>
      </w:r>
    </w:p>
    <w:p>
      <w:pPr>
        <w:spacing w:before="0" w:after="80" w:line="300" w:lineRule="auto"/>
        <w:jc w:val="left"/>
      </w:pPr>
      <w:r>
        <w:rPr>
          <w:rFonts w:ascii="Times New Roman" w:hAnsi="Times New Roman" w:eastAsia="宋体"/>
          <w:b w:val="0"/>
          <w:i w:val="0"/>
          <w:sz w:val="21"/>
        </w:rPr>
        <w:t>即从 -6 移动到 5。</w:t>
      </w:r>
    </w:p>
    <w:p>
      <w:pPr>
        <w:spacing w:before="0" w:after="80" w:line="300" w:lineRule="auto"/>
        <w:jc w:val="left"/>
      </w:pPr>
      <w:r>
        <w:rPr>
          <w:rFonts w:ascii="Times New Roman" w:hAnsi="Times New Roman" w:eastAsia="宋体"/>
          <w:b w:val="0"/>
          <w:i w:val="0"/>
          <w:sz w:val="21"/>
        </w:rPr>
        <w:t>总距离为</w:t>
      </w:r>
    </w:p>
    <w:p>
      <w:pPr>
        <w:spacing w:before="0" w:after="80" w:line="300" w:lineRule="auto"/>
        <w:jc w:val="left"/>
      </w:pPr>
      <w:r>
        <w:rPr>
          <w:rFonts w:ascii="Times New Roman" w:hAnsi="Times New Roman" w:eastAsia="宋体"/>
          <w:b w:val="0"/>
          <w:i w:val="0"/>
          <w:sz w:val="21"/>
        </w:rPr>
        <w:t>4 + 11 = 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It crawls a distance of</w:t>
      </w:r>
    </w:p>
    <w:p>
      <w:pPr>
        <w:spacing w:before="0" w:after="80" w:line="300" w:lineRule="auto"/>
        <w:jc w:val="left"/>
      </w:pPr>
      <w:r>
        <w:rPr>
          <w:rFonts w:ascii="Times New Roman" w:hAnsi="Times New Roman" w:eastAsia="宋体"/>
          <w:b w:val="0"/>
          <w:i w:val="0"/>
          <w:color w:val="333333"/>
          <w:sz w:val="19"/>
        </w:rPr>
        <w:t>|-2 - (-6)| = |4| = 4</w:t>
      </w:r>
    </w:p>
    <w:p>
      <w:pPr>
        <w:spacing w:before="0" w:after="80" w:line="300" w:lineRule="auto"/>
        <w:jc w:val="left"/>
      </w:pPr>
      <w:r>
        <w:rPr>
          <w:rFonts w:ascii="Times New Roman" w:hAnsi="Times New Roman" w:eastAsia="宋体"/>
          <w:b w:val="0"/>
          <w:i w:val="0"/>
          <w:color w:val="333333"/>
          <w:sz w:val="19"/>
        </w:rPr>
        <w:t>when it moves from -2 to -6. It then travels a distance of</w:t>
      </w:r>
    </w:p>
    <w:p>
      <w:pPr>
        <w:spacing w:before="0" w:after="80" w:line="300" w:lineRule="auto"/>
        <w:jc w:val="left"/>
      </w:pPr>
      <w:r>
        <w:rPr>
          <w:rFonts w:ascii="Times New Roman" w:hAnsi="Times New Roman" w:eastAsia="宋体"/>
          <w:b w:val="0"/>
          <w:i w:val="0"/>
          <w:color w:val="333333"/>
          <w:sz w:val="19"/>
        </w:rPr>
        <w:t>|-6 - 5| = |-11| = 11</w:t>
      </w:r>
    </w:p>
    <w:p>
      <w:pPr>
        <w:spacing w:before="0" w:after="80" w:line="300" w:lineRule="auto"/>
        <w:jc w:val="left"/>
      </w:pPr>
      <w:r>
        <w:rPr>
          <w:rFonts w:ascii="Times New Roman" w:hAnsi="Times New Roman" w:eastAsia="宋体"/>
          <w:b w:val="0"/>
          <w:i w:val="0"/>
          <w:color w:val="333333"/>
          <w:sz w:val="19"/>
        </w:rPr>
        <w:t>as it moves from -6 to 5.</w:t>
      </w:r>
    </w:p>
    <w:p>
      <w:pPr>
        <w:spacing w:before="0" w:after="80" w:line="300" w:lineRule="auto"/>
        <w:jc w:val="left"/>
      </w:pPr>
      <w:r>
        <w:rPr>
          <w:rFonts w:ascii="Times New Roman" w:hAnsi="Times New Roman" w:eastAsia="宋体"/>
          <w:b w:val="0"/>
          <w:i w:val="0"/>
          <w:color w:val="333333"/>
          <w:sz w:val="19"/>
        </w:rPr>
        <w:t>The total distance is then</w:t>
      </w:r>
    </w:p>
    <w:p>
      <w:pPr>
        <w:spacing w:before="0" w:after="80" w:line="300" w:lineRule="auto"/>
        <w:jc w:val="left"/>
      </w:pPr>
      <w:r>
        <w:rPr>
          <w:rFonts w:ascii="Times New Roman" w:hAnsi="Times New Roman" w:eastAsia="宋体"/>
          <w:b w:val="0"/>
          <w:i w:val="0"/>
          <w:color w:val="333333"/>
          <w:sz w:val="19"/>
        </w:rPr>
        <w:t>4 + 11 = 15.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注意两个角都共用射线 AB。为了使所求角最小，让 D 位于 A 和 C 之间。</w:t>
      </w:r>
    </w:p>
    <w:p>
      <w:pPr>
        <w:spacing w:before="0" w:after="80" w:line="300" w:lineRule="auto"/>
        <w:jc w:val="left"/>
      </w:pPr>
      <w:r>
        <w:rPr>
          <w:rFonts w:ascii="Times New Roman" w:hAnsi="Times New Roman" w:eastAsia="宋体"/>
          <w:b w:val="0"/>
          <w:i w:val="0"/>
          <w:sz w:val="21"/>
        </w:rPr>
        <w:t>这样就有</w:t>
      </w:r>
    </w:p>
    <w:p>
      <w:pPr>
        <w:spacing w:before="0" w:after="80" w:line="300" w:lineRule="auto"/>
        <w:jc w:val="left"/>
      </w:pPr>
      <w:r>
        <w:rPr>
          <w:rFonts w:ascii="Times New Roman" w:hAnsi="Times New Roman" w:eastAsia="宋体"/>
          <w:b w:val="0"/>
          <w:i w:val="0"/>
          <w:sz w:val="21"/>
        </w:rPr>
        <w:t>∠ CBD = ∠ ABC - ∠ ABD</w:t>
      </w:r>
    </w:p>
    <w:p>
      <w:pPr>
        <w:spacing w:before="0" w:after="80" w:line="300" w:lineRule="auto"/>
        <w:jc w:val="left"/>
      </w:pPr>
      <w:r>
        <w:rPr>
          <w:rFonts w:ascii="Times New Roman" w:hAnsi="Times New Roman" w:eastAsia="宋体"/>
          <w:b w:val="0"/>
          <w:i w:val="0"/>
          <w:sz w:val="21"/>
        </w:rPr>
        <w:t>= 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both of the angles share the ray AB. To minimize the desired degree, we want D to be between A and C.</w:t>
      </w:r>
    </w:p>
    <w:p>
      <w:pPr>
        <w:spacing w:before="0" w:after="80" w:line="300" w:lineRule="auto"/>
        <w:jc w:val="left"/>
      </w:pPr>
      <w:r>
        <w:rPr>
          <w:rFonts w:ascii="Times New Roman" w:hAnsi="Times New Roman" w:eastAsia="宋体"/>
          <w:b w:val="0"/>
          <w:i w:val="0"/>
          <w:color w:val="333333"/>
          <w:sz w:val="19"/>
        </w:rPr>
        <w:t>This would make</w:t>
      </w:r>
    </w:p>
    <w:p>
      <w:pPr>
        <w:spacing w:before="0" w:after="80" w:line="300" w:lineRule="auto"/>
        <w:jc w:val="left"/>
      </w:pPr>
      <w:r>
        <w:rPr>
          <w:rFonts w:ascii="Times New Roman" w:hAnsi="Times New Roman" w:eastAsia="宋体"/>
          <w:b w:val="0"/>
          <w:i w:val="0"/>
          <w:color w:val="333333"/>
          <w:sz w:val="19"/>
        </w:rPr>
        <w:t>∠ CBD = ∠ ABC - ∠ ABD</w:t>
      </w:r>
    </w:p>
    <w:p>
      <w:pPr>
        <w:spacing w:before="0" w:after="80" w:line="300" w:lineRule="auto"/>
        <w:jc w:val="left"/>
      </w:pPr>
      <w:r>
        <w:rPr>
          <w:rFonts w:ascii="Times New Roman" w:hAnsi="Times New Roman" w:eastAsia="宋体"/>
          <w:b w:val="0"/>
          <w:i w:val="0"/>
          <w:color w:val="333333"/>
          <w:sz w:val="19"/>
        </w:rPr>
        <w:t>= 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成年母猫有 100 ÷ 2 = 50 只，其中带小猫的有 50 ÷ 2 = 25 只。</w:t>
      </w:r>
    </w:p>
    <w:p>
      <w:pPr>
        <w:spacing w:before="0" w:after="80" w:line="300" w:lineRule="auto"/>
        <w:jc w:val="left"/>
      </w:pPr>
      <w:r>
        <w:rPr>
          <w:rFonts w:ascii="Times New Roman" w:hAnsi="Times New Roman" w:eastAsia="宋体"/>
          <w:b w:val="0"/>
          <w:i w:val="0"/>
          <w:sz w:val="21"/>
        </w:rPr>
        <w:t>因为平均每窝有 4 只小猫，所以小猫总数为</w:t>
      </w:r>
    </w:p>
    <w:p>
      <w:pPr>
        <w:spacing w:before="0" w:after="80" w:line="300" w:lineRule="auto"/>
        <w:jc w:val="left"/>
      </w:pPr>
      <w:r>
        <w:rPr>
          <w:rFonts w:ascii="Times New Roman" w:hAnsi="Times New Roman" w:eastAsia="宋体"/>
          <w:b w:val="0"/>
          <w:i w:val="0"/>
          <w:sz w:val="21"/>
        </w:rPr>
        <w:t>4 · 25 = 100。</w:t>
      </w:r>
    </w:p>
    <w:p>
      <w:pPr>
        <w:spacing w:before="0" w:after="80" w:line="300" w:lineRule="auto"/>
        <w:jc w:val="left"/>
      </w:pPr>
      <w:r>
        <w:rPr>
          <w:rFonts w:ascii="Times New Roman" w:hAnsi="Times New Roman" w:eastAsia="宋体"/>
          <w:b w:val="0"/>
          <w:i w:val="0"/>
          <w:sz w:val="21"/>
        </w:rPr>
        <w:t>因此成年猫和小猫的总数为</w:t>
      </w:r>
    </w:p>
    <w:p>
      <w:pPr>
        <w:spacing w:before="0" w:after="80" w:line="300" w:lineRule="auto"/>
        <w:jc w:val="left"/>
      </w:pPr>
      <w:r>
        <w:rPr>
          <w:rFonts w:ascii="Times New Roman" w:hAnsi="Times New Roman" w:eastAsia="宋体"/>
          <w:b w:val="0"/>
          <w:i w:val="0"/>
          <w:sz w:val="21"/>
        </w:rPr>
        <w:t>100 + 100 = 200。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that there are 100 ÷ 2 = 50 female cats. We then have that 50 ÷ 2 = 25 cats that have kittens.</w:t>
      </w:r>
    </w:p>
    <w:p>
      <w:pPr>
        <w:spacing w:before="0" w:after="80" w:line="300" w:lineRule="auto"/>
        <w:jc w:val="left"/>
      </w:pPr>
      <w:r>
        <w:rPr>
          <w:rFonts w:ascii="Times New Roman" w:hAnsi="Times New Roman" w:eastAsia="宋体"/>
          <w:b w:val="0"/>
          <w:i w:val="0"/>
          <w:color w:val="333333"/>
          <w:sz w:val="19"/>
        </w:rPr>
        <w:t>Since the average number of kittens per litter is 4, the total number of kittens is</w:t>
      </w:r>
    </w:p>
    <w:p>
      <w:pPr>
        <w:spacing w:before="0" w:after="80" w:line="300" w:lineRule="auto"/>
        <w:jc w:val="left"/>
      </w:pPr>
      <w:r>
        <w:rPr>
          <w:rFonts w:ascii="Times New Roman" w:hAnsi="Times New Roman" w:eastAsia="宋体"/>
          <w:b w:val="0"/>
          <w:i w:val="0"/>
          <w:color w:val="333333"/>
          <w:sz w:val="19"/>
        </w:rPr>
        <w:t>4 · 25 = 100.</w:t>
      </w:r>
    </w:p>
    <w:p>
      <w:pPr>
        <w:spacing w:before="0" w:after="80" w:line="300" w:lineRule="auto"/>
        <w:jc w:val="left"/>
      </w:pPr>
      <w:r>
        <w:rPr>
          <w:rFonts w:ascii="Times New Roman" w:hAnsi="Times New Roman" w:eastAsia="宋体"/>
          <w:b w:val="0"/>
          <w:i w:val="0"/>
          <w:color w:val="333333"/>
          <w:sz w:val="19"/>
        </w:rPr>
        <w:t>The total number of cats and kittens is then</w:t>
      </w:r>
    </w:p>
    <w:p>
      <w:pPr>
        <w:spacing w:before="0" w:after="80" w:line="300" w:lineRule="auto"/>
        <w:jc w:val="left"/>
      </w:pPr>
      <w:r>
        <w:rPr>
          <w:rFonts w:ascii="Times New Roman" w:hAnsi="Times New Roman" w:eastAsia="宋体"/>
          <w:b w:val="0"/>
          <w:i w:val="0"/>
          <w:color w:val="333333"/>
          <w:sz w:val="19"/>
        </w:rPr>
        <w:t>100 + 100 = 200.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设两个数为 x 和 y，满足</w:t>
      </w:r>
    </w:p>
    <w:p>
      <w:pPr>
        <w:spacing w:before="0" w:after="80" w:line="300" w:lineRule="auto"/>
        <w:jc w:val="left"/>
      </w:pPr>
      <w:r>
        <w:rPr>
          <w:rFonts w:ascii="Times New Roman" w:hAnsi="Times New Roman" w:eastAsia="宋体"/>
          <w:b w:val="0"/>
          <w:i w:val="0"/>
          <w:sz w:val="21"/>
        </w:rPr>
        <w:t>xy = 9 和 1/x = 4/y。</w:t>
      </w:r>
    </w:p>
    <w:p>
      <w:pPr>
        <w:spacing w:before="0" w:after="80" w:line="300" w:lineRule="auto"/>
        <w:jc w:val="left"/>
      </w:pPr>
      <w:r>
        <w:rPr>
          <w:rFonts w:ascii="Times New Roman" w:hAnsi="Times New Roman" w:eastAsia="宋体"/>
          <w:b w:val="0"/>
          <w:i w:val="0"/>
          <w:sz w:val="21"/>
        </w:rPr>
        <w:t>由乘积条件与倒数条件得</w:t>
      </w:r>
    </w:p>
    <w:p>
      <w:pPr>
        <w:spacing w:before="0" w:after="80" w:line="300" w:lineRule="auto"/>
        <w:jc w:val="left"/>
      </w:pPr>
      <w:r>
        <w:rPr>
          <w:rFonts w:ascii="Times New Roman" w:hAnsi="Times New Roman" w:eastAsia="宋体"/>
          <w:b w:val="0"/>
          <w:i w:val="0"/>
          <w:sz w:val="21"/>
        </w:rPr>
        <w:t>y = 9/x</w:t>
      </w:r>
    </w:p>
    <w:p>
      <w:pPr>
        <w:spacing w:before="0" w:after="80" w:line="300" w:lineRule="auto"/>
        <w:jc w:val="left"/>
      </w:pPr>
      <w:r>
        <w:rPr>
          <w:rFonts w:ascii="Times New Roman" w:hAnsi="Times New Roman" w:eastAsia="宋体"/>
          <w:b w:val="0"/>
          <w:i w:val="0"/>
          <w:sz w:val="21"/>
        </w:rPr>
        <w:t>1/x = 4x/9。</w:t>
      </w:r>
    </w:p>
    <w:p>
      <w:pPr>
        <w:spacing w:before="0" w:after="80" w:line="300" w:lineRule="auto"/>
        <w:jc w:val="left"/>
      </w:pPr>
      <w:r>
        <w:rPr>
          <w:rFonts w:ascii="Times New Roman" w:hAnsi="Times New Roman" w:eastAsia="宋体"/>
          <w:b w:val="0"/>
          <w:i w:val="0"/>
          <w:sz w:val="21"/>
        </w:rPr>
        <w:t>x = 3/2，</w:t>
      </w:r>
    </w:p>
    <w:p>
      <w:pPr>
        <w:spacing w:before="0" w:after="80" w:line="300" w:lineRule="auto"/>
        <w:jc w:val="left"/>
      </w:pPr>
      <w:r>
        <w:rPr>
          <w:rFonts w:ascii="Times New Roman" w:hAnsi="Times New Roman" w:eastAsia="宋体"/>
          <w:b w:val="0"/>
          <w:i w:val="0"/>
          <w:sz w:val="21"/>
        </w:rPr>
        <w:t>其中 x 为正。</w:t>
      </w:r>
    </w:p>
    <w:p>
      <w:pPr>
        <w:spacing w:before="0" w:after="80" w:line="300" w:lineRule="auto"/>
        <w:jc w:val="left"/>
      </w:pPr>
      <w:r>
        <w:rPr>
          <w:rFonts w:ascii="Times New Roman" w:hAnsi="Times New Roman" w:eastAsia="宋体"/>
          <w:b w:val="0"/>
          <w:i w:val="0"/>
          <w:sz w:val="21"/>
        </w:rPr>
        <w:t>于是另一个数为</w:t>
      </w:r>
    </w:p>
    <w:p>
      <w:pPr>
        <w:spacing w:before="0" w:after="80" w:line="300" w:lineRule="auto"/>
        <w:jc w:val="left"/>
      </w:pPr>
      <w:r>
        <w:rPr>
          <w:rFonts w:ascii="Times New Roman" w:hAnsi="Times New Roman" w:eastAsia="宋体"/>
          <w:b w:val="0"/>
          <w:i w:val="0"/>
          <w:sz w:val="21"/>
        </w:rPr>
        <w:t>y = 9 ÷ 3/2 = 6。</w:t>
      </w:r>
    </w:p>
    <w:p>
      <w:pPr>
        <w:spacing w:before="0" w:after="80" w:line="300" w:lineRule="auto"/>
        <w:jc w:val="left"/>
      </w:pPr>
      <w:r>
        <w:rPr>
          <w:rFonts w:ascii="Times New Roman" w:hAnsi="Times New Roman" w:eastAsia="宋体"/>
          <w:b w:val="0"/>
          <w:i w:val="0"/>
          <w:sz w:val="21"/>
        </w:rPr>
        <w:t>两数之和为</w:t>
      </w:r>
    </w:p>
    <w:p>
      <w:pPr>
        <w:spacing w:before="0" w:after="80" w:line="300" w:lineRule="auto"/>
        <w:jc w:val="left"/>
      </w:pPr>
      <w:r>
        <w:rPr>
          <w:rFonts w:ascii="Times New Roman" w:hAnsi="Times New Roman" w:eastAsia="宋体"/>
          <w:b w:val="0"/>
          <w:i w:val="0"/>
          <w:sz w:val="21"/>
        </w:rPr>
        <w:t>6 + 3/2 = 15/2。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two numbers be x and y such that</w:t>
      </w:r>
    </w:p>
    <w:p>
      <w:pPr>
        <w:spacing w:before="0" w:after="80" w:line="300" w:lineRule="auto"/>
        <w:jc w:val="left"/>
      </w:pPr>
      <w:r>
        <w:rPr>
          <w:rFonts w:ascii="Times New Roman" w:hAnsi="Times New Roman" w:eastAsia="宋体"/>
          <w:b w:val="0"/>
          <w:i w:val="0"/>
          <w:color w:val="333333"/>
          <w:sz w:val="19"/>
        </w:rPr>
        <w:t>xy = 9 and 1/x = 4/y.</w:t>
      </w:r>
    </w:p>
    <w:p>
      <w:pPr>
        <w:spacing w:before="0" w:after="80" w:line="300" w:lineRule="auto"/>
        <w:jc w:val="left"/>
      </w:pPr>
      <w:r>
        <w:rPr>
          <w:rFonts w:ascii="Times New Roman" w:hAnsi="Times New Roman" w:eastAsia="宋体"/>
          <w:b w:val="0"/>
          <w:i w:val="0"/>
          <w:color w:val="333333"/>
          <w:sz w:val="19"/>
        </w:rPr>
        <w:t>We get that</w:t>
      </w:r>
    </w:p>
    <w:p>
      <w:pPr>
        <w:spacing w:before="0" w:after="80" w:line="300" w:lineRule="auto"/>
        <w:jc w:val="left"/>
      </w:pPr>
      <w:r>
        <w:rPr>
          <w:rFonts w:ascii="Times New Roman" w:hAnsi="Times New Roman" w:eastAsia="宋体"/>
          <w:b w:val="0"/>
          <w:i w:val="0"/>
          <w:color w:val="333333"/>
          <w:sz w:val="19"/>
        </w:rPr>
        <w:t>y = 9/x</w:t>
      </w:r>
    </w:p>
    <w:p>
      <w:pPr>
        <w:spacing w:before="0" w:after="80" w:line="300" w:lineRule="auto"/>
        <w:jc w:val="left"/>
      </w:pPr>
      <w:r>
        <w:rPr>
          <w:rFonts w:ascii="Times New Roman" w:hAnsi="Times New Roman" w:eastAsia="宋体"/>
          <w:b w:val="0"/>
          <w:i w:val="0"/>
          <w:color w:val="333333"/>
          <w:sz w:val="19"/>
        </w:rPr>
        <w:t>1/x = 4x/9.</w:t>
      </w:r>
    </w:p>
    <w:p>
      <w:pPr>
        <w:spacing w:before="0" w:after="80" w:line="300" w:lineRule="auto"/>
        <w:jc w:val="left"/>
      </w:pPr>
      <w:r>
        <w:rPr>
          <w:rFonts w:ascii="Times New Roman" w:hAnsi="Times New Roman" w:eastAsia="宋体"/>
          <w:b w:val="0"/>
          <w:i w:val="0"/>
          <w:color w:val="333333"/>
          <w:sz w:val="19"/>
        </w:rPr>
        <w:t>x = 3/2,</w:t>
      </w:r>
    </w:p>
    <w:p>
      <w:pPr>
        <w:spacing w:before="0" w:after="80" w:line="300" w:lineRule="auto"/>
        <w:jc w:val="left"/>
      </w:pPr>
      <w:r>
        <w:rPr>
          <w:rFonts w:ascii="Times New Roman" w:hAnsi="Times New Roman" w:eastAsia="宋体"/>
          <w:b w:val="0"/>
          <w:i w:val="0"/>
          <w:color w:val="333333"/>
          <w:sz w:val="19"/>
        </w:rPr>
        <w:t>since x is positive.</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y = 9 ÷ 3/2 = 6.</w:t>
      </w:r>
    </w:p>
    <w:p>
      <w:pPr>
        <w:spacing w:before="0" w:after="80" w:line="300" w:lineRule="auto"/>
        <w:jc w:val="left"/>
      </w:pPr>
      <w:r>
        <w:rPr>
          <w:rFonts w:ascii="Times New Roman" w:hAnsi="Times New Roman" w:eastAsia="宋体"/>
          <w:b w:val="0"/>
          <w:i w:val="0"/>
          <w:color w:val="333333"/>
          <w:sz w:val="19"/>
        </w:rPr>
        <w:t>The desired sum is then</w:t>
      </w:r>
    </w:p>
    <w:p>
      <w:pPr>
        <w:spacing w:before="0" w:after="80" w:line="300" w:lineRule="auto"/>
        <w:jc w:val="left"/>
      </w:pPr>
      <w:r>
        <w:rPr>
          <w:rFonts w:ascii="Times New Roman" w:hAnsi="Times New Roman" w:eastAsia="宋体"/>
          <w:b w:val="0"/>
          <w:i w:val="0"/>
          <w:color w:val="333333"/>
          <w:sz w:val="19"/>
        </w:rPr>
        <w:t>6 + 3/2 = 15/2.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C</w:t>
      </w:r>
    </w:p>
    <w:p>
      <w:pPr>
        <w:spacing w:before="0" w:after="80" w:line="300" w:lineRule="auto"/>
        <w:jc w:val="left"/>
      </w:pPr>
      <w:r>
        <w:rPr>
          <w:rFonts w:ascii="Times New Roman" w:hAnsi="Times New Roman" w:eastAsia="宋体"/>
          <w:b w:val="0"/>
          <w:i w:val="0"/>
          <w:sz w:val="21"/>
        </w:rPr>
        <w:t>不妨设袋中共有 5 颗弹珠；因为只关心比例，所以可以这样假设。于是蓝色有 3 颗，红色有 2 颗。</w:t>
      </w:r>
    </w:p>
    <w:p>
      <w:pPr>
        <w:spacing w:before="0" w:after="80" w:line="300" w:lineRule="auto"/>
        <w:jc w:val="left"/>
      </w:pPr>
      <w:r>
        <w:rPr>
          <w:rFonts w:ascii="Times New Roman" w:hAnsi="Times New Roman" w:eastAsia="宋体"/>
          <w:b w:val="0"/>
          <w:i w:val="0"/>
          <w:sz w:val="21"/>
        </w:rPr>
        <w:t>红色数量加倍后有 4 颗红弹珠，因此红色所占比例为</w:t>
      </w:r>
    </w:p>
    <w:p>
      <w:pPr>
        <w:spacing w:before="0" w:after="80" w:line="300" w:lineRule="auto"/>
        <w:jc w:val="left"/>
      </w:pPr>
      <w:r>
        <w:rPr>
          <w:rFonts w:ascii="Times New Roman" w:hAnsi="Times New Roman" w:eastAsia="宋体"/>
          <w:b w:val="0"/>
          <w:i w:val="0"/>
          <w:sz w:val="21"/>
        </w:rPr>
        <w:t>4/(4 + 3) = 4/7。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WLOG, let the number of marbles in the bag be 5. Since we only care about ratios, we can do this. Then there are 3 blue marbles and 2 red marbles.</w:t>
      </w:r>
    </w:p>
    <w:p>
      <w:pPr>
        <w:spacing w:before="0" w:after="80" w:line="300" w:lineRule="auto"/>
        <w:jc w:val="left"/>
      </w:pPr>
      <w:r>
        <w:rPr>
          <w:rFonts w:ascii="Times New Roman" w:hAnsi="Times New Roman" w:eastAsia="宋体"/>
          <w:b w:val="0"/>
          <w:i w:val="0"/>
          <w:color w:val="333333"/>
          <w:sz w:val="19"/>
        </w:rPr>
        <w:t>Doubling the red marbles gives us 4 of them. Then the fraction of red marbles is</w:t>
      </w:r>
    </w:p>
    <w:p>
      <w:pPr>
        <w:spacing w:before="0" w:after="80" w:line="300" w:lineRule="auto"/>
        <w:jc w:val="left"/>
      </w:pPr>
      <w:r>
        <w:rPr>
          <w:rFonts w:ascii="Times New Roman" w:hAnsi="Times New Roman" w:eastAsia="宋体"/>
          <w:b w:val="0"/>
          <w:i w:val="0"/>
          <w:color w:val="333333"/>
          <w:sz w:val="19"/>
        </w:rPr>
        <w:t>4/(4 + 3) = 4/7.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设三个数为 a, b, c，且 a &lt; b &lt; c。由于三个和都不同，所以这三个数也互不相等。</w:t>
      </w:r>
    </w:p>
    <w:p>
      <w:pPr>
        <w:spacing w:before="0" w:after="80" w:line="300" w:lineRule="auto"/>
        <w:jc w:val="left"/>
      </w:pPr>
      <w:r>
        <w:rPr>
          <w:rFonts w:ascii="Times New Roman" w:hAnsi="Times New Roman" w:eastAsia="宋体"/>
          <w:b w:val="0"/>
          <w:i w:val="0"/>
          <w:sz w:val="21"/>
        </w:rPr>
        <w:t>题意给出</w:t>
      </w:r>
    </w:p>
    <w:p>
      <w:pPr>
        <w:spacing w:before="0" w:after="80" w:line="300" w:lineRule="auto"/>
        <w:jc w:val="left"/>
      </w:pPr>
      <w:r>
        <w:rPr>
          <w:rFonts w:ascii="Times New Roman" w:hAnsi="Times New Roman" w:eastAsia="宋体"/>
          <w:b w:val="0"/>
          <w:i w:val="0"/>
          <w:sz w:val="21"/>
        </w:rPr>
        <w:t>a + b = 12, a + c = 17，</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b + c = 19。</w:t>
      </w:r>
    </w:p>
    <w:p>
      <w:pPr>
        <w:spacing w:before="0" w:after="80" w:line="300" w:lineRule="auto"/>
        <w:jc w:val="left"/>
      </w:pPr>
      <w:r>
        <w:rPr>
          <w:rFonts w:ascii="Times New Roman" w:hAnsi="Times New Roman" w:eastAsia="宋体"/>
          <w:b w:val="0"/>
          <w:i w:val="0"/>
          <w:sz w:val="21"/>
        </w:rPr>
        <w:t>把三式相加，得到</w:t>
      </w:r>
    </w:p>
    <w:p>
      <w:pPr>
        <w:spacing w:before="0" w:after="80" w:line="300" w:lineRule="auto"/>
        <w:jc w:val="left"/>
      </w:pPr>
      <w:r>
        <w:rPr>
          <w:rFonts w:ascii="Times New Roman" w:hAnsi="Times New Roman" w:eastAsia="宋体"/>
          <w:b w:val="0"/>
          <w:i w:val="0"/>
          <w:sz w:val="21"/>
        </w:rPr>
        <w:t>2(a + b + c) = 48。</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 + b + c = 24，</w:t>
      </w:r>
    </w:p>
    <w:p>
      <w:pPr>
        <w:spacing w:before="0" w:after="80" w:line="300" w:lineRule="auto"/>
        <w:jc w:val="left"/>
      </w:pPr>
      <w:r>
        <w:rPr>
          <w:rFonts w:ascii="Times New Roman" w:hAnsi="Times New Roman" w:eastAsia="宋体"/>
          <w:b w:val="0"/>
          <w:i w:val="0"/>
          <w:sz w:val="21"/>
        </w:rPr>
        <w:t>再减去</w:t>
      </w:r>
    </w:p>
    <w:p>
      <w:pPr>
        <w:spacing w:before="0" w:after="80" w:line="300" w:lineRule="auto"/>
        <w:jc w:val="left"/>
      </w:pPr>
      <w:r>
        <w:rPr>
          <w:rFonts w:ascii="Times New Roman" w:hAnsi="Times New Roman" w:eastAsia="宋体"/>
          <w:b w:val="0"/>
          <w:i w:val="0"/>
          <w:sz w:val="21"/>
        </w:rPr>
        <w:t>a + c = 17，</w:t>
      </w:r>
    </w:p>
    <w:p>
      <w:pPr>
        <w:spacing w:before="0" w:after="80" w:line="300" w:lineRule="auto"/>
        <w:jc w:val="left"/>
      </w:pPr>
      <w:r>
        <w:rPr>
          <w:rFonts w:ascii="Times New Roman" w:hAnsi="Times New Roman" w:eastAsia="宋体"/>
          <w:b w:val="0"/>
          <w:i w:val="0"/>
          <w:sz w:val="21"/>
        </w:rPr>
        <w:t>得到 b =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three numbers be a, b, c where a &lt; b &lt; c. None of them are equal, since all three sums are different.</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a + b = 12, a + c = 17,</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b + c = 19.</w:t>
      </w:r>
    </w:p>
    <w:p>
      <w:pPr>
        <w:spacing w:before="0" w:after="80" w:line="300" w:lineRule="auto"/>
        <w:jc w:val="left"/>
      </w:pPr>
      <w:r>
        <w:rPr>
          <w:rFonts w:ascii="Times New Roman" w:hAnsi="Times New Roman" w:eastAsia="宋体"/>
          <w:b w:val="0"/>
          <w:i w:val="0"/>
          <w:color w:val="333333"/>
          <w:sz w:val="19"/>
        </w:rPr>
        <w:t>Adding all three equations together gives us</w:t>
      </w:r>
    </w:p>
    <w:p>
      <w:pPr>
        <w:spacing w:before="0" w:after="80" w:line="300" w:lineRule="auto"/>
        <w:jc w:val="left"/>
      </w:pPr>
      <w:r>
        <w:rPr>
          <w:rFonts w:ascii="Times New Roman" w:hAnsi="Times New Roman" w:eastAsia="宋体"/>
          <w:b w:val="0"/>
          <w:i w:val="0"/>
          <w:color w:val="333333"/>
          <w:sz w:val="19"/>
        </w:rPr>
        <w:t>2(a + b + c) = 48.</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a + b + c = 24,</w:t>
      </w:r>
    </w:p>
    <w:p>
      <w:pPr>
        <w:spacing w:before="0" w:after="80" w:line="300" w:lineRule="auto"/>
        <w:jc w:val="left"/>
      </w:pPr>
      <w:r>
        <w:rPr>
          <w:rFonts w:ascii="Times New Roman" w:hAnsi="Times New Roman" w:eastAsia="宋体"/>
          <w:b w:val="0"/>
          <w:i w:val="0"/>
          <w:color w:val="333333"/>
          <w:sz w:val="19"/>
        </w:rPr>
        <w:t>from which we can subtract</w:t>
      </w:r>
    </w:p>
    <w:p>
      <w:pPr>
        <w:spacing w:before="0" w:after="80" w:line="300" w:lineRule="auto"/>
        <w:jc w:val="left"/>
      </w:pPr>
      <w:r>
        <w:rPr>
          <w:rFonts w:ascii="Times New Roman" w:hAnsi="Times New Roman" w:eastAsia="宋体"/>
          <w:b w:val="0"/>
          <w:i w:val="0"/>
          <w:color w:val="333333"/>
          <w:sz w:val="19"/>
        </w:rPr>
        <w:t>a + c = 17,</w:t>
      </w:r>
    </w:p>
    <w:p>
      <w:pPr>
        <w:spacing w:before="0" w:after="80" w:line="300" w:lineRule="auto"/>
        <w:jc w:val="left"/>
      </w:pPr>
      <w:r>
        <w:rPr>
          <w:rFonts w:ascii="Times New Roman" w:hAnsi="Times New Roman" w:eastAsia="宋体"/>
          <w:b w:val="0"/>
          <w:i w:val="0"/>
          <w:color w:val="333333"/>
          <w:sz w:val="19"/>
        </w:rPr>
        <w:t>to get b = 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和为 7 的点数对是</w:t>
      </w:r>
    </w:p>
    <w:p>
      <w:pPr>
        <w:spacing w:before="0" w:after="80" w:line="300" w:lineRule="auto"/>
        <w:jc w:val="left"/>
      </w:pPr>
      <w:r>
        <w:rPr>
          <w:rFonts w:ascii="Times New Roman" w:hAnsi="Times New Roman" w:eastAsia="宋体"/>
          <w:b w:val="0"/>
          <w:i w:val="0"/>
          <w:sz w:val="21"/>
        </w:rPr>
        <w:t>(2, 5), (4, 3), 和 (6, 1)。</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1/3 · 1/3 = 1/9</w:t>
      </w:r>
    </w:p>
    <w:p>
      <w:pPr>
        <w:spacing w:before="0" w:after="80" w:line="300" w:lineRule="auto"/>
        <w:jc w:val="left"/>
      </w:pPr>
      <w:r>
        <w:rPr>
          <w:rFonts w:ascii="Times New Roman" w:hAnsi="Times New Roman" w:eastAsia="宋体"/>
          <w:b w:val="0"/>
          <w:i w:val="0"/>
          <w:sz w:val="21"/>
        </w:rPr>
        <w:t>的概率得到其中任意一个指定的点数对。</w:t>
      </w:r>
    </w:p>
    <w:p>
      <w:pPr>
        <w:spacing w:before="0" w:after="80" w:line="300" w:lineRule="auto"/>
        <w:jc w:val="left"/>
      </w:pPr>
      <w:r>
        <w:rPr>
          <w:rFonts w:ascii="Times New Roman" w:hAnsi="Times New Roman" w:eastAsia="宋体"/>
          <w:b w:val="0"/>
          <w:i w:val="0"/>
          <w:sz w:val="21"/>
        </w:rPr>
        <w:t>共有 3 个这样的点数对，所以和为 7 的总概率为</w:t>
      </w:r>
    </w:p>
    <w:p>
      <w:pPr>
        <w:spacing w:before="0" w:after="80" w:line="300" w:lineRule="auto"/>
        <w:jc w:val="left"/>
      </w:pPr>
      <w:r>
        <w:rPr>
          <w:rFonts w:ascii="Times New Roman" w:hAnsi="Times New Roman" w:eastAsia="宋体"/>
          <w:b w:val="0"/>
          <w:i w:val="0"/>
          <w:sz w:val="21"/>
        </w:rPr>
        <w:t>3 · 1/9 =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pairs of numbers that sum to 7 are</w:t>
      </w:r>
    </w:p>
    <w:p>
      <w:pPr>
        <w:spacing w:before="0" w:after="80" w:line="300" w:lineRule="auto"/>
        <w:jc w:val="left"/>
      </w:pPr>
      <w:r>
        <w:rPr>
          <w:rFonts w:ascii="Times New Roman" w:hAnsi="Times New Roman" w:eastAsia="宋体"/>
          <w:b w:val="0"/>
          <w:i w:val="0"/>
          <w:color w:val="333333"/>
          <w:sz w:val="19"/>
        </w:rPr>
        <w:t>(2, 5), (4, 3), and (6, 1).</w:t>
      </w:r>
    </w:p>
    <w:p>
      <w:pPr>
        <w:spacing w:before="0" w:after="80" w:line="300" w:lineRule="auto"/>
        <w:jc w:val="left"/>
      </w:pPr>
      <w:r>
        <w:rPr>
          <w:rFonts w:ascii="Times New Roman" w:hAnsi="Times New Roman" w:eastAsia="宋体"/>
          <w:b w:val="0"/>
          <w:i w:val="0"/>
          <w:color w:val="333333"/>
          <w:sz w:val="19"/>
        </w:rPr>
        <w:t>There is a</w:t>
      </w:r>
    </w:p>
    <w:p>
      <w:pPr>
        <w:spacing w:before="0" w:after="80" w:line="300" w:lineRule="auto"/>
        <w:jc w:val="left"/>
      </w:pPr>
      <w:r>
        <w:rPr>
          <w:rFonts w:ascii="Times New Roman" w:hAnsi="Times New Roman" w:eastAsia="宋体"/>
          <w:b w:val="0"/>
          <w:i w:val="0"/>
          <w:color w:val="333333"/>
          <w:sz w:val="19"/>
        </w:rPr>
        <w:t>1/3 · 1/3 = 1/9</w:t>
      </w:r>
    </w:p>
    <w:p>
      <w:pPr>
        <w:spacing w:before="0" w:after="80" w:line="300" w:lineRule="auto"/>
        <w:jc w:val="left"/>
      </w:pPr>
      <w:r>
        <w:rPr>
          <w:rFonts w:ascii="Times New Roman" w:hAnsi="Times New Roman" w:eastAsia="宋体"/>
          <w:b w:val="0"/>
          <w:i w:val="0"/>
          <w:color w:val="333333"/>
          <w:sz w:val="19"/>
        </w:rPr>
        <w:t>chance that we get any of these pairs.</w:t>
      </w:r>
    </w:p>
    <w:p>
      <w:pPr>
        <w:spacing w:before="0" w:after="80" w:line="300" w:lineRule="auto"/>
        <w:jc w:val="left"/>
      </w:pPr>
      <w:r>
        <w:rPr>
          <w:rFonts w:ascii="Times New Roman" w:hAnsi="Times New Roman" w:eastAsia="宋体"/>
          <w:b w:val="0"/>
          <w:i w:val="0"/>
          <w:color w:val="333333"/>
          <w:sz w:val="19"/>
        </w:rPr>
        <w:t>There are 3 pairs, which means that the total probability that the rolls sum to 7 is</w:t>
      </w:r>
    </w:p>
    <w:p>
      <w:pPr>
        <w:spacing w:before="0" w:after="80" w:line="300" w:lineRule="auto"/>
        <w:jc w:val="left"/>
      </w:pPr>
      <w:r>
        <w:rPr>
          <w:rFonts w:ascii="Times New Roman" w:hAnsi="Times New Roman" w:eastAsia="宋体"/>
          <w:b w:val="0"/>
          <w:i w:val="0"/>
          <w:color w:val="333333"/>
          <w:sz w:val="19"/>
        </w:rPr>
        <w:t>3 · 1/9 = 1/3.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设最小扇形角为 a，等差数列的公差为 d。</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12/2(a + a + 11d) = 12a + 66d</w:t>
      </w:r>
    </w:p>
    <w:p>
      <w:pPr>
        <w:spacing w:before="0" w:after="80" w:line="300" w:lineRule="auto"/>
        <w:jc w:val="left"/>
      </w:pPr>
      <w:r>
        <w:rPr>
          <w:rFonts w:ascii="Times New Roman" w:hAnsi="Times New Roman" w:eastAsia="宋体"/>
          <w:b w:val="0"/>
          <w:i w:val="0"/>
          <w:sz w:val="21"/>
        </w:rPr>
        <w:t>就是这个等差数列的和。</w:t>
      </w:r>
    </w:p>
    <w:p>
      <w:pPr>
        <w:spacing w:before="0" w:after="80" w:line="300" w:lineRule="auto"/>
        <w:jc w:val="left"/>
      </w:pPr>
      <w:r>
        <w:rPr>
          <w:rFonts w:ascii="Times New Roman" w:hAnsi="Times New Roman" w:eastAsia="宋体"/>
          <w:b w:val="0"/>
          <w:i w:val="0"/>
          <w:sz w:val="21"/>
        </w:rPr>
        <w:t>总和是 360，所以</w:t>
      </w:r>
    </w:p>
    <w:p>
      <w:pPr>
        <w:spacing w:before="0" w:after="80" w:line="300" w:lineRule="auto"/>
        <w:jc w:val="left"/>
      </w:pPr>
      <w:r>
        <w:rPr>
          <w:rFonts w:ascii="Times New Roman" w:hAnsi="Times New Roman" w:eastAsia="宋体"/>
          <w:b w:val="0"/>
          <w:i w:val="0"/>
          <w:sz w:val="21"/>
        </w:rPr>
        <w:t>12a + 66d = 360</w:t>
      </w:r>
    </w:p>
    <w:p>
      <w:pPr>
        <w:spacing w:before="0" w:after="80" w:line="300" w:lineRule="auto"/>
        <w:jc w:val="left"/>
      </w:pPr>
      <w:r>
        <w:rPr>
          <w:rFonts w:ascii="Times New Roman" w:hAnsi="Times New Roman" w:eastAsia="宋体"/>
          <w:b w:val="0"/>
          <w:i w:val="0"/>
          <w:sz w:val="21"/>
        </w:rPr>
        <w:t>2a + 11d = 60。</w:t>
      </w:r>
    </w:p>
    <w:p>
      <w:pPr>
        <w:spacing w:before="0" w:after="80" w:line="300" w:lineRule="auto"/>
        <w:jc w:val="left"/>
      </w:pPr>
      <w:r>
        <w:rPr>
          <w:rFonts w:ascii="Times New Roman" w:hAnsi="Times New Roman" w:eastAsia="宋体"/>
          <w:b w:val="0"/>
          <w:i w:val="0"/>
          <w:sz w:val="21"/>
        </w:rPr>
        <w:t>要使 a 尽可能小，就要让 d 尽可能大。若 d = 5，则 a 不是整数；因此 d = 4，且 a =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be the smallest possible sector angle and d be the difference in the arithmetic sequence.</w:t>
      </w:r>
    </w:p>
    <w:p>
      <w:pPr>
        <w:spacing w:before="0" w:after="80" w:line="300" w:lineRule="auto"/>
        <w:jc w:val="left"/>
      </w:pPr>
      <w:r>
        <w:rPr>
          <w:rFonts w:ascii="Times New Roman" w:hAnsi="Times New Roman" w:eastAsia="宋体"/>
          <w:b w:val="0"/>
          <w:i w:val="0"/>
          <w:color w:val="333333"/>
          <w:sz w:val="19"/>
        </w:rPr>
        <w:t>Then we have that</w:t>
      </w:r>
    </w:p>
    <w:p>
      <w:pPr>
        <w:spacing w:before="0" w:after="80" w:line="300" w:lineRule="auto"/>
        <w:jc w:val="left"/>
      </w:pPr>
      <w:r>
        <w:rPr>
          <w:rFonts w:ascii="Times New Roman" w:hAnsi="Times New Roman" w:eastAsia="宋体"/>
          <w:b w:val="0"/>
          <w:i w:val="0"/>
          <w:color w:val="333333"/>
          <w:sz w:val="19"/>
        </w:rPr>
        <w:t>12/2(a + a + 11d) = 12a + 66d</w:t>
      </w:r>
    </w:p>
    <w:p>
      <w:pPr>
        <w:spacing w:before="0" w:after="80" w:line="300" w:lineRule="auto"/>
        <w:jc w:val="left"/>
      </w:pPr>
      <w:r>
        <w:rPr>
          <w:rFonts w:ascii="Times New Roman" w:hAnsi="Times New Roman" w:eastAsia="宋体"/>
          <w:b w:val="0"/>
          <w:i w:val="0"/>
          <w:color w:val="333333"/>
          <w:sz w:val="19"/>
        </w:rPr>
        <w:t>is the sum of the arithmetic sequence.</w:t>
      </w:r>
    </w:p>
    <w:p>
      <w:pPr>
        <w:spacing w:before="0" w:after="80" w:line="300" w:lineRule="auto"/>
        <w:jc w:val="left"/>
      </w:pPr>
      <w:r>
        <w:rPr>
          <w:rFonts w:ascii="Times New Roman" w:hAnsi="Times New Roman" w:eastAsia="宋体"/>
          <w:b w:val="0"/>
          <w:i w:val="0"/>
          <w:color w:val="333333"/>
          <w:sz w:val="19"/>
        </w:rPr>
        <w:t>We have that this sums to 360, so</w:t>
      </w:r>
    </w:p>
    <w:p>
      <w:pPr>
        <w:spacing w:before="0" w:after="80" w:line="300" w:lineRule="auto"/>
        <w:jc w:val="left"/>
      </w:pPr>
      <w:r>
        <w:rPr>
          <w:rFonts w:ascii="Times New Roman" w:hAnsi="Times New Roman" w:eastAsia="宋体"/>
          <w:b w:val="0"/>
          <w:i w:val="0"/>
          <w:color w:val="333333"/>
          <w:sz w:val="19"/>
        </w:rPr>
        <w:t>12a + 66d = 360</w:t>
      </w:r>
    </w:p>
    <w:p>
      <w:pPr>
        <w:spacing w:before="0" w:after="80" w:line="300" w:lineRule="auto"/>
        <w:jc w:val="left"/>
      </w:pPr>
      <w:r>
        <w:rPr>
          <w:rFonts w:ascii="Times New Roman" w:hAnsi="Times New Roman" w:eastAsia="宋体"/>
          <w:b w:val="0"/>
          <w:i w:val="0"/>
          <w:color w:val="333333"/>
          <w:sz w:val="19"/>
        </w:rPr>
        <w:t>2a + 11d = 60.</w:t>
      </w:r>
    </w:p>
    <w:p>
      <w:pPr>
        <w:spacing w:before="0" w:after="80" w:line="300" w:lineRule="auto"/>
        <w:jc w:val="left"/>
      </w:pPr>
      <w:r>
        <w:rPr>
          <w:rFonts w:ascii="Times New Roman" w:hAnsi="Times New Roman" w:eastAsia="宋体"/>
          <w:b w:val="0"/>
          <w:i w:val="0"/>
          <w:color w:val="333333"/>
          <w:sz w:val="19"/>
        </w:rPr>
        <w:t>We want to minimize a, so we maximize d. If d = 5, then a is not an integer, so d = 4 and a = 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D</w:t>
      </w:r>
    </w:p>
    <w:p>
      <w:pPr>
        <w:spacing w:before="80" w:after="80"/>
        <w:jc w:val="center"/>
      </w:pPr>
      <w:r>
        <w:drawing>
          <wp:inline xmlns:a="http://schemas.openxmlformats.org/drawingml/2006/main" xmlns:pic="http://schemas.openxmlformats.org/drawingml/2006/picture">
            <wp:extent cx="1952510" cy="841450"/>
            <wp:docPr id="5" name="Picture 5"/>
            <wp:cNvGraphicFramePr>
              <a:graphicFrameLocks noChangeAspect="1"/>
            </wp:cNvGraphicFramePr>
            <a:graphic>
              <a:graphicData uri="http://schemas.openxmlformats.org/drawingml/2006/picture">
                <pic:pic>
                  <pic:nvPicPr>
                    <pic:cNvPr id="0" name="q11-sol-1@300dpi.png"/>
                    <pic:cNvPicPr/>
                  </pic:nvPicPr>
                  <pic:blipFill>
                    <a:blip r:embed="rId11"/>
                    <a:stretch>
                      <a:fillRect/>
                    </a:stretch>
                  </pic:blipFill>
                  <pic:spPr>
                    <a:xfrm>
                      <a:off x="0" y="0"/>
                      <a:ext cx="1952510" cy="841450"/>
                    </a:xfrm>
                    <a:prstGeom prst="rect"/>
                  </pic:spPr>
                </pic:pic>
              </a:graphicData>
            </a:graphic>
          </wp:inline>
        </w:drawing>
      </w:r>
    </w:p>
    <w:p>
      <w:pPr>
        <w:spacing w:before="0" w:after="80" w:line="300" w:lineRule="auto"/>
        <w:jc w:val="left"/>
      </w:pPr>
      <w:r>
        <w:rPr>
          <w:rFonts w:ascii="Times New Roman" w:hAnsi="Times New Roman" w:eastAsia="宋体"/>
          <w:b w:val="0"/>
          <w:i w:val="0"/>
          <w:sz w:val="21"/>
        </w:rPr>
        <w:t>令 x 为 BC。注意 △ CEB 与 △ CDA 由角角判定相似（切线与过切点的半径垂直）。</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x/3 = (8 + x)/5。</w:t>
      </w:r>
    </w:p>
    <w:p>
      <w:pPr>
        <w:spacing w:before="0" w:after="80" w:line="300" w:lineRule="auto"/>
        <w:jc w:val="left"/>
      </w:pPr>
      <w:r>
        <w:rPr>
          <w:rFonts w:ascii="Times New Roman" w:hAnsi="Times New Roman" w:eastAsia="宋体"/>
          <w:b w:val="0"/>
          <w:i w:val="0"/>
          <w:sz w:val="21"/>
        </w:rPr>
        <w:t>交叉相乘得到</w:t>
      </w:r>
    </w:p>
    <w:p>
      <w:pPr>
        <w:spacing w:before="0" w:after="80" w:line="300" w:lineRule="auto"/>
        <w:jc w:val="left"/>
      </w:pPr>
      <w:r>
        <w:rPr>
          <w:rFonts w:ascii="Times New Roman" w:hAnsi="Times New Roman" w:eastAsia="宋体"/>
          <w:b w:val="0"/>
          <w:i w:val="0"/>
          <w:sz w:val="21"/>
        </w:rPr>
        <w:t>5x = 24 + 3x</w:t>
      </w:r>
    </w:p>
    <w:p>
      <w:pPr>
        <w:spacing w:before="0" w:after="80" w:line="300" w:lineRule="auto"/>
        <w:jc w:val="left"/>
      </w:pPr>
      <w:r>
        <w:rPr>
          <w:rFonts w:ascii="Times New Roman" w:hAnsi="Times New Roman" w:eastAsia="宋体"/>
          <w:b w:val="0"/>
          <w:i w:val="0"/>
          <w:sz w:val="21"/>
        </w:rPr>
        <w:t>x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952510" cy="841450"/>
            <wp:docPr id="6" name="Picture 6"/>
            <wp:cNvGraphicFramePr>
              <a:graphicFrameLocks noChangeAspect="1"/>
            </wp:cNvGraphicFramePr>
            <a:graphic>
              <a:graphicData uri="http://schemas.openxmlformats.org/drawingml/2006/picture">
                <pic:pic>
                  <pic:nvPicPr>
                    <pic:cNvPr id="0" name="q11-sol-1@300dpi.png"/>
                    <pic:cNvPicPr/>
                  </pic:nvPicPr>
                  <pic:blipFill>
                    <a:blip r:embed="rId11"/>
                    <a:stretch>
                      <a:fillRect/>
                    </a:stretch>
                  </pic:blipFill>
                  <pic:spPr>
                    <a:xfrm>
                      <a:off x="0" y="0"/>
                      <a:ext cx="1952510" cy="84145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x be BC. Note that △ CEB and △ CDA are similar due to angle-angle (tangent lines are perpendicular to radii).</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x/3 = (8 + x)/5.</w:t>
      </w:r>
    </w:p>
    <w:p>
      <w:pPr>
        <w:spacing w:before="0" w:after="80" w:line="300" w:lineRule="auto"/>
        <w:jc w:val="left"/>
      </w:pPr>
      <w:r>
        <w:rPr>
          <w:rFonts w:ascii="Times New Roman" w:hAnsi="Times New Roman" w:eastAsia="宋体"/>
          <w:b w:val="0"/>
          <w:i w:val="0"/>
          <w:color w:val="333333"/>
          <w:sz w:val="19"/>
        </w:rPr>
        <w:t>Cross-multiplying gives us</w:t>
      </w:r>
    </w:p>
    <w:p>
      <w:pPr>
        <w:spacing w:before="0" w:after="80" w:line="300" w:lineRule="auto"/>
        <w:jc w:val="left"/>
      </w:pPr>
      <w:r>
        <w:rPr>
          <w:rFonts w:ascii="Times New Roman" w:hAnsi="Times New Roman" w:eastAsia="宋体"/>
          <w:b w:val="0"/>
          <w:i w:val="0"/>
          <w:color w:val="333333"/>
          <w:sz w:val="19"/>
        </w:rPr>
        <w:t>5x = 24 + 3x</w:t>
      </w:r>
    </w:p>
    <w:p>
      <w:pPr>
        <w:spacing w:before="0" w:after="80" w:line="300" w:lineRule="auto"/>
        <w:jc w:val="left"/>
      </w:pPr>
      <w:r>
        <w:rPr>
          <w:rFonts w:ascii="Times New Roman" w:hAnsi="Times New Roman" w:eastAsia="宋体"/>
          <w:b w:val="0"/>
          <w:i w:val="0"/>
          <w:color w:val="333333"/>
          <w:sz w:val="19"/>
        </w:rPr>
        <w:t>x = 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平年有 365 天，向未来移动一年，星期几会向后移动一天，因为</w:t>
      </w:r>
    </w:p>
    <w:p>
      <w:pPr>
        <w:spacing w:before="0" w:after="80" w:line="300" w:lineRule="auto"/>
        <w:jc w:val="left"/>
      </w:pPr>
      <w:r>
        <w:rPr>
          <w:rFonts w:ascii="Times New Roman" w:hAnsi="Times New Roman" w:eastAsia="宋体"/>
          <w:b w:val="0"/>
          <w:i w:val="0"/>
          <w:sz w:val="21"/>
        </w:rPr>
        <w:t>365 = 52 · 7 + 1。</w:t>
      </w:r>
    </w:p>
    <w:p>
      <w:pPr>
        <w:spacing w:before="0" w:after="80" w:line="300" w:lineRule="auto"/>
        <w:jc w:val="left"/>
      </w:pPr>
      <w:r>
        <w:rPr>
          <w:rFonts w:ascii="Times New Roman" w:hAnsi="Times New Roman" w:eastAsia="宋体"/>
          <w:b w:val="0"/>
          <w:i w:val="0"/>
          <w:sz w:val="21"/>
        </w:rPr>
        <w:t>闰年有额外的一天，所以星期几会向后移动两天。</w:t>
      </w:r>
    </w:p>
    <w:p>
      <w:pPr>
        <w:spacing w:before="0" w:after="80" w:line="300" w:lineRule="auto"/>
        <w:jc w:val="left"/>
      </w:pPr>
      <w:r>
        <w:rPr>
          <w:rFonts w:ascii="Times New Roman" w:hAnsi="Times New Roman" w:eastAsia="宋体"/>
          <w:b w:val="0"/>
          <w:i w:val="0"/>
          <w:sz w:val="21"/>
        </w:rPr>
        <w:t>在 1812 年到 2012 年之间，有五十个年份是 4 的倍数，但要去掉 1900 年，所以共有 49 个闰年。</w:t>
      </w:r>
    </w:p>
    <w:p>
      <w:pPr>
        <w:spacing w:before="0" w:after="80" w:line="300" w:lineRule="auto"/>
        <w:jc w:val="left"/>
      </w:pPr>
      <w:r>
        <w:rPr>
          <w:rFonts w:ascii="Times New Roman" w:hAnsi="Times New Roman" w:eastAsia="宋体"/>
          <w:b w:val="0"/>
          <w:i w:val="0"/>
          <w:sz w:val="21"/>
        </w:rPr>
        <w:t>因此，往回推 200 年需要往回移动</w:t>
      </w:r>
    </w:p>
    <w:p>
      <w:pPr>
        <w:spacing w:before="0" w:after="80" w:line="300" w:lineRule="auto"/>
        <w:jc w:val="left"/>
      </w:pPr>
      <w:r>
        <w:rPr>
          <w:rFonts w:ascii="Times New Roman" w:hAnsi="Times New Roman" w:eastAsia="宋体"/>
          <w:b w:val="0"/>
          <w:i w:val="0"/>
          <w:sz w:val="21"/>
        </w:rPr>
        <w:t>200 + 49 = 249 = 35 · 7 + 4</w:t>
      </w:r>
    </w:p>
    <w:p>
      <w:pPr>
        <w:spacing w:before="0" w:after="80" w:line="300" w:lineRule="auto"/>
        <w:jc w:val="left"/>
      </w:pPr>
      <w:r>
        <w:rPr>
          <w:rFonts w:ascii="Times New Roman" w:hAnsi="Times New Roman" w:eastAsia="宋体"/>
          <w:b w:val="0"/>
          <w:i w:val="0"/>
          <w:sz w:val="21"/>
        </w:rPr>
        <w:t>天，也就是星期几往回移动 4 天。</w:t>
      </w:r>
    </w:p>
    <w:p>
      <w:pPr>
        <w:spacing w:before="0" w:after="80" w:line="300" w:lineRule="auto"/>
        <w:jc w:val="left"/>
      </w:pPr>
      <w:r>
        <w:rPr>
          <w:rFonts w:ascii="Times New Roman" w:hAnsi="Times New Roman" w:eastAsia="宋体"/>
          <w:b w:val="0"/>
          <w:i w:val="0"/>
          <w:sz w:val="21"/>
        </w:rPr>
        <w:t>星期二往前推四天是星期五，也就是 1812 年二月 7 日。</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typical year with 365 days, moving one year into the future moves the day of the week forward one since</w:t>
      </w:r>
    </w:p>
    <w:p>
      <w:pPr>
        <w:spacing w:before="0" w:after="80" w:line="300" w:lineRule="auto"/>
        <w:jc w:val="left"/>
      </w:pPr>
      <w:r>
        <w:rPr>
          <w:rFonts w:ascii="Times New Roman" w:hAnsi="Times New Roman" w:eastAsia="宋体"/>
          <w:b w:val="0"/>
          <w:i w:val="0"/>
          <w:color w:val="333333"/>
          <w:sz w:val="19"/>
        </w:rPr>
        <w:t>365 = 52 · 7 + 1.</w:t>
      </w:r>
    </w:p>
    <w:p>
      <w:pPr>
        <w:spacing w:before="0" w:after="80" w:line="300" w:lineRule="auto"/>
        <w:jc w:val="left"/>
      </w:pPr>
      <w:r>
        <w:rPr>
          <w:rFonts w:ascii="Times New Roman" w:hAnsi="Times New Roman" w:eastAsia="宋体"/>
          <w:b w:val="0"/>
          <w:i w:val="0"/>
          <w:color w:val="333333"/>
          <w:sz w:val="19"/>
        </w:rPr>
        <w:t>On a leap year however, the day of the week gets moved forward twice since there is an extra day.</w:t>
      </w:r>
    </w:p>
    <w:p>
      <w:pPr>
        <w:spacing w:before="0" w:after="80" w:line="300" w:lineRule="auto"/>
        <w:jc w:val="left"/>
      </w:pPr>
      <w:r>
        <w:rPr>
          <w:rFonts w:ascii="Times New Roman" w:hAnsi="Times New Roman" w:eastAsia="宋体"/>
          <w:b w:val="0"/>
          <w:i w:val="0"/>
          <w:color w:val="333333"/>
          <w:sz w:val="19"/>
        </w:rPr>
        <w:t>Fifty of the years between 2012 and 1812 are multiples of 4, but we have to discard 1900, which leaves us with 49 leap years.</w:t>
      </w:r>
    </w:p>
    <w:p>
      <w:pPr>
        <w:spacing w:before="0" w:after="80" w:line="300" w:lineRule="auto"/>
        <w:jc w:val="left"/>
      </w:pPr>
      <w:r>
        <w:rPr>
          <w:rFonts w:ascii="Times New Roman" w:hAnsi="Times New Roman" w:eastAsia="宋体"/>
          <w:b w:val="0"/>
          <w:i w:val="0"/>
          <w:color w:val="333333"/>
          <w:sz w:val="19"/>
        </w:rPr>
        <w:t>Therefore, moving back 200 years means we have to go back</w:t>
      </w:r>
    </w:p>
    <w:p>
      <w:pPr>
        <w:spacing w:before="0" w:after="80" w:line="300" w:lineRule="auto"/>
        <w:jc w:val="left"/>
      </w:pPr>
      <w:r>
        <w:rPr>
          <w:rFonts w:ascii="Times New Roman" w:hAnsi="Times New Roman" w:eastAsia="宋体"/>
          <w:b w:val="0"/>
          <w:i w:val="0"/>
          <w:color w:val="333333"/>
          <w:sz w:val="19"/>
        </w:rPr>
        <w:t>200 + 49 = 249 = 35 · 7 + 4</w:t>
      </w:r>
    </w:p>
    <w:p>
      <w:pPr>
        <w:spacing w:before="0" w:after="80" w:line="300" w:lineRule="auto"/>
        <w:jc w:val="left"/>
      </w:pPr>
      <w:r>
        <w:rPr>
          <w:rFonts w:ascii="Times New Roman" w:hAnsi="Times New Roman" w:eastAsia="宋体"/>
          <w:b w:val="0"/>
          <w:i w:val="0"/>
          <w:color w:val="333333"/>
          <w:sz w:val="19"/>
        </w:rPr>
        <w:t>days, which means we move back 4 days in the week.</w:t>
      </w:r>
    </w:p>
    <w:p>
      <w:pPr>
        <w:spacing w:before="0" w:after="80" w:line="300" w:lineRule="auto"/>
        <w:jc w:val="left"/>
      </w:pPr>
      <w:r>
        <w:rPr>
          <w:rFonts w:ascii="Times New Roman" w:hAnsi="Times New Roman" w:eastAsia="宋体"/>
          <w:b w:val="0"/>
          <w:i w:val="0"/>
          <w:color w:val="333333"/>
          <w:sz w:val="19"/>
        </w:rPr>
        <w:t>This takes us back to Friday, which is the day that corresponds to February 7, 1812.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设排列顺序为</w:t>
      </w:r>
    </w:p>
    <w:p>
      <w:pPr>
        <w:spacing w:before="0" w:after="80" w:line="300" w:lineRule="auto"/>
        <w:jc w:val="left"/>
      </w:pPr>
      <w:r>
        <w:rPr>
          <w:rFonts w:ascii="Times New Roman" w:hAnsi="Times New Roman" w:eastAsia="宋体"/>
          <w:b w:val="0"/>
          <w:i w:val="0"/>
          <w:sz w:val="21"/>
        </w:rPr>
        <w:t>a, b, c, d, e。</w:t>
      </w:r>
    </w:p>
    <w:p>
      <w:pPr>
        <w:spacing w:before="0" w:after="80" w:line="300" w:lineRule="auto"/>
        <w:jc w:val="left"/>
      </w:pPr>
      <w:r>
        <w:rPr>
          <w:rFonts w:ascii="Times New Roman" w:hAnsi="Times New Roman" w:eastAsia="宋体"/>
          <w:b w:val="0"/>
          <w:i w:val="0"/>
          <w:sz w:val="21"/>
        </w:rPr>
        <w:t>则迭代平均数为</w:t>
      </w:r>
    </w:p>
    <w:p>
      <w:pPr>
        <w:spacing w:before="0" w:after="80" w:line="300" w:lineRule="auto"/>
        <w:jc w:val="left"/>
      </w:pPr>
      <w:r>
        <w:rPr>
          <w:rFonts w:ascii="Times New Roman" w:hAnsi="Times New Roman" w:eastAsia="宋体"/>
          <w:b w:val="0"/>
          <w:i w:val="0"/>
          <w:sz w:val="21"/>
        </w:rPr>
        <w:t>((((a + b)/2 + c)/2 + d)/2 + e)/2</w:t>
      </w:r>
    </w:p>
    <w:p>
      <w:pPr>
        <w:spacing w:before="0" w:after="80" w:line="300" w:lineRule="auto"/>
        <w:jc w:val="left"/>
      </w:pPr>
      <w:r>
        <w:rPr>
          <w:rFonts w:ascii="Times New Roman" w:hAnsi="Times New Roman" w:eastAsia="宋体"/>
          <w:b w:val="0"/>
          <w:i w:val="0"/>
          <w:sz w:val="21"/>
        </w:rPr>
        <w:t>= (a + b + 2c + 4d + 8e)/16。</w:t>
      </w:r>
    </w:p>
    <w:p>
      <w:pPr>
        <w:spacing w:before="0" w:after="80" w:line="300" w:lineRule="auto"/>
        <w:jc w:val="left"/>
      </w:pPr>
      <w:r>
        <w:rPr>
          <w:rFonts w:ascii="Times New Roman" w:hAnsi="Times New Roman" w:eastAsia="宋体"/>
          <w:b w:val="0"/>
          <w:i w:val="0"/>
          <w:sz w:val="21"/>
        </w:rPr>
        <w:t>要使结果最小，应按</w:t>
      </w:r>
    </w:p>
    <w:p>
      <w:pPr>
        <w:spacing w:before="0" w:after="80" w:line="300" w:lineRule="auto"/>
        <w:jc w:val="left"/>
      </w:pPr>
      <w:r>
        <w:rPr>
          <w:rFonts w:ascii="Times New Roman" w:hAnsi="Times New Roman" w:eastAsia="宋体"/>
          <w:b w:val="0"/>
          <w:i w:val="0"/>
          <w:sz w:val="21"/>
        </w:rPr>
        <w:t>5, 4, 3, 2, 1，</w:t>
      </w:r>
    </w:p>
    <w:p>
      <w:pPr>
        <w:spacing w:before="0" w:after="80" w:line="300" w:lineRule="auto"/>
        <w:jc w:val="left"/>
      </w:pPr>
      <w:r>
        <w:rPr>
          <w:rFonts w:ascii="Times New Roman" w:hAnsi="Times New Roman" w:eastAsia="宋体"/>
          <w:b w:val="0"/>
          <w:i w:val="0"/>
          <w:sz w:val="21"/>
        </w:rPr>
        <w:t>排列，得到</w:t>
      </w:r>
    </w:p>
    <w:p>
      <w:pPr>
        <w:spacing w:before="0" w:after="80" w:line="300" w:lineRule="auto"/>
        <w:jc w:val="left"/>
      </w:pPr>
      <w:r>
        <w:rPr>
          <w:rFonts w:ascii="Times New Roman" w:hAnsi="Times New Roman" w:eastAsia="宋体"/>
          <w:b w:val="0"/>
          <w:i w:val="0"/>
          <w:sz w:val="21"/>
        </w:rPr>
        <w:t>(5 + 4 + 6 + 8 + 8)/16 = 31/16。</w:t>
      </w:r>
    </w:p>
    <w:p>
      <w:pPr>
        <w:spacing w:before="0" w:after="80" w:line="300" w:lineRule="auto"/>
        <w:jc w:val="left"/>
      </w:pPr>
      <w:r>
        <w:rPr>
          <w:rFonts w:ascii="Times New Roman" w:hAnsi="Times New Roman" w:eastAsia="宋体"/>
          <w:b w:val="0"/>
          <w:i w:val="0"/>
          <w:sz w:val="21"/>
        </w:rPr>
        <w:t>要使结果最大，则反过来排列，得到</w:t>
      </w:r>
    </w:p>
    <w:p>
      <w:pPr>
        <w:spacing w:before="0" w:after="80" w:line="300" w:lineRule="auto"/>
        <w:jc w:val="left"/>
      </w:pPr>
      <w:r>
        <w:rPr>
          <w:rFonts w:ascii="Times New Roman" w:hAnsi="Times New Roman" w:eastAsia="宋体"/>
          <w:b w:val="0"/>
          <w:i w:val="0"/>
          <w:sz w:val="21"/>
        </w:rPr>
        <w:t>(1 + 2 + 6 + 16 + 40)/16 = 65/16。</w:t>
      </w:r>
    </w:p>
    <w:p>
      <w:pPr>
        <w:spacing w:before="0" w:after="80" w:line="300" w:lineRule="auto"/>
        <w:jc w:val="left"/>
      </w:pPr>
      <w:r>
        <w:rPr>
          <w:rFonts w:ascii="Times New Roman" w:hAnsi="Times New Roman" w:eastAsia="宋体"/>
          <w:b w:val="0"/>
          <w:i w:val="0"/>
          <w:sz w:val="21"/>
        </w:rPr>
        <w:t>两者之差为</w:t>
      </w:r>
    </w:p>
    <w:p>
      <w:pPr>
        <w:spacing w:before="0" w:after="80" w:line="300" w:lineRule="auto"/>
        <w:jc w:val="left"/>
      </w:pPr>
      <w:r>
        <w:rPr>
          <w:rFonts w:ascii="Times New Roman" w:hAnsi="Times New Roman" w:eastAsia="宋体"/>
          <w:b w:val="0"/>
          <w:i w:val="0"/>
          <w:sz w:val="21"/>
        </w:rPr>
        <w:t>65/16 - 31/16 = 34/16 = 17/8。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order of the numbers be</w:t>
      </w:r>
    </w:p>
    <w:p>
      <w:pPr>
        <w:spacing w:before="0" w:after="80" w:line="300" w:lineRule="auto"/>
        <w:jc w:val="left"/>
      </w:pPr>
      <w:r>
        <w:rPr>
          <w:rFonts w:ascii="Times New Roman" w:hAnsi="Times New Roman" w:eastAsia="宋体"/>
          <w:b w:val="0"/>
          <w:i w:val="0"/>
          <w:color w:val="333333"/>
          <w:sz w:val="19"/>
        </w:rPr>
        <w:t>a, b, c, d, e.</w:t>
      </w:r>
    </w:p>
    <w:p>
      <w:pPr>
        <w:spacing w:before="0" w:after="80" w:line="300" w:lineRule="auto"/>
        <w:jc w:val="left"/>
      </w:pPr>
      <w:r>
        <w:rPr>
          <w:rFonts w:ascii="Times New Roman" w:hAnsi="Times New Roman" w:eastAsia="宋体"/>
          <w:b w:val="0"/>
          <w:i w:val="0"/>
          <w:color w:val="333333"/>
          <w:sz w:val="19"/>
        </w:rPr>
        <w:t>Then the iterative average is</w:t>
      </w:r>
    </w:p>
    <w:p>
      <w:pPr>
        <w:spacing w:before="0" w:after="80" w:line="300" w:lineRule="auto"/>
        <w:jc w:val="left"/>
      </w:pPr>
      <w:r>
        <w:rPr>
          <w:rFonts w:ascii="Times New Roman" w:hAnsi="Times New Roman" w:eastAsia="宋体"/>
          <w:b w:val="0"/>
          <w:i w:val="0"/>
          <w:color w:val="333333"/>
          <w:sz w:val="19"/>
        </w:rPr>
        <w:t>((((a + b)/2 + c)/2 + d)/2 + e)/2</w:t>
      </w:r>
    </w:p>
    <w:p>
      <w:pPr>
        <w:spacing w:before="0" w:after="80" w:line="300" w:lineRule="auto"/>
        <w:jc w:val="left"/>
      </w:pPr>
      <w:r>
        <w:rPr>
          <w:rFonts w:ascii="Times New Roman" w:hAnsi="Times New Roman" w:eastAsia="宋体"/>
          <w:b w:val="0"/>
          <w:i w:val="0"/>
          <w:color w:val="333333"/>
          <w:sz w:val="19"/>
        </w:rPr>
        <w:t>= (a + b + 2c + 4d + 8e)/16.</w:t>
      </w:r>
    </w:p>
    <w:p>
      <w:pPr>
        <w:spacing w:before="0" w:after="80" w:line="300" w:lineRule="auto"/>
        <w:jc w:val="left"/>
      </w:pPr>
      <w:r>
        <w:rPr>
          <w:rFonts w:ascii="Times New Roman" w:hAnsi="Times New Roman" w:eastAsia="宋体"/>
          <w:b w:val="0"/>
          <w:i w:val="0"/>
          <w:color w:val="333333"/>
          <w:sz w:val="19"/>
        </w:rPr>
        <w:t>To minimize this, we make the order</w:t>
      </w:r>
    </w:p>
    <w:p>
      <w:pPr>
        <w:spacing w:before="0" w:after="80" w:line="300" w:lineRule="auto"/>
        <w:jc w:val="left"/>
      </w:pPr>
      <w:r>
        <w:rPr>
          <w:rFonts w:ascii="Times New Roman" w:hAnsi="Times New Roman" w:eastAsia="宋体"/>
          <w:b w:val="0"/>
          <w:i w:val="0"/>
          <w:color w:val="333333"/>
          <w:sz w:val="19"/>
        </w:rPr>
        <w:t>5, 4, 3, 2, 1,</w:t>
      </w:r>
    </w:p>
    <w:p>
      <w:pPr>
        <w:spacing w:before="0" w:after="80" w:line="300" w:lineRule="auto"/>
        <w:jc w:val="left"/>
      </w:pPr>
      <w:r>
        <w:rPr>
          <w:rFonts w:ascii="Times New Roman" w:hAnsi="Times New Roman" w:eastAsia="宋体"/>
          <w:b w:val="0"/>
          <w:i w:val="0"/>
          <w:color w:val="333333"/>
          <w:sz w:val="19"/>
        </w:rPr>
        <w:t>which gives us a sum of</w:t>
      </w:r>
    </w:p>
    <w:p>
      <w:pPr>
        <w:spacing w:before="0" w:after="80" w:line="300" w:lineRule="auto"/>
        <w:jc w:val="left"/>
      </w:pPr>
      <w:r>
        <w:rPr>
          <w:rFonts w:ascii="Times New Roman" w:hAnsi="Times New Roman" w:eastAsia="宋体"/>
          <w:b w:val="0"/>
          <w:i w:val="0"/>
          <w:color w:val="333333"/>
          <w:sz w:val="19"/>
        </w:rPr>
        <w:t>(5 + 4 + 6 + 8 + 8)/16 = 31/16.</w:t>
      </w:r>
    </w:p>
    <w:p>
      <w:pPr>
        <w:spacing w:before="0" w:after="80" w:line="300" w:lineRule="auto"/>
        <w:jc w:val="left"/>
      </w:pPr>
      <w:r>
        <w:rPr>
          <w:rFonts w:ascii="Times New Roman" w:hAnsi="Times New Roman" w:eastAsia="宋体"/>
          <w:b w:val="0"/>
          <w:i w:val="0"/>
          <w:color w:val="333333"/>
          <w:sz w:val="19"/>
        </w:rPr>
        <w:t>To maximize it, we have to reverse this order to get an average of</w:t>
      </w:r>
    </w:p>
    <w:p>
      <w:pPr>
        <w:spacing w:before="0" w:after="80" w:line="300" w:lineRule="auto"/>
        <w:jc w:val="left"/>
      </w:pPr>
      <w:r>
        <w:rPr>
          <w:rFonts w:ascii="Times New Roman" w:hAnsi="Times New Roman" w:eastAsia="宋体"/>
          <w:b w:val="0"/>
          <w:i w:val="0"/>
          <w:color w:val="333333"/>
          <w:sz w:val="19"/>
        </w:rPr>
        <w:t>(1 + 2 + 6 + 16 + 40)/16 = 65/16.</w:t>
      </w:r>
    </w:p>
    <w:p>
      <w:pPr>
        <w:spacing w:before="0" w:after="80" w:line="300" w:lineRule="auto"/>
        <w:jc w:val="left"/>
      </w:pPr>
      <w:r>
        <w:rPr>
          <w:rFonts w:ascii="Times New Roman" w:hAnsi="Times New Roman" w:eastAsia="宋体"/>
          <w:b w:val="0"/>
          <w:i w:val="0"/>
          <w:color w:val="333333"/>
          <w:sz w:val="19"/>
        </w:rPr>
        <w:t>The difference between these is</w:t>
      </w:r>
    </w:p>
    <w:p>
      <w:pPr>
        <w:spacing w:before="0" w:after="80" w:line="300" w:lineRule="auto"/>
        <w:jc w:val="left"/>
      </w:pPr>
      <w:r>
        <w:rPr>
          <w:rFonts w:ascii="Times New Roman" w:hAnsi="Times New Roman" w:eastAsia="宋体"/>
          <w:b w:val="0"/>
          <w:i w:val="0"/>
          <w:color w:val="333333"/>
          <w:sz w:val="19"/>
        </w:rPr>
        <w:t>65/16 - 31/16 = 34/16 = 17/8.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共有 15 行各含 15 个黑格，另有 16 行各含 16 个黑格。</w:t>
      </w:r>
    </w:p>
    <w:p>
      <w:pPr>
        <w:spacing w:before="0" w:after="80" w:line="300" w:lineRule="auto"/>
        <w:jc w:val="left"/>
      </w:pPr>
      <w:r>
        <w:rPr>
          <w:rFonts w:ascii="Times New Roman" w:hAnsi="Times New Roman" w:eastAsia="宋体"/>
          <w:b w:val="0"/>
          <w:i w:val="0"/>
          <w:sz w:val="21"/>
        </w:rPr>
        <w:t>第一行有 16 个黑格，其余各行按 15 个与 16 个交替。</w:t>
      </w:r>
    </w:p>
    <w:p>
      <w:pPr>
        <w:spacing w:before="0" w:after="80" w:line="300" w:lineRule="auto"/>
        <w:jc w:val="left"/>
      </w:pPr>
      <w:r>
        <w:rPr>
          <w:rFonts w:ascii="Times New Roman" w:hAnsi="Times New Roman" w:eastAsia="宋体"/>
          <w:b w:val="0"/>
          <w:i w:val="0"/>
          <w:sz w:val="21"/>
        </w:rPr>
        <w:t>因此共有 16 行各含 16 个黑格，其余各行含 15 个黑格。</w:t>
      </w:r>
    </w:p>
    <w:p>
      <w:pPr>
        <w:spacing w:before="0" w:after="80" w:line="300" w:lineRule="auto"/>
        <w:jc w:val="left"/>
      </w:pPr>
      <w:r>
        <w:rPr>
          <w:rFonts w:ascii="Times New Roman" w:hAnsi="Times New Roman" w:eastAsia="宋体"/>
          <w:b w:val="0"/>
          <w:i w:val="0"/>
          <w:sz w:val="21"/>
        </w:rPr>
        <w:t>因此黑格总数为</w:t>
      </w:r>
    </w:p>
    <w:p>
      <w:pPr>
        <w:spacing w:before="0" w:after="80" w:line="300" w:lineRule="auto"/>
        <w:jc w:val="left"/>
      </w:pPr>
      <w:r>
        <w:rPr>
          <w:rFonts w:ascii="Times New Roman" w:hAnsi="Times New Roman" w:eastAsia="宋体"/>
          <w:b w:val="0"/>
          <w:i w:val="0"/>
          <w:sz w:val="21"/>
        </w:rPr>
        <w:t>15² + 16² = 481。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there are 15 rows with 15 black tiles and 16 rows with 16 black tiles.</w:t>
      </w:r>
    </w:p>
    <w:p>
      <w:pPr>
        <w:spacing w:before="0" w:after="80" w:line="300" w:lineRule="auto"/>
        <w:jc w:val="left"/>
      </w:pPr>
      <w:r>
        <w:rPr>
          <w:rFonts w:ascii="Times New Roman" w:hAnsi="Times New Roman" w:eastAsia="宋体"/>
          <w:b w:val="0"/>
          <w:i w:val="0"/>
          <w:color w:val="333333"/>
          <w:sz w:val="19"/>
        </w:rPr>
        <w:t>This can be seen by observing that the first row has 16 black tiles, and all the other rows alternate with 15 and 16 tiles.</w:t>
      </w:r>
    </w:p>
    <w:p>
      <w:pPr>
        <w:spacing w:before="0" w:after="80" w:line="300" w:lineRule="auto"/>
        <w:jc w:val="left"/>
      </w:pPr>
      <w:r>
        <w:rPr>
          <w:rFonts w:ascii="Times New Roman" w:hAnsi="Times New Roman" w:eastAsia="宋体"/>
          <w:b w:val="0"/>
          <w:i w:val="0"/>
          <w:color w:val="333333"/>
          <w:sz w:val="19"/>
        </w:rPr>
        <w:t>Then, due to the alternating pattern, there will be a total of 16 rows with 16 tiles, and the other rows have 15 tiles.</w:t>
      </w:r>
    </w:p>
    <w:p>
      <w:pPr>
        <w:spacing w:before="0" w:after="80" w:line="300" w:lineRule="auto"/>
        <w:jc w:val="left"/>
      </w:pPr>
      <w:r>
        <w:rPr>
          <w:rFonts w:ascii="Times New Roman" w:hAnsi="Times New Roman" w:eastAsia="宋体"/>
          <w:b w:val="0"/>
          <w:i w:val="0"/>
          <w:color w:val="333333"/>
          <w:sz w:val="19"/>
        </w:rPr>
        <w:t>The total number of black squares is then</w:t>
      </w:r>
    </w:p>
    <w:p>
      <w:pPr>
        <w:spacing w:before="0" w:after="80" w:line="300" w:lineRule="auto"/>
        <w:jc w:val="left"/>
      </w:pPr>
      <w:r>
        <w:rPr>
          <w:rFonts w:ascii="Times New Roman" w:hAnsi="Times New Roman" w:eastAsia="宋体"/>
          <w:b w:val="0"/>
          <w:i w:val="0"/>
          <w:color w:val="333333"/>
          <w:sz w:val="19"/>
        </w:rPr>
        <w:t>15² + 16² = 481.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可以用坐标几何求两条直线的交点。</w:t>
      </w:r>
    </w:p>
    <w:p>
      <w:pPr>
        <w:spacing w:before="0" w:after="80" w:line="300" w:lineRule="auto"/>
        <w:jc w:val="left"/>
      </w:pPr>
      <w:r>
        <w:rPr>
          <w:rFonts w:ascii="Times New Roman" w:hAnsi="Times New Roman" w:eastAsia="宋体"/>
          <w:b w:val="0"/>
          <w:i w:val="0"/>
          <w:sz w:val="21"/>
        </w:rPr>
        <w:t>令 A 为原点，B = (1, 0)。经过 A 的直线斜率为 -1/2，方程为</w:t>
      </w:r>
    </w:p>
    <w:p>
      <w:pPr>
        <w:spacing w:before="0" w:after="80" w:line="300" w:lineRule="auto"/>
        <w:jc w:val="left"/>
      </w:pPr>
      <w:r>
        <w:rPr>
          <w:rFonts w:ascii="Times New Roman" w:hAnsi="Times New Roman" w:eastAsia="宋体"/>
          <w:b w:val="0"/>
          <w:i w:val="0"/>
          <w:sz w:val="21"/>
        </w:rPr>
        <w:t>y = -1/2x。</w:t>
      </w:r>
    </w:p>
    <w:p>
      <w:pPr>
        <w:spacing w:before="0" w:after="80" w:line="300" w:lineRule="auto"/>
        <w:jc w:val="left"/>
      </w:pPr>
      <w:r>
        <w:rPr>
          <w:rFonts w:ascii="Times New Roman" w:hAnsi="Times New Roman" w:eastAsia="宋体"/>
          <w:b w:val="0"/>
          <w:i w:val="0"/>
          <w:sz w:val="21"/>
        </w:rPr>
        <w:t>经过 B 的直线斜率为 2，y 轴截距为 -2，所以方程为</w:t>
      </w:r>
    </w:p>
    <w:p>
      <w:pPr>
        <w:spacing w:before="0" w:after="80" w:line="300" w:lineRule="auto"/>
        <w:jc w:val="left"/>
      </w:pPr>
      <w:r>
        <w:rPr>
          <w:rFonts w:ascii="Times New Roman" w:hAnsi="Times New Roman" w:eastAsia="宋体"/>
          <w:b w:val="0"/>
          <w:i w:val="0"/>
          <w:sz w:val="21"/>
        </w:rPr>
        <w:t>y = 2x - 2。</w:t>
      </w:r>
    </w:p>
    <w:p>
      <w:pPr>
        <w:spacing w:before="0" w:after="80" w:line="300" w:lineRule="auto"/>
        <w:jc w:val="left"/>
      </w:pPr>
      <w:r>
        <w:rPr>
          <w:rFonts w:ascii="Times New Roman" w:hAnsi="Times New Roman" w:eastAsia="宋体"/>
          <w:b w:val="0"/>
          <w:i w:val="0"/>
          <w:sz w:val="21"/>
        </w:rPr>
        <w:t>联立两式，得到</w:t>
      </w:r>
    </w:p>
    <w:p>
      <w:pPr>
        <w:spacing w:before="0" w:after="80" w:line="300" w:lineRule="auto"/>
        <w:jc w:val="left"/>
      </w:pPr>
      <w:r>
        <w:rPr>
          <w:rFonts w:ascii="Times New Roman" w:hAnsi="Times New Roman" w:eastAsia="宋体"/>
          <w:b w:val="0"/>
          <w:i w:val="0"/>
          <w:sz w:val="21"/>
        </w:rPr>
        <w:t>2x - 2 = -1/2x</w:t>
      </w:r>
    </w:p>
    <w:p>
      <w:pPr>
        <w:spacing w:before="0" w:after="80" w:line="300" w:lineRule="auto"/>
        <w:jc w:val="left"/>
      </w:pPr>
      <w:r>
        <w:rPr>
          <w:rFonts w:ascii="Times New Roman" w:hAnsi="Times New Roman" w:eastAsia="宋体"/>
          <w:b w:val="0"/>
          <w:i w:val="0"/>
          <w:sz w:val="21"/>
        </w:rPr>
        <w:t>x = 4/5。</w:t>
      </w:r>
    </w:p>
    <w:p>
      <w:pPr>
        <w:spacing w:before="0" w:after="80" w:line="300" w:lineRule="auto"/>
        <w:jc w:val="left"/>
      </w:pPr>
      <w:r>
        <w:rPr>
          <w:rFonts w:ascii="Times New Roman" w:hAnsi="Times New Roman" w:eastAsia="宋体"/>
          <w:b w:val="0"/>
          <w:i w:val="0"/>
          <w:sz w:val="21"/>
        </w:rPr>
        <w:t>因此点 C 的 y 坐标为</w:t>
      </w:r>
    </w:p>
    <w:p>
      <w:pPr>
        <w:spacing w:before="0" w:after="80" w:line="300" w:lineRule="auto"/>
        <w:jc w:val="left"/>
      </w:pPr>
      <w:r>
        <w:rPr>
          <w:rFonts w:ascii="Times New Roman" w:hAnsi="Times New Roman" w:eastAsia="宋体"/>
          <w:b w:val="0"/>
          <w:i w:val="0"/>
          <w:sz w:val="21"/>
        </w:rPr>
        <w:t>-1/2 · 4/5 = -2/5。</w:t>
      </w:r>
    </w:p>
    <w:p>
      <w:pPr>
        <w:spacing w:before="0" w:after="80" w:line="300" w:lineRule="auto"/>
        <w:jc w:val="left"/>
      </w:pPr>
      <w:r>
        <w:rPr>
          <w:rFonts w:ascii="Times New Roman" w:hAnsi="Times New Roman" w:eastAsia="宋体"/>
          <w:b w:val="0"/>
          <w:i w:val="0"/>
          <w:sz w:val="21"/>
        </w:rPr>
        <w:t>三角形 ABC 的面积为</w:t>
      </w:r>
    </w:p>
    <w:p>
      <w:pPr>
        <w:spacing w:before="0" w:after="80" w:line="300" w:lineRule="auto"/>
        <w:jc w:val="left"/>
      </w:pPr>
      <w:r>
        <w:rPr>
          <w:rFonts w:ascii="Times New Roman" w:hAnsi="Times New Roman" w:eastAsia="宋体"/>
          <w:b w:val="0"/>
          <w:i w:val="0"/>
          <w:sz w:val="21"/>
        </w:rPr>
        <w:t>1/2 · 1 · 2/5 = 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use coordinate geometry to figure out where the intersection of the two lines occurs.</w:t>
      </w:r>
    </w:p>
    <w:p>
      <w:pPr>
        <w:spacing w:before="0" w:after="80" w:line="300" w:lineRule="auto"/>
        <w:jc w:val="left"/>
      </w:pPr>
      <w:r>
        <w:rPr>
          <w:rFonts w:ascii="Times New Roman" w:hAnsi="Times New Roman" w:eastAsia="宋体"/>
          <w:b w:val="0"/>
          <w:i w:val="0"/>
          <w:color w:val="333333"/>
          <w:sz w:val="19"/>
        </w:rPr>
        <w:t>Let A be the origin and B = (1, 0). Then the slope of the line through A is -1/2, which makes the equation of the line</w:t>
      </w:r>
    </w:p>
    <w:p>
      <w:pPr>
        <w:spacing w:before="0" w:after="80" w:line="300" w:lineRule="auto"/>
        <w:jc w:val="left"/>
      </w:pPr>
      <w:r>
        <w:rPr>
          <w:rFonts w:ascii="Times New Roman" w:hAnsi="Times New Roman" w:eastAsia="宋体"/>
          <w:b w:val="0"/>
          <w:i w:val="0"/>
          <w:color w:val="333333"/>
          <w:sz w:val="19"/>
        </w:rPr>
        <w:t>y = -1/2x.</w:t>
      </w:r>
    </w:p>
    <w:p>
      <w:pPr>
        <w:spacing w:before="0" w:after="80" w:line="300" w:lineRule="auto"/>
        <w:jc w:val="left"/>
      </w:pPr>
      <w:r>
        <w:rPr>
          <w:rFonts w:ascii="Times New Roman" w:hAnsi="Times New Roman" w:eastAsia="宋体"/>
          <w:b w:val="0"/>
          <w:i w:val="0"/>
          <w:color w:val="333333"/>
          <w:sz w:val="19"/>
        </w:rPr>
        <w:t>The slope of the line through B is 2. The y-intercept is -2. This makes the equation of this line</w:t>
      </w:r>
    </w:p>
    <w:p>
      <w:pPr>
        <w:spacing w:before="0" w:after="80" w:line="300" w:lineRule="auto"/>
        <w:jc w:val="left"/>
      </w:pPr>
      <w:r>
        <w:rPr>
          <w:rFonts w:ascii="Times New Roman" w:hAnsi="Times New Roman" w:eastAsia="宋体"/>
          <w:b w:val="0"/>
          <w:i w:val="0"/>
          <w:color w:val="333333"/>
          <w:sz w:val="19"/>
        </w:rPr>
        <w:t>y = 2x - 2.</w:t>
      </w:r>
    </w:p>
    <w:p>
      <w:pPr>
        <w:spacing w:before="0" w:after="80" w:line="300" w:lineRule="auto"/>
        <w:jc w:val="left"/>
      </w:pPr>
      <w:r>
        <w:rPr>
          <w:rFonts w:ascii="Times New Roman" w:hAnsi="Times New Roman" w:eastAsia="宋体"/>
          <w:b w:val="0"/>
          <w:i w:val="0"/>
          <w:color w:val="333333"/>
          <w:sz w:val="19"/>
        </w:rPr>
        <w:t>Equating the equations, we get</w:t>
      </w:r>
    </w:p>
    <w:p>
      <w:pPr>
        <w:spacing w:before="0" w:after="80" w:line="300" w:lineRule="auto"/>
        <w:jc w:val="left"/>
      </w:pPr>
      <w:r>
        <w:rPr>
          <w:rFonts w:ascii="Times New Roman" w:hAnsi="Times New Roman" w:eastAsia="宋体"/>
          <w:b w:val="0"/>
          <w:i w:val="0"/>
          <w:color w:val="333333"/>
          <w:sz w:val="19"/>
        </w:rPr>
        <w:t>2x - 2 = -1/2x</w:t>
      </w:r>
    </w:p>
    <w:p>
      <w:pPr>
        <w:spacing w:before="0" w:after="80" w:line="300" w:lineRule="auto"/>
        <w:jc w:val="left"/>
      </w:pPr>
      <w:r>
        <w:rPr>
          <w:rFonts w:ascii="Times New Roman" w:hAnsi="Times New Roman" w:eastAsia="宋体"/>
          <w:b w:val="0"/>
          <w:i w:val="0"/>
          <w:color w:val="333333"/>
          <w:sz w:val="19"/>
        </w:rPr>
        <w:t>x = 4/5.</w:t>
      </w:r>
    </w:p>
    <w:p>
      <w:pPr>
        <w:spacing w:before="0" w:after="80" w:line="300" w:lineRule="auto"/>
        <w:jc w:val="left"/>
      </w:pPr>
      <w:r>
        <w:rPr>
          <w:rFonts w:ascii="Times New Roman" w:hAnsi="Times New Roman" w:eastAsia="宋体"/>
          <w:b w:val="0"/>
          <w:i w:val="0"/>
          <w:color w:val="333333"/>
          <w:sz w:val="19"/>
        </w:rPr>
        <w:t>This makes the y-coordinate of C</w:t>
      </w:r>
    </w:p>
    <w:p>
      <w:pPr>
        <w:spacing w:before="0" w:after="80" w:line="300" w:lineRule="auto"/>
        <w:jc w:val="left"/>
      </w:pPr>
      <w:r>
        <w:rPr>
          <w:rFonts w:ascii="Times New Roman" w:hAnsi="Times New Roman" w:eastAsia="宋体"/>
          <w:b w:val="0"/>
          <w:i w:val="0"/>
          <w:color w:val="333333"/>
          <w:sz w:val="19"/>
        </w:rPr>
        <w:t>-1/2 · 4/5 = -2/5.</w:t>
      </w:r>
    </w:p>
    <w:p>
      <w:pPr>
        <w:spacing w:before="0" w:after="80" w:line="300" w:lineRule="auto"/>
        <w:jc w:val="left"/>
      </w:pPr>
      <w:r>
        <w:rPr>
          <w:rFonts w:ascii="Times New Roman" w:hAnsi="Times New Roman" w:eastAsia="宋体"/>
          <w:b w:val="0"/>
          <w:i w:val="0"/>
          <w:color w:val="333333"/>
          <w:sz w:val="19"/>
        </w:rPr>
        <w:t>The area of triangle ABC is then</w:t>
      </w:r>
    </w:p>
    <w:p>
      <w:pPr>
        <w:spacing w:before="0" w:after="80" w:line="300" w:lineRule="auto"/>
        <w:jc w:val="left"/>
      </w:pPr>
      <w:r>
        <w:rPr>
          <w:rFonts w:ascii="Times New Roman" w:hAnsi="Times New Roman" w:eastAsia="宋体"/>
          <w:b w:val="0"/>
          <w:i w:val="0"/>
          <w:color w:val="333333"/>
          <w:sz w:val="19"/>
        </w:rPr>
        <w:t>1/2 · 1 · 2/5 = 1/5.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先求速度为 4.8 米/秒的跑者追上最慢跑者所需的时间。</w:t>
      </w:r>
    </w:p>
    <w:p>
      <w:pPr>
        <w:spacing w:before="0" w:after="80" w:line="300" w:lineRule="auto"/>
        <w:jc w:val="left"/>
      </w:pPr>
      <w:r>
        <w:rPr>
          <w:rFonts w:ascii="Times New Roman" w:hAnsi="Times New Roman" w:eastAsia="宋体"/>
          <w:b w:val="0"/>
          <w:i w:val="0"/>
          <w:sz w:val="21"/>
        </w:rPr>
        <w:t>必须有</w:t>
      </w:r>
    </w:p>
    <w:p>
      <w:pPr>
        <w:spacing w:before="0" w:after="80" w:line="300" w:lineRule="auto"/>
        <w:jc w:val="left"/>
      </w:pPr>
      <w:r>
        <w:rPr>
          <w:rFonts w:ascii="Times New Roman" w:hAnsi="Times New Roman" w:eastAsia="宋体"/>
          <w:b w:val="0"/>
          <w:i w:val="0"/>
          <w:sz w:val="21"/>
        </w:rPr>
        <w:t>4.8x - 4.4x = 500</w:t>
      </w:r>
    </w:p>
    <w:p>
      <w:pPr>
        <w:spacing w:before="0" w:after="80" w:line="300" w:lineRule="auto"/>
        <w:jc w:val="left"/>
      </w:pPr>
      <w:r>
        <w:rPr>
          <w:rFonts w:ascii="Times New Roman" w:hAnsi="Times New Roman" w:eastAsia="宋体"/>
          <w:b w:val="0"/>
          <w:i w:val="0"/>
          <w:sz w:val="21"/>
        </w:rPr>
        <w:t>x = 1250，</w:t>
      </w:r>
    </w:p>
    <w:p>
      <w:pPr>
        <w:spacing w:before="0" w:after="80" w:line="300" w:lineRule="auto"/>
        <w:jc w:val="left"/>
      </w:pPr>
      <w:r>
        <w:rPr>
          <w:rFonts w:ascii="Times New Roman" w:hAnsi="Times New Roman" w:eastAsia="宋体"/>
          <w:b w:val="0"/>
          <w:i w:val="0"/>
          <w:sz w:val="21"/>
        </w:rPr>
        <w:t>其中 x 是较快跑者追上另一人的时间。</w:t>
      </w:r>
    </w:p>
    <w:p>
      <w:pPr>
        <w:spacing w:before="0" w:after="80" w:line="300" w:lineRule="auto"/>
        <w:jc w:val="left"/>
      </w:pPr>
      <w:r>
        <w:rPr>
          <w:rFonts w:ascii="Times New Roman" w:hAnsi="Times New Roman" w:eastAsia="宋体"/>
          <w:b w:val="0"/>
          <w:i w:val="0"/>
          <w:sz w:val="21"/>
        </w:rPr>
        <w:t>注意 4.4 · 1250 = 5500，所以这两名跑者每次相遇都在起点。</w:t>
      </w:r>
    </w:p>
    <w:p>
      <w:pPr>
        <w:spacing w:before="0" w:after="80" w:line="300" w:lineRule="auto"/>
        <w:jc w:val="left"/>
      </w:pPr>
      <w:r>
        <w:rPr>
          <w:rFonts w:ascii="Times New Roman" w:hAnsi="Times New Roman" w:eastAsia="宋体"/>
          <w:b w:val="0"/>
          <w:i w:val="0"/>
          <w:sz w:val="21"/>
        </w:rPr>
        <w:t>现在要求最小的 t，使 t 是 1250 的倍数，并且最快的跑者也回到起点。</w:t>
      </w:r>
    </w:p>
    <w:p>
      <w:pPr>
        <w:spacing w:before="0" w:after="80" w:line="300" w:lineRule="auto"/>
        <w:jc w:val="left"/>
      </w:pPr>
      <w:r>
        <w:rPr>
          <w:rFonts w:ascii="Times New Roman" w:hAnsi="Times New Roman" w:eastAsia="宋体"/>
          <w:b w:val="0"/>
          <w:i w:val="0"/>
          <w:sz w:val="21"/>
        </w:rPr>
        <w:t>每 1250 秒，最快的跑者跑 1250 · 5 = 6250 米；到 2500 秒时，他跑了 12500 米，正好是整数圈。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us find the amount of time that it takes for the runner running at 4.8 meters per second to lap the slowest person.</w:t>
      </w:r>
    </w:p>
    <w:p>
      <w:pPr>
        <w:spacing w:before="0" w:after="80" w:line="300" w:lineRule="auto"/>
        <w:jc w:val="left"/>
      </w:pPr>
      <w:r>
        <w:rPr>
          <w:rFonts w:ascii="Times New Roman" w:hAnsi="Times New Roman" w:eastAsia="宋体"/>
          <w:b w:val="0"/>
          <w:i w:val="0"/>
          <w:color w:val="333333"/>
          <w:sz w:val="19"/>
        </w:rPr>
        <w:t>We must have that</w:t>
      </w:r>
    </w:p>
    <w:p>
      <w:pPr>
        <w:spacing w:before="0" w:after="80" w:line="300" w:lineRule="auto"/>
        <w:jc w:val="left"/>
      </w:pPr>
      <w:r>
        <w:rPr>
          <w:rFonts w:ascii="Times New Roman" w:hAnsi="Times New Roman" w:eastAsia="宋体"/>
          <w:b w:val="0"/>
          <w:i w:val="0"/>
          <w:color w:val="333333"/>
          <w:sz w:val="19"/>
        </w:rPr>
        <w:t>4.8x - 4.4x = 500</w:t>
      </w:r>
    </w:p>
    <w:p>
      <w:pPr>
        <w:spacing w:before="0" w:after="80" w:line="300" w:lineRule="auto"/>
        <w:jc w:val="left"/>
      </w:pPr>
      <w:r>
        <w:rPr>
          <w:rFonts w:ascii="Times New Roman" w:hAnsi="Times New Roman" w:eastAsia="宋体"/>
          <w:b w:val="0"/>
          <w:i w:val="0"/>
          <w:color w:val="333333"/>
          <w:sz w:val="19"/>
        </w:rPr>
        <w:t>x = 1250,</w:t>
      </w:r>
    </w:p>
    <w:p>
      <w:pPr>
        <w:spacing w:before="0" w:after="80" w:line="300" w:lineRule="auto"/>
        <w:jc w:val="left"/>
      </w:pPr>
      <w:r>
        <w:rPr>
          <w:rFonts w:ascii="Times New Roman" w:hAnsi="Times New Roman" w:eastAsia="宋体"/>
          <w:b w:val="0"/>
          <w:i w:val="0"/>
          <w:color w:val="333333"/>
          <w:sz w:val="19"/>
        </w:rPr>
        <w:t>where x is the amount of time it takes for the faster runner to lap the other.</w:t>
      </w:r>
    </w:p>
    <w:p>
      <w:pPr>
        <w:spacing w:before="0" w:after="80" w:line="300" w:lineRule="auto"/>
        <w:jc w:val="left"/>
      </w:pPr>
      <w:r>
        <w:rPr>
          <w:rFonts w:ascii="Times New Roman" w:hAnsi="Times New Roman" w:eastAsia="宋体"/>
          <w:b w:val="0"/>
          <w:i w:val="0"/>
          <w:color w:val="333333"/>
          <w:sz w:val="19"/>
        </w:rPr>
        <w:t>Note that 4.4 · 1250 = 5500, which means that these two runners always intersect at the starting line.</w:t>
      </w:r>
    </w:p>
    <w:p>
      <w:pPr>
        <w:spacing w:before="0" w:after="80" w:line="300" w:lineRule="auto"/>
        <w:jc w:val="left"/>
      </w:pPr>
      <w:r>
        <w:rPr>
          <w:rFonts w:ascii="Times New Roman" w:hAnsi="Times New Roman" w:eastAsia="宋体"/>
          <w:b w:val="0"/>
          <w:i w:val="0"/>
          <w:color w:val="333333"/>
          <w:sz w:val="19"/>
        </w:rPr>
        <w:t>We now have to find the least time, t, such that t is a multiple of 1250 and the fastest runner ends up at the starting line.</w:t>
      </w:r>
    </w:p>
    <w:p>
      <w:pPr>
        <w:spacing w:before="0" w:after="80" w:line="300" w:lineRule="auto"/>
        <w:jc w:val="left"/>
      </w:pPr>
      <w:r>
        <w:rPr>
          <w:rFonts w:ascii="Times New Roman" w:hAnsi="Times New Roman" w:eastAsia="宋体"/>
          <w:b w:val="0"/>
          <w:i w:val="0"/>
          <w:color w:val="333333"/>
          <w:sz w:val="19"/>
        </w:rPr>
        <w:t>Every 1250 seconds, the fastest runner runs 1250 · 5 = 6250 meters. Then in 2500 seconds, the fastest runner runs 12500 meters, which is a whole number of laps.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先因式分解</w:t>
      </w:r>
    </w:p>
    <w:p>
      <w:pPr>
        <w:spacing w:before="0" w:after="80" w:line="300" w:lineRule="auto"/>
        <w:jc w:val="left"/>
      </w:pPr>
      <w:r>
        <w:rPr>
          <w:rFonts w:ascii="Times New Roman" w:hAnsi="Times New Roman" w:eastAsia="宋体"/>
          <w:b w:val="0"/>
          <w:i w:val="0"/>
          <w:sz w:val="21"/>
        </w:rPr>
        <w:t>a³ - b³ = (a - b)(a² + ab + b²)。</w:t>
      </w:r>
    </w:p>
    <w:p>
      <w:pPr>
        <w:spacing w:before="0" w:after="80" w:line="300" w:lineRule="auto"/>
        <w:jc w:val="left"/>
      </w:pPr>
      <w:r>
        <w:rPr>
          <w:rFonts w:ascii="Times New Roman" w:hAnsi="Times New Roman" w:eastAsia="宋体"/>
          <w:b w:val="0"/>
          <w:i w:val="0"/>
          <w:sz w:val="21"/>
        </w:rPr>
        <w:t>消去这个因子后得到</w:t>
      </w:r>
    </w:p>
    <w:p>
      <w:pPr>
        <w:spacing w:before="0" w:after="80" w:line="300" w:lineRule="auto"/>
        <w:jc w:val="left"/>
      </w:pPr>
      <w:r>
        <w:rPr>
          <w:rFonts w:ascii="Times New Roman" w:hAnsi="Times New Roman" w:eastAsia="宋体"/>
          <w:b w:val="0"/>
          <w:i w:val="0"/>
          <w:sz w:val="21"/>
        </w:rPr>
        <w:t>(a² + ab + b²)/(a² - 2ab + b²) = 73/3。</w:t>
      </w:r>
    </w:p>
    <w:p>
      <w:pPr>
        <w:spacing w:before="0" w:after="80" w:line="300" w:lineRule="auto"/>
        <w:jc w:val="left"/>
      </w:pPr>
      <w:r>
        <w:rPr>
          <w:rFonts w:ascii="Times New Roman" w:hAnsi="Times New Roman" w:eastAsia="宋体"/>
          <w:b w:val="0"/>
          <w:i w:val="0"/>
          <w:sz w:val="21"/>
        </w:rPr>
        <w:t>交叉相乘并整理，得到</w:t>
      </w:r>
    </w:p>
    <w:p>
      <w:pPr>
        <w:spacing w:before="0" w:after="80" w:line="300" w:lineRule="auto"/>
        <w:jc w:val="left"/>
      </w:pPr>
      <w:r>
        <w:rPr>
          <w:rFonts w:ascii="Times New Roman" w:hAnsi="Times New Roman" w:eastAsia="宋体"/>
          <w:b w:val="0"/>
          <w:i w:val="0"/>
          <w:sz w:val="21"/>
        </w:rPr>
        <w:t>70a² - 149ab + 70b² = 0。</w:t>
      </w:r>
    </w:p>
    <w:p>
      <w:pPr>
        <w:spacing w:before="0" w:after="80" w:line="300" w:lineRule="auto"/>
        <w:jc w:val="left"/>
      </w:pPr>
      <w:r>
        <w:rPr>
          <w:rFonts w:ascii="Times New Roman" w:hAnsi="Times New Roman" w:eastAsia="宋体"/>
          <w:b w:val="0"/>
          <w:i w:val="0"/>
          <w:sz w:val="21"/>
        </w:rPr>
        <w:t>因为 b ≠ 0，可同除以 b²，得到</w:t>
      </w:r>
    </w:p>
    <w:p>
      <w:pPr>
        <w:spacing w:before="0" w:after="80" w:line="300" w:lineRule="auto"/>
        <w:jc w:val="left"/>
      </w:pPr>
      <w:r>
        <w:rPr>
          <w:rFonts w:ascii="Times New Roman" w:hAnsi="Times New Roman" w:eastAsia="宋体"/>
          <w:b w:val="0"/>
          <w:i w:val="0"/>
          <w:sz w:val="21"/>
        </w:rPr>
        <w:t>70(a/b)² - 149a/b + 70 = 0。</w:t>
      </w:r>
    </w:p>
    <w:p>
      <w:pPr>
        <w:spacing w:before="0" w:after="80" w:line="300" w:lineRule="auto"/>
        <w:jc w:val="left"/>
      </w:pPr>
      <w:r>
        <w:rPr>
          <w:rFonts w:ascii="Times New Roman" w:hAnsi="Times New Roman" w:eastAsia="宋体"/>
          <w:b w:val="0"/>
          <w:i w:val="0"/>
          <w:sz w:val="21"/>
        </w:rPr>
        <w:t>用二次公式，并注意 a &gt; b，可得 a/b = 10/7。</w:t>
      </w:r>
    </w:p>
    <w:p>
      <w:pPr>
        <w:spacing w:before="0" w:after="80" w:line="300" w:lineRule="auto"/>
        <w:jc w:val="left"/>
      </w:pPr>
      <w:r>
        <w:rPr>
          <w:rFonts w:ascii="Times New Roman" w:hAnsi="Times New Roman" w:eastAsia="宋体"/>
          <w:b w:val="0"/>
          <w:i w:val="0"/>
          <w:sz w:val="21"/>
        </w:rPr>
        <w:t>由于 a 和 b 互质，所以 a = 10，b = 7，差为 10 - 7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Recall that we can factor</w:t>
      </w:r>
    </w:p>
    <w:p>
      <w:pPr>
        <w:spacing w:before="0" w:after="80" w:line="300" w:lineRule="auto"/>
        <w:jc w:val="left"/>
      </w:pPr>
      <w:r>
        <w:rPr>
          <w:rFonts w:ascii="Times New Roman" w:hAnsi="Times New Roman" w:eastAsia="宋体"/>
          <w:b w:val="0"/>
          <w:i w:val="0"/>
          <w:color w:val="333333"/>
          <w:sz w:val="19"/>
        </w:rPr>
        <w:t>a³ - b³ = (a - b)(a² + ab + b²).</w:t>
      </w:r>
    </w:p>
    <w:p>
      <w:pPr>
        <w:spacing w:before="0" w:after="80" w:line="300" w:lineRule="auto"/>
        <w:jc w:val="left"/>
      </w:pPr>
      <w:r>
        <w:rPr>
          <w:rFonts w:ascii="Times New Roman" w:hAnsi="Times New Roman" w:eastAsia="宋体"/>
          <w:b w:val="0"/>
          <w:i w:val="0"/>
          <w:color w:val="333333"/>
          <w:sz w:val="19"/>
        </w:rPr>
        <w:t>Canceling out this factor gives us that</w:t>
      </w:r>
    </w:p>
    <w:p>
      <w:pPr>
        <w:spacing w:before="0" w:after="80" w:line="300" w:lineRule="auto"/>
        <w:jc w:val="left"/>
      </w:pPr>
      <w:r>
        <w:rPr>
          <w:rFonts w:ascii="Times New Roman" w:hAnsi="Times New Roman" w:eastAsia="宋体"/>
          <w:b w:val="0"/>
          <w:i w:val="0"/>
          <w:color w:val="333333"/>
          <w:sz w:val="19"/>
        </w:rPr>
        <w:t>(a² + ab + b²)/(a² - 2ab + b²) = 73/3.</w:t>
      </w:r>
    </w:p>
    <w:p>
      <w:pPr>
        <w:spacing w:before="0" w:after="80" w:line="300" w:lineRule="auto"/>
        <w:jc w:val="left"/>
      </w:pPr>
      <w:r>
        <w:rPr>
          <w:rFonts w:ascii="Times New Roman" w:hAnsi="Times New Roman" w:eastAsia="宋体"/>
          <w:b w:val="0"/>
          <w:i w:val="0"/>
          <w:color w:val="333333"/>
          <w:sz w:val="19"/>
        </w:rPr>
        <w:t>Cross-multiplying and rearranging gives us</w:t>
      </w:r>
    </w:p>
    <w:p>
      <w:pPr>
        <w:spacing w:before="0" w:after="80" w:line="300" w:lineRule="auto"/>
        <w:jc w:val="left"/>
      </w:pPr>
      <w:r>
        <w:rPr>
          <w:rFonts w:ascii="Times New Roman" w:hAnsi="Times New Roman" w:eastAsia="宋体"/>
          <w:b w:val="0"/>
          <w:i w:val="0"/>
          <w:color w:val="333333"/>
          <w:sz w:val="19"/>
        </w:rPr>
        <w:t>70a² - 149ab + 70b² = 0.</w:t>
      </w:r>
    </w:p>
    <w:p>
      <w:pPr>
        <w:spacing w:before="0" w:after="80" w:line="300" w:lineRule="auto"/>
        <w:jc w:val="left"/>
      </w:pPr>
      <w:r>
        <w:rPr>
          <w:rFonts w:ascii="Times New Roman" w:hAnsi="Times New Roman" w:eastAsia="宋体"/>
          <w:b w:val="0"/>
          <w:i w:val="0"/>
          <w:color w:val="333333"/>
          <w:sz w:val="19"/>
        </w:rPr>
        <w:t>Since b ≠ 0, we can divide through by b² to get</w:t>
      </w:r>
    </w:p>
    <w:p>
      <w:pPr>
        <w:spacing w:before="0" w:after="80" w:line="300" w:lineRule="auto"/>
        <w:jc w:val="left"/>
      </w:pPr>
      <w:r>
        <w:rPr>
          <w:rFonts w:ascii="Times New Roman" w:hAnsi="Times New Roman" w:eastAsia="宋体"/>
          <w:b w:val="0"/>
          <w:i w:val="0"/>
          <w:color w:val="333333"/>
          <w:sz w:val="19"/>
        </w:rPr>
        <w:t>70(a/b)² - 149a/b + 70 = 0.</w:t>
      </w:r>
    </w:p>
    <w:p>
      <w:pPr>
        <w:spacing w:before="0" w:after="80" w:line="300" w:lineRule="auto"/>
        <w:jc w:val="left"/>
      </w:pPr>
      <w:r>
        <w:rPr>
          <w:rFonts w:ascii="Times New Roman" w:hAnsi="Times New Roman" w:eastAsia="宋体"/>
          <w:b w:val="0"/>
          <w:i w:val="0"/>
          <w:color w:val="333333"/>
          <w:sz w:val="19"/>
        </w:rPr>
        <w:t>Applying the quadratic formula and noting that a &gt; b gives us that a/b = 10/7.</w:t>
      </w:r>
    </w:p>
    <w:p>
      <w:pPr>
        <w:spacing w:before="0" w:after="80" w:line="300" w:lineRule="auto"/>
        <w:jc w:val="left"/>
      </w:pPr>
      <w:r>
        <w:rPr>
          <w:rFonts w:ascii="Times New Roman" w:hAnsi="Times New Roman" w:eastAsia="宋体"/>
          <w:b w:val="0"/>
          <w:i w:val="0"/>
          <w:color w:val="333333"/>
          <w:sz w:val="19"/>
        </w:rPr>
        <w:t>Since a and b are relatively prime, we have that a = 10 and b = 7. Their difference is 10 - 7 = 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E</w:t>
      </w:r>
    </w:p>
    <w:p>
      <w:pPr>
        <w:spacing w:before="80" w:after="80"/>
        <w:jc w:val="center"/>
      </w:pPr>
      <w:r>
        <w:drawing>
          <wp:inline xmlns:a="http://schemas.openxmlformats.org/drawingml/2006/main" xmlns:pic="http://schemas.openxmlformats.org/drawingml/2006/picture">
            <wp:extent cx="1249842" cy="1210513"/>
            <wp:docPr id="7" name="Picture 7"/>
            <wp:cNvGraphicFramePr>
              <a:graphicFrameLocks noChangeAspect="1"/>
            </wp:cNvGraphicFramePr>
            <a:graphic>
              <a:graphicData uri="http://schemas.openxmlformats.org/drawingml/2006/picture">
                <pic:pic>
                  <pic:nvPicPr>
                    <pic:cNvPr id="0" name="q18-sol-1@300dpi.png"/>
                    <pic:cNvPicPr/>
                  </pic:nvPicPr>
                  <pic:blipFill>
                    <a:blip r:embed="rId12"/>
                    <a:stretch>
                      <a:fillRect/>
                    </a:stretch>
                  </pic:blipFill>
                  <pic:spPr>
                    <a:xfrm>
                      <a:off x="0" y="0"/>
                      <a:ext cx="1249842" cy="1210513"/>
                    </a:xfrm>
                    <a:prstGeom prst="rect"/>
                  </pic:spPr>
                </pic:pic>
              </a:graphicData>
            </a:graphic>
          </wp:inline>
        </w:drawing>
      </w:r>
    </w:p>
    <w:p>
      <w:pPr>
        <w:spacing w:before="0" w:after="80" w:line="300" w:lineRule="auto"/>
        <w:jc w:val="left"/>
      </w:pPr>
      <w:r>
        <w:rPr>
          <w:rFonts w:ascii="Times New Roman" w:hAnsi="Times New Roman" w:eastAsia="宋体"/>
          <w:b w:val="0"/>
          <w:i w:val="0"/>
          <w:sz w:val="21"/>
        </w:rPr>
        <w:t>每段圆弧的半径都是 1，长度都是 2π/3，所以对应的各个扇形面积都相同。如图所示，这些扇形块可以重新拼接：添加到正六边形上的部分合起来恰好构成一个单位圆。</w:t>
      </w:r>
    </w:p>
    <w:p>
      <w:pPr>
        <w:spacing w:before="0" w:after="80" w:line="300" w:lineRule="auto"/>
        <w:jc w:val="left"/>
      </w:pPr>
      <w:r>
        <w:rPr>
          <w:rFonts w:ascii="Times New Roman" w:hAnsi="Times New Roman" w:eastAsia="宋体"/>
          <w:b w:val="0"/>
          <w:i w:val="0"/>
          <w:sz w:val="21"/>
        </w:rPr>
        <w:t>正六边形由六个边长为 2 的等边三角形拼成，所以它的面积为</w:t>
      </w:r>
    </w:p>
    <w:p>
      <w:pPr>
        <w:spacing w:before="0" w:after="80" w:line="300" w:lineRule="auto"/>
        <w:jc w:val="left"/>
      </w:pPr>
      <w:r>
        <w:rPr>
          <w:rFonts w:ascii="Times New Roman" w:hAnsi="Times New Roman" w:eastAsia="宋体"/>
          <w:b w:val="0"/>
          <w:i w:val="0"/>
          <w:sz w:val="21"/>
        </w:rPr>
        <w:t>6((√(3))/4·2²)=6√(3)。</w:t>
      </w:r>
    </w:p>
    <w:p>
      <w:pPr>
        <w:spacing w:before="0" w:after="80" w:line="300" w:lineRule="auto"/>
        <w:jc w:val="left"/>
      </w:pPr>
      <w:r>
        <w:rPr>
          <w:rFonts w:ascii="Times New Roman" w:hAnsi="Times New Roman" w:eastAsia="宋体"/>
          <w:b w:val="0"/>
          <w:i w:val="0"/>
          <w:sz w:val="21"/>
        </w:rPr>
        <w:t>再加上那个单位圆，围成的总面积为 π+6√(3)。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249842" cy="1210513"/>
            <wp:docPr id="8" name="Picture 8"/>
            <wp:cNvGraphicFramePr>
              <a:graphicFrameLocks noChangeAspect="1"/>
            </wp:cNvGraphicFramePr>
            <a:graphic>
              <a:graphicData uri="http://schemas.openxmlformats.org/drawingml/2006/picture">
                <pic:pic>
                  <pic:nvPicPr>
                    <pic:cNvPr id="0" name="q18-sol-1@300dpi.png"/>
                    <pic:cNvPicPr/>
                  </pic:nvPicPr>
                  <pic:blipFill>
                    <a:blip r:embed="rId12"/>
                    <a:stretch>
                      <a:fillRect/>
                    </a:stretch>
                  </pic:blipFill>
                  <pic:spPr>
                    <a:xfrm>
                      <a:off x="0" y="0"/>
                      <a:ext cx="1249842" cy="121051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Each arc has radius 1 and length 2π/3, so the corresponding circular sectors all have the same area. As the diagram shows, the sector pieces may be rearranged: everything added to the regular hexagon combines to exactly one unit circle.</w:t>
      </w:r>
    </w:p>
    <w:p>
      <w:pPr>
        <w:spacing w:before="0" w:after="80" w:line="300" w:lineRule="auto"/>
        <w:jc w:val="left"/>
      </w:pPr>
      <w:r>
        <w:rPr>
          <w:rFonts w:ascii="Times New Roman" w:hAnsi="Times New Roman" w:eastAsia="宋体"/>
          <w:b w:val="0"/>
          <w:i w:val="0"/>
          <w:color w:val="333333"/>
          <w:sz w:val="19"/>
        </w:rPr>
        <w:t>The regular hexagon is made of six equilateral triangles of side 2, so its area is</w:t>
      </w:r>
    </w:p>
    <w:p>
      <w:pPr>
        <w:spacing w:before="0" w:after="80" w:line="300" w:lineRule="auto"/>
        <w:jc w:val="left"/>
      </w:pPr>
      <w:r>
        <w:rPr>
          <w:rFonts w:ascii="Times New Roman" w:hAnsi="Times New Roman" w:eastAsia="宋体"/>
          <w:b w:val="0"/>
          <w:i w:val="0"/>
          <w:color w:val="333333"/>
          <w:sz w:val="19"/>
        </w:rPr>
        <w:t>6((√(3))/4·2²)=6√(3).</w:t>
      </w:r>
    </w:p>
    <w:p>
      <w:pPr>
        <w:spacing w:before="0" w:after="80" w:line="300" w:lineRule="auto"/>
        <w:jc w:val="left"/>
      </w:pPr>
      <w:r>
        <w:rPr>
          <w:rFonts w:ascii="Times New Roman" w:hAnsi="Times New Roman" w:eastAsia="宋体"/>
          <w:b w:val="0"/>
          <w:i w:val="0"/>
          <w:color w:val="333333"/>
          <w:sz w:val="19"/>
        </w:rPr>
        <w:t>Adding the unit circle gives a total enclosed area of π+6√(3).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设午餐休息为 m 分钟，Paula 的工作速度为每分钟 p 个百分点，两名助手的合计速度为每分钟 h 个百分点。</w:t>
      </w:r>
    </w:p>
    <w:p>
      <w:pPr>
        <w:spacing w:before="0" w:after="80" w:line="300" w:lineRule="auto"/>
        <w:jc w:val="left"/>
      </w:pPr>
      <w:r>
        <w:rPr>
          <w:rFonts w:ascii="Times New Roman" w:hAnsi="Times New Roman" w:eastAsia="宋体"/>
          <w:b w:val="0"/>
          <w:i w:val="0"/>
          <w:sz w:val="21"/>
        </w:rPr>
        <w:t>星期一给出 (p+h)(480-m)=50。星期二给出 h(372-m)=24。星期三剩余工作量为百分之 26，所以 p(672-m)=26。</w:t>
      </w:r>
    </w:p>
    <w:p>
      <w:pPr>
        <w:spacing w:before="0" w:after="80" w:line="300" w:lineRule="auto"/>
        <w:jc w:val="left"/>
      </w:pPr>
      <w:r>
        <w:rPr>
          <w:rFonts w:ascii="Times New Roman" w:hAnsi="Times New Roman" w:eastAsia="宋体"/>
          <w:b w:val="0"/>
          <w:i w:val="0"/>
          <w:sz w:val="21"/>
        </w:rPr>
        <w:t>由后两式相加再减去第一式，得到 108h-192p=0，所以 h=16/9p。</w:t>
      </w:r>
    </w:p>
    <w:p>
      <w:pPr>
        <w:spacing w:before="0" w:after="80" w:line="300" w:lineRule="auto"/>
        <w:jc w:val="left"/>
      </w:pPr>
      <w:r>
        <w:rPr>
          <w:rFonts w:ascii="Times New Roman" w:hAnsi="Times New Roman" w:eastAsia="宋体"/>
          <w:b w:val="0"/>
          <w:i w:val="0"/>
          <w:sz w:val="21"/>
        </w:rPr>
        <w:t>代入星期一的方程得 25/9p(480-m)=50，而星期三方程为 p(672-m)=26。联立解得 m=48。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lunch break be m minutes, Paula’s rate be p percent per minute, and the helpers’ combined rate be h percent per minute.</w:t>
      </w:r>
    </w:p>
    <w:p>
      <w:pPr>
        <w:spacing w:before="0" w:after="80" w:line="300" w:lineRule="auto"/>
        <w:jc w:val="left"/>
      </w:pPr>
      <w:r>
        <w:rPr>
          <w:rFonts w:ascii="Times New Roman" w:hAnsi="Times New Roman" w:eastAsia="宋体"/>
          <w:b w:val="0"/>
          <w:i w:val="0"/>
          <w:color w:val="333333"/>
          <w:sz w:val="19"/>
        </w:rPr>
        <w:t>Monday gives (p+h)(480-m)=50. Tuesday gives h(372-m)=24. Since the remaining work on Wednesday was 26 percent, Wednesday gives p(672-m)=26.</w:t>
      </w:r>
    </w:p>
    <w:p>
      <w:pPr>
        <w:spacing w:before="0" w:after="80" w:line="300" w:lineRule="auto"/>
        <w:jc w:val="left"/>
      </w:pPr>
      <w:r>
        <w:rPr>
          <w:rFonts w:ascii="Times New Roman" w:hAnsi="Times New Roman" w:eastAsia="宋体"/>
          <w:b w:val="0"/>
          <w:i w:val="0"/>
          <w:color w:val="333333"/>
          <w:sz w:val="19"/>
        </w:rPr>
        <w:t>Adding the Tuesday and Wednesday equations and subtracting the Monday equation gives 108h-192p=0, so h=16/9p.</w:t>
      </w:r>
    </w:p>
    <w:p>
      <w:pPr>
        <w:spacing w:before="0" w:after="80" w:line="300" w:lineRule="auto"/>
        <w:jc w:val="left"/>
      </w:pPr>
      <w:r>
        <w:rPr>
          <w:rFonts w:ascii="Times New Roman" w:hAnsi="Times New Roman" w:eastAsia="宋体"/>
          <w:b w:val="0"/>
          <w:i w:val="0"/>
          <w:color w:val="333333"/>
          <w:sz w:val="19"/>
        </w:rPr>
        <w:t>Substituting into Monday gives 25/9p(480-m)=50, while Wednesday gives p(672-m)=26. Solving these two equations gives m=48.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中心格必须一开始就是黑色，贡献概率 1/2。四个角在旋转下形成一个循环，四个边中点也形成另一个相同的循环。</w:t>
      </w:r>
    </w:p>
    <w:p>
      <w:pPr>
        <w:spacing w:before="0" w:after="80" w:line="300" w:lineRule="auto"/>
        <w:jc w:val="left"/>
      </w:pPr>
      <w:r>
        <w:rPr>
          <w:rFonts w:ascii="Times New Roman" w:hAnsi="Times New Roman" w:eastAsia="宋体"/>
          <w:b w:val="0"/>
          <w:i w:val="0"/>
          <w:sz w:val="21"/>
        </w:rPr>
        <w:t>对一个 4 循环，除非有一个白格被旋转到原本也是白格的位置，否则最后四个位置都会变黑。成功的初始颜色序列为 BBBB、BBBW 的四种旋转，以及 BWBW 的两种旋转，共 7 种，占 16 种。</w:t>
      </w:r>
    </w:p>
    <w:p>
      <w:pPr>
        <w:spacing w:before="0" w:after="80" w:line="300" w:lineRule="auto"/>
        <w:jc w:val="left"/>
      </w:pPr>
      <w:r>
        <w:rPr>
          <w:rFonts w:ascii="Times New Roman" w:hAnsi="Times New Roman" w:eastAsia="宋体"/>
          <w:b w:val="0"/>
          <w:i w:val="0"/>
          <w:sz w:val="21"/>
        </w:rPr>
        <w:t>边中点循环有相同的独立计数。因此概率为 1/2(7/16)²=49/512。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 square must initially be black, contributing probability 1/2. The four corner squares form one cycle under the rotation, and the four edge-middle squares form another identical cycle.</w:t>
      </w:r>
    </w:p>
    <w:p>
      <w:pPr>
        <w:spacing w:before="0" w:after="80" w:line="300" w:lineRule="auto"/>
        <w:jc w:val="left"/>
      </w:pPr>
      <w:r>
        <w:rPr>
          <w:rFonts w:ascii="Times New Roman" w:hAnsi="Times New Roman" w:eastAsia="宋体"/>
          <w:b w:val="0"/>
          <w:i w:val="0"/>
          <w:color w:val="333333"/>
          <w:sz w:val="19"/>
        </w:rPr>
        <w:t>For one 4-cycle, the final four positions are all black unless a white square is rotated into a position that was also white. The successful initial colorings are BBBB, the four rotations of BBBW, and the two rotations of BWBW, for 7 colorings out of 16.</w:t>
      </w:r>
    </w:p>
    <w:p>
      <w:pPr>
        <w:spacing w:before="0" w:after="80" w:line="300" w:lineRule="auto"/>
        <w:jc w:val="left"/>
      </w:pPr>
      <w:r>
        <w:rPr>
          <w:rFonts w:ascii="Times New Roman" w:hAnsi="Times New Roman" w:eastAsia="宋体"/>
          <w:b w:val="0"/>
          <w:i w:val="0"/>
          <w:color w:val="333333"/>
          <w:sz w:val="19"/>
        </w:rPr>
        <w:t>The same count applies to the edge-middle cycle, independently. Therefore the probability is 1/2(7/16)²=49/512.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注意 EF = 1/2AD，因为它是 △ ABD 的中位线。同理，HG = 1/2AD，且 FG = 1/2BC。</w:t>
      </w:r>
    </w:p>
    <w:p>
      <w:pPr>
        <w:spacing w:before="0" w:after="80" w:line="300" w:lineRule="auto"/>
        <w:jc w:val="left"/>
      </w:pPr>
      <w:r>
        <w:rPr>
          <w:rFonts w:ascii="Times New Roman" w:hAnsi="Times New Roman" w:eastAsia="宋体"/>
          <w:b w:val="0"/>
          <w:i w:val="0"/>
          <w:sz w:val="21"/>
        </w:rPr>
        <w:t>又因为 EF 和 HG 垂直于 xy 平面，所以它们垂直于 FG 和 EH。</w:t>
      </w:r>
    </w:p>
    <w:p>
      <w:pPr>
        <w:spacing w:before="0" w:after="80" w:line="300" w:lineRule="auto"/>
        <w:jc w:val="left"/>
      </w:pPr>
      <w:r>
        <w:rPr>
          <w:rFonts w:ascii="Times New Roman" w:hAnsi="Times New Roman" w:eastAsia="宋体"/>
          <w:b w:val="0"/>
          <w:i w:val="0"/>
          <w:sz w:val="21"/>
        </w:rPr>
        <w:t>因此 EFGH 是长方形，且 EF = HG。有 EF = 1/2 · 3 = 3/2。</w:t>
      </w:r>
    </w:p>
    <w:p>
      <w:pPr>
        <w:spacing w:before="0" w:after="80" w:line="300" w:lineRule="auto"/>
        <w:jc w:val="left"/>
      </w:pPr>
      <w:r>
        <w:rPr>
          <w:rFonts w:ascii="Times New Roman" w:hAnsi="Times New Roman" w:eastAsia="宋体"/>
          <w:b w:val="0"/>
          <w:i w:val="0"/>
          <w:sz w:val="21"/>
        </w:rPr>
        <w:t>还可得</w:t>
      </w:r>
    </w:p>
    <w:p>
      <w:pPr>
        <w:spacing w:before="0" w:after="80" w:line="300" w:lineRule="auto"/>
        <w:jc w:val="left"/>
      </w:pPr>
      <w:r>
        <w:rPr>
          <w:rFonts w:ascii="Times New Roman" w:hAnsi="Times New Roman" w:eastAsia="宋体"/>
          <w:b w:val="0"/>
          <w:i w:val="0"/>
          <w:sz w:val="21"/>
        </w:rPr>
        <w:t>FG = 1/2 √(1² + 2²) = (√(5))/2。</w:t>
      </w:r>
    </w:p>
    <w:p>
      <w:pPr>
        <w:spacing w:before="0" w:after="80" w:line="300" w:lineRule="auto"/>
        <w:jc w:val="left"/>
      </w:pPr>
      <w:r>
        <w:rPr>
          <w:rFonts w:ascii="Times New Roman" w:hAnsi="Times New Roman" w:eastAsia="宋体"/>
          <w:b w:val="0"/>
          <w:i w:val="0"/>
          <w:sz w:val="21"/>
        </w:rPr>
        <w:t>所以 EFGH 的面积为</w:t>
      </w:r>
    </w:p>
    <w:p>
      <w:pPr>
        <w:spacing w:before="0" w:after="80" w:line="300" w:lineRule="auto"/>
        <w:jc w:val="left"/>
      </w:pPr>
      <w:r>
        <w:rPr>
          <w:rFonts w:ascii="Times New Roman" w:hAnsi="Times New Roman" w:eastAsia="宋体"/>
          <w:b w:val="0"/>
          <w:i w:val="0"/>
          <w:sz w:val="21"/>
        </w:rPr>
        <w:t>EF · FG = 3/2 · (√(5))/2 = (3√(5))/4。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EF = 1/2AD since it is a midsegment of △ ABD. Similarly, HG = 1/2AD and FG = 1/2BC.</w:t>
      </w:r>
    </w:p>
    <w:p>
      <w:pPr>
        <w:spacing w:before="0" w:after="80" w:line="300" w:lineRule="auto"/>
        <w:jc w:val="left"/>
      </w:pPr>
      <w:r>
        <w:rPr>
          <w:rFonts w:ascii="Times New Roman" w:hAnsi="Times New Roman" w:eastAsia="宋体"/>
          <w:b w:val="0"/>
          <w:i w:val="0"/>
          <w:color w:val="333333"/>
          <w:sz w:val="19"/>
        </w:rPr>
        <w:t>We also have that EF and HG are perpendicular to the xy-plane, which means that they are perpendicular to FG and EH.</w:t>
      </w:r>
    </w:p>
    <w:p>
      <w:pPr>
        <w:spacing w:before="0" w:after="80" w:line="300" w:lineRule="auto"/>
        <w:jc w:val="left"/>
      </w:pPr>
      <w:r>
        <w:rPr>
          <w:rFonts w:ascii="Times New Roman" w:hAnsi="Times New Roman" w:eastAsia="宋体"/>
          <w:b w:val="0"/>
          <w:i w:val="0"/>
          <w:color w:val="333333"/>
          <w:sz w:val="19"/>
        </w:rPr>
        <w:t>This tells us that EFGH is rectangle since EF = HG. We have EF = 1/2 · 3 = 3/2.</w:t>
      </w:r>
    </w:p>
    <w:p>
      <w:pPr>
        <w:spacing w:before="0" w:after="80" w:line="300" w:lineRule="auto"/>
        <w:jc w:val="left"/>
      </w:pPr>
      <w:r>
        <w:rPr>
          <w:rFonts w:ascii="Times New Roman" w:hAnsi="Times New Roman" w:eastAsia="宋体"/>
          <w:b w:val="0"/>
          <w:i w:val="0"/>
          <w:color w:val="333333"/>
          <w:sz w:val="19"/>
        </w:rPr>
        <w:t>We also have that</w:t>
      </w:r>
    </w:p>
    <w:p>
      <w:pPr>
        <w:spacing w:before="0" w:after="80" w:line="300" w:lineRule="auto"/>
        <w:jc w:val="left"/>
      </w:pPr>
      <w:r>
        <w:rPr>
          <w:rFonts w:ascii="Times New Roman" w:hAnsi="Times New Roman" w:eastAsia="宋体"/>
          <w:b w:val="0"/>
          <w:i w:val="0"/>
          <w:color w:val="333333"/>
          <w:sz w:val="19"/>
        </w:rPr>
        <w:t>FG = 1/2 √(1² + 2²) = (√(5))/2.</w:t>
      </w:r>
    </w:p>
    <w:p>
      <w:pPr>
        <w:spacing w:before="0" w:after="80" w:line="300" w:lineRule="auto"/>
        <w:jc w:val="left"/>
      </w:pPr>
      <w:r>
        <w:rPr>
          <w:rFonts w:ascii="Times New Roman" w:hAnsi="Times New Roman" w:eastAsia="宋体"/>
          <w:b w:val="0"/>
          <w:i w:val="0"/>
          <w:color w:val="333333"/>
          <w:sz w:val="19"/>
        </w:rPr>
        <w:t>The area of EFGH is then</w:t>
      </w:r>
    </w:p>
    <w:p>
      <w:pPr>
        <w:spacing w:before="0" w:after="80" w:line="300" w:lineRule="auto"/>
        <w:jc w:val="left"/>
      </w:pPr>
      <w:r>
        <w:rPr>
          <w:rFonts w:ascii="Times New Roman" w:hAnsi="Times New Roman" w:eastAsia="宋体"/>
          <w:b w:val="0"/>
          <w:i w:val="0"/>
          <w:color w:val="333333"/>
          <w:sz w:val="19"/>
        </w:rPr>
        <w:t>EF · FG = 3/2 · (√(5))/2 = (3√(5))/4.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前 m 个正奇数之和为 m²，前 n 个正偶数之和为 n(n+1)。因此 m²=n(n+1)+212。</w:t>
      </w:r>
    </w:p>
    <w:p>
      <w:pPr>
        <w:spacing w:before="0" w:after="80" w:line="300" w:lineRule="auto"/>
        <w:jc w:val="left"/>
      </w:pPr>
      <w:r>
        <w:rPr>
          <w:rFonts w:ascii="Times New Roman" w:hAnsi="Times New Roman" w:eastAsia="宋体"/>
          <w:b w:val="0"/>
          <w:i w:val="0"/>
          <w:sz w:val="21"/>
        </w:rPr>
        <w:t>把它看成关于 n 的二次方程，判别式为 1-4(212-m²)=4m²-847，必须是一个奇平方数。设 p²=4m²-847，则 (2m+p)(2m-p)=847。</w:t>
      </w:r>
    </w:p>
    <w:p>
      <w:pPr>
        <w:spacing w:before="0" w:after="80" w:line="300" w:lineRule="auto"/>
        <w:jc w:val="left"/>
      </w:pPr>
      <w:r>
        <w:rPr>
          <w:rFonts w:ascii="Times New Roman" w:hAnsi="Times New Roman" w:eastAsia="宋体"/>
          <w:b w:val="0"/>
          <w:i w:val="0"/>
          <w:sz w:val="21"/>
        </w:rPr>
        <w:t>847 的正因数配对为 847·1、121·7 和 77·11。它们分别给出 p=423,57,33。</w:t>
      </w:r>
    </w:p>
    <w:p>
      <w:pPr>
        <w:spacing w:before="0" w:after="80" w:line="300" w:lineRule="auto"/>
        <w:jc w:val="left"/>
      </w:pPr>
      <w:r>
        <w:rPr>
          <w:rFonts w:ascii="Times New Roman" w:hAnsi="Times New Roman" w:eastAsia="宋体"/>
          <w:b w:val="0"/>
          <w:i w:val="0"/>
          <w:sz w:val="21"/>
        </w:rPr>
        <w:t>因为 n=-1+p/2，所以 n 的可能值为 211,28,16，它们的和为 255。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m positive odd integers sum to m², and the first n positive even integers sum to n(n+1). Thus m²=n(n+1)+212.</w:t>
      </w:r>
    </w:p>
    <w:p>
      <w:pPr>
        <w:spacing w:before="0" w:after="80" w:line="300" w:lineRule="auto"/>
        <w:jc w:val="left"/>
      </w:pPr>
      <w:r>
        <w:rPr>
          <w:rFonts w:ascii="Times New Roman" w:hAnsi="Times New Roman" w:eastAsia="宋体"/>
          <w:b w:val="0"/>
          <w:i w:val="0"/>
          <w:color w:val="333333"/>
          <w:sz w:val="19"/>
        </w:rPr>
        <w:t>As a quadratic in n, this has discriminant 1-4(212-m²)=4m²-847, which must be an odd square. Let p²=4m²-847. Then (2m+p)(2m-p)=847.</w:t>
      </w:r>
    </w:p>
    <w:p>
      <w:pPr>
        <w:spacing w:before="0" w:after="80" w:line="300" w:lineRule="auto"/>
        <w:jc w:val="left"/>
      </w:pPr>
      <w:r>
        <w:rPr>
          <w:rFonts w:ascii="Times New Roman" w:hAnsi="Times New Roman" w:eastAsia="宋体"/>
          <w:b w:val="0"/>
          <w:i w:val="0"/>
          <w:color w:val="333333"/>
          <w:sz w:val="19"/>
        </w:rPr>
        <w:t>The positive factor pairs of 847 are 847·1, 121·7, and 77·11. They give p=423,57,33, respectively.</w:t>
      </w:r>
    </w:p>
    <w:p>
      <w:pPr>
        <w:spacing w:before="0" w:after="80" w:line="300" w:lineRule="auto"/>
        <w:jc w:val="left"/>
      </w:pPr>
      <w:r>
        <w:rPr>
          <w:rFonts w:ascii="Times New Roman" w:hAnsi="Times New Roman" w:eastAsia="宋体"/>
          <w:b w:val="0"/>
          <w:i w:val="0"/>
          <w:color w:val="333333"/>
          <w:sz w:val="19"/>
        </w:rPr>
        <w:t>Because n=-1+p/2, the possible values of n are 211,28,16. Their sum is 255.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按每个人拥有的好友数分类。由于好友图既不是空图也不是完全图，这个数从 1 到 4。</w:t>
      </w:r>
    </w:p>
    <w:p>
      <w:pPr>
        <w:spacing w:before="0" w:after="80" w:line="300" w:lineRule="auto"/>
        <w:jc w:val="left"/>
      </w:pPr>
      <w:r>
        <w:rPr>
          <w:rFonts w:ascii="Times New Roman" w:hAnsi="Times New Roman" w:eastAsia="宋体"/>
          <w:b w:val="0"/>
          <w:i w:val="0"/>
          <w:sz w:val="21"/>
        </w:rPr>
        <w:t>注意，1 个好友和 2 个好友的情况，分别通过取补图与 4 个好友和 3 个好友的情况对应，因为确定谁是好友也就确定了谁不是好友。</w:t>
      </w:r>
    </w:p>
    <w:p>
      <w:pPr>
        <w:spacing w:before="0" w:after="80" w:line="300" w:lineRule="auto"/>
        <w:jc w:val="left"/>
      </w:pPr>
      <w:r>
        <w:rPr>
          <w:rFonts w:ascii="Times New Roman" w:hAnsi="Times New Roman" w:eastAsia="宋体"/>
          <w:b/>
          <w:i w:val="0"/>
          <w:sz w:val="21"/>
        </w:rPr>
        <w:t>情况 1：</w:t>
      </w:r>
      <w:r>
        <w:rPr>
          <w:rFonts w:ascii="Times New Roman" w:hAnsi="Times New Roman" w:eastAsia="宋体"/>
          <w:b w:val="0"/>
          <w:i w:val="0"/>
          <w:sz w:val="21"/>
        </w:rPr>
        <w:t>每个人有 1 个好友</w:t>
      </w:r>
    </w:p>
    <w:p>
      <w:pPr>
        <w:spacing w:before="0" w:after="80" w:line="300" w:lineRule="auto"/>
        <w:jc w:val="left"/>
      </w:pPr>
      <w:r>
        <w:rPr>
          <w:rFonts w:ascii="Times New Roman" w:hAnsi="Times New Roman" w:eastAsia="宋体"/>
          <w:b w:val="0"/>
          <w:i w:val="0"/>
          <w:sz w:val="21"/>
        </w:rPr>
        <w:t>这意味着 6 个人必须分成 3 对，每对中的两人互为好友。</w:t>
      </w:r>
    </w:p>
    <w:p>
      <w:pPr>
        <w:spacing w:before="0" w:after="80" w:line="300" w:lineRule="auto"/>
        <w:jc w:val="left"/>
      </w:pPr>
      <w:r>
        <w:rPr>
          <w:rFonts w:ascii="Times New Roman" w:hAnsi="Times New Roman" w:eastAsia="宋体"/>
          <w:b w:val="0"/>
          <w:i w:val="0"/>
          <w:sz w:val="21"/>
        </w:rPr>
        <w:t>第一个人的好友有 5 种选择，剩下 4 个人。</w:t>
      </w:r>
    </w:p>
    <w:p>
      <w:pPr>
        <w:spacing w:before="0" w:after="80" w:line="300" w:lineRule="auto"/>
        <w:jc w:val="left"/>
      </w:pPr>
      <w:r>
        <w:rPr>
          <w:rFonts w:ascii="Times New Roman" w:hAnsi="Times New Roman" w:eastAsia="宋体"/>
          <w:b w:val="0"/>
          <w:i w:val="0"/>
          <w:sz w:val="21"/>
        </w:rPr>
        <w:t>下一位未配对者的好友有 3 种选择，剩余的 2 个人则必须互为好友。</w:t>
      </w:r>
    </w:p>
    <w:p>
      <w:pPr>
        <w:spacing w:before="0" w:after="80" w:line="300" w:lineRule="auto"/>
        <w:jc w:val="left"/>
      </w:pPr>
      <w:r>
        <w:rPr>
          <w:rFonts w:ascii="Times New Roman" w:hAnsi="Times New Roman" w:eastAsia="宋体"/>
          <w:b w:val="0"/>
          <w:i w:val="0"/>
          <w:sz w:val="21"/>
        </w:rPr>
        <w:t>因此这种情况共有 3 · 5 = 15 种可能。</w:t>
      </w:r>
    </w:p>
    <w:p>
      <w:pPr>
        <w:spacing w:before="0" w:after="80" w:line="300" w:lineRule="auto"/>
        <w:jc w:val="left"/>
      </w:pPr>
      <w:r>
        <w:rPr>
          <w:rFonts w:ascii="Times New Roman" w:hAnsi="Times New Roman" w:eastAsia="宋体"/>
          <w:b/>
          <w:i w:val="0"/>
          <w:sz w:val="21"/>
        </w:rPr>
        <w:t>情况 2：</w:t>
      </w:r>
      <w:r>
        <w:rPr>
          <w:rFonts w:ascii="Times New Roman" w:hAnsi="Times New Roman" w:eastAsia="宋体"/>
          <w:b w:val="0"/>
          <w:i w:val="0"/>
          <w:sz w:val="21"/>
        </w:rPr>
        <w:t>每个人有 2 个好友</w:t>
      </w:r>
    </w:p>
    <w:p>
      <w:pPr>
        <w:spacing w:before="0" w:after="80" w:line="300" w:lineRule="auto"/>
        <w:jc w:val="left"/>
      </w:pPr>
      <w:r>
        <w:rPr>
          <w:rFonts w:ascii="Times New Roman" w:hAnsi="Times New Roman" w:eastAsia="宋体"/>
          <w:b w:val="0"/>
          <w:i w:val="0"/>
          <w:sz w:val="21"/>
        </w:rPr>
        <w:t>这种情况有两种可能。第一种是分成两个三人组，每组三人彼此都是好友。</w:t>
      </w:r>
    </w:p>
    <w:p>
      <w:pPr>
        <w:spacing w:before="0" w:after="80" w:line="300" w:lineRule="auto"/>
        <w:jc w:val="left"/>
      </w:pPr>
      <w:r>
        <w:rPr>
          <w:rFonts w:ascii="Times New Roman" w:hAnsi="Times New Roman" w:eastAsia="宋体"/>
          <w:b w:val="0"/>
          <w:i w:val="0"/>
          <w:sz w:val="21"/>
        </w:rPr>
        <w:t>选择第一个三人组有 C(6, 3) = 20 种方法。由于两个组可以互换，必须除以 2，得到 20 ÷ 2 = 10 种配置。</w:t>
      </w:r>
    </w:p>
    <w:p>
      <w:pPr>
        <w:spacing w:before="0" w:after="80" w:line="300" w:lineRule="auto"/>
        <w:jc w:val="left"/>
      </w:pPr>
      <w:r>
        <w:rPr>
          <w:rFonts w:ascii="Times New Roman" w:hAnsi="Times New Roman" w:eastAsia="宋体"/>
          <w:b w:val="0"/>
          <w:i w:val="0"/>
          <w:sz w:val="21"/>
        </w:rPr>
        <w:t>第二种可能是好友关系形成一个 6 环。</w:t>
      </w:r>
    </w:p>
    <w:p>
      <w:pPr>
        <w:spacing w:before="0" w:after="80" w:line="300" w:lineRule="auto"/>
        <w:jc w:val="left"/>
      </w:pPr>
      <w:r>
        <w:rPr>
          <w:rFonts w:ascii="Times New Roman" w:hAnsi="Times New Roman" w:eastAsia="宋体"/>
          <w:b w:val="0"/>
          <w:i w:val="0"/>
          <w:sz w:val="21"/>
        </w:rPr>
        <w:t>六个人沿环的每一种排列都给出这样的图。选择起点会使每个图被计算 6 次，选择遍历方向又会被计算 2 次，因此不同的 6 环共有 (6!)/(6·2)=60 个。再加上 10 个两三角形配置，本情况共有 10+60=70 种配置。</w:t>
      </w:r>
    </w:p>
    <w:p>
      <w:pPr>
        <w:spacing w:before="0" w:after="80" w:line="300" w:lineRule="auto"/>
        <w:jc w:val="left"/>
      </w:pPr>
      <w:r>
        <w:rPr>
          <w:rFonts w:ascii="Times New Roman" w:hAnsi="Times New Roman" w:eastAsia="宋体"/>
          <w:b w:val="0"/>
          <w:i w:val="0"/>
          <w:sz w:val="21"/>
        </w:rPr>
        <w:t>所以总配置数为</w:t>
      </w:r>
    </w:p>
    <w:p>
      <w:pPr>
        <w:spacing w:before="0" w:after="80" w:line="300" w:lineRule="auto"/>
        <w:jc w:val="left"/>
      </w:pPr>
      <w:r>
        <w:rPr>
          <w:rFonts w:ascii="Times New Roman" w:hAnsi="Times New Roman" w:eastAsia="宋体"/>
          <w:b w:val="0"/>
          <w:i w:val="0"/>
          <w:sz w:val="21"/>
        </w:rPr>
        <w:t>2(15 + 70) = 170。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case on the value of friends that each person has. This value ranges from 1 to 4, since the graph is neither empty nor complete.</w:t>
      </w:r>
    </w:p>
    <w:p>
      <w:pPr>
        <w:spacing w:before="0" w:after="80" w:line="300" w:lineRule="auto"/>
        <w:jc w:val="left"/>
      </w:pPr>
      <w:r>
        <w:rPr>
          <w:rFonts w:ascii="Times New Roman" w:hAnsi="Times New Roman" w:eastAsia="宋体"/>
          <w:b w:val="0"/>
          <w:i w:val="0"/>
          <w:color w:val="333333"/>
          <w:sz w:val="19"/>
        </w:rPr>
        <w:t>Note that the cases for 1 and 2 friends correspond with the case for 4 and 3 friends, since choosing who are friends determines who are not friends.</w:t>
      </w:r>
    </w:p>
    <w:p>
      <w:pPr>
        <w:spacing w:before="0" w:after="80" w:line="300" w:lineRule="auto"/>
        <w:jc w:val="left"/>
      </w:pPr>
      <w:r>
        <w:rPr>
          <w:rFonts w:ascii="Times New Roman" w:hAnsi="Times New Roman" w:eastAsia="宋体"/>
          <w:b/>
          <w:i w:val="0"/>
          <w:color w:val="333333"/>
          <w:sz w:val="19"/>
        </w:rPr>
        <w:t>Case 1:</w:t>
      </w:r>
      <w:r>
        <w:rPr>
          <w:rFonts w:ascii="Times New Roman" w:hAnsi="Times New Roman" w:eastAsia="宋体"/>
          <w:b w:val="0"/>
          <w:i w:val="0"/>
          <w:color w:val="333333"/>
          <w:sz w:val="19"/>
        </w:rPr>
        <w:t>everyone has 1 friend</w:t>
      </w:r>
    </w:p>
    <w:p>
      <w:pPr>
        <w:spacing w:before="0" w:after="80" w:line="300" w:lineRule="auto"/>
        <w:jc w:val="left"/>
      </w:pPr>
      <w:r>
        <w:rPr>
          <w:rFonts w:ascii="Times New Roman" w:hAnsi="Times New Roman" w:eastAsia="宋体"/>
          <w:b w:val="0"/>
          <w:i w:val="0"/>
          <w:color w:val="333333"/>
          <w:sz w:val="19"/>
        </w:rPr>
        <w:t>This means that the 6 people must split up into 3 pairs where the people in each pair are friends.</w:t>
      </w:r>
    </w:p>
    <w:p>
      <w:pPr>
        <w:spacing w:before="0" w:after="80" w:line="300" w:lineRule="auto"/>
        <w:jc w:val="left"/>
      </w:pPr>
      <w:r>
        <w:rPr>
          <w:rFonts w:ascii="Times New Roman" w:hAnsi="Times New Roman" w:eastAsia="宋体"/>
          <w:b w:val="0"/>
          <w:i w:val="0"/>
          <w:color w:val="333333"/>
          <w:sz w:val="19"/>
        </w:rPr>
        <w:t>There are 5 choices for the friend for the first person. This leaves 4 people remaining.</w:t>
      </w:r>
    </w:p>
    <w:p>
      <w:pPr>
        <w:spacing w:before="0" w:after="80" w:line="300" w:lineRule="auto"/>
        <w:jc w:val="left"/>
      </w:pPr>
      <w:r>
        <w:rPr>
          <w:rFonts w:ascii="Times New Roman" w:hAnsi="Times New Roman" w:eastAsia="宋体"/>
          <w:b w:val="0"/>
          <w:i w:val="0"/>
          <w:color w:val="333333"/>
          <w:sz w:val="19"/>
        </w:rPr>
        <w:t>There are then 3 choices for the friend of the next unpaired person. The remaining 2 people are then forced to be friends.</w:t>
      </w:r>
    </w:p>
    <w:p>
      <w:pPr>
        <w:spacing w:before="0" w:after="80" w:line="300" w:lineRule="auto"/>
        <w:jc w:val="left"/>
      </w:pPr>
      <w:r>
        <w:rPr>
          <w:rFonts w:ascii="Times New Roman" w:hAnsi="Times New Roman" w:eastAsia="宋体"/>
          <w:b w:val="0"/>
          <w:i w:val="0"/>
          <w:color w:val="333333"/>
          <w:sz w:val="19"/>
        </w:rPr>
        <w:t>Therefore, there are 3 · 5 = 15 possibilities for this case.</w:t>
      </w:r>
    </w:p>
    <w:p>
      <w:pPr>
        <w:spacing w:before="0" w:after="80" w:line="300" w:lineRule="auto"/>
        <w:jc w:val="left"/>
      </w:pPr>
      <w:r>
        <w:rPr>
          <w:rFonts w:ascii="Times New Roman" w:hAnsi="Times New Roman" w:eastAsia="宋体"/>
          <w:b/>
          <w:i w:val="0"/>
          <w:color w:val="333333"/>
          <w:sz w:val="19"/>
        </w:rPr>
        <w:t>Case 2:</w:t>
      </w:r>
      <w:r>
        <w:rPr>
          <w:rFonts w:ascii="Times New Roman" w:hAnsi="Times New Roman" w:eastAsia="宋体"/>
          <w:b w:val="0"/>
          <w:i w:val="0"/>
          <w:color w:val="333333"/>
          <w:sz w:val="19"/>
        </w:rPr>
        <w:t>everyone has 2 friends</w:t>
      </w:r>
    </w:p>
    <w:p>
      <w:pPr>
        <w:spacing w:before="0" w:after="80" w:line="300" w:lineRule="auto"/>
        <w:jc w:val="left"/>
      </w:pPr>
      <w:r>
        <w:rPr>
          <w:rFonts w:ascii="Times New Roman" w:hAnsi="Times New Roman" w:eastAsia="宋体"/>
          <w:b w:val="0"/>
          <w:i w:val="0"/>
          <w:color w:val="333333"/>
          <w:sz w:val="19"/>
        </w:rPr>
        <w:t>There are two possibilities for this case. There could be two triples where everyone in a triple is friends with each other.</w:t>
      </w:r>
    </w:p>
    <w:p>
      <w:pPr>
        <w:spacing w:before="0" w:after="80" w:line="300" w:lineRule="auto"/>
        <w:jc w:val="left"/>
      </w:pPr>
      <w:r>
        <w:rPr>
          <w:rFonts w:ascii="Times New Roman" w:hAnsi="Times New Roman" w:eastAsia="宋体"/>
          <w:b w:val="0"/>
          <w:i w:val="0"/>
          <w:color w:val="333333"/>
          <w:sz w:val="19"/>
        </w:rPr>
        <w:t>For this possibility, there are C(6, 3) = 20 ways to choose the people in the first triple. We have to divide by 2 since we can swap the pairs. This gives us 20 ÷ 2 = 10 configurations.</w:t>
      </w:r>
    </w:p>
    <w:p>
      <w:pPr>
        <w:spacing w:before="0" w:after="80" w:line="300" w:lineRule="auto"/>
        <w:jc w:val="left"/>
      </w:pPr>
      <w:r>
        <w:rPr>
          <w:rFonts w:ascii="Times New Roman" w:hAnsi="Times New Roman" w:eastAsia="宋体"/>
          <w:b w:val="0"/>
          <w:i w:val="0"/>
          <w:color w:val="333333"/>
          <w:sz w:val="19"/>
        </w:rPr>
        <w:t>The second possibility is that the friends form one 6-cycle.</w:t>
      </w:r>
    </w:p>
    <w:p>
      <w:pPr>
        <w:spacing w:before="0" w:after="80" w:line="300" w:lineRule="auto"/>
        <w:jc w:val="left"/>
      </w:pPr>
      <w:r>
        <w:rPr>
          <w:rFonts w:ascii="Times New Roman" w:hAnsi="Times New Roman" w:eastAsia="宋体"/>
          <w:b w:val="0"/>
          <w:i w:val="0"/>
          <w:color w:val="333333"/>
          <w:sz w:val="19"/>
        </w:rPr>
        <w:t>Every ordering of the six people around a cycle gives such a graph. Each graph is counted 6 times by the choice of starting person and 2 times by the direction of traversal, so there are (6!)/(6·2)=60 distinct 6-cycles. Together with the 10 pairs of triangles, this case has 10+60=70 configurations.</w:t>
      </w:r>
    </w:p>
    <w:p>
      <w:pPr>
        <w:spacing w:before="0" w:after="80" w:line="300" w:lineRule="auto"/>
        <w:jc w:val="left"/>
      </w:pPr>
      <w:r>
        <w:rPr>
          <w:rFonts w:ascii="Times New Roman" w:hAnsi="Times New Roman" w:eastAsia="宋体"/>
          <w:b w:val="0"/>
          <w:i w:val="0"/>
          <w:color w:val="333333"/>
          <w:sz w:val="19"/>
        </w:rPr>
        <w:t>The total number of arrangements is then</w:t>
      </w:r>
    </w:p>
    <w:p>
      <w:pPr>
        <w:spacing w:before="0" w:after="80" w:line="300" w:lineRule="auto"/>
        <w:jc w:val="left"/>
      </w:pPr>
      <w:r>
        <w:rPr>
          <w:rFonts w:ascii="Times New Roman" w:hAnsi="Times New Roman" w:eastAsia="宋体"/>
          <w:b w:val="0"/>
          <w:i w:val="0"/>
          <w:color w:val="333333"/>
          <w:sz w:val="19"/>
        </w:rPr>
        <w:t>2(15 + 70) = 170.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两个方程相加，得到</w:t>
      </w:r>
    </w:p>
    <w:p>
      <w:pPr>
        <w:spacing w:before="0" w:after="80" w:line="300" w:lineRule="auto"/>
        <w:jc w:val="left"/>
      </w:pPr>
      <w:r>
        <w:rPr>
          <w:rFonts w:ascii="Times New Roman" w:hAnsi="Times New Roman" w:eastAsia="宋体"/>
          <w:b w:val="0"/>
          <w:i w:val="0"/>
          <w:sz w:val="21"/>
        </w:rPr>
        <w:t>2(a² + b² + c²) - 2(ab + ac + bc)</w:t>
      </w:r>
    </w:p>
    <w:p>
      <w:pPr>
        <w:spacing w:before="0" w:after="80" w:line="300" w:lineRule="auto"/>
        <w:jc w:val="left"/>
      </w:pPr>
      <w:r>
        <w:rPr>
          <w:rFonts w:ascii="Times New Roman" w:hAnsi="Times New Roman" w:eastAsia="宋体"/>
          <w:b w:val="0"/>
          <w:i w:val="0"/>
          <w:sz w:val="21"/>
        </w:rPr>
        <w:t>= 14。</w:t>
      </w:r>
    </w:p>
    <w:p>
      <w:pPr>
        <w:spacing w:before="0" w:after="80" w:line="300" w:lineRule="auto"/>
        <w:jc w:val="left"/>
      </w:pPr>
      <w:r>
        <w:rPr>
          <w:rFonts w:ascii="Times New Roman" w:hAnsi="Times New Roman" w:eastAsia="宋体"/>
          <w:b w:val="0"/>
          <w:i w:val="0"/>
          <w:sz w:val="21"/>
        </w:rPr>
        <w:t>把左边分组并因式分解，得到</w:t>
      </w:r>
    </w:p>
    <w:p>
      <w:pPr>
        <w:spacing w:before="0" w:after="80" w:line="300" w:lineRule="auto"/>
        <w:jc w:val="left"/>
      </w:pPr>
      <w:r>
        <w:rPr>
          <w:rFonts w:ascii="Times New Roman" w:hAnsi="Times New Roman" w:eastAsia="宋体"/>
          <w:b w:val="0"/>
          <w:i w:val="0"/>
          <w:sz w:val="21"/>
        </w:rPr>
        <w:t>(a - b)² + (a - c)² + (b - c)²</w:t>
      </w:r>
    </w:p>
    <w:p>
      <w:pPr>
        <w:spacing w:before="0" w:after="80" w:line="300" w:lineRule="auto"/>
        <w:jc w:val="left"/>
      </w:pPr>
      <w:r>
        <w:rPr>
          <w:rFonts w:ascii="Times New Roman" w:hAnsi="Times New Roman" w:eastAsia="宋体"/>
          <w:b w:val="0"/>
          <w:i w:val="0"/>
          <w:sz w:val="21"/>
        </w:rPr>
        <w:t>= 14。</w:t>
      </w:r>
    </w:p>
    <w:p>
      <w:pPr>
        <w:spacing w:before="0" w:after="80" w:line="300" w:lineRule="auto"/>
        <w:jc w:val="left"/>
      </w:pPr>
      <w:r>
        <w:rPr>
          <w:rFonts w:ascii="Times New Roman" w:hAnsi="Times New Roman" w:eastAsia="宋体"/>
          <w:b w:val="0"/>
          <w:i w:val="0"/>
          <w:sz w:val="21"/>
        </w:rPr>
        <w:t>左边每一项都是非负整数的平方。三个平方数和为 14 的唯一方式是 9, 4 和 1。</w:t>
      </w:r>
    </w:p>
    <w:p>
      <w:pPr>
        <w:spacing w:before="0" w:after="80" w:line="300" w:lineRule="auto"/>
        <w:jc w:val="left"/>
      </w:pPr>
      <w:r>
        <w:rPr>
          <w:rFonts w:ascii="Times New Roman" w:hAnsi="Times New Roman" w:eastAsia="宋体"/>
          <w:b w:val="0"/>
          <w:i w:val="0"/>
          <w:sz w:val="21"/>
        </w:rPr>
        <w:t>在三组差中，a - c 最大，所以 a - c = 3。</w:t>
      </w:r>
    </w:p>
    <w:p>
      <w:pPr>
        <w:spacing w:before="0" w:after="80" w:line="300" w:lineRule="auto"/>
        <w:jc w:val="left"/>
      </w:pPr>
      <w:r>
        <w:rPr>
          <w:rFonts w:ascii="Times New Roman" w:hAnsi="Times New Roman" w:eastAsia="宋体"/>
          <w:b w:val="0"/>
          <w:i w:val="0"/>
          <w:sz w:val="21"/>
        </w:rPr>
        <w:t>还不能确定另外两个差分别对应哪个平方。先试 a - b = 1 和 b - c = 2。</w:t>
      </w:r>
    </w:p>
    <w:p>
      <w:pPr>
        <w:spacing w:before="0" w:after="80" w:line="300" w:lineRule="auto"/>
        <w:jc w:val="left"/>
      </w:pPr>
      <w:r>
        <w:rPr>
          <w:rFonts w:ascii="Times New Roman" w:hAnsi="Times New Roman" w:eastAsia="宋体"/>
          <w:b w:val="0"/>
          <w:i w:val="0"/>
          <w:sz w:val="21"/>
        </w:rPr>
        <w:t>把这些值代入第一个方程，得到</w:t>
      </w:r>
    </w:p>
    <w:p>
      <w:pPr>
        <w:spacing w:before="0" w:after="80" w:line="300" w:lineRule="auto"/>
        <w:jc w:val="left"/>
      </w:pPr>
      <w:r>
        <w:rPr>
          <w:rFonts w:ascii="Times New Roman" w:hAnsi="Times New Roman" w:eastAsia="宋体"/>
          <w:b w:val="0"/>
          <w:i w:val="0"/>
          <w:sz w:val="21"/>
        </w:rPr>
        <w:t>a² - (a - 1)² - (a - 3)²</w:t>
      </w:r>
    </w:p>
    <w:p>
      <w:pPr>
        <w:spacing w:before="0" w:after="80" w:line="300" w:lineRule="auto"/>
        <w:jc w:val="left"/>
      </w:pPr>
      <w:r>
        <w:rPr>
          <w:rFonts w:ascii="Times New Roman" w:hAnsi="Times New Roman" w:eastAsia="宋体"/>
          <w:b w:val="0"/>
          <w:i w:val="0"/>
          <w:sz w:val="21"/>
        </w:rPr>
        <w:t>+ a(a - 1) = 2011。</w:t>
      </w:r>
    </w:p>
    <w:p>
      <w:pPr>
        <w:spacing w:before="0" w:after="80" w:line="300" w:lineRule="auto"/>
        <w:jc w:val="left"/>
      </w:pPr>
      <w:r>
        <w:rPr>
          <w:rFonts w:ascii="Times New Roman" w:hAnsi="Times New Roman" w:eastAsia="宋体"/>
          <w:b w:val="0"/>
          <w:i w:val="0"/>
          <w:sz w:val="21"/>
        </w:rPr>
        <w:t>化简得 7a = 2021。由于 2021 不能被 7 整除，所以应有 a - b = 2、b - c = 1。</w:t>
      </w:r>
    </w:p>
    <w:p>
      <w:pPr>
        <w:spacing w:before="0" w:after="80" w:line="300" w:lineRule="auto"/>
        <w:jc w:val="left"/>
      </w:pPr>
      <w:r>
        <w:rPr>
          <w:rFonts w:ascii="Times New Roman" w:hAnsi="Times New Roman" w:eastAsia="宋体"/>
          <w:b w:val="0"/>
          <w:i w:val="0"/>
          <w:sz w:val="21"/>
        </w:rPr>
        <w:t>在另一种情形下，b=a-2，c=a-3。第一个方程变为</w:t>
      </w:r>
    </w:p>
    <w:p>
      <w:pPr>
        <w:spacing w:before="0" w:after="80" w:line="300" w:lineRule="auto"/>
        <w:jc w:val="left"/>
      </w:pPr>
      <w:r>
        <w:rPr>
          <w:rFonts w:ascii="Times New Roman" w:hAnsi="Times New Roman" w:eastAsia="宋体"/>
          <w:b w:val="0"/>
          <w:i w:val="0"/>
          <w:sz w:val="21"/>
        </w:rPr>
        <w:t>a²-(a-2)²-(a-3)²</w:t>
      </w:r>
    </w:p>
    <w:p>
      <w:pPr>
        <w:spacing w:before="0" w:after="80" w:line="300" w:lineRule="auto"/>
        <w:jc w:val="left"/>
      </w:pPr>
      <w:r>
        <w:rPr>
          <w:rFonts w:ascii="Times New Roman" w:hAnsi="Times New Roman" w:eastAsia="宋体"/>
          <w:b w:val="0"/>
          <w:i w:val="0"/>
          <w:sz w:val="21"/>
        </w:rPr>
        <w:t>+a(a-2)=2011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即 8a-13=2011。因此 a=253。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together the equations gives us</w:t>
      </w:r>
    </w:p>
    <w:p>
      <w:pPr>
        <w:spacing w:before="0" w:after="80" w:line="300" w:lineRule="auto"/>
        <w:jc w:val="left"/>
      </w:pPr>
      <w:r>
        <w:rPr>
          <w:rFonts w:ascii="Times New Roman" w:hAnsi="Times New Roman" w:eastAsia="宋体"/>
          <w:b w:val="0"/>
          <w:i w:val="0"/>
          <w:color w:val="333333"/>
          <w:sz w:val="19"/>
        </w:rPr>
        <w:t>2(a² + b² + c²) - 2(ab + ac + bc)</w:t>
      </w:r>
    </w:p>
    <w:p>
      <w:pPr>
        <w:spacing w:before="0" w:after="80" w:line="300" w:lineRule="auto"/>
        <w:jc w:val="left"/>
      </w:pPr>
      <w:r>
        <w:rPr>
          <w:rFonts w:ascii="Times New Roman" w:hAnsi="Times New Roman" w:eastAsia="宋体"/>
          <w:b w:val="0"/>
          <w:i w:val="0"/>
          <w:color w:val="333333"/>
          <w:sz w:val="19"/>
        </w:rPr>
        <w:t>= 14.</w:t>
      </w:r>
    </w:p>
    <w:p>
      <w:pPr>
        <w:spacing w:before="0" w:after="80" w:line="300" w:lineRule="auto"/>
        <w:jc w:val="left"/>
      </w:pPr>
      <w:r>
        <w:rPr>
          <w:rFonts w:ascii="Times New Roman" w:hAnsi="Times New Roman" w:eastAsia="宋体"/>
          <w:b w:val="0"/>
          <w:i w:val="0"/>
          <w:color w:val="333333"/>
          <w:sz w:val="19"/>
        </w:rPr>
        <w:t>We can group terms and factor this to get</w:t>
      </w:r>
    </w:p>
    <w:p>
      <w:pPr>
        <w:spacing w:before="0" w:after="80" w:line="300" w:lineRule="auto"/>
        <w:jc w:val="left"/>
      </w:pPr>
      <w:r>
        <w:rPr>
          <w:rFonts w:ascii="Times New Roman" w:hAnsi="Times New Roman" w:eastAsia="宋体"/>
          <w:b w:val="0"/>
          <w:i w:val="0"/>
          <w:color w:val="333333"/>
          <w:sz w:val="19"/>
        </w:rPr>
        <w:t>(a - b)² + (a - c)² + (b - c)²</w:t>
      </w:r>
    </w:p>
    <w:p>
      <w:pPr>
        <w:spacing w:before="0" w:after="80" w:line="300" w:lineRule="auto"/>
        <w:jc w:val="left"/>
      </w:pPr>
      <w:r>
        <w:rPr>
          <w:rFonts w:ascii="Times New Roman" w:hAnsi="Times New Roman" w:eastAsia="宋体"/>
          <w:b w:val="0"/>
          <w:i w:val="0"/>
          <w:color w:val="333333"/>
          <w:sz w:val="19"/>
        </w:rPr>
        <w:t>= 14.</w:t>
      </w:r>
    </w:p>
    <w:p>
      <w:pPr>
        <w:spacing w:before="0" w:after="80" w:line="300" w:lineRule="auto"/>
        <w:jc w:val="left"/>
      </w:pPr>
      <w:r>
        <w:rPr>
          <w:rFonts w:ascii="Times New Roman" w:hAnsi="Times New Roman" w:eastAsia="宋体"/>
          <w:b w:val="0"/>
          <w:i w:val="0"/>
          <w:color w:val="333333"/>
          <w:sz w:val="19"/>
        </w:rPr>
        <w:t>Note that every term on the left hand side is a nonnegative square integer. The only triple of squares that add to 14 is 9, 4, and 1.</w:t>
      </w:r>
    </w:p>
    <w:p>
      <w:pPr>
        <w:spacing w:before="0" w:after="80" w:line="300" w:lineRule="auto"/>
        <w:jc w:val="left"/>
      </w:pPr>
      <w:r>
        <w:rPr>
          <w:rFonts w:ascii="Times New Roman" w:hAnsi="Times New Roman" w:eastAsia="宋体"/>
          <w:b w:val="0"/>
          <w:i w:val="0"/>
          <w:color w:val="333333"/>
          <w:sz w:val="19"/>
        </w:rPr>
        <w:t>We have that a - c is the biggest difference among the three pairs. Therefore, a - c = 3.</w:t>
      </w:r>
    </w:p>
    <w:p>
      <w:pPr>
        <w:spacing w:before="0" w:after="80" w:line="300" w:lineRule="auto"/>
        <w:jc w:val="left"/>
      </w:pPr>
      <w:r>
        <w:rPr>
          <w:rFonts w:ascii="Times New Roman" w:hAnsi="Times New Roman" w:eastAsia="宋体"/>
          <w:b w:val="0"/>
          <w:i w:val="0"/>
          <w:color w:val="333333"/>
          <w:sz w:val="19"/>
        </w:rPr>
        <w:t>We cannot discern which of the other terms we can match with the other squares. Let us try a - b = 1 and b - c = 2.</w:t>
      </w:r>
    </w:p>
    <w:p>
      <w:pPr>
        <w:spacing w:before="0" w:after="80" w:line="300" w:lineRule="auto"/>
        <w:jc w:val="left"/>
      </w:pPr>
      <w:r>
        <w:rPr>
          <w:rFonts w:ascii="Times New Roman" w:hAnsi="Times New Roman" w:eastAsia="宋体"/>
          <w:b w:val="0"/>
          <w:i w:val="0"/>
          <w:color w:val="333333"/>
          <w:sz w:val="19"/>
        </w:rPr>
        <w:t>Plugging in these values into the first equation gives us</w:t>
      </w:r>
    </w:p>
    <w:p>
      <w:pPr>
        <w:spacing w:before="0" w:after="80" w:line="300" w:lineRule="auto"/>
        <w:jc w:val="left"/>
      </w:pPr>
      <w:r>
        <w:rPr>
          <w:rFonts w:ascii="Times New Roman" w:hAnsi="Times New Roman" w:eastAsia="宋体"/>
          <w:b w:val="0"/>
          <w:i w:val="0"/>
          <w:color w:val="333333"/>
          <w:sz w:val="19"/>
        </w:rPr>
        <w:t>a² - (a - 1)² - (a - 3)²</w:t>
      </w:r>
    </w:p>
    <w:p>
      <w:pPr>
        <w:spacing w:before="0" w:after="80" w:line="300" w:lineRule="auto"/>
        <w:jc w:val="left"/>
      </w:pPr>
      <w:r>
        <w:rPr>
          <w:rFonts w:ascii="Times New Roman" w:hAnsi="Times New Roman" w:eastAsia="宋体"/>
          <w:b w:val="0"/>
          <w:i w:val="0"/>
          <w:color w:val="333333"/>
          <w:sz w:val="19"/>
        </w:rPr>
        <w:t>+ a(a - 1) = 2011.</w:t>
      </w:r>
    </w:p>
    <w:p>
      <w:pPr>
        <w:spacing w:before="0" w:after="80" w:line="300" w:lineRule="auto"/>
        <w:jc w:val="left"/>
      </w:pPr>
      <w:r>
        <w:rPr>
          <w:rFonts w:ascii="Times New Roman" w:hAnsi="Times New Roman" w:eastAsia="宋体"/>
          <w:b w:val="0"/>
          <w:i w:val="0"/>
          <w:color w:val="333333"/>
          <w:sz w:val="19"/>
        </w:rPr>
        <w:t>Simplifying yields 7a = 2021. Since 2021 is not divisible by 7, we have that a - b = 2 and b - c = 1.</w:t>
      </w:r>
    </w:p>
    <w:p>
      <w:pPr>
        <w:spacing w:before="0" w:after="80" w:line="300" w:lineRule="auto"/>
        <w:jc w:val="left"/>
      </w:pPr>
      <w:r>
        <w:rPr>
          <w:rFonts w:ascii="Times New Roman" w:hAnsi="Times New Roman" w:eastAsia="宋体"/>
          <w:b w:val="0"/>
          <w:i w:val="0"/>
          <w:color w:val="333333"/>
          <w:sz w:val="19"/>
        </w:rPr>
        <w:t>In the other case, b=a-2 and c=a-3. The first equation becomes</w:t>
      </w:r>
    </w:p>
    <w:p>
      <w:pPr>
        <w:spacing w:before="0" w:after="80" w:line="300" w:lineRule="auto"/>
        <w:jc w:val="left"/>
      </w:pPr>
      <w:r>
        <w:rPr>
          <w:rFonts w:ascii="Times New Roman" w:hAnsi="Times New Roman" w:eastAsia="宋体"/>
          <w:b w:val="0"/>
          <w:i w:val="0"/>
          <w:color w:val="333333"/>
          <w:sz w:val="19"/>
        </w:rPr>
        <w:t>a²-(a-2)²-(a-3)²</w:t>
      </w:r>
    </w:p>
    <w:p>
      <w:pPr>
        <w:spacing w:before="0" w:after="80" w:line="300" w:lineRule="auto"/>
        <w:jc w:val="left"/>
      </w:pPr>
      <w:r>
        <w:rPr>
          <w:rFonts w:ascii="Times New Roman" w:hAnsi="Times New Roman" w:eastAsia="宋体"/>
          <w:b w:val="0"/>
          <w:i w:val="0"/>
          <w:color w:val="333333"/>
          <w:sz w:val="19"/>
        </w:rPr>
        <w:t>+a(a-2)=2011,</w:t>
      </w:r>
    </w:p>
    <w:p>
      <w:pPr>
        <w:spacing w:before="0" w:after="80" w:line="300" w:lineRule="auto"/>
        <w:jc w:val="left"/>
      </w:pPr>
      <w:r>
        <w:rPr>
          <w:rFonts w:ascii="Times New Roman" w:hAnsi="Times New Roman" w:eastAsia="宋体"/>
          <w:b w:val="0"/>
          <w:i w:val="0"/>
          <w:color w:val="333333"/>
          <w:sz w:val="19"/>
        </w:rPr>
        <w:t>or 8a-13=2011. Hence a=253.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这个问题可以看作几何概率问题，把区间看成坐标轴上的范围。</w:t>
      </w:r>
    </w:p>
    <w:p>
      <w:pPr>
        <w:spacing w:before="0" w:after="80" w:line="300" w:lineRule="auto"/>
        <w:jc w:val="left"/>
      </w:pPr>
      <w:r>
        <w:rPr>
          <w:rFonts w:ascii="Times New Roman" w:hAnsi="Times New Roman" w:eastAsia="宋体"/>
          <w:b w:val="0"/>
          <w:i w:val="0"/>
          <w:sz w:val="21"/>
        </w:rPr>
        <w:t>不妨先考虑</w:t>
      </w:r>
    </w:p>
    <w:p>
      <w:pPr>
        <w:spacing w:before="0" w:after="80" w:line="300" w:lineRule="auto"/>
        <w:jc w:val="left"/>
      </w:pPr>
      <w:r>
        <w:rPr>
          <w:rFonts w:ascii="Times New Roman" w:hAnsi="Times New Roman" w:eastAsia="宋体"/>
          <w:b w:val="0"/>
          <w:i w:val="0"/>
          <w:sz w:val="21"/>
        </w:rPr>
        <w:t>n ≥ x ≥ y ≥ z ≥ 0。</w:t>
      </w:r>
    </w:p>
    <w:p>
      <w:pPr>
        <w:spacing w:before="0" w:after="80" w:line="300" w:lineRule="auto"/>
        <w:jc w:val="left"/>
      </w:pPr>
      <w:r>
        <w:rPr>
          <w:rFonts w:ascii="Times New Roman" w:hAnsi="Times New Roman" w:eastAsia="宋体"/>
          <w:b w:val="0"/>
          <w:i w:val="0"/>
          <w:sz w:val="21"/>
        </w:rPr>
        <w:t>满足这个顺序限制的点 (x, y, z) 构成一个四面体。</w:t>
      </w:r>
    </w:p>
    <w:p>
      <w:pPr>
        <w:spacing w:before="80" w:after="80"/>
        <w:jc w:val="center"/>
      </w:pPr>
      <w:r>
        <w:drawing>
          <wp:inline xmlns:a="http://schemas.openxmlformats.org/drawingml/2006/main" xmlns:pic="http://schemas.openxmlformats.org/drawingml/2006/picture">
            <wp:extent cx="1234913" cy="1417920"/>
            <wp:docPr id="9" name="Picture 9"/>
            <wp:cNvGraphicFramePr>
              <a:graphicFrameLocks noChangeAspect="1"/>
            </wp:cNvGraphicFramePr>
            <a:graphic>
              <a:graphicData uri="http://schemas.openxmlformats.org/drawingml/2006/picture">
                <pic:pic>
                  <pic:nvPicPr>
                    <pic:cNvPr id="0" name="q25-sol-1@300dpi.png"/>
                    <pic:cNvPicPr/>
                  </pic:nvPicPr>
                  <pic:blipFill>
                    <a:blip r:embed="rId13"/>
                    <a:stretch>
                      <a:fillRect/>
                    </a:stretch>
                  </pic:blipFill>
                  <pic:spPr>
                    <a:xfrm>
                      <a:off x="0" y="0"/>
                      <a:ext cx="1234913" cy="1417920"/>
                    </a:xfrm>
                    <a:prstGeom prst="rect"/>
                  </pic:spPr>
                </pic:pic>
              </a:graphicData>
            </a:graphic>
          </wp:inline>
        </w:drawing>
      </w:r>
    </w:p>
    <w:p>
      <w:pPr>
        <w:spacing w:before="0" w:after="80" w:line="300" w:lineRule="auto"/>
        <w:jc w:val="left"/>
      </w:pPr>
      <w:r>
        <w:rPr>
          <w:rFonts w:ascii="Times New Roman" w:hAnsi="Times New Roman" w:eastAsia="宋体"/>
          <w:b w:val="0"/>
          <w:i w:val="0"/>
          <w:sz w:val="21"/>
        </w:rPr>
        <w:t>这个四面体的高为 n，底面积为 n²/2，所以体积为</w:t>
      </w:r>
    </w:p>
    <w:p>
      <w:pPr>
        <w:spacing w:before="0" w:after="80" w:line="300" w:lineRule="auto"/>
        <w:jc w:val="left"/>
      </w:pPr>
      <w:r>
        <w:rPr>
          <w:rFonts w:ascii="Times New Roman" w:hAnsi="Times New Roman" w:eastAsia="宋体"/>
          <w:b w:val="0"/>
          <w:i w:val="0"/>
          <w:sz w:val="21"/>
        </w:rPr>
        <w:t>1/3 · n²/2 · n = n³/6。</w:t>
      </w:r>
    </w:p>
    <w:p>
      <w:pPr>
        <w:spacing w:before="0" w:after="80" w:line="300" w:lineRule="auto"/>
        <w:jc w:val="left"/>
      </w:pPr>
      <w:r>
        <w:rPr>
          <w:rFonts w:ascii="Times New Roman" w:hAnsi="Times New Roman" w:eastAsia="宋体"/>
          <w:b w:val="0"/>
          <w:i w:val="0"/>
          <w:sz w:val="21"/>
        </w:rPr>
        <w:t>现在加入题目中的限制。需要找出满足下面条件的区域：</w:t>
      </w:r>
    </w:p>
    <w:p>
      <w:pPr>
        <w:spacing w:before="0" w:after="80" w:line="300" w:lineRule="auto"/>
        <w:jc w:val="left"/>
      </w:pPr>
      <w:r>
        <w:rPr>
          <w:rFonts w:ascii="Times New Roman" w:hAnsi="Times New Roman" w:eastAsia="宋体"/>
          <w:b w:val="0"/>
          <w:i w:val="0"/>
          <w:sz w:val="21"/>
        </w:rPr>
        <w:t>|x - y|, |x - z|, |y - z| ≥ 1。</w:t>
      </w:r>
    </w:p>
    <w:p>
      <w:pPr>
        <w:spacing w:before="0" w:after="80" w:line="300" w:lineRule="auto"/>
        <w:jc w:val="left"/>
      </w:pPr>
      <w:r>
        <w:rPr>
          <w:rFonts w:ascii="Times New Roman" w:hAnsi="Times New Roman" w:eastAsia="宋体"/>
          <w:b w:val="0"/>
          <w:i w:val="0"/>
          <w:sz w:val="21"/>
        </w:rPr>
        <w:t>根据已经规定的顺序，这些不等式可化为</w:t>
      </w:r>
    </w:p>
    <w:p>
      <w:pPr>
        <w:spacing w:before="0" w:after="80" w:line="300" w:lineRule="auto"/>
        <w:jc w:val="left"/>
      </w:pPr>
      <w:r>
        <w:rPr>
          <w:rFonts w:ascii="Times New Roman" w:hAnsi="Times New Roman" w:eastAsia="宋体"/>
          <w:b w:val="0"/>
          <w:i w:val="0"/>
          <w:sz w:val="21"/>
        </w:rPr>
        <w:t>x - y ≥ 1 和 y - z ≥ 1。</w:t>
      </w:r>
    </w:p>
    <w:p>
      <w:pPr>
        <w:spacing w:before="0" w:after="80" w:line="300" w:lineRule="auto"/>
        <w:jc w:val="left"/>
      </w:pPr>
      <w:r>
        <w:rPr>
          <w:rFonts w:ascii="Times New Roman" w:hAnsi="Times New Roman" w:eastAsia="宋体"/>
          <w:b w:val="0"/>
          <w:i w:val="0"/>
          <w:sz w:val="21"/>
        </w:rPr>
        <w:t>这两个限制形成如下图所示的另一个四面体。</w:t>
      </w:r>
    </w:p>
    <w:p>
      <w:pPr>
        <w:spacing w:before="80" w:after="80"/>
        <w:jc w:val="center"/>
      </w:pPr>
      <w:r>
        <w:drawing>
          <wp:inline xmlns:a="http://schemas.openxmlformats.org/drawingml/2006/main" xmlns:pic="http://schemas.openxmlformats.org/drawingml/2006/picture">
            <wp:extent cx="1234913" cy="1417920"/>
            <wp:docPr id="10" name="Picture 10"/>
            <wp:cNvGraphicFramePr>
              <a:graphicFrameLocks noChangeAspect="1"/>
            </wp:cNvGraphicFramePr>
            <a:graphic>
              <a:graphicData uri="http://schemas.openxmlformats.org/drawingml/2006/picture">
                <pic:pic>
                  <pic:nvPicPr>
                    <pic:cNvPr id="0" name="q25-sol-2@300dpi.png"/>
                    <pic:cNvPicPr/>
                  </pic:nvPicPr>
                  <pic:blipFill>
                    <a:blip r:embed="rId14"/>
                    <a:stretch>
                      <a:fillRect/>
                    </a:stretch>
                  </pic:blipFill>
                  <pic:spPr>
                    <a:xfrm>
                      <a:off x="0" y="0"/>
                      <a:ext cx="1234913" cy="1417920"/>
                    </a:xfrm>
                    <a:prstGeom prst="rect"/>
                  </pic:spPr>
                </pic:pic>
              </a:graphicData>
            </a:graphic>
          </wp:inline>
        </w:drawing>
      </w:r>
    </w:p>
    <w:p>
      <w:pPr>
        <w:spacing w:before="0" w:after="80" w:line="300" w:lineRule="auto"/>
        <w:jc w:val="left"/>
      </w:pPr>
      <w:r>
        <w:rPr>
          <w:rFonts w:ascii="Times New Roman" w:hAnsi="Times New Roman" w:eastAsia="宋体"/>
          <w:b w:val="0"/>
          <w:i w:val="0"/>
          <w:sz w:val="21"/>
        </w:rPr>
        <w:t>注意，在新的四面体中，所有线性尺寸都减少了 2。因此高为 n - 2，底面积为 ((n - 2)²)/2。</w:t>
      </w:r>
    </w:p>
    <w:p>
      <w:pPr>
        <w:spacing w:before="0" w:after="80" w:line="300" w:lineRule="auto"/>
        <w:jc w:val="left"/>
      </w:pPr>
      <w:r>
        <w:rPr>
          <w:rFonts w:ascii="Times New Roman" w:hAnsi="Times New Roman" w:eastAsia="宋体"/>
          <w:b w:val="0"/>
          <w:i w:val="0"/>
          <w:sz w:val="21"/>
        </w:rPr>
        <w:t>因此体积为</w:t>
      </w:r>
    </w:p>
    <w:p>
      <w:pPr>
        <w:spacing w:before="0" w:after="80" w:line="300" w:lineRule="auto"/>
        <w:jc w:val="left"/>
      </w:pPr>
      <w:r>
        <w:rPr>
          <w:rFonts w:ascii="Times New Roman" w:hAnsi="Times New Roman" w:eastAsia="宋体"/>
          <w:b w:val="0"/>
          <w:i w:val="0"/>
          <w:sz w:val="21"/>
        </w:rPr>
        <w:t>1/3 · ((n - 2)²)/2 · (n - 2)</w:t>
      </w:r>
    </w:p>
    <w:p>
      <w:pPr>
        <w:spacing w:before="0" w:after="80" w:line="300" w:lineRule="auto"/>
        <w:jc w:val="left"/>
      </w:pPr>
      <w:r>
        <w:rPr>
          <w:rFonts w:ascii="Times New Roman" w:hAnsi="Times New Roman" w:eastAsia="宋体"/>
          <w:b w:val="0"/>
          <w:i w:val="0"/>
          <w:sz w:val="21"/>
        </w:rPr>
        <w:t>= ((n - 2)³)/6。</w:t>
      </w:r>
    </w:p>
    <w:p>
      <w:pPr>
        <w:spacing w:before="0" w:after="80" w:line="300" w:lineRule="auto"/>
        <w:jc w:val="left"/>
      </w:pPr>
      <w:r>
        <w:rPr>
          <w:rFonts w:ascii="Times New Roman" w:hAnsi="Times New Roman" w:eastAsia="宋体"/>
          <w:b w:val="0"/>
          <w:i w:val="0"/>
          <w:sz w:val="21"/>
        </w:rPr>
        <w:t>所求概率为</w:t>
      </w:r>
    </w:p>
    <w:p>
      <w:pPr>
        <w:spacing w:before="0" w:after="80" w:line="300" w:lineRule="auto"/>
        <w:jc w:val="left"/>
      </w:pPr>
      <w:r>
        <w:rPr>
          <w:rFonts w:ascii="Times New Roman" w:hAnsi="Times New Roman" w:eastAsia="宋体"/>
          <w:b w:val="0"/>
          <w:i w:val="0"/>
          <w:sz w:val="21"/>
        </w:rPr>
        <w:t>((n - 2)³)/6 ÷ n³/6 = ((n - 2)³)/n³。</w:t>
      </w:r>
    </w:p>
    <w:p>
      <w:pPr>
        <w:spacing w:before="0" w:after="80" w:line="300" w:lineRule="auto"/>
        <w:jc w:val="left"/>
      </w:pPr>
      <w:r>
        <w:rPr>
          <w:rFonts w:ascii="Times New Roman" w:hAnsi="Times New Roman" w:eastAsia="宋体"/>
          <w:b w:val="0"/>
          <w:i w:val="0"/>
          <w:sz w:val="21"/>
        </w:rPr>
        <w:t>逐一检查选项可知，使这个比例大于 1/2 的最小值是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This problem lends itself to geometric probability since we can view the interval as a range on an axis.</w:t>
      </w:r>
    </w:p>
    <w:p>
      <w:pPr>
        <w:spacing w:before="0" w:after="80" w:line="300" w:lineRule="auto"/>
        <w:jc w:val="left"/>
      </w:pPr>
      <w:r>
        <w:rPr>
          <w:rFonts w:ascii="Times New Roman" w:hAnsi="Times New Roman" w:eastAsia="宋体"/>
          <w:b w:val="0"/>
          <w:i w:val="0"/>
          <w:color w:val="333333"/>
          <w:sz w:val="19"/>
        </w:rPr>
        <w:t>WLOG, let</w:t>
      </w:r>
    </w:p>
    <w:p>
      <w:pPr>
        <w:spacing w:before="0" w:after="80" w:line="300" w:lineRule="auto"/>
        <w:jc w:val="left"/>
      </w:pPr>
      <w:r>
        <w:rPr>
          <w:rFonts w:ascii="Times New Roman" w:hAnsi="Times New Roman" w:eastAsia="宋体"/>
          <w:b w:val="0"/>
          <w:i w:val="0"/>
          <w:color w:val="333333"/>
          <w:sz w:val="19"/>
        </w:rPr>
        <w:t>n ≥ x ≥ y ≥ z ≥ 0.</w:t>
      </w:r>
    </w:p>
    <w:p>
      <w:pPr>
        <w:spacing w:before="0" w:after="80" w:line="300" w:lineRule="auto"/>
        <w:jc w:val="left"/>
      </w:pPr>
      <w:r>
        <w:rPr>
          <w:rFonts w:ascii="Times New Roman" w:hAnsi="Times New Roman" w:eastAsia="宋体"/>
          <w:b w:val="0"/>
          <w:i w:val="0"/>
          <w:color w:val="333333"/>
          <w:sz w:val="19"/>
        </w:rPr>
        <w:t>Then we have that the points (x, y, z) which satisfy this restriction form a tetrahedron.</w:t>
      </w:r>
    </w:p>
    <w:p>
      <w:pPr>
        <w:spacing w:before="80" w:after="80"/>
        <w:jc w:val="center"/>
      </w:pPr>
      <w:r>
        <w:drawing>
          <wp:inline xmlns:a="http://schemas.openxmlformats.org/drawingml/2006/main" xmlns:pic="http://schemas.openxmlformats.org/drawingml/2006/picture">
            <wp:extent cx="1234913" cy="1417920"/>
            <wp:docPr id="11" name="Picture 11"/>
            <wp:cNvGraphicFramePr>
              <a:graphicFrameLocks noChangeAspect="1"/>
            </wp:cNvGraphicFramePr>
            <a:graphic>
              <a:graphicData uri="http://schemas.openxmlformats.org/drawingml/2006/picture">
                <pic:pic>
                  <pic:nvPicPr>
                    <pic:cNvPr id="0" name="q25-sol-1@300dpi.png"/>
                    <pic:cNvPicPr/>
                  </pic:nvPicPr>
                  <pic:blipFill>
                    <a:blip r:embed="rId13"/>
                    <a:stretch>
                      <a:fillRect/>
                    </a:stretch>
                  </pic:blipFill>
                  <pic:spPr>
                    <a:xfrm>
                      <a:off x="0" y="0"/>
                      <a:ext cx="1234913" cy="141792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height of this tetrahedron is n, and the base has an area of n²/2. This makes the volume</w:t>
      </w:r>
    </w:p>
    <w:p>
      <w:pPr>
        <w:spacing w:before="0" w:after="80" w:line="300" w:lineRule="auto"/>
        <w:jc w:val="left"/>
      </w:pPr>
      <w:r>
        <w:rPr>
          <w:rFonts w:ascii="Times New Roman" w:hAnsi="Times New Roman" w:eastAsia="宋体"/>
          <w:b w:val="0"/>
          <w:i w:val="0"/>
          <w:color w:val="333333"/>
          <w:sz w:val="19"/>
        </w:rPr>
        <w:t>1/3 · n²/2 · n = n³/6.</w:t>
      </w:r>
    </w:p>
    <w:p>
      <w:pPr>
        <w:spacing w:before="0" w:after="80" w:line="300" w:lineRule="auto"/>
        <w:jc w:val="left"/>
      </w:pPr>
      <w:r>
        <w:rPr>
          <w:rFonts w:ascii="Times New Roman" w:hAnsi="Times New Roman" w:eastAsia="宋体"/>
          <w:b w:val="0"/>
          <w:i w:val="0"/>
          <w:color w:val="333333"/>
          <w:sz w:val="19"/>
        </w:rPr>
        <w:t>Now we have to apply the restrictions from the problem statement. We need to find the region where</w:t>
      </w:r>
    </w:p>
    <w:p>
      <w:pPr>
        <w:spacing w:before="0" w:after="80" w:line="300" w:lineRule="auto"/>
        <w:jc w:val="left"/>
      </w:pPr>
      <w:r>
        <w:rPr>
          <w:rFonts w:ascii="Times New Roman" w:hAnsi="Times New Roman" w:eastAsia="宋体"/>
          <w:b w:val="0"/>
          <w:i w:val="0"/>
          <w:color w:val="333333"/>
          <w:sz w:val="19"/>
        </w:rPr>
        <w:t>|x - y|, |x - z|, |y - z| ≥ 1.</w:t>
      </w:r>
    </w:p>
    <w:p>
      <w:pPr>
        <w:spacing w:before="0" w:after="80" w:line="300" w:lineRule="auto"/>
        <w:jc w:val="left"/>
      </w:pPr>
      <w:r>
        <w:rPr>
          <w:rFonts w:ascii="Times New Roman" w:hAnsi="Times New Roman" w:eastAsia="宋体"/>
          <w:b w:val="0"/>
          <w:i w:val="0"/>
          <w:color w:val="333333"/>
          <w:sz w:val="19"/>
        </w:rPr>
        <w:t>From our ordering condition that we imposed, these inequalities reduce to</w:t>
      </w:r>
    </w:p>
    <w:p>
      <w:pPr>
        <w:spacing w:before="0" w:after="80" w:line="300" w:lineRule="auto"/>
        <w:jc w:val="left"/>
      </w:pPr>
      <w:r>
        <w:rPr>
          <w:rFonts w:ascii="Times New Roman" w:hAnsi="Times New Roman" w:eastAsia="宋体"/>
          <w:b w:val="0"/>
          <w:i w:val="0"/>
          <w:color w:val="333333"/>
          <w:sz w:val="19"/>
        </w:rPr>
        <w:t>x - y ≥ 1 and y - z ≥ 1.</w:t>
      </w:r>
    </w:p>
    <w:p>
      <w:pPr>
        <w:spacing w:before="0" w:after="80" w:line="300" w:lineRule="auto"/>
        <w:jc w:val="left"/>
      </w:pPr>
      <w:r>
        <w:rPr>
          <w:rFonts w:ascii="Times New Roman" w:hAnsi="Times New Roman" w:eastAsia="宋体"/>
          <w:b w:val="0"/>
          <w:i w:val="0"/>
          <w:color w:val="333333"/>
          <w:sz w:val="19"/>
        </w:rPr>
        <w:t>These two restrictions form another tetrahedron as shown below.</w:t>
      </w:r>
    </w:p>
    <w:p>
      <w:pPr>
        <w:spacing w:before="80" w:after="80"/>
        <w:jc w:val="center"/>
      </w:pPr>
      <w:r>
        <w:drawing>
          <wp:inline xmlns:a="http://schemas.openxmlformats.org/drawingml/2006/main" xmlns:pic="http://schemas.openxmlformats.org/drawingml/2006/picture">
            <wp:extent cx="1234913" cy="1417920"/>
            <wp:docPr id="12" name="Picture 12"/>
            <wp:cNvGraphicFramePr>
              <a:graphicFrameLocks noChangeAspect="1"/>
            </wp:cNvGraphicFramePr>
            <a:graphic>
              <a:graphicData uri="http://schemas.openxmlformats.org/drawingml/2006/picture">
                <pic:pic>
                  <pic:nvPicPr>
                    <pic:cNvPr id="0" name="q25-sol-2@300dpi.png"/>
                    <pic:cNvPicPr/>
                  </pic:nvPicPr>
                  <pic:blipFill>
                    <a:blip r:embed="rId14"/>
                    <a:stretch>
                      <a:fillRect/>
                    </a:stretch>
                  </pic:blipFill>
                  <pic:spPr>
                    <a:xfrm>
                      <a:off x="0" y="0"/>
                      <a:ext cx="1234913" cy="141792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Note that in the new tetrahedron, all the dimensions have been reduced by 2. This makes the height n - 2 and the base ((n - 2)²)/2.</w:t>
      </w:r>
    </w:p>
    <w:p>
      <w:pPr>
        <w:spacing w:before="0" w:after="80" w:line="300" w:lineRule="auto"/>
        <w:jc w:val="left"/>
      </w:pPr>
      <w:r>
        <w:rPr>
          <w:rFonts w:ascii="Times New Roman" w:hAnsi="Times New Roman" w:eastAsia="宋体"/>
          <w:b w:val="0"/>
          <w:i w:val="0"/>
          <w:color w:val="333333"/>
          <w:sz w:val="19"/>
        </w:rPr>
        <w:t>The volume is then</w:t>
      </w:r>
    </w:p>
    <w:p>
      <w:pPr>
        <w:spacing w:before="0" w:after="80" w:line="300" w:lineRule="auto"/>
        <w:jc w:val="left"/>
      </w:pPr>
      <w:r>
        <w:rPr>
          <w:rFonts w:ascii="Times New Roman" w:hAnsi="Times New Roman" w:eastAsia="宋体"/>
          <w:b w:val="0"/>
          <w:i w:val="0"/>
          <w:color w:val="333333"/>
          <w:sz w:val="19"/>
        </w:rPr>
        <w:t>1/3 · ((n - 2)²)/2 · (n - 2)</w:t>
      </w:r>
    </w:p>
    <w:p>
      <w:pPr>
        <w:spacing w:before="0" w:after="80" w:line="300" w:lineRule="auto"/>
        <w:jc w:val="left"/>
      </w:pPr>
      <w:r>
        <w:rPr>
          <w:rFonts w:ascii="Times New Roman" w:hAnsi="Times New Roman" w:eastAsia="宋体"/>
          <w:b w:val="0"/>
          <w:i w:val="0"/>
          <w:color w:val="333333"/>
          <w:sz w:val="19"/>
        </w:rPr>
        <w:t>= ((n - 2)³)/6.</w:t>
      </w:r>
    </w:p>
    <w:p>
      <w:pPr>
        <w:spacing w:before="0" w:after="80" w:line="300" w:lineRule="auto"/>
        <w:jc w:val="left"/>
      </w:pPr>
      <w:r>
        <w:rPr>
          <w:rFonts w:ascii="Times New Roman" w:hAnsi="Times New Roman" w:eastAsia="宋体"/>
          <w:b w:val="0"/>
          <w:i w:val="0"/>
          <w:color w:val="333333"/>
          <w:sz w:val="19"/>
        </w:rPr>
        <w:t>The desired probability is then</w:t>
      </w:r>
    </w:p>
    <w:p>
      <w:pPr>
        <w:spacing w:before="0" w:after="80" w:line="300" w:lineRule="auto"/>
        <w:jc w:val="left"/>
      </w:pPr>
      <w:r>
        <w:rPr>
          <w:rFonts w:ascii="Times New Roman" w:hAnsi="Times New Roman" w:eastAsia="宋体"/>
          <w:b w:val="0"/>
          <w:i w:val="0"/>
          <w:color w:val="333333"/>
          <w:sz w:val="19"/>
        </w:rPr>
        <w:t>((n - 2)³)/6 ÷ n³/6 = ((n - 2)³)/n³.</w:t>
      </w:r>
    </w:p>
    <w:p>
      <w:pPr>
        <w:spacing w:before="0" w:after="80" w:line="300" w:lineRule="auto"/>
        <w:jc w:val="left"/>
      </w:pPr>
      <w:r>
        <w:rPr>
          <w:rFonts w:ascii="Times New Roman" w:hAnsi="Times New Roman" w:eastAsia="宋体"/>
          <w:b w:val="0"/>
          <w:i w:val="0"/>
          <w:color w:val="333333"/>
          <w:sz w:val="19"/>
        </w:rPr>
        <w:t>Plugging in all the answer choices, we get that the smallest value such that this fraction is greater than 1/2 is 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