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2011A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一个手机套餐每月费用为 $20，外加每条短信 5¢，以及每分钟 10¢ 的超时通话费（超过 30 小时的部分）。Michelle 一月份发送了 100 条短信，并通话 30.5 小时。她需要支付多少钱？</w:t>
      </w:r>
    </w:p>
    <w:p>
      <w:pPr>
        <w:spacing w:before="0" w:after="120" w:line="300" w:lineRule="auto"/>
      </w:pPr>
      <w:r>
        <w:rPr>
          <w:rFonts w:ascii="Times New Roman" w:hAnsi="Times New Roman" w:eastAsia="宋体"/>
          <w:b w:val="0"/>
          <w:i w:val="0"/>
          <w:sz w:val="21"/>
        </w:rPr>
        <w:t>（A）$24.00　　（B）$24.50　　（C）$25.50　　（D）$28.00　　（E）$30.00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cell phone plan costs $20 each month, plus 5¢ per text message sent, plus 10¢ for each minute used over 30 hours. In January Michelle sent 100 text messages and talked for 30.5 hours. How much did she have to pay?</w:t>
      </w:r>
    </w:p>
    <w:p>
      <w:pPr>
        <w:spacing w:before="0" w:after="160" w:line="300" w:lineRule="auto"/>
      </w:pPr>
      <w:r>
        <w:rPr>
          <w:rFonts w:ascii="Times New Roman" w:hAnsi="Times New Roman" w:eastAsia="宋体"/>
          <w:b w:val="0"/>
          <w:i w:val="0"/>
          <w:color w:val="333333"/>
          <w:sz w:val="19"/>
        </w:rPr>
        <w:t>(A) $24.00　　(B) $24.50　　(C) $25.50　　(D) $28.00　　(E) $30.00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一个小洗发水瓶可装 35 毫升洗发水，而一个大瓶可装 500 毫升。Jasmine 想购买最少数量的小瓶，足以完全装满一个大瓶。她必须买多少瓶？</w:t>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small bottle of shampoo can hold 35 milliliters of shampoo, whereas a large bottle can hold 500 milliliters of shampoo. Jasmine wants to buy the minimum number of small bottles necessary to completely fill a large bottle. How many bottles must she buy?</w:t>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假设 [a b] 表示 a 和 b 的平均数，而 {a b c} 表示 a、b 和 c 的平均数。求下式的值：</w:t>
      </w:r>
    </w:p>
    <w:p>
      <w:pPr>
        <w:spacing w:before="0" w:after="80" w:line="300" w:lineRule="auto"/>
        <w:jc w:val="left"/>
      </w:pPr>
      <w:r>
        <w:rPr>
          <w:rFonts w:ascii="Times New Roman" w:hAnsi="Times New Roman" w:eastAsia="宋体"/>
          <w:b w:val="0"/>
          <w:i w:val="0"/>
          <w:sz w:val="21"/>
        </w:rPr>
        <w:t>{{1 1 0} [0 1] 0}</w:t>
      </w:r>
    </w:p>
    <w:p>
      <w:pPr>
        <w:spacing w:before="0" w:after="120" w:line="300" w:lineRule="auto"/>
      </w:pPr>
      <w:r>
        <w:rPr>
          <w:rFonts w:ascii="Times New Roman" w:hAnsi="Times New Roman" w:eastAsia="宋体"/>
          <w:b w:val="0"/>
          <w:i w:val="0"/>
          <w:sz w:val="21"/>
        </w:rPr>
        <w:t>（A）2/9　　（B）5/18　　（C）1/3　　（D）7/18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b] denotes the average of a and b, and {a b c} denotes the average of a, b, and c. What is the value of the following expression?</w:t>
      </w:r>
    </w:p>
    <w:p>
      <w:pPr>
        <w:spacing w:before="0" w:after="80" w:line="300" w:lineRule="auto"/>
        <w:jc w:val="left"/>
      </w:pPr>
      <w:r>
        <w:rPr>
          <w:rFonts w:ascii="Times New Roman" w:hAnsi="Times New Roman" w:eastAsia="宋体"/>
          <w:b w:val="0"/>
          <w:i w:val="0"/>
          <w:color w:val="333333"/>
          <w:sz w:val="19"/>
        </w:rPr>
        <w:t>{{1 1 0} [0 1] 0}</w:t>
      </w:r>
    </w:p>
    <w:p>
      <w:pPr>
        <w:spacing w:before="0" w:after="160" w:line="300" w:lineRule="auto"/>
      </w:pPr>
      <w:r>
        <w:rPr>
          <w:rFonts w:ascii="Times New Roman" w:hAnsi="Times New Roman" w:eastAsia="宋体"/>
          <w:b w:val="0"/>
          <w:i w:val="0"/>
          <w:color w:val="333333"/>
          <w:sz w:val="19"/>
        </w:rPr>
        <w:t>(A) 2/9　　(B) 5/18　　(C) 1/3　　(D) 7/18　　(E) 2/3</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令 X 和 Y 为下列等差数列的和：</w:t>
      </w:r>
    </w:p>
    <w:p>
      <w:pPr>
        <w:spacing w:before="0" w:after="80" w:line="300" w:lineRule="auto"/>
        <w:jc w:val="left"/>
      </w:pPr>
      <w:r>
        <w:rPr>
          <w:rFonts w:ascii="Times New Roman" w:hAnsi="Times New Roman" w:eastAsia="宋体"/>
          <w:b w:val="0"/>
          <w:i w:val="0"/>
          <w:sz w:val="21"/>
        </w:rPr>
        <w:t>X = 10+12+14+⋯+100,</w:t>
      </w:r>
    </w:p>
    <w:p>
      <w:pPr>
        <w:spacing w:before="0" w:after="80" w:line="300" w:lineRule="auto"/>
        <w:jc w:val="left"/>
      </w:pPr>
      <w:r>
        <w:rPr>
          <w:rFonts w:ascii="Times New Roman" w:hAnsi="Times New Roman" w:eastAsia="宋体"/>
          <w:b w:val="0"/>
          <w:i w:val="0"/>
          <w:sz w:val="21"/>
        </w:rPr>
        <w:t>Y = 12+14+16+⋯+102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Y - X 的值是多少？</w:t>
      </w:r>
    </w:p>
    <w:p>
      <w:pPr>
        <w:spacing w:before="0" w:after="120" w:line="300" w:lineRule="auto"/>
      </w:pPr>
      <w:r>
        <w:rPr>
          <w:rFonts w:ascii="Times New Roman" w:hAnsi="Times New Roman" w:eastAsia="宋体"/>
          <w:b w:val="0"/>
          <w:i w:val="0"/>
          <w:sz w:val="21"/>
        </w:rPr>
        <w:t>（A）92　　（B）98　　（C）100　　（D）102　　（E）112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the following sums of arithmetic sequences:</w:t>
      </w:r>
    </w:p>
    <w:p>
      <w:pPr>
        <w:spacing w:before="0" w:after="80" w:line="300" w:lineRule="auto"/>
        <w:jc w:val="left"/>
      </w:pPr>
      <w:r>
        <w:rPr>
          <w:rFonts w:ascii="Times New Roman" w:hAnsi="Times New Roman" w:eastAsia="宋体"/>
          <w:b w:val="0"/>
          <w:i w:val="0"/>
          <w:color w:val="333333"/>
          <w:sz w:val="19"/>
        </w:rPr>
        <w:t>X = 10+12+14+⋯+100,</w:t>
      </w:r>
    </w:p>
    <w:p>
      <w:pPr>
        <w:spacing w:before="0" w:after="80" w:line="300" w:lineRule="auto"/>
        <w:jc w:val="left"/>
      </w:pPr>
      <w:r>
        <w:rPr>
          <w:rFonts w:ascii="Times New Roman" w:hAnsi="Times New Roman" w:eastAsia="宋体"/>
          <w:b w:val="0"/>
          <w:i w:val="0"/>
          <w:color w:val="333333"/>
          <w:sz w:val="19"/>
        </w:rPr>
        <w:t>Y = 12+14+16+⋯+102.</w:t>
      </w:r>
    </w:p>
    <w:p>
      <w:pPr>
        <w:spacing w:before="0" w:after="80" w:line="300" w:lineRule="auto"/>
        <w:jc w:val="left"/>
      </w:pPr>
      <w:r>
        <w:rPr>
          <w:rFonts w:ascii="Times New Roman" w:hAnsi="Times New Roman" w:eastAsia="宋体"/>
          <w:b w:val="0"/>
          <w:i w:val="0"/>
          <w:color w:val="333333"/>
          <w:sz w:val="19"/>
        </w:rPr>
        <w:t>What is the value of Y - X?</w:t>
      </w:r>
    </w:p>
    <w:p>
      <w:pPr>
        <w:spacing w:before="0" w:after="160" w:line="300" w:lineRule="auto"/>
      </w:pPr>
      <w:r>
        <w:rPr>
          <w:rFonts w:ascii="Times New Roman" w:hAnsi="Times New Roman" w:eastAsia="宋体"/>
          <w:b w:val="0"/>
          <w:i w:val="0"/>
          <w:color w:val="333333"/>
          <w:sz w:val="19"/>
        </w:rPr>
        <w:t>(A) 92　　(B) 98　　(C) 100　　(D) 102　　(E) 112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在一所小学，三年级、四年级、五年级学生每天平均分别跑 12、15、10 分钟。三年级学生人数是四年级的两倍，四年级学生人数是五年级的两倍。这些学生每天平均跑多少分钟？</w:t>
      </w:r>
    </w:p>
    <w:p>
      <w:pPr>
        <w:spacing w:before="0" w:after="120" w:line="300" w:lineRule="auto"/>
      </w:pPr>
      <w:r>
        <w:rPr>
          <w:rFonts w:ascii="Times New Roman" w:hAnsi="Times New Roman" w:eastAsia="宋体"/>
          <w:b w:val="0"/>
          <w:i w:val="0"/>
          <w:sz w:val="21"/>
        </w:rPr>
        <w:t>（A）12　　（B）37/3　　（C）88/7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an elementary school, the students in third grade, fourth grade, and fifth grade run an average of 12, 15, and 10 minutes per day, respectively. There are twice as many third graders as fourth graders, and twice as many fourth graders as fifth graders. What is the average number of minutes run per day by these students?</w:t>
      </w:r>
    </w:p>
    <w:p>
      <w:pPr>
        <w:spacing w:before="0" w:after="160" w:line="300" w:lineRule="auto"/>
      </w:pPr>
      <w:r>
        <w:rPr>
          <w:rFonts w:ascii="Times New Roman" w:hAnsi="Times New Roman" w:eastAsia="宋体"/>
          <w:b w:val="0"/>
          <w:i w:val="0"/>
          <w:color w:val="333333"/>
          <w:sz w:val="19"/>
        </w:rPr>
        <w:t>(A) 12　　(B) 37/3　　(C) 88/7　　(D) 13　　(E) 14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集合 A 有 20 个元素，集合 B 有 15 个元素。A ∪ B，即 A 和 B 的并集，最少可能有多少个元素？</w:t>
      </w:r>
    </w:p>
    <w:p>
      <w:pPr>
        <w:spacing w:before="0" w:after="120" w:line="300" w:lineRule="auto"/>
      </w:pPr>
      <w:r>
        <w:rPr>
          <w:rFonts w:ascii="Times New Roman" w:hAnsi="Times New Roman" w:eastAsia="宋体"/>
          <w:b w:val="0"/>
          <w:i w:val="0"/>
          <w:sz w:val="21"/>
        </w:rPr>
        <w:t>（A）5　　（B）15　　（C）20　　（D）35　　（E）300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A has 20 elements, and set B has 15 elements. What is the smallest possible number of elements in A ∪ B, the union of A and B?</w:t>
      </w:r>
    </w:p>
    <w:p>
      <w:pPr>
        <w:spacing w:before="0" w:after="160" w:line="300" w:lineRule="auto"/>
      </w:pPr>
      <w:r>
        <w:rPr>
          <w:rFonts w:ascii="Times New Roman" w:hAnsi="Times New Roman" w:eastAsia="宋体"/>
          <w:b w:val="0"/>
          <w:i w:val="0"/>
          <w:color w:val="333333"/>
          <w:sz w:val="19"/>
        </w:rPr>
        <w:t>(A) 5　　(B) 15　　(C) 20　　(D) 35　　(E) 300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下列哪个方程没有解？</w:t>
      </w:r>
    </w:p>
    <w:p>
      <w:pPr>
        <w:spacing w:before="0" w:after="120" w:line="300" w:lineRule="auto"/>
      </w:pPr>
      <w:r>
        <w:rPr>
          <w:rFonts w:ascii="Times New Roman" w:hAnsi="Times New Roman" w:eastAsia="宋体"/>
          <w:b w:val="0"/>
          <w:i w:val="0"/>
          <w:sz w:val="21"/>
        </w:rPr>
        <w:t>（A）(x + 7)² = 0　　（B）|-3x| + 5 = 0　　（C）√(-x) - 2 = 0　　（D）√(x) - 8 = 0　　（E）|-3x| - 4 = 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equations does not have a solution?</w:t>
      </w:r>
    </w:p>
    <w:p>
      <w:pPr>
        <w:spacing w:before="0" w:after="160" w:line="300" w:lineRule="auto"/>
      </w:pPr>
      <w:r>
        <w:rPr>
          <w:rFonts w:ascii="Times New Roman" w:hAnsi="Times New Roman" w:eastAsia="宋体"/>
          <w:b w:val="0"/>
          <w:i w:val="0"/>
          <w:color w:val="333333"/>
          <w:sz w:val="19"/>
        </w:rPr>
        <w:t>(A) (x + 7)² = 0　　(B) |-3x| + 5 = 0　　(C) √(-x) - 2 = 0　　(D) √(x) - 8 = 0　　(E) |-3x| - 4 = 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去年夏天，Town Lake 上的鸟中 30 % 是鹅，25 % 是天鹅，10 % 是鹭，35 % 是鸭。不是天鹅的鸟中，百分之多少是鹅？</w:t>
      </w:r>
    </w:p>
    <w:p>
      <w:pPr>
        <w:spacing w:before="0" w:after="120" w:line="300" w:lineRule="auto"/>
      </w:pPr>
      <w:r>
        <w:rPr>
          <w:rFonts w:ascii="Times New Roman" w:hAnsi="Times New Roman" w:eastAsia="宋体"/>
          <w:b w:val="0"/>
          <w:i w:val="0"/>
          <w:sz w:val="21"/>
        </w:rPr>
        <w:t>（A）20　　（B）30　　（C）40　　（D）50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Last summer 30 % of the birds living on Town Lake were geese, 25 % were swans, 10 % were herons, and 35 % were ducks. What percent of the birds that were not swans were geese?</w:t>
      </w:r>
    </w:p>
    <w:p>
      <w:pPr>
        <w:spacing w:before="0" w:after="160" w:line="300" w:lineRule="auto"/>
      </w:pPr>
      <w:r>
        <w:rPr>
          <w:rFonts w:ascii="Times New Roman" w:hAnsi="Times New Roman" w:eastAsia="宋体"/>
          <w:b w:val="0"/>
          <w:i w:val="0"/>
          <w:color w:val="333333"/>
          <w:sz w:val="19"/>
        </w:rPr>
        <w:t>(A) 20　　(B) 30　　(C) 40　　(D) 50　　(E) 60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一个长方形区域由直线 y=a，y=-b，x=-c 和 x=d 围成，其中 a，b，c 和 d 都是正数。下列哪一项表示该区域的面积？</w:t>
      </w:r>
    </w:p>
    <w:p>
      <w:pPr>
        <w:spacing w:before="0" w:after="120" w:line="300" w:lineRule="auto"/>
      </w:pPr>
      <w:r>
        <w:rPr>
          <w:rFonts w:ascii="Times New Roman" w:hAnsi="Times New Roman" w:eastAsia="宋体"/>
          <w:b w:val="0"/>
          <w:i w:val="0"/>
          <w:sz w:val="21"/>
        </w:rPr>
        <w:t>（A）ac+ad+bc+bd　　（B）ac-ad+bc-bd　　（C）ac+ad-bc-bd　　（D）-ac-ad+bc+bd　　（E）ac-ad-bc+bd</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region is bounded by the graphs of the equations y=a, y=-b, x=-c, and x=d, where a, b, c, and d are all positive numbers. Which of the following represents the area of this region?</w:t>
      </w:r>
    </w:p>
    <w:p>
      <w:pPr>
        <w:spacing w:before="0" w:after="160" w:line="300" w:lineRule="auto"/>
      </w:pPr>
      <w:r>
        <w:rPr>
          <w:rFonts w:ascii="Times New Roman" w:hAnsi="Times New Roman" w:eastAsia="宋体"/>
          <w:b w:val="0"/>
          <w:i w:val="0"/>
          <w:color w:val="333333"/>
          <w:sz w:val="19"/>
        </w:rPr>
        <w:t>(A) ac+ad+bc+bd　　(B) ac-ad+bc-bd　　(C) ac+ad-bc-bd　　(D) -ac-ad+bc+bd　　(E) ac-ad-bc+bd</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Demeanor 老师班上 30 名学生中的大多数人在学校书店买了铅笔。这些学生每人买了相同数量的铅笔，且这个数量大于 1。每支铅笔的价格（美分）大于每人购买的铅笔数。所有铅笔的总价为 $17.71。每支铅笔多少美分？</w:t>
      </w:r>
    </w:p>
    <w:p>
      <w:pPr>
        <w:spacing w:before="0" w:after="120" w:line="300" w:lineRule="auto"/>
      </w:pPr>
      <w:r>
        <w:rPr>
          <w:rFonts w:ascii="Times New Roman" w:hAnsi="Times New Roman" w:eastAsia="宋体"/>
          <w:b w:val="0"/>
          <w:i w:val="0"/>
          <w:sz w:val="21"/>
        </w:rPr>
        <w:t>（A）7　　（B）11　　（C）17　　（D）23　　（E）77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majority of the 30 students in Ms. Demeanor’s class bought pencils at the school bookstore. Each of these students bought the same number of pencils, and this number was greater than 1. The cost of a pencil in cents was greater than the number of pencils each student bought, and the total cost of all the pencils was $17.71. What was the cost of a pencil in cents?</w:t>
      </w:r>
    </w:p>
    <w:p>
      <w:pPr>
        <w:spacing w:before="0" w:after="160" w:line="300" w:lineRule="auto"/>
      </w:pPr>
      <w:r>
        <w:rPr>
          <w:rFonts w:ascii="Times New Roman" w:hAnsi="Times New Roman" w:eastAsia="宋体"/>
          <w:b w:val="0"/>
          <w:i w:val="0"/>
          <w:color w:val="333333"/>
          <w:sz w:val="19"/>
        </w:rPr>
        <w:t>(A) 7　　(B) 11　　(C) 17　　(D) 23　　(E) 77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正方形 EFGH 的每个顶点分别位于正方形 ABCD 的一条边上。点 E 在 AB 上，且 AE=7· EB。EFGH 的面积与 ABCD 的面积之比是多少？</w:t>
      </w:r>
    </w:p>
    <w:p>
      <w:pPr>
        <w:spacing w:before="0" w:after="120" w:line="300" w:lineRule="auto"/>
      </w:pPr>
      <w:r>
        <w:rPr>
          <w:rFonts w:ascii="Times New Roman" w:hAnsi="Times New Roman" w:eastAsia="宋体"/>
          <w:b w:val="0"/>
          <w:i w:val="0"/>
          <w:sz w:val="21"/>
        </w:rPr>
        <w:t>（A）49/64　　（B）25/32　　（C）7/8　　（D）(5√(2))/8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EFGH has one vertex on each side of square ABCD. Point E is on AB with AE=7· EB. What is the ratio of the area of EFGH to the area of ABCD?</w:t>
      </w:r>
    </w:p>
    <w:p>
      <w:pPr>
        <w:spacing w:before="0" w:after="160" w:line="300" w:lineRule="auto"/>
      </w:pPr>
      <w:r>
        <w:rPr>
          <w:rFonts w:ascii="Times New Roman" w:hAnsi="Times New Roman" w:eastAsia="宋体"/>
          <w:b w:val="0"/>
          <w:i w:val="0"/>
          <w:color w:val="333333"/>
          <w:sz w:val="19"/>
        </w:rPr>
        <w:t>(A) 49/64　　(B) 25/32　　(C) 7/8　　(D) (5√(2))/8　　(E) (√(14))/4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一支篮球队投进了一些三分球、两分球和一分罚球。他们通过两分球得到的分数与通过三分球得到的分数相同。他们投进的罚球数比投进的两分球数多一个。该队总得分为 61 分。他们投进了多少个罚球？</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players on a basketball team made some three-point shots, some two-point shots, and some one-point free throws. They scored as many points with two-point shots as with three-point shots. Their number of successful free throws was one more than their number of successful two-point shots. The team’s total score was 61 points. How many free throws did they make?</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在 200 到 700 之间，有多少个偶整数的各位数字互不相同，且都取自集合 {1,2,5,7,8,9}？</w:t>
      </w:r>
    </w:p>
    <w:p>
      <w:pPr>
        <w:spacing w:before="0" w:after="120" w:line="300" w:lineRule="auto"/>
      </w:pPr>
      <w:r>
        <w:rPr>
          <w:rFonts w:ascii="Times New Roman" w:hAnsi="Times New Roman" w:eastAsia="宋体"/>
          <w:b w:val="0"/>
          <w:i w:val="0"/>
          <w:sz w:val="21"/>
        </w:rPr>
        <w:t>（A）12　　（B）20　　（C）72　　（D）120　　（E）200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even integers are there between 200 and 700 whose digits are all different and come from the set {1,2,5,7,8,9}?</w:t>
      </w:r>
    </w:p>
    <w:p>
      <w:pPr>
        <w:spacing w:before="0" w:after="160" w:line="300" w:lineRule="auto"/>
      </w:pPr>
      <w:r>
        <w:rPr>
          <w:rFonts w:ascii="Times New Roman" w:hAnsi="Times New Roman" w:eastAsia="宋体"/>
          <w:b w:val="0"/>
          <w:i w:val="0"/>
          <w:color w:val="333333"/>
          <w:sz w:val="19"/>
        </w:rPr>
        <w:t>(A) 12　　(B) 20　　(C) 72　　(D) 120　　(E) 200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一对标准的 6-面均匀骰子掷一次。掷出的点数和决定一个圆的直径。圆的面积数值小于圆周长数值的概率是多少？</w:t>
      </w:r>
    </w:p>
    <w:p>
      <w:pPr>
        <w:spacing w:before="0" w:after="120" w:line="300" w:lineRule="auto"/>
      </w:pPr>
      <w:r>
        <w:rPr>
          <w:rFonts w:ascii="Times New Roman" w:hAnsi="Times New Roman" w:eastAsia="宋体"/>
          <w:b w:val="0"/>
          <w:i w:val="0"/>
          <w:sz w:val="21"/>
        </w:rPr>
        <w:t>（A）1/36　　（B）1/12　　（C）1/6　　（D）1/4　　（E）5/18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pair of standard 6-sided fair dice is rolled once. The sum of the numbers rolled determines the diameter of a circle. What is the probability that the numerical value of the area of the circle is less than the numerical value of the circle’s circumference?</w:t>
      </w:r>
    </w:p>
    <w:p>
      <w:pPr>
        <w:spacing w:before="0" w:after="160" w:line="300" w:lineRule="auto"/>
      </w:pPr>
      <w:r>
        <w:rPr>
          <w:rFonts w:ascii="Times New Roman" w:hAnsi="Times New Roman" w:eastAsia="宋体"/>
          <w:b w:val="0"/>
          <w:i w:val="0"/>
          <w:color w:val="333333"/>
          <w:sz w:val="19"/>
        </w:rPr>
        <w:t>(A) 1/36　　(B) 1/12　　(C) 1/6　　(D) 1/4　　(E) 5/18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Roy 买了一辆新的电池汽油混合动力汽车。一次旅行中，汽车前 40 英里只使用电池，之后的路程只使用汽油，每英里耗油 0.02 加仑。整趟旅行平均每加仑行驶 55 英里。这趟旅行总长多少英里？</w:t>
      </w:r>
    </w:p>
    <w:p>
      <w:pPr>
        <w:spacing w:before="0" w:after="120" w:line="300" w:lineRule="auto"/>
      </w:pPr>
      <w:r>
        <w:rPr>
          <w:rFonts w:ascii="Times New Roman" w:hAnsi="Times New Roman" w:eastAsia="宋体"/>
          <w:b w:val="0"/>
          <w:i w:val="0"/>
          <w:sz w:val="21"/>
        </w:rPr>
        <w:t>（A）140　　（B）240　　（C）440　　（D）640　　（E）840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Roy bought a new battery-gasoline hybrid car. On a trip the car ran exclusively on its battery for the first 40 miles, then ran exclusively on gasoline for the rest of the trip, using gasoline at a rate of 0.02 gallons per mile. On the whole trip he averaged 55 miles per gallon. How long was the trip in miles?</w:t>
      </w:r>
    </w:p>
    <w:p>
      <w:pPr>
        <w:spacing w:before="0" w:after="160" w:line="300" w:lineRule="auto"/>
      </w:pPr>
      <w:r>
        <w:rPr>
          <w:rFonts w:ascii="Times New Roman" w:hAnsi="Times New Roman" w:eastAsia="宋体"/>
          <w:b w:val="0"/>
          <w:i w:val="0"/>
          <w:color w:val="333333"/>
          <w:sz w:val="19"/>
        </w:rPr>
        <w:t>(A) 140　　(B) 240　　(C) 440　　(D) 640　　(E) 840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下列哪一项等于 √(9-6√(2))+√(9+6√(2))？</w:t>
      </w:r>
    </w:p>
    <w:p>
      <w:pPr>
        <w:spacing w:before="0" w:after="120" w:line="300" w:lineRule="auto"/>
      </w:pPr>
      <w:r>
        <w:rPr>
          <w:rFonts w:ascii="Times New Roman" w:hAnsi="Times New Roman" w:eastAsia="宋体"/>
          <w:b w:val="0"/>
          <w:i w:val="0"/>
          <w:sz w:val="21"/>
        </w:rPr>
        <w:t>（A）3√(2)　　（B）2√(6)　　（C）(7√(2))/2　　（D）3√(3)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equal to √(9-6√(2))+√(9+6√(2))?</w:t>
      </w:r>
    </w:p>
    <w:p>
      <w:pPr>
        <w:spacing w:before="0" w:after="160" w:line="300" w:lineRule="auto"/>
      </w:pPr>
      <w:r>
        <w:rPr>
          <w:rFonts w:ascii="Times New Roman" w:hAnsi="Times New Roman" w:eastAsia="宋体"/>
          <w:b w:val="0"/>
          <w:i w:val="0"/>
          <w:color w:val="333333"/>
          <w:sz w:val="19"/>
        </w:rPr>
        <w:t>(A) 3√(2)　　(B) 2√(6)　　(C) (7√(2))/2　　(D) 3√(3)　　(E) 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在八项数列 A、B、C、D、E、F、G、H 中，C 的值为 5，并且任意三个连续项之和为 30。A+H 是多少？</w:t>
      </w:r>
    </w:p>
    <w:p>
      <w:pPr>
        <w:spacing w:before="0" w:after="120" w:line="300" w:lineRule="auto"/>
      </w:pPr>
      <w:r>
        <w:rPr>
          <w:rFonts w:ascii="Times New Roman" w:hAnsi="Times New Roman" w:eastAsia="宋体"/>
          <w:b w:val="0"/>
          <w:i w:val="0"/>
          <w:sz w:val="21"/>
        </w:rPr>
        <w:t>（A）17　　（B）18　　（C）25　　（D）26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eight term sequence A, B, C, D, E, F, G, H, the value of C is 5 and the sum of any three consecutive terms is 30. What is A+H?</w:t>
      </w:r>
    </w:p>
    <w:p>
      <w:pPr>
        <w:spacing w:before="0" w:after="160" w:line="300" w:lineRule="auto"/>
      </w:pPr>
      <w:r>
        <w:rPr>
          <w:rFonts w:ascii="Times New Roman" w:hAnsi="Times New Roman" w:eastAsia="宋体"/>
          <w:b w:val="0"/>
          <w:i w:val="0"/>
          <w:color w:val="333333"/>
          <w:sz w:val="19"/>
        </w:rPr>
        <w:t>(A) 17　　(B) 18　　(C) 25　　(D) 26　　(E) 43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圆 A、B 和 C 的半径都为 1。圆 A 和圆 B 有一个切点。圆 C 与 AB 的中点相切。圆 C 内但圆 A 和圆 B 外的面积是多少？</w:t>
      </w:r>
    </w:p>
    <w:p>
      <w:pPr>
        <w:spacing w:before="80" w:after="80"/>
        <w:jc w:val="center"/>
      </w:pPr>
      <w:r>
        <w:drawing>
          <wp:inline xmlns:a="http://schemas.openxmlformats.org/drawingml/2006/main" xmlns:pic="http://schemas.openxmlformats.org/drawingml/2006/picture">
            <wp:extent cx="613672" cy="461841"/>
            <wp:docPr id="1" name="Picture 1"/>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613672" cy="461841"/>
                    </a:xfrm>
                    <a:prstGeom prst="rect"/>
                  </pic:spPr>
                </pic:pic>
              </a:graphicData>
            </a:graphic>
          </wp:inline>
        </w:drawing>
      </w:r>
    </w:p>
    <w:p>
      <w:pPr>
        <w:spacing w:before="0" w:after="120" w:line="300" w:lineRule="auto"/>
      </w:pPr>
      <w:r>
        <w:rPr>
          <w:rFonts w:ascii="Times New Roman" w:hAnsi="Times New Roman" w:eastAsia="宋体"/>
          <w:b w:val="0"/>
          <w:i w:val="0"/>
          <w:sz w:val="21"/>
        </w:rPr>
        <w:t>（A）3 - π/2　　（B）π/2　　（C）2　　（D）3π/4　　（E）1+π/2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A, B, and C each have radius 1. Circles A and B share one point of tangency. Circle C has a point of tangency with the midpoint of AB. What is the area inside circle C but outside circle A and circle B?</w:t>
      </w:r>
    </w:p>
    <w:p>
      <w:pPr>
        <w:spacing w:before="80" w:after="80"/>
        <w:jc w:val="center"/>
      </w:pPr>
      <w:r>
        <w:drawing>
          <wp:inline xmlns:a="http://schemas.openxmlformats.org/drawingml/2006/main" xmlns:pic="http://schemas.openxmlformats.org/drawingml/2006/picture">
            <wp:extent cx="613672" cy="461841"/>
            <wp:docPr id="2" name="Picture 2"/>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613672" cy="46184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 π/2　　(B) π/2　　(C) 2　　(D) 3π/4　　(E) 1+π/2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1991 年某镇人口是一个完全平方数。十年后，人口增加 150 人，变成比一个完全平方数多 9。现在是 2011 年，人口又增加 150 人，再次成为完全平方数。下列哪一项最接近该镇这二十年人口增长的百分比？</w:t>
      </w:r>
    </w:p>
    <w:p>
      <w:pPr>
        <w:spacing w:before="0" w:after="120" w:line="300" w:lineRule="auto"/>
      </w:pPr>
      <w:r>
        <w:rPr>
          <w:rFonts w:ascii="Times New Roman" w:hAnsi="Times New Roman" w:eastAsia="宋体"/>
          <w:b w:val="0"/>
          <w:i w:val="0"/>
          <w:sz w:val="21"/>
        </w:rPr>
        <w:t>（A）42　　（B）47　　（C）52　　（D）57　　（E）62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1991 the population of a town was a perfect square. Ten years later, after an increase of 150 people, the population was 9 more than a perfect square. Now, in 2011, with an increase of another 150 people, the population is once again a perfect square. Which of the following is closest to the percent growth of the town’s population during this twenty-year period?</w:t>
      </w:r>
    </w:p>
    <w:p>
      <w:pPr>
        <w:spacing w:before="0" w:after="160" w:line="300" w:lineRule="auto"/>
      </w:pPr>
      <w:r>
        <w:rPr>
          <w:rFonts w:ascii="Times New Roman" w:hAnsi="Times New Roman" w:eastAsia="宋体"/>
          <w:b w:val="0"/>
          <w:i w:val="0"/>
          <w:color w:val="333333"/>
          <w:sz w:val="19"/>
        </w:rPr>
        <w:t>(A) 42　　(B) 47　　(C) 52　　(D) 57　　(E) 62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在一个半径为 r 的圆周上，独立随机选取两个点。从每个点沿顺时针方向画一条长度为 r 的弦。两条弦相交的概率是多少？</w:t>
      </w:r>
    </w:p>
    <w:p>
      <w:pPr>
        <w:spacing w:before="0" w:after="120" w:line="300" w:lineRule="auto"/>
      </w:pPr>
      <w:r>
        <w:rPr>
          <w:rFonts w:ascii="Times New Roman" w:hAnsi="Times New Roman" w:eastAsia="宋体"/>
          <w:b w:val="0"/>
          <w:i w:val="0"/>
          <w:sz w:val="21"/>
        </w:rPr>
        <w:t>（A）1/6　　（B）1/5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points on the circumference of a circle of radius r are selected independently and at random. From each point a chord of length r is drawn in a clockwise direction. What is the probability that the two chords intersect?</w:t>
      </w:r>
    </w:p>
    <w:p>
      <w:pPr>
        <w:spacing w:before="0" w:after="160" w:line="300" w:lineRule="auto"/>
      </w:pPr>
      <w:r>
        <w:rPr>
          <w:rFonts w:ascii="Times New Roman" w:hAnsi="Times New Roman" w:eastAsia="宋体"/>
          <w:b w:val="0"/>
          <w:i w:val="0"/>
          <w:color w:val="333333"/>
          <w:sz w:val="19"/>
        </w:rPr>
        <w:t>(A) 1/6　　(B) 1/5　　(C) 1/4　　(D) 1/3　　(E) 1/2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两枚重量相同的假币与 8 枚相同的真币混在一起。每枚假币的重量不同于每枚真币。先从 10 枚硬币中随机不放回选出一对硬币，再从剩下 8 枚中随机不放回选出第二对硬币。已知第一对硬币的总重量等于第二对硬币的总重量。所选 4 枚硬币全是真币的概率是多少？</w:t>
      </w:r>
    </w:p>
    <w:p>
      <w:pPr>
        <w:spacing w:before="0" w:after="120" w:line="300" w:lineRule="auto"/>
      </w:pPr>
      <w:r>
        <w:rPr>
          <w:rFonts w:ascii="Times New Roman" w:hAnsi="Times New Roman" w:eastAsia="宋体"/>
          <w:b w:val="0"/>
          <w:i w:val="0"/>
          <w:sz w:val="21"/>
        </w:rPr>
        <w:t>（A）7/11　　（B）9/13　　（C）11/15　　（D）15/19　　（E）15/16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counterfeit coins of equal weight are mixed with 8 identical genuine coins. The weight of each of the counterfeit coins is different from the weight of each of the genuine coins. A pair of coins is selected at random without replacement from the 10 coins. A second pair is selected at random without replacement from the remaining 8 coins. The combined weight of the first pair is equal to the combined weight of the second pair. What is the probability that all 4 selected coins are genuine?</w:t>
      </w:r>
    </w:p>
    <w:p>
      <w:pPr>
        <w:spacing w:before="0" w:after="160" w:line="300" w:lineRule="auto"/>
      </w:pPr>
      <w:r>
        <w:rPr>
          <w:rFonts w:ascii="Times New Roman" w:hAnsi="Times New Roman" w:eastAsia="宋体"/>
          <w:b w:val="0"/>
          <w:i w:val="0"/>
          <w:color w:val="333333"/>
          <w:sz w:val="19"/>
        </w:rPr>
        <w:t>(A) 7/11　　(B) 9/13　　(C) 11/15　　(D) 15/19　　(E) 15/16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凸五边形 ABCDE 的每个顶点都要指定一种颜色。有 6 种颜色可选，并且每条对角线的两个端点必须颜色不同。有多少种不同的着色方法？</w:t>
      </w:r>
    </w:p>
    <w:p>
      <w:pPr>
        <w:spacing w:before="0" w:after="120" w:line="300" w:lineRule="auto"/>
      </w:pPr>
      <w:r>
        <w:rPr>
          <w:rFonts w:ascii="Times New Roman" w:hAnsi="Times New Roman" w:eastAsia="宋体"/>
          <w:b w:val="0"/>
          <w:i w:val="0"/>
          <w:sz w:val="21"/>
        </w:rPr>
        <w:t>（A）2520　　（B）2880　　（C）3120　　（D）3250　　（E）3750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vertex of convex pentagon ABCDE is to be assigned a color. There are 6 colors to choose from, and the ends of each diagonal must have different colors. How many different colorings are possible?</w:t>
      </w:r>
    </w:p>
    <w:p>
      <w:pPr>
        <w:spacing w:before="0" w:after="160" w:line="300" w:lineRule="auto"/>
      </w:pPr>
      <w:r>
        <w:rPr>
          <w:rFonts w:ascii="Times New Roman" w:hAnsi="Times New Roman" w:eastAsia="宋体"/>
          <w:b w:val="0"/>
          <w:i w:val="0"/>
          <w:color w:val="333333"/>
          <w:sz w:val="19"/>
        </w:rPr>
        <w:t>(A) 2520　　(B) 2880　　(C) 3120　　(D) 3250　　(E) 3750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七名学生按如下方式从 1 数到 1000：</w:t>
      </w:r>
    </w:p>
    <w:p>
      <w:pPr>
        <w:spacing w:before="0" w:after="80" w:line="300" w:lineRule="auto"/>
        <w:jc w:val="left"/>
      </w:pPr>
      <w:r>
        <w:rPr>
          <w:rFonts w:ascii="Times New Roman" w:hAnsi="Times New Roman" w:eastAsia="宋体"/>
          <w:b w:val="0"/>
          <w:i w:val="0"/>
          <w:sz w:val="21"/>
        </w:rPr>
        <w:t>• Alice 说出所有数字，但跳过每连续三个数字中的中间那个。也就是说，Alice 说 1、3、4、6、7、9、…、997、999、1000。</w:t>
      </w:r>
    </w:p>
    <w:p>
      <w:pPr>
        <w:spacing w:before="0" w:after="80" w:line="300" w:lineRule="auto"/>
        <w:jc w:val="left"/>
      </w:pPr>
      <w:r>
        <w:rPr>
          <w:rFonts w:ascii="Times New Roman" w:hAnsi="Times New Roman" w:eastAsia="宋体"/>
          <w:b w:val="0"/>
          <w:i w:val="0"/>
          <w:sz w:val="21"/>
        </w:rPr>
        <w:t>• Barbara 说出所有 Alice 没说的数字，但她也跳过自己连续三个数字中的中间那个。</w:t>
      </w:r>
    </w:p>
    <w:p>
      <w:pPr>
        <w:spacing w:before="0" w:after="80" w:line="300" w:lineRule="auto"/>
        <w:jc w:val="left"/>
      </w:pPr>
      <w:r>
        <w:rPr>
          <w:rFonts w:ascii="Times New Roman" w:hAnsi="Times New Roman" w:eastAsia="宋体"/>
          <w:b w:val="0"/>
          <w:i w:val="0"/>
          <w:sz w:val="21"/>
        </w:rPr>
        <w:t>• Candice 说出 Alice 和 Barbara 都没说的数字，但她也跳过自己连续三个数字中的中间那个。</w:t>
      </w:r>
    </w:p>
    <w:p>
      <w:pPr>
        <w:spacing w:before="0" w:after="80" w:line="300" w:lineRule="auto"/>
        <w:jc w:val="left"/>
      </w:pPr>
      <w:r>
        <w:rPr>
          <w:rFonts w:ascii="Times New Roman" w:hAnsi="Times New Roman" w:eastAsia="宋体"/>
          <w:b w:val="0"/>
          <w:i w:val="0"/>
          <w:sz w:val="21"/>
        </w:rPr>
        <w:t>• Debbie、Eliza 和 Fatima 也依次说出所有名字字母顺序在她们之前的学生都没说的数字，但各自也跳过自己连续三个数字中的中间那个。</w:t>
      </w:r>
    </w:p>
    <w:p>
      <w:pPr>
        <w:spacing w:before="0" w:after="80" w:line="300" w:lineRule="auto"/>
        <w:jc w:val="left"/>
      </w:pPr>
      <w:r>
        <w:rPr>
          <w:rFonts w:ascii="Times New Roman" w:hAnsi="Times New Roman" w:eastAsia="宋体"/>
          <w:b w:val="0"/>
          <w:i w:val="0"/>
          <w:sz w:val="21"/>
        </w:rPr>
        <w:t>• 最后，George 说出唯一没有别人说过的数字。</w:t>
      </w:r>
    </w:p>
    <w:p>
      <w:pPr>
        <w:spacing w:before="0" w:after="80" w:line="300" w:lineRule="auto"/>
        <w:jc w:val="left"/>
      </w:pPr>
      <w:r>
        <w:rPr>
          <w:rFonts w:ascii="Times New Roman" w:hAnsi="Times New Roman" w:eastAsia="宋体"/>
          <w:b w:val="0"/>
          <w:i w:val="0"/>
          <w:sz w:val="21"/>
        </w:rPr>
        <w:t>George 说的数字是多少？</w:t>
      </w:r>
    </w:p>
    <w:p>
      <w:pPr>
        <w:spacing w:before="0" w:after="120" w:line="300" w:lineRule="auto"/>
      </w:pPr>
      <w:r>
        <w:rPr>
          <w:rFonts w:ascii="Times New Roman" w:hAnsi="Times New Roman" w:eastAsia="宋体"/>
          <w:b w:val="0"/>
          <w:i w:val="0"/>
          <w:sz w:val="21"/>
        </w:rPr>
        <w:t>（A）37　　（B）242　　（C）365　　（D）728　　（E）998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Seven students count from 1 to 1000 as follows:</w:t>
      </w:r>
    </w:p>
    <w:p>
      <w:pPr>
        <w:spacing w:before="0" w:after="80" w:line="300" w:lineRule="auto"/>
        <w:jc w:val="left"/>
      </w:pPr>
      <w:r>
        <w:rPr>
          <w:rFonts w:ascii="Times New Roman" w:hAnsi="Times New Roman" w:eastAsia="宋体"/>
          <w:b w:val="0"/>
          <w:i w:val="0"/>
          <w:color w:val="333333"/>
          <w:sz w:val="19"/>
        </w:rPr>
        <w:t>• Alice says all the numbers, except she skips the middle number in each consecutive group of three numbers. That is, Alice says 1, 3, 4, 6, 7, 9, …, 997, 999, 1000.</w:t>
      </w:r>
    </w:p>
    <w:p>
      <w:pPr>
        <w:spacing w:before="0" w:after="80" w:line="300" w:lineRule="auto"/>
        <w:jc w:val="left"/>
      </w:pPr>
      <w:r>
        <w:rPr>
          <w:rFonts w:ascii="Times New Roman" w:hAnsi="Times New Roman" w:eastAsia="宋体"/>
          <w:b w:val="0"/>
          <w:i w:val="0"/>
          <w:color w:val="333333"/>
          <w:sz w:val="19"/>
        </w:rPr>
        <w:t>• Barbara says all of the numbers that Alice doesn’t say, except she also skips the middle number in each consecutive group of three numbers.</w:t>
      </w:r>
    </w:p>
    <w:p>
      <w:pPr>
        <w:spacing w:before="0" w:after="80" w:line="300" w:lineRule="auto"/>
        <w:jc w:val="left"/>
      </w:pPr>
      <w:r>
        <w:rPr>
          <w:rFonts w:ascii="Times New Roman" w:hAnsi="Times New Roman" w:eastAsia="宋体"/>
          <w:b w:val="0"/>
          <w:i w:val="0"/>
          <w:color w:val="333333"/>
          <w:sz w:val="19"/>
        </w:rPr>
        <w:t>• Candice says all of the numbers that neither Alice nor Barbara says, except she also skips the middle number in each consecutive group of three numbers.</w:t>
      </w:r>
    </w:p>
    <w:p>
      <w:pPr>
        <w:spacing w:before="0" w:after="80" w:line="300" w:lineRule="auto"/>
        <w:jc w:val="left"/>
      </w:pPr>
      <w:r>
        <w:rPr>
          <w:rFonts w:ascii="Times New Roman" w:hAnsi="Times New Roman" w:eastAsia="宋体"/>
          <w:b w:val="0"/>
          <w:i w:val="0"/>
          <w:color w:val="333333"/>
          <w:sz w:val="19"/>
        </w:rPr>
        <w:t>• Debbie, Eliza, and Fatima say all of the numbers that none of the students with the first names beginning before theirs in the alphabet say, except each also skips the middle number in each of her consecutive groups of three numbers.</w:t>
      </w:r>
    </w:p>
    <w:p>
      <w:pPr>
        <w:spacing w:before="0" w:after="80" w:line="300" w:lineRule="auto"/>
        <w:jc w:val="left"/>
      </w:pPr>
      <w:r>
        <w:rPr>
          <w:rFonts w:ascii="Times New Roman" w:hAnsi="Times New Roman" w:eastAsia="宋体"/>
          <w:b w:val="0"/>
          <w:i w:val="0"/>
          <w:color w:val="333333"/>
          <w:sz w:val="19"/>
        </w:rPr>
        <w:t>• Finally, George says the only number that no one else says.</w:t>
      </w:r>
    </w:p>
    <w:p>
      <w:pPr>
        <w:spacing w:before="0" w:after="80" w:line="300" w:lineRule="auto"/>
        <w:jc w:val="left"/>
      </w:pPr>
      <w:r>
        <w:rPr>
          <w:rFonts w:ascii="Times New Roman" w:hAnsi="Times New Roman" w:eastAsia="宋体"/>
          <w:b w:val="0"/>
          <w:i w:val="0"/>
          <w:color w:val="333333"/>
          <w:sz w:val="19"/>
        </w:rPr>
        <w:t>What number does George say?</w:t>
      </w:r>
    </w:p>
    <w:p>
      <w:pPr>
        <w:spacing w:before="0" w:after="160" w:line="300" w:lineRule="auto"/>
      </w:pPr>
      <w:r>
        <w:rPr>
          <w:rFonts w:ascii="Times New Roman" w:hAnsi="Times New Roman" w:eastAsia="宋体"/>
          <w:b w:val="0"/>
          <w:i w:val="0"/>
          <w:color w:val="333333"/>
          <w:sz w:val="19"/>
        </w:rPr>
        <w:t>(A) 37　　(B) 242　　(C) 365　　(D) 728　　(E) 998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两个不同的正四面体的所有顶点都在同一个单位立方体的顶点中。两个四面体交集形成区域的体积是多少？</w:t>
      </w:r>
    </w:p>
    <w:p>
      <w:pPr>
        <w:spacing w:before="0" w:after="120" w:line="300" w:lineRule="auto"/>
      </w:pPr>
      <w:r>
        <w:rPr>
          <w:rFonts w:ascii="Times New Roman" w:hAnsi="Times New Roman" w:eastAsia="宋体"/>
          <w:b w:val="0"/>
          <w:i w:val="0"/>
          <w:sz w:val="21"/>
        </w:rPr>
        <w:t>（A）1/12　　（B）(√(2))/12　　（C）(√(3))/12　　（D）1/6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distinct regular tetrahedra have all their vertices among the vertices of the same unit cube. What is the volume of the region formed by the intersection of the tetrahedra?</w:t>
      </w:r>
    </w:p>
    <w:p>
      <w:pPr>
        <w:spacing w:before="0" w:after="160" w:line="300" w:lineRule="auto"/>
      </w:pPr>
      <w:r>
        <w:rPr>
          <w:rFonts w:ascii="Times New Roman" w:hAnsi="Times New Roman" w:eastAsia="宋体"/>
          <w:b w:val="0"/>
          <w:i w:val="0"/>
          <w:color w:val="333333"/>
          <w:sz w:val="19"/>
        </w:rPr>
        <w:t>(A) 1/12　　(B) (√(2))/12　　(C) (√(3))/12　　(D) 1/6　　(E) (√(2))/6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令 R 为一个正方形区域，n ≥ 4 为整数。称 R 内部的一点 X 为</w:t>
      </w:r>
      <w:r>
        <w:rPr>
          <w:rFonts w:ascii="Times New Roman" w:hAnsi="Times New Roman" w:eastAsia="宋体"/>
          <w:b w:val="0"/>
          <w:i/>
          <w:sz w:val="21"/>
        </w:rPr>
        <w:t>n 射线等分点</w:t>
      </w:r>
      <w:r>
        <w:rPr>
          <w:rFonts w:ascii="Times New Roman" w:hAnsi="Times New Roman" w:eastAsia="宋体"/>
          <w:b w:val="0"/>
          <w:i w:val="0"/>
          <w:sz w:val="21"/>
        </w:rPr>
        <w:t>，如果从 X 发出的 n 条射线能把 R 分成 n 个面积相等的三角形。有多少个点是 100 射线等分点，但不是 60 射线等分点？</w:t>
      </w:r>
    </w:p>
    <w:p>
      <w:pPr>
        <w:spacing w:before="0" w:after="120" w:line="300" w:lineRule="auto"/>
      </w:pPr>
      <w:r>
        <w:rPr>
          <w:rFonts w:ascii="Times New Roman" w:hAnsi="Times New Roman" w:eastAsia="宋体"/>
          <w:b w:val="0"/>
          <w:i w:val="0"/>
          <w:sz w:val="21"/>
        </w:rPr>
        <w:t>（A）1500　　（B）1560　　（C）2320　　（D）2480　　（E）2500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a square region and n ≥ 4 an integer. A point X in the interior of R is called</w:t>
      </w:r>
      <w:r>
        <w:rPr>
          <w:rFonts w:ascii="Times New Roman" w:hAnsi="Times New Roman" w:eastAsia="宋体"/>
          <w:b w:val="0"/>
          <w:i/>
          <w:color w:val="333333"/>
          <w:sz w:val="19"/>
        </w:rPr>
        <w:t>n-ray partitional</w:t>
      </w:r>
      <w:r>
        <w:rPr>
          <w:rFonts w:ascii="Times New Roman" w:hAnsi="Times New Roman" w:eastAsia="宋体"/>
          <w:b w:val="0"/>
          <w:i w:val="0"/>
          <w:color w:val="333333"/>
          <w:sz w:val="19"/>
        </w:rPr>
        <w:t>if there are n rays emanating from X that divide R into n triangles of equal area. How many points are 100-ray partitional but not 60-ray partitional?</w:t>
      </w:r>
    </w:p>
    <w:p>
      <w:pPr>
        <w:spacing w:before="0" w:after="160" w:line="300" w:lineRule="auto"/>
      </w:pPr>
      <w:r>
        <w:rPr>
          <w:rFonts w:ascii="Times New Roman" w:hAnsi="Times New Roman" w:eastAsia="宋体"/>
          <w:b w:val="0"/>
          <w:i w:val="0"/>
          <w:color w:val="333333"/>
          <w:sz w:val="19"/>
        </w:rPr>
        <w:t>(A) 1500　　(B) 1560　　(C) 2320　　(D) 2480　　(E) 2500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E　D　A　C　C　B　C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B　A　A　B　C　B　C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D　D　C　C　D　C</w:t>
      </w:r>
    </w:p>
    <w:p>
      <w:pPr>
        <w:spacing w:before="0" w:after="200" w:line="300" w:lineRule="auto"/>
      </w:pPr>
      <w:r>
        <w:rPr>
          <w:rFonts w:ascii="Times New Roman" w:hAnsi="Times New Roman" w:eastAsia="宋体"/>
          <w:b w:val="0"/>
          <w:i w:val="0"/>
          <w:color w:val="666666"/>
          <w:sz w:val="18"/>
        </w:rPr>
        <w:t>答案串：DEDACCBCABBAABCBCCEDDCCDC</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月费为 $20。短信费用为</w:t>
      </w:r>
    </w:p>
    <w:p>
      <w:pPr>
        <w:spacing w:before="0" w:after="80" w:line="300" w:lineRule="auto"/>
        <w:jc w:val="left"/>
      </w:pPr>
      <w:r>
        <w:rPr>
          <w:rFonts w:ascii="Times New Roman" w:hAnsi="Times New Roman" w:eastAsia="宋体"/>
          <w:b w:val="0"/>
          <w:i w:val="0"/>
          <w:sz w:val="21"/>
        </w:rPr>
        <w:t>100· 5=500</w:t>
      </w:r>
    </w:p>
    <w:p>
      <w:pPr>
        <w:spacing w:before="0" w:after="80" w:line="300" w:lineRule="auto"/>
        <w:jc w:val="left"/>
      </w:pPr>
      <w:r>
        <w:rPr>
          <w:rFonts w:ascii="Times New Roman" w:hAnsi="Times New Roman" w:eastAsia="宋体"/>
          <w:b w:val="0"/>
          <w:i w:val="0"/>
          <w:sz w:val="21"/>
        </w:rPr>
        <w:t>美分，即 $5。她还多通话 0.5 小时，即 30 分钟，超出了套餐包含的 30 小时。</w:t>
      </w:r>
    </w:p>
    <w:p>
      <w:pPr>
        <w:spacing w:before="0" w:after="80" w:line="300" w:lineRule="auto"/>
        <w:jc w:val="left"/>
      </w:pPr>
      <w:r>
        <w:rPr>
          <w:rFonts w:ascii="Times New Roman" w:hAnsi="Times New Roman" w:eastAsia="宋体"/>
          <w:b w:val="0"/>
          <w:i w:val="0"/>
          <w:sz w:val="21"/>
        </w:rPr>
        <w:t>因此超时通话费用为</w:t>
      </w:r>
    </w:p>
    <w:p>
      <w:pPr>
        <w:spacing w:before="0" w:after="80" w:line="300" w:lineRule="auto"/>
        <w:jc w:val="left"/>
      </w:pPr>
      <w:r>
        <w:rPr>
          <w:rFonts w:ascii="Times New Roman" w:hAnsi="Times New Roman" w:eastAsia="宋体"/>
          <w:b w:val="0"/>
          <w:i w:val="0"/>
          <w:sz w:val="21"/>
        </w:rPr>
        <w:t>30·10=300</w:t>
      </w:r>
    </w:p>
    <w:p>
      <w:pPr>
        <w:spacing w:before="0" w:after="80" w:line="300" w:lineRule="auto"/>
        <w:jc w:val="left"/>
      </w:pPr>
      <w:r>
        <w:rPr>
          <w:rFonts w:ascii="Times New Roman" w:hAnsi="Times New Roman" w:eastAsia="宋体"/>
          <w:b w:val="0"/>
          <w:i w:val="0"/>
          <w:sz w:val="21"/>
        </w:rPr>
        <w:t>美分，即 $3。</w:t>
      </w:r>
    </w:p>
    <w:p>
      <w:pPr>
        <w:spacing w:before="0" w:after="80" w:line="300" w:lineRule="auto"/>
        <w:jc w:val="left"/>
      </w:pPr>
      <w:r>
        <w:rPr>
          <w:rFonts w:ascii="Times New Roman" w:hAnsi="Times New Roman" w:eastAsia="宋体"/>
          <w:b w:val="0"/>
          <w:i w:val="0"/>
          <w:sz w:val="21"/>
        </w:rPr>
        <w:t>总费用为</w:t>
      </w:r>
    </w:p>
    <w:p>
      <w:pPr>
        <w:spacing w:before="0" w:after="80" w:line="300" w:lineRule="auto"/>
        <w:jc w:val="left"/>
      </w:pPr>
      <w:r>
        <w:rPr>
          <w:rFonts w:ascii="Times New Roman" w:hAnsi="Times New Roman" w:eastAsia="宋体"/>
          <w:b w:val="0"/>
          <w:i w:val="0"/>
          <w:sz w:val="21"/>
        </w:rPr>
        <w:t>$20 + $5 + $3 = $28。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Michelle has to pay $20 for the monthly fee. Her text messages cost</w:t>
      </w:r>
    </w:p>
    <w:p>
      <w:pPr>
        <w:spacing w:before="0" w:after="80" w:line="300" w:lineRule="auto"/>
        <w:jc w:val="left"/>
      </w:pPr>
      <w:r>
        <w:rPr>
          <w:rFonts w:ascii="Times New Roman" w:hAnsi="Times New Roman" w:eastAsia="宋体"/>
          <w:b w:val="0"/>
          <w:i w:val="0"/>
          <w:color w:val="333333"/>
          <w:sz w:val="19"/>
        </w:rPr>
        <w:t>100· 5=500</w:t>
      </w:r>
    </w:p>
    <w:p>
      <w:pPr>
        <w:spacing w:before="0" w:after="80" w:line="300" w:lineRule="auto"/>
        <w:jc w:val="left"/>
      </w:pPr>
      <w:r>
        <w:rPr>
          <w:rFonts w:ascii="Times New Roman" w:hAnsi="Times New Roman" w:eastAsia="宋体"/>
          <w:b w:val="0"/>
          <w:i w:val="0"/>
          <w:color w:val="333333"/>
          <w:sz w:val="19"/>
        </w:rPr>
        <w:t>cents, or $5. Finally she talked for 0.5 hours, 30 minutes, over 30 hours.</w:t>
      </w:r>
    </w:p>
    <w:p>
      <w:pPr>
        <w:spacing w:before="0" w:after="80" w:line="300" w:lineRule="auto"/>
        <w:jc w:val="left"/>
      </w:pPr>
      <w:r>
        <w:rPr>
          <w:rFonts w:ascii="Times New Roman" w:hAnsi="Times New Roman" w:eastAsia="宋体"/>
          <w:b w:val="0"/>
          <w:i w:val="0"/>
          <w:color w:val="333333"/>
          <w:sz w:val="19"/>
        </w:rPr>
        <w:t>This means her extra charge is</w:t>
      </w:r>
    </w:p>
    <w:p>
      <w:pPr>
        <w:spacing w:before="0" w:after="80" w:line="300" w:lineRule="auto"/>
        <w:jc w:val="left"/>
      </w:pPr>
      <w:r>
        <w:rPr>
          <w:rFonts w:ascii="Times New Roman" w:hAnsi="Times New Roman" w:eastAsia="宋体"/>
          <w:b w:val="0"/>
          <w:i w:val="0"/>
          <w:color w:val="333333"/>
          <w:sz w:val="19"/>
        </w:rPr>
        <w:t>30·10=300</w:t>
      </w:r>
    </w:p>
    <w:p>
      <w:pPr>
        <w:spacing w:before="0" w:after="80" w:line="300" w:lineRule="auto"/>
        <w:jc w:val="left"/>
      </w:pPr>
      <w:r>
        <w:rPr>
          <w:rFonts w:ascii="Times New Roman" w:hAnsi="Times New Roman" w:eastAsia="宋体"/>
          <w:b w:val="0"/>
          <w:i w:val="0"/>
          <w:color w:val="333333"/>
          <w:sz w:val="19"/>
        </w:rPr>
        <w:t>cents, or $3.</w:t>
      </w:r>
    </w:p>
    <w:p>
      <w:pPr>
        <w:spacing w:before="0" w:after="80" w:line="300" w:lineRule="auto"/>
        <w:jc w:val="left"/>
      </w:pPr>
      <w:r>
        <w:rPr>
          <w:rFonts w:ascii="Times New Roman" w:hAnsi="Times New Roman" w:eastAsia="宋体"/>
          <w:b w:val="0"/>
          <w:i w:val="0"/>
          <w:color w:val="333333"/>
          <w:sz w:val="19"/>
        </w:rPr>
        <w:t>Her total cost is</w:t>
      </w:r>
    </w:p>
    <w:p>
      <w:pPr>
        <w:spacing w:before="0" w:after="80" w:line="300" w:lineRule="auto"/>
        <w:jc w:val="left"/>
      </w:pPr>
      <w:r>
        <w:rPr>
          <w:rFonts w:ascii="Times New Roman" w:hAnsi="Times New Roman" w:eastAsia="宋体"/>
          <w:b w:val="0"/>
          <w:i w:val="0"/>
          <w:color w:val="333333"/>
          <w:sz w:val="19"/>
        </w:rPr>
        <w:t>$20 + $5 + $3 = $28.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所需瓶数为</w:t>
      </w:r>
    </w:p>
    <w:p>
      <w:pPr>
        <w:spacing w:before="0" w:after="80" w:line="300" w:lineRule="auto"/>
        <w:jc w:val="left"/>
      </w:pPr>
      <w:r>
        <w:rPr>
          <w:rFonts w:ascii="Times New Roman" w:hAnsi="Times New Roman" w:eastAsia="宋体"/>
          <w:b w:val="0"/>
          <w:i w:val="0"/>
          <w:sz w:val="21"/>
        </w:rPr>
        <w:t>500/35 = 100/7 = 14 2/7。</w:t>
      </w:r>
    </w:p>
    <w:p>
      <w:pPr>
        <w:spacing w:before="0" w:after="80" w:line="300" w:lineRule="auto"/>
        <w:jc w:val="left"/>
      </w:pPr>
      <w:r>
        <w:rPr>
          <w:rFonts w:ascii="Times New Roman" w:hAnsi="Times New Roman" w:eastAsia="宋体"/>
          <w:b w:val="0"/>
          <w:i w:val="0"/>
          <w:sz w:val="21"/>
        </w:rPr>
        <w:t>因此最少必须购买 15 个小瓶。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desired amount is</w:t>
      </w:r>
    </w:p>
    <w:p>
      <w:pPr>
        <w:spacing w:before="0" w:after="80" w:line="300" w:lineRule="auto"/>
        <w:jc w:val="left"/>
      </w:pPr>
      <w:r>
        <w:rPr>
          <w:rFonts w:ascii="Times New Roman" w:hAnsi="Times New Roman" w:eastAsia="宋体"/>
          <w:b w:val="0"/>
          <w:i w:val="0"/>
          <w:color w:val="333333"/>
          <w:sz w:val="19"/>
        </w:rPr>
        <w:t>500/35 = 100/7 = 14 2/7.</w:t>
      </w:r>
    </w:p>
    <w:p>
      <w:pPr>
        <w:spacing w:before="0" w:after="80" w:line="300" w:lineRule="auto"/>
        <w:jc w:val="left"/>
      </w:pPr>
      <w:r>
        <w:rPr>
          <w:rFonts w:ascii="Times New Roman" w:hAnsi="Times New Roman" w:eastAsia="宋体"/>
          <w:b w:val="0"/>
          <w:i w:val="0"/>
          <w:color w:val="333333"/>
          <w:sz w:val="19"/>
        </w:rPr>
        <w:t>This means that the smallest number of small bottles she must buy is 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先计算得</w:t>
      </w:r>
    </w:p>
    <w:p>
      <w:pPr>
        <w:spacing w:before="0" w:after="80" w:line="300" w:lineRule="auto"/>
        <w:jc w:val="left"/>
      </w:pPr>
      <w:r>
        <w:rPr>
          <w:rFonts w:ascii="Times New Roman" w:hAnsi="Times New Roman" w:eastAsia="宋体"/>
          <w:b w:val="0"/>
          <w:i w:val="0"/>
          <w:sz w:val="21"/>
        </w:rPr>
        <w:t>{1 1 0} = (1 + 1 + 0)/3 = 2/3。</w:t>
      </w:r>
    </w:p>
    <w:p>
      <w:pPr>
        <w:spacing w:before="0" w:after="80" w:line="300" w:lineRule="auto"/>
        <w:jc w:val="left"/>
      </w:pPr>
      <w:r>
        <w:rPr>
          <w:rFonts w:ascii="Times New Roman" w:hAnsi="Times New Roman" w:eastAsia="宋体"/>
          <w:b w:val="0"/>
          <w:i w:val="0"/>
          <w:sz w:val="21"/>
        </w:rPr>
        <w:t>另一个内层平均数为</w:t>
      </w:r>
    </w:p>
    <w:p>
      <w:pPr>
        <w:spacing w:before="0" w:after="80" w:line="300" w:lineRule="auto"/>
        <w:jc w:val="left"/>
      </w:pPr>
      <w:r>
        <w:rPr>
          <w:rFonts w:ascii="Times New Roman" w:hAnsi="Times New Roman" w:eastAsia="宋体"/>
          <w:b w:val="0"/>
          <w:i w:val="0"/>
          <w:sz w:val="21"/>
        </w:rPr>
        <w:t>[0 1] = (1 + 0)/2 = 1/2。</w:t>
      </w:r>
    </w:p>
    <w:p>
      <w:pPr>
        <w:spacing w:before="0" w:after="80" w:line="300" w:lineRule="auto"/>
        <w:jc w:val="left"/>
      </w:pPr>
      <w:r>
        <w:rPr>
          <w:rFonts w:ascii="Times New Roman" w:hAnsi="Times New Roman" w:eastAsia="宋体"/>
          <w:b w:val="0"/>
          <w:i w:val="0"/>
          <w:sz w:val="21"/>
        </w:rPr>
        <w:t>最后得</w:t>
      </w:r>
    </w:p>
    <w:p>
      <w:pPr>
        <w:spacing w:before="0" w:after="80" w:line="300" w:lineRule="auto"/>
        <w:jc w:val="left"/>
      </w:pPr>
      <w:r>
        <w:rPr>
          <w:rFonts w:ascii="Times New Roman" w:hAnsi="Times New Roman" w:eastAsia="宋体"/>
          <w:b w:val="0"/>
          <w:i w:val="0"/>
          <w:sz w:val="21"/>
        </w:rPr>
        <w:t>{2/3 1/2 0} = (2/3 + 1/2 + 0)/3 = 7/18。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that</w:t>
      </w:r>
    </w:p>
    <w:p>
      <w:pPr>
        <w:spacing w:before="0" w:after="80" w:line="300" w:lineRule="auto"/>
        <w:jc w:val="left"/>
      </w:pPr>
      <w:r>
        <w:rPr>
          <w:rFonts w:ascii="Times New Roman" w:hAnsi="Times New Roman" w:eastAsia="宋体"/>
          <w:b w:val="0"/>
          <w:i w:val="0"/>
          <w:color w:val="333333"/>
          <w:sz w:val="19"/>
        </w:rPr>
        <w:t>{1 1 0} = (1 + 1 + 0)/3 = 2/3.</w:t>
      </w:r>
    </w:p>
    <w:p>
      <w:pPr>
        <w:spacing w:before="0" w:after="80" w:line="300" w:lineRule="auto"/>
        <w:jc w:val="left"/>
      </w:pPr>
      <w:r>
        <w:rPr>
          <w:rFonts w:ascii="Times New Roman" w:hAnsi="Times New Roman" w:eastAsia="宋体"/>
          <w:b w:val="0"/>
          <w:i w:val="0"/>
          <w:color w:val="333333"/>
          <w:sz w:val="19"/>
        </w:rPr>
        <w:t>We also get that</w:t>
      </w:r>
    </w:p>
    <w:p>
      <w:pPr>
        <w:spacing w:before="0" w:after="80" w:line="300" w:lineRule="auto"/>
        <w:jc w:val="left"/>
      </w:pPr>
      <w:r>
        <w:rPr>
          <w:rFonts w:ascii="Times New Roman" w:hAnsi="Times New Roman" w:eastAsia="宋体"/>
          <w:b w:val="0"/>
          <w:i w:val="0"/>
          <w:color w:val="333333"/>
          <w:sz w:val="19"/>
        </w:rPr>
        <w:t>[0 1] = (1 + 0)/2 = 1/2.</w:t>
      </w:r>
    </w:p>
    <w:p>
      <w:pPr>
        <w:spacing w:before="0" w:after="80" w:line="300" w:lineRule="auto"/>
        <w:jc w:val="left"/>
      </w:pPr>
      <w:r>
        <w:rPr>
          <w:rFonts w:ascii="Times New Roman" w:hAnsi="Times New Roman" w:eastAsia="宋体"/>
          <w:b w:val="0"/>
          <w:i w:val="0"/>
          <w:color w:val="333333"/>
          <w:sz w:val="19"/>
        </w:rPr>
        <w:t>Finally,</w:t>
      </w:r>
    </w:p>
    <w:p>
      <w:pPr>
        <w:spacing w:before="0" w:after="80" w:line="300" w:lineRule="auto"/>
        <w:jc w:val="left"/>
      </w:pPr>
      <w:r>
        <w:rPr>
          <w:rFonts w:ascii="Times New Roman" w:hAnsi="Times New Roman" w:eastAsia="宋体"/>
          <w:b w:val="0"/>
          <w:i w:val="0"/>
          <w:color w:val="333333"/>
          <w:sz w:val="19"/>
        </w:rPr>
        <w:t>{2/3 1/2 0} = (2/3 + 1/2 + 0)/3 = 7/18.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从 12 到 100 的所有偶数项在两个和中都出现，作差时会全部抵消。</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Y - X = 102 - 10 = 92。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terms 12 through 100 are common to both sums. When we subtract, all these terms cancel out.</w:t>
      </w:r>
    </w:p>
    <w:p>
      <w:pPr>
        <w:spacing w:before="0" w:after="80" w:line="300" w:lineRule="auto"/>
        <w:jc w:val="left"/>
      </w:pPr>
      <w:r>
        <w:rPr>
          <w:rFonts w:ascii="Times New Roman" w:hAnsi="Times New Roman" w:eastAsia="宋体"/>
          <w:b w:val="0"/>
          <w:i w:val="0"/>
          <w:color w:val="333333"/>
          <w:sz w:val="19"/>
        </w:rPr>
        <w:t>This means that</w:t>
      </w:r>
    </w:p>
    <w:p>
      <w:pPr>
        <w:spacing w:before="0" w:after="80" w:line="300" w:lineRule="auto"/>
        <w:jc w:val="left"/>
      </w:pPr>
      <w:r>
        <w:rPr>
          <w:rFonts w:ascii="Times New Roman" w:hAnsi="Times New Roman" w:eastAsia="宋体"/>
          <w:b w:val="0"/>
          <w:i w:val="0"/>
          <w:color w:val="333333"/>
          <w:sz w:val="19"/>
        </w:rPr>
        <w:t>Y - X = 102 - 10 = 92.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不妨设五年级有一人，则四年级有两人，三年级有四人。</w:t>
      </w:r>
    </w:p>
    <w:p>
      <w:pPr>
        <w:spacing w:before="0" w:after="80" w:line="300" w:lineRule="auto"/>
        <w:jc w:val="left"/>
      </w:pPr>
      <w:r>
        <w:rPr>
          <w:rFonts w:ascii="Times New Roman" w:hAnsi="Times New Roman" w:eastAsia="宋体"/>
          <w:b w:val="0"/>
          <w:i w:val="0"/>
          <w:sz w:val="21"/>
        </w:rPr>
        <w:t>这样做可以，因为平均数不受学生人数整体倍数的影响。</w:t>
      </w:r>
    </w:p>
    <w:p>
      <w:pPr>
        <w:spacing w:before="0" w:after="80" w:line="300" w:lineRule="auto"/>
        <w:jc w:val="left"/>
      </w:pPr>
      <w:r>
        <w:rPr>
          <w:rFonts w:ascii="Times New Roman" w:hAnsi="Times New Roman" w:eastAsia="宋体"/>
          <w:b w:val="0"/>
          <w:i w:val="0"/>
          <w:sz w:val="21"/>
        </w:rPr>
        <w:t>总跑步时间为</w:t>
      </w:r>
    </w:p>
    <w:p>
      <w:pPr>
        <w:spacing w:before="0" w:after="80" w:line="300" w:lineRule="auto"/>
        <w:jc w:val="left"/>
      </w:pPr>
      <w:r>
        <w:rPr>
          <w:rFonts w:ascii="Times New Roman" w:hAnsi="Times New Roman" w:eastAsia="宋体"/>
          <w:b w:val="0"/>
          <w:i w:val="0"/>
          <w:sz w:val="21"/>
        </w:rPr>
        <w:t>12 · 4 + 15 · 2 + 10 = 88</w:t>
      </w:r>
    </w:p>
    <w:p>
      <w:pPr>
        <w:spacing w:before="0" w:after="80" w:line="300" w:lineRule="auto"/>
        <w:jc w:val="left"/>
      </w:pPr>
      <w:r>
        <w:rPr>
          <w:rFonts w:ascii="Times New Roman" w:hAnsi="Times New Roman" w:eastAsia="宋体"/>
          <w:b w:val="0"/>
          <w:i w:val="0"/>
          <w:sz w:val="21"/>
        </w:rPr>
        <w:t>分钟。总人数为 1 + 2 + 4 = 7，所以平均数为 88/7。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WLOG, let there be one fifth grader. This then tells us that there are two fourth graders and four third graders.</w:t>
      </w:r>
    </w:p>
    <w:p>
      <w:pPr>
        <w:spacing w:before="0" w:after="80" w:line="300" w:lineRule="auto"/>
        <w:jc w:val="left"/>
      </w:pPr>
      <w:r>
        <w:rPr>
          <w:rFonts w:ascii="Times New Roman" w:hAnsi="Times New Roman" w:eastAsia="宋体"/>
          <w:b w:val="0"/>
          <w:i w:val="0"/>
          <w:color w:val="333333"/>
          <w:sz w:val="19"/>
        </w:rPr>
        <w:t>We can do this, since we are only interested in the average, which is not impacted by the exact number of students.</w:t>
      </w:r>
    </w:p>
    <w:p>
      <w:pPr>
        <w:spacing w:before="0" w:after="80" w:line="300" w:lineRule="auto"/>
        <w:jc w:val="left"/>
      </w:pPr>
      <w:r>
        <w:rPr>
          <w:rFonts w:ascii="Times New Roman" w:hAnsi="Times New Roman" w:eastAsia="宋体"/>
          <w:b w:val="0"/>
          <w:i w:val="0"/>
          <w:color w:val="333333"/>
          <w:sz w:val="19"/>
        </w:rPr>
        <w:t>The total number of minutes the students spend running is</w:t>
      </w:r>
    </w:p>
    <w:p>
      <w:pPr>
        <w:spacing w:before="0" w:after="80" w:line="300" w:lineRule="auto"/>
        <w:jc w:val="left"/>
      </w:pPr>
      <w:r>
        <w:rPr>
          <w:rFonts w:ascii="Times New Roman" w:hAnsi="Times New Roman" w:eastAsia="宋体"/>
          <w:b w:val="0"/>
          <w:i w:val="0"/>
          <w:color w:val="333333"/>
          <w:sz w:val="19"/>
        </w:rPr>
        <w:t>12 · 4 + 15 · 2 + 10 = 88</w:t>
      </w:r>
    </w:p>
    <w:p>
      <w:pPr>
        <w:spacing w:before="0" w:after="80" w:line="300" w:lineRule="auto"/>
        <w:jc w:val="left"/>
      </w:pPr>
      <w:r>
        <w:rPr>
          <w:rFonts w:ascii="Times New Roman" w:hAnsi="Times New Roman" w:eastAsia="宋体"/>
          <w:b w:val="0"/>
          <w:i w:val="0"/>
          <w:color w:val="333333"/>
          <w:sz w:val="19"/>
        </w:rPr>
        <w:t>minutes. The total number of students is 1 + 2 + 4 = 7. The average is then 88/7.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要使并集元素数最少，就要让两个集合重叠尽可能多。</w:t>
      </w:r>
    </w:p>
    <w:p>
      <w:pPr>
        <w:spacing w:before="0" w:after="80" w:line="300" w:lineRule="auto"/>
        <w:jc w:val="left"/>
      </w:pPr>
      <w:r>
        <w:rPr>
          <w:rFonts w:ascii="Times New Roman" w:hAnsi="Times New Roman" w:eastAsia="宋体"/>
          <w:b w:val="0"/>
          <w:i w:val="0"/>
          <w:sz w:val="21"/>
        </w:rPr>
        <w:t>可以让 B 完全包含于 A，此时并集就是 A，共有 20 个元素。</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minimize the number of elements in the union, we want to maximize the overlap between the two sets.</w:t>
      </w:r>
    </w:p>
    <w:p>
      <w:pPr>
        <w:spacing w:before="0" w:after="80" w:line="300" w:lineRule="auto"/>
        <w:jc w:val="left"/>
      </w:pPr>
      <w:r>
        <w:rPr>
          <w:rFonts w:ascii="Times New Roman" w:hAnsi="Times New Roman" w:eastAsia="宋体"/>
          <w:b w:val="0"/>
          <w:i w:val="0"/>
          <w:color w:val="333333"/>
          <w:sz w:val="19"/>
        </w:rPr>
        <w:t>We can then assume that B is contained completely within A, which means that the union is the same as A, which has 20 elements.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选项</w:t>
      </w:r>
      <w:r>
        <w:rPr>
          <w:rFonts w:ascii="Times New Roman" w:hAnsi="Times New Roman" w:eastAsia="宋体"/>
          <w:b/>
          <w:i w:val="0"/>
          <w:sz w:val="21"/>
        </w:rPr>
        <w:t>A</w:t>
      </w:r>
      <w:r>
        <w:rPr>
          <w:rFonts w:ascii="Times New Roman" w:hAnsi="Times New Roman" w:eastAsia="宋体"/>
          <w:b w:val="0"/>
          <w:i w:val="0"/>
          <w:sz w:val="21"/>
        </w:rPr>
        <w:t>化为</w:t>
      </w:r>
    </w:p>
    <w:p>
      <w:pPr>
        <w:spacing w:before="0" w:after="80" w:line="300" w:lineRule="auto"/>
        <w:jc w:val="left"/>
      </w:pPr>
      <w:r>
        <w:rPr>
          <w:rFonts w:ascii="Times New Roman" w:hAnsi="Times New Roman" w:eastAsia="宋体"/>
          <w:b w:val="0"/>
          <w:i w:val="0"/>
          <w:sz w:val="21"/>
        </w:rPr>
        <w:t>x + 7 = 0</w:t>
      </w:r>
    </w:p>
    <w:p>
      <w:pPr>
        <w:spacing w:before="0" w:after="80" w:line="300" w:lineRule="auto"/>
        <w:jc w:val="left"/>
      </w:pPr>
      <w:r>
        <w:rPr>
          <w:rFonts w:ascii="Times New Roman" w:hAnsi="Times New Roman" w:eastAsia="宋体"/>
          <w:b w:val="0"/>
          <w:i w:val="0"/>
          <w:sz w:val="21"/>
        </w:rPr>
        <w:t>x = -7，</w:t>
      </w:r>
    </w:p>
    <w:p>
      <w:pPr>
        <w:spacing w:before="0" w:after="80" w:line="300" w:lineRule="auto"/>
        <w:jc w:val="left"/>
      </w:pPr>
      <w:r>
        <w:rPr>
          <w:rFonts w:ascii="Times New Roman" w:hAnsi="Times New Roman" w:eastAsia="宋体"/>
          <w:b w:val="0"/>
          <w:i w:val="0"/>
          <w:sz w:val="21"/>
        </w:rPr>
        <w:t>因此有解。</w:t>
      </w:r>
    </w:p>
    <w:p>
      <w:pPr>
        <w:spacing w:before="0" w:after="80" w:line="300" w:lineRule="auto"/>
        <w:jc w:val="left"/>
      </w:pPr>
      <w:r>
        <w:rPr>
          <w:rFonts w:ascii="Times New Roman" w:hAnsi="Times New Roman" w:eastAsia="宋体"/>
          <w:b w:val="0"/>
          <w:i w:val="0"/>
          <w:sz w:val="21"/>
        </w:rPr>
        <w:t>选项</w:t>
      </w:r>
      <w:r>
        <w:rPr>
          <w:rFonts w:ascii="Times New Roman" w:hAnsi="Times New Roman" w:eastAsia="宋体"/>
          <w:b/>
          <w:i w:val="0"/>
          <w:sz w:val="21"/>
        </w:rPr>
        <w:t>B</w:t>
      </w:r>
      <w:r>
        <w:rPr>
          <w:rFonts w:ascii="Times New Roman" w:hAnsi="Times New Roman" w:eastAsia="宋体"/>
          <w:b w:val="0"/>
          <w:i w:val="0"/>
          <w:sz w:val="21"/>
        </w:rPr>
        <w:t>化为</w:t>
      </w:r>
    </w:p>
    <w:p>
      <w:pPr>
        <w:spacing w:before="0" w:after="80" w:line="300" w:lineRule="auto"/>
        <w:jc w:val="left"/>
      </w:pPr>
      <w:r>
        <w:rPr>
          <w:rFonts w:ascii="Times New Roman" w:hAnsi="Times New Roman" w:eastAsia="宋体"/>
          <w:b w:val="0"/>
          <w:i w:val="0"/>
          <w:sz w:val="21"/>
        </w:rPr>
        <w:t>|-3x| = -5，</w:t>
      </w:r>
    </w:p>
    <w:p>
      <w:pPr>
        <w:spacing w:before="0" w:after="80" w:line="300" w:lineRule="auto"/>
        <w:jc w:val="left"/>
      </w:pPr>
      <w:r>
        <w:rPr>
          <w:rFonts w:ascii="Times New Roman" w:hAnsi="Times New Roman" w:eastAsia="宋体"/>
          <w:b w:val="0"/>
          <w:i w:val="0"/>
          <w:sz w:val="21"/>
        </w:rPr>
        <w:t>绝对值不可能为负数，因此无解。</w:t>
      </w:r>
    </w:p>
    <w:p>
      <w:pPr>
        <w:spacing w:before="0" w:after="80" w:line="300" w:lineRule="auto"/>
        <w:jc w:val="left"/>
      </w:pPr>
      <w:r>
        <w:rPr>
          <w:rFonts w:ascii="Times New Roman" w:hAnsi="Times New Roman" w:eastAsia="宋体"/>
          <w:b w:val="0"/>
          <w:i w:val="0"/>
          <w:sz w:val="21"/>
        </w:rPr>
        <w:t>其他选项都有解，如下面计算所示。</w:t>
      </w:r>
    </w:p>
    <w:p>
      <w:pPr>
        <w:spacing w:before="0" w:after="80" w:line="300" w:lineRule="auto"/>
        <w:jc w:val="left"/>
      </w:pPr>
      <w:r>
        <w:rPr>
          <w:rFonts w:ascii="Times New Roman" w:hAnsi="Times New Roman" w:eastAsia="宋体"/>
          <w:b w:val="0"/>
          <w:i w:val="0"/>
          <w:sz w:val="21"/>
        </w:rPr>
        <w:t>选项</w:t>
      </w:r>
      <w:r>
        <w:rPr>
          <w:rFonts w:ascii="Times New Roman" w:hAnsi="Times New Roman" w:eastAsia="宋体"/>
          <w:b/>
          <w:i w:val="0"/>
          <w:sz w:val="21"/>
        </w:rPr>
        <w:t>C</w:t>
      </w:r>
      <w:r>
        <w:rPr>
          <w:rFonts w:ascii="Times New Roman" w:hAnsi="Times New Roman" w:eastAsia="宋体"/>
          <w:b w:val="0"/>
          <w:i w:val="0"/>
          <w:sz w:val="21"/>
        </w:rPr>
        <w:t>化为</w:t>
      </w:r>
    </w:p>
    <w:p>
      <w:pPr>
        <w:spacing w:before="0" w:after="80" w:line="300" w:lineRule="auto"/>
        <w:jc w:val="left"/>
      </w:pPr>
      <w:r>
        <w:rPr>
          <w:rFonts w:ascii="Times New Roman" w:hAnsi="Times New Roman" w:eastAsia="宋体"/>
          <w:b w:val="0"/>
          <w:i w:val="0"/>
          <w:sz w:val="21"/>
        </w:rPr>
        <w:t>√(-x) = 2</w:t>
      </w:r>
    </w:p>
    <w:p>
      <w:pPr>
        <w:spacing w:before="0" w:after="80" w:line="300" w:lineRule="auto"/>
        <w:jc w:val="left"/>
      </w:pPr>
      <w:r>
        <w:rPr>
          <w:rFonts w:ascii="Times New Roman" w:hAnsi="Times New Roman" w:eastAsia="宋体"/>
          <w:b w:val="0"/>
          <w:i w:val="0"/>
          <w:sz w:val="21"/>
        </w:rPr>
        <w:t>-x = 4</w:t>
      </w:r>
    </w:p>
    <w:p>
      <w:pPr>
        <w:spacing w:before="0" w:after="80" w:line="300" w:lineRule="auto"/>
        <w:jc w:val="left"/>
      </w:pPr>
      <w:r>
        <w:rPr>
          <w:rFonts w:ascii="Times New Roman" w:hAnsi="Times New Roman" w:eastAsia="宋体"/>
          <w:b w:val="0"/>
          <w:i w:val="0"/>
          <w:sz w:val="21"/>
        </w:rPr>
        <w:t>x = -4，</w:t>
      </w:r>
    </w:p>
    <w:p>
      <w:pPr>
        <w:spacing w:before="0" w:after="80" w:line="300" w:lineRule="auto"/>
        <w:jc w:val="left"/>
      </w:pPr>
      <w:r>
        <w:rPr>
          <w:rFonts w:ascii="Times New Roman" w:hAnsi="Times New Roman" w:eastAsia="宋体"/>
          <w:b w:val="0"/>
          <w:i w:val="0"/>
          <w:sz w:val="21"/>
        </w:rPr>
        <w:t>所以有解。</w:t>
      </w:r>
    </w:p>
    <w:p>
      <w:pPr>
        <w:spacing w:before="0" w:after="80" w:line="300" w:lineRule="auto"/>
        <w:jc w:val="left"/>
      </w:pPr>
      <w:r>
        <w:rPr>
          <w:rFonts w:ascii="Times New Roman" w:hAnsi="Times New Roman" w:eastAsia="宋体"/>
          <w:b w:val="0"/>
          <w:i w:val="0"/>
          <w:sz w:val="21"/>
        </w:rPr>
        <w:t>选项</w:t>
      </w:r>
      <w:r>
        <w:rPr>
          <w:rFonts w:ascii="Times New Roman" w:hAnsi="Times New Roman" w:eastAsia="宋体"/>
          <w:b/>
          <w:i w:val="0"/>
          <w:sz w:val="21"/>
        </w:rPr>
        <w:t>D</w:t>
      </w:r>
      <w:r>
        <w:rPr>
          <w:rFonts w:ascii="Times New Roman" w:hAnsi="Times New Roman" w:eastAsia="宋体"/>
          <w:b w:val="0"/>
          <w:i w:val="0"/>
          <w:sz w:val="21"/>
        </w:rPr>
        <w:t>化为</w:t>
      </w:r>
    </w:p>
    <w:p>
      <w:pPr>
        <w:spacing w:before="0" w:after="80" w:line="300" w:lineRule="auto"/>
        <w:jc w:val="left"/>
      </w:pPr>
      <w:r>
        <w:rPr>
          <w:rFonts w:ascii="Times New Roman" w:hAnsi="Times New Roman" w:eastAsia="宋体"/>
          <w:b w:val="0"/>
          <w:i w:val="0"/>
          <w:sz w:val="21"/>
        </w:rPr>
        <w:t>√(x) = 8</w:t>
      </w:r>
    </w:p>
    <w:p>
      <w:pPr>
        <w:spacing w:before="0" w:after="80" w:line="300" w:lineRule="auto"/>
        <w:jc w:val="left"/>
      </w:pPr>
      <w:r>
        <w:rPr>
          <w:rFonts w:ascii="Times New Roman" w:hAnsi="Times New Roman" w:eastAsia="宋体"/>
          <w:b w:val="0"/>
          <w:i w:val="0"/>
          <w:sz w:val="21"/>
        </w:rPr>
        <w:t>x = 64，</w:t>
      </w:r>
    </w:p>
    <w:p>
      <w:pPr>
        <w:spacing w:before="0" w:after="80" w:line="300" w:lineRule="auto"/>
        <w:jc w:val="left"/>
      </w:pPr>
      <w:r>
        <w:rPr>
          <w:rFonts w:ascii="Times New Roman" w:hAnsi="Times New Roman" w:eastAsia="宋体"/>
          <w:b w:val="0"/>
          <w:i w:val="0"/>
          <w:sz w:val="21"/>
        </w:rPr>
        <w:t>所以也有解。</w:t>
      </w:r>
    </w:p>
    <w:p>
      <w:pPr>
        <w:spacing w:before="0" w:after="80" w:line="300" w:lineRule="auto"/>
        <w:jc w:val="left"/>
      </w:pPr>
      <w:r>
        <w:rPr>
          <w:rFonts w:ascii="Times New Roman" w:hAnsi="Times New Roman" w:eastAsia="宋体"/>
          <w:b w:val="0"/>
          <w:i w:val="0"/>
          <w:sz w:val="21"/>
        </w:rPr>
        <w:t>最后，选项</w:t>
      </w:r>
      <w:r>
        <w:rPr>
          <w:rFonts w:ascii="Times New Roman" w:hAnsi="Times New Roman" w:eastAsia="宋体"/>
          <w:b/>
          <w:i w:val="0"/>
          <w:sz w:val="21"/>
        </w:rPr>
        <w:t>E</w:t>
      </w:r>
      <w:r>
        <w:rPr>
          <w:rFonts w:ascii="Times New Roman" w:hAnsi="Times New Roman" w:eastAsia="宋体"/>
          <w:b w:val="0"/>
          <w:i w:val="0"/>
          <w:sz w:val="21"/>
        </w:rPr>
        <w:t>化为</w:t>
      </w:r>
    </w:p>
    <w:p>
      <w:pPr>
        <w:spacing w:before="0" w:after="80" w:line="300" w:lineRule="auto"/>
        <w:jc w:val="left"/>
      </w:pPr>
      <w:r>
        <w:rPr>
          <w:rFonts w:ascii="Times New Roman" w:hAnsi="Times New Roman" w:eastAsia="宋体"/>
          <w:b w:val="0"/>
          <w:i w:val="0"/>
          <w:sz w:val="21"/>
        </w:rPr>
        <w:t>|-3x| = 4</w:t>
      </w:r>
    </w:p>
    <w:p>
      <w:pPr>
        <w:spacing w:before="0" w:after="80" w:line="300" w:lineRule="auto"/>
        <w:jc w:val="left"/>
      </w:pPr>
      <w:r>
        <w:rPr>
          <w:rFonts w:ascii="Times New Roman" w:hAnsi="Times New Roman" w:eastAsia="宋体"/>
          <w:b w:val="0"/>
          <w:i w:val="0"/>
          <w:sz w:val="21"/>
        </w:rPr>
        <w:t>-3x = ± 4</w:t>
      </w:r>
    </w:p>
    <w:p>
      <w:pPr>
        <w:spacing w:before="0" w:after="80" w:line="300" w:lineRule="auto"/>
        <w:jc w:val="left"/>
      </w:pPr>
      <w:r>
        <w:rPr>
          <w:rFonts w:ascii="Times New Roman" w:hAnsi="Times New Roman" w:eastAsia="宋体"/>
          <w:b w:val="0"/>
          <w:i w:val="0"/>
          <w:sz w:val="21"/>
        </w:rPr>
        <w:t>x = ± 4/3，</w:t>
      </w:r>
    </w:p>
    <w:p>
      <w:pPr>
        <w:spacing w:before="0" w:after="80" w:line="300" w:lineRule="auto"/>
        <w:jc w:val="left"/>
      </w:pPr>
      <w:r>
        <w:rPr>
          <w:rFonts w:ascii="Times New Roman" w:hAnsi="Times New Roman" w:eastAsia="宋体"/>
          <w:b w:val="0"/>
          <w:i w:val="0"/>
          <w:sz w:val="21"/>
        </w:rPr>
        <w:t>同样有解。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i w:val="0"/>
          <w:color w:val="333333"/>
          <w:sz w:val="19"/>
        </w:rPr>
        <w:t>A</w:t>
      </w:r>
      <w:r>
        <w:rPr>
          <w:rFonts w:ascii="Times New Roman" w:hAnsi="Times New Roman" w:eastAsia="宋体"/>
          <w:b w:val="0"/>
          <w:i w:val="0"/>
          <w:color w:val="333333"/>
          <w:sz w:val="19"/>
        </w:rPr>
        <w:t>simplifies to</w:t>
      </w:r>
    </w:p>
    <w:p>
      <w:pPr>
        <w:spacing w:before="0" w:after="80" w:line="300" w:lineRule="auto"/>
        <w:jc w:val="left"/>
      </w:pPr>
      <w:r>
        <w:rPr>
          <w:rFonts w:ascii="Times New Roman" w:hAnsi="Times New Roman" w:eastAsia="宋体"/>
          <w:b w:val="0"/>
          <w:i w:val="0"/>
          <w:color w:val="333333"/>
          <w:sz w:val="19"/>
        </w:rPr>
        <w:t>x + 7 = 0</w:t>
      </w:r>
    </w:p>
    <w:p>
      <w:pPr>
        <w:spacing w:before="0" w:after="80" w:line="300" w:lineRule="auto"/>
        <w:jc w:val="left"/>
      </w:pPr>
      <w:r>
        <w:rPr>
          <w:rFonts w:ascii="Times New Roman" w:hAnsi="Times New Roman" w:eastAsia="宋体"/>
          <w:b w:val="0"/>
          <w:i w:val="0"/>
          <w:color w:val="333333"/>
          <w:sz w:val="19"/>
        </w:rPr>
        <w:t>x = -7,</w:t>
      </w:r>
    </w:p>
    <w:p>
      <w:pPr>
        <w:spacing w:before="0" w:after="80" w:line="300" w:lineRule="auto"/>
        <w:jc w:val="left"/>
      </w:pPr>
      <w:r>
        <w:rPr>
          <w:rFonts w:ascii="Times New Roman" w:hAnsi="Times New Roman" w:eastAsia="宋体"/>
          <w:b w:val="0"/>
          <w:i w:val="0"/>
          <w:color w:val="333333"/>
          <w:sz w:val="19"/>
        </w:rPr>
        <w:t>so it has a solution.</w:t>
      </w:r>
    </w:p>
    <w:p>
      <w:pPr>
        <w:spacing w:before="0" w:after="80" w:line="300" w:lineRule="auto"/>
        <w:jc w:val="left"/>
      </w:pPr>
      <w:r>
        <w:rPr>
          <w:rFonts w:ascii="Times New Roman" w:hAnsi="Times New Roman" w:eastAsia="宋体"/>
          <w:b/>
          <w:i w:val="0"/>
          <w:color w:val="333333"/>
          <w:sz w:val="19"/>
        </w:rPr>
        <w:t>B</w:t>
      </w:r>
      <w:r>
        <w:rPr>
          <w:rFonts w:ascii="Times New Roman" w:hAnsi="Times New Roman" w:eastAsia="宋体"/>
          <w:b w:val="0"/>
          <w:i w:val="0"/>
          <w:color w:val="333333"/>
          <w:sz w:val="19"/>
        </w:rPr>
        <w:t>simplifies to</w:t>
      </w:r>
    </w:p>
    <w:p>
      <w:pPr>
        <w:spacing w:before="0" w:after="80" w:line="300" w:lineRule="auto"/>
        <w:jc w:val="left"/>
      </w:pPr>
      <w:r>
        <w:rPr>
          <w:rFonts w:ascii="Times New Roman" w:hAnsi="Times New Roman" w:eastAsia="宋体"/>
          <w:b w:val="0"/>
          <w:i w:val="0"/>
          <w:color w:val="333333"/>
          <w:sz w:val="19"/>
        </w:rPr>
        <w:t>|-3x| = -5,</w:t>
      </w:r>
    </w:p>
    <w:p>
      <w:pPr>
        <w:spacing w:before="0" w:after="80" w:line="300" w:lineRule="auto"/>
        <w:jc w:val="left"/>
      </w:pPr>
      <w:r>
        <w:rPr>
          <w:rFonts w:ascii="Times New Roman" w:hAnsi="Times New Roman" w:eastAsia="宋体"/>
          <w:b w:val="0"/>
          <w:i w:val="0"/>
          <w:color w:val="333333"/>
          <w:sz w:val="19"/>
        </w:rPr>
        <w:t>which has no solution since absolute value makes everything positive.</w:t>
      </w:r>
    </w:p>
    <w:p>
      <w:pPr>
        <w:spacing w:before="0" w:after="80" w:line="300" w:lineRule="auto"/>
        <w:jc w:val="left"/>
      </w:pPr>
      <w:r>
        <w:rPr>
          <w:rFonts w:ascii="Times New Roman" w:hAnsi="Times New Roman" w:eastAsia="宋体"/>
          <w:b w:val="0"/>
          <w:i w:val="0"/>
          <w:color w:val="333333"/>
          <w:sz w:val="19"/>
        </w:rPr>
        <w:t>Let us make sure that all the other choices have solutions.</w:t>
      </w:r>
    </w:p>
    <w:p>
      <w:pPr>
        <w:spacing w:before="0" w:after="80" w:line="300" w:lineRule="auto"/>
        <w:jc w:val="left"/>
      </w:pPr>
      <w:r>
        <w:rPr>
          <w:rFonts w:ascii="Times New Roman" w:hAnsi="Times New Roman" w:eastAsia="宋体"/>
          <w:b/>
          <w:i w:val="0"/>
          <w:color w:val="333333"/>
          <w:sz w:val="19"/>
        </w:rPr>
        <w:t>C</w:t>
      </w:r>
      <w:r>
        <w:rPr>
          <w:rFonts w:ascii="Times New Roman" w:hAnsi="Times New Roman" w:eastAsia="宋体"/>
          <w:b w:val="0"/>
          <w:i w:val="0"/>
          <w:color w:val="333333"/>
          <w:sz w:val="19"/>
        </w:rPr>
        <w:t>simplifies to</w:t>
      </w:r>
    </w:p>
    <w:p>
      <w:pPr>
        <w:spacing w:before="0" w:after="80" w:line="300" w:lineRule="auto"/>
        <w:jc w:val="left"/>
      </w:pPr>
      <w:r>
        <w:rPr>
          <w:rFonts w:ascii="Times New Roman" w:hAnsi="Times New Roman" w:eastAsia="宋体"/>
          <w:b w:val="0"/>
          <w:i w:val="0"/>
          <w:color w:val="333333"/>
          <w:sz w:val="19"/>
        </w:rPr>
        <w:t>√(-x) = 2</w:t>
      </w:r>
    </w:p>
    <w:p>
      <w:pPr>
        <w:spacing w:before="0" w:after="80" w:line="300" w:lineRule="auto"/>
        <w:jc w:val="left"/>
      </w:pPr>
      <w:r>
        <w:rPr>
          <w:rFonts w:ascii="Times New Roman" w:hAnsi="Times New Roman" w:eastAsia="宋体"/>
          <w:b w:val="0"/>
          <w:i w:val="0"/>
          <w:color w:val="333333"/>
          <w:sz w:val="19"/>
        </w:rPr>
        <w:t>-x = 4</w:t>
      </w:r>
    </w:p>
    <w:p>
      <w:pPr>
        <w:spacing w:before="0" w:after="80" w:line="300" w:lineRule="auto"/>
        <w:jc w:val="left"/>
      </w:pPr>
      <w:r>
        <w:rPr>
          <w:rFonts w:ascii="Times New Roman" w:hAnsi="Times New Roman" w:eastAsia="宋体"/>
          <w:b w:val="0"/>
          <w:i w:val="0"/>
          <w:color w:val="333333"/>
          <w:sz w:val="19"/>
        </w:rPr>
        <w:t>x = -4,</w:t>
      </w:r>
    </w:p>
    <w:p>
      <w:pPr>
        <w:spacing w:before="0" w:after="80" w:line="300" w:lineRule="auto"/>
        <w:jc w:val="left"/>
      </w:pPr>
      <w:r>
        <w:rPr>
          <w:rFonts w:ascii="Times New Roman" w:hAnsi="Times New Roman" w:eastAsia="宋体"/>
          <w:b w:val="0"/>
          <w:i w:val="0"/>
          <w:color w:val="333333"/>
          <w:sz w:val="19"/>
        </w:rPr>
        <w:t>which is fine.</w:t>
      </w:r>
    </w:p>
    <w:p>
      <w:pPr>
        <w:spacing w:before="0" w:after="80" w:line="300" w:lineRule="auto"/>
        <w:jc w:val="left"/>
      </w:pPr>
      <w:r>
        <w:rPr>
          <w:rFonts w:ascii="Times New Roman" w:hAnsi="Times New Roman" w:eastAsia="宋体"/>
          <w:b/>
          <w:i w:val="0"/>
          <w:color w:val="333333"/>
          <w:sz w:val="19"/>
        </w:rPr>
        <w:t>D</w:t>
      </w:r>
      <w:r>
        <w:rPr>
          <w:rFonts w:ascii="Times New Roman" w:hAnsi="Times New Roman" w:eastAsia="宋体"/>
          <w:b w:val="0"/>
          <w:i w:val="0"/>
          <w:color w:val="333333"/>
          <w:sz w:val="19"/>
        </w:rPr>
        <w:t>simplifies to</w:t>
      </w:r>
    </w:p>
    <w:p>
      <w:pPr>
        <w:spacing w:before="0" w:after="80" w:line="300" w:lineRule="auto"/>
        <w:jc w:val="left"/>
      </w:pPr>
      <w:r>
        <w:rPr>
          <w:rFonts w:ascii="Times New Roman" w:hAnsi="Times New Roman" w:eastAsia="宋体"/>
          <w:b w:val="0"/>
          <w:i w:val="0"/>
          <w:color w:val="333333"/>
          <w:sz w:val="19"/>
        </w:rPr>
        <w:t>√(x) = 8</w:t>
      </w:r>
    </w:p>
    <w:p>
      <w:pPr>
        <w:spacing w:before="0" w:after="80" w:line="300" w:lineRule="auto"/>
        <w:jc w:val="left"/>
      </w:pPr>
      <w:r>
        <w:rPr>
          <w:rFonts w:ascii="Times New Roman" w:hAnsi="Times New Roman" w:eastAsia="宋体"/>
          <w:b w:val="0"/>
          <w:i w:val="0"/>
          <w:color w:val="333333"/>
          <w:sz w:val="19"/>
        </w:rPr>
        <w:t>x = 64,</w:t>
      </w:r>
    </w:p>
    <w:p>
      <w:pPr>
        <w:spacing w:before="0" w:after="80" w:line="300" w:lineRule="auto"/>
        <w:jc w:val="left"/>
      </w:pPr>
      <w:r>
        <w:rPr>
          <w:rFonts w:ascii="Times New Roman" w:hAnsi="Times New Roman" w:eastAsia="宋体"/>
          <w:b w:val="0"/>
          <w:i w:val="0"/>
          <w:color w:val="333333"/>
          <w:sz w:val="19"/>
        </w:rPr>
        <w:t>which works.</w:t>
      </w:r>
    </w:p>
    <w:p>
      <w:pPr>
        <w:spacing w:before="0" w:after="80" w:line="300" w:lineRule="auto"/>
        <w:jc w:val="left"/>
      </w:pPr>
      <w:r>
        <w:rPr>
          <w:rFonts w:ascii="Times New Roman" w:hAnsi="Times New Roman" w:eastAsia="宋体"/>
          <w:b w:val="0"/>
          <w:i w:val="0"/>
          <w:color w:val="333333"/>
          <w:sz w:val="19"/>
        </w:rPr>
        <w:t>Finally,</w:t>
      </w:r>
      <w:r>
        <w:rPr>
          <w:rFonts w:ascii="Times New Roman" w:hAnsi="Times New Roman" w:eastAsia="宋体"/>
          <w:b/>
          <w:i w:val="0"/>
          <w:color w:val="333333"/>
          <w:sz w:val="19"/>
        </w:rPr>
        <w:t>E</w:t>
      </w:r>
      <w:r>
        <w:rPr>
          <w:rFonts w:ascii="Times New Roman" w:hAnsi="Times New Roman" w:eastAsia="宋体"/>
          <w:b w:val="0"/>
          <w:i w:val="0"/>
          <w:color w:val="333333"/>
          <w:sz w:val="19"/>
        </w:rPr>
        <w:t>simplifies to</w:t>
      </w:r>
    </w:p>
    <w:p>
      <w:pPr>
        <w:spacing w:before="0" w:after="80" w:line="300" w:lineRule="auto"/>
        <w:jc w:val="left"/>
      </w:pPr>
      <w:r>
        <w:rPr>
          <w:rFonts w:ascii="Times New Roman" w:hAnsi="Times New Roman" w:eastAsia="宋体"/>
          <w:b w:val="0"/>
          <w:i w:val="0"/>
          <w:color w:val="333333"/>
          <w:sz w:val="19"/>
        </w:rPr>
        <w:t>|-3x| = 4</w:t>
      </w:r>
    </w:p>
    <w:p>
      <w:pPr>
        <w:spacing w:before="0" w:after="80" w:line="300" w:lineRule="auto"/>
        <w:jc w:val="left"/>
      </w:pPr>
      <w:r>
        <w:rPr>
          <w:rFonts w:ascii="Times New Roman" w:hAnsi="Times New Roman" w:eastAsia="宋体"/>
          <w:b w:val="0"/>
          <w:i w:val="0"/>
          <w:color w:val="333333"/>
          <w:sz w:val="19"/>
        </w:rPr>
        <w:t>-3x = ± 4</w:t>
      </w:r>
    </w:p>
    <w:p>
      <w:pPr>
        <w:spacing w:before="0" w:after="80" w:line="300" w:lineRule="auto"/>
        <w:jc w:val="left"/>
      </w:pPr>
      <w:r>
        <w:rPr>
          <w:rFonts w:ascii="Times New Roman" w:hAnsi="Times New Roman" w:eastAsia="宋体"/>
          <w:b w:val="0"/>
          <w:i w:val="0"/>
          <w:color w:val="333333"/>
          <w:sz w:val="19"/>
        </w:rPr>
        <w:t>x = ± 4/3,</w:t>
      </w:r>
    </w:p>
    <w:p>
      <w:pPr>
        <w:spacing w:before="0" w:after="80" w:line="300" w:lineRule="auto"/>
        <w:jc w:val="left"/>
      </w:pPr>
      <w:r>
        <w:rPr>
          <w:rFonts w:ascii="Times New Roman" w:hAnsi="Times New Roman" w:eastAsia="宋体"/>
          <w:b w:val="0"/>
          <w:i w:val="0"/>
          <w:color w:val="333333"/>
          <w:sz w:val="19"/>
        </w:rPr>
        <w:t>which has a solution as well.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不妨设共有 100 只鸟，则不是天鹅的有 75 只。所求百分比为</w:t>
      </w:r>
    </w:p>
    <w:p>
      <w:pPr>
        <w:spacing w:before="0" w:after="80" w:line="300" w:lineRule="auto"/>
        <w:jc w:val="left"/>
      </w:pPr>
      <w:r>
        <w:rPr>
          <w:rFonts w:ascii="Times New Roman" w:hAnsi="Times New Roman" w:eastAsia="宋体"/>
          <w:b w:val="0"/>
          <w:i w:val="0"/>
          <w:sz w:val="21"/>
        </w:rPr>
        <w:t>30/75 · 100 = 40 %。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WLOG, let there be 100 birds. Then 75 birds are not swans. The desired percentage is then</w:t>
      </w:r>
    </w:p>
    <w:p>
      <w:pPr>
        <w:spacing w:before="0" w:after="80" w:line="300" w:lineRule="auto"/>
        <w:jc w:val="left"/>
      </w:pPr>
      <w:r>
        <w:rPr>
          <w:rFonts w:ascii="Times New Roman" w:hAnsi="Times New Roman" w:eastAsia="宋体"/>
          <w:b w:val="0"/>
          <w:i w:val="0"/>
          <w:color w:val="333333"/>
          <w:sz w:val="19"/>
        </w:rPr>
        <w:t>30/75 · 100 = 40 %.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该区域是长方形，两条边长分别为</w:t>
      </w:r>
    </w:p>
    <w:p>
      <w:pPr>
        <w:spacing w:before="0" w:after="80" w:line="300" w:lineRule="auto"/>
        <w:jc w:val="left"/>
      </w:pPr>
      <w:r>
        <w:rPr>
          <w:rFonts w:ascii="Times New Roman" w:hAnsi="Times New Roman" w:eastAsia="宋体"/>
          <w:b w:val="0"/>
          <w:i w:val="0"/>
          <w:sz w:val="21"/>
        </w:rPr>
        <w:t>a - (-b) = a + b</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d - (-c) = c + d。</w:t>
      </w:r>
    </w:p>
    <w:p>
      <w:pPr>
        <w:spacing w:before="0" w:after="80" w:line="300" w:lineRule="auto"/>
        <w:jc w:val="left"/>
      </w:pPr>
      <w:r>
        <w:rPr>
          <w:rFonts w:ascii="Times New Roman" w:hAnsi="Times New Roman" w:eastAsia="宋体"/>
          <w:b w:val="0"/>
          <w:i w:val="0"/>
          <w:sz w:val="21"/>
        </w:rPr>
        <w:t>因此面积为</w:t>
      </w:r>
    </w:p>
    <w:p>
      <w:pPr>
        <w:spacing w:before="0" w:after="80" w:line="300" w:lineRule="auto"/>
        <w:jc w:val="left"/>
      </w:pPr>
      <w:r>
        <w:rPr>
          <w:rFonts w:ascii="Times New Roman" w:hAnsi="Times New Roman" w:eastAsia="宋体"/>
          <w:b w:val="0"/>
          <w:i w:val="0"/>
          <w:sz w:val="21"/>
        </w:rPr>
        <w:t>(a + b)(c + d) =</w:t>
      </w:r>
    </w:p>
    <w:p>
      <w:pPr>
        <w:spacing w:before="0" w:after="80" w:line="300" w:lineRule="auto"/>
        <w:jc w:val="left"/>
      </w:pPr>
      <w:r>
        <w:rPr>
          <w:rFonts w:ascii="Times New Roman" w:hAnsi="Times New Roman" w:eastAsia="宋体"/>
          <w:b w:val="0"/>
          <w:i w:val="0"/>
          <w:sz w:val="21"/>
        </w:rPr>
        <w:t>ac + ad + bc + bd。</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region is a rectangle with side lengths</w:t>
      </w:r>
    </w:p>
    <w:p>
      <w:pPr>
        <w:spacing w:before="0" w:after="80" w:line="300" w:lineRule="auto"/>
        <w:jc w:val="left"/>
      </w:pPr>
      <w:r>
        <w:rPr>
          <w:rFonts w:ascii="Times New Roman" w:hAnsi="Times New Roman" w:eastAsia="宋体"/>
          <w:b w:val="0"/>
          <w:i w:val="0"/>
          <w:color w:val="333333"/>
          <w:sz w:val="19"/>
        </w:rPr>
        <w:t>a - (-b) = a + b</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d - (-c) = c + d.</w:t>
      </w:r>
    </w:p>
    <w:p>
      <w:pPr>
        <w:spacing w:before="0" w:after="80" w:line="300" w:lineRule="auto"/>
        <w:jc w:val="left"/>
      </w:pPr>
      <w:r>
        <w:rPr>
          <w:rFonts w:ascii="Times New Roman" w:hAnsi="Times New Roman" w:eastAsia="宋体"/>
          <w:b w:val="0"/>
          <w:i w:val="0"/>
          <w:color w:val="333333"/>
          <w:sz w:val="19"/>
        </w:rPr>
        <w:t>The area is then</w:t>
      </w:r>
    </w:p>
    <w:p>
      <w:pPr>
        <w:spacing w:before="0" w:after="80" w:line="300" w:lineRule="auto"/>
        <w:jc w:val="left"/>
      </w:pPr>
      <w:r>
        <w:rPr>
          <w:rFonts w:ascii="Times New Roman" w:hAnsi="Times New Roman" w:eastAsia="宋体"/>
          <w:b w:val="0"/>
          <w:i w:val="0"/>
          <w:color w:val="333333"/>
          <w:sz w:val="19"/>
        </w:rPr>
        <w:t>(a + b)(c + d) =</w:t>
      </w:r>
    </w:p>
    <w:p>
      <w:pPr>
        <w:spacing w:before="0" w:after="80" w:line="300" w:lineRule="auto"/>
        <w:jc w:val="left"/>
      </w:pPr>
      <w:r>
        <w:rPr>
          <w:rFonts w:ascii="Times New Roman" w:hAnsi="Times New Roman" w:eastAsia="宋体"/>
          <w:b w:val="0"/>
          <w:i w:val="0"/>
          <w:color w:val="333333"/>
          <w:sz w:val="19"/>
        </w:rPr>
        <w:t>ac + ad + bc + bd.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设每人买 p 支铅笔，买铅笔的学生有 s 人，每支铅笔 c 美分。</w:t>
      </w:r>
    </w:p>
    <w:p>
      <w:pPr>
        <w:spacing w:before="0" w:after="80" w:line="300" w:lineRule="auto"/>
        <w:jc w:val="left"/>
      </w:pPr>
      <w:r>
        <w:rPr>
          <w:rFonts w:ascii="Times New Roman" w:hAnsi="Times New Roman" w:eastAsia="宋体"/>
          <w:b w:val="0"/>
          <w:i w:val="0"/>
          <w:sz w:val="21"/>
        </w:rPr>
        <w:t>则</w:t>
      </w:r>
    </w:p>
    <w:p>
      <w:pPr>
        <w:spacing w:before="0" w:after="80" w:line="300" w:lineRule="auto"/>
        <w:jc w:val="left"/>
      </w:pPr>
      <w:r>
        <w:rPr>
          <w:rFonts w:ascii="Times New Roman" w:hAnsi="Times New Roman" w:eastAsia="宋体"/>
          <w:b w:val="0"/>
          <w:i w:val="0"/>
          <w:sz w:val="21"/>
        </w:rPr>
        <w:t>psc = 1771 = 7 · 11 · 23。</w:t>
      </w:r>
    </w:p>
    <w:p>
      <w:pPr>
        <w:spacing w:before="0" w:after="80" w:line="300" w:lineRule="auto"/>
        <w:jc w:val="left"/>
      </w:pPr>
      <w:r>
        <w:rPr>
          <w:rFonts w:ascii="Times New Roman" w:hAnsi="Times New Roman" w:eastAsia="宋体"/>
          <w:b w:val="0"/>
          <w:i w:val="0"/>
          <w:sz w:val="21"/>
        </w:rPr>
        <w:t>还必须满足</w:t>
      </w:r>
    </w:p>
    <w:p>
      <w:pPr>
        <w:spacing w:before="0" w:after="80" w:line="300" w:lineRule="auto"/>
        <w:jc w:val="left"/>
      </w:pPr>
      <w:r>
        <w:rPr>
          <w:rFonts w:ascii="Times New Roman" w:hAnsi="Times New Roman" w:eastAsia="宋体"/>
          <w:b w:val="0"/>
          <w:i w:val="0"/>
          <w:sz w:val="21"/>
        </w:rPr>
        <w:t>30 ≥ s &gt; 15, p &gt; 1, c &gt; p。</w:t>
      </w:r>
    </w:p>
    <w:p>
      <w:pPr>
        <w:spacing w:before="0" w:after="80" w:line="300" w:lineRule="auto"/>
        <w:jc w:val="left"/>
      </w:pPr>
      <w:r>
        <w:rPr>
          <w:rFonts w:ascii="Times New Roman" w:hAnsi="Times New Roman" w:eastAsia="宋体"/>
          <w:b w:val="0"/>
          <w:i w:val="0"/>
          <w:sz w:val="21"/>
        </w:rPr>
        <w:t>由质因数分解，唯一满足学生人数条件的是 s = 23。</w:t>
      </w:r>
    </w:p>
    <w:p>
      <w:pPr>
        <w:spacing w:before="0" w:after="80" w:line="300" w:lineRule="auto"/>
        <w:jc w:val="left"/>
      </w:pPr>
      <w:r>
        <w:rPr>
          <w:rFonts w:ascii="Times New Roman" w:hAnsi="Times New Roman" w:eastAsia="宋体"/>
          <w:b w:val="0"/>
          <w:i w:val="0"/>
          <w:sz w:val="21"/>
        </w:rPr>
        <w:t>剩下的因数是七和十一；结合价格大于购买数量的条件，得到 p = 7、c =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number of pencils that each student bought, s be the number of students that bought pencils, and c be the cost of a pencil.</w:t>
      </w:r>
    </w:p>
    <w:p>
      <w:pPr>
        <w:spacing w:before="0" w:after="80" w:line="300" w:lineRule="auto"/>
        <w:jc w:val="left"/>
      </w:pPr>
      <w:r>
        <w:rPr>
          <w:rFonts w:ascii="Times New Roman" w:hAnsi="Times New Roman" w:eastAsia="宋体"/>
          <w:b w:val="0"/>
          <w:i w:val="0"/>
          <w:color w:val="333333"/>
          <w:sz w:val="19"/>
        </w:rPr>
        <w:t>We have that</w:t>
      </w:r>
    </w:p>
    <w:p>
      <w:pPr>
        <w:spacing w:before="0" w:after="80" w:line="300" w:lineRule="auto"/>
        <w:jc w:val="left"/>
      </w:pPr>
      <w:r>
        <w:rPr>
          <w:rFonts w:ascii="Times New Roman" w:hAnsi="Times New Roman" w:eastAsia="宋体"/>
          <w:b w:val="0"/>
          <w:i w:val="0"/>
          <w:color w:val="333333"/>
          <w:sz w:val="19"/>
        </w:rPr>
        <w:t>psc = 1771 = 7 · 11 · 23.</w:t>
      </w:r>
    </w:p>
    <w:p>
      <w:pPr>
        <w:spacing w:before="0" w:after="80" w:line="300" w:lineRule="auto"/>
        <w:jc w:val="left"/>
      </w:pPr>
      <w:r>
        <w:rPr>
          <w:rFonts w:ascii="Times New Roman" w:hAnsi="Times New Roman" w:eastAsia="宋体"/>
          <w:b w:val="0"/>
          <w:i w:val="0"/>
          <w:color w:val="333333"/>
          <w:sz w:val="19"/>
        </w:rPr>
        <w:t>We also have the following restrictions:</w:t>
      </w:r>
    </w:p>
    <w:p>
      <w:pPr>
        <w:spacing w:before="0" w:after="80" w:line="300" w:lineRule="auto"/>
        <w:jc w:val="left"/>
      </w:pPr>
      <w:r>
        <w:rPr>
          <w:rFonts w:ascii="Times New Roman" w:hAnsi="Times New Roman" w:eastAsia="宋体"/>
          <w:b w:val="0"/>
          <w:i w:val="0"/>
          <w:color w:val="333333"/>
          <w:sz w:val="19"/>
        </w:rPr>
        <w:t>30 ≥ s &gt; 15, p &gt; 1, c &gt; p.</w:t>
      </w:r>
    </w:p>
    <w:p>
      <w:pPr>
        <w:spacing w:before="0" w:after="80" w:line="300" w:lineRule="auto"/>
        <w:jc w:val="left"/>
      </w:pPr>
      <w:r>
        <w:rPr>
          <w:rFonts w:ascii="Times New Roman" w:hAnsi="Times New Roman" w:eastAsia="宋体"/>
          <w:b w:val="0"/>
          <w:i w:val="0"/>
          <w:color w:val="333333"/>
          <w:sz w:val="19"/>
        </w:rPr>
        <w:t>From the above prime factorization, we have that s = 23 is the only value that satisfies the conditions.</w:t>
      </w:r>
    </w:p>
    <w:p>
      <w:pPr>
        <w:spacing w:before="0" w:after="80" w:line="300" w:lineRule="auto"/>
        <w:jc w:val="left"/>
      </w:pPr>
      <w:r>
        <w:rPr>
          <w:rFonts w:ascii="Times New Roman" w:hAnsi="Times New Roman" w:eastAsia="宋体"/>
          <w:b w:val="0"/>
          <w:i w:val="0"/>
          <w:color w:val="333333"/>
          <w:sz w:val="19"/>
        </w:rPr>
        <w:t>Finally, we get that p = 7 and c = 11 are the only remaining values that satisfy the other conditions.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设 x = EB，则 AB = 8x。对 EFGH 的一条边所在的直角三角形使用勾股定理，得该边长为</w:t>
      </w:r>
    </w:p>
    <w:p>
      <w:pPr>
        <w:spacing w:before="0" w:after="80" w:line="300" w:lineRule="auto"/>
        <w:jc w:val="left"/>
      </w:pPr>
      <w:r>
        <w:rPr>
          <w:rFonts w:ascii="Times New Roman" w:hAnsi="Times New Roman" w:eastAsia="宋体"/>
          <w:b w:val="0"/>
          <w:i w:val="0"/>
          <w:sz w:val="21"/>
        </w:rPr>
        <w:t>√((7x)² + x²) = √(50x²)</w:t>
      </w:r>
    </w:p>
    <w:p>
      <w:pPr>
        <w:spacing w:before="0" w:after="80" w:line="300" w:lineRule="auto"/>
        <w:jc w:val="left"/>
      </w:pPr>
      <w:r>
        <w:rPr>
          <w:rFonts w:ascii="Times New Roman" w:hAnsi="Times New Roman" w:eastAsia="宋体"/>
          <w:b w:val="0"/>
          <w:i w:val="0"/>
          <w:sz w:val="21"/>
        </w:rPr>
        <w:t>因此所求面积比为</w:t>
      </w:r>
    </w:p>
    <w:p>
      <w:pPr>
        <w:spacing w:before="0" w:after="80" w:line="300" w:lineRule="auto"/>
        <w:jc w:val="left"/>
      </w:pPr>
      <w:r>
        <w:rPr>
          <w:rFonts w:ascii="Times New Roman" w:hAnsi="Times New Roman" w:eastAsia="宋体"/>
          <w:b w:val="0"/>
          <w:i w:val="0"/>
          <w:sz w:val="21"/>
        </w:rPr>
        <w:t>(√(50x²)²)/((8x)²) = 50/64 = 25/32。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 EB. Then AB = 8x. Applying the Pythagorean Theorem to a side of EFGH, we get</w:t>
      </w:r>
    </w:p>
    <w:p>
      <w:pPr>
        <w:spacing w:before="0" w:after="80" w:line="300" w:lineRule="auto"/>
        <w:jc w:val="left"/>
      </w:pPr>
      <w:r>
        <w:rPr>
          <w:rFonts w:ascii="Times New Roman" w:hAnsi="Times New Roman" w:eastAsia="宋体"/>
          <w:b w:val="0"/>
          <w:i w:val="0"/>
          <w:color w:val="333333"/>
          <w:sz w:val="19"/>
        </w:rPr>
        <w:t>√((7x)² + x²) = √(50x²)</w:t>
      </w:r>
    </w:p>
    <w:p>
      <w:pPr>
        <w:spacing w:before="0" w:after="80" w:line="300" w:lineRule="auto"/>
        <w:jc w:val="left"/>
      </w:pPr>
      <w:r>
        <w:rPr>
          <w:rFonts w:ascii="Times New Roman" w:hAnsi="Times New Roman" w:eastAsia="宋体"/>
          <w:b w:val="0"/>
          <w:i w:val="0"/>
          <w:color w:val="333333"/>
          <w:sz w:val="19"/>
        </w:rPr>
        <w:t>The desired ratio is then</w:t>
      </w:r>
    </w:p>
    <w:p>
      <w:pPr>
        <w:spacing w:before="0" w:after="80" w:line="300" w:lineRule="auto"/>
        <w:jc w:val="left"/>
      </w:pPr>
      <w:r>
        <w:rPr>
          <w:rFonts w:ascii="Times New Roman" w:hAnsi="Times New Roman" w:eastAsia="宋体"/>
          <w:b w:val="0"/>
          <w:i w:val="0"/>
          <w:color w:val="333333"/>
          <w:sz w:val="19"/>
        </w:rPr>
        <w:t>(√(50x²)²)/((8x)²) = 50/64 = 25/32.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设投进的两分球数为 x，则</w:t>
      </w:r>
    </w:p>
    <w:p>
      <w:pPr>
        <w:spacing w:before="0" w:after="80" w:line="300" w:lineRule="auto"/>
        <w:jc w:val="left"/>
      </w:pPr>
      <w:r>
        <w:rPr>
          <w:rFonts w:ascii="Times New Roman" w:hAnsi="Times New Roman" w:eastAsia="宋体"/>
          <w:b w:val="0"/>
          <w:i w:val="0"/>
          <w:sz w:val="21"/>
        </w:rPr>
        <w:t>2x + 2x + (x + 1) = 61，</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5x + 1 = 61</w:t>
      </w:r>
    </w:p>
    <w:p>
      <w:pPr>
        <w:spacing w:before="0" w:after="80" w:line="300" w:lineRule="auto"/>
        <w:jc w:val="left"/>
      </w:pPr>
      <w:r>
        <w:rPr>
          <w:rFonts w:ascii="Times New Roman" w:hAnsi="Times New Roman" w:eastAsia="宋体"/>
          <w:b w:val="0"/>
          <w:i w:val="0"/>
          <w:sz w:val="21"/>
        </w:rPr>
        <w:t>x = 12。</w:t>
      </w:r>
    </w:p>
    <w:p>
      <w:pPr>
        <w:spacing w:before="0" w:after="80" w:line="300" w:lineRule="auto"/>
        <w:jc w:val="left"/>
      </w:pPr>
      <w:r>
        <w:rPr>
          <w:rFonts w:ascii="Times New Roman" w:hAnsi="Times New Roman" w:eastAsia="宋体"/>
          <w:b w:val="0"/>
          <w:i w:val="0"/>
          <w:sz w:val="21"/>
        </w:rPr>
        <w:t>因此罚球数为 12 + 1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successful two-point shots. Then we have that</w:t>
      </w:r>
    </w:p>
    <w:p>
      <w:pPr>
        <w:spacing w:before="0" w:after="80" w:line="300" w:lineRule="auto"/>
        <w:jc w:val="left"/>
      </w:pPr>
      <w:r>
        <w:rPr>
          <w:rFonts w:ascii="Times New Roman" w:hAnsi="Times New Roman" w:eastAsia="宋体"/>
          <w:b w:val="0"/>
          <w:i w:val="0"/>
          <w:color w:val="333333"/>
          <w:sz w:val="19"/>
        </w:rPr>
        <w:t>2x + 2x + (x + 1) = 61,</w:t>
      </w:r>
    </w:p>
    <w:p>
      <w:pPr>
        <w:spacing w:before="0" w:after="80" w:line="300" w:lineRule="auto"/>
        <w:jc w:val="left"/>
      </w:pPr>
      <w:r>
        <w:rPr>
          <w:rFonts w:ascii="Times New Roman" w:hAnsi="Times New Roman" w:eastAsia="宋体"/>
          <w:b w:val="0"/>
          <w:i w:val="0"/>
          <w:color w:val="333333"/>
          <w:sz w:val="19"/>
        </w:rPr>
        <w:t>which simplifies to</w:t>
      </w:r>
    </w:p>
    <w:p>
      <w:pPr>
        <w:spacing w:before="0" w:after="80" w:line="300" w:lineRule="auto"/>
        <w:jc w:val="left"/>
      </w:pPr>
      <w:r>
        <w:rPr>
          <w:rFonts w:ascii="Times New Roman" w:hAnsi="Times New Roman" w:eastAsia="宋体"/>
          <w:b w:val="0"/>
          <w:i w:val="0"/>
          <w:color w:val="333333"/>
          <w:sz w:val="19"/>
        </w:rPr>
        <w:t>5x + 1 = 61</w:t>
      </w:r>
    </w:p>
    <w:p>
      <w:pPr>
        <w:spacing w:before="0" w:after="80" w:line="300" w:lineRule="auto"/>
        <w:jc w:val="left"/>
      </w:pPr>
      <w:r>
        <w:rPr>
          <w:rFonts w:ascii="Times New Roman" w:hAnsi="Times New Roman" w:eastAsia="宋体"/>
          <w:b w:val="0"/>
          <w:i w:val="0"/>
          <w:color w:val="333333"/>
          <w:sz w:val="19"/>
        </w:rPr>
        <w:t>x = 12.</w:t>
      </w:r>
    </w:p>
    <w:p>
      <w:pPr>
        <w:spacing w:before="0" w:after="80" w:line="300" w:lineRule="auto"/>
        <w:jc w:val="left"/>
      </w:pPr>
      <w:r>
        <w:rPr>
          <w:rFonts w:ascii="Times New Roman" w:hAnsi="Times New Roman" w:eastAsia="宋体"/>
          <w:b w:val="0"/>
          <w:i w:val="0"/>
          <w:color w:val="333333"/>
          <w:sz w:val="19"/>
        </w:rPr>
        <w:t>The number of successful free throws is then 12 + 1 =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百位只能是 2 或 5，因此按这个数值分情况讨论。</w:t>
      </w:r>
    </w:p>
    <w:p>
      <w:pPr>
        <w:spacing w:before="0" w:after="80" w:line="300" w:lineRule="auto"/>
        <w:jc w:val="left"/>
      </w:pPr>
      <w:r>
        <w:rPr>
          <w:rFonts w:ascii="Times New Roman" w:hAnsi="Times New Roman" w:eastAsia="宋体"/>
          <w:b/>
          <w:i w:val="0"/>
          <w:sz w:val="21"/>
        </w:rPr>
        <w:t>情况 1：</w:t>
      </w:r>
      <w:r>
        <w:rPr>
          <w:rFonts w:ascii="Times New Roman" w:hAnsi="Times New Roman" w:eastAsia="宋体"/>
          <w:b w:val="0"/>
          <w:i w:val="0"/>
          <w:sz w:val="21"/>
        </w:rPr>
        <w:t>百位是 2。</w:t>
      </w:r>
    </w:p>
    <w:p>
      <w:pPr>
        <w:spacing w:before="0" w:after="80" w:line="300" w:lineRule="auto"/>
        <w:jc w:val="left"/>
      </w:pPr>
      <w:r>
        <w:rPr>
          <w:rFonts w:ascii="Times New Roman" w:hAnsi="Times New Roman" w:eastAsia="宋体"/>
          <w:b w:val="0"/>
          <w:i w:val="0"/>
          <w:sz w:val="21"/>
        </w:rPr>
        <w:t>此时个位只能是 8，十位还有 4 种选择。</w:t>
      </w:r>
    </w:p>
    <w:p>
      <w:pPr>
        <w:spacing w:before="0" w:after="80" w:line="300" w:lineRule="auto"/>
        <w:jc w:val="left"/>
      </w:pPr>
      <w:r>
        <w:rPr>
          <w:rFonts w:ascii="Times New Roman" w:hAnsi="Times New Roman" w:eastAsia="宋体"/>
          <w:b w:val="0"/>
          <w:i w:val="0"/>
          <w:sz w:val="21"/>
        </w:rPr>
        <w:t>这一情况得到 1 · 4 = 4 个数。</w:t>
      </w:r>
    </w:p>
    <w:p>
      <w:pPr>
        <w:spacing w:before="0" w:after="80" w:line="300" w:lineRule="auto"/>
        <w:jc w:val="left"/>
      </w:pPr>
      <w:r>
        <w:rPr>
          <w:rFonts w:ascii="Times New Roman" w:hAnsi="Times New Roman" w:eastAsia="宋体"/>
          <w:b/>
          <w:i w:val="0"/>
          <w:sz w:val="21"/>
        </w:rPr>
        <w:t>情况 2：</w:t>
      </w:r>
      <w:r>
        <w:rPr>
          <w:rFonts w:ascii="Times New Roman" w:hAnsi="Times New Roman" w:eastAsia="宋体"/>
          <w:b w:val="0"/>
          <w:i w:val="0"/>
          <w:sz w:val="21"/>
        </w:rPr>
        <w:t>百位是 5。</w:t>
      </w:r>
    </w:p>
    <w:p>
      <w:pPr>
        <w:spacing w:before="0" w:after="80" w:line="300" w:lineRule="auto"/>
        <w:jc w:val="left"/>
      </w:pPr>
      <w:r>
        <w:rPr>
          <w:rFonts w:ascii="Times New Roman" w:hAnsi="Times New Roman" w:eastAsia="宋体"/>
          <w:b w:val="0"/>
          <w:i w:val="0"/>
          <w:sz w:val="21"/>
        </w:rPr>
        <w:t>同理，个位只能选 2 或 8，十位还有 4 种选择。</w:t>
      </w:r>
    </w:p>
    <w:p>
      <w:pPr>
        <w:spacing w:before="0" w:after="80" w:line="300" w:lineRule="auto"/>
        <w:jc w:val="left"/>
      </w:pPr>
      <w:r>
        <w:rPr>
          <w:rFonts w:ascii="Times New Roman" w:hAnsi="Times New Roman" w:eastAsia="宋体"/>
          <w:b w:val="0"/>
          <w:i w:val="0"/>
          <w:sz w:val="21"/>
        </w:rPr>
        <w:t>这一情况给出 2 · 4 = 8 个数。</w:t>
      </w:r>
    </w:p>
    <w:p>
      <w:pPr>
        <w:spacing w:before="0" w:after="80" w:line="300" w:lineRule="auto"/>
        <w:jc w:val="left"/>
      </w:pPr>
      <w:r>
        <w:rPr>
          <w:rFonts w:ascii="Times New Roman" w:hAnsi="Times New Roman" w:eastAsia="宋体"/>
          <w:b w:val="0"/>
          <w:i w:val="0"/>
          <w:sz w:val="21"/>
        </w:rPr>
        <w:t>因此整数总数为 4 + 8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hundreds digit can only be a 2 or 5, we can case on this value.</w:t>
      </w:r>
    </w:p>
    <w:p>
      <w:pPr>
        <w:spacing w:before="0" w:after="80" w:line="300" w:lineRule="auto"/>
        <w:jc w:val="left"/>
      </w:pPr>
      <w:r>
        <w:rPr>
          <w:rFonts w:ascii="Times New Roman" w:hAnsi="Times New Roman" w:eastAsia="宋体"/>
          <w:b/>
          <w:i w:val="0"/>
          <w:color w:val="333333"/>
          <w:sz w:val="19"/>
        </w:rPr>
        <w:t>Case 1:</w:t>
      </w:r>
      <w:r>
        <w:rPr>
          <w:rFonts w:ascii="Times New Roman" w:hAnsi="Times New Roman" w:eastAsia="宋体"/>
          <w:b w:val="0"/>
          <w:i w:val="0"/>
          <w:color w:val="333333"/>
          <w:sz w:val="19"/>
        </w:rPr>
        <w:t>hundreds digit is 2</w:t>
      </w:r>
    </w:p>
    <w:p>
      <w:pPr>
        <w:spacing w:before="0" w:after="80" w:line="300" w:lineRule="auto"/>
        <w:jc w:val="left"/>
      </w:pPr>
      <w:r>
        <w:rPr>
          <w:rFonts w:ascii="Times New Roman" w:hAnsi="Times New Roman" w:eastAsia="宋体"/>
          <w:b w:val="0"/>
          <w:i w:val="0"/>
          <w:color w:val="333333"/>
          <w:sz w:val="19"/>
        </w:rPr>
        <w:t>The only option for the units digit is 8, since the number must be even. This leaves 4 options for the tens digit.</w:t>
      </w:r>
    </w:p>
    <w:p>
      <w:pPr>
        <w:spacing w:before="0" w:after="80" w:line="300" w:lineRule="auto"/>
        <w:jc w:val="left"/>
      </w:pPr>
      <w:r>
        <w:rPr>
          <w:rFonts w:ascii="Times New Roman" w:hAnsi="Times New Roman" w:eastAsia="宋体"/>
          <w:b w:val="0"/>
          <w:i w:val="0"/>
          <w:color w:val="333333"/>
          <w:sz w:val="19"/>
        </w:rPr>
        <w:t>This gives us 1 · 4 = 4 numbers for this case.</w:t>
      </w:r>
    </w:p>
    <w:p>
      <w:pPr>
        <w:spacing w:before="0" w:after="80" w:line="300" w:lineRule="auto"/>
        <w:jc w:val="left"/>
      </w:pPr>
      <w:r>
        <w:rPr>
          <w:rFonts w:ascii="Times New Roman" w:hAnsi="Times New Roman" w:eastAsia="宋体"/>
          <w:b/>
          <w:i w:val="0"/>
          <w:color w:val="333333"/>
          <w:sz w:val="19"/>
        </w:rPr>
        <w:t>Case 2:</w:t>
      </w:r>
      <w:r>
        <w:rPr>
          <w:rFonts w:ascii="Times New Roman" w:hAnsi="Times New Roman" w:eastAsia="宋体"/>
          <w:b w:val="0"/>
          <w:i w:val="0"/>
          <w:color w:val="333333"/>
          <w:sz w:val="19"/>
        </w:rPr>
        <w:t>hundreds digit is 5</w:t>
      </w:r>
    </w:p>
    <w:p>
      <w:pPr>
        <w:spacing w:before="0" w:after="80" w:line="300" w:lineRule="auto"/>
        <w:jc w:val="left"/>
      </w:pPr>
      <w:r>
        <w:rPr>
          <w:rFonts w:ascii="Times New Roman" w:hAnsi="Times New Roman" w:eastAsia="宋体"/>
          <w:b w:val="0"/>
          <w:i w:val="0"/>
          <w:color w:val="333333"/>
          <w:sz w:val="19"/>
        </w:rPr>
        <w:t>Similarly to above, 2 and 8 are the only options for the units digit, leaving 4 options for the tens digit.</w:t>
      </w:r>
    </w:p>
    <w:p>
      <w:pPr>
        <w:spacing w:before="0" w:after="80" w:line="300" w:lineRule="auto"/>
        <w:jc w:val="left"/>
      </w:pPr>
      <w:r>
        <w:rPr>
          <w:rFonts w:ascii="Times New Roman" w:hAnsi="Times New Roman" w:eastAsia="宋体"/>
          <w:b w:val="0"/>
          <w:i w:val="0"/>
          <w:color w:val="333333"/>
          <w:sz w:val="19"/>
        </w:rPr>
        <w:t>This gives us 2 · 4 = 8 numbers for this case.</w:t>
      </w:r>
    </w:p>
    <w:p>
      <w:pPr>
        <w:spacing w:before="0" w:after="80" w:line="300" w:lineRule="auto"/>
        <w:jc w:val="left"/>
      </w:pPr>
      <w:r>
        <w:rPr>
          <w:rFonts w:ascii="Times New Roman" w:hAnsi="Times New Roman" w:eastAsia="宋体"/>
          <w:b w:val="0"/>
          <w:i w:val="0"/>
          <w:color w:val="333333"/>
          <w:sz w:val="19"/>
        </w:rPr>
        <w:t>The total number of integers is then 4 + 8 =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要使面积小于周长，必须有</w:t>
      </w:r>
    </w:p>
    <w:p>
      <w:pPr>
        <w:spacing w:before="0" w:after="80" w:line="300" w:lineRule="auto"/>
        <w:jc w:val="left"/>
      </w:pPr>
      <w:r>
        <w:rPr>
          <w:rFonts w:ascii="Times New Roman" w:hAnsi="Times New Roman" w:eastAsia="宋体"/>
          <w:b w:val="0"/>
          <w:i w:val="0"/>
          <w:sz w:val="21"/>
        </w:rPr>
        <w:t>π r² &lt; 2π r</w:t>
      </w:r>
    </w:p>
    <w:p>
      <w:pPr>
        <w:spacing w:before="0" w:after="80" w:line="300" w:lineRule="auto"/>
        <w:jc w:val="left"/>
      </w:pPr>
      <w:r>
        <w:rPr>
          <w:rFonts w:ascii="Times New Roman" w:hAnsi="Times New Roman" w:eastAsia="宋体"/>
          <w:b w:val="0"/>
          <w:i w:val="0"/>
          <w:sz w:val="21"/>
        </w:rPr>
        <w:t>r &lt; 2。</w:t>
      </w:r>
    </w:p>
    <w:p>
      <w:pPr>
        <w:spacing w:before="0" w:after="80" w:line="300" w:lineRule="auto"/>
        <w:jc w:val="left"/>
      </w:pPr>
      <w:r>
        <w:rPr>
          <w:rFonts w:ascii="Times New Roman" w:hAnsi="Times New Roman" w:eastAsia="宋体"/>
          <w:b w:val="0"/>
          <w:i w:val="0"/>
          <w:sz w:val="21"/>
        </w:rPr>
        <w:t>因此直径必须小于 4。满足条件的掷法有三种：</w:t>
      </w:r>
    </w:p>
    <w:p>
      <w:pPr>
        <w:spacing w:before="0" w:after="80" w:line="300" w:lineRule="auto"/>
        <w:jc w:val="left"/>
      </w:pPr>
      <w:r>
        <w:rPr>
          <w:rFonts w:ascii="Times New Roman" w:hAnsi="Times New Roman" w:eastAsia="宋体"/>
          <w:b w:val="0"/>
          <w:i w:val="0"/>
          <w:sz w:val="21"/>
        </w:rPr>
        <w:t>(1, 1), (1, 2), (2, 1)。</w:t>
      </w:r>
    </w:p>
    <w:p>
      <w:pPr>
        <w:spacing w:before="0" w:after="80" w:line="300" w:lineRule="auto"/>
        <w:jc w:val="left"/>
      </w:pPr>
      <w:r>
        <w:rPr>
          <w:rFonts w:ascii="Times New Roman" w:hAnsi="Times New Roman" w:eastAsia="宋体"/>
          <w:b w:val="0"/>
          <w:i w:val="0"/>
          <w:sz w:val="21"/>
        </w:rPr>
        <w:t>因此概率为</w:t>
      </w:r>
    </w:p>
    <w:p>
      <w:pPr>
        <w:spacing w:before="0" w:after="80" w:line="300" w:lineRule="auto"/>
        <w:jc w:val="left"/>
      </w:pPr>
      <w:r>
        <w:rPr>
          <w:rFonts w:ascii="Times New Roman" w:hAnsi="Times New Roman" w:eastAsia="宋体"/>
          <w:b w:val="0"/>
          <w:i w:val="0"/>
          <w:sz w:val="21"/>
        </w:rPr>
        <w:t>3/36 = 1/12。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area to be less than the circumference, we must have</w:t>
      </w:r>
    </w:p>
    <w:p>
      <w:pPr>
        <w:spacing w:before="0" w:after="80" w:line="300" w:lineRule="auto"/>
        <w:jc w:val="left"/>
      </w:pPr>
      <w:r>
        <w:rPr>
          <w:rFonts w:ascii="Times New Roman" w:hAnsi="Times New Roman" w:eastAsia="宋体"/>
          <w:b w:val="0"/>
          <w:i w:val="0"/>
          <w:color w:val="333333"/>
          <w:sz w:val="19"/>
        </w:rPr>
        <w:t>π r² &lt; 2π r</w:t>
      </w:r>
    </w:p>
    <w:p>
      <w:pPr>
        <w:spacing w:before="0" w:after="80" w:line="300" w:lineRule="auto"/>
        <w:jc w:val="left"/>
      </w:pPr>
      <w:r>
        <w:rPr>
          <w:rFonts w:ascii="Times New Roman" w:hAnsi="Times New Roman" w:eastAsia="宋体"/>
          <w:b w:val="0"/>
          <w:i w:val="0"/>
          <w:color w:val="333333"/>
          <w:sz w:val="19"/>
        </w:rPr>
        <w:t>r &lt; 2.</w:t>
      </w:r>
    </w:p>
    <w:p>
      <w:pPr>
        <w:spacing w:before="0" w:after="80" w:line="300" w:lineRule="auto"/>
        <w:jc w:val="left"/>
      </w:pPr>
      <w:r>
        <w:rPr>
          <w:rFonts w:ascii="Times New Roman" w:hAnsi="Times New Roman" w:eastAsia="宋体"/>
          <w:b w:val="0"/>
          <w:i w:val="0"/>
          <w:color w:val="333333"/>
          <w:sz w:val="19"/>
        </w:rPr>
        <w:t>This means the diameter must be less than 4. There are three possible rolls that satisfy this:</w:t>
      </w:r>
    </w:p>
    <w:p>
      <w:pPr>
        <w:spacing w:before="0" w:after="80" w:line="300" w:lineRule="auto"/>
        <w:jc w:val="left"/>
      </w:pPr>
      <w:r>
        <w:rPr>
          <w:rFonts w:ascii="Times New Roman" w:hAnsi="Times New Roman" w:eastAsia="宋体"/>
          <w:b w:val="0"/>
          <w:i w:val="0"/>
          <w:color w:val="333333"/>
          <w:sz w:val="19"/>
        </w:rPr>
        <w:t>(1, 1), (1, 2), (2, 1).</w:t>
      </w:r>
    </w:p>
    <w:p>
      <w:pPr>
        <w:spacing w:before="0" w:after="80" w:line="300" w:lineRule="auto"/>
        <w:jc w:val="left"/>
      </w:pPr>
      <w:r>
        <w:rPr>
          <w:rFonts w:ascii="Times New Roman" w:hAnsi="Times New Roman" w:eastAsia="宋体"/>
          <w:b w:val="0"/>
          <w:i w:val="0"/>
          <w:color w:val="333333"/>
          <w:sz w:val="19"/>
        </w:rPr>
        <w:t>The probability is then</w:t>
      </w:r>
    </w:p>
    <w:p>
      <w:pPr>
        <w:spacing w:before="0" w:after="80" w:line="300" w:lineRule="auto"/>
        <w:jc w:val="left"/>
      </w:pPr>
      <w:r>
        <w:rPr>
          <w:rFonts w:ascii="Times New Roman" w:hAnsi="Times New Roman" w:eastAsia="宋体"/>
          <w:b w:val="0"/>
          <w:i w:val="0"/>
          <w:color w:val="333333"/>
          <w:sz w:val="19"/>
        </w:rPr>
        <w:t>3/36 = 1/12.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设汽车只用汽油行驶的距离为 x，则</w:t>
      </w:r>
    </w:p>
    <w:p>
      <w:pPr>
        <w:spacing w:before="0" w:after="80" w:line="300" w:lineRule="auto"/>
        <w:jc w:val="left"/>
      </w:pPr>
      <w:r>
        <w:rPr>
          <w:rFonts w:ascii="Times New Roman" w:hAnsi="Times New Roman" w:eastAsia="宋体"/>
          <w:b w:val="0"/>
          <w:i w:val="0"/>
          <w:sz w:val="21"/>
        </w:rPr>
        <w:t>(40 + x)/0.02x = 55。</w:t>
      </w:r>
    </w:p>
    <w:p>
      <w:pPr>
        <w:spacing w:before="0" w:after="80" w:line="300" w:lineRule="auto"/>
        <w:jc w:val="left"/>
      </w:pPr>
      <w:r>
        <w:rPr>
          <w:rFonts w:ascii="Times New Roman" w:hAnsi="Times New Roman" w:eastAsia="宋体"/>
          <w:b w:val="0"/>
          <w:i w:val="0"/>
          <w:sz w:val="21"/>
        </w:rPr>
        <w:t>交叉相乘并化简得</w:t>
      </w:r>
    </w:p>
    <w:p>
      <w:pPr>
        <w:spacing w:before="0" w:after="80" w:line="300" w:lineRule="auto"/>
        <w:jc w:val="left"/>
      </w:pPr>
      <w:r>
        <w:rPr>
          <w:rFonts w:ascii="Times New Roman" w:hAnsi="Times New Roman" w:eastAsia="宋体"/>
          <w:b w:val="0"/>
          <w:i w:val="0"/>
          <w:sz w:val="21"/>
        </w:rPr>
        <w:t>40 = 0.1x</w:t>
      </w:r>
    </w:p>
    <w:p>
      <w:pPr>
        <w:spacing w:before="0" w:after="80" w:line="300" w:lineRule="auto"/>
        <w:jc w:val="left"/>
      </w:pPr>
      <w:r>
        <w:rPr>
          <w:rFonts w:ascii="Times New Roman" w:hAnsi="Times New Roman" w:eastAsia="宋体"/>
          <w:b w:val="0"/>
          <w:i w:val="0"/>
          <w:sz w:val="21"/>
        </w:rPr>
        <w:t>x = 400。</w:t>
      </w:r>
    </w:p>
    <w:p>
      <w:pPr>
        <w:spacing w:before="0" w:after="80" w:line="300" w:lineRule="auto"/>
        <w:jc w:val="left"/>
      </w:pPr>
      <w:r>
        <w:rPr>
          <w:rFonts w:ascii="Times New Roman" w:hAnsi="Times New Roman" w:eastAsia="宋体"/>
          <w:b w:val="0"/>
          <w:i w:val="0"/>
          <w:sz w:val="21"/>
        </w:rPr>
        <w:t>因此旅程总长为 400 + 40 = 440。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distance the car drove solely on gasoline. We have that</w:t>
      </w:r>
    </w:p>
    <w:p>
      <w:pPr>
        <w:spacing w:before="0" w:after="80" w:line="300" w:lineRule="auto"/>
        <w:jc w:val="left"/>
      </w:pPr>
      <w:r>
        <w:rPr>
          <w:rFonts w:ascii="Times New Roman" w:hAnsi="Times New Roman" w:eastAsia="宋体"/>
          <w:b w:val="0"/>
          <w:i w:val="0"/>
          <w:color w:val="333333"/>
          <w:sz w:val="19"/>
        </w:rPr>
        <w:t>(40 + x)/0.02x = 55.</w:t>
      </w:r>
    </w:p>
    <w:p>
      <w:pPr>
        <w:spacing w:before="0" w:after="80" w:line="300" w:lineRule="auto"/>
        <w:jc w:val="left"/>
      </w:pPr>
      <w:r>
        <w:rPr>
          <w:rFonts w:ascii="Times New Roman" w:hAnsi="Times New Roman" w:eastAsia="宋体"/>
          <w:b w:val="0"/>
          <w:i w:val="0"/>
          <w:color w:val="333333"/>
          <w:sz w:val="19"/>
        </w:rPr>
        <w:t>Cross-multiplying and simplifying gives</w:t>
      </w:r>
    </w:p>
    <w:p>
      <w:pPr>
        <w:spacing w:before="0" w:after="80" w:line="300" w:lineRule="auto"/>
        <w:jc w:val="left"/>
      </w:pPr>
      <w:r>
        <w:rPr>
          <w:rFonts w:ascii="Times New Roman" w:hAnsi="Times New Roman" w:eastAsia="宋体"/>
          <w:b w:val="0"/>
          <w:i w:val="0"/>
          <w:color w:val="333333"/>
          <w:sz w:val="19"/>
        </w:rPr>
        <w:t>40 = 0.1x</w:t>
      </w:r>
    </w:p>
    <w:p>
      <w:pPr>
        <w:spacing w:before="0" w:after="80" w:line="300" w:lineRule="auto"/>
        <w:jc w:val="left"/>
      </w:pPr>
      <w:r>
        <w:rPr>
          <w:rFonts w:ascii="Times New Roman" w:hAnsi="Times New Roman" w:eastAsia="宋体"/>
          <w:b w:val="0"/>
          <w:i w:val="0"/>
          <w:color w:val="333333"/>
          <w:sz w:val="19"/>
        </w:rPr>
        <w:t>x = 400.</w:t>
      </w:r>
    </w:p>
    <w:p>
      <w:pPr>
        <w:spacing w:before="0" w:after="80" w:line="300" w:lineRule="auto"/>
        <w:jc w:val="left"/>
      </w:pPr>
      <w:r>
        <w:rPr>
          <w:rFonts w:ascii="Times New Roman" w:hAnsi="Times New Roman" w:eastAsia="宋体"/>
          <w:b w:val="0"/>
          <w:i w:val="0"/>
          <w:color w:val="333333"/>
          <w:sz w:val="19"/>
        </w:rPr>
        <w:t>The total length of the trip is then 400 + 40 = 440.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由于式子中含有平方根，可尝试把每个根号内的式子写成完全平方。</w:t>
      </w:r>
    </w:p>
    <w:p>
      <w:pPr>
        <w:spacing w:before="0" w:after="80" w:line="300" w:lineRule="auto"/>
        <w:jc w:val="left"/>
      </w:pPr>
      <w:r>
        <w:rPr>
          <w:rFonts w:ascii="Times New Roman" w:hAnsi="Times New Roman" w:eastAsia="宋体"/>
          <w:b w:val="0"/>
          <w:i w:val="0"/>
          <w:sz w:val="21"/>
        </w:rPr>
        <w:t>注意原式可改写为</w:t>
      </w:r>
    </w:p>
    <w:p>
      <w:pPr>
        <w:spacing w:before="0" w:after="80" w:line="300" w:lineRule="auto"/>
        <w:jc w:val="left"/>
      </w:pPr>
      <w:r>
        <w:rPr>
          <w:rFonts w:ascii="Times New Roman" w:hAnsi="Times New Roman" w:eastAsia="宋体"/>
          <w:b w:val="0"/>
          <w:i w:val="0"/>
          <w:sz w:val="21"/>
        </w:rPr>
        <w:t>√(6 - 6√(2) + 3)</w:t>
      </w:r>
    </w:p>
    <w:p>
      <w:pPr>
        <w:spacing w:before="0" w:after="80" w:line="300" w:lineRule="auto"/>
        <w:jc w:val="left"/>
      </w:pPr>
      <w:r>
        <w:rPr>
          <w:rFonts w:ascii="Times New Roman" w:hAnsi="Times New Roman" w:eastAsia="宋体"/>
          <w:b w:val="0"/>
          <w:i w:val="0"/>
          <w:sz w:val="21"/>
        </w:rPr>
        <w:t>+ √(6 + 6√(2) + 3)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因式分解并化简得</w:t>
      </w:r>
    </w:p>
    <w:p>
      <w:pPr>
        <w:spacing w:before="0" w:after="80" w:line="300" w:lineRule="auto"/>
        <w:jc w:val="left"/>
      </w:pPr>
      <w:r>
        <w:rPr>
          <w:rFonts w:ascii="Times New Roman" w:hAnsi="Times New Roman" w:eastAsia="宋体"/>
          <w:b w:val="0"/>
          <w:i w:val="0"/>
          <w:sz w:val="21"/>
        </w:rPr>
        <w:t>√((√(6) - √(3))²) + √((√(6) + √(3))²)</w:t>
      </w:r>
    </w:p>
    <w:p>
      <w:pPr>
        <w:spacing w:before="0" w:after="80" w:line="300" w:lineRule="auto"/>
        <w:jc w:val="left"/>
      </w:pPr>
      <w:r>
        <w:rPr>
          <w:rFonts w:ascii="Times New Roman" w:hAnsi="Times New Roman" w:eastAsia="宋体"/>
          <w:b w:val="0"/>
          <w:i w:val="0"/>
          <w:sz w:val="21"/>
        </w:rPr>
        <w:t>= √(6) - √(3) + √(6) + √(3) = 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we have square roots, we can try to change the inside of each radical to be a perfect square.</w:t>
      </w:r>
    </w:p>
    <w:p>
      <w:pPr>
        <w:spacing w:before="0" w:after="80" w:line="300" w:lineRule="auto"/>
        <w:jc w:val="left"/>
      </w:pPr>
      <w:r>
        <w:rPr>
          <w:rFonts w:ascii="Times New Roman" w:hAnsi="Times New Roman" w:eastAsia="宋体"/>
          <w:b w:val="0"/>
          <w:i w:val="0"/>
          <w:color w:val="333333"/>
          <w:sz w:val="19"/>
        </w:rPr>
        <w:t>Note that we can rewrite the expression as</w:t>
      </w:r>
    </w:p>
    <w:p>
      <w:pPr>
        <w:spacing w:before="0" w:after="80" w:line="300" w:lineRule="auto"/>
        <w:jc w:val="left"/>
      </w:pPr>
      <w:r>
        <w:rPr>
          <w:rFonts w:ascii="Times New Roman" w:hAnsi="Times New Roman" w:eastAsia="宋体"/>
          <w:b w:val="0"/>
          <w:i w:val="0"/>
          <w:color w:val="333333"/>
          <w:sz w:val="19"/>
        </w:rPr>
        <w:t>√(6 - 6√(2) + 3)</w:t>
      </w:r>
    </w:p>
    <w:p>
      <w:pPr>
        <w:spacing w:before="0" w:after="80" w:line="300" w:lineRule="auto"/>
        <w:jc w:val="left"/>
      </w:pPr>
      <w:r>
        <w:rPr>
          <w:rFonts w:ascii="Times New Roman" w:hAnsi="Times New Roman" w:eastAsia="宋体"/>
          <w:b w:val="0"/>
          <w:i w:val="0"/>
          <w:color w:val="333333"/>
          <w:sz w:val="19"/>
        </w:rPr>
        <w:t>+ √(6 + 6√(2) + 3).</w:t>
      </w:r>
    </w:p>
    <w:p>
      <w:pPr>
        <w:spacing w:before="0" w:after="80" w:line="300" w:lineRule="auto"/>
        <w:jc w:val="left"/>
      </w:pPr>
      <w:r>
        <w:rPr>
          <w:rFonts w:ascii="Times New Roman" w:hAnsi="Times New Roman" w:eastAsia="宋体"/>
          <w:b w:val="0"/>
          <w:i w:val="0"/>
          <w:color w:val="333333"/>
          <w:sz w:val="19"/>
        </w:rPr>
        <w:t>Factoring and simplifying gives us</w:t>
      </w:r>
    </w:p>
    <w:p>
      <w:pPr>
        <w:spacing w:before="0" w:after="80" w:line="300" w:lineRule="auto"/>
        <w:jc w:val="left"/>
      </w:pPr>
      <w:r>
        <w:rPr>
          <w:rFonts w:ascii="Times New Roman" w:hAnsi="Times New Roman" w:eastAsia="宋体"/>
          <w:b w:val="0"/>
          <w:i w:val="0"/>
          <w:color w:val="333333"/>
          <w:sz w:val="19"/>
        </w:rPr>
        <w:t>√((√(6) - √(3))²) + √((√(6) + √(3))²)</w:t>
      </w:r>
    </w:p>
    <w:p>
      <w:pPr>
        <w:spacing w:before="0" w:after="80" w:line="300" w:lineRule="auto"/>
        <w:jc w:val="left"/>
      </w:pPr>
      <w:r>
        <w:rPr>
          <w:rFonts w:ascii="Times New Roman" w:hAnsi="Times New Roman" w:eastAsia="宋体"/>
          <w:b w:val="0"/>
          <w:i w:val="0"/>
          <w:color w:val="333333"/>
          <w:sz w:val="19"/>
        </w:rPr>
        <w:t>= √(6) - √(3) + √(6) + √(3) = 2√(6).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由题设得到</w:t>
      </w:r>
    </w:p>
    <w:p>
      <w:pPr>
        <w:spacing w:before="0" w:after="80" w:line="300" w:lineRule="auto"/>
        <w:jc w:val="left"/>
      </w:pPr>
      <w:r>
        <w:rPr>
          <w:rFonts w:ascii="Times New Roman" w:hAnsi="Times New Roman" w:eastAsia="宋体"/>
          <w:b w:val="0"/>
          <w:i w:val="0"/>
          <w:sz w:val="21"/>
        </w:rPr>
        <w:t>A + B + C = 30</w:t>
      </w:r>
    </w:p>
    <w:p>
      <w:pPr>
        <w:spacing w:before="0" w:after="80" w:line="300" w:lineRule="auto"/>
        <w:jc w:val="left"/>
      </w:pPr>
      <w:r>
        <w:rPr>
          <w:rFonts w:ascii="Times New Roman" w:hAnsi="Times New Roman" w:eastAsia="宋体"/>
          <w:b w:val="0"/>
          <w:i w:val="0"/>
          <w:sz w:val="21"/>
        </w:rPr>
        <w:t>B = 25 - A。</w:t>
      </w:r>
    </w:p>
    <w:p>
      <w:pPr>
        <w:spacing w:before="0" w:after="80" w:line="300" w:lineRule="auto"/>
        <w:jc w:val="left"/>
      </w:pPr>
      <w:r>
        <w:rPr>
          <w:rFonts w:ascii="Times New Roman" w:hAnsi="Times New Roman" w:eastAsia="宋体"/>
          <w:b w:val="0"/>
          <w:i w:val="0"/>
          <w:sz w:val="21"/>
        </w:rPr>
        <w:t>同理，</w:t>
      </w:r>
    </w:p>
    <w:p>
      <w:pPr>
        <w:spacing w:before="0" w:after="80" w:line="300" w:lineRule="auto"/>
        <w:jc w:val="left"/>
      </w:pPr>
      <w:r>
        <w:rPr>
          <w:rFonts w:ascii="Times New Roman" w:hAnsi="Times New Roman" w:eastAsia="宋体"/>
          <w:b w:val="0"/>
          <w:i w:val="0"/>
          <w:sz w:val="21"/>
        </w:rPr>
        <w:t>B + C + D = 30</w:t>
      </w:r>
    </w:p>
    <w:p>
      <w:pPr>
        <w:spacing w:before="0" w:after="80" w:line="300" w:lineRule="auto"/>
        <w:jc w:val="left"/>
      </w:pPr>
      <w:r>
        <w:rPr>
          <w:rFonts w:ascii="Times New Roman" w:hAnsi="Times New Roman" w:eastAsia="宋体"/>
          <w:b w:val="0"/>
          <w:i w:val="0"/>
          <w:sz w:val="21"/>
        </w:rPr>
        <w:t>D = A。</w:t>
      </w:r>
    </w:p>
    <w:p>
      <w:pPr>
        <w:spacing w:before="0" w:after="80" w:line="300" w:lineRule="auto"/>
        <w:jc w:val="left"/>
      </w:pPr>
      <w:r>
        <w:rPr>
          <w:rFonts w:ascii="Times New Roman" w:hAnsi="Times New Roman" w:eastAsia="宋体"/>
          <w:b w:val="0"/>
          <w:i w:val="0"/>
          <w:sz w:val="21"/>
        </w:rPr>
        <w:t>继续对每三个连续项应用同一条件，得到</w:t>
      </w:r>
    </w:p>
    <w:p>
      <w:pPr>
        <w:spacing w:before="0" w:after="80" w:line="300" w:lineRule="auto"/>
        <w:jc w:val="left"/>
      </w:pPr>
      <w:r>
        <w:rPr>
          <w:rFonts w:ascii="Times New Roman" w:hAnsi="Times New Roman" w:eastAsia="宋体"/>
          <w:b w:val="0"/>
          <w:i w:val="0"/>
          <w:sz w:val="21"/>
        </w:rPr>
        <w:t>E = 25 - A, F = 5, G = A，</w:t>
      </w:r>
    </w:p>
    <w:p>
      <w:pPr>
        <w:spacing w:before="0" w:after="80" w:line="300" w:lineRule="auto"/>
        <w:jc w:val="left"/>
      </w:pPr>
      <w:r>
        <w:rPr>
          <w:rFonts w:ascii="Times New Roman" w:hAnsi="Times New Roman" w:eastAsia="宋体"/>
          <w:b w:val="0"/>
          <w:i w:val="0"/>
          <w:sz w:val="21"/>
        </w:rPr>
        <w:t>最后 H = 25 - A。</w:t>
      </w:r>
    </w:p>
    <w:p>
      <w:pPr>
        <w:spacing w:before="0" w:after="80" w:line="300" w:lineRule="auto"/>
        <w:jc w:val="left"/>
      </w:pPr>
      <w:r>
        <w:rPr>
          <w:rFonts w:ascii="Times New Roman" w:hAnsi="Times New Roman" w:eastAsia="宋体"/>
          <w:b w:val="0"/>
          <w:i w:val="0"/>
          <w:sz w:val="21"/>
        </w:rPr>
        <w:t>因此所求和为</w:t>
      </w:r>
    </w:p>
    <w:p>
      <w:pPr>
        <w:spacing w:before="0" w:after="80" w:line="300" w:lineRule="auto"/>
        <w:jc w:val="left"/>
      </w:pPr>
      <w:r>
        <w:rPr>
          <w:rFonts w:ascii="Times New Roman" w:hAnsi="Times New Roman" w:eastAsia="宋体"/>
          <w:b w:val="0"/>
          <w:i w:val="0"/>
          <w:sz w:val="21"/>
        </w:rPr>
        <w:t>A + 25 - A =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condition about the sequence, we get that</w:t>
      </w:r>
    </w:p>
    <w:p>
      <w:pPr>
        <w:spacing w:before="0" w:after="80" w:line="300" w:lineRule="auto"/>
        <w:jc w:val="left"/>
      </w:pPr>
      <w:r>
        <w:rPr>
          <w:rFonts w:ascii="Times New Roman" w:hAnsi="Times New Roman" w:eastAsia="宋体"/>
          <w:b w:val="0"/>
          <w:i w:val="0"/>
          <w:color w:val="333333"/>
          <w:sz w:val="19"/>
        </w:rPr>
        <w:t>A + B + C = 30</w:t>
      </w:r>
    </w:p>
    <w:p>
      <w:pPr>
        <w:spacing w:before="0" w:after="80" w:line="300" w:lineRule="auto"/>
        <w:jc w:val="left"/>
      </w:pPr>
      <w:r>
        <w:rPr>
          <w:rFonts w:ascii="Times New Roman" w:hAnsi="Times New Roman" w:eastAsia="宋体"/>
          <w:b w:val="0"/>
          <w:i w:val="0"/>
          <w:color w:val="333333"/>
          <w:sz w:val="19"/>
        </w:rPr>
        <w:t>B = 25 - A.</w:t>
      </w:r>
    </w:p>
    <w:p>
      <w:pPr>
        <w:spacing w:before="0" w:after="80" w:line="300" w:lineRule="auto"/>
        <w:jc w:val="left"/>
      </w:pPr>
      <w:r>
        <w:rPr>
          <w:rFonts w:ascii="Times New Roman" w:hAnsi="Times New Roman" w:eastAsia="宋体"/>
          <w:b w:val="0"/>
          <w:i w:val="0"/>
          <w:color w:val="333333"/>
          <w:sz w:val="19"/>
        </w:rPr>
        <w:t>Similarly, we get</w:t>
      </w:r>
    </w:p>
    <w:p>
      <w:pPr>
        <w:spacing w:before="0" w:after="80" w:line="300" w:lineRule="auto"/>
        <w:jc w:val="left"/>
      </w:pPr>
      <w:r>
        <w:rPr>
          <w:rFonts w:ascii="Times New Roman" w:hAnsi="Times New Roman" w:eastAsia="宋体"/>
          <w:b w:val="0"/>
          <w:i w:val="0"/>
          <w:color w:val="333333"/>
          <w:sz w:val="19"/>
        </w:rPr>
        <w:t>B + C + D = 30</w:t>
      </w:r>
    </w:p>
    <w:p>
      <w:pPr>
        <w:spacing w:before="0" w:after="80" w:line="300" w:lineRule="auto"/>
        <w:jc w:val="left"/>
      </w:pPr>
      <w:r>
        <w:rPr>
          <w:rFonts w:ascii="Times New Roman" w:hAnsi="Times New Roman" w:eastAsia="宋体"/>
          <w:b w:val="0"/>
          <w:i w:val="0"/>
          <w:color w:val="333333"/>
          <w:sz w:val="19"/>
        </w:rPr>
        <w:t>D = A.</w:t>
      </w:r>
    </w:p>
    <w:p>
      <w:pPr>
        <w:spacing w:before="0" w:after="80" w:line="300" w:lineRule="auto"/>
        <w:jc w:val="left"/>
      </w:pPr>
      <w:r>
        <w:rPr>
          <w:rFonts w:ascii="Times New Roman" w:hAnsi="Times New Roman" w:eastAsia="宋体"/>
          <w:b w:val="0"/>
          <w:i w:val="0"/>
          <w:color w:val="333333"/>
          <w:sz w:val="19"/>
        </w:rPr>
        <w:t>Propagating these values through the sequence and repeating the condition for every consecutive triple, we get that</w:t>
      </w:r>
    </w:p>
    <w:p>
      <w:pPr>
        <w:spacing w:before="0" w:after="80" w:line="300" w:lineRule="auto"/>
        <w:jc w:val="left"/>
      </w:pPr>
      <w:r>
        <w:rPr>
          <w:rFonts w:ascii="Times New Roman" w:hAnsi="Times New Roman" w:eastAsia="宋体"/>
          <w:b w:val="0"/>
          <w:i w:val="0"/>
          <w:color w:val="333333"/>
          <w:sz w:val="19"/>
        </w:rPr>
        <w:t>E = 25 - A, F = 5, G = A,</w:t>
      </w:r>
    </w:p>
    <w:p>
      <w:pPr>
        <w:spacing w:before="0" w:after="80" w:line="300" w:lineRule="auto"/>
        <w:jc w:val="left"/>
      </w:pPr>
      <w:r>
        <w:rPr>
          <w:rFonts w:ascii="Times New Roman" w:hAnsi="Times New Roman" w:eastAsia="宋体"/>
          <w:b w:val="0"/>
          <w:i w:val="0"/>
          <w:color w:val="333333"/>
          <w:sz w:val="19"/>
        </w:rPr>
        <w:t>and finally, H = 25 - A.</w:t>
      </w:r>
    </w:p>
    <w:p>
      <w:pPr>
        <w:spacing w:before="0" w:after="80" w:line="300" w:lineRule="auto"/>
        <w:jc w:val="left"/>
      </w:pPr>
      <w:r>
        <w:rPr>
          <w:rFonts w:ascii="Times New Roman" w:hAnsi="Times New Roman" w:eastAsia="宋体"/>
          <w:b w:val="0"/>
          <w:i w:val="0"/>
          <w:color w:val="333333"/>
          <w:sz w:val="19"/>
        </w:rPr>
        <w:t>The desired sum is then</w:t>
      </w:r>
    </w:p>
    <w:p>
      <w:pPr>
        <w:spacing w:before="0" w:after="80" w:line="300" w:lineRule="auto"/>
        <w:jc w:val="left"/>
      </w:pPr>
      <w:r>
        <w:rPr>
          <w:rFonts w:ascii="Times New Roman" w:hAnsi="Times New Roman" w:eastAsia="宋体"/>
          <w:b w:val="0"/>
          <w:i w:val="0"/>
          <w:color w:val="333333"/>
          <w:sz w:val="19"/>
        </w:rPr>
        <w:t>A + 25 - A = 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C</w:t>
      </w:r>
    </w:p>
    <w:p>
      <w:pPr>
        <w:spacing w:before="80" w:after="80"/>
        <w:jc w:val="center"/>
      </w:pPr>
      <w:r>
        <w:drawing>
          <wp:inline xmlns:a="http://schemas.openxmlformats.org/drawingml/2006/main" xmlns:pic="http://schemas.openxmlformats.org/drawingml/2006/picture">
            <wp:extent cx="917333" cy="689587"/>
            <wp:docPr id="3" name="Picture 3"/>
            <wp:cNvGraphicFramePr>
              <a:graphicFrameLocks noChangeAspect="1"/>
            </wp:cNvGraphicFramePr>
            <a:graphic>
              <a:graphicData uri="http://schemas.openxmlformats.org/drawingml/2006/picture">
                <pic:pic>
                  <pic:nvPicPr>
                    <pic:cNvPr id="0" name="q18-sol-1@300dpi.png"/>
                    <pic:cNvPicPr/>
                  </pic:nvPicPr>
                  <pic:blipFill>
                    <a:blip r:embed="rId10"/>
                    <a:stretch>
                      <a:fillRect/>
                    </a:stretch>
                  </pic:blipFill>
                  <pic:spPr>
                    <a:xfrm>
                      <a:off x="0" y="0"/>
                      <a:ext cx="917333" cy="689587"/>
                    </a:xfrm>
                    <a:prstGeom prst="rect"/>
                  </pic:spPr>
                </pic:pic>
              </a:graphicData>
            </a:graphic>
          </wp:inline>
        </w:drawing>
      </w:r>
    </w:p>
    <w:p>
      <w:pPr>
        <w:spacing w:before="0" w:after="80" w:line="300" w:lineRule="auto"/>
        <w:jc w:val="left"/>
      </w:pPr>
      <w:r>
        <w:rPr>
          <w:rFonts w:ascii="Times New Roman" w:hAnsi="Times New Roman" w:eastAsia="宋体"/>
          <w:b w:val="0"/>
          <w:i w:val="0"/>
          <w:sz w:val="21"/>
        </w:rPr>
        <w:t>所求区域面积等于圆 C 的面积减去它与圆 A 和圆 B 的重叠区域面积。</w:t>
      </w:r>
    </w:p>
    <w:p>
      <w:pPr>
        <w:spacing w:before="0" w:after="80" w:line="300" w:lineRule="auto"/>
        <w:jc w:val="left"/>
      </w:pPr>
      <w:r>
        <w:rPr>
          <w:rFonts w:ascii="Times New Roman" w:hAnsi="Times New Roman" w:eastAsia="宋体"/>
          <w:b w:val="0"/>
          <w:i w:val="0"/>
          <w:sz w:val="21"/>
        </w:rPr>
        <w:t>由图可知，一个重叠区域的一半可由一个四分之一圆扇形减去一个直角三角形得到。</w:t>
      </w:r>
    </w:p>
    <w:p>
      <w:pPr>
        <w:spacing w:before="0" w:after="80" w:line="300" w:lineRule="auto"/>
        <w:jc w:val="left"/>
      </w:pPr>
      <w:r>
        <w:rPr>
          <w:rFonts w:ascii="Times New Roman" w:hAnsi="Times New Roman" w:eastAsia="宋体"/>
          <w:b w:val="0"/>
          <w:i w:val="0"/>
          <w:sz w:val="21"/>
        </w:rPr>
        <w:t>这个面积为</w:t>
      </w:r>
    </w:p>
    <w:p>
      <w:pPr>
        <w:spacing w:before="0" w:after="80" w:line="300" w:lineRule="auto"/>
        <w:jc w:val="left"/>
      </w:pPr>
      <w:r>
        <w:rPr>
          <w:rFonts w:ascii="Times New Roman" w:hAnsi="Times New Roman" w:eastAsia="宋体"/>
          <w:b w:val="0"/>
          <w:i w:val="0"/>
          <w:sz w:val="21"/>
        </w:rPr>
        <w:t>1/4 π · 1² - 1/2 · 1 · 1 = π/4 - 1/2。</w:t>
      </w:r>
    </w:p>
    <w:p>
      <w:pPr>
        <w:spacing w:before="0" w:after="80" w:line="300" w:lineRule="auto"/>
        <w:jc w:val="left"/>
      </w:pPr>
      <w:r>
        <w:rPr>
          <w:rFonts w:ascii="Times New Roman" w:hAnsi="Times New Roman" w:eastAsia="宋体"/>
          <w:b w:val="0"/>
          <w:i w:val="0"/>
          <w:sz w:val="21"/>
        </w:rPr>
        <w:t>共需减去四块这样的区域，所以最后的面积为</w:t>
      </w:r>
    </w:p>
    <w:p>
      <w:pPr>
        <w:spacing w:before="0" w:after="80" w:line="300" w:lineRule="auto"/>
        <w:jc w:val="left"/>
      </w:pPr>
      <w:r>
        <w:rPr>
          <w:rFonts w:ascii="Times New Roman" w:hAnsi="Times New Roman" w:eastAsia="宋体"/>
          <w:b w:val="0"/>
          <w:i w:val="0"/>
          <w:sz w:val="21"/>
        </w:rPr>
        <w:t>π · 1² - 4(π/4 - 1/2)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917333" cy="689587"/>
            <wp:docPr id="4" name="Picture 4"/>
            <wp:cNvGraphicFramePr>
              <a:graphicFrameLocks noChangeAspect="1"/>
            </wp:cNvGraphicFramePr>
            <a:graphic>
              <a:graphicData uri="http://schemas.openxmlformats.org/drawingml/2006/picture">
                <pic:pic>
                  <pic:nvPicPr>
                    <pic:cNvPr id="0" name="q18-sol-1@300dpi.png"/>
                    <pic:cNvPicPr/>
                  </pic:nvPicPr>
                  <pic:blipFill>
                    <a:blip r:embed="rId10"/>
                    <a:stretch>
                      <a:fillRect/>
                    </a:stretch>
                  </pic:blipFill>
                  <pic:spPr>
                    <a:xfrm>
                      <a:off x="0" y="0"/>
                      <a:ext cx="917333" cy="68958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area of this region is the area of circle C minus the area of the overlapping regions with A and B.</w:t>
      </w:r>
    </w:p>
    <w:p>
      <w:pPr>
        <w:spacing w:before="0" w:after="80" w:line="300" w:lineRule="auto"/>
        <w:jc w:val="left"/>
      </w:pPr>
      <w:r>
        <w:rPr>
          <w:rFonts w:ascii="Times New Roman" w:hAnsi="Times New Roman" w:eastAsia="宋体"/>
          <w:b w:val="0"/>
          <w:i w:val="0"/>
          <w:color w:val="333333"/>
          <w:sz w:val="19"/>
        </w:rPr>
        <w:t>From the diagram, we can find the area of half of one of the overlapping regions by finding the area of the sector and subtracting the area of the triangle.</w:t>
      </w:r>
    </w:p>
    <w:p>
      <w:pPr>
        <w:spacing w:before="0" w:after="80" w:line="300" w:lineRule="auto"/>
        <w:jc w:val="left"/>
      </w:pPr>
      <w:r>
        <w:rPr>
          <w:rFonts w:ascii="Times New Roman" w:hAnsi="Times New Roman" w:eastAsia="宋体"/>
          <w:b w:val="0"/>
          <w:i w:val="0"/>
          <w:color w:val="333333"/>
          <w:sz w:val="19"/>
        </w:rPr>
        <w:t>This area is then</w:t>
      </w:r>
    </w:p>
    <w:p>
      <w:pPr>
        <w:spacing w:before="0" w:after="80" w:line="300" w:lineRule="auto"/>
        <w:jc w:val="left"/>
      </w:pPr>
      <w:r>
        <w:rPr>
          <w:rFonts w:ascii="Times New Roman" w:hAnsi="Times New Roman" w:eastAsia="宋体"/>
          <w:b w:val="0"/>
          <w:i w:val="0"/>
          <w:color w:val="333333"/>
          <w:sz w:val="19"/>
        </w:rPr>
        <w:t>1/4 π · 1² - 1/2 · 1 · 1 = π/4 - 1/2.</w:t>
      </w:r>
    </w:p>
    <w:p>
      <w:pPr>
        <w:spacing w:before="0" w:after="80" w:line="300" w:lineRule="auto"/>
        <w:jc w:val="left"/>
      </w:pPr>
      <w:r>
        <w:rPr>
          <w:rFonts w:ascii="Times New Roman" w:hAnsi="Times New Roman" w:eastAsia="宋体"/>
          <w:b w:val="0"/>
          <w:i w:val="0"/>
          <w:color w:val="333333"/>
          <w:sz w:val="19"/>
        </w:rPr>
        <w:t>There are four of these that we must subtract, which leaves us with a final answer of</w:t>
      </w:r>
    </w:p>
    <w:p>
      <w:pPr>
        <w:spacing w:before="0" w:after="80" w:line="300" w:lineRule="auto"/>
        <w:jc w:val="left"/>
      </w:pPr>
      <w:r>
        <w:rPr>
          <w:rFonts w:ascii="Times New Roman" w:hAnsi="Times New Roman" w:eastAsia="宋体"/>
          <w:b w:val="0"/>
          <w:i w:val="0"/>
          <w:color w:val="333333"/>
          <w:sz w:val="19"/>
        </w:rPr>
        <w:t>π · 1² - 4(π/4 - 1/2) = 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设 1991 年人口为 p²。2001 年人口为 q² + 9。</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p² + 150 = q² + 9</w:t>
      </w:r>
    </w:p>
    <w:p>
      <w:pPr>
        <w:spacing w:before="0" w:after="80" w:line="300" w:lineRule="auto"/>
        <w:jc w:val="left"/>
      </w:pPr>
      <w:r>
        <w:rPr>
          <w:rFonts w:ascii="Times New Roman" w:hAnsi="Times New Roman" w:eastAsia="宋体"/>
          <w:b w:val="0"/>
          <w:i w:val="0"/>
          <w:sz w:val="21"/>
        </w:rPr>
        <w:t>q² - p² = 141。</w:t>
      </w:r>
    </w:p>
    <w:p>
      <w:pPr>
        <w:spacing w:before="0" w:after="80" w:line="300" w:lineRule="auto"/>
        <w:jc w:val="left"/>
      </w:pPr>
      <w:r>
        <w:rPr>
          <w:rFonts w:ascii="Times New Roman" w:hAnsi="Times New Roman" w:eastAsia="宋体"/>
          <w:b w:val="0"/>
          <w:i w:val="0"/>
          <w:sz w:val="21"/>
        </w:rPr>
        <w:t>因式分解得</w:t>
      </w:r>
    </w:p>
    <w:p>
      <w:pPr>
        <w:spacing w:before="0" w:after="80" w:line="300" w:lineRule="auto"/>
        <w:jc w:val="left"/>
      </w:pPr>
      <w:r>
        <w:rPr>
          <w:rFonts w:ascii="Times New Roman" w:hAnsi="Times New Roman" w:eastAsia="宋体"/>
          <w:b w:val="0"/>
          <w:i w:val="0"/>
          <w:sz w:val="21"/>
        </w:rPr>
        <w:t>(q - p)(q + p) = 141。</w:t>
      </w:r>
    </w:p>
    <w:p>
      <w:pPr>
        <w:spacing w:before="0" w:after="80" w:line="300" w:lineRule="auto"/>
        <w:jc w:val="left"/>
      </w:pPr>
      <w:r>
        <w:rPr>
          <w:rFonts w:ascii="Times New Roman" w:hAnsi="Times New Roman" w:eastAsia="宋体"/>
          <w:b w:val="0"/>
          <w:i w:val="0"/>
          <w:sz w:val="21"/>
        </w:rPr>
        <w:t>因为 p 和 q 都是整数，所以 q - p 与 q + p 的取值只可能是 (1, 141) 和 (3, 47)。</w:t>
      </w:r>
    </w:p>
    <w:p>
      <w:pPr>
        <w:spacing w:before="0" w:after="80" w:line="300" w:lineRule="auto"/>
        <w:jc w:val="left"/>
      </w:pPr>
      <w:r>
        <w:rPr>
          <w:rFonts w:ascii="Times New Roman" w:hAnsi="Times New Roman" w:eastAsia="宋体"/>
          <w:b w:val="0"/>
          <w:i w:val="0"/>
          <w:sz w:val="21"/>
        </w:rPr>
        <w:t>检验第一对，得到</w:t>
      </w:r>
    </w:p>
    <w:p>
      <w:pPr>
        <w:spacing w:before="0" w:after="80" w:line="300" w:lineRule="auto"/>
        <w:jc w:val="left"/>
      </w:pPr>
      <w:r>
        <w:rPr>
          <w:rFonts w:ascii="Times New Roman" w:hAnsi="Times New Roman" w:eastAsia="宋体"/>
          <w:b w:val="0"/>
          <w:i w:val="0"/>
          <w:sz w:val="21"/>
        </w:rPr>
        <w:t>q-p=1</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q+p=141，</w:t>
      </w:r>
    </w:p>
    <w:p>
      <w:pPr>
        <w:spacing w:before="0" w:after="80" w:line="300" w:lineRule="auto"/>
        <w:jc w:val="left"/>
      </w:pPr>
      <w:r>
        <w:rPr>
          <w:rFonts w:ascii="Times New Roman" w:hAnsi="Times New Roman" w:eastAsia="宋体"/>
          <w:b w:val="0"/>
          <w:i w:val="0"/>
          <w:sz w:val="21"/>
        </w:rPr>
        <w:t>两式相加后除以二，得到 q = 71、p = 70。</w:t>
      </w:r>
    </w:p>
    <w:p>
      <w:pPr>
        <w:spacing w:before="0" w:after="80" w:line="300" w:lineRule="auto"/>
        <w:jc w:val="left"/>
      </w:pPr>
      <w:r>
        <w:rPr>
          <w:rFonts w:ascii="Times New Roman" w:hAnsi="Times New Roman" w:eastAsia="宋体"/>
          <w:b w:val="0"/>
          <w:i w:val="0"/>
          <w:sz w:val="21"/>
        </w:rPr>
        <w:t>但此时 p² + 300 不是完全平方数，所以这一对不合要求。</w:t>
      </w:r>
    </w:p>
    <w:p>
      <w:pPr>
        <w:spacing w:before="0" w:after="80" w:line="300" w:lineRule="auto"/>
        <w:jc w:val="left"/>
      </w:pPr>
      <w:r>
        <w:rPr>
          <w:rFonts w:ascii="Times New Roman" w:hAnsi="Times New Roman" w:eastAsia="宋体"/>
          <w:b w:val="0"/>
          <w:i w:val="0"/>
          <w:sz w:val="21"/>
        </w:rPr>
        <w:t>检验另一对，得到 q = 25 和 p = 22。</w:t>
      </w:r>
    </w:p>
    <w:p>
      <w:pPr>
        <w:spacing w:before="0" w:after="80" w:line="300" w:lineRule="auto"/>
        <w:jc w:val="left"/>
      </w:pPr>
      <w:r>
        <w:rPr>
          <w:rFonts w:ascii="Times New Roman" w:hAnsi="Times New Roman" w:eastAsia="宋体"/>
          <w:b w:val="0"/>
          <w:i w:val="0"/>
          <w:sz w:val="21"/>
        </w:rPr>
        <w:t>此时 p² + 300 = 784 是完全平方数，人口增长率为</w:t>
      </w:r>
    </w:p>
    <w:p>
      <w:pPr>
        <w:spacing w:before="0" w:after="80" w:line="300" w:lineRule="auto"/>
        <w:jc w:val="left"/>
      </w:pPr>
      <w:r>
        <w:rPr>
          <w:rFonts w:ascii="Times New Roman" w:hAnsi="Times New Roman" w:eastAsia="宋体"/>
          <w:b w:val="0"/>
          <w:i w:val="0"/>
          <w:sz w:val="21"/>
        </w:rPr>
        <w:t>300/22² · 100 % ≈ 62 %。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population in 1991 be p². Then let the population in 2001 be q² + 9.</w:t>
      </w:r>
    </w:p>
    <w:p>
      <w:pPr>
        <w:spacing w:before="0" w:after="80" w:line="300" w:lineRule="auto"/>
        <w:jc w:val="left"/>
      </w:pPr>
      <w:r>
        <w:rPr>
          <w:rFonts w:ascii="Times New Roman" w:hAnsi="Times New Roman" w:eastAsia="宋体"/>
          <w:b w:val="0"/>
          <w:i w:val="0"/>
          <w:color w:val="333333"/>
          <w:sz w:val="19"/>
        </w:rPr>
        <w:t>Using these values, we have</w:t>
      </w:r>
    </w:p>
    <w:p>
      <w:pPr>
        <w:spacing w:before="0" w:after="80" w:line="300" w:lineRule="auto"/>
        <w:jc w:val="left"/>
      </w:pPr>
      <w:r>
        <w:rPr>
          <w:rFonts w:ascii="Times New Roman" w:hAnsi="Times New Roman" w:eastAsia="宋体"/>
          <w:b w:val="0"/>
          <w:i w:val="0"/>
          <w:color w:val="333333"/>
          <w:sz w:val="19"/>
        </w:rPr>
        <w:t>p² + 150 = q² + 9</w:t>
      </w:r>
    </w:p>
    <w:p>
      <w:pPr>
        <w:spacing w:before="0" w:after="80" w:line="300" w:lineRule="auto"/>
        <w:jc w:val="left"/>
      </w:pPr>
      <w:r>
        <w:rPr>
          <w:rFonts w:ascii="Times New Roman" w:hAnsi="Times New Roman" w:eastAsia="宋体"/>
          <w:b w:val="0"/>
          <w:i w:val="0"/>
          <w:color w:val="333333"/>
          <w:sz w:val="19"/>
        </w:rPr>
        <w:t>q² - p² = 141.</w:t>
      </w:r>
    </w:p>
    <w:p>
      <w:pPr>
        <w:spacing w:before="0" w:after="80" w:line="300" w:lineRule="auto"/>
        <w:jc w:val="left"/>
      </w:pPr>
      <w:r>
        <w:rPr>
          <w:rFonts w:ascii="Times New Roman" w:hAnsi="Times New Roman" w:eastAsia="宋体"/>
          <w:b w:val="0"/>
          <w:i w:val="0"/>
          <w:color w:val="333333"/>
          <w:sz w:val="19"/>
        </w:rPr>
        <w:t>Factoring, we get</w:t>
      </w:r>
    </w:p>
    <w:p>
      <w:pPr>
        <w:spacing w:before="0" w:after="80" w:line="300" w:lineRule="auto"/>
        <w:jc w:val="left"/>
      </w:pPr>
      <w:r>
        <w:rPr>
          <w:rFonts w:ascii="Times New Roman" w:hAnsi="Times New Roman" w:eastAsia="宋体"/>
          <w:b w:val="0"/>
          <w:i w:val="0"/>
          <w:color w:val="333333"/>
          <w:sz w:val="19"/>
        </w:rPr>
        <w:t>(q - p)(q + p) = 141.</w:t>
      </w:r>
    </w:p>
    <w:p>
      <w:pPr>
        <w:spacing w:before="0" w:after="80" w:line="300" w:lineRule="auto"/>
        <w:jc w:val="left"/>
      </w:pPr>
      <w:r>
        <w:rPr>
          <w:rFonts w:ascii="Times New Roman" w:hAnsi="Times New Roman" w:eastAsia="宋体"/>
          <w:b w:val="0"/>
          <w:i w:val="0"/>
          <w:color w:val="333333"/>
          <w:sz w:val="19"/>
        </w:rPr>
        <w:t>As p and q are integers, we have that the only possible values for q - p and q + p are (1, 141) and (3, 47).</w:t>
      </w:r>
    </w:p>
    <w:p>
      <w:pPr>
        <w:spacing w:before="0" w:after="80" w:line="300" w:lineRule="auto"/>
        <w:jc w:val="left"/>
      </w:pPr>
      <w:r>
        <w:rPr>
          <w:rFonts w:ascii="Times New Roman" w:hAnsi="Times New Roman" w:eastAsia="宋体"/>
          <w:b w:val="0"/>
          <w:i w:val="0"/>
          <w:color w:val="333333"/>
          <w:sz w:val="19"/>
        </w:rPr>
        <w:t>Trying the first pair, we have</w:t>
      </w:r>
    </w:p>
    <w:p>
      <w:pPr>
        <w:spacing w:before="0" w:after="80" w:line="300" w:lineRule="auto"/>
        <w:jc w:val="left"/>
      </w:pPr>
      <w:r>
        <w:rPr>
          <w:rFonts w:ascii="Times New Roman" w:hAnsi="Times New Roman" w:eastAsia="宋体"/>
          <w:b w:val="0"/>
          <w:i w:val="0"/>
          <w:color w:val="333333"/>
          <w:sz w:val="19"/>
        </w:rPr>
        <w:t>q-p=1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q+p=141,</w:t>
      </w:r>
    </w:p>
    <w:p>
      <w:pPr>
        <w:spacing w:before="0" w:after="80" w:line="300" w:lineRule="auto"/>
        <w:jc w:val="left"/>
      </w:pPr>
      <w:r>
        <w:rPr>
          <w:rFonts w:ascii="Times New Roman" w:hAnsi="Times New Roman" w:eastAsia="宋体"/>
          <w:b w:val="0"/>
          <w:i w:val="0"/>
          <w:color w:val="333333"/>
          <w:sz w:val="19"/>
        </w:rPr>
        <w:t>which adding together and dividing gives us q = 71 and p = 70.</w:t>
      </w:r>
    </w:p>
    <w:p>
      <w:pPr>
        <w:spacing w:before="0" w:after="80" w:line="300" w:lineRule="auto"/>
        <w:jc w:val="left"/>
      </w:pPr>
      <w:r>
        <w:rPr>
          <w:rFonts w:ascii="Times New Roman" w:hAnsi="Times New Roman" w:eastAsia="宋体"/>
          <w:b w:val="0"/>
          <w:i w:val="0"/>
          <w:color w:val="333333"/>
          <w:sz w:val="19"/>
        </w:rPr>
        <w:t>We have that p² + 300 is not a square number, which means that this pair is the wrong one.</w:t>
      </w:r>
    </w:p>
    <w:p>
      <w:pPr>
        <w:spacing w:before="0" w:after="80" w:line="300" w:lineRule="auto"/>
        <w:jc w:val="left"/>
      </w:pPr>
      <w:r>
        <w:rPr>
          <w:rFonts w:ascii="Times New Roman" w:hAnsi="Times New Roman" w:eastAsia="宋体"/>
          <w:b w:val="0"/>
          <w:i w:val="0"/>
          <w:color w:val="333333"/>
          <w:sz w:val="19"/>
        </w:rPr>
        <w:t>Trying the other pair and using the same strategy gives us q = 25 and p = 22.</w:t>
      </w:r>
    </w:p>
    <w:p>
      <w:pPr>
        <w:spacing w:before="0" w:after="80" w:line="300" w:lineRule="auto"/>
        <w:jc w:val="left"/>
      </w:pPr>
      <w:r>
        <w:rPr>
          <w:rFonts w:ascii="Times New Roman" w:hAnsi="Times New Roman" w:eastAsia="宋体"/>
          <w:b w:val="0"/>
          <w:i w:val="0"/>
          <w:color w:val="333333"/>
          <w:sz w:val="19"/>
        </w:rPr>
        <w:t>Now, p² + 300 = 784, which is a perfect square. The percent increase in population is then</w:t>
      </w:r>
    </w:p>
    <w:p>
      <w:pPr>
        <w:spacing w:before="0" w:after="80" w:line="300" w:lineRule="auto"/>
        <w:jc w:val="left"/>
      </w:pPr>
      <w:r>
        <w:rPr>
          <w:rFonts w:ascii="Times New Roman" w:hAnsi="Times New Roman" w:eastAsia="宋体"/>
          <w:b w:val="0"/>
          <w:i w:val="0"/>
          <w:color w:val="333333"/>
          <w:sz w:val="19"/>
        </w:rPr>
        <w:t>300/22² · 100 % ≈ 62 %.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半径为 r 的圆中，长度为 r 的弦所对的圆心角为 60°。固定第一条弦，使其端点的角度为 0° 和 60°。若第二条弦从角度 θ 开始，则另一端点在其顺时针方向 60° 处。</w:t>
      </w:r>
    </w:p>
    <w:p>
      <w:pPr>
        <w:spacing w:before="0" w:after="80" w:line="300" w:lineRule="auto"/>
        <w:jc w:val="left"/>
      </w:pPr>
      <w:r>
        <w:rPr>
          <w:rFonts w:ascii="Times New Roman" w:hAnsi="Times New Roman" w:eastAsia="宋体"/>
          <w:b w:val="0"/>
          <w:i w:val="0"/>
          <w:sz w:val="21"/>
        </w:rPr>
        <w:t>两条弦的端点恰好交替出现，当且仅当 θ 位于紧邻固定弦两个端点的两段 60° 圆弧之一。因此有利的起点共占圆周的 120°。</w:t>
      </w:r>
    </w:p>
    <w:p>
      <w:pPr>
        <w:spacing w:before="0" w:after="80" w:line="300" w:lineRule="auto"/>
        <w:jc w:val="left"/>
      </w:pPr>
      <w:r>
        <w:rPr>
          <w:rFonts w:ascii="Times New Roman" w:hAnsi="Times New Roman" w:eastAsia="宋体"/>
          <w:b w:val="0"/>
          <w:i w:val="0"/>
          <w:sz w:val="21"/>
        </w:rPr>
        <w:t>所求概率为</w:t>
      </w:r>
    </w:p>
    <w:p>
      <w:pPr>
        <w:spacing w:before="0" w:after="80" w:line="300" w:lineRule="auto"/>
        <w:jc w:val="left"/>
      </w:pPr>
      <w:r>
        <w:rPr>
          <w:rFonts w:ascii="Times New Roman" w:hAnsi="Times New Roman" w:eastAsia="宋体"/>
          <w:b w:val="0"/>
          <w:i w:val="0"/>
          <w:sz w:val="21"/>
        </w:rPr>
        <w:t>2/6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chord of length r in a circle of radius r subtends a 60° arc. Fix the first chord, with endpoints at angles 0° and 60°. If the second chord starts at angle θ, its other endpoint is 60° clockwise from there.</w:t>
      </w:r>
    </w:p>
    <w:p>
      <w:pPr>
        <w:spacing w:before="0" w:after="80" w:line="300" w:lineRule="auto"/>
        <w:jc w:val="left"/>
      </w:pPr>
      <w:r>
        <w:rPr>
          <w:rFonts w:ascii="Times New Roman" w:hAnsi="Times New Roman" w:eastAsia="宋体"/>
          <w:b w:val="0"/>
          <w:i w:val="0"/>
          <w:color w:val="333333"/>
          <w:sz w:val="19"/>
        </w:rPr>
        <w:t>The endpoints of the two chords alternate exactly when θ lies in either of the two 60° arcs immediately adjacent to the fixed chord’s endpoints. Thus the favorable starting positions occupy 120° of the circle.</w:t>
      </w:r>
    </w:p>
    <w:p>
      <w:pPr>
        <w:spacing w:before="0" w:after="80" w:line="300" w:lineRule="auto"/>
        <w:jc w:val="left"/>
      </w:pPr>
      <w:r>
        <w:rPr>
          <w:rFonts w:ascii="Times New Roman" w:hAnsi="Times New Roman" w:eastAsia="宋体"/>
          <w:b w:val="0"/>
          <w:i w:val="0"/>
          <w:color w:val="333333"/>
          <w:sz w:val="19"/>
        </w:rPr>
        <w:t>The desired probability is then</w:t>
      </w:r>
    </w:p>
    <w:p>
      <w:pPr>
        <w:spacing w:before="0" w:after="80" w:line="300" w:lineRule="auto"/>
        <w:jc w:val="left"/>
      </w:pPr>
      <w:r>
        <w:rPr>
          <w:rFonts w:ascii="Times New Roman" w:hAnsi="Times New Roman" w:eastAsia="宋体"/>
          <w:b w:val="0"/>
          <w:i w:val="0"/>
          <w:color w:val="333333"/>
          <w:sz w:val="19"/>
        </w:rPr>
        <w:t>2/6 =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可能情况只有两类：两对都全是真币，或每一对都含一枚假币。</w:t>
      </w:r>
    </w:p>
    <w:p>
      <w:pPr>
        <w:spacing w:before="0" w:after="80" w:line="300" w:lineRule="auto"/>
        <w:jc w:val="left"/>
      </w:pPr>
      <w:r>
        <w:rPr>
          <w:rFonts w:ascii="Times New Roman" w:hAnsi="Times New Roman" w:eastAsia="宋体"/>
          <w:b w:val="0"/>
          <w:i w:val="0"/>
          <w:sz w:val="21"/>
        </w:rPr>
        <w:t>全是真币时，选第一对有 C(8, 2) = 28 种，第二对有 C(6, 2) = 15 种。</w:t>
      </w:r>
    </w:p>
    <w:p>
      <w:pPr>
        <w:spacing w:before="0" w:after="80" w:line="300" w:lineRule="auto"/>
        <w:jc w:val="left"/>
      </w:pPr>
      <w:r>
        <w:rPr>
          <w:rFonts w:ascii="Times New Roman" w:hAnsi="Times New Roman" w:eastAsia="宋体"/>
          <w:b w:val="0"/>
          <w:i w:val="0"/>
          <w:sz w:val="21"/>
        </w:rPr>
        <w:t>两对可交换，所以还要除以 2，得到</w:t>
      </w:r>
    </w:p>
    <w:p>
      <w:pPr>
        <w:spacing w:before="0" w:after="80" w:line="300" w:lineRule="auto"/>
        <w:jc w:val="left"/>
      </w:pPr>
      <w:r>
        <w:rPr>
          <w:rFonts w:ascii="Times New Roman" w:hAnsi="Times New Roman" w:eastAsia="宋体"/>
          <w:b w:val="0"/>
          <w:i w:val="0"/>
          <w:sz w:val="21"/>
        </w:rPr>
        <w:t>28 · 15 ÷ 2 = 210</w:t>
      </w:r>
    </w:p>
    <w:p>
      <w:pPr>
        <w:spacing w:before="0" w:after="80" w:line="300" w:lineRule="auto"/>
        <w:jc w:val="left"/>
      </w:pPr>
      <w:r>
        <w:rPr>
          <w:rFonts w:ascii="Times New Roman" w:hAnsi="Times New Roman" w:eastAsia="宋体"/>
          <w:b w:val="0"/>
          <w:i w:val="0"/>
          <w:sz w:val="21"/>
        </w:rPr>
        <w:t>种配置。</w:t>
      </w:r>
    </w:p>
    <w:p>
      <w:pPr>
        <w:spacing w:before="0" w:after="80" w:line="300" w:lineRule="auto"/>
        <w:jc w:val="left"/>
      </w:pPr>
      <w:r>
        <w:rPr>
          <w:rFonts w:ascii="Times New Roman" w:hAnsi="Times New Roman" w:eastAsia="宋体"/>
          <w:b w:val="0"/>
          <w:i w:val="0"/>
          <w:sz w:val="21"/>
        </w:rPr>
        <w:t>每对各有一枚假币时，选择两枚真币有 C(8, 2) = 28 种，而假币的选择只有一种。</w:t>
      </w:r>
    </w:p>
    <w:p>
      <w:pPr>
        <w:spacing w:before="0" w:after="80" w:line="300" w:lineRule="auto"/>
        <w:jc w:val="left"/>
      </w:pPr>
      <w:r>
        <w:rPr>
          <w:rFonts w:ascii="Times New Roman" w:hAnsi="Times New Roman" w:eastAsia="宋体"/>
          <w:b w:val="0"/>
          <w:i w:val="0"/>
          <w:sz w:val="21"/>
        </w:rPr>
        <w:t>把两枚假币分别与两枚真币配对有两种方法。</w:t>
      </w:r>
    </w:p>
    <w:p>
      <w:pPr>
        <w:spacing w:before="0" w:after="80" w:line="300" w:lineRule="auto"/>
        <w:jc w:val="left"/>
      </w:pPr>
      <w:r>
        <w:rPr>
          <w:rFonts w:ascii="Times New Roman" w:hAnsi="Times New Roman" w:eastAsia="宋体"/>
          <w:b w:val="0"/>
          <w:i w:val="0"/>
          <w:sz w:val="21"/>
        </w:rPr>
        <w:t>因此这一类共有 28 · 2 = 56 种。</w:t>
      </w:r>
    </w:p>
    <w:p>
      <w:pPr>
        <w:spacing w:before="0" w:after="80" w:line="300" w:lineRule="auto"/>
        <w:jc w:val="left"/>
      </w:pPr>
      <w:r>
        <w:rPr>
          <w:rFonts w:ascii="Times New Roman" w:hAnsi="Times New Roman" w:eastAsia="宋体"/>
          <w:b w:val="0"/>
          <w:i w:val="0"/>
          <w:sz w:val="21"/>
        </w:rPr>
        <w:t>因此所求概率为</w:t>
      </w:r>
    </w:p>
    <w:p>
      <w:pPr>
        <w:spacing w:before="0" w:after="80" w:line="300" w:lineRule="auto"/>
        <w:jc w:val="left"/>
      </w:pPr>
      <w:r>
        <w:rPr>
          <w:rFonts w:ascii="Times New Roman" w:hAnsi="Times New Roman" w:eastAsia="宋体"/>
          <w:b w:val="0"/>
          <w:i w:val="0"/>
          <w:sz w:val="21"/>
        </w:rPr>
        <w:t>210/(210 + 56) = 210/266 = 15/19。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two cases: either both selected pairs contain only genuine coins or each selected pair has one counterfeit coin.</w:t>
      </w:r>
    </w:p>
    <w:p>
      <w:pPr>
        <w:spacing w:before="0" w:after="80" w:line="300" w:lineRule="auto"/>
        <w:jc w:val="left"/>
      </w:pPr>
      <w:r>
        <w:rPr>
          <w:rFonts w:ascii="Times New Roman" w:hAnsi="Times New Roman" w:eastAsia="宋体"/>
          <w:b w:val="0"/>
          <w:i w:val="0"/>
          <w:color w:val="333333"/>
          <w:sz w:val="19"/>
        </w:rPr>
        <w:t>For the first case, there are C(8, 2) = 28 ways to choose the coins for the first pair and C(6, 2) = 15 choices for the second pair.</w:t>
      </w:r>
    </w:p>
    <w:p>
      <w:pPr>
        <w:spacing w:before="0" w:after="80" w:line="300" w:lineRule="auto"/>
        <w:jc w:val="left"/>
      </w:pPr>
      <w:r>
        <w:rPr>
          <w:rFonts w:ascii="Times New Roman" w:hAnsi="Times New Roman" w:eastAsia="宋体"/>
          <w:b w:val="0"/>
          <w:i w:val="0"/>
          <w:color w:val="333333"/>
          <w:sz w:val="19"/>
        </w:rPr>
        <w:t>We also have to divide by 2 since we can swap the pairs. This gives us</w:t>
      </w:r>
    </w:p>
    <w:p>
      <w:pPr>
        <w:spacing w:before="0" w:after="80" w:line="300" w:lineRule="auto"/>
        <w:jc w:val="left"/>
      </w:pPr>
      <w:r>
        <w:rPr>
          <w:rFonts w:ascii="Times New Roman" w:hAnsi="Times New Roman" w:eastAsia="宋体"/>
          <w:b w:val="0"/>
          <w:i w:val="0"/>
          <w:color w:val="333333"/>
          <w:sz w:val="19"/>
        </w:rPr>
        <w:t>28 · 15 ÷ 2 = 210</w:t>
      </w:r>
    </w:p>
    <w:p>
      <w:pPr>
        <w:spacing w:before="0" w:after="80" w:line="300" w:lineRule="auto"/>
        <w:jc w:val="left"/>
      </w:pPr>
      <w:r>
        <w:rPr>
          <w:rFonts w:ascii="Times New Roman" w:hAnsi="Times New Roman" w:eastAsia="宋体"/>
          <w:b w:val="0"/>
          <w:i w:val="0"/>
          <w:color w:val="333333"/>
          <w:sz w:val="19"/>
        </w:rPr>
        <w:t>configurations for this case.</w:t>
      </w:r>
    </w:p>
    <w:p>
      <w:pPr>
        <w:spacing w:before="0" w:after="80" w:line="300" w:lineRule="auto"/>
        <w:jc w:val="left"/>
      </w:pPr>
      <w:r>
        <w:rPr>
          <w:rFonts w:ascii="Times New Roman" w:hAnsi="Times New Roman" w:eastAsia="宋体"/>
          <w:b w:val="0"/>
          <w:i w:val="0"/>
          <w:color w:val="333333"/>
          <w:sz w:val="19"/>
        </w:rPr>
        <w:t>For the second case, there are C(8, 2) = 28 ways to choose the non-counterfeit coins. There is only one choice for the counterfeit coins.</w:t>
      </w:r>
    </w:p>
    <w:p>
      <w:pPr>
        <w:spacing w:before="0" w:after="80" w:line="300" w:lineRule="auto"/>
        <w:jc w:val="left"/>
      </w:pPr>
      <w:r>
        <w:rPr>
          <w:rFonts w:ascii="Times New Roman" w:hAnsi="Times New Roman" w:eastAsia="宋体"/>
          <w:b w:val="0"/>
          <w:i w:val="0"/>
          <w:color w:val="333333"/>
          <w:sz w:val="19"/>
        </w:rPr>
        <w:t>There are two ways to create the two pairs, two choices for which counterfeit coin goes with a genuine coin.</w:t>
      </w:r>
    </w:p>
    <w:p>
      <w:pPr>
        <w:spacing w:before="0" w:after="80" w:line="300" w:lineRule="auto"/>
        <w:jc w:val="left"/>
      </w:pPr>
      <w:r>
        <w:rPr>
          <w:rFonts w:ascii="Times New Roman" w:hAnsi="Times New Roman" w:eastAsia="宋体"/>
          <w:b w:val="0"/>
          <w:i w:val="0"/>
          <w:color w:val="333333"/>
          <w:sz w:val="19"/>
        </w:rPr>
        <w:t>This means that there are 28 · 2 = 56 configurations for this case.</w:t>
      </w:r>
    </w:p>
    <w:p>
      <w:pPr>
        <w:spacing w:before="0" w:after="80" w:line="300" w:lineRule="auto"/>
        <w:jc w:val="left"/>
      </w:pPr>
      <w:r>
        <w:rPr>
          <w:rFonts w:ascii="Times New Roman" w:hAnsi="Times New Roman" w:eastAsia="宋体"/>
          <w:b w:val="0"/>
          <w:i w:val="0"/>
          <w:color w:val="333333"/>
          <w:sz w:val="19"/>
        </w:rPr>
        <w:t>The desired probability is then</w:t>
      </w:r>
    </w:p>
    <w:p>
      <w:pPr>
        <w:spacing w:before="0" w:after="80" w:line="300" w:lineRule="auto"/>
        <w:jc w:val="left"/>
      </w:pPr>
      <w:r>
        <w:rPr>
          <w:rFonts w:ascii="Times New Roman" w:hAnsi="Times New Roman" w:eastAsia="宋体"/>
          <w:b w:val="0"/>
          <w:i w:val="0"/>
          <w:color w:val="333333"/>
          <w:sz w:val="19"/>
        </w:rPr>
        <w:t>210/(210 + 56) = 210/266 = 15/19.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只有 3 种情况：所有顶点颜色都不同；恰有一对相邻顶点同色；或有 2 对相邻顶点同色，且两对使用不同颜色。</w:t>
      </w:r>
    </w:p>
    <w:p>
      <w:pPr>
        <w:spacing w:before="0" w:after="80" w:line="300" w:lineRule="auto"/>
        <w:jc w:val="left"/>
      </w:pPr>
      <w:r>
        <w:rPr>
          <w:rFonts w:ascii="Times New Roman" w:hAnsi="Times New Roman" w:eastAsia="宋体"/>
          <w:b/>
          <w:i w:val="0"/>
          <w:sz w:val="21"/>
        </w:rPr>
        <w:t>情况 1：</w:t>
      </w:r>
      <w:r>
        <w:rPr>
          <w:rFonts w:ascii="Times New Roman" w:hAnsi="Times New Roman" w:eastAsia="宋体"/>
          <w:b w:val="0"/>
          <w:i w:val="0"/>
          <w:sz w:val="21"/>
        </w:rPr>
        <w:t>所有顶点颜色都不同。</w:t>
      </w:r>
    </w:p>
    <w:p>
      <w:pPr>
        <w:spacing w:before="0" w:after="80" w:line="300" w:lineRule="auto"/>
        <w:jc w:val="left"/>
      </w:pPr>
      <w:r>
        <w:rPr>
          <w:rFonts w:ascii="Times New Roman" w:hAnsi="Times New Roman" w:eastAsia="宋体"/>
          <w:b w:val="0"/>
          <w:i w:val="0"/>
          <w:sz w:val="21"/>
        </w:rPr>
        <w:t>此时有 6! = 720 种着色方法。</w:t>
      </w:r>
    </w:p>
    <w:p>
      <w:pPr>
        <w:spacing w:before="0" w:after="80" w:line="300" w:lineRule="auto"/>
        <w:jc w:val="left"/>
      </w:pPr>
      <w:r>
        <w:rPr>
          <w:rFonts w:ascii="Times New Roman" w:hAnsi="Times New Roman" w:eastAsia="宋体"/>
          <w:b/>
          <w:i w:val="0"/>
          <w:sz w:val="21"/>
        </w:rPr>
        <w:t>情况 2：</w:t>
      </w:r>
      <w:r>
        <w:rPr>
          <w:rFonts w:ascii="Times New Roman" w:hAnsi="Times New Roman" w:eastAsia="宋体"/>
          <w:b w:val="0"/>
          <w:i w:val="0"/>
          <w:sz w:val="21"/>
        </w:rPr>
        <w:t>恰有一对相邻顶点同色。</w:t>
      </w:r>
    </w:p>
    <w:p>
      <w:pPr>
        <w:spacing w:before="0" w:after="80" w:line="300" w:lineRule="auto"/>
        <w:jc w:val="left"/>
      </w:pPr>
      <w:r>
        <w:rPr>
          <w:rFonts w:ascii="Times New Roman" w:hAnsi="Times New Roman" w:eastAsia="宋体"/>
          <w:b w:val="0"/>
          <w:i w:val="0"/>
          <w:sz w:val="21"/>
        </w:rPr>
        <w:t>选择各顶点颜色的方式有</w:t>
      </w:r>
    </w:p>
    <w:p>
      <w:pPr>
        <w:spacing w:before="0" w:after="80" w:line="300" w:lineRule="auto"/>
        <w:jc w:val="left"/>
      </w:pPr>
      <w:r>
        <w:rPr>
          <w:rFonts w:ascii="Times New Roman" w:hAnsi="Times New Roman" w:eastAsia="宋体"/>
          <w:b w:val="0"/>
          <w:i w:val="0"/>
          <w:sz w:val="21"/>
        </w:rPr>
        <w:t>(6!)/2 = 360</w:t>
      </w:r>
    </w:p>
    <w:p>
      <w:pPr>
        <w:spacing w:before="0" w:after="80" w:line="300" w:lineRule="auto"/>
        <w:jc w:val="left"/>
      </w:pPr>
      <w:r>
        <w:rPr>
          <w:rFonts w:ascii="Times New Roman" w:hAnsi="Times New Roman" w:eastAsia="宋体"/>
          <w:b w:val="0"/>
          <w:i w:val="0"/>
          <w:sz w:val="21"/>
        </w:rPr>
        <w:t>种，而同色的相邻顶点对有 5 种选择。</w:t>
      </w:r>
    </w:p>
    <w:p>
      <w:pPr>
        <w:spacing w:before="0" w:after="80" w:line="300" w:lineRule="auto"/>
        <w:jc w:val="left"/>
      </w:pPr>
      <w:r>
        <w:rPr>
          <w:rFonts w:ascii="Times New Roman" w:hAnsi="Times New Roman" w:eastAsia="宋体"/>
          <w:b w:val="0"/>
          <w:i w:val="0"/>
          <w:sz w:val="21"/>
        </w:rPr>
        <w:t>因此这种情况共有</w:t>
      </w:r>
    </w:p>
    <w:p>
      <w:pPr>
        <w:spacing w:before="0" w:after="80" w:line="300" w:lineRule="auto"/>
        <w:jc w:val="left"/>
      </w:pPr>
      <w:r>
        <w:rPr>
          <w:rFonts w:ascii="Times New Roman" w:hAnsi="Times New Roman" w:eastAsia="宋体"/>
          <w:b w:val="0"/>
          <w:i w:val="0"/>
          <w:sz w:val="21"/>
        </w:rPr>
        <w:t>360 · 5 = 1800</w:t>
      </w:r>
    </w:p>
    <w:p>
      <w:pPr>
        <w:spacing w:before="0" w:after="80" w:line="300" w:lineRule="auto"/>
        <w:jc w:val="left"/>
      </w:pPr>
      <w:r>
        <w:rPr>
          <w:rFonts w:ascii="Times New Roman" w:hAnsi="Times New Roman" w:eastAsia="宋体"/>
          <w:b w:val="0"/>
          <w:i w:val="0"/>
          <w:sz w:val="21"/>
        </w:rPr>
        <w:t>种着色方法。</w:t>
      </w:r>
    </w:p>
    <w:p>
      <w:pPr>
        <w:spacing w:before="0" w:after="80" w:line="300" w:lineRule="auto"/>
        <w:jc w:val="left"/>
      </w:pPr>
      <w:r>
        <w:rPr>
          <w:rFonts w:ascii="Times New Roman" w:hAnsi="Times New Roman" w:eastAsia="宋体"/>
          <w:b/>
          <w:i w:val="0"/>
          <w:sz w:val="21"/>
        </w:rPr>
        <w:t>情况 3：</w:t>
      </w:r>
      <w:r>
        <w:rPr>
          <w:rFonts w:ascii="Times New Roman" w:hAnsi="Times New Roman" w:eastAsia="宋体"/>
          <w:b w:val="0"/>
          <w:i w:val="0"/>
          <w:sz w:val="21"/>
        </w:rPr>
        <w:t>有两对相邻顶点分别同色。</w:t>
      </w:r>
    </w:p>
    <w:p>
      <w:pPr>
        <w:spacing w:before="0" w:after="80" w:line="300" w:lineRule="auto"/>
        <w:jc w:val="left"/>
      </w:pPr>
      <w:r>
        <w:rPr>
          <w:rFonts w:ascii="Times New Roman" w:hAnsi="Times New Roman" w:eastAsia="宋体"/>
          <w:b w:val="0"/>
          <w:i w:val="0"/>
          <w:sz w:val="21"/>
        </w:rPr>
        <w:t>不在任何同色对中的顶点有 5 种选择。再为两对和该单独顶点选择三种不同颜色，有</w:t>
      </w:r>
    </w:p>
    <w:p>
      <w:pPr>
        <w:spacing w:before="0" w:after="80" w:line="300" w:lineRule="auto"/>
        <w:jc w:val="left"/>
      </w:pPr>
      <w:r>
        <w:rPr>
          <w:rFonts w:ascii="Times New Roman" w:hAnsi="Times New Roman" w:eastAsia="宋体"/>
          <w:b w:val="0"/>
          <w:i w:val="0"/>
          <w:sz w:val="21"/>
        </w:rPr>
        <w:t>6 · 5 · 4 = 120</w:t>
      </w:r>
    </w:p>
    <w:p>
      <w:pPr>
        <w:spacing w:before="0" w:after="80" w:line="300" w:lineRule="auto"/>
        <w:jc w:val="left"/>
      </w:pPr>
      <w:r>
        <w:rPr>
          <w:rFonts w:ascii="Times New Roman" w:hAnsi="Times New Roman" w:eastAsia="宋体"/>
          <w:b w:val="0"/>
          <w:i w:val="0"/>
          <w:sz w:val="21"/>
        </w:rPr>
        <w:t>种，所以这种情况共有</w:t>
      </w:r>
    </w:p>
    <w:p>
      <w:pPr>
        <w:spacing w:before="0" w:after="80" w:line="300" w:lineRule="auto"/>
        <w:jc w:val="left"/>
      </w:pPr>
      <w:r>
        <w:rPr>
          <w:rFonts w:ascii="Times New Roman" w:hAnsi="Times New Roman" w:eastAsia="宋体"/>
          <w:b w:val="0"/>
          <w:i w:val="0"/>
          <w:sz w:val="21"/>
        </w:rPr>
        <w:t>120 · 5 = 600</w:t>
      </w:r>
    </w:p>
    <w:p>
      <w:pPr>
        <w:spacing w:before="0" w:after="80" w:line="300" w:lineRule="auto"/>
        <w:jc w:val="left"/>
      </w:pPr>
      <w:r>
        <w:rPr>
          <w:rFonts w:ascii="Times New Roman" w:hAnsi="Times New Roman" w:eastAsia="宋体"/>
          <w:b w:val="0"/>
          <w:i w:val="0"/>
          <w:sz w:val="21"/>
        </w:rPr>
        <w:t>种着色方法。</w:t>
      </w:r>
    </w:p>
    <w:p>
      <w:pPr>
        <w:spacing w:before="0" w:after="80" w:line="300" w:lineRule="auto"/>
        <w:jc w:val="left"/>
      </w:pPr>
      <w:r>
        <w:rPr>
          <w:rFonts w:ascii="Times New Roman" w:hAnsi="Times New Roman" w:eastAsia="宋体"/>
          <w:b w:val="0"/>
          <w:i w:val="0"/>
          <w:sz w:val="21"/>
        </w:rPr>
        <w:t>所有情况合计</w:t>
      </w:r>
    </w:p>
    <w:p>
      <w:pPr>
        <w:spacing w:before="0" w:after="80" w:line="300" w:lineRule="auto"/>
        <w:jc w:val="left"/>
      </w:pPr>
      <w:r>
        <w:rPr>
          <w:rFonts w:ascii="Times New Roman" w:hAnsi="Times New Roman" w:eastAsia="宋体"/>
          <w:b w:val="0"/>
          <w:i w:val="0"/>
          <w:sz w:val="21"/>
        </w:rPr>
        <w:t>720 + 1800 + 600 = 3120</w:t>
      </w:r>
    </w:p>
    <w:p>
      <w:pPr>
        <w:spacing w:before="0" w:after="80" w:line="300" w:lineRule="auto"/>
        <w:jc w:val="left"/>
      </w:pPr>
      <w:r>
        <w:rPr>
          <w:rFonts w:ascii="Times New Roman" w:hAnsi="Times New Roman" w:eastAsia="宋体"/>
          <w:b w:val="0"/>
          <w:i w:val="0"/>
          <w:sz w:val="21"/>
        </w:rPr>
        <w:t>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there are only 3 cases: all the vertices are different, there is one pair of adjacent vertices with the same colors, or there are 2 pairs (each pair has a different color).</w:t>
      </w:r>
    </w:p>
    <w:p>
      <w:pPr>
        <w:spacing w:before="0" w:after="80" w:line="300" w:lineRule="auto"/>
        <w:jc w:val="left"/>
      </w:pPr>
      <w:r>
        <w:rPr>
          <w:rFonts w:ascii="Times New Roman" w:hAnsi="Times New Roman" w:eastAsia="宋体"/>
          <w:b w:val="0"/>
          <w:i w:val="0"/>
          <w:color w:val="333333"/>
          <w:sz w:val="19"/>
        </w:rPr>
        <w:t>Case 1: all vertices have different colors</w:t>
      </w:r>
    </w:p>
    <w:p>
      <w:pPr>
        <w:spacing w:before="0" w:after="80" w:line="300" w:lineRule="auto"/>
        <w:jc w:val="left"/>
      </w:pPr>
      <w:r>
        <w:rPr>
          <w:rFonts w:ascii="Times New Roman" w:hAnsi="Times New Roman" w:eastAsia="宋体"/>
          <w:b w:val="0"/>
          <w:i w:val="0"/>
          <w:color w:val="333333"/>
          <w:sz w:val="19"/>
        </w:rPr>
        <w:t>This case just gives us 6! = 720 different colorings.</w:t>
      </w:r>
    </w:p>
    <w:p>
      <w:pPr>
        <w:spacing w:before="0" w:after="80" w:line="300" w:lineRule="auto"/>
        <w:jc w:val="left"/>
      </w:pPr>
      <w:r>
        <w:rPr>
          <w:rFonts w:ascii="Times New Roman" w:hAnsi="Times New Roman" w:eastAsia="宋体"/>
          <w:b w:val="0"/>
          <w:i w:val="0"/>
          <w:color w:val="333333"/>
          <w:sz w:val="19"/>
        </w:rPr>
        <w:t>Case 2: one pair of adjacent vertices has the same color</w:t>
      </w:r>
    </w:p>
    <w:p>
      <w:pPr>
        <w:spacing w:before="0" w:after="80" w:line="300" w:lineRule="auto"/>
        <w:jc w:val="left"/>
      </w:pPr>
      <w:r>
        <w:rPr>
          <w:rFonts w:ascii="Times New Roman" w:hAnsi="Times New Roman" w:eastAsia="宋体"/>
          <w:b w:val="0"/>
          <w:i w:val="0"/>
          <w:color w:val="333333"/>
          <w:sz w:val="19"/>
        </w:rPr>
        <w:t>There are</w:t>
      </w:r>
    </w:p>
    <w:p>
      <w:pPr>
        <w:spacing w:before="0" w:after="80" w:line="300" w:lineRule="auto"/>
        <w:jc w:val="left"/>
      </w:pPr>
      <w:r>
        <w:rPr>
          <w:rFonts w:ascii="Times New Roman" w:hAnsi="Times New Roman" w:eastAsia="宋体"/>
          <w:b w:val="0"/>
          <w:i w:val="0"/>
          <w:color w:val="333333"/>
          <w:sz w:val="19"/>
        </w:rPr>
        <w:t>(6!)/2 = 360</w:t>
      </w:r>
    </w:p>
    <w:p>
      <w:pPr>
        <w:spacing w:before="0" w:after="80" w:line="300" w:lineRule="auto"/>
        <w:jc w:val="left"/>
      </w:pPr>
      <w:r>
        <w:rPr>
          <w:rFonts w:ascii="Times New Roman" w:hAnsi="Times New Roman" w:eastAsia="宋体"/>
          <w:b w:val="0"/>
          <w:i w:val="0"/>
          <w:color w:val="333333"/>
          <w:sz w:val="19"/>
        </w:rPr>
        <w:t>ways to choose the colors for this case. There are then 5 options for the pair of vertices.</w:t>
      </w:r>
    </w:p>
    <w:p>
      <w:pPr>
        <w:spacing w:before="0" w:after="80" w:line="300" w:lineRule="auto"/>
        <w:jc w:val="left"/>
      </w:pPr>
      <w:r>
        <w:rPr>
          <w:rFonts w:ascii="Times New Roman" w:hAnsi="Times New Roman" w:eastAsia="宋体"/>
          <w:b w:val="0"/>
          <w:i w:val="0"/>
          <w:color w:val="333333"/>
          <w:sz w:val="19"/>
        </w:rPr>
        <w:t>This gives us a total of</w:t>
      </w:r>
    </w:p>
    <w:p>
      <w:pPr>
        <w:spacing w:before="0" w:after="80" w:line="300" w:lineRule="auto"/>
        <w:jc w:val="left"/>
      </w:pPr>
      <w:r>
        <w:rPr>
          <w:rFonts w:ascii="Times New Roman" w:hAnsi="Times New Roman" w:eastAsia="宋体"/>
          <w:b w:val="0"/>
          <w:i w:val="0"/>
          <w:color w:val="333333"/>
          <w:sz w:val="19"/>
        </w:rPr>
        <w:t>360 · 5 = 1800</w:t>
      </w:r>
    </w:p>
    <w:p>
      <w:pPr>
        <w:spacing w:before="0" w:after="80" w:line="300" w:lineRule="auto"/>
        <w:jc w:val="left"/>
      </w:pPr>
      <w:r>
        <w:rPr>
          <w:rFonts w:ascii="Times New Roman" w:hAnsi="Times New Roman" w:eastAsia="宋体"/>
          <w:b w:val="0"/>
          <w:i w:val="0"/>
          <w:color w:val="333333"/>
          <w:sz w:val="19"/>
        </w:rPr>
        <w:t>colorings for this case.</w:t>
      </w:r>
    </w:p>
    <w:p>
      <w:pPr>
        <w:spacing w:before="0" w:after="80" w:line="300" w:lineRule="auto"/>
        <w:jc w:val="left"/>
      </w:pPr>
      <w:r>
        <w:rPr>
          <w:rFonts w:ascii="Times New Roman" w:hAnsi="Times New Roman" w:eastAsia="宋体"/>
          <w:b w:val="0"/>
          <w:i w:val="0"/>
          <w:color w:val="333333"/>
          <w:sz w:val="19"/>
        </w:rPr>
        <w:t>Case 3: two pairs of adjacent vertices have the same color</w:t>
      </w:r>
    </w:p>
    <w:p>
      <w:pPr>
        <w:spacing w:before="0" w:after="80" w:line="300" w:lineRule="auto"/>
        <w:jc w:val="left"/>
      </w:pPr>
      <w:r>
        <w:rPr>
          <w:rFonts w:ascii="Times New Roman" w:hAnsi="Times New Roman" w:eastAsia="宋体"/>
          <w:b w:val="0"/>
          <w:i w:val="0"/>
          <w:color w:val="333333"/>
          <w:sz w:val="19"/>
        </w:rPr>
        <w:t>There are 5 choices for the vertex that is not in a pair. There are then</w:t>
      </w:r>
    </w:p>
    <w:p>
      <w:pPr>
        <w:spacing w:before="0" w:after="80" w:line="300" w:lineRule="auto"/>
        <w:jc w:val="left"/>
      </w:pPr>
      <w:r>
        <w:rPr>
          <w:rFonts w:ascii="Times New Roman" w:hAnsi="Times New Roman" w:eastAsia="宋体"/>
          <w:b w:val="0"/>
          <w:i w:val="0"/>
          <w:color w:val="333333"/>
          <w:sz w:val="19"/>
        </w:rPr>
        <w:t>6 · 5 · 4 = 120</w:t>
      </w:r>
    </w:p>
    <w:p>
      <w:pPr>
        <w:spacing w:before="0" w:after="80" w:line="300" w:lineRule="auto"/>
        <w:jc w:val="left"/>
      </w:pPr>
      <w:r>
        <w:rPr>
          <w:rFonts w:ascii="Times New Roman" w:hAnsi="Times New Roman" w:eastAsia="宋体"/>
          <w:b w:val="0"/>
          <w:i w:val="0"/>
          <w:color w:val="333333"/>
          <w:sz w:val="19"/>
        </w:rPr>
        <w:t>choices for the colors. There are then a total of</w:t>
      </w:r>
    </w:p>
    <w:p>
      <w:pPr>
        <w:spacing w:before="0" w:after="80" w:line="300" w:lineRule="auto"/>
        <w:jc w:val="left"/>
      </w:pPr>
      <w:r>
        <w:rPr>
          <w:rFonts w:ascii="Times New Roman" w:hAnsi="Times New Roman" w:eastAsia="宋体"/>
          <w:b w:val="0"/>
          <w:i w:val="0"/>
          <w:color w:val="333333"/>
          <w:sz w:val="19"/>
        </w:rPr>
        <w:t>120 · 5 = 600</w:t>
      </w:r>
    </w:p>
    <w:p>
      <w:pPr>
        <w:spacing w:before="0" w:after="80" w:line="300" w:lineRule="auto"/>
        <w:jc w:val="left"/>
      </w:pPr>
      <w:r>
        <w:rPr>
          <w:rFonts w:ascii="Times New Roman" w:hAnsi="Times New Roman" w:eastAsia="宋体"/>
          <w:b w:val="0"/>
          <w:i w:val="0"/>
          <w:color w:val="333333"/>
          <w:sz w:val="19"/>
        </w:rPr>
        <w:t>colorings for this case.</w:t>
      </w:r>
    </w:p>
    <w:p>
      <w:pPr>
        <w:spacing w:before="0" w:after="80" w:line="300" w:lineRule="auto"/>
        <w:jc w:val="left"/>
      </w:pPr>
      <w:r>
        <w:rPr>
          <w:rFonts w:ascii="Times New Roman" w:hAnsi="Times New Roman" w:eastAsia="宋体"/>
          <w:b w:val="0"/>
          <w:i w:val="0"/>
          <w:color w:val="333333"/>
          <w:sz w:val="19"/>
        </w:rPr>
        <w:t>There are a total of</w:t>
      </w:r>
    </w:p>
    <w:p>
      <w:pPr>
        <w:spacing w:before="0" w:after="80" w:line="300" w:lineRule="auto"/>
        <w:jc w:val="left"/>
      </w:pPr>
      <w:r>
        <w:rPr>
          <w:rFonts w:ascii="Times New Roman" w:hAnsi="Times New Roman" w:eastAsia="宋体"/>
          <w:b w:val="0"/>
          <w:i w:val="0"/>
          <w:color w:val="333333"/>
          <w:sz w:val="19"/>
        </w:rPr>
        <w:t>720 + 1800 + 600 = 3120</w:t>
      </w:r>
    </w:p>
    <w:p>
      <w:pPr>
        <w:spacing w:before="0" w:after="80" w:line="300" w:lineRule="auto"/>
        <w:jc w:val="left"/>
      </w:pPr>
      <w:r>
        <w:rPr>
          <w:rFonts w:ascii="Times New Roman" w:hAnsi="Times New Roman" w:eastAsia="宋体"/>
          <w:b w:val="0"/>
          <w:i w:val="0"/>
          <w:color w:val="333333"/>
          <w:sz w:val="19"/>
        </w:rPr>
        <w:t>colorings for all the cases.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逐步追踪这些数列即可找出最后剩下的数。</w:t>
      </w:r>
    </w:p>
    <w:p>
      <w:pPr>
        <w:spacing w:before="0" w:after="80" w:line="300" w:lineRule="auto"/>
        <w:jc w:val="left"/>
      </w:pPr>
      <w:r>
        <w:rPr>
          <w:rFonts w:ascii="Times New Roman" w:hAnsi="Times New Roman" w:eastAsia="宋体"/>
          <w:b w:val="0"/>
          <w:i w:val="0"/>
          <w:sz w:val="21"/>
        </w:rPr>
        <w:t>Alice 没说的数为</w:t>
      </w:r>
    </w:p>
    <w:p>
      <w:pPr>
        <w:spacing w:before="0" w:after="80" w:line="300" w:lineRule="auto"/>
        <w:jc w:val="left"/>
      </w:pPr>
      <w:r>
        <w:rPr>
          <w:rFonts w:ascii="Times New Roman" w:hAnsi="Times New Roman" w:eastAsia="宋体"/>
          <w:b w:val="0"/>
          <w:i w:val="0"/>
          <w:sz w:val="21"/>
        </w:rPr>
        <w:t>2, 5, 8, 11, 14, 17, …, 998。</w:t>
      </w:r>
    </w:p>
    <w:p>
      <w:pPr>
        <w:spacing w:before="0" w:after="80" w:line="300" w:lineRule="auto"/>
        <w:jc w:val="left"/>
      </w:pPr>
      <w:r>
        <w:rPr>
          <w:rFonts w:ascii="Times New Roman" w:hAnsi="Times New Roman" w:eastAsia="宋体"/>
          <w:b w:val="0"/>
          <w:i w:val="0"/>
          <w:sz w:val="21"/>
        </w:rPr>
        <w:t>Barbara 说完后剩下</w:t>
      </w:r>
    </w:p>
    <w:p>
      <w:pPr>
        <w:spacing w:before="0" w:after="80" w:line="300" w:lineRule="auto"/>
        <w:jc w:val="left"/>
      </w:pPr>
      <w:r>
        <w:rPr>
          <w:rFonts w:ascii="Times New Roman" w:hAnsi="Times New Roman" w:eastAsia="宋体"/>
          <w:b w:val="0"/>
          <w:i w:val="0"/>
          <w:sz w:val="21"/>
        </w:rPr>
        <w:t>5, 14, 23, 32, 41, …, 995。</w:t>
      </w:r>
    </w:p>
    <w:p>
      <w:pPr>
        <w:spacing w:before="0" w:after="80" w:line="300" w:lineRule="auto"/>
        <w:jc w:val="left"/>
      </w:pPr>
      <w:r>
        <w:rPr>
          <w:rFonts w:ascii="Times New Roman" w:hAnsi="Times New Roman" w:eastAsia="宋体"/>
          <w:b w:val="0"/>
          <w:i w:val="0"/>
          <w:sz w:val="21"/>
        </w:rPr>
        <w:t>这些都是等差数列，而公差每次变为原来的 3 倍。</w:t>
      </w:r>
    </w:p>
    <w:p>
      <w:pPr>
        <w:spacing w:before="0" w:after="80" w:line="300" w:lineRule="auto"/>
        <w:jc w:val="left"/>
      </w:pPr>
      <w:r>
        <w:rPr>
          <w:rFonts w:ascii="Times New Roman" w:hAnsi="Times New Roman" w:eastAsia="宋体"/>
          <w:b w:val="0"/>
          <w:i w:val="0"/>
          <w:sz w:val="21"/>
        </w:rPr>
        <w:t>Candice 说完后剩下</w:t>
      </w:r>
    </w:p>
    <w:p>
      <w:pPr>
        <w:spacing w:before="0" w:after="80" w:line="300" w:lineRule="auto"/>
        <w:jc w:val="left"/>
      </w:pPr>
      <w:r>
        <w:rPr>
          <w:rFonts w:ascii="Times New Roman" w:hAnsi="Times New Roman" w:eastAsia="宋体"/>
          <w:b w:val="0"/>
          <w:i w:val="0"/>
          <w:sz w:val="21"/>
        </w:rPr>
        <w:t>14, 41, 68, 95, …, 986。</w:t>
      </w:r>
    </w:p>
    <w:p>
      <w:pPr>
        <w:spacing w:before="0" w:after="80" w:line="300" w:lineRule="auto"/>
        <w:jc w:val="left"/>
      </w:pPr>
      <w:r>
        <w:rPr>
          <w:rFonts w:ascii="Times New Roman" w:hAnsi="Times New Roman" w:eastAsia="宋体"/>
          <w:b w:val="0"/>
          <w:i w:val="0"/>
          <w:sz w:val="21"/>
        </w:rPr>
        <w:t>Debbie 说完后剩下</w:t>
      </w:r>
    </w:p>
    <w:p>
      <w:pPr>
        <w:spacing w:before="0" w:after="80" w:line="300" w:lineRule="auto"/>
        <w:jc w:val="left"/>
      </w:pPr>
      <w:r>
        <w:rPr>
          <w:rFonts w:ascii="Times New Roman" w:hAnsi="Times New Roman" w:eastAsia="宋体"/>
          <w:b w:val="0"/>
          <w:i w:val="0"/>
          <w:sz w:val="21"/>
        </w:rPr>
        <w:t>41, 122, 203, …, 932，</w:t>
      </w:r>
    </w:p>
    <w:p>
      <w:pPr>
        <w:spacing w:before="0" w:after="80" w:line="300" w:lineRule="auto"/>
        <w:jc w:val="left"/>
      </w:pPr>
      <w:r>
        <w:rPr>
          <w:rFonts w:ascii="Times New Roman" w:hAnsi="Times New Roman" w:eastAsia="宋体"/>
          <w:b w:val="0"/>
          <w:i w:val="0"/>
          <w:sz w:val="21"/>
        </w:rPr>
        <w:t>Eliza 说完后剩下</w:t>
      </w:r>
    </w:p>
    <w:p>
      <w:pPr>
        <w:spacing w:before="0" w:after="80" w:line="300" w:lineRule="auto"/>
        <w:jc w:val="left"/>
      </w:pPr>
      <w:r>
        <w:rPr>
          <w:rFonts w:ascii="Times New Roman" w:hAnsi="Times New Roman" w:eastAsia="宋体"/>
          <w:b w:val="0"/>
          <w:i w:val="0"/>
          <w:sz w:val="21"/>
        </w:rPr>
        <w:t>122, 365, 608, 851。</w:t>
      </w:r>
    </w:p>
    <w:p>
      <w:pPr>
        <w:spacing w:before="0" w:after="80" w:line="300" w:lineRule="auto"/>
        <w:jc w:val="left"/>
      </w:pPr>
      <w:r>
        <w:rPr>
          <w:rFonts w:ascii="Times New Roman" w:hAnsi="Times New Roman" w:eastAsia="宋体"/>
          <w:b w:val="0"/>
          <w:i w:val="0"/>
          <w:sz w:val="21"/>
        </w:rPr>
        <w:t>最后，Fatima 说完后唯一剩下的数是 365，所以 George 说的就是这个数。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walk through all the iterations to find what is left.</w:t>
      </w:r>
    </w:p>
    <w:p>
      <w:pPr>
        <w:spacing w:before="0" w:after="80" w:line="300" w:lineRule="auto"/>
        <w:jc w:val="left"/>
      </w:pPr>
      <w:r>
        <w:rPr>
          <w:rFonts w:ascii="Times New Roman" w:hAnsi="Times New Roman" w:eastAsia="宋体"/>
          <w:b w:val="0"/>
          <w:i w:val="0"/>
          <w:color w:val="333333"/>
          <w:sz w:val="19"/>
        </w:rPr>
        <w:t>Alice does not say the numbers</w:t>
      </w:r>
    </w:p>
    <w:p>
      <w:pPr>
        <w:spacing w:before="0" w:after="80" w:line="300" w:lineRule="auto"/>
        <w:jc w:val="left"/>
      </w:pPr>
      <w:r>
        <w:rPr>
          <w:rFonts w:ascii="Times New Roman" w:hAnsi="Times New Roman" w:eastAsia="宋体"/>
          <w:b w:val="0"/>
          <w:i w:val="0"/>
          <w:color w:val="333333"/>
          <w:sz w:val="19"/>
        </w:rPr>
        <w:t>2, 5, 8, 11, 14, 17, …, 998.</w:t>
      </w:r>
    </w:p>
    <w:p>
      <w:pPr>
        <w:spacing w:before="0" w:after="80" w:line="300" w:lineRule="auto"/>
        <w:jc w:val="left"/>
      </w:pPr>
      <w:r>
        <w:rPr>
          <w:rFonts w:ascii="Times New Roman" w:hAnsi="Times New Roman" w:eastAsia="宋体"/>
          <w:b w:val="0"/>
          <w:i w:val="0"/>
          <w:color w:val="333333"/>
          <w:sz w:val="19"/>
        </w:rPr>
        <w:t>After Barbara says her numbers, the remaining ones are</w:t>
      </w:r>
    </w:p>
    <w:p>
      <w:pPr>
        <w:spacing w:before="0" w:after="80" w:line="300" w:lineRule="auto"/>
        <w:jc w:val="left"/>
      </w:pPr>
      <w:r>
        <w:rPr>
          <w:rFonts w:ascii="Times New Roman" w:hAnsi="Times New Roman" w:eastAsia="宋体"/>
          <w:b w:val="0"/>
          <w:i w:val="0"/>
          <w:color w:val="333333"/>
          <w:sz w:val="19"/>
        </w:rPr>
        <w:t>5, 14, 23, 32, 41, …, 995.</w:t>
      </w:r>
    </w:p>
    <w:p>
      <w:pPr>
        <w:spacing w:before="0" w:after="80" w:line="300" w:lineRule="auto"/>
        <w:jc w:val="left"/>
      </w:pPr>
      <w:r>
        <w:rPr>
          <w:rFonts w:ascii="Times New Roman" w:hAnsi="Times New Roman" w:eastAsia="宋体"/>
          <w:b w:val="0"/>
          <w:i w:val="0"/>
          <w:color w:val="333333"/>
          <w:sz w:val="19"/>
        </w:rPr>
        <w:t>Note that both of these are arithmetic sequences where the common difference is increased by a multiple of 3.</w:t>
      </w:r>
    </w:p>
    <w:p>
      <w:pPr>
        <w:spacing w:before="0" w:after="80" w:line="300" w:lineRule="auto"/>
        <w:jc w:val="left"/>
      </w:pPr>
      <w:r>
        <w:rPr>
          <w:rFonts w:ascii="Times New Roman" w:hAnsi="Times New Roman" w:eastAsia="宋体"/>
          <w:b w:val="0"/>
          <w:i w:val="0"/>
          <w:color w:val="333333"/>
          <w:sz w:val="19"/>
        </w:rPr>
        <w:t>This pattern continues as the numbers remaining after Candice says hers are</w:t>
      </w:r>
    </w:p>
    <w:p>
      <w:pPr>
        <w:spacing w:before="0" w:after="80" w:line="300" w:lineRule="auto"/>
        <w:jc w:val="left"/>
      </w:pPr>
      <w:r>
        <w:rPr>
          <w:rFonts w:ascii="Times New Roman" w:hAnsi="Times New Roman" w:eastAsia="宋体"/>
          <w:b w:val="0"/>
          <w:i w:val="0"/>
          <w:color w:val="333333"/>
          <w:sz w:val="19"/>
        </w:rPr>
        <w:t>14, 41, 68, 95, …, 986.</w:t>
      </w:r>
    </w:p>
    <w:p>
      <w:pPr>
        <w:spacing w:before="0" w:after="80" w:line="300" w:lineRule="auto"/>
        <w:jc w:val="left"/>
      </w:pPr>
      <w:r>
        <w:rPr>
          <w:rFonts w:ascii="Times New Roman" w:hAnsi="Times New Roman" w:eastAsia="宋体"/>
          <w:b w:val="0"/>
          <w:i w:val="0"/>
          <w:color w:val="333333"/>
          <w:sz w:val="19"/>
        </w:rPr>
        <w:t>Then after Debbie, they are</w:t>
      </w:r>
    </w:p>
    <w:p>
      <w:pPr>
        <w:spacing w:before="0" w:after="80" w:line="300" w:lineRule="auto"/>
        <w:jc w:val="left"/>
      </w:pPr>
      <w:r>
        <w:rPr>
          <w:rFonts w:ascii="Times New Roman" w:hAnsi="Times New Roman" w:eastAsia="宋体"/>
          <w:b w:val="0"/>
          <w:i w:val="0"/>
          <w:color w:val="333333"/>
          <w:sz w:val="19"/>
        </w:rPr>
        <w:t>41, 122, 203, …, 932</w:t>
      </w:r>
    </w:p>
    <w:p>
      <w:pPr>
        <w:spacing w:before="0" w:after="80" w:line="300" w:lineRule="auto"/>
        <w:jc w:val="left"/>
      </w:pPr>
      <w:r>
        <w:rPr>
          <w:rFonts w:ascii="Times New Roman" w:hAnsi="Times New Roman" w:eastAsia="宋体"/>
          <w:b w:val="0"/>
          <w:i w:val="0"/>
          <w:color w:val="333333"/>
          <w:sz w:val="19"/>
        </w:rPr>
        <w:t>and after Eliza, they are</w:t>
      </w:r>
    </w:p>
    <w:p>
      <w:pPr>
        <w:spacing w:before="0" w:after="80" w:line="300" w:lineRule="auto"/>
        <w:jc w:val="left"/>
      </w:pPr>
      <w:r>
        <w:rPr>
          <w:rFonts w:ascii="Times New Roman" w:hAnsi="Times New Roman" w:eastAsia="宋体"/>
          <w:b w:val="0"/>
          <w:i w:val="0"/>
          <w:color w:val="333333"/>
          <w:sz w:val="19"/>
        </w:rPr>
        <w:t>122, 365, 608, 851.</w:t>
      </w:r>
    </w:p>
    <w:p>
      <w:pPr>
        <w:spacing w:before="0" w:after="80" w:line="300" w:lineRule="auto"/>
        <w:jc w:val="left"/>
      </w:pPr>
      <w:r>
        <w:rPr>
          <w:rFonts w:ascii="Times New Roman" w:hAnsi="Times New Roman" w:eastAsia="宋体"/>
          <w:b w:val="0"/>
          <w:i w:val="0"/>
          <w:color w:val="333333"/>
          <w:sz w:val="19"/>
        </w:rPr>
        <w:t>Finally, the only number left after Fatima goes is 365, which is the number that George will have to say.</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两个正四面体使用立方体两组交替的四个顶点。每个四面体的边长都是 √(2)，也就是立方体的一条面对角线。</w:t>
      </w:r>
    </w:p>
    <w:p>
      <w:pPr>
        <w:spacing w:before="0" w:after="80" w:line="300" w:lineRule="auto"/>
        <w:jc w:val="left"/>
      </w:pPr>
      <w:r>
        <w:rPr>
          <w:rFonts w:ascii="Times New Roman" w:hAnsi="Times New Roman" w:eastAsia="宋体"/>
          <w:b w:val="0"/>
          <w:i w:val="0"/>
          <w:sz w:val="21"/>
        </w:rPr>
        <w:t>边长为 s 的正四面体体积为 (√(2))/12s³，所以一个大四面体体积为 (√(2))/12(√(2))³=1/3。</w:t>
      </w:r>
    </w:p>
    <w:p>
      <w:pPr>
        <w:spacing w:before="0" w:after="80" w:line="300" w:lineRule="auto"/>
        <w:jc w:val="left"/>
      </w:pPr>
      <w:r>
        <w:rPr>
          <w:rFonts w:ascii="Times New Roman" w:hAnsi="Times New Roman" w:eastAsia="宋体"/>
          <w:b w:val="0"/>
          <w:i w:val="0"/>
          <w:sz w:val="21"/>
        </w:rPr>
        <w:t>一个四面体的每个面都会从另一个四面体切去一个相似比为 1/2 的角四面体，每个切去部分体积为原四面体的 1/8。</w:t>
      </w:r>
    </w:p>
    <w:p>
      <w:pPr>
        <w:spacing w:before="0" w:after="80" w:line="300" w:lineRule="auto"/>
        <w:jc w:val="left"/>
      </w:pPr>
      <w:r>
        <w:rPr>
          <w:rFonts w:ascii="Times New Roman" w:hAnsi="Times New Roman" w:eastAsia="宋体"/>
          <w:b w:val="0"/>
          <w:i w:val="0"/>
          <w:sz w:val="21"/>
        </w:rPr>
        <w:t>共有四个这样的角部分被切去，所以交集体积是一个大四面体体积的 1-4·1/8=1/2。故交集体积为 1/2·1/3=1/6。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regular tetrahedra use the two alternating sets of four vertices of the cube. Each has edge length √(2), a face diagonal of the cube.</w:t>
      </w:r>
    </w:p>
    <w:p>
      <w:pPr>
        <w:spacing w:before="0" w:after="80" w:line="300" w:lineRule="auto"/>
        <w:jc w:val="left"/>
      </w:pPr>
      <w:r>
        <w:rPr>
          <w:rFonts w:ascii="Times New Roman" w:hAnsi="Times New Roman" w:eastAsia="宋体"/>
          <w:b w:val="0"/>
          <w:i w:val="0"/>
          <w:color w:val="333333"/>
          <w:sz w:val="19"/>
        </w:rPr>
        <w:t>The volume of a regular tetrahedron with edge length s is (√(2))/12s³. Thus one large tetrahedron has volume (√(2))/12(√(2))³=1/3.</w:t>
      </w:r>
    </w:p>
    <w:p>
      <w:pPr>
        <w:spacing w:before="0" w:after="80" w:line="300" w:lineRule="auto"/>
        <w:jc w:val="left"/>
      </w:pPr>
      <w:r>
        <w:rPr>
          <w:rFonts w:ascii="Times New Roman" w:hAnsi="Times New Roman" w:eastAsia="宋体"/>
          <w:b w:val="0"/>
          <w:i w:val="0"/>
          <w:color w:val="333333"/>
          <w:sz w:val="19"/>
        </w:rPr>
        <w:t>Intersect one tetrahedron with the other. Each face of the first cuts from the second a corner tetrahedron similar to the original with scale factor 1/2, so each cut-off piece has 1/8 of the large tetrahedron’s volume.</w:t>
      </w:r>
    </w:p>
    <w:p>
      <w:pPr>
        <w:spacing w:before="0" w:after="80" w:line="300" w:lineRule="auto"/>
        <w:jc w:val="left"/>
      </w:pPr>
      <w:r>
        <w:rPr>
          <w:rFonts w:ascii="Times New Roman" w:hAnsi="Times New Roman" w:eastAsia="宋体"/>
          <w:b w:val="0"/>
          <w:i w:val="0"/>
          <w:color w:val="333333"/>
          <w:sz w:val="19"/>
        </w:rPr>
        <w:t>There are four such corner pieces, so the intersection has 1-4·1/8=1/2 of the volume of one large tetrahedron. Hence the intersection volume is 1/2·1/3=1/6.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把正方形缩放为边长 1，并写成 X=(u,v)，其中 u 和 v 分别是它到左边和下边的距离。每个顶点都必须与 X 相连；否则包含该顶点的某个区域就不是三角形。</w:t>
      </w:r>
    </w:p>
    <w:p>
      <w:pPr>
        <w:spacing w:before="0" w:after="80" w:line="300" w:lineRule="auto"/>
        <w:jc w:val="left"/>
      </w:pPr>
      <w:r>
        <w:rPr>
          <w:rFonts w:ascii="Times New Roman" w:hAnsi="Times New Roman" w:eastAsia="宋体"/>
          <w:b w:val="0"/>
          <w:i w:val="0"/>
          <w:sz w:val="21"/>
        </w:rPr>
        <w:t>这 n 个三角形的面积都是 1/n。以正方形下边为底的三角形高为 v，所以底长为 2/nv。因此下边上的三角形数为 nv/2，它必须是正整数。对四条边作同样分析可知，</w:t>
      </w:r>
    </w:p>
    <w:p>
      <w:pPr>
        <w:spacing w:before="0" w:after="80" w:line="300" w:lineRule="auto"/>
        <w:jc w:val="left"/>
      </w:pPr>
      <w:r>
        <w:rPr>
          <w:rFonts w:ascii="Times New Roman" w:hAnsi="Times New Roman" w:eastAsia="宋体"/>
          <w:b w:val="0"/>
          <w:i w:val="0"/>
          <w:sz w:val="21"/>
        </w:rPr>
        <w:t>nu/2, (n(1-u))/2,</w:t>
      </w:r>
    </w:p>
    <w:p>
      <w:pPr>
        <w:spacing w:before="0" w:after="80" w:line="300" w:lineRule="auto"/>
        <w:jc w:val="left"/>
      </w:pPr>
      <w:r>
        <w:rPr>
          <w:rFonts w:ascii="Times New Roman" w:hAnsi="Times New Roman" w:eastAsia="宋体"/>
          <w:b w:val="0"/>
          <w:i w:val="0"/>
          <w:sz w:val="21"/>
        </w:rPr>
        <w:t>nv/2, (n(1-v))/2</w:t>
      </w:r>
    </w:p>
    <w:p>
      <w:pPr>
        <w:spacing w:before="0" w:after="80" w:line="300" w:lineRule="auto"/>
        <w:jc w:val="left"/>
      </w:pPr>
      <w:r>
        <w:rPr>
          <w:rFonts w:ascii="Times New Roman" w:hAnsi="Times New Roman" w:eastAsia="宋体"/>
          <w:b w:val="0"/>
          <w:i w:val="0"/>
          <w:sz w:val="21"/>
        </w:rPr>
        <w:t>都是正整数。反过来，只要这四个数都是整数，把各边分成相应数量的等长底边，再将分点与 X 相连，就能得到所需的三角形。</w:t>
      </w:r>
    </w:p>
    <w:p>
      <w:pPr>
        <w:spacing w:before="0" w:after="80" w:line="300" w:lineRule="auto"/>
        <w:jc w:val="left"/>
      </w:pPr>
      <w:r>
        <w:rPr>
          <w:rFonts w:ascii="Times New Roman" w:hAnsi="Times New Roman" w:eastAsia="宋体"/>
          <w:b w:val="0"/>
          <w:i w:val="0"/>
          <w:sz w:val="21"/>
        </w:rPr>
        <w:t>当 n=100 时，这说明 u=i/50，且 v=j/50，其中 i,j∈{1,2,…,49}。因而所有 100 射线等分点构成 49×49 网格。同理，所有 60 射线等分点满足 u=i/30、v=j/30，其中 i,j∈{1,2,…,29}。</w:t>
      </w:r>
    </w:p>
    <w:p>
      <w:pPr>
        <w:spacing w:before="0" w:after="80" w:line="300" w:lineRule="auto"/>
        <w:jc w:val="left"/>
      </w:pPr>
      <w:r>
        <w:rPr>
          <w:rFonts w:ascii="Times New Roman" w:hAnsi="Times New Roman" w:eastAsia="宋体"/>
          <w:b w:val="0"/>
          <w:i w:val="0"/>
          <w:sz w:val="21"/>
        </w:rPr>
        <w:t>一个坐标同时属于两个网格，当且仅当 i/50=j/30，即 3i=5j。因此公共坐标为 1/10,2/10,…,9/10，形成一个 9×9 的重叠网格。所求点数为</w:t>
      </w:r>
    </w:p>
    <w:p>
      <w:pPr>
        <w:spacing w:before="0" w:after="80" w:line="300" w:lineRule="auto"/>
        <w:jc w:val="left"/>
      </w:pPr>
      <w:r>
        <w:rPr>
          <w:rFonts w:ascii="Times New Roman" w:hAnsi="Times New Roman" w:eastAsia="宋体"/>
          <w:b w:val="0"/>
          <w:i w:val="0"/>
          <w:sz w:val="21"/>
        </w:rPr>
        <w:t>49²-9²=2401-81=2320。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Scale the square to have side length 1, and write X=(u,v), where u and v are its distances from the left and bottom sides. Every corner must be joined to X; otherwise one of the regions containing that corner would not be a triangle.</w:t>
      </w:r>
    </w:p>
    <w:p>
      <w:pPr>
        <w:spacing w:before="0" w:after="80" w:line="300" w:lineRule="auto"/>
        <w:jc w:val="left"/>
      </w:pPr>
      <w:r>
        <w:rPr>
          <w:rFonts w:ascii="Times New Roman" w:hAnsi="Times New Roman" w:eastAsia="宋体"/>
          <w:b w:val="0"/>
          <w:i w:val="0"/>
          <w:color w:val="333333"/>
          <w:sz w:val="19"/>
        </w:rPr>
        <w:t>Each of the n triangles has area 1/n. A triangle whose base lies on the bottom side has height v, so its base has length 2/nv. Therefore the number of triangles along the bottom side is nv/2, which must be a positive integer. Applying the same argument to all four sides shows that</w:t>
      </w:r>
    </w:p>
    <w:p>
      <w:pPr>
        <w:spacing w:before="0" w:after="80" w:line="300" w:lineRule="auto"/>
        <w:jc w:val="left"/>
      </w:pPr>
      <w:r>
        <w:rPr>
          <w:rFonts w:ascii="Times New Roman" w:hAnsi="Times New Roman" w:eastAsia="宋体"/>
          <w:b w:val="0"/>
          <w:i w:val="0"/>
          <w:color w:val="333333"/>
          <w:sz w:val="19"/>
        </w:rPr>
        <w:t>nu/2, (n(1-u))/2,</w:t>
      </w:r>
    </w:p>
    <w:p>
      <w:pPr>
        <w:spacing w:before="0" w:after="80" w:line="300" w:lineRule="auto"/>
        <w:jc w:val="left"/>
      </w:pPr>
      <w:r>
        <w:rPr>
          <w:rFonts w:ascii="Times New Roman" w:hAnsi="Times New Roman" w:eastAsia="宋体"/>
          <w:b w:val="0"/>
          <w:i w:val="0"/>
          <w:color w:val="333333"/>
          <w:sz w:val="19"/>
        </w:rPr>
        <w:t>nv/2, (n(1-v))/2</w:t>
      </w:r>
    </w:p>
    <w:p>
      <w:pPr>
        <w:spacing w:before="0" w:after="80" w:line="300" w:lineRule="auto"/>
        <w:jc w:val="left"/>
      </w:pPr>
      <w:r>
        <w:rPr>
          <w:rFonts w:ascii="Times New Roman" w:hAnsi="Times New Roman" w:eastAsia="宋体"/>
          <w:b w:val="0"/>
          <w:i w:val="0"/>
          <w:color w:val="333333"/>
          <w:sz w:val="19"/>
        </w:rPr>
        <w:t>are positive integers. Conversely, whenever these four numbers are integers, subdividing each side into the indicated number of equal bases and joining the division points to X produces the required triangles.</w:t>
      </w:r>
    </w:p>
    <w:p>
      <w:pPr>
        <w:spacing w:before="0" w:after="80" w:line="300" w:lineRule="auto"/>
        <w:jc w:val="left"/>
      </w:pPr>
      <w:r>
        <w:rPr>
          <w:rFonts w:ascii="Times New Roman" w:hAnsi="Times New Roman" w:eastAsia="宋体"/>
          <w:b w:val="0"/>
          <w:i w:val="0"/>
          <w:color w:val="333333"/>
          <w:sz w:val="19"/>
        </w:rPr>
        <w:t>For n=100, this says u=i/50 and v=j/50 for i,j∈{1,2,…,49}. Hence the 100-ray points form a 49×49 grid. Similarly, the 60-ray points have coordinates u=i/30 and v=j/30 with i,j∈{1,2,…,29}.</w:t>
      </w:r>
    </w:p>
    <w:p>
      <w:pPr>
        <w:spacing w:before="0" w:after="80" w:line="300" w:lineRule="auto"/>
        <w:jc w:val="left"/>
      </w:pPr>
      <w:r>
        <w:rPr>
          <w:rFonts w:ascii="Times New Roman" w:hAnsi="Times New Roman" w:eastAsia="宋体"/>
          <w:b w:val="0"/>
          <w:i w:val="0"/>
          <w:color w:val="333333"/>
          <w:sz w:val="19"/>
        </w:rPr>
        <w:t>A coordinate belongs to both grids exactly when i/50=j/30, or 3i=5j. Thus the common coordinates are 1/10,2/10,…,9/10, giving a 9×9 overlap. The requested number is</w:t>
      </w:r>
    </w:p>
    <w:p>
      <w:pPr>
        <w:spacing w:before="0" w:after="80" w:line="300" w:lineRule="auto"/>
        <w:jc w:val="left"/>
      </w:pPr>
      <w:r>
        <w:rPr>
          <w:rFonts w:ascii="Times New Roman" w:hAnsi="Times New Roman" w:eastAsia="宋体"/>
          <w:b w:val="0"/>
          <w:i w:val="0"/>
          <w:color w:val="333333"/>
          <w:sz w:val="19"/>
        </w:rPr>
        <w:t>49²-9²=2401-81=2320.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