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2010A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Mary 书架最上层有五本书，它们的宽度分别为 6、1/2、1、2.5 和 10 厘米。</w:t>
      </w:r>
    </w:p>
    <w:p>
      <w:pPr>
        <w:spacing w:before="0" w:after="80" w:line="300" w:lineRule="auto"/>
        <w:jc w:val="left"/>
      </w:pPr>
      <w:r>
        <w:rPr>
          <w:rFonts w:ascii="Times New Roman" w:hAnsi="Times New Roman" w:eastAsia="宋体"/>
          <w:b w:val="0"/>
          <w:i w:val="0"/>
          <w:sz w:val="21"/>
        </w:rPr>
        <w:t>这些书的平均宽度是多少厘米？</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Mary’s top book shelf holds five books with the following widths, in centimeters: 6, 1/2, 1, 2.5, and 10.</w:t>
      </w:r>
    </w:p>
    <w:p>
      <w:pPr>
        <w:spacing w:before="0" w:after="80" w:line="300" w:lineRule="auto"/>
        <w:jc w:val="left"/>
      </w:pPr>
      <w:r>
        <w:rPr>
          <w:rFonts w:ascii="Times New Roman" w:hAnsi="Times New Roman" w:eastAsia="宋体"/>
          <w:b w:val="0"/>
          <w:i w:val="0"/>
          <w:color w:val="333333"/>
          <w:sz w:val="19"/>
        </w:rPr>
        <w:t>What is the average book width, in centimeters?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四个相同的正方形和一个长方形拼在一起，形成如图所示的一个大正方形。这个长方形的长是宽的多少倍？</w:t>
      </w:r>
    </w:p>
    <w:p>
      <w:pPr>
        <w:spacing w:before="80" w:after="80"/>
        <w:jc w:val="center"/>
      </w:pPr>
      <w:r>
        <w:drawing>
          <wp:inline xmlns:a="http://schemas.openxmlformats.org/drawingml/2006/main" xmlns:pic="http://schemas.openxmlformats.org/drawingml/2006/picture">
            <wp:extent cx="613672" cy="613672"/>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613672" cy="613672"/>
                    </a:xfrm>
                    <a:prstGeom prst="rect"/>
                  </pic:spPr>
                </pic:pic>
              </a:graphicData>
            </a:graphic>
          </wp:inline>
        </w:drawing>
      </w:r>
    </w:p>
    <w:p>
      <w:pPr>
        <w:spacing w:before="0" w:after="120" w:line="300" w:lineRule="auto"/>
      </w:pPr>
      <w:r>
        <w:rPr>
          <w:rFonts w:ascii="Times New Roman" w:hAnsi="Times New Roman" w:eastAsia="宋体"/>
          <w:b w:val="0"/>
          <w:i w:val="0"/>
          <w:sz w:val="21"/>
        </w:rPr>
        <w:t>（A）5/4　　（B）4/3　　（C）3/2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identical squares and one rectangle are placed together to form one large square as shown. The length of the rectangle is how many times as large as its width?</w:t>
      </w:r>
    </w:p>
    <w:p>
      <w:pPr>
        <w:spacing w:before="80" w:after="80"/>
        <w:jc w:val="center"/>
      </w:pPr>
      <w:r>
        <w:drawing>
          <wp:inline xmlns:a="http://schemas.openxmlformats.org/drawingml/2006/main" xmlns:pic="http://schemas.openxmlformats.org/drawingml/2006/picture">
            <wp:extent cx="613672" cy="613672"/>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613672"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　　(B) 4/3　　(C) 3/2　　(D) 2　　(E) 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Tyrone 有 97 颗弹珠，Eric 有 11 颗弹珠。之后 Tyrone 给了 Eric 一些弹珠，使得最后 Tyrone 的弹珠数是 Eric 的两倍。Tyrone 给了 Eric 多少颗弹珠？</w:t>
      </w:r>
    </w:p>
    <w:p>
      <w:pPr>
        <w:spacing w:before="0" w:after="120" w:line="300" w:lineRule="auto"/>
      </w:pPr>
      <w:r>
        <w:rPr>
          <w:rFonts w:ascii="Times New Roman" w:hAnsi="Times New Roman" w:eastAsia="宋体"/>
          <w:b w:val="0"/>
          <w:i w:val="0"/>
          <w:sz w:val="21"/>
        </w:rPr>
        <w:t>（A）3　　（B）13　　（C）18　　（D）25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Tyrone had 97 marbles and Eric had 11 marbles. Tyrone then gave some of his marbles to Eric so that Tyrone ended with twice as many marbles as Eric. How many marbles did Tyrone give to Eric?</w:t>
      </w:r>
    </w:p>
    <w:p>
      <w:pPr>
        <w:spacing w:before="0" w:after="160" w:line="300" w:lineRule="auto"/>
      </w:pPr>
      <w:r>
        <w:rPr>
          <w:rFonts w:ascii="Times New Roman" w:hAnsi="Times New Roman" w:eastAsia="宋体"/>
          <w:b w:val="0"/>
          <w:i w:val="0"/>
          <w:color w:val="333333"/>
          <w:sz w:val="19"/>
        </w:rPr>
        <w:t>(A) 3　　(B) 13　　(C) 18　　(D) 25　　(E) 29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一本要录成光盘的书，朗读需要 412 分钟。每张光盘最多能容纳 56 分钟的朗读。假设使用尽可能少的光盘，并且每张光盘包含相同长度的朗读内容。每张光盘包含多少分钟朗读？</w:t>
      </w:r>
    </w:p>
    <w:p>
      <w:pPr>
        <w:spacing w:before="0" w:after="120" w:line="300" w:lineRule="auto"/>
      </w:pPr>
      <w:r>
        <w:rPr>
          <w:rFonts w:ascii="Times New Roman" w:hAnsi="Times New Roman" w:eastAsia="宋体"/>
          <w:b w:val="0"/>
          <w:i w:val="0"/>
          <w:sz w:val="21"/>
        </w:rPr>
        <w:t>（A）50.2　　（B）51.5　　（C）52.4　　（D）53.8　　（E）55.2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book that is to be recorded onto compact discs takes 412 minutes to read aloud. Each disc can hold up to 56 minutes of reading. Assume that the smallest possible number of discs is used and that each disc contains the same length of reading. How many minutes of reading will each disc contain?</w:t>
      </w:r>
    </w:p>
    <w:p>
      <w:pPr>
        <w:spacing w:before="0" w:after="160" w:line="300" w:lineRule="auto"/>
      </w:pPr>
      <w:r>
        <w:rPr>
          <w:rFonts w:ascii="Times New Roman" w:hAnsi="Times New Roman" w:eastAsia="宋体"/>
          <w:b w:val="0"/>
          <w:i w:val="0"/>
          <w:color w:val="333333"/>
          <w:sz w:val="19"/>
        </w:rPr>
        <w:t>(A) 50.2　　(B) 51.5　　(C) 52.4　　(D) 53.8　　(E) 55.2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一个圆的周长为 24π，其面积为 kπ。求 k 的值。</w:t>
      </w:r>
    </w:p>
    <w:p>
      <w:pPr>
        <w:spacing w:before="0" w:after="120" w:line="300" w:lineRule="auto"/>
      </w:pPr>
      <w:r>
        <w:rPr>
          <w:rFonts w:ascii="Times New Roman" w:hAnsi="Times New Roman" w:eastAsia="宋体"/>
          <w:b w:val="0"/>
          <w:i w:val="0"/>
          <w:sz w:val="21"/>
        </w:rPr>
        <w:t>（A）6　　（B）12　　（C）24　　（D）36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circle whose circumference is 24π is kπ. What is the value of k?</w:t>
      </w:r>
    </w:p>
    <w:p>
      <w:pPr>
        <w:spacing w:before="0" w:after="160" w:line="300" w:lineRule="auto"/>
      </w:pPr>
      <w:r>
        <w:rPr>
          <w:rFonts w:ascii="Times New Roman" w:hAnsi="Times New Roman" w:eastAsia="宋体"/>
          <w:b w:val="0"/>
          <w:i w:val="0"/>
          <w:color w:val="333333"/>
          <w:sz w:val="19"/>
        </w:rPr>
        <w:t>(A) 6　　(B) 12　　(C) 24　　(D) 36　　(E) 144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对正数 x 和 y，运算 spadesuit (x,y) 定义为</w:t>
      </w:r>
    </w:p>
    <w:p>
      <w:pPr>
        <w:spacing w:before="0" w:after="80" w:line="300" w:lineRule="auto"/>
        <w:jc w:val="left"/>
      </w:pPr>
      <w:r>
        <w:rPr>
          <w:rFonts w:ascii="Times New Roman" w:hAnsi="Times New Roman" w:eastAsia="宋体"/>
          <w:b w:val="0"/>
          <w:i w:val="0"/>
          <w:sz w:val="21"/>
        </w:rPr>
        <w:t>spadesuit (x,y) = x-1/y</w:t>
      </w:r>
    </w:p>
    <w:p>
      <w:pPr>
        <w:spacing w:before="0" w:after="80" w:line="300" w:lineRule="auto"/>
        <w:jc w:val="left"/>
      </w:pPr>
      <w:r>
        <w:rPr>
          <w:rFonts w:ascii="Times New Roman" w:hAnsi="Times New Roman" w:eastAsia="宋体"/>
          <w:b w:val="0"/>
          <w:i w:val="0"/>
          <w:sz w:val="21"/>
        </w:rPr>
        <w:t>求 spadesuit (2,spadesuit (2,2))。</w:t>
      </w:r>
    </w:p>
    <w:p>
      <w:pPr>
        <w:spacing w:before="0" w:after="120" w:line="300" w:lineRule="auto"/>
      </w:pPr>
      <w:r>
        <w:rPr>
          <w:rFonts w:ascii="Times New Roman" w:hAnsi="Times New Roman" w:eastAsia="宋体"/>
          <w:b w:val="0"/>
          <w:i w:val="0"/>
          <w:sz w:val="21"/>
        </w:rPr>
        <w:t>（A）2/3　　（B）1　　（C）4/3　　（D）5/3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positive numbers x and y the operation spadesuit (x,y) is defined as</w:t>
      </w:r>
    </w:p>
    <w:p>
      <w:pPr>
        <w:spacing w:before="0" w:after="80" w:line="300" w:lineRule="auto"/>
        <w:jc w:val="left"/>
      </w:pPr>
      <w:r>
        <w:rPr>
          <w:rFonts w:ascii="Times New Roman" w:hAnsi="Times New Roman" w:eastAsia="宋体"/>
          <w:b w:val="0"/>
          <w:i w:val="0"/>
          <w:color w:val="333333"/>
          <w:sz w:val="19"/>
        </w:rPr>
        <w:t>spadesuit (x,y) = x-1/y</w:t>
      </w:r>
    </w:p>
    <w:p>
      <w:pPr>
        <w:spacing w:before="0" w:after="80" w:line="300" w:lineRule="auto"/>
        <w:jc w:val="left"/>
      </w:pPr>
      <w:r>
        <w:rPr>
          <w:rFonts w:ascii="Times New Roman" w:hAnsi="Times New Roman" w:eastAsia="宋体"/>
          <w:b w:val="0"/>
          <w:i w:val="0"/>
          <w:color w:val="333333"/>
          <w:sz w:val="19"/>
        </w:rPr>
        <w:t>What is spadesuit (2,spadesuit (2,2))?</w:t>
      </w:r>
    </w:p>
    <w:p>
      <w:pPr>
        <w:spacing w:before="0" w:after="160" w:line="300" w:lineRule="auto"/>
      </w:pPr>
      <w:r>
        <w:rPr>
          <w:rFonts w:ascii="Times New Roman" w:hAnsi="Times New Roman" w:eastAsia="宋体"/>
          <w:b w:val="0"/>
          <w:i w:val="0"/>
          <w:color w:val="333333"/>
          <w:sz w:val="19"/>
        </w:rPr>
        <w:t>(A) 2/3　　(B) 1　　(C) 4/3　　(D) 5/3　　(E) 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Crystal 为每日跑步规划了一条路线。她先向正北跑一英里，然后向东北跑一英里，再向东南跑一英里。最后一段她沿直线跑回起点。最后一段长多少英里？</w:t>
      </w:r>
    </w:p>
    <w:p>
      <w:pPr>
        <w:spacing w:before="0" w:after="120" w:line="300" w:lineRule="auto"/>
      </w:pPr>
      <w:r>
        <w:rPr>
          <w:rFonts w:ascii="Times New Roman" w:hAnsi="Times New Roman" w:eastAsia="宋体"/>
          <w:b w:val="0"/>
          <w:i w:val="0"/>
          <w:sz w:val="21"/>
        </w:rPr>
        <w:t>（A）1　　（B）√(2)　　（C）√(3)　　（D）2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Crystal has a running course marked out for her daily run. She starts this run by heading due north for one mile. She then runs northeast for one mile, then southeast for one mile. The last portion of her run takes her on a straight line back to where she started. How far, in miles, is this last portion of her run?</w:t>
      </w:r>
    </w:p>
    <w:p>
      <w:pPr>
        <w:spacing w:before="0" w:after="160" w:line="300" w:lineRule="auto"/>
      </w:pPr>
      <w:r>
        <w:rPr>
          <w:rFonts w:ascii="Times New Roman" w:hAnsi="Times New Roman" w:eastAsia="宋体"/>
          <w:b w:val="0"/>
          <w:i w:val="0"/>
          <w:color w:val="333333"/>
          <w:sz w:val="19"/>
        </w:rPr>
        <w:t>(A) 1　　(B) √(2)　　(C) √(3)　　(D) 2　　(E) 2√(2)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Tony 每天工作 2 小时，并且每满一岁，每小时工资为 $0.50。在六个月期间，Tony 工作了 50 天，赚了 $630。这六个月结束时 Tony 几岁？</w:t>
      </w:r>
    </w:p>
    <w:p>
      <w:pPr>
        <w:spacing w:before="0" w:after="120" w:line="300" w:lineRule="auto"/>
      </w:pPr>
      <w:r>
        <w:rPr>
          <w:rFonts w:ascii="Times New Roman" w:hAnsi="Times New Roman" w:eastAsia="宋体"/>
          <w:b w:val="0"/>
          <w:i w:val="0"/>
          <w:sz w:val="21"/>
        </w:rPr>
        <w:t>（A）9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Tony works 2 hours a day and is paid $0.50 per hour for each full year of his age. During a six month period Tony worked 50 days and earned $630. How old was Tony at the end of the six month period?</w:t>
      </w:r>
    </w:p>
    <w:p>
      <w:pPr>
        <w:spacing w:before="0" w:after="160" w:line="300" w:lineRule="auto"/>
      </w:pPr>
      <w:r>
        <w:rPr>
          <w:rFonts w:ascii="Times New Roman" w:hAnsi="Times New Roman" w:eastAsia="宋体"/>
          <w:b w:val="0"/>
          <w:i w:val="0"/>
          <w:color w:val="333333"/>
          <w:sz w:val="19"/>
        </w:rPr>
        <w:t>(A) 9　　(B) 11　　(C) 12　　(D) 13　　(E) 14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回文数，例如 83438，是一个数字反过来读仍相同的数。数 x 和 x + 32 分别是三位数和四位数回文数。x 的各位数字之和是多少？</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palindrome</w:t>
      </w:r>
      <w:r>
        <w:rPr>
          <w:rFonts w:ascii="Times New Roman" w:hAnsi="Times New Roman" w:eastAsia="宋体"/>
          <w:b w:val="0"/>
          <w:i w:val="0"/>
          <w:color w:val="333333"/>
          <w:sz w:val="19"/>
        </w:rPr>
        <w:t>, such as 83438, is a number that remains the same when its digits are reversed. The numbers x and x + 32 are three-digit and four-digit palindromes, respectively. What is the sum of the digits of x?</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Marvin 在闰年 2008 年五月 27 日星期二过生日。他的生日下一次落在星期六是哪一年？</w:t>
      </w:r>
    </w:p>
    <w:p>
      <w:pPr>
        <w:spacing w:before="0" w:after="120" w:line="300" w:lineRule="auto"/>
      </w:pPr>
      <w:r>
        <w:rPr>
          <w:rFonts w:ascii="Times New Roman" w:hAnsi="Times New Roman" w:eastAsia="宋体"/>
          <w:b w:val="0"/>
          <w:i w:val="0"/>
          <w:sz w:val="21"/>
        </w:rPr>
        <w:t>（A）2011　　（B）2012　　（C）2013　　（D）2015　　（E）2017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Marvin had a birthday on Tuesday, May 27 in the leap year 2008. In what year will his birthday next fall on a Saturday?</w:t>
      </w:r>
    </w:p>
    <w:p>
      <w:pPr>
        <w:spacing w:before="0" w:after="160" w:line="300" w:lineRule="auto"/>
      </w:pPr>
      <w:r>
        <w:rPr>
          <w:rFonts w:ascii="Times New Roman" w:hAnsi="Times New Roman" w:eastAsia="宋体"/>
          <w:b w:val="0"/>
          <w:i w:val="0"/>
          <w:color w:val="333333"/>
          <w:sz w:val="19"/>
        </w:rPr>
        <w:t>(A) 2011　　(B) 2012　　(C) 2013　　(D) 2015　　(E) 2017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不等式</w:t>
      </w:r>
    </w:p>
    <w:p>
      <w:pPr>
        <w:spacing w:before="0" w:after="80" w:line="300" w:lineRule="auto"/>
        <w:jc w:val="left"/>
      </w:pPr>
      <w:r>
        <w:rPr>
          <w:rFonts w:ascii="Times New Roman" w:hAnsi="Times New Roman" w:eastAsia="宋体"/>
          <w:b w:val="0"/>
          <w:i w:val="0"/>
          <w:sz w:val="21"/>
        </w:rPr>
        <w:t>a ≤ 2x + 3 ≤ b</w:t>
      </w:r>
    </w:p>
    <w:p>
      <w:pPr>
        <w:spacing w:before="0" w:after="80" w:line="300" w:lineRule="auto"/>
        <w:jc w:val="left"/>
      </w:pPr>
      <w:r>
        <w:rPr>
          <w:rFonts w:ascii="Times New Roman" w:hAnsi="Times New Roman" w:eastAsia="宋体"/>
          <w:b w:val="0"/>
          <w:i w:val="0"/>
          <w:sz w:val="21"/>
        </w:rPr>
        <w:t>的解区间长度为 10。求 b - a。</w:t>
      </w:r>
    </w:p>
    <w:p>
      <w:pPr>
        <w:spacing w:before="0" w:after="120" w:line="300" w:lineRule="auto"/>
      </w:pPr>
      <w:r>
        <w:rPr>
          <w:rFonts w:ascii="Times New Roman" w:hAnsi="Times New Roman" w:eastAsia="宋体"/>
          <w:b w:val="0"/>
          <w:i w:val="0"/>
          <w:sz w:val="21"/>
        </w:rPr>
        <w:t>（A）6　　（B）10　　（C）15　　（D）20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the interval of solutions of the inequality</w:t>
      </w:r>
    </w:p>
    <w:p>
      <w:pPr>
        <w:spacing w:before="0" w:after="80" w:line="300" w:lineRule="auto"/>
        <w:jc w:val="left"/>
      </w:pPr>
      <w:r>
        <w:rPr>
          <w:rFonts w:ascii="Times New Roman" w:hAnsi="Times New Roman" w:eastAsia="宋体"/>
          <w:b w:val="0"/>
          <w:i w:val="0"/>
          <w:color w:val="333333"/>
          <w:sz w:val="19"/>
        </w:rPr>
        <w:t>a ≤ 2x + 3 ≤ b</w:t>
      </w:r>
    </w:p>
    <w:p>
      <w:pPr>
        <w:spacing w:before="0" w:after="80" w:line="300" w:lineRule="auto"/>
        <w:jc w:val="left"/>
      </w:pPr>
      <w:r>
        <w:rPr>
          <w:rFonts w:ascii="Times New Roman" w:hAnsi="Times New Roman" w:eastAsia="宋体"/>
          <w:b w:val="0"/>
          <w:i w:val="0"/>
          <w:color w:val="333333"/>
          <w:sz w:val="19"/>
        </w:rPr>
        <w:t>is 10. What is b - a?</w:t>
      </w:r>
    </w:p>
    <w:p>
      <w:pPr>
        <w:spacing w:before="0" w:after="160" w:line="300" w:lineRule="auto"/>
      </w:pPr>
      <w:r>
        <w:rPr>
          <w:rFonts w:ascii="Times New Roman" w:hAnsi="Times New Roman" w:eastAsia="宋体"/>
          <w:b w:val="0"/>
          <w:i w:val="0"/>
          <w:color w:val="333333"/>
          <w:sz w:val="19"/>
        </w:rPr>
        <w:t>(A) 6　　(B) 10　　(C) 15　　(D) 20　　(E) 30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Logan 正在制作他的城镇的比例模型。该城市的水塔高 40 米，顶部是一个可容纳 100,000 升水的球体。Logan 的迷你水塔可容纳 0.1 升水。他应该把水塔做成多少米高？</w:t>
      </w:r>
    </w:p>
    <w:p>
      <w:pPr>
        <w:spacing w:before="0" w:after="120" w:line="300" w:lineRule="auto"/>
      </w:pPr>
      <w:r>
        <w:rPr>
          <w:rFonts w:ascii="Times New Roman" w:hAnsi="Times New Roman" w:eastAsia="宋体"/>
          <w:b w:val="0"/>
          <w:i w:val="0"/>
          <w:sz w:val="21"/>
        </w:rPr>
        <w:t>（A）0.04　　（B）0.4/π　　（C）0.4　　（D）4/π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Logan is constructing a scaled model of his town. The city’s water tower stands 40 meters high, and the top portion is a sphere that holds 100,000 liters of water. Logan’s miniature water tower holds 0.1 liters. How tall, in meters, should Logan make his tower?</w:t>
      </w:r>
    </w:p>
    <w:p>
      <w:pPr>
        <w:spacing w:before="0" w:after="160" w:line="300" w:lineRule="auto"/>
      </w:pPr>
      <w:r>
        <w:rPr>
          <w:rFonts w:ascii="Times New Roman" w:hAnsi="Times New Roman" w:eastAsia="宋体"/>
          <w:b w:val="0"/>
          <w:i w:val="0"/>
          <w:color w:val="333333"/>
          <w:sz w:val="19"/>
        </w:rPr>
        <w:t>(A) 0.04　　(B) 0.4/π　　(C) 0.4　　(D) 4/π　　(E) 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Angelina 先以平均 80 千米/小时的速度驾驶，然后停车加油 20 分钟。停车后，她以平均 100 千米/小时的速度驾驶。包括停车时间在内，她总共用 3 小时行驶了 250 千米。下列哪个方程可用来求她停车前驾驶的时间 t，单位为小时？</w:t>
      </w:r>
    </w:p>
    <w:p>
      <w:pPr>
        <w:spacing w:before="0" w:after="120" w:line="300" w:lineRule="auto"/>
      </w:pPr>
      <w:r>
        <w:rPr>
          <w:rFonts w:ascii="Times New Roman" w:hAnsi="Times New Roman" w:eastAsia="宋体"/>
          <w:b w:val="0"/>
          <w:i w:val="0"/>
          <w:sz w:val="21"/>
        </w:rPr>
        <w:t>（A）80t + 100(8/3 - t) =</w:t>
        <w:br/>
        <w:t>250　　（B）80t = 250　　（C）100t = 250　　（D）90t = 250　　（E）80(8/3 - t) + 100t = 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Angelina drove at an average rate of 80 kph and then stopped 20 minutes for gas. After the stop, she drove at an average rate of 100 kph. Altogether she drove 250 km in a total trip time of 3 hours including the stop. Which equation could be used to solve for the time t in hours that she drove before her stop?</w:t>
      </w:r>
    </w:p>
    <w:p>
      <w:pPr>
        <w:spacing w:before="0" w:after="160" w:line="300" w:lineRule="auto"/>
      </w:pPr>
      <w:r>
        <w:rPr>
          <w:rFonts w:ascii="Times New Roman" w:hAnsi="Times New Roman" w:eastAsia="宋体"/>
          <w:b w:val="0"/>
          <w:i w:val="0"/>
          <w:color w:val="333333"/>
          <w:sz w:val="19"/>
        </w:rPr>
        <w:t>(A) 80t + 100(8/3 - t) =</w:t>
        <w:br/>
        <w:t>250　　(B) 80t = 250　　(C) 100t = 250　　(D) 90t = 250　　(E) 80(8/3 - t) + 100t = 250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三角形 ABC 满足 AB=2 · AC。点 D 和 E 分别在 AB 和 BC 上，且 ∠ BAE = ∠ ACD。设 F 为线段 AE 和 CD 的交点，并且 △ CFE 是等边三角形。∠ ACB 是多少？</w:t>
      </w:r>
    </w:p>
    <w:p>
      <w:pPr>
        <w:spacing w:before="0" w:after="120" w:line="300" w:lineRule="auto"/>
      </w:pPr>
      <w:r>
        <w:rPr>
          <w:rFonts w:ascii="Times New Roman" w:hAnsi="Times New Roman" w:eastAsia="宋体"/>
          <w:b w:val="0"/>
          <w:i w:val="0"/>
          <w:sz w:val="21"/>
        </w:rPr>
        <w:t>（A）60°　　（B）75°　　（C）90°　　（D）105°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AB=2 · AC. Let D and E be on AB and BC, respectively, such that ∠ BAE = ∠ ACD. Let F be the intersection of segments AE and CD, and suppose that △ CFE is equilateral. What is ∠ ACB?</w:t>
      </w:r>
    </w:p>
    <w:p>
      <w:pPr>
        <w:spacing w:before="0" w:after="160" w:line="300" w:lineRule="auto"/>
      </w:pPr>
      <w:r>
        <w:rPr>
          <w:rFonts w:ascii="Times New Roman" w:hAnsi="Times New Roman" w:eastAsia="宋体"/>
          <w:b w:val="0"/>
          <w:i w:val="0"/>
          <w:color w:val="333333"/>
          <w:sz w:val="19"/>
        </w:rPr>
        <w:t>(A) 60°　　(B) 75°　　(C) 90°　　(D) 105°　　(E) 120°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在一个神奇沼泽中，有两种会说话的两栖动物：蟾蜍说的话总是真的，青蛙说的话总是假的。Brian、Chris、LeRoy 和 Mike 四只两栖动物住在这个沼泽里，并作出如下陈述。</w:t>
      </w:r>
    </w:p>
    <w:p>
      <w:pPr>
        <w:spacing w:before="0" w:after="80" w:line="300" w:lineRule="auto"/>
        <w:jc w:val="left"/>
      </w:pPr>
      <w:r>
        <w:rPr>
          <w:rFonts w:ascii="Times New Roman" w:hAnsi="Times New Roman" w:eastAsia="宋体"/>
          <w:b w:val="0"/>
          <w:i w:val="0"/>
          <w:sz w:val="21"/>
        </w:rPr>
        <w:t>Brian：“Mike 和我是不同物种。”</w:t>
      </w:r>
    </w:p>
    <w:p>
      <w:pPr>
        <w:spacing w:before="0" w:after="80" w:line="300" w:lineRule="auto"/>
        <w:jc w:val="left"/>
      </w:pPr>
      <w:r>
        <w:rPr>
          <w:rFonts w:ascii="Times New Roman" w:hAnsi="Times New Roman" w:eastAsia="宋体"/>
          <w:b w:val="0"/>
          <w:i w:val="0"/>
          <w:sz w:val="21"/>
        </w:rPr>
        <w:t>Chris：“LeRoy 是青蛙。”</w:t>
      </w:r>
    </w:p>
    <w:p>
      <w:pPr>
        <w:spacing w:before="0" w:after="80" w:line="300" w:lineRule="auto"/>
        <w:jc w:val="left"/>
      </w:pPr>
      <w:r>
        <w:rPr>
          <w:rFonts w:ascii="Times New Roman" w:hAnsi="Times New Roman" w:eastAsia="宋体"/>
          <w:b w:val="0"/>
          <w:i w:val="0"/>
          <w:sz w:val="21"/>
        </w:rPr>
        <w:t>LeRoy：“Chris 是青蛙。”</w:t>
      </w:r>
    </w:p>
    <w:p>
      <w:pPr>
        <w:spacing w:before="0" w:after="80" w:line="300" w:lineRule="auto"/>
        <w:jc w:val="left"/>
      </w:pPr>
      <w:r>
        <w:rPr>
          <w:rFonts w:ascii="Times New Roman" w:hAnsi="Times New Roman" w:eastAsia="宋体"/>
          <w:b w:val="0"/>
          <w:i w:val="0"/>
          <w:sz w:val="21"/>
        </w:rPr>
        <w:t>Mike：“我们四个中至少有两个是蟾蜍。”</w:t>
      </w:r>
    </w:p>
    <w:p>
      <w:pPr>
        <w:spacing w:before="0" w:after="80" w:line="300" w:lineRule="auto"/>
        <w:jc w:val="left"/>
      </w:pPr>
      <w:r>
        <w:rPr>
          <w:rFonts w:ascii="Times New Roman" w:hAnsi="Times New Roman" w:eastAsia="宋体"/>
          <w:b w:val="0"/>
          <w:i w:val="0"/>
          <w:sz w:val="21"/>
        </w:rPr>
        <w:t>这四只两栖动物中有多少只是青蛙？</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magical swamp there are two species of talking amphibians: toads, whose statements are always true, and frogs, whose statements are always false. Four amphibians, Brian, Chris, LeRoy, and Mike live together in this swamp, and they make the following statements.</w:t>
      </w:r>
    </w:p>
    <w:p>
      <w:pPr>
        <w:spacing w:before="0" w:after="80" w:line="300" w:lineRule="auto"/>
        <w:jc w:val="left"/>
      </w:pPr>
      <w:r>
        <w:rPr>
          <w:rFonts w:ascii="Times New Roman" w:hAnsi="Times New Roman" w:eastAsia="宋体"/>
          <w:b w:val="0"/>
          <w:i w:val="0"/>
          <w:color w:val="333333"/>
          <w:sz w:val="19"/>
        </w:rPr>
        <w:t>Brian: “Mike and I are different species.”</w:t>
      </w:r>
    </w:p>
    <w:p>
      <w:pPr>
        <w:spacing w:before="0" w:after="80" w:line="300" w:lineRule="auto"/>
        <w:jc w:val="left"/>
      </w:pPr>
      <w:r>
        <w:rPr>
          <w:rFonts w:ascii="Times New Roman" w:hAnsi="Times New Roman" w:eastAsia="宋体"/>
          <w:b w:val="0"/>
          <w:i w:val="0"/>
          <w:color w:val="333333"/>
          <w:sz w:val="19"/>
        </w:rPr>
        <w:t>Chris: “LeRoy is a frog.”</w:t>
      </w:r>
    </w:p>
    <w:p>
      <w:pPr>
        <w:spacing w:before="0" w:after="80" w:line="300" w:lineRule="auto"/>
        <w:jc w:val="left"/>
      </w:pPr>
      <w:r>
        <w:rPr>
          <w:rFonts w:ascii="Times New Roman" w:hAnsi="Times New Roman" w:eastAsia="宋体"/>
          <w:b w:val="0"/>
          <w:i w:val="0"/>
          <w:color w:val="333333"/>
          <w:sz w:val="19"/>
        </w:rPr>
        <w:t>LeRoy: “Chris is a frog.”</w:t>
      </w:r>
    </w:p>
    <w:p>
      <w:pPr>
        <w:spacing w:before="0" w:after="80" w:line="300" w:lineRule="auto"/>
        <w:jc w:val="left"/>
      </w:pPr>
      <w:r>
        <w:rPr>
          <w:rFonts w:ascii="Times New Roman" w:hAnsi="Times New Roman" w:eastAsia="宋体"/>
          <w:b w:val="0"/>
          <w:i w:val="0"/>
          <w:color w:val="333333"/>
          <w:sz w:val="19"/>
        </w:rPr>
        <w:t>Mike: “Of the four of us, at least two are toads.”</w:t>
      </w:r>
    </w:p>
    <w:p>
      <w:pPr>
        <w:spacing w:before="0" w:after="80" w:line="300" w:lineRule="auto"/>
        <w:jc w:val="left"/>
      </w:pPr>
      <w:r>
        <w:rPr>
          <w:rFonts w:ascii="Times New Roman" w:hAnsi="Times New Roman" w:eastAsia="宋体"/>
          <w:b w:val="0"/>
          <w:i w:val="0"/>
          <w:color w:val="333333"/>
          <w:sz w:val="19"/>
        </w:rPr>
        <w:t>How many of these four amphibians are frogs?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非退化 △ ABC 的边长都是整数，BD 是角平分线，AD = 3，DC = 8。周长的最小可能值是多少？</w:t>
      </w:r>
    </w:p>
    <w:p>
      <w:pPr>
        <w:spacing w:before="0" w:after="120" w:line="300" w:lineRule="auto"/>
      </w:pPr>
      <w:r>
        <w:rPr>
          <w:rFonts w:ascii="Times New Roman" w:hAnsi="Times New Roman" w:eastAsia="宋体"/>
          <w:b w:val="0"/>
          <w:i w:val="0"/>
          <w:sz w:val="21"/>
        </w:rPr>
        <w:t>（A）30　　（B）33　　（C）35　　（D）36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Nondegenerate △ ABC has integer side lengths, BD is an angle bisector, AD = 3, and DC = 8. What is the smallest possible value of the perimeter?</w:t>
      </w:r>
    </w:p>
    <w:p>
      <w:pPr>
        <w:spacing w:before="0" w:after="160" w:line="300" w:lineRule="auto"/>
      </w:pPr>
      <w:r>
        <w:rPr>
          <w:rFonts w:ascii="Times New Roman" w:hAnsi="Times New Roman" w:eastAsia="宋体"/>
          <w:b w:val="0"/>
          <w:i w:val="0"/>
          <w:color w:val="333333"/>
          <w:sz w:val="19"/>
        </w:rPr>
        <w:t>(A) 30　　(B) 33　　(C) 35　　(D) 36　　(E) 37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一个实心立方体边长为 3 英寸。在每个面的中心切出一个 2 英寸乘 2 英寸的正方形孔。每个切口的边都与立方体的边平行，并且每个孔都贯穿整个立方体。剩余立体的体积是多少立方英寸？</w:t>
      </w:r>
    </w:p>
    <w:p>
      <w:pPr>
        <w:spacing w:before="0" w:after="120" w:line="300" w:lineRule="auto"/>
      </w:pPr>
      <w:r>
        <w:rPr>
          <w:rFonts w:ascii="Times New Roman" w:hAnsi="Times New Roman" w:eastAsia="宋体"/>
          <w:b w:val="0"/>
          <w:i w:val="0"/>
          <w:sz w:val="21"/>
        </w:rPr>
        <w:t>（A）7　　（B）8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cube has side length 3 inches. A 2-inch by 2-inch square hole is cut into the center of each face. The edges of each cut are parallel to the edges of the cube, and each hole goes all the way through the cube. What is the volume, in cubic inches, of the remaining solid?</w:t>
      </w:r>
    </w:p>
    <w:p>
      <w:pPr>
        <w:spacing w:before="0" w:after="160" w:line="300" w:lineRule="auto"/>
      </w:pPr>
      <w:r>
        <w:rPr>
          <w:rFonts w:ascii="Times New Roman" w:hAnsi="Times New Roman" w:eastAsia="宋体"/>
          <w:b w:val="0"/>
          <w:i w:val="0"/>
          <w:color w:val="333333"/>
          <w:sz w:val="19"/>
        </w:rPr>
        <w:t>(A) 7　　(B) 8　　(C) 10　　(D) 12　　(E) 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Bernardo 从集合</w:t>
      </w:r>
    </w:p>
    <w:p>
      <w:pPr>
        <w:spacing w:before="0" w:after="80" w:line="300" w:lineRule="auto"/>
        <w:jc w:val="left"/>
      </w:pPr>
      <w:r>
        <w:rPr>
          <w:rFonts w:ascii="Times New Roman" w:hAnsi="Times New Roman" w:eastAsia="宋体"/>
          <w:b w:val="0"/>
          <w:i w:val="0"/>
          <w:sz w:val="21"/>
        </w:rPr>
        <w:t>{1,2,3,4,5,6,7,8,9}</w:t>
      </w:r>
    </w:p>
    <w:p>
      <w:pPr>
        <w:spacing w:before="0" w:after="80" w:line="300" w:lineRule="auto"/>
        <w:jc w:val="left"/>
      </w:pPr>
      <w:r>
        <w:rPr>
          <w:rFonts w:ascii="Times New Roman" w:hAnsi="Times New Roman" w:eastAsia="宋体"/>
          <w:b w:val="0"/>
          <w:i w:val="0"/>
          <w:sz w:val="21"/>
        </w:rPr>
        <w:t>中随机选出 3 个不同的数，并按降序排列形成一个 3 位数。Silvia 从集合</w:t>
      </w:r>
    </w:p>
    <w:p>
      <w:pPr>
        <w:spacing w:before="0" w:after="80" w:line="300" w:lineRule="auto"/>
        <w:jc w:val="left"/>
      </w:pPr>
      <w:r>
        <w:rPr>
          <w:rFonts w:ascii="Times New Roman" w:hAnsi="Times New Roman" w:eastAsia="宋体"/>
          <w:b w:val="0"/>
          <w:i w:val="0"/>
          <w:sz w:val="21"/>
        </w:rPr>
        <w:t>{1,2,3,4,5,6,7,8}</w:t>
      </w:r>
    </w:p>
    <w:p>
      <w:pPr>
        <w:spacing w:before="0" w:after="80" w:line="300" w:lineRule="auto"/>
        <w:jc w:val="left"/>
      </w:pPr>
      <w:r>
        <w:rPr>
          <w:rFonts w:ascii="Times New Roman" w:hAnsi="Times New Roman" w:eastAsia="宋体"/>
          <w:b w:val="0"/>
          <w:i w:val="0"/>
          <w:sz w:val="21"/>
        </w:rPr>
        <w:t>中随机选出 3 个不同的数，也按降序排列形成一个 3 位数。Bernardo 的数大于 Silvia 的数的概率是多少？</w:t>
      </w:r>
    </w:p>
    <w:p>
      <w:pPr>
        <w:spacing w:before="0" w:after="120" w:line="300" w:lineRule="auto"/>
      </w:pPr>
      <w:r>
        <w:rPr>
          <w:rFonts w:ascii="Times New Roman" w:hAnsi="Times New Roman" w:eastAsia="宋体"/>
          <w:b w:val="0"/>
          <w:i w:val="0"/>
          <w:sz w:val="21"/>
        </w:rPr>
        <w:t>（A）47/72　　（B）37/56　　（C）2/3　　（D）49/72　　（E）39/56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randomly picks 3 distinct numbers from the set</w:t>
      </w:r>
    </w:p>
    <w:p>
      <w:pPr>
        <w:spacing w:before="0" w:after="80" w:line="300" w:lineRule="auto"/>
        <w:jc w:val="left"/>
      </w:pPr>
      <w:r>
        <w:rPr>
          <w:rFonts w:ascii="Times New Roman" w:hAnsi="Times New Roman" w:eastAsia="宋体"/>
          <w:b w:val="0"/>
          <w:i w:val="0"/>
          <w:color w:val="333333"/>
          <w:sz w:val="19"/>
        </w:rPr>
        <w:t>{1,2,3,4,5,6,7,8,9}</w:t>
      </w:r>
    </w:p>
    <w:p>
      <w:pPr>
        <w:spacing w:before="0" w:after="80" w:line="300" w:lineRule="auto"/>
        <w:jc w:val="left"/>
      </w:pPr>
      <w:r>
        <w:rPr>
          <w:rFonts w:ascii="Times New Roman" w:hAnsi="Times New Roman" w:eastAsia="宋体"/>
          <w:b w:val="0"/>
          <w:i w:val="0"/>
          <w:color w:val="333333"/>
          <w:sz w:val="19"/>
        </w:rPr>
        <w:t>and arranges them in descending order to form a 3-digit number. Silvia randomly picks 3 distinct numbers from the set</w:t>
      </w:r>
    </w:p>
    <w:p>
      <w:pPr>
        <w:spacing w:before="0" w:after="80" w:line="300" w:lineRule="auto"/>
        <w:jc w:val="left"/>
      </w:pPr>
      <w:r>
        <w:rPr>
          <w:rFonts w:ascii="Times New Roman" w:hAnsi="Times New Roman" w:eastAsia="宋体"/>
          <w:b w:val="0"/>
          <w:i w:val="0"/>
          <w:color w:val="333333"/>
          <w:sz w:val="19"/>
        </w:rPr>
        <w:t>{1,2,3,4,5,6,7,8}</w:t>
      </w:r>
    </w:p>
    <w:p>
      <w:pPr>
        <w:spacing w:before="0" w:after="80" w:line="300" w:lineRule="auto"/>
        <w:jc w:val="left"/>
      </w:pPr>
      <w:r>
        <w:rPr>
          <w:rFonts w:ascii="Times New Roman" w:hAnsi="Times New Roman" w:eastAsia="宋体"/>
          <w:b w:val="0"/>
          <w:i w:val="0"/>
          <w:color w:val="333333"/>
          <w:sz w:val="19"/>
        </w:rPr>
        <w:t>and also arranges them in descending order to form a 3-digit number. What is the probability that Bernardo’s number is larger than Silvia’s number?</w:t>
      </w:r>
    </w:p>
    <w:p>
      <w:pPr>
        <w:spacing w:before="0" w:after="160" w:line="300" w:lineRule="auto"/>
      </w:pPr>
      <w:r>
        <w:rPr>
          <w:rFonts w:ascii="Times New Roman" w:hAnsi="Times New Roman" w:eastAsia="宋体"/>
          <w:b w:val="0"/>
          <w:i w:val="0"/>
          <w:color w:val="333333"/>
          <w:sz w:val="19"/>
        </w:rPr>
        <w:t>(A) 47/72　　(B) 37/56　　(C) 2/3　　(D) 49/72　　(E) 39/56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等角六边形 ABCDEF 的边长满足</w:t>
      </w:r>
    </w:p>
    <w:p>
      <w:pPr>
        <w:spacing w:before="0" w:after="80" w:line="300" w:lineRule="auto"/>
        <w:jc w:val="left"/>
      </w:pPr>
      <w:r>
        <w:rPr>
          <w:rFonts w:ascii="Times New Roman" w:hAnsi="Times New Roman" w:eastAsia="宋体"/>
          <w:b w:val="0"/>
          <w:i w:val="0"/>
          <w:sz w:val="21"/>
        </w:rPr>
        <w:t>AB=CD=EF=1</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BC=DE=FA=r。</w:t>
      </w:r>
    </w:p>
    <w:p>
      <w:pPr>
        <w:spacing w:before="0" w:after="80" w:line="300" w:lineRule="auto"/>
        <w:jc w:val="left"/>
      </w:pPr>
      <w:r>
        <w:rPr>
          <w:rFonts w:ascii="Times New Roman" w:hAnsi="Times New Roman" w:eastAsia="宋体"/>
          <w:b w:val="0"/>
          <w:i w:val="0"/>
          <w:sz w:val="21"/>
        </w:rPr>
        <w:t>△ ACE 的面积是六边形面积的 70%。r 的所有可能值之和是多少？</w:t>
      </w:r>
    </w:p>
    <w:p>
      <w:pPr>
        <w:spacing w:before="0" w:after="120" w:line="300" w:lineRule="auto"/>
      </w:pPr>
      <w:r>
        <w:rPr>
          <w:rFonts w:ascii="Times New Roman" w:hAnsi="Times New Roman" w:eastAsia="宋体"/>
          <w:b w:val="0"/>
          <w:i w:val="0"/>
          <w:sz w:val="21"/>
        </w:rPr>
        <w:t>（A）(4√(3))/3　　（B）10/3　　（C）4　　（D）17/4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Equiangular hexagon ABCDEF has side lengths</w:t>
      </w:r>
    </w:p>
    <w:p>
      <w:pPr>
        <w:spacing w:before="0" w:after="80" w:line="300" w:lineRule="auto"/>
        <w:jc w:val="left"/>
      </w:pPr>
      <w:r>
        <w:rPr>
          <w:rFonts w:ascii="Times New Roman" w:hAnsi="Times New Roman" w:eastAsia="宋体"/>
          <w:b w:val="0"/>
          <w:i w:val="0"/>
          <w:color w:val="333333"/>
          <w:sz w:val="19"/>
        </w:rPr>
        <w:t>AB=CD=EF=1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BC=DE=FA=r.</w:t>
      </w:r>
    </w:p>
    <w:p>
      <w:pPr>
        <w:spacing w:before="0" w:after="80" w:line="300" w:lineRule="auto"/>
        <w:jc w:val="left"/>
      </w:pPr>
      <w:r>
        <w:rPr>
          <w:rFonts w:ascii="Times New Roman" w:hAnsi="Times New Roman" w:eastAsia="宋体"/>
          <w:b w:val="0"/>
          <w:i w:val="0"/>
          <w:color w:val="333333"/>
          <w:sz w:val="19"/>
        </w:rPr>
        <w:t>The area of △ ACE is 70% of the area of the hexagon. What is the sum of all possible values of r?</w:t>
      </w:r>
    </w:p>
    <w:p>
      <w:pPr>
        <w:spacing w:before="0" w:after="160" w:line="300" w:lineRule="auto"/>
      </w:pPr>
      <w:r>
        <w:rPr>
          <w:rFonts w:ascii="Times New Roman" w:hAnsi="Times New Roman" w:eastAsia="宋体"/>
          <w:b w:val="0"/>
          <w:i w:val="0"/>
          <w:color w:val="333333"/>
          <w:sz w:val="19"/>
        </w:rPr>
        <w:t>(A) (4√(3))/3　　(B) 10/3　　(C) 4　　(D) 17/4　　(E) 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一只被困在边长为 1 米的立方体盒子内的苍蝇，决定通过访问盒子的每个角来打发无聊。它从某个角出发并回到同一个角，且其他每个角都恰好访问一次。它从一个角到另一个角时，要么飞行，要么爬行，路径都是直线。它的路径最大可能长度是多少米？</w:t>
      </w:r>
    </w:p>
    <w:p>
      <w:pPr>
        <w:spacing w:before="0" w:after="120" w:line="300" w:lineRule="auto"/>
      </w:pPr>
      <w:r>
        <w:rPr>
          <w:rFonts w:ascii="Times New Roman" w:hAnsi="Times New Roman" w:eastAsia="宋体"/>
          <w:b w:val="0"/>
          <w:i w:val="0"/>
          <w:sz w:val="21"/>
        </w:rPr>
        <w:t>（A）4+4√(2)　　（B）2+4√(2)+2√(3)　　（C）2+3√(2)+3√(3)　　（D）4√(2)+4√(3)　　（E）3√(2)+5√(3)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fly trapped inside a cubical box with side length 1 meter decides to relieve its boredom by visiting each corner of the box. It will begin and end in the same corner and visit each of the other corners exactly once. To get from a corner to any other corner, it will either fly or crawl in a straight line. What is the maximum possible length, in meters, of its path?</w:t>
      </w:r>
    </w:p>
    <w:p>
      <w:pPr>
        <w:spacing w:before="0" w:after="160" w:line="300" w:lineRule="auto"/>
      </w:pPr>
      <w:r>
        <w:rPr>
          <w:rFonts w:ascii="Times New Roman" w:hAnsi="Times New Roman" w:eastAsia="宋体"/>
          <w:b w:val="0"/>
          <w:i w:val="0"/>
          <w:color w:val="333333"/>
          <w:sz w:val="19"/>
        </w:rPr>
        <w:t>(A) 4+4√(2)　　(B) 2+4√(2)+2√(3)　　(C) 2+3√(2)+3√(3)　　(D) 4√(2)+4√(3)　　(E) 3√(2)+5√(3)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多项式</w:t>
      </w:r>
    </w:p>
    <w:p>
      <w:pPr>
        <w:spacing w:before="0" w:after="80" w:line="300" w:lineRule="auto"/>
        <w:jc w:val="left"/>
      </w:pPr>
      <w:r>
        <w:rPr>
          <w:rFonts w:ascii="Times New Roman" w:hAnsi="Times New Roman" w:eastAsia="宋体"/>
          <w:b w:val="0"/>
          <w:i w:val="0"/>
          <w:sz w:val="21"/>
        </w:rPr>
        <w:t>x³-ax²+bx-2010</w:t>
      </w:r>
    </w:p>
    <w:p>
      <w:pPr>
        <w:spacing w:before="0" w:after="80" w:line="300" w:lineRule="auto"/>
        <w:jc w:val="left"/>
      </w:pPr>
      <w:r>
        <w:rPr>
          <w:rFonts w:ascii="Times New Roman" w:hAnsi="Times New Roman" w:eastAsia="宋体"/>
          <w:b w:val="0"/>
          <w:i w:val="0"/>
          <w:sz w:val="21"/>
        </w:rPr>
        <w:t>有三个正整数零点。a 的最小可能值是多少？</w:t>
      </w:r>
    </w:p>
    <w:p>
      <w:pPr>
        <w:spacing w:before="0" w:after="120" w:line="300" w:lineRule="auto"/>
      </w:pPr>
      <w:r>
        <w:rPr>
          <w:rFonts w:ascii="Times New Roman" w:hAnsi="Times New Roman" w:eastAsia="宋体"/>
          <w:b w:val="0"/>
          <w:i w:val="0"/>
          <w:sz w:val="21"/>
        </w:rPr>
        <w:t>（A）78　　（B）88　　（C）98　　（D）108　　（E）118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w:t>
      </w:r>
    </w:p>
    <w:p>
      <w:pPr>
        <w:spacing w:before="0" w:after="80" w:line="300" w:lineRule="auto"/>
        <w:jc w:val="left"/>
      </w:pPr>
      <w:r>
        <w:rPr>
          <w:rFonts w:ascii="Times New Roman" w:hAnsi="Times New Roman" w:eastAsia="宋体"/>
          <w:b w:val="0"/>
          <w:i w:val="0"/>
          <w:color w:val="333333"/>
          <w:sz w:val="19"/>
        </w:rPr>
        <w:t>x³-ax²+bx-2010</w:t>
      </w:r>
    </w:p>
    <w:p>
      <w:pPr>
        <w:spacing w:before="0" w:after="80" w:line="300" w:lineRule="auto"/>
        <w:jc w:val="left"/>
      </w:pPr>
      <w:r>
        <w:rPr>
          <w:rFonts w:ascii="Times New Roman" w:hAnsi="Times New Roman" w:eastAsia="宋体"/>
          <w:b w:val="0"/>
          <w:i w:val="0"/>
          <w:color w:val="333333"/>
          <w:sz w:val="19"/>
        </w:rPr>
        <w:t>has three positive integer zeros. What is the smallest possible value of a?</w:t>
      </w:r>
    </w:p>
    <w:p>
      <w:pPr>
        <w:spacing w:before="0" w:after="160" w:line="300" w:lineRule="auto"/>
      </w:pPr>
      <w:r>
        <w:rPr>
          <w:rFonts w:ascii="Times New Roman" w:hAnsi="Times New Roman" w:eastAsia="宋体"/>
          <w:b w:val="0"/>
          <w:i w:val="0"/>
          <w:color w:val="333333"/>
          <w:sz w:val="19"/>
        </w:rPr>
        <w:t>(A) 78　　(B) 88　　(C) 98　　(D) 108　　(E) 118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在一个圆上选取八个点，并连接每一对点得到弦。没有三条弦在圆内部同一点相交。会形成多少个三个顶点都在圆内部的三角形？</w:t>
      </w:r>
    </w:p>
    <w:p>
      <w:pPr>
        <w:spacing w:before="0" w:after="120" w:line="300" w:lineRule="auto"/>
      </w:pPr>
      <w:r>
        <w:rPr>
          <w:rFonts w:ascii="Times New Roman" w:hAnsi="Times New Roman" w:eastAsia="宋体"/>
          <w:b w:val="0"/>
          <w:i w:val="0"/>
          <w:sz w:val="21"/>
        </w:rPr>
        <w:t>（A）28　　（B）56　　（C）70　　（D）84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points are chosen on a circle, and chords are drawn connecting every pair of points. No three chords intersect in a single point inside the circle. How many triangles with all three vertices in the interior of the circle are created?</w:t>
      </w:r>
    </w:p>
    <w:p>
      <w:pPr>
        <w:spacing w:before="0" w:after="160" w:line="300" w:lineRule="auto"/>
      </w:pPr>
      <w:r>
        <w:rPr>
          <w:rFonts w:ascii="Times New Roman" w:hAnsi="Times New Roman" w:eastAsia="宋体"/>
          <w:b w:val="0"/>
          <w:i w:val="0"/>
          <w:color w:val="333333"/>
          <w:sz w:val="19"/>
        </w:rPr>
        <w:t>(A) 28　　(B) 56　　(C) 70　　(D) 84　　(E) 140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一排有 2010 个盒子，每个盒子里有一颗红弹珠；对 1 ≤ k ≤ 2010，第 k 个盒子还含有 k 颗白弹珠。Isabella 从第一个盒子开始，依次从每个盒子中随机抽取一颗弹珠。她第一次抽到红弹珠时停止。令 P(n) 为 Isabella 正好抽取 n 颗弹珠后停止的概率。使 P(n) &lt; 1/2010 的最小 n 是多少？</w:t>
      </w:r>
    </w:p>
    <w:p>
      <w:pPr>
        <w:spacing w:before="0" w:after="120" w:line="300" w:lineRule="auto"/>
      </w:pPr>
      <w:r>
        <w:rPr>
          <w:rFonts w:ascii="Times New Roman" w:hAnsi="Times New Roman" w:eastAsia="宋体"/>
          <w:b w:val="0"/>
          <w:i w:val="0"/>
          <w:sz w:val="21"/>
        </w:rPr>
        <w:t>（A）45　　（B）63　　（C）64　　（D）201　　（E）1005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2010 boxes in a line contains a single red marble, and for 1 ≤ k ≤ 2010, the box in the kth position also contains k white marbles. Isabella begins at the first box and successively draws a single marble at random from each box, in order. She stops when she first draws a red marble. Let P(n) be the probability that Isabella stops after drawing exactly n marbles. What is the smallest value of n for which P(n) &lt; 1/2010?</w:t>
      </w:r>
    </w:p>
    <w:p>
      <w:pPr>
        <w:spacing w:before="0" w:after="160" w:line="300" w:lineRule="auto"/>
      </w:pPr>
      <w:r>
        <w:rPr>
          <w:rFonts w:ascii="Times New Roman" w:hAnsi="Times New Roman" w:eastAsia="宋体"/>
          <w:b w:val="0"/>
          <w:i w:val="0"/>
          <w:color w:val="333333"/>
          <w:sz w:val="19"/>
        </w:rPr>
        <w:t>(A) 45　　(B) 63　　(C) 64　　(D) 201　　(E) 1005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90! 的最后两个非零数字组成的数等于 n。n 是多少？</w:t>
      </w:r>
    </w:p>
    <w:p>
      <w:pPr>
        <w:spacing w:before="0" w:after="120" w:line="300" w:lineRule="auto"/>
      </w:pPr>
      <w:r>
        <w:rPr>
          <w:rFonts w:ascii="Times New Roman" w:hAnsi="Times New Roman" w:eastAsia="宋体"/>
          <w:b w:val="0"/>
          <w:i w:val="0"/>
          <w:sz w:val="21"/>
        </w:rPr>
        <w:t>（A）12　　（B）32　　（C）48　　（D）52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obtained from the last two nonzero digits of 90! is equal to n. What is n?</w:t>
      </w:r>
    </w:p>
    <w:p>
      <w:pPr>
        <w:spacing w:before="0" w:after="160" w:line="300" w:lineRule="auto"/>
      </w:pPr>
      <w:r>
        <w:rPr>
          <w:rFonts w:ascii="Times New Roman" w:hAnsi="Times New Roman" w:eastAsia="宋体"/>
          <w:b w:val="0"/>
          <w:i w:val="0"/>
          <w:color w:val="333333"/>
          <w:sz w:val="19"/>
        </w:rPr>
        <w:t>(A) 12　　(B) 32　　(C) 48　　(D) 52　　(E) 68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Jim 从一个正整数 n 开始构造一个数列。每个后续数都由当前数减去不超过当前数的最大整数平方得到，直到达到零为止。例如，如果 Jim 从 n = 55 开始，则他的数列包含 5 个数：</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55</w:t>
            </w:r>
          </w:p>
        </w:tc>
      </w:tr>
      <w:tr>
        <w:tc>
          <w:tcPr>
            <w:tcW w:type="dxa" w:w="1882"/>
          </w:tcPr>
          <w:p>
            <w:pPr>
              <w:spacing w:before="20" w:after="20" w:line="240" w:lineRule="auto"/>
              <w:jc w:val="center"/>
            </w:pPr>
            <w:r/>
            <w:r>
              <w:rPr>
                <w:rFonts w:ascii="Times New Roman" w:hAnsi="Times New Roman" w:eastAsia="宋体"/>
                <w:b w:val="0"/>
                <w:i w:val="0"/>
                <w:sz w:val="20"/>
              </w:rPr>
              <w:t>55</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7²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6</w:t>
            </w:r>
          </w:p>
        </w:tc>
      </w:tr>
      <w:tr>
        <w:tc>
          <w:tcPr>
            <w:tcW w:type="dxa" w:w="1882"/>
          </w:tcPr>
          <w:p>
            <w:pPr>
              <w:spacing w:before="20" w:after="20" w:line="240" w:lineRule="auto"/>
              <w:jc w:val="center"/>
            </w:pPr>
            <w:r/>
            <w:r>
              <w:rPr>
                <w:rFonts w:ascii="Times New Roman" w:hAnsi="Times New Roman" w:eastAsia="宋体"/>
                <w:b w:val="0"/>
                <w:i w:val="0"/>
                <w:sz w:val="20"/>
              </w:rPr>
              <w:t>6</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2²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2</w:t>
            </w:r>
          </w:p>
        </w:tc>
      </w:tr>
      <w:tr>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w:t>
            </w:r>
          </w:p>
        </w:tc>
      </w:tr>
      <w:tr>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设 N 为使 Jim 的数列有 8 个数的最小数。N 的个位数字是多少？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Jim starts with a positive integer n and creates a sequence of numbers. Each successive number is obtained by subtracting the largest possible integer square less than or equal to the current number until zero is reached. For example, if Jim starts with n = 55, then his sequence contains 5 numbers:</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55</w:t>
            </w:r>
          </w:p>
        </w:tc>
      </w:tr>
      <w:tr>
        <w:tc>
          <w:tcPr>
            <w:tcW w:type="dxa" w:w="1882"/>
          </w:tcPr>
          <w:p>
            <w:pPr>
              <w:spacing w:before="20" w:after="20" w:line="240" w:lineRule="auto"/>
              <w:jc w:val="center"/>
            </w:pPr>
            <w:r/>
            <w:r>
              <w:rPr>
                <w:rFonts w:ascii="Times New Roman" w:hAnsi="Times New Roman" w:eastAsia="宋体"/>
                <w:b w:val="0"/>
                <w:i w:val="0"/>
                <w:color w:val="333333"/>
                <w:sz w:val="19"/>
              </w:rPr>
              <w:t>55</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7²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6</w:t>
            </w:r>
          </w:p>
        </w:tc>
      </w:tr>
      <w:tr>
        <w:tc>
          <w:tcPr>
            <w:tcW w:type="dxa" w:w="1882"/>
          </w:tcPr>
          <w:p>
            <w:pPr>
              <w:spacing w:before="20" w:after="20" w:line="240" w:lineRule="auto"/>
              <w:jc w:val="center"/>
            </w:pPr>
            <w:r/>
            <w:r>
              <w:rPr>
                <w:rFonts w:ascii="Times New Roman" w:hAnsi="Times New Roman" w:eastAsia="宋体"/>
                <w:b w:val="0"/>
                <w:i w:val="0"/>
                <w:color w:val="333333"/>
                <w:sz w:val="19"/>
              </w:rPr>
              <w:t>6</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2²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2</w:t>
            </w:r>
          </w:p>
        </w:tc>
      </w:tr>
      <w:tr>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w:t>
            </w:r>
          </w:p>
        </w:tc>
      </w:tr>
      <w:tr>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Let N be the smallest number for which Jim’s sequence has 8 numbers. What is the units digit of N?</w:t>
      </w:r>
    </w:p>
    <w:p>
      <w:pPr>
        <w:spacing w:before="0" w:after="160" w:line="300" w:lineRule="auto"/>
      </w:pPr>
      <w:r>
        <w:rPr>
          <w:rFonts w:ascii="Times New Roman" w:hAnsi="Times New Roman" w:eastAsia="宋体"/>
          <w:b w:val="0"/>
          <w:i w:val="0"/>
          <w:color w:val="333333"/>
          <w:sz w:val="19"/>
        </w:rPr>
        <w:t>(A) 1　　(B) 3　　(C) 5　　(D) 7　　(E) 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D　B　E　C　C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C　A　C　D　B　A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A　A　A　A　B</w:t>
      </w:r>
    </w:p>
    <w:p>
      <w:pPr>
        <w:spacing w:before="0" w:after="200" w:line="300" w:lineRule="auto"/>
      </w:pPr>
      <w:r>
        <w:rPr>
          <w:rFonts w:ascii="Times New Roman" w:hAnsi="Times New Roman" w:eastAsia="宋体"/>
          <w:b w:val="0"/>
          <w:i w:val="0"/>
          <w:color w:val="666666"/>
          <w:sz w:val="18"/>
        </w:rPr>
        <w:t>答案串：DBDBECCDEEDCACDBABEDAAAAB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五个宽度之和为 6+1/2+1+2.5+10=20。平均宽度为 20÷5=4。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five widths gives 6+1/2+1+2.5+10=20. The average is 20÷5=4.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不妨设每个小正方形的边长为 1。</w:t>
      </w:r>
    </w:p>
    <w:p>
      <w:pPr>
        <w:spacing w:before="0" w:after="80" w:line="300" w:lineRule="auto"/>
        <w:jc w:val="left"/>
      </w:pPr>
      <w:r>
        <w:rPr>
          <w:rFonts w:ascii="Times New Roman" w:hAnsi="Times New Roman" w:eastAsia="宋体"/>
          <w:b w:val="0"/>
          <w:i w:val="0"/>
          <w:sz w:val="21"/>
        </w:rPr>
        <w:t>这样长方形的长为 4，宽为 4 - 1 = 3。</w:t>
      </w:r>
    </w:p>
    <w:p>
      <w:pPr>
        <w:spacing w:before="0" w:after="80" w:line="300" w:lineRule="auto"/>
        <w:jc w:val="left"/>
      </w:pPr>
      <w:r>
        <w:rPr>
          <w:rFonts w:ascii="Times New Roman" w:hAnsi="Times New Roman" w:eastAsia="宋体"/>
          <w:b w:val="0"/>
          <w:i w:val="0"/>
          <w:sz w:val="21"/>
        </w:rPr>
        <w:t>所求长宽比为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WLOG, let the side lengths of the squares be 1.</w:t>
      </w:r>
    </w:p>
    <w:p>
      <w:pPr>
        <w:spacing w:before="0" w:after="80" w:line="300" w:lineRule="auto"/>
        <w:jc w:val="left"/>
      </w:pPr>
      <w:r>
        <w:rPr>
          <w:rFonts w:ascii="Times New Roman" w:hAnsi="Times New Roman" w:eastAsia="宋体"/>
          <w:b w:val="0"/>
          <w:i w:val="0"/>
          <w:color w:val="333333"/>
          <w:sz w:val="19"/>
        </w:rPr>
        <w:t>This means that the length of the rectangle is 4. We also have that the width must be 4 - 1 = 3.</w:t>
      </w:r>
    </w:p>
    <w:p>
      <w:pPr>
        <w:spacing w:before="0" w:after="80" w:line="300" w:lineRule="auto"/>
        <w:jc w:val="left"/>
      </w:pPr>
      <w:r>
        <w:rPr>
          <w:rFonts w:ascii="Times New Roman" w:hAnsi="Times New Roman" w:eastAsia="宋体"/>
          <w:b w:val="0"/>
          <w:i w:val="0"/>
          <w:color w:val="333333"/>
          <w:sz w:val="19"/>
        </w:rPr>
        <w:t>The desired ratio is then 4/3.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 Eric 最后有 x 颗弹珠，则 Tyrone 最后有 2x 颗。</w:t>
      </w:r>
    </w:p>
    <w:p>
      <w:pPr>
        <w:spacing w:before="0" w:after="80" w:line="300" w:lineRule="auto"/>
        <w:jc w:val="left"/>
      </w:pPr>
      <w:r>
        <w:rPr>
          <w:rFonts w:ascii="Times New Roman" w:hAnsi="Times New Roman" w:eastAsia="宋体"/>
          <w:b w:val="0"/>
          <w:i w:val="0"/>
          <w:sz w:val="21"/>
        </w:rPr>
        <w:t>总弹珠数为 97 + 11 = 108，所以</w:t>
      </w:r>
    </w:p>
    <w:p>
      <w:pPr>
        <w:spacing w:before="0" w:after="80" w:line="300" w:lineRule="auto"/>
        <w:jc w:val="left"/>
      </w:pPr>
      <w:r>
        <w:rPr>
          <w:rFonts w:ascii="Times New Roman" w:hAnsi="Times New Roman" w:eastAsia="宋体"/>
          <w:b w:val="0"/>
          <w:i w:val="0"/>
          <w:sz w:val="21"/>
        </w:rPr>
        <w:t>3x = 108</w:t>
      </w:r>
    </w:p>
    <w:p>
      <w:pPr>
        <w:spacing w:before="0" w:after="80" w:line="300" w:lineRule="auto"/>
        <w:jc w:val="left"/>
      </w:pPr>
      <w:r>
        <w:rPr>
          <w:rFonts w:ascii="Times New Roman" w:hAnsi="Times New Roman" w:eastAsia="宋体"/>
          <w:b w:val="0"/>
          <w:i w:val="0"/>
          <w:sz w:val="21"/>
        </w:rPr>
        <w:t>x = 36。</w:t>
      </w:r>
    </w:p>
    <w:p>
      <w:pPr>
        <w:spacing w:before="0" w:after="80" w:line="300" w:lineRule="auto"/>
        <w:jc w:val="left"/>
      </w:pPr>
      <w:r>
        <w:rPr>
          <w:rFonts w:ascii="Times New Roman" w:hAnsi="Times New Roman" w:eastAsia="宋体"/>
          <w:b w:val="0"/>
          <w:i w:val="0"/>
          <w:sz w:val="21"/>
        </w:rPr>
        <w:t>因此 Tyrone 最后有 36 · 2 = 72 颗弹珠，他给出了 97 - 72 = 25 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marbles that Eric ends up with. Then Tyrone ends up with 2x.</w:t>
      </w:r>
    </w:p>
    <w:p>
      <w:pPr>
        <w:spacing w:before="0" w:after="80" w:line="300" w:lineRule="auto"/>
        <w:jc w:val="left"/>
      </w:pPr>
      <w:r>
        <w:rPr>
          <w:rFonts w:ascii="Times New Roman" w:hAnsi="Times New Roman" w:eastAsia="宋体"/>
          <w:b w:val="0"/>
          <w:i w:val="0"/>
          <w:color w:val="333333"/>
          <w:sz w:val="19"/>
        </w:rPr>
        <w:t>The total number of marbles is 97 + 11 = 108, so</w:t>
      </w:r>
    </w:p>
    <w:p>
      <w:pPr>
        <w:spacing w:before="0" w:after="80" w:line="300" w:lineRule="auto"/>
        <w:jc w:val="left"/>
      </w:pPr>
      <w:r>
        <w:rPr>
          <w:rFonts w:ascii="Times New Roman" w:hAnsi="Times New Roman" w:eastAsia="宋体"/>
          <w:b w:val="0"/>
          <w:i w:val="0"/>
          <w:color w:val="333333"/>
          <w:sz w:val="19"/>
        </w:rPr>
        <w:t>3x = 108</w:t>
      </w:r>
    </w:p>
    <w:p>
      <w:pPr>
        <w:spacing w:before="0" w:after="80" w:line="300" w:lineRule="auto"/>
        <w:jc w:val="left"/>
      </w:pPr>
      <w:r>
        <w:rPr>
          <w:rFonts w:ascii="Times New Roman" w:hAnsi="Times New Roman" w:eastAsia="宋体"/>
          <w:b w:val="0"/>
          <w:i w:val="0"/>
          <w:color w:val="333333"/>
          <w:sz w:val="19"/>
        </w:rPr>
        <w:t>x = 36.</w:t>
      </w:r>
    </w:p>
    <w:p>
      <w:pPr>
        <w:spacing w:before="0" w:after="80" w:line="300" w:lineRule="auto"/>
        <w:jc w:val="left"/>
      </w:pPr>
      <w:r>
        <w:rPr>
          <w:rFonts w:ascii="Times New Roman" w:hAnsi="Times New Roman" w:eastAsia="宋体"/>
          <w:b w:val="0"/>
          <w:i w:val="0"/>
          <w:color w:val="333333"/>
          <w:sz w:val="19"/>
        </w:rPr>
        <w:t>Then, Tyrone ends up with 36 · 2 = 72 marbles. This means he has to give away 97 - 72 = 25 marbles.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注意 7 · 56 = 392，而 8 · 56 = 448，所以最少需要 8 张光盘。</w:t>
      </w:r>
    </w:p>
    <w:p>
      <w:pPr>
        <w:spacing w:before="0" w:after="80" w:line="300" w:lineRule="auto"/>
        <w:jc w:val="left"/>
      </w:pPr>
      <w:r>
        <w:rPr>
          <w:rFonts w:ascii="Times New Roman" w:hAnsi="Times New Roman" w:eastAsia="宋体"/>
          <w:b w:val="0"/>
          <w:i w:val="0"/>
          <w:sz w:val="21"/>
        </w:rPr>
        <w:t>每张光盘包含的朗读时间为</w:t>
      </w:r>
    </w:p>
    <w:p>
      <w:pPr>
        <w:spacing w:before="0" w:after="80" w:line="300" w:lineRule="auto"/>
        <w:jc w:val="left"/>
      </w:pPr>
      <w:r>
        <w:rPr>
          <w:rFonts w:ascii="Times New Roman" w:hAnsi="Times New Roman" w:eastAsia="宋体"/>
          <w:b w:val="0"/>
          <w:i w:val="0"/>
          <w:sz w:val="21"/>
        </w:rPr>
        <w:t>412 ÷ 8 = 51.5。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7 · 56 = 392 and 8 · 56 = 448, which means that the minimum number of discs needed is 8.</w:t>
      </w:r>
    </w:p>
    <w:p>
      <w:pPr>
        <w:spacing w:before="0" w:after="80" w:line="300" w:lineRule="auto"/>
        <w:jc w:val="left"/>
      </w:pPr>
      <w:r>
        <w:rPr>
          <w:rFonts w:ascii="Times New Roman" w:hAnsi="Times New Roman" w:eastAsia="宋体"/>
          <w:b w:val="0"/>
          <w:i w:val="0"/>
          <w:color w:val="333333"/>
          <w:sz w:val="19"/>
        </w:rPr>
        <w:t>Then the minutes of reading that each disc contains is</w:t>
      </w:r>
    </w:p>
    <w:p>
      <w:pPr>
        <w:spacing w:before="0" w:after="80" w:line="300" w:lineRule="auto"/>
        <w:jc w:val="left"/>
      </w:pPr>
      <w:r>
        <w:rPr>
          <w:rFonts w:ascii="Times New Roman" w:hAnsi="Times New Roman" w:eastAsia="宋体"/>
          <w:b w:val="0"/>
          <w:i w:val="0"/>
          <w:color w:val="333333"/>
          <w:sz w:val="19"/>
        </w:rPr>
        <w:t>412 ÷ 8 = 51.5.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圆的周长公式为 2 π r，所以</w:t>
      </w:r>
    </w:p>
    <w:p>
      <w:pPr>
        <w:spacing w:before="0" w:after="80" w:line="300" w:lineRule="auto"/>
        <w:jc w:val="left"/>
      </w:pPr>
      <w:r>
        <w:rPr>
          <w:rFonts w:ascii="Times New Roman" w:hAnsi="Times New Roman" w:eastAsia="宋体"/>
          <w:b w:val="0"/>
          <w:i w:val="0"/>
          <w:sz w:val="21"/>
        </w:rPr>
        <w:t>24π = 2π r</w:t>
      </w:r>
    </w:p>
    <w:p>
      <w:pPr>
        <w:spacing w:before="0" w:after="80" w:line="300" w:lineRule="auto"/>
        <w:jc w:val="left"/>
      </w:pPr>
      <w:r>
        <w:rPr>
          <w:rFonts w:ascii="Times New Roman" w:hAnsi="Times New Roman" w:eastAsia="宋体"/>
          <w:b w:val="0"/>
          <w:i w:val="0"/>
          <w:sz w:val="21"/>
        </w:rPr>
        <w:t>r = 12。</w:t>
      </w:r>
    </w:p>
    <w:p>
      <w:pPr>
        <w:spacing w:before="0" w:after="80" w:line="300" w:lineRule="auto"/>
        <w:jc w:val="left"/>
      </w:pPr>
      <w:r>
        <w:rPr>
          <w:rFonts w:ascii="Times New Roman" w:hAnsi="Times New Roman" w:eastAsia="宋体"/>
          <w:b w:val="0"/>
          <w:i w:val="0"/>
          <w:sz w:val="21"/>
        </w:rPr>
        <w:t>圆面积为 π r²，因此</w:t>
      </w:r>
    </w:p>
    <w:p>
      <w:pPr>
        <w:spacing w:before="0" w:after="80" w:line="300" w:lineRule="auto"/>
        <w:jc w:val="left"/>
      </w:pPr>
      <w:r>
        <w:rPr>
          <w:rFonts w:ascii="Times New Roman" w:hAnsi="Times New Roman" w:eastAsia="宋体"/>
          <w:b w:val="0"/>
          <w:i w:val="0"/>
          <w:sz w:val="21"/>
        </w:rPr>
        <w:t>k π = π 12²</w:t>
      </w:r>
    </w:p>
    <w:p>
      <w:pPr>
        <w:spacing w:before="0" w:after="80" w:line="300" w:lineRule="auto"/>
        <w:jc w:val="left"/>
      </w:pPr>
      <w:r>
        <w:rPr>
          <w:rFonts w:ascii="Times New Roman" w:hAnsi="Times New Roman" w:eastAsia="宋体"/>
          <w:b w:val="0"/>
          <w:i w:val="0"/>
          <w:sz w:val="21"/>
        </w:rPr>
        <w:t>k = 144。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formula for the circumference of a circle is 2 π r. We then have that</w:t>
      </w:r>
    </w:p>
    <w:p>
      <w:pPr>
        <w:spacing w:before="0" w:after="80" w:line="300" w:lineRule="auto"/>
        <w:jc w:val="left"/>
      </w:pPr>
      <w:r>
        <w:rPr>
          <w:rFonts w:ascii="Times New Roman" w:hAnsi="Times New Roman" w:eastAsia="宋体"/>
          <w:b w:val="0"/>
          <w:i w:val="0"/>
          <w:color w:val="333333"/>
          <w:sz w:val="19"/>
        </w:rPr>
        <w:t>24π = 2π r</w:t>
      </w:r>
    </w:p>
    <w:p>
      <w:pPr>
        <w:spacing w:before="0" w:after="80" w:line="300" w:lineRule="auto"/>
        <w:jc w:val="left"/>
      </w:pPr>
      <w:r>
        <w:rPr>
          <w:rFonts w:ascii="Times New Roman" w:hAnsi="Times New Roman" w:eastAsia="宋体"/>
          <w:b w:val="0"/>
          <w:i w:val="0"/>
          <w:color w:val="333333"/>
          <w:sz w:val="19"/>
        </w:rPr>
        <w:t>r = 12.</w:t>
      </w:r>
    </w:p>
    <w:p>
      <w:pPr>
        <w:spacing w:before="0" w:after="80" w:line="300" w:lineRule="auto"/>
        <w:jc w:val="left"/>
      </w:pPr>
      <w:r>
        <w:rPr>
          <w:rFonts w:ascii="Times New Roman" w:hAnsi="Times New Roman" w:eastAsia="宋体"/>
          <w:b w:val="0"/>
          <w:i w:val="0"/>
          <w:color w:val="333333"/>
          <w:sz w:val="19"/>
        </w:rPr>
        <w:t>The area of a circle is π r², so we have that</w:t>
      </w:r>
    </w:p>
    <w:p>
      <w:pPr>
        <w:spacing w:before="0" w:after="80" w:line="300" w:lineRule="auto"/>
        <w:jc w:val="left"/>
      </w:pPr>
      <w:r>
        <w:rPr>
          <w:rFonts w:ascii="Times New Roman" w:hAnsi="Times New Roman" w:eastAsia="宋体"/>
          <w:b w:val="0"/>
          <w:i w:val="0"/>
          <w:color w:val="333333"/>
          <w:sz w:val="19"/>
        </w:rPr>
        <w:t>k π = π 12²</w:t>
      </w:r>
    </w:p>
    <w:p>
      <w:pPr>
        <w:spacing w:before="0" w:after="80" w:line="300" w:lineRule="auto"/>
        <w:jc w:val="left"/>
      </w:pPr>
      <w:r>
        <w:rPr>
          <w:rFonts w:ascii="Times New Roman" w:hAnsi="Times New Roman" w:eastAsia="宋体"/>
          <w:b w:val="0"/>
          <w:i w:val="0"/>
          <w:color w:val="333333"/>
          <w:sz w:val="19"/>
        </w:rPr>
        <w:t>k = 144.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先计算内层，得到</w:t>
      </w:r>
    </w:p>
    <w:p>
      <w:pPr>
        <w:spacing w:before="0" w:after="80" w:line="300" w:lineRule="auto"/>
        <w:jc w:val="left"/>
      </w:pPr>
      <w:r>
        <w:rPr>
          <w:rFonts w:ascii="Times New Roman" w:hAnsi="Times New Roman" w:eastAsia="宋体"/>
          <w:b w:val="0"/>
          <w:i w:val="0"/>
          <w:sz w:val="21"/>
        </w:rPr>
        <w:t>spadesuit (2, 2) = 2 - 1/2 = 3/2。</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spadesuit (2, 3/2) = 2 - 1/(3/2) =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Evaluating the inner expression, we get</w:t>
      </w:r>
    </w:p>
    <w:p>
      <w:pPr>
        <w:spacing w:before="0" w:after="80" w:line="300" w:lineRule="auto"/>
        <w:jc w:val="left"/>
      </w:pPr>
      <w:r>
        <w:rPr>
          <w:rFonts w:ascii="Times New Roman" w:hAnsi="Times New Roman" w:eastAsia="宋体"/>
          <w:b w:val="0"/>
          <w:i w:val="0"/>
          <w:color w:val="333333"/>
          <w:sz w:val="19"/>
        </w:rPr>
        <w:t>spadesuit (2, 2) = 2 - 1/2 = 3/2.</w:t>
      </w:r>
    </w:p>
    <w:p>
      <w:pPr>
        <w:spacing w:before="0" w:after="80" w:line="300" w:lineRule="auto"/>
        <w:jc w:val="left"/>
      </w:pPr>
      <w:r>
        <w:rPr>
          <w:rFonts w:ascii="Times New Roman" w:hAnsi="Times New Roman" w:eastAsia="宋体"/>
          <w:b w:val="0"/>
          <w:i w:val="0"/>
          <w:color w:val="333333"/>
          <w:sz w:val="19"/>
        </w:rPr>
        <w:t>Then we have</w:t>
      </w:r>
    </w:p>
    <w:p>
      <w:pPr>
        <w:spacing w:before="0" w:after="80" w:line="300" w:lineRule="auto"/>
        <w:jc w:val="left"/>
      </w:pPr>
      <w:r>
        <w:rPr>
          <w:rFonts w:ascii="Times New Roman" w:hAnsi="Times New Roman" w:eastAsia="宋体"/>
          <w:b w:val="0"/>
          <w:i w:val="0"/>
          <w:color w:val="333333"/>
          <w:sz w:val="19"/>
        </w:rPr>
        <w:t>spadesuit (2, 3/2) = 2 - 1/(3/2) = 4/3.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80" w:after="80"/>
        <w:jc w:val="center"/>
      </w:pPr>
      <w:r>
        <w:drawing>
          <wp:inline xmlns:a="http://schemas.openxmlformats.org/drawingml/2006/main" xmlns:pic="http://schemas.openxmlformats.org/drawingml/2006/picture">
            <wp:extent cx="1086304" cy="1308655"/>
            <wp:docPr id="3" name="Picture 3"/>
            <wp:cNvGraphicFramePr>
              <a:graphicFrameLocks noChangeAspect="1"/>
            </wp:cNvGraphicFramePr>
            <a:graphic>
              <a:graphicData uri="http://schemas.openxmlformats.org/drawingml/2006/picture">
                <pic:pic>
                  <pic:nvPicPr>
                    <pic:cNvPr id="0" name="q07-sol-1@300dpi.png"/>
                    <pic:cNvPicPr/>
                  </pic:nvPicPr>
                  <pic:blipFill>
                    <a:blip r:embed="rId10"/>
                    <a:stretch>
                      <a:fillRect/>
                    </a:stretch>
                  </pic:blipFill>
                  <pic:spPr>
                    <a:xfrm>
                      <a:off x="0" y="0"/>
                      <a:ext cx="1086304" cy="1308655"/>
                    </a:xfrm>
                    <a:prstGeom prst="rect"/>
                  </pic:spPr>
                </pic:pic>
              </a:graphicData>
            </a:graphic>
          </wp:inline>
        </w:drawing>
      </w:r>
    </w:p>
    <w:p>
      <w:pPr>
        <w:spacing w:before="0" w:after="80" w:line="300" w:lineRule="auto"/>
        <w:jc w:val="left"/>
      </w:pPr>
      <w:r>
        <w:rPr>
          <w:rFonts w:ascii="Times New Roman" w:hAnsi="Times New Roman" w:eastAsia="宋体"/>
          <w:b w:val="0"/>
          <w:i w:val="0"/>
          <w:sz w:val="21"/>
        </w:rPr>
        <w:t>从图中可以看出，最后一段是一个直角三角形的斜边。</w:t>
      </w:r>
    </w:p>
    <w:p>
      <w:pPr>
        <w:spacing w:before="0" w:after="80" w:line="300" w:lineRule="auto"/>
        <w:jc w:val="left"/>
      </w:pPr>
      <w:r>
        <w:rPr>
          <w:rFonts w:ascii="Times New Roman" w:hAnsi="Times New Roman" w:eastAsia="宋体"/>
          <w:b w:val="0"/>
          <w:i w:val="0"/>
          <w:sz w:val="21"/>
        </w:rPr>
        <w:t>一条直角边来自正北方向的 1 英里，另一条直角边为</w:t>
      </w:r>
    </w:p>
    <w:p>
      <w:pPr>
        <w:spacing w:before="0" w:after="80" w:line="300" w:lineRule="auto"/>
        <w:jc w:val="left"/>
      </w:pPr>
      <w:r>
        <w:rPr>
          <w:rFonts w:ascii="Times New Roman" w:hAnsi="Times New Roman" w:eastAsia="宋体"/>
          <w:b w:val="0"/>
          <w:i w:val="0"/>
          <w:sz w:val="21"/>
        </w:rPr>
        <w:t>√(1² + 1²) = √(2)。</w:t>
      </w:r>
    </w:p>
    <w:p>
      <w:pPr>
        <w:spacing w:before="0" w:after="80" w:line="300" w:lineRule="auto"/>
        <w:jc w:val="left"/>
      </w:pPr>
      <w:r>
        <w:rPr>
          <w:rFonts w:ascii="Times New Roman" w:hAnsi="Times New Roman" w:eastAsia="宋体"/>
          <w:b w:val="0"/>
          <w:i w:val="0"/>
          <w:sz w:val="21"/>
        </w:rPr>
        <w:t>因此最后一段距离为</w:t>
      </w:r>
    </w:p>
    <w:p>
      <w:pPr>
        <w:spacing w:before="0" w:after="80" w:line="300" w:lineRule="auto"/>
        <w:jc w:val="left"/>
      </w:pPr>
      <w:r>
        <w:rPr>
          <w:rFonts w:ascii="Times New Roman" w:hAnsi="Times New Roman" w:eastAsia="宋体"/>
          <w:b w:val="0"/>
          <w:i w:val="0"/>
          <w:sz w:val="21"/>
        </w:rPr>
        <w:t>√(√(2)² + 1²)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086304" cy="1308655"/>
            <wp:docPr id="4" name="Picture 4"/>
            <wp:cNvGraphicFramePr>
              <a:graphicFrameLocks noChangeAspect="1"/>
            </wp:cNvGraphicFramePr>
            <a:graphic>
              <a:graphicData uri="http://schemas.openxmlformats.org/drawingml/2006/picture">
                <pic:pic>
                  <pic:nvPicPr>
                    <pic:cNvPr id="0" name="q07-sol-1@300dpi.png"/>
                    <pic:cNvPicPr/>
                  </pic:nvPicPr>
                  <pic:blipFill>
                    <a:blip r:embed="rId10"/>
                    <a:stretch>
                      <a:fillRect/>
                    </a:stretch>
                  </pic:blipFill>
                  <pic:spPr>
                    <a:xfrm>
                      <a:off x="0" y="0"/>
                      <a:ext cx="1086304" cy="130865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From the diagram, we see that the distance traveled is the hypotenuse of a right triangle.</w:t>
      </w:r>
    </w:p>
    <w:p>
      <w:pPr>
        <w:spacing w:before="0" w:after="80" w:line="300" w:lineRule="auto"/>
        <w:jc w:val="left"/>
      </w:pPr>
      <w:r>
        <w:rPr>
          <w:rFonts w:ascii="Times New Roman" w:hAnsi="Times New Roman" w:eastAsia="宋体"/>
          <w:b w:val="0"/>
          <w:i w:val="0"/>
          <w:color w:val="333333"/>
          <w:sz w:val="19"/>
        </w:rPr>
        <w:t>One of the legs is just 1 from running due north. The other leg is</w:t>
      </w:r>
    </w:p>
    <w:p>
      <w:pPr>
        <w:spacing w:before="0" w:after="80" w:line="300" w:lineRule="auto"/>
        <w:jc w:val="left"/>
      </w:pPr>
      <w:r>
        <w:rPr>
          <w:rFonts w:ascii="Times New Roman" w:hAnsi="Times New Roman" w:eastAsia="宋体"/>
          <w:b w:val="0"/>
          <w:i w:val="0"/>
          <w:color w:val="333333"/>
          <w:sz w:val="19"/>
        </w:rPr>
        <w:t>√(1² + 1²) = √(2).</w:t>
      </w:r>
    </w:p>
    <w:p>
      <w:pPr>
        <w:spacing w:before="0" w:after="80" w:line="300" w:lineRule="auto"/>
        <w:jc w:val="left"/>
      </w:pPr>
      <w:r>
        <w:rPr>
          <w:rFonts w:ascii="Times New Roman" w:hAnsi="Times New Roman" w:eastAsia="宋体"/>
          <w:b w:val="0"/>
          <w:i w:val="0"/>
          <w:color w:val="333333"/>
          <w:sz w:val="19"/>
        </w:rPr>
        <w:t>The final distance is then</w:t>
      </w:r>
    </w:p>
    <w:p>
      <w:pPr>
        <w:spacing w:before="0" w:after="80" w:line="300" w:lineRule="auto"/>
        <w:jc w:val="left"/>
      </w:pPr>
      <w:r>
        <w:rPr>
          <w:rFonts w:ascii="Times New Roman" w:hAnsi="Times New Roman" w:eastAsia="宋体"/>
          <w:b w:val="0"/>
          <w:i w:val="0"/>
          <w:color w:val="333333"/>
          <w:sz w:val="19"/>
        </w:rPr>
        <w:t>√(√(2)² + 1²)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Tony 共工作了 2·50=100 小时，所以平均时薪是 $630÷100=$6.30。因为他的时薪等于其整岁年龄乘以 $0.50，所以工作日的平均年龄是 6.30÷0.50=12.6 岁。在六个月内，他的年龄最多变化一岁，因此他必定有些工作日在 12 岁，有些在 13 岁。所以这段时间结束时他是 13 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Tony worked 2·50=100 hours, so his average hourly pay was $630÷100=$6.30. Because his hourly pay is $0.50 times his age in full years, his average age on the days he worked was 6.30÷0.50=12.6 years. During a six-month period his age can change by at most one, so he must have worked some days at age 12 and some at age 13. Thus he was 13 at the end of the period.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因为 x 至多为 999，所以 x + 32 至多为 1031。</w:t>
      </w:r>
    </w:p>
    <w:p>
      <w:pPr>
        <w:spacing w:before="0" w:after="80" w:line="300" w:lineRule="auto"/>
        <w:jc w:val="left"/>
      </w:pPr>
      <w:r>
        <w:rPr>
          <w:rFonts w:ascii="Times New Roman" w:hAnsi="Times New Roman" w:eastAsia="宋体"/>
          <w:b w:val="0"/>
          <w:i w:val="0"/>
          <w:sz w:val="21"/>
        </w:rPr>
        <w:t>同时 x + 32 至少为 1000。</w:t>
      </w:r>
    </w:p>
    <w:p>
      <w:pPr>
        <w:spacing w:before="0" w:after="80" w:line="300" w:lineRule="auto"/>
        <w:jc w:val="left"/>
      </w:pPr>
      <w:r>
        <w:rPr>
          <w:rFonts w:ascii="Times New Roman" w:hAnsi="Times New Roman" w:eastAsia="宋体"/>
          <w:b w:val="0"/>
          <w:i w:val="0"/>
          <w:sz w:val="21"/>
        </w:rPr>
        <w:t>这个范围内唯一的回文数是 1001，所以 x + 32 必须等于它。</w:t>
      </w:r>
    </w:p>
    <w:p>
      <w:pPr>
        <w:spacing w:before="0" w:after="80" w:line="300" w:lineRule="auto"/>
        <w:jc w:val="left"/>
      </w:pPr>
      <w:r>
        <w:rPr>
          <w:rFonts w:ascii="Times New Roman" w:hAnsi="Times New Roman" w:eastAsia="宋体"/>
          <w:b w:val="0"/>
          <w:i w:val="0"/>
          <w:sz w:val="21"/>
        </w:rPr>
        <w:t>于是可求出该数：</w:t>
      </w:r>
    </w:p>
    <w:p>
      <w:pPr>
        <w:spacing w:before="0" w:after="80" w:line="300" w:lineRule="auto"/>
        <w:jc w:val="left"/>
      </w:pPr>
      <w:r>
        <w:rPr>
          <w:rFonts w:ascii="Times New Roman" w:hAnsi="Times New Roman" w:eastAsia="宋体"/>
          <w:b w:val="0"/>
          <w:i w:val="0"/>
          <w:sz w:val="21"/>
        </w:rPr>
        <w:t>x + 32 = 1001</w:t>
      </w:r>
    </w:p>
    <w:p>
      <w:pPr>
        <w:spacing w:before="0" w:after="80" w:line="300" w:lineRule="auto"/>
        <w:jc w:val="left"/>
      </w:pPr>
      <w:r>
        <w:rPr>
          <w:rFonts w:ascii="Times New Roman" w:hAnsi="Times New Roman" w:eastAsia="宋体"/>
          <w:b w:val="0"/>
          <w:i w:val="0"/>
          <w:sz w:val="21"/>
        </w:rPr>
        <w:t>x = 969。</w:t>
      </w:r>
    </w:p>
    <w:p>
      <w:pPr>
        <w:spacing w:before="0" w:after="80" w:line="300" w:lineRule="auto"/>
        <w:jc w:val="left"/>
      </w:pPr>
      <w:r>
        <w:rPr>
          <w:rFonts w:ascii="Times New Roman" w:hAnsi="Times New Roman" w:eastAsia="宋体"/>
          <w:b w:val="0"/>
          <w:i w:val="0"/>
          <w:sz w:val="21"/>
        </w:rPr>
        <w:t>各位数字之和为</w:t>
      </w:r>
    </w:p>
    <w:p>
      <w:pPr>
        <w:spacing w:before="0" w:after="80" w:line="300" w:lineRule="auto"/>
        <w:jc w:val="left"/>
      </w:pPr>
      <w:r>
        <w:rPr>
          <w:rFonts w:ascii="Times New Roman" w:hAnsi="Times New Roman" w:eastAsia="宋体"/>
          <w:b w:val="0"/>
          <w:i w:val="0"/>
          <w:sz w:val="21"/>
        </w:rPr>
        <w:t>9 + 6 + 9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x is at most 999. This means that x + 32 has a maximum of 1031.</w:t>
      </w:r>
    </w:p>
    <w:p>
      <w:pPr>
        <w:spacing w:before="0" w:after="80" w:line="300" w:lineRule="auto"/>
        <w:jc w:val="left"/>
      </w:pPr>
      <w:r>
        <w:rPr>
          <w:rFonts w:ascii="Times New Roman" w:hAnsi="Times New Roman" w:eastAsia="宋体"/>
          <w:b w:val="0"/>
          <w:i w:val="0"/>
          <w:color w:val="333333"/>
          <w:sz w:val="19"/>
        </w:rPr>
        <w:t>Similarly, we have that the minimum value of x + 32 is 1000.</w:t>
      </w:r>
    </w:p>
    <w:p>
      <w:pPr>
        <w:spacing w:before="0" w:after="80" w:line="300" w:lineRule="auto"/>
        <w:jc w:val="left"/>
      </w:pPr>
      <w:r>
        <w:rPr>
          <w:rFonts w:ascii="Times New Roman" w:hAnsi="Times New Roman" w:eastAsia="宋体"/>
          <w:b w:val="0"/>
          <w:i w:val="0"/>
          <w:color w:val="333333"/>
          <w:sz w:val="19"/>
        </w:rPr>
        <w:t>The only palindrome in this range is 1001, so this is what x + 32 equals.</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 + 32 = 1001</w:t>
      </w:r>
    </w:p>
    <w:p>
      <w:pPr>
        <w:spacing w:before="0" w:after="80" w:line="300" w:lineRule="auto"/>
        <w:jc w:val="left"/>
      </w:pPr>
      <w:r>
        <w:rPr>
          <w:rFonts w:ascii="Times New Roman" w:hAnsi="Times New Roman" w:eastAsia="宋体"/>
          <w:b w:val="0"/>
          <w:i w:val="0"/>
          <w:color w:val="333333"/>
          <w:sz w:val="19"/>
        </w:rPr>
        <w:t>x = 969.</w:t>
      </w:r>
    </w:p>
    <w:p>
      <w:pPr>
        <w:spacing w:before="0" w:after="80" w:line="300" w:lineRule="auto"/>
        <w:jc w:val="left"/>
      </w:pPr>
      <w:r>
        <w:rPr>
          <w:rFonts w:ascii="Times New Roman" w:hAnsi="Times New Roman" w:eastAsia="宋体"/>
          <w:b w:val="0"/>
          <w:i w:val="0"/>
          <w:color w:val="333333"/>
          <w:sz w:val="19"/>
        </w:rPr>
        <w:t>The sum of the digits is then</w:t>
      </w:r>
    </w:p>
    <w:p>
      <w:pPr>
        <w:spacing w:before="0" w:after="80" w:line="300" w:lineRule="auto"/>
        <w:jc w:val="left"/>
      </w:pPr>
      <w:r>
        <w:rPr>
          <w:rFonts w:ascii="Times New Roman" w:hAnsi="Times New Roman" w:eastAsia="宋体"/>
          <w:b w:val="0"/>
          <w:i w:val="0"/>
          <w:color w:val="333333"/>
          <w:sz w:val="19"/>
        </w:rPr>
        <w:t>9 + 6 + 9 = 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普通年有</w:t>
      </w:r>
    </w:p>
    <w:p>
      <w:pPr>
        <w:spacing w:before="0" w:after="80" w:line="300" w:lineRule="auto"/>
        <w:jc w:val="left"/>
      </w:pPr>
      <w:r>
        <w:rPr>
          <w:rFonts w:ascii="Times New Roman" w:hAnsi="Times New Roman" w:eastAsia="宋体"/>
          <w:b w:val="0"/>
          <w:i w:val="0"/>
          <w:sz w:val="21"/>
        </w:rPr>
        <w:t>365 = 52 · 7 + 1，</w:t>
      </w:r>
    </w:p>
    <w:p>
      <w:pPr>
        <w:spacing w:before="0" w:after="80" w:line="300" w:lineRule="auto"/>
        <w:jc w:val="left"/>
      </w:pPr>
      <w:r>
        <w:rPr>
          <w:rFonts w:ascii="Times New Roman" w:hAnsi="Times New Roman" w:eastAsia="宋体"/>
          <w:b w:val="0"/>
          <w:i w:val="0"/>
          <w:sz w:val="21"/>
        </w:rPr>
        <w:t>所以同一日期在下一年会向后移一天。</w:t>
      </w:r>
    </w:p>
    <w:p>
      <w:pPr>
        <w:spacing w:before="0" w:after="80" w:line="300" w:lineRule="auto"/>
        <w:jc w:val="left"/>
      </w:pPr>
      <w:r>
        <w:rPr>
          <w:rFonts w:ascii="Times New Roman" w:hAnsi="Times New Roman" w:eastAsia="宋体"/>
          <w:b w:val="0"/>
          <w:i w:val="0"/>
          <w:sz w:val="21"/>
        </w:rPr>
        <w:t>对于闰年中位于二月二十九日之后的日期，星期会向后移两天。</w:t>
      </w:r>
    </w:p>
    <w:p>
      <w:pPr>
        <w:spacing w:before="0" w:after="80" w:line="300" w:lineRule="auto"/>
        <w:jc w:val="left"/>
      </w:pPr>
      <w:r>
        <w:rPr>
          <w:rFonts w:ascii="Times New Roman" w:hAnsi="Times New Roman" w:eastAsia="宋体"/>
          <w:b w:val="0"/>
          <w:i w:val="0"/>
          <w:sz w:val="21"/>
        </w:rPr>
        <w:t>因此 2009 年这一天是星期三，2010 年是星期四。</w:t>
      </w:r>
    </w:p>
    <w:p>
      <w:pPr>
        <w:spacing w:before="0" w:after="80" w:line="300" w:lineRule="auto"/>
        <w:jc w:val="left"/>
      </w:pPr>
      <w:r>
        <w:rPr>
          <w:rFonts w:ascii="Times New Roman" w:hAnsi="Times New Roman" w:eastAsia="宋体"/>
          <w:b w:val="0"/>
          <w:i w:val="0"/>
          <w:sz w:val="21"/>
        </w:rPr>
        <w:t>2011 年是星期五；由于 2012 年是闰年，这一天变为星期日。</w:t>
      </w:r>
    </w:p>
    <w:p>
      <w:pPr>
        <w:spacing w:before="0" w:after="80" w:line="300" w:lineRule="auto"/>
        <w:jc w:val="left"/>
      </w:pPr>
      <w:r>
        <w:rPr>
          <w:rFonts w:ascii="Times New Roman" w:hAnsi="Times New Roman" w:eastAsia="宋体"/>
          <w:b w:val="0"/>
          <w:i w:val="0"/>
          <w:sz w:val="21"/>
        </w:rPr>
        <w:t>接下来三年每年向后移一天。到 2016 年又因闰年向后移两天，落在星期五。</w:t>
      </w:r>
    </w:p>
    <w:p>
      <w:pPr>
        <w:spacing w:before="0" w:after="80" w:line="300" w:lineRule="auto"/>
        <w:jc w:val="left"/>
      </w:pPr>
      <w:r>
        <w:rPr>
          <w:rFonts w:ascii="Times New Roman" w:hAnsi="Times New Roman" w:eastAsia="宋体"/>
          <w:b w:val="0"/>
          <w:i w:val="0"/>
          <w:sz w:val="21"/>
        </w:rPr>
        <w:t>最后，2017 年这一天是星期六。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on a normal year, we have that</w:t>
      </w:r>
    </w:p>
    <w:p>
      <w:pPr>
        <w:spacing w:before="0" w:after="80" w:line="300" w:lineRule="auto"/>
        <w:jc w:val="left"/>
      </w:pPr>
      <w:r>
        <w:rPr>
          <w:rFonts w:ascii="Times New Roman" w:hAnsi="Times New Roman" w:eastAsia="宋体"/>
          <w:b w:val="0"/>
          <w:i w:val="0"/>
          <w:color w:val="333333"/>
          <w:sz w:val="19"/>
        </w:rPr>
        <w:t>365 = 52 · 7 + 1,</w:t>
      </w:r>
    </w:p>
    <w:p>
      <w:pPr>
        <w:spacing w:before="0" w:after="80" w:line="300" w:lineRule="auto"/>
        <w:jc w:val="left"/>
      </w:pPr>
      <w:r>
        <w:rPr>
          <w:rFonts w:ascii="Times New Roman" w:hAnsi="Times New Roman" w:eastAsia="宋体"/>
          <w:b w:val="0"/>
          <w:i w:val="0"/>
          <w:color w:val="333333"/>
          <w:sz w:val="19"/>
        </w:rPr>
        <w:t>which means that for a specific day, it moves to the day after the next year.</w:t>
      </w:r>
    </w:p>
    <w:p>
      <w:pPr>
        <w:spacing w:before="0" w:after="80" w:line="300" w:lineRule="auto"/>
        <w:jc w:val="left"/>
      </w:pPr>
      <w:r>
        <w:rPr>
          <w:rFonts w:ascii="Times New Roman" w:hAnsi="Times New Roman" w:eastAsia="宋体"/>
          <w:b w:val="0"/>
          <w:i w:val="0"/>
          <w:color w:val="333333"/>
          <w:sz w:val="19"/>
        </w:rPr>
        <w:t>On a leap year, the day of the week moves forward two since there is an extra day.</w:t>
      </w:r>
    </w:p>
    <w:p>
      <w:pPr>
        <w:spacing w:before="0" w:after="80" w:line="300" w:lineRule="auto"/>
        <w:jc w:val="left"/>
      </w:pPr>
      <w:r>
        <w:rPr>
          <w:rFonts w:ascii="Times New Roman" w:hAnsi="Times New Roman" w:eastAsia="宋体"/>
          <w:b w:val="0"/>
          <w:i w:val="0"/>
          <w:color w:val="333333"/>
          <w:sz w:val="19"/>
        </w:rPr>
        <w:t>Then in 2009, this day falls on a Wednesday. In 2010, it falls on a Thursday.</w:t>
      </w:r>
    </w:p>
    <w:p>
      <w:pPr>
        <w:spacing w:before="0" w:after="80" w:line="300" w:lineRule="auto"/>
        <w:jc w:val="left"/>
      </w:pPr>
      <w:r>
        <w:rPr>
          <w:rFonts w:ascii="Times New Roman" w:hAnsi="Times New Roman" w:eastAsia="宋体"/>
          <w:b w:val="0"/>
          <w:i w:val="0"/>
          <w:color w:val="333333"/>
          <w:sz w:val="19"/>
        </w:rPr>
        <w:t>Similarly, in 2011, it falls on a Friday. In 2012, however, since it is a leap year, it falls on a Sunday.</w:t>
      </w:r>
    </w:p>
    <w:p>
      <w:pPr>
        <w:spacing w:before="0" w:after="80" w:line="300" w:lineRule="auto"/>
        <w:jc w:val="left"/>
      </w:pPr>
      <w:r>
        <w:rPr>
          <w:rFonts w:ascii="Times New Roman" w:hAnsi="Times New Roman" w:eastAsia="宋体"/>
          <w:b w:val="0"/>
          <w:i w:val="0"/>
          <w:color w:val="333333"/>
          <w:sz w:val="19"/>
        </w:rPr>
        <w:t>Now, for the next three years, the day moves forward one. Then in 2016, it moves forward two, landing on a Friday.</w:t>
      </w:r>
    </w:p>
    <w:p>
      <w:pPr>
        <w:spacing w:before="0" w:after="80" w:line="300" w:lineRule="auto"/>
        <w:jc w:val="left"/>
      </w:pPr>
      <w:r>
        <w:rPr>
          <w:rFonts w:ascii="Times New Roman" w:hAnsi="Times New Roman" w:eastAsia="宋体"/>
          <w:b w:val="0"/>
          <w:i w:val="0"/>
          <w:color w:val="333333"/>
          <w:sz w:val="19"/>
        </w:rPr>
        <w:t>Finally, in 2017, the day of the week is a Saturday.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分别解两边的不等式，得到</w:t>
      </w:r>
    </w:p>
    <w:p>
      <w:pPr>
        <w:spacing w:before="0" w:after="80" w:line="300" w:lineRule="auto"/>
        <w:jc w:val="left"/>
      </w:pPr>
      <w:r>
        <w:rPr>
          <w:rFonts w:ascii="Times New Roman" w:hAnsi="Times New Roman" w:eastAsia="宋体"/>
          <w:b w:val="0"/>
          <w:i w:val="0"/>
          <w:sz w:val="21"/>
        </w:rPr>
        <w:t>a ≤ 2x + 3</w:t>
      </w:r>
    </w:p>
    <w:p>
      <w:pPr>
        <w:spacing w:before="0" w:after="80" w:line="300" w:lineRule="auto"/>
        <w:jc w:val="left"/>
      </w:pPr>
      <w:r>
        <w:rPr>
          <w:rFonts w:ascii="Times New Roman" w:hAnsi="Times New Roman" w:eastAsia="宋体"/>
          <w:b w:val="0"/>
          <w:i w:val="0"/>
          <w:sz w:val="21"/>
        </w:rPr>
        <w:t>x ≥ (a - 3)/2</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2x + 3 ≤ b</w:t>
      </w:r>
    </w:p>
    <w:p>
      <w:pPr>
        <w:spacing w:before="0" w:after="80" w:line="300" w:lineRule="auto"/>
        <w:jc w:val="left"/>
      </w:pPr>
      <w:r>
        <w:rPr>
          <w:rFonts w:ascii="Times New Roman" w:hAnsi="Times New Roman" w:eastAsia="宋体"/>
          <w:b w:val="0"/>
          <w:i w:val="0"/>
          <w:sz w:val="21"/>
        </w:rPr>
        <w:t>x ≤ (b - 3)/2。</w:t>
      </w:r>
    </w:p>
    <w:p>
      <w:pPr>
        <w:spacing w:before="0" w:after="80" w:line="300" w:lineRule="auto"/>
        <w:jc w:val="left"/>
      </w:pPr>
      <w:r>
        <w:rPr>
          <w:rFonts w:ascii="Times New Roman" w:hAnsi="Times New Roman" w:eastAsia="宋体"/>
          <w:b w:val="0"/>
          <w:i w:val="0"/>
          <w:sz w:val="21"/>
        </w:rPr>
        <w:t>因此解区间的长度满足</w:t>
      </w:r>
    </w:p>
    <w:p>
      <w:pPr>
        <w:spacing w:before="0" w:after="80" w:line="300" w:lineRule="auto"/>
        <w:jc w:val="left"/>
      </w:pPr>
      <w:r>
        <w:rPr>
          <w:rFonts w:ascii="Times New Roman" w:hAnsi="Times New Roman" w:eastAsia="宋体"/>
          <w:b w:val="0"/>
          <w:i w:val="0"/>
          <w:sz w:val="21"/>
        </w:rPr>
        <w:t>(b - 3)/2 - (a - 3)/2 = 10，</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(b - 3) - (a - 3) = 20</w:t>
      </w:r>
    </w:p>
    <w:p>
      <w:pPr>
        <w:spacing w:before="0" w:after="80" w:line="300" w:lineRule="auto"/>
        <w:jc w:val="left"/>
      </w:pPr>
      <w:r>
        <w:rPr>
          <w:rFonts w:ascii="Times New Roman" w:hAnsi="Times New Roman" w:eastAsia="宋体"/>
          <w:b w:val="0"/>
          <w:i w:val="0"/>
          <w:sz w:val="21"/>
        </w:rPr>
        <w:t>b - a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Splitting the inequality into two of them and solving gives us</w:t>
      </w:r>
    </w:p>
    <w:p>
      <w:pPr>
        <w:spacing w:before="0" w:after="80" w:line="300" w:lineRule="auto"/>
        <w:jc w:val="left"/>
      </w:pPr>
      <w:r>
        <w:rPr>
          <w:rFonts w:ascii="Times New Roman" w:hAnsi="Times New Roman" w:eastAsia="宋体"/>
          <w:b w:val="0"/>
          <w:i w:val="0"/>
          <w:color w:val="333333"/>
          <w:sz w:val="19"/>
        </w:rPr>
        <w:t>a ≤ 2x + 3</w:t>
      </w:r>
    </w:p>
    <w:p>
      <w:pPr>
        <w:spacing w:before="0" w:after="80" w:line="300" w:lineRule="auto"/>
        <w:jc w:val="left"/>
      </w:pPr>
      <w:r>
        <w:rPr>
          <w:rFonts w:ascii="Times New Roman" w:hAnsi="Times New Roman" w:eastAsia="宋体"/>
          <w:b w:val="0"/>
          <w:i w:val="0"/>
          <w:color w:val="333333"/>
          <w:sz w:val="19"/>
        </w:rPr>
        <w:t>x ≥ (a - 3)/2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2x + 3 ≤ b</w:t>
      </w:r>
    </w:p>
    <w:p>
      <w:pPr>
        <w:spacing w:before="0" w:after="80" w:line="300" w:lineRule="auto"/>
        <w:jc w:val="left"/>
      </w:pPr>
      <w:r>
        <w:rPr>
          <w:rFonts w:ascii="Times New Roman" w:hAnsi="Times New Roman" w:eastAsia="宋体"/>
          <w:b w:val="0"/>
          <w:i w:val="0"/>
          <w:color w:val="333333"/>
          <w:sz w:val="19"/>
        </w:rPr>
        <w:t>x ≤ (b - 3)/2.</w:t>
      </w:r>
    </w:p>
    <w:p>
      <w:pPr>
        <w:spacing w:before="0" w:after="80" w:line="300" w:lineRule="auto"/>
        <w:jc w:val="left"/>
      </w:pPr>
      <w:r>
        <w:rPr>
          <w:rFonts w:ascii="Times New Roman" w:hAnsi="Times New Roman" w:eastAsia="宋体"/>
          <w:b w:val="0"/>
          <w:i w:val="0"/>
          <w:color w:val="333333"/>
          <w:sz w:val="19"/>
        </w:rPr>
        <w:t>The range of the solutions is then</w:t>
      </w:r>
    </w:p>
    <w:p>
      <w:pPr>
        <w:spacing w:before="0" w:after="80" w:line="300" w:lineRule="auto"/>
        <w:jc w:val="left"/>
      </w:pPr>
      <w:r>
        <w:rPr>
          <w:rFonts w:ascii="Times New Roman" w:hAnsi="Times New Roman" w:eastAsia="宋体"/>
          <w:b w:val="0"/>
          <w:i w:val="0"/>
          <w:color w:val="333333"/>
          <w:sz w:val="19"/>
        </w:rPr>
        <w:t>(b - 3)/2 - (a - 3)/2 = 10,</w:t>
      </w:r>
    </w:p>
    <w:p>
      <w:pPr>
        <w:spacing w:before="0" w:after="80" w:line="300" w:lineRule="auto"/>
        <w:jc w:val="left"/>
      </w:pPr>
      <w:r>
        <w:rPr>
          <w:rFonts w:ascii="Times New Roman" w:hAnsi="Times New Roman" w:eastAsia="宋体"/>
          <w:b w:val="0"/>
          <w:i w:val="0"/>
          <w:color w:val="333333"/>
          <w:sz w:val="19"/>
        </w:rPr>
        <w:t>which then simplifying gives us</w:t>
      </w:r>
    </w:p>
    <w:p>
      <w:pPr>
        <w:spacing w:before="0" w:after="80" w:line="300" w:lineRule="auto"/>
        <w:jc w:val="left"/>
      </w:pPr>
      <w:r>
        <w:rPr>
          <w:rFonts w:ascii="Times New Roman" w:hAnsi="Times New Roman" w:eastAsia="宋体"/>
          <w:b w:val="0"/>
          <w:i w:val="0"/>
          <w:color w:val="333333"/>
          <w:sz w:val="19"/>
        </w:rPr>
        <w:t>(b - 3) - (a - 3) = 20</w:t>
      </w:r>
    </w:p>
    <w:p>
      <w:pPr>
        <w:spacing w:before="0" w:after="80" w:line="300" w:lineRule="auto"/>
        <w:jc w:val="left"/>
      </w:pPr>
      <w:r>
        <w:rPr>
          <w:rFonts w:ascii="Times New Roman" w:hAnsi="Times New Roman" w:eastAsia="宋体"/>
          <w:b w:val="0"/>
          <w:i w:val="0"/>
          <w:color w:val="333333"/>
          <w:sz w:val="19"/>
        </w:rPr>
        <w:t>b - a =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实际水塔的容量是迷你水塔的</w:t>
      </w:r>
    </w:p>
    <w:p>
      <w:pPr>
        <w:spacing w:before="0" w:after="80" w:line="300" w:lineRule="auto"/>
        <w:jc w:val="left"/>
      </w:pPr>
      <w:r>
        <w:rPr>
          <w:rFonts w:ascii="Times New Roman" w:hAnsi="Times New Roman" w:eastAsia="宋体"/>
          <w:b w:val="0"/>
          <w:i w:val="0"/>
          <w:sz w:val="21"/>
        </w:rPr>
        <w:t>(100,000)/0.1 = 1,000,000</w:t>
      </w:r>
    </w:p>
    <w:p>
      <w:pPr>
        <w:spacing w:before="0" w:after="80" w:line="300" w:lineRule="auto"/>
        <w:jc w:val="left"/>
      </w:pPr>
      <w:r>
        <w:rPr>
          <w:rFonts w:ascii="Times New Roman" w:hAnsi="Times New Roman" w:eastAsia="宋体"/>
          <w:b w:val="0"/>
          <w:i w:val="0"/>
          <w:sz w:val="21"/>
        </w:rPr>
        <w:t>倍。这是体积比，所以高度比为</w:t>
      </w:r>
    </w:p>
    <w:p>
      <w:pPr>
        <w:spacing w:before="0" w:after="80" w:line="300" w:lineRule="auto"/>
        <w:jc w:val="left"/>
      </w:pPr>
      <w:r>
        <w:rPr>
          <w:rFonts w:ascii="Times New Roman" w:hAnsi="Times New Roman" w:eastAsia="宋体"/>
          <w:b w:val="0"/>
          <w:i w:val="0"/>
          <w:sz w:val="21"/>
        </w:rPr>
        <w:t>(1,000,000)^(1/3) = 100。</w:t>
      </w:r>
    </w:p>
    <w:p>
      <w:pPr>
        <w:spacing w:before="0" w:after="80" w:line="300" w:lineRule="auto"/>
        <w:jc w:val="left"/>
      </w:pPr>
      <w:r>
        <w:rPr>
          <w:rFonts w:ascii="Times New Roman" w:hAnsi="Times New Roman" w:eastAsia="宋体"/>
          <w:b w:val="0"/>
          <w:i w:val="0"/>
          <w:sz w:val="21"/>
        </w:rPr>
        <w:t>因此迷你水塔的高度为</w:t>
      </w:r>
    </w:p>
    <w:p>
      <w:pPr>
        <w:spacing w:before="0" w:after="80" w:line="300" w:lineRule="auto"/>
        <w:jc w:val="left"/>
      </w:pPr>
      <w:r>
        <w:rPr>
          <w:rFonts w:ascii="Times New Roman" w:hAnsi="Times New Roman" w:eastAsia="宋体"/>
          <w:b w:val="0"/>
          <w:i w:val="0"/>
          <w:sz w:val="21"/>
        </w:rPr>
        <w:t>40/100 = 0.4。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miniature tower holds</w:t>
      </w:r>
    </w:p>
    <w:p>
      <w:pPr>
        <w:spacing w:before="0" w:after="80" w:line="300" w:lineRule="auto"/>
        <w:jc w:val="left"/>
      </w:pPr>
      <w:r>
        <w:rPr>
          <w:rFonts w:ascii="Times New Roman" w:hAnsi="Times New Roman" w:eastAsia="宋体"/>
          <w:b w:val="0"/>
          <w:i w:val="0"/>
          <w:color w:val="333333"/>
          <w:sz w:val="19"/>
        </w:rPr>
        <w:t>(100,000)/0.1 = 1,000,000</w:t>
      </w:r>
    </w:p>
    <w:p>
      <w:pPr>
        <w:spacing w:before="0" w:after="80" w:line="300" w:lineRule="auto"/>
        <w:jc w:val="left"/>
      </w:pPr>
      <w:r>
        <w:rPr>
          <w:rFonts w:ascii="Times New Roman" w:hAnsi="Times New Roman" w:eastAsia="宋体"/>
          <w:b w:val="0"/>
          <w:i w:val="0"/>
          <w:color w:val="333333"/>
          <w:sz w:val="19"/>
        </w:rPr>
        <w:t>times less water than the actual tower. Since this is the ratio for volumes, the ratio of heights is</w:t>
      </w:r>
    </w:p>
    <w:p>
      <w:pPr>
        <w:spacing w:before="0" w:after="80" w:line="300" w:lineRule="auto"/>
        <w:jc w:val="left"/>
      </w:pPr>
      <w:r>
        <w:rPr>
          <w:rFonts w:ascii="Times New Roman" w:hAnsi="Times New Roman" w:eastAsia="宋体"/>
          <w:b w:val="0"/>
          <w:i w:val="0"/>
          <w:color w:val="333333"/>
          <w:sz w:val="19"/>
        </w:rPr>
        <w:t>(1,000,000)^(1/3) = 100.</w:t>
      </w:r>
    </w:p>
    <w:p>
      <w:pPr>
        <w:spacing w:before="0" w:after="80" w:line="300" w:lineRule="auto"/>
        <w:jc w:val="left"/>
      </w:pPr>
      <w:r>
        <w:rPr>
          <w:rFonts w:ascii="Times New Roman" w:hAnsi="Times New Roman" w:eastAsia="宋体"/>
          <w:b w:val="0"/>
          <w:i w:val="0"/>
          <w:color w:val="333333"/>
          <w:sz w:val="19"/>
        </w:rPr>
        <w:t>This means that the height of the miniature tower is</w:t>
      </w:r>
    </w:p>
    <w:p>
      <w:pPr>
        <w:spacing w:before="0" w:after="80" w:line="300" w:lineRule="auto"/>
        <w:jc w:val="left"/>
      </w:pPr>
      <w:r>
        <w:rPr>
          <w:rFonts w:ascii="Times New Roman" w:hAnsi="Times New Roman" w:eastAsia="宋体"/>
          <w:b w:val="0"/>
          <w:i w:val="0"/>
          <w:color w:val="333333"/>
          <w:sz w:val="19"/>
        </w:rPr>
        <w:t>40/100 = 0.4.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停车前，Angelina 行驶了 80t 千米。</w:t>
      </w:r>
    </w:p>
    <w:p>
      <w:pPr>
        <w:spacing w:before="0" w:after="80" w:line="300" w:lineRule="auto"/>
        <w:jc w:val="left"/>
      </w:pPr>
      <w:r>
        <w:rPr>
          <w:rFonts w:ascii="Times New Roman" w:hAnsi="Times New Roman" w:eastAsia="宋体"/>
          <w:b w:val="0"/>
          <w:i w:val="0"/>
          <w:sz w:val="21"/>
        </w:rPr>
        <w:t>停车用时 1/3 小时，所以总驾驶时间为 3-1/3=8/3 小时；停车后她驾驶 8/3-t 小时，行驶 100(8/3-t) 千米。</w:t>
      </w:r>
    </w:p>
    <w:p>
      <w:pPr>
        <w:spacing w:before="0" w:after="80" w:line="300" w:lineRule="auto"/>
        <w:jc w:val="left"/>
      </w:pPr>
      <w:r>
        <w:rPr>
          <w:rFonts w:ascii="Times New Roman" w:hAnsi="Times New Roman" w:eastAsia="宋体"/>
          <w:b w:val="0"/>
          <w:i w:val="0"/>
          <w:sz w:val="21"/>
        </w:rPr>
        <w:t>因此方程为 80t+100(8/3-t)=250。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the stop, Angelina drove 80t km.</w:t>
      </w:r>
    </w:p>
    <w:p>
      <w:pPr>
        <w:spacing w:before="0" w:after="80" w:line="300" w:lineRule="auto"/>
        <w:jc w:val="left"/>
      </w:pPr>
      <w:r>
        <w:rPr>
          <w:rFonts w:ascii="Times New Roman" w:hAnsi="Times New Roman" w:eastAsia="宋体"/>
          <w:b w:val="0"/>
          <w:i w:val="0"/>
          <w:color w:val="333333"/>
          <w:sz w:val="19"/>
        </w:rPr>
        <w:t>The stop takes 1/3 of an hour, so her total driving time is 3-1/3=8/3 hours. After the stop, she drives for 8/3-t hours, covering 100(8/3-t) km.</w:t>
      </w:r>
    </w:p>
    <w:p>
      <w:pPr>
        <w:spacing w:before="0" w:after="80" w:line="300" w:lineRule="auto"/>
        <w:jc w:val="left"/>
      </w:pPr>
      <w:r>
        <w:rPr>
          <w:rFonts w:ascii="Times New Roman" w:hAnsi="Times New Roman" w:eastAsia="宋体"/>
          <w:b w:val="0"/>
          <w:i w:val="0"/>
          <w:color w:val="333333"/>
          <w:sz w:val="19"/>
        </w:rPr>
        <w:t>The total distance equation is 80t+100(8/3-t)=250.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80" w:after="80"/>
        <w:jc w:val="center"/>
      </w:pPr>
      <w:r>
        <w:drawing>
          <wp:inline xmlns:a="http://schemas.openxmlformats.org/drawingml/2006/main" xmlns:pic="http://schemas.openxmlformats.org/drawingml/2006/picture">
            <wp:extent cx="1427787" cy="988673"/>
            <wp:docPr id="5" name="Picture 5"/>
            <wp:cNvGraphicFramePr>
              <a:graphicFrameLocks noChangeAspect="1"/>
            </wp:cNvGraphicFramePr>
            <a:graphic>
              <a:graphicData uri="http://schemas.openxmlformats.org/drawingml/2006/picture">
                <pic:pic>
                  <pic:nvPicPr>
                    <pic:cNvPr id="0" name="q14-sol-1@300dpi.png"/>
                    <pic:cNvPicPr/>
                  </pic:nvPicPr>
                  <pic:blipFill>
                    <a:blip r:embed="rId11"/>
                    <a:stretch>
                      <a:fillRect/>
                    </a:stretch>
                  </pic:blipFill>
                  <pic:spPr>
                    <a:xfrm>
                      <a:off x="0" y="0"/>
                      <a:ext cx="1427787" cy="988673"/>
                    </a:xfrm>
                    <a:prstGeom prst="rect"/>
                  </pic:spPr>
                </pic:pic>
              </a:graphicData>
            </a:graphic>
          </wp:inline>
        </w:drawing>
      </w:r>
    </w:p>
    <w:p>
      <w:pPr>
        <w:spacing w:before="0" w:after="80" w:line="300" w:lineRule="auto"/>
        <w:jc w:val="left"/>
      </w:pPr>
      <w:r>
        <w:rPr>
          <w:rFonts w:ascii="Times New Roman" w:hAnsi="Times New Roman" w:eastAsia="宋体"/>
          <w:b w:val="0"/>
          <w:i w:val="0"/>
          <w:sz w:val="21"/>
        </w:rPr>
        <w:t>设 ∠ BAE = ∠ ACD = x。因为 △ CFE 是等边三角形，所以 ∠ CFE = 60°。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 AFC = 180° - ∠ CFE = 120°。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 FAC = 180° - 120° - x</w:t>
      </w:r>
    </w:p>
    <w:p>
      <w:pPr>
        <w:spacing w:before="0" w:after="80" w:line="300" w:lineRule="auto"/>
        <w:jc w:val="left"/>
      </w:pPr>
      <w:r>
        <w:rPr>
          <w:rFonts w:ascii="Times New Roman" w:hAnsi="Times New Roman" w:eastAsia="宋体"/>
          <w:b w:val="0"/>
          <w:i w:val="0"/>
          <w:sz w:val="21"/>
        </w:rPr>
        <w:t>=60° - x</w:t>
      </w:r>
    </w:p>
    <w:p>
      <w:pPr>
        <w:spacing w:before="0" w:after="80" w:line="300" w:lineRule="auto"/>
        <w:jc w:val="left"/>
      </w:pPr>
      <w:r>
        <w:rPr>
          <w:rFonts w:ascii="Times New Roman" w:hAnsi="Times New Roman" w:eastAsia="宋体"/>
          <w:b w:val="0"/>
          <w:i w:val="0"/>
          <w:sz w:val="21"/>
        </w:rPr>
        <w:t>= ∠ EAC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 BAC = ∠ BAE + ∠ EAC</w:t>
      </w:r>
    </w:p>
    <w:p>
      <w:pPr>
        <w:spacing w:before="0" w:after="80" w:line="300" w:lineRule="auto"/>
        <w:jc w:val="left"/>
      </w:pPr>
      <w:r>
        <w:rPr>
          <w:rFonts w:ascii="Times New Roman" w:hAnsi="Times New Roman" w:eastAsia="宋体"/>
          <w:b w:val="0"/>
          <w:i w:val="0"/>
          <w:sz w:val="21"/>
        </w:rPr>
        <w:t>= x + 60° - x</w:t>
      </w:r>
    </w:p>
    <w:p>
      <w:pPr>
        <w:spacing w:before="0" w:after="80" w:line="300" w:lineRule="auto"/>
        <w:jc w:val="left"/>
      </w:pPr>
      <w:r>
        <w:rPr>
          <w:rFonts w:ascii="Times New Roman" w:hAnsi="Times New Roman" w:eastAsia="宋体"/>
          <w:b w:val="0"/>
          <w:i w:val="0"/>
          <w:sz w:val="21"/>
        </w:rPr>
        <w:t>= 60°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AB = 2 · AC 且 ∠ BAC = 60°，△ ABC 是 30-60-90 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427787" cy="988673"/>
            <wp:docPr id="6" name="Picture 6"/>
            <wp:cNvGraphicFramePr>
              <a:graphicFrameLocks noChangeAspect="1"/>
            </wp:cNvGraphicFramePr>
            <a:graphic>
              <a:graphicData uri="http://schemas.openxmlformats.org/drawingml/2006/picture">
                <pic:pic>
                  <pic:nvPicPr>
                    <pic:cNvPr id="0" name="q14-sol-1@300dpi.png"/>
                    <pic:cNvPicPr/>
                  </pic:nvPicPr>
                  <pic:blipFill>
                    <a:blip r:embed="rId11"/>
                    <a:stretch>
                      <a:fillRect/>
                    </a:stretch>
                  </pic:blipFill>
                  <pic:spPr>
                    <a:xfrm>
                      <a:off x="0" y="0"/>
                      <a:ext cx="1427787" cy="98867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 BAE = ∠ ACD = x. Note that ∠ CFE = 60° since △ CFE is equilateral.</w:t>
      </w:r>
    </w:p>
    <w:p>
      <w:pPr>
        <w:spacing w:before="0" w:after="80" w:line="300" w:lineRule="auto"/>
        <w:jc w:val="left"/>
      </w:pPr>
      <w:r>
        <w:rPr>
          <w:rFonts w:ascii="Times New Roman" w:hAnsi="Times New Roman" w:eastAsia="宋体"/>
          <w:b w:val="0"/>
          <w:i w:val="0"/>
          <w:color w:val="333333"/>
          <w:sz w:val="19"/>
        </w:rPr>
        <w:t>We then have that</w:t>
      </w:r>
    </w:p>
    <w:p>
      <w:pPr>
        <w:spacing w:before="0" w:after="80" w:line="300" w:lineRule="auto"/>
        <w:jc w:val="left"/>
      </w:pPr>
      <w:r>
        <w:rPr>
          <w:rFonts w:ascii="Times New Roman" w:hAnsi="Times New Roman" w:eastAsia="宋体"/>
          <w:b w:val="0"/>
          <w:i w:val="0"/>
          <w:color w:val="333333"/>
          <w:sz w:val="19"/>
        </w:rPr>
        <w:t>∠ AFC = 180° - ∠ CFE = 120°.</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 FAC = 180° - 120° - x</w:t>
      </w:r>
    </w:p>
    <w:p>
      <w:pPr>
        <w:spacing w:before="0" w:after="80" w:line="300" w:lineRule="auto"/>
        <w:jc w:val="left"/>
      </w:pPr>
      <w:r>
        <w:rPr>
          <w:rFonts w:ascii="Times New Roman" w:hAnsi="Times New Roman" w:eastAsia="宋体"/>
          <w:b w:val="0"/>
          <w:i w:val="0"/>
          <w:color w:val="333333"/>
          <w:sz w:val="19"/>
        </w:rPr>
        <w:t>=60° - x</w:t>
      </w:r>
    </w:p>
    <w:p>
      <w:pPr>
        <w:spacing w:before="0" w:after="80" w:line="300" w:lineRule="auto"/>
        <w:jc w:val="left"/>
      </w:pPr>
      <w:r>
        <w:rPr>
          <w:rFonts w:ascii="Times New Roman" w:hAnsi="Times New Roman" w:eastAsia="宋体"/>
          <w:b w:val="0"/>
          <w:i w:val="0"/>
          <w:color w:val="333333"/>
          <w:sz w:val="19"/>
        </w:rPr>
        <w:t>= ∠ EAC.</w:t>
      </w:r>
    </w:p>
    <w:p>
      <w:pPr>
        <w:spacing w:before="0" w:after="80" w:line="300" w:lineRule="auto"/>
        <w:jc w:val="left"/>
      </w:pPr>
      <w:r>
        <w:rPr>
          <w:rFonts w:ascii="Times New Roman" w:hAnsi="Times New Roman" w:eastAsia="宋体"/>
          <w:b w:val="0"/>
          <w:i w:val="0"/>
          <w:color w:val="333333"/>
          <w:sz w:val="19"/>
        </w:rPr>
        <w:t>We then get that</w:t>
      </w:r>
    </w:p>
    <w:p>
      <w:pPr>
        <w:spacing w:before="0" w:after="80" w:line="300" w:lineRule="auto"/>
        <w:jc w:val="left"/>
      </w:pPr>
      <w:r>
        <w:rPr>
          <w:rFonts w:ascii="Times New Roman" w:hAnsi="Times New Roman" w:eastAsia="宋体"/>
          <w:b w:val="0"/>
          <w:i w:val="0"/>
          <w:color w:val="333333"/>
          <w:sz w:val="19"/>
        </w:rPr>
        <w:t>∠ BAC = ∠ BAE + ∠ EAC</w:t>
      </w:r>
    </w:p>
    <w:p>
      <w:pPr>
        <w:spacing w:before="0" w:after="80" w:line="300" w:lineRule="auto"/>
        <w:jc w:val="left"/>
      </w:pPr>
      <w:r>
        <w:rPr>
          <w:rFonts w:ascii="Times New Roman" w:hAnsi="Times New Roman" w:eastAsia="宋体"/>
          <w:b w:val="0"/>
          <w:i w:val="0"/>
          <w:color w:val="333333"/>
          <w:sz w:val="19"/>
        </w:rPr>
        <w:t>= x + 60° - x</w:t>
      </w:r>
    </w:p>
    <w:p>
      <w:pPr>
        <w:spacing w:before="0" w:after="80" w:line="300" w:lineRule="auto"/>
        <w:jc w:val="left"/>
      </w:pPr>
      <w:r>
        <w:rPr>
          <w:rFonts w:ascii="Times New Roman" w:hAnsi="Times New Roman" w:eastAsia="宋体"/>
          <w:b w:val="0"/>
          <w:i w:val="0"/>
          <w:color w:val="333333"/>
          <w:sz w:val="19"/>
        </w:rPr>
        <w:t>= 60°.</w:t>
      </w:r>
    </w:p>
    <w:p>
      <w:pPr>
        <w:spacing w:before="0" w:after="80" w:line="300" w:lineRule="auto"/>
        <w:jc w:val="left"/>
      </w:pPr>
      <w:r>
        <w:rPr>
          <w:rFonts w:ascii="Times New Roman" w:hAnsi="Times New Roman" w:eastAsia="宋体"/>
          <w:b w:val="0"/>
          <w:i w:val="0"/>
          <w:color w:val="333333"/>
          <w:sz w:val="19"/>
        </w:rPr>
        <w:t>Since AB = 2 · AC and ∠ BAC = 60°, we have that △ ABC is a 30-60-90 triangle.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Chris 和 LeRoy 不可能都是青蛙，否则他们的陈述都会是真的；也不可能都是蟾蜍，否则他们的陈述都会是假的。因此两者中恰有一只是蟾蜍。</w:t>
      </w:r>
    </w:p>
    <w:p>
      <w:pPr>
        <w:spacing w:before="0" w:after="80" w:line="300" w:lineRule="auto"/>
        <w:jc w:val="left"/>
      </w:pPr>
      <w:r>
        <w:rPr>
          <w:rFonts w:ascii="Times New Roman" w:hAnsi="Times New Roman" w:eastAsia="宋体"/>
          <w:b w:val="0"/>
          <w:i w:val="0"/>
          <w:sz w:val="21"/>
        </w:rPr>
        <w:t>如果 Brian 是蟾蜍，他的陈述会说明 Mike 是青蛙。这样 Brian 与 Chris、LeRoy 中的那只蟾蜍就使 Mike 的陈述为真，这与青蛙总说假话矛盾。因此 Brian 是青蛙。他的陈述为假，所以 Mike 也是青蛙。再加上 Chris、LeRoy 中的那只青蛙，共有 3 只青蛙。</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Chris and LeRoy cannot both be frogs, because then both of their statements would be true. They cannot both be toads either, because then both statements would be false. Thus exactly one of them is a toad.</w:t>
      </w:r>
    </w:p>
    <w:p>
      <w:pPr>
        <w:spacing w:before="0" w:after="80" w:line="300" w:lineRule="auto"/>
        <w:jc w:val="left"/>
      </w:pPr>
      <w:r>
        <w:rPr>
          <w:rFonts w:ascii="Times New Roman" w:hAnsi="Times New Roman" w:eastAsia="宋体"/>
          <w:b w:val="0"/>
          <w:i w:val="0"/>
          <w:color w:val="333333"/>
          <w:sz w:val="19"/>
        </w:rPr>
        <w:t>If Brian were a toad, his statement would make Mike a frog. Brian and the one toad among Chris and LeRoy would then make Mike’s statement true, which is impossible for a frog. Therefore Brian is a frog. His statement is false, so Mike is also a frog. Along with the one frog among Chris and LeRoy, there are 3 frogs.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由角平分线定理，</w:t>
      </w:r>
    </w:p>
    <w:p>
      <w:pPr>
        <w:spacing w:before="0" w:after="80" w:line="300" w:lineRule="auto"/>
        <w:jc w:val="left"/>
      </w:pPr>
      <w:r>
        <w:rPr>
          <w:rFonts w:ascii="Times New Roman" w:hAnsi="Times New Roman" w:eastAsia="宋体"/>
          <w:b w:val="0"/>
          <w:i w:val="0"/>
          <w:sz w:val="21"/>
        </w:rPr>
        <w:t>AB/3 = BC/8</w:t>
      </w:r>
    </w:p>
    <w:p>
      <w:pPr>
        <w:spacing w:before="0" w:after="80" w:line="300" w:lineRule="auto"/>
        <w:jc w:val="left"/>
      </w:pPr>
      <w:r>
        <w:rPr>
          <w:rFonts w:ascii="Times New Roman" w:hAnsi="Times New Roman" w:eastAsia="宋体"/>
          <w:b w:val="0"/>
          <w:i w:val="0"/>
          <w:sz w:val="21"/>
        </w:rPr>
        <w:t>AB = 3/8 BC。</w:t>
      </w:r>
    </w:p>
    <w:p>
      <w:pPr>
        <w:spacing w:before="0" w:after="80" w:line="300" w:lineRule="auto"/>
        <w:jc w:val="left"/>
      </w:pPr>
      <w:r>
        <w:rPr>
          <w:rFonts w:ascii="Times New Roman" w:hAnsi="Times New Roman" w:eastAsia="宋体"/>
          <w:b w:val="0"/>
          <w:i w:val="0"/>
          <w:sz w:val="21"/>
        </w:rPr>
        <w:t>为使 AB 和 BC 都是整数，BC 必须是 8 的倍数。</w:t>
      </w:r>
    </w:p>
    <w:p>
      <w:pPr>
        <w:spacing w:before="0" w:after="80" w:line="300" w:lineRule="auto"/>
        <w:jc w:val="left"/>
      </w:pPr>
      <w:r>
        <w:rPr>
          <w:rFonts w:ascii="Times New Roman" w:hAnsi="Times New Roman" w:eastAsia="宋体"/>
          <w:b w:val="0"/>
          <w:i w:val="0"/>
          <w:sz w:val="21"/>
        </w:rPr>
        <w:t>若为了最小化周长取 BC = 8、AB = 3，三角形会退化。</w:t>
      </w:r>
    </w:p>
    <w:p>
      <w:pPr>
        <w:spacing w:before="0" w:after="80" w:line="300" w:lineRule="auto"/>
        <w:jc w:val="left"/>
      </w:pPr>
      <w:r>
        <w:rPr>
          <w:rFonts w:ascii="Times New Roman" w:hAnsi="Times New Roman" w:eastAsia="宋体"/>
          <w:b w:val="0"/>
          <w:i w:val="0"/>
          <w:sz w:val="21"/>
        </w:rPr>
        <w:t>因此 BC 必须取 16，此时 AB = 6。又因为 AC = AD + DC = 11，所以周长为</w:t>
      </w:r>
    </w:p>
    <w:p>
      <w:pPr>
        <w:spacing w:before="0" w:after="80" w:line="300" w:lineRule="auto"/>
        <w:jc w:val="left"/>
      </w:pPr>
      <w:r>
        <w:rPr>
          <w:rFonts w:ascii="Times New Roman" w:hAnsi="Times New Roman" w:eastAsia="宋体"/>
          <w:b w:val="0"/>
          <w:i w:val="0"/>
          <w:sz w:val="21"/>
        </w:rPr>
        <w:t>16 + 6 + 11 = 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Angle Bisector Theorem, we have that</w:t>
      </w:r>
    </w:p>
    <w:p>
      <w:pPr>
        <w:spacing w:before="0" w:after="80" w:line="300" w:lineRule="auto"/>
        <w:jc w:val="left"/>
      </w:pPr>
      <w:r>
        <w:rPr>
          <w:rFonts w:ascii="Times New Roman" w:hAnsi="Times New Roman" w:eastAsia="宋体"/>
          <w:b w:val="0"/>
          <w:i w:val="0"/>
          <w:color w:val="333333"/>
          <w:sz w:val="19"/>
        </w:rPr>
        <w:t>AB/3 = BC/8</w:t>
      </w:r>
    </w:p>
    <w:p>
      <w:pPr>
        <w:spacing w:before="0" w:after="80" w:line="300" w:lineRule="auto"/>
        <w:jc w:val="left"/>
      </w:pPr>
      <w:r>
        <w:rPr>
          <w:rFonts w:ascii="Times New Roman" w:hAnsi="Times New Roman" w:eastAsia="宋体"/>
          <w:b w:val="0"/>
          <w:i w:val="0"/>
          <w:color w:val="333333"/>
          <w:sz w:val="19"/>
        </w:rPr>
        <w:t>AB = 3/8 BC.</w:t>
      </w:r>
    </w:p>
    <w:p>
      <w:pPr>
        <w:spacing w:before="0" w:after="80" w:line="300" w:lineRule="auto"/>
        <w:jc w:val="left"/>
      </w:pPr>
      <w:r>
        <w:rPr>
          <w:rFonts w:ascii="Times New Roman" w:hAnsi="Times New Roman" w:eastAsia="宋体"/>
          <w:b w:val="0"/>
          <w:i w:val="0"/>
          <w:color w:val="333333"/>
          <w:sz w:val="19"/>
        </w:rPr>
        <w:t>For AB and BC to be integers, we must have that BC is a multiple of 8.</w:t>
      </w:r>
    </w:p>
    <w:p>
      <w:pPr>
        <w:spacing w:before="0" w:after="80" w:line="300" w:lineRule="auto"/>
        <w:jc w:val="left"/>
      </w:pPr>
      <w:r>
        <w:rPr>
          <w:rFonts w:ascii="Times New Roman" w:hAnsi="Times New Roman" w:eastAsia="宋体"/>
          <w:b w:val="0"/>
          <w:i w:val="0"/>
          <w:color w:val="333333"/>
          <w:sz w:val="19"/>
        </w:rPr>
        <w:t>To minimize the perimeter, we can set BC = 8 and AB = 3. This, however, makes the triangle degenerate.</w:t>
      </w:r>
    </w:p>
    <w:p>
      <w:pPr>
        <w:spacing w:before="0" w:after="80" w:line="300" w:lineRule="auto"/>
        <w:jc w:val="left"/>
      </w:pPr>
      <w:r>
        <w:rPr>
          <w:rFonts w:ascii="Times New Roman" w:hAnsi="Times New Roman" w:eastAsia="宋体"/>
          <w:b w:val="0"/>
          <w:i w:val="0"/>
          <w:color w:val="333333"/>
          <w:sz w:val="19"/>
        </w:rPr>
        <w:t>BC must then be 16 and AB = 6. Since AC = AD + DC = 11, the perimeter is</w:t>
      </w:r>
    </w:p>
    <w:p>
      <w:pPr>
        <w:spacing w:before="0" w:after="80" w:line="300" w:lineRule="auto"/>
        <w:jc w:val="left"/>
      </w:pPr>
      <w:r>
        <w:rPr>
          <w:rFonts w:ascii="Times New Roman" w:hAnsi="Times New Roman" w:eastAsia="宋体"/>
          <w:b w:val="0"/>
          <w:i w:val="0"/>
          <w:color w:val="333333"/>
          <w:sz w:val="19"/>
        </w:rPr>
        <w:t>16 + 6 + 11 = 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三个被切出的长方体都在立方体中心相交。</w:t>
      </w:r>
    </w:p>
    <w:p>
      <w:pPr>
        <w:spacing w:before="0" w:after="80" w:line="300" w:lineRule="auto"/>
        <w:jc w:val="left"/>
      </w:pPr>
      <w:r>
        <w:rPr>
          <w:rFonts w:ascii="Times New Roman" w:hAnsi="Times New Roman" w:eastAsia="宋体"/>
          <w:b w:val="0"/>
          <w:i w:val="0"/>
          <w:sz w:val="21"/>
        </w:rPr>
        <w:t>交集是边长为 2 的立方体。因此被切除区域的体积为</w:t>
      </w:r>
    </w:p>
    <w:p>
      <w:pPr>
        <w:spacing w:before="0" w:after="80" w:line="300" w:lineRule="auto"/>
        <w:jc w:val="left"/>
      </w:pPr>
      <w:r>
        <w:rPr>
          <w:rFonts w:ascii="Times New Roman" w:hAnsi="Times New Roman" w:eastAsia="宋体"/>
          <w:b w:val="0"/>
          <w:i w:val="0"/>
          <w:sz w:val="21"/>
        </w:rPr>
        <w:t>3 · 2 · 2 · 3 - 2 · 2³ = 36 - 16</w:t>
      </w:r>
    </w:p>
    <w:p>
      <w:pPr>
        <w:spacing w:before="0" w:after="80" w:line="300" w:lineRule="auto"/>
        <w:jc w:val="left"/>
      </w:pPr>
      <w:r>
        <w:rPr>
          <w:rFonts w:ascii="Times New Roman" w:hAnsi="Times New Roman" w:eastAsia="宋体"/>
          <w:b w:val="0"/>
          <w:i w:val="0"/>
          <w:sz w:val="21"/>
        </w:rPr>
        <w:t>=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中心区域被所有 3 个孔都包含，所以要减去重复计入的两次。</w:t>
      </w:r>
    </w:p>
    <w:p>
      <w:pPr>
        <w:spacing w:before="0" w:after="80" w:line="300" w:lineRule="auto"/>
        <w:jc w:val="left"/>
      </w:pPr>
      <w:r>
        <w:rPr>
          <w:rFonts w:ascii="Times New Roman" w:hAnsi="Times New Roman" w:eastAsia="宋体"/>
          <w:b w:val="0"/>
          <w:i w:val="0"/>
          <w:sz w:val="21"/>
        </w:rPr>
        <w:t>剩余体积为</w:t>
      </w:r>
    </w:p>
    <w:p>
      <w:pPr>
        <w:spacing w:before="0" w:after="80" w:line="300" w:lineRule="auto"/>
        <w:jc w:val="left"/>
      </w:pPr>
      <w:r>
        <w:rPr>
          <w:rFonts w:ascii="Times New Roman" w:hAnsi="Times New Roman" w:eastAsia="宋体"/>
          <w:b w:val="0"/>
          <w:i w:val="0"/>
          <w:sz w:val="21"/>
        </w:rPr>
        <w:t>3³ - 20 = 27 - 20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all the cut out solids intersect in the middle of the cube.</w:t>
      </w:r>
    </w:p>
    <w:p>
      <w:pPr>
        <w:spacing w:before="0" w:after="80" w:line="300" w:lineRule="auto"/>
        <w:jc w:val="left"/>
      </w:pPr>
      <w:r>
        <w:rPr>
          <w:rFonts w:ascii="Times New Roman" w:hAnsi="Times New Roman" w:eastAsia="宋体"/>
          <w:b w:val="0"/>
          <w:i w:val="0"/>
          <w:color w:val="333333"/>
          <w:sz w:val="19"/>
        </w:rPr>
        <w:t>This region of intersection is a cube with side length 2. Then the volume of the cutout region is</w:t>
      </w:r>
    </w:p>
    <w:p>
      <w:pPr>
        <w:spacing w:before="0" w:after="80" w:line="300" w:lineRule="auto"/>
        <w:jc w:val="left"/>
      </w:pPr>
      <w:r>
        <w:rPr>
          <w:rFonts w:ascii="Times New Roman" w:hAnsi="Times New Roman" w:eastAsia="宋体"/>
          <w:b w:val="0"/>
          <w:i w:val="0"/>
          <w:color w:val="333333"/>
          <w:sz w:val="19"/>
        </w:rPr>
        <w:t>3 · 2 · 2 · 3 - 2 · 2³ = 36 - 16</w:t>
      </w:r>
    </w:p>
    <w:p>
      <w:pPr>
        <w:spacing w:before="0" w:after="80" w:line="300" w:lineRule="auto"/>
        <w:jc w:val="left"/>
      </w:pPr>
      <w:r>
        <w:rPr>
          <w:rFonts w:ascii="Times New Roman" w:hAnsi="Times New Roman" w:eastAsia="宋体"/>
          <w:b w:val="0"/>
          <w:i w:val="0"/>
          <w:color w:val="333333"/>
          <w:sz w:val="19"/>
        </w:rPr>
        <w:t>= 20.</w:t>
      </w:r>
    </w:p>
    <w:p>
      <w:pPr>
        <w:spacing w:before="0" w:after="80" w:line="300" w:lineRule="auto"/>
        <w:jc w:val="left"/>
      </w:pPr>
      <w:r>
        <w:rPr>
          <w:rFonts w:ascii="Times New Roman" w:hAnsi="Times New Roman" w:eastAsia="宋体"/>
          <w:b w:val="0"/>
          <w:i w:val="0"/>
          <w:color w:val="333333"/>
          <w:sz w:val="19"/>
        </w:rPr>
        <w:t>We have to subtract out the center region twice since it is included in all 3 regions.</w:t>
      </w:r>
    </w:p>
    <w:p>
      <w:pPr>
        <w:spacing w:before="0" w:after="80" w:line="300" w:lineRule="auto"/>
        <w:jc w:val="left"/>
      </w:pPr>
      <w:r>
        <w:rPr>
          <w:rFonts w:ascii="Times New Roman" w:hAnsi="Times New Roman" w:eastAsia="宋体"/>
          <w:b w:val="0"/>
          <w:i w:val="0"/>
          <w:color w:val="333333"/>
          <w:sz w:val="19"/>
        </w:rPr>
        <w:t>The remaining volume is then</w:t>
      </w:r>
    </w:p>
    <w:p>
      <w:pPr>
        <w:spacing w:before="0" w:after="80" w:line="300" w:lineRule="auto"/>
        <w:jc w:val="left"/>
      </w:pPr>
      <w:r>
        <w:rPr>
          <w:rFonts w:ascii="Times New Roman" w:hAnsi="Times New Roman" w:eastAsia="宋体"/>
          <w:b w:val="0"/>
          <w:i w:val="0"/>
          <w:color w:val="333333"/>
          <w:sz w:val="19"/>
        </w:rPr>
        <w:t>3³ - 20 = 27 - 20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分两种情况：Bernardo 选到 9，或没有选到这个数。</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Bernardo 选到 9。</w:t>
      </w:r>
    </w:p>
    <w:p>
      <w:pPr>
        <w:spacing w:before="0" w:after="80" w:line="300" w:lineRule="auto"/>
        <w:jc w:val="left"/>
      </w:pPr>
      <w:r>
        <w:rPr>
          <w:rFonts w:ascii="Times New Roman" w:hAnsi="Times New Roman" w:eastAsia="宋体"/>
          <w:b w:val="0"/>
          <w:i w:val="0"/>
          <w:sz w:val="21"/>
        </w:rPr>
        <w:t>由于一个数字已经固定，另外两个数有 C(8, 2) = 28 种选法。</w:t>
      </w:r>
    </w:p>
    <w:p>
      <w:pPr>
        <w:spacing w:before="0" w:after="80" w:line="300" w:lineRule="auto"/>
        <w:jc w:val="left"/>
      </w:pPr>
      <w:r>
        <w:rPr>
          <w:rFonts w:ascii="Times New Roman" w:hAnsi="Times New Roman" w:eastAsia="宋体"/>
          <w:b w:val="0"/>
          <w:i w:val="0"/>
          <w:sz w:val="21"/>
        </w:rPr>
        <w:t>总选法为 C(9, 3) = 84，概率为</w:t>
      </w:r>
    </w:p>
    <w:p>
      <w:pPr>
        <w:spacing w:before="0" w:after="80" w:line="300" w:lineRule="auto"/>
        <w:jc w:val="left"/>
      </w:pPr>
      <w:r>
        <w:rPr>
          <w:rFonts w:ascii="Times New Roman" w:hAnsi="Times New Roman" w:eastAsia="宋体"/>
          <w:b w:val="0"/>
          <w:i w:val="0"/>
          <w:sz w:val="21"/>
        </w:rPr>
        <w:t>28/84 = 1/3。</w:t>
      </w:r>
    </w:p>
    <w:p>
      <w:pPr>
        <w:spacing w:before="0" w:after="80" w:line="300" w:lineRule="auto"/>
        <w:jc w:val="left"/>
      </w:pPr>
      <w:r>
        <w:rPr>
          <w:rFonts w:ascii="Times New Roman" w:hAnsi="Times New Roman" w:eastAsia="宋体"/>
          <w:b w:val="0"/>
          <w:i w:val="0"/>
          <w:sz w:val="21"/>
        </w:rPr>
        <w:t>注意，如果 Bernardo 选到 9，他一定比 Silvia 的数大。</w:t>
      </w:r>
    </w:p>
    <w:p>
      <w:pPr>
        <w:spacing w:before="0" w:after="80" w:line="300" w:lineRule="auto"/>
        <w:jc w:val="left"/>
      </w:pPr>
      <w:r>
        <w:rPr>
          <w:rFonts w:ascii="Times New Roman" w:hAnsi="Times New Roman" w:eastAsia="宋体"/>
          <w:b w:val="0"/>
          <w:i w:val="0"/>
          <w:sz w:val="21"/>
        </w:rPr>
        <w:t>因此 Bernardo 在这种情况下总是获胜。</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Bernardo 没有选到 9。</w:t>
      </w:r>
    </w:p>
    <w:p>
      <w:pPr>
        <w:spacing w:before="0" w:after="80" w:line="300" w:lineRule="auto"/>
        <w:jc w:val="left"/>
      </w:pPr>
      <w:r>
        <w:rPr>
          <w:rFonts w:ascii="Times New Roman" w:hAnsi="Times New Roman" w:eastAsia="宋体"/>
          <w:b w:val="0"/>
          <w:i w:val="0"/>
          <w:sz w:val="21"/>
        </w:rPr>
        <w:t>这种情况发生的概率为 1 - 1/3 = 2/3。由于两人此时从相同的数字中选择，除了平局以外，双方获胜的概率相同。</w:t>
      </w:r>
    </w:p>
    <w:p>
      <w:pPr>
        <w:spacing w:before="0" w:after="80" w:line="300" w:lineRule="auto"/>
        <w:jc w:val="left"/>
      </w:pPr>
      <w:r>
        <w:rPr>
          <w:rFonts w:ascii="Times New Roman" w:hAnsi="Times New Roman" w:eastAsia="宋体"/>
          <w:b w:val="0"/>
          <w:i w:val="0"/>
          <w:sz w:val="21"/>
        </w:rPr>
        <w:t>Silvia 与 Bernardo 选到同一组数字的概率为</w:t>
      </w:r>
    </w:p>
    <w:p>
      <w:pPr>
        <w:spacing w:before="0" w:after="80" w:line="300" w:lineRule="auto"/>
        <w:jc w:val="left"/>
      </w:pPr>
      <w:r>
        <w:rPr>
          <w:rFonts w:ascii="Times New Roman" w:hAnsi="Times New Roman" w:eastAsia="宋体"/>
          <w:b w:val="0"/>
          <w:i w:val="0"/>
          <w:sz w:val="21"/>
        </w:rPr>
        <w:t>1/(C(8, 3)) = 1/56。</w:t>
      </w:r>
    </w:p>
    <w:p>
      <w:pPr>
        <w:spacing w:before="0" w:after="80" w:line="300" w:lineRule="auto"/>
        <w:jc w:val="left"/>
      </w:pPr>
      <w:r>
        <w:rPr>
          <w:rFonts w:ascii="Times New Roman" w:hAnsi="Times New Roman" w:eastAsia="宋体"/>
          <w:b w:val="0"/>
          <w:i w:val="0"/>
          <w:sz w:val="21"/>
        </w:rPr>
        <w:t>所以在这种情况下，Bernardo 的数较大的概率为</w:t>
      </w:r>
    </w:p>
    <w:p>
      <w:pPr>
        <w:spacing w:before="0" w:after="80" w:line="300" w:lineRule="auto"/>
        <w:jc w:val="left"/>
      </w:pPr>
      <w:r>
        <w:rPr>
          <w:rFonts w:ascii="Times New Roman" w:hAnsi="Times New Roman" w:eastAsia="宋体"/>
          <w:b w:val="0"/>
          <w:i w:val="0"/>
          <w:sz w:val="21"/>
        </w:rPr>
        <w:t>(1 - 1/56)/2 = 55/112。</w:t>
      </w:r>
    </w:p>
    <w:p>
      <w:pPr>
        <w:spacing w:before="0" w:after="80" w:line="300" w:lineRule="auto"/>
        <w:jc w:val="left"/>
      </w:pPr>
      <w:r>
        <w:rPr>
          <w:rFonts w:ascii="Times New Roman" w:hAnsi="Times New Roman" w:eastAsia="宋体"/>
          <w:b w:val="0"/>
          <w:i w:val="0"/>
          <w:sz w:val="21"/>
        </w:rPr>
        <w:t>因此总概率为</w:t>
      </w:r>
    </w:p>
    <w:p>
      <w:pPr>
        <w:spacing w:before="0" w:after="80" w:line="300" w:lineRule="auto"/>
        <w:jc w:val="left"/>
      </w:pPr>
      <w:r>
        <w:rPr>
          <w:rFonts w:ascii="Times New Roman" w:hAnsi="Times New Roman" w:eastAsia="宋体"/>
          <w:b w:val="0"/>
          <w:i w:val="0"/>
          <w:sz w:val="21"/>
        </w:rPr>
        <w:t>1/3 + 2/3 · 55/112 = 37/56。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cases: Bernardo picks a 9 or he doesn’t.</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Bernardo picks a 9</w:t>
      </w:r>
    </w:p>
    <w:p>
      <w:pPr>
        <w:spacing w:before="0" w:after="80" w:line="300" w:lineRule="auto"/>
        <w:jc w:val="left"/>
      </w:pPr>
      <w:r>
        <w:rPr>
          <w:rFonts w:ascii="Times New Roman" w:hAnsi="Times New Roman" w:eastAsia="宋体"/>
          <w:b w:val="0"/>
          <w:i w:val="0"/>
          <w:color w:val="333333"/>
          <w:sz w:val="19"/>
        </w:rPr>
        <w:t>Since a number is fixed, there are C(8, 2) = 28 ways to choose the other two numbers.</w:t>
      </w:r>
    </w:p>
    <w:p>
      <w:pPr>
        <w:spacing w:before="0" w:after="80" w:line="300" w:lineRule="auto"/>
        <w:jc w:val="left"/>
      </w:pPr>
      <w:r>
        <w:rPr>
          <w:rFonts w:ascii="Times New Roman" w:hAnsi="Times New Roman" w:eastAsia="宋体"/>
          <w:b w:val="0"/>
          <w:i w:val="0"/>
          <w:color w:val="333333"/>
          <w:sz w:val="19"/>
        </w:rPr>
        <w:t>There are a total of C(9, 3) = 84 ways to pick all three numbers. The probability is then</w:t>
      </w:r>
    </w:p>
    <w:p>
      <w:pPr>
        <w:spacing w:before="0" w:after="80" w:line="300" w:lineRule="auto"/>
        <w:jc w:val="left"/>
      </w:pPr>
      <w:r>
        <w:rPr>
          <w:rFonts w:ascii="Times New Roman" w:hAnsi="Times New Roman" w:eastAsia="宋体"/>
          <w:b w:val="0"/>
          <w:i w:val="0"/>
          <w:color w:val="333333"/>
          <w:sz w:val="19"/>
        </w:rPr>
        <w:t>28/84 = 1/3.</w:t>
      </w:r>
    </w:p>
    <w:p>
      <w:pPr>
        <w:spacing w:before="0" w:after="80" w:line="300" w:lineRule="auto"/>
        <w:jc w:val="left"/>
      </w:pPr>
      <w:r>
        <w:rPr>
          <w:rFonts w:ascii="Times New Roman" w:hAnsi="Times New Roman" w:eastAsia="宋体"/>
          <w:b w:val="0"/>
          <w:i w:val="0"/>
          <w:color w:val="333333"/>
          <w:sz w:val="19"/>
        </w:rPr>
        <w:t>Note that if Bernardo picks a 9, he automatically has a greater number than Silvia.</w:t>
      </w:r>
    </w:p>
    <w:p>
      <w:pPr>
        <w:spacing w:before="0" w:after="80" w:line="300" w:lineRule="auto"/>
        <w:jc w:val="left"/>
      </w:pPr>
      <w:r>
        <w:rPr>
          <w:rFonts w:ascii="Times New Roman" w:hAnsi="Times New Roman" w:eastAsia="宋体"/>
          <w:b w:val="0"/>
          <w:i w:val="0"/>
          <w:color w:val="333333"/>
          <w:sz w:val="19"/>
        </w:rPr>
        <w:t>This means that Bernardo always wins in this case.</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Bernardo doesn’t pick a 9</w:t>
      </w:r>
    </w:p>
    <w:p>
      <w:pPr>
        <w:spacing w:before="0" w:after="80" w:line="300" w:lineRule="auto"/>
        <w:jc w:val="left"/>
      </w:pPr>
      <w:r>
        <w:rPr>
          <w:rFonts w:ascii="Times New Roman" w:hAnsi="Times New Roman" w:eastAsia="宋体"/>
          <w:b w:val="0"/>
          <w:i w:val="0"/>
          <w:color w:val="333333"/>
          <w:sz w:val="19"/>
        </w:rPr>
        <w:t>There is a 1 - 1/3 = 2/3 chance of this happening. Since both people are choosing from the same numbers, they have an equal chance of winning.</w:t>
      </w:r>
    </w:p>
    <w:p>
      <w:pPr>
        <w:spacing w:before="0" w:after="80" w:line="300" w:lineRule="auto"/>
        <w:jc w:val="left"/>
      </w:pPr>
      <w:r>
        <w:rPr>
          <w:rFonts w:ascii="Times New Roman" w:hAnsi="Times New Roman" w:eastAsia="宋体"/>
          <w:b w:val="0"/>
          <w:i w:val="0"/>
          <w:color w:val="333333"/>
          <w:sz w:val="19"/>
        </w:rPr>
        <w:t>We still need to find the probability that the numbers are the same. There is a</w:t>
      </w:r>
    </w:p>
    <w:p>
      <w:pPr>
        <w:spacing w:before="0" w:after="80" w:line="300" w:lineRule="auto"/>
        <w:jc w:val="left"/>
      </w:pPr>
      <w:r>
        <w:rPr>
          <w:rFonts w:ascii="Times New Roman" w:hAnsi="Times New Roman" w:eastAsia="宋体"/>
          <w:b w:val="0"/>
          <w:i w:val="0"/>
          <w:color w:val="333333"/>
          <w:sz w:val="19"/>
        </w:rPr>
        <w:t>1/(C(8, 3)) = 1/56</w:t>
      </w:r>
    </w:p>
    <w:p>
      <w:pPr>
        <w:spacing w:before="0" w:after="80" w:line="300" w:lineRule="auto"/>
        <w:jc w:val="left"/>
      </w:pPr>
      <w:r>
        <w:rPr>
          <w:rFonts w:ascii="Times New Roman" w:hAnsi="Times New Roman" w:eastAsia="宋体"/>
          <w:b w:val="0"/>
          <w:i w:val="0"/>
          <w:color w:val="333333"/>
          <w:sz w:val="19"/>
        </w:rPr>
        <w:t>chance that Silvia chooses the same numbers as Bernardo. The probability that Bernardo gets a higher number is then</w:t>
      </w:r>
    </w:p>
    <w:p>
      <w:pPr>
        <w:spacing w:before="0" w:after="80" w:line="300" w:lineRule="auto"/>
        <w:jc w:val="left"/>
      </w:pPr>
      <w:r>
        <w:rPr>
          <w:rFonts w:ascii="Times New Roman" w:hAnsi="Times New Roman" w:eastAsia="宋体"/>
          <w:b w:val="0"/>
          <w:i w:val="0"/>
          <w:color w:val="333333"/>
          <w:sz w:val="19"/>
        </w:rPr>
        <w:t>(1 - 1/56)/2 = 55/112.</w:t>
      </w:r>
    </w:p>
    <w:p>
      <w:pPr>
        <w:spacing w:before="0" w:after="80" w:line="300" w:lineRule="auto"/>
        <w:jc w:val="left"/>
      </w:pPr>
      <w:r>
        <w:rPr>
          <w:rFonts w:ascii="Times New Roman" w:hAnsi="Times New Roman" w:eastAsia="宋体"/>
          <w:b w:val="0"/>
          <w:i w:val="0"/>
          <w:color w:val="333333"/>
          <w:sz w:val="19"/>
        </w:rPr>
        <w:t>The total probability of Bernardo getting a higher number is then</w:t>
      </w:r>
    </w:p>
    <w:p>
      <w:pPr>
        <w:spacing w:before="0" w:after="80" w:line="300" w:lineRule="auto"/>
        <w:jc w:val="left"/>
      </w:pPr>
      <w:r>
        <w:rPr>
          <w:rFonts w:ascii="Times New Roman" w:hAnsi="Times New Roman" w:eastAsia="宋体"/>
          <w:b w:val="0"/>
          <w:i w:val="0"/>
          <w:color w:val="333333"/>
          <w:sz w:val="19"/>
        </w:rPr>
        <w:t>1/3 + 2/3 · 55/112 = 37/56.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注意 △ ACE 是等边三角形。在 △ ABC 中用余弦定理，得到 AC²=r²+1² -2rcos120° =r²+r+1。</w:t>
      </w:r>
    </w:p>
    <w:p>
      <w:pPr>
        <w:spacing w:before="0" w:after="80" w:line="300" w:lineRule="auto"/>
        <w:jc w:val="left"/>
      </w:pPr>
      <w:r>
        <w:rPr>
          <w:rFonts w:ascii="Times New Roman" w:hAnsi="Times New Roman" w:eastAsia="宋体"/>
          <w:b w:val="0"/>
          <w:i w:val="0"/>
          <w:sz w:val="21"/>
        </w:rPr>
        <w:t>因此 △ ACE 的面积为</w:t>
      </w:r>
    </w:p>
    <w:p>
      <w:pPr>
        <w:spacing w:before="0" w:after="80" w:line="300" w:lineRule="auto"/>
        <w:jc w:val="left"/>
      </w:pPr>
      <w:r>
        <w:rPr>
          <w:rFonts w:ascii="Times New Roman" w:hAnsi="Times New Roman" w:eastAsia="宋体"/>
          <w:b w:val="0"/>
          <w:i w:val="0"/>
          <w:sz w:val="21"/>
        </w:rPr>
        <w:t>(√(3))/4 (r² + r + 1)。</w:t>
      </w:r>
    </w:p>
    <w:p>
      <w:pPr>
        <w:spacing w:before="0" w:after="80" w:line="300" w:lineRule="auto"/>
        <w:jc w:val="left"/>
      </w:pPr>
      <w:r>
        <w:rPr>
          <w:rFonts w:ascii="Times New Roman" w:hAnsi="Times New Roman" w:eastAsia="宋体"/>
          <w:b w:val="0"/>
          <w:i w:val="0"/>
          <w:sz w:val="21"/>
        </w:rPr>
        <w:t>三个角上的三角形 △ ABC、△ CDE 和 △ EFA 各自面积为 1/2·1· r·sin120°=(r√(3))/4。</w:t>
      </w:r>
    </w:p>
    <w:p>
      <w:pPr>
        <w:spacing w:before="0" w:after="80" w:line="300" w:lineRule="auto"/>
        <w:jc w:val="left"/>
      </w:pPr>
      <w:r>
        <w:rPr>
          <w:rFonts w:ascii="Times New Roman" w:hAnsi="Times New Roman" w:eastAsia="宋体"/>
          <w:b w:val="0"/>
          <w:i w:val="0"/>
          <w:sz w:val="21"/>
        </w:rPr>
        <w:t>因此六边形的面积为 (√(3))/4(r²+r+1) +3·(r√(3))/4 =(√(3))/4(r²+4r+1)。</w:t>
      </w:r>
    </w:p>
    <w:p>
      <w:pPr>
        <w:spacing w:before="0" w:after="80" w:line="300" w:lineRule="auto"/>
        <w:jc w:val="left"/>
      </w:pPr>
      <w:r>
        <w:rPr>
          <w:rFonts w:ascii="Times New Roman" w:hAnsi="Times New Roman" w:eastAsia="宋体"/>
          <w:b w:val="0"/>
          <w:i w:val="0"/>
          <w:sz w:val="21"/>
        </w:rPr>
        <w:t>条件 [ACE]=70%·[ABCDEF] 给出</w:t>
      </w:r>
    </w:p>
    <w:p>
      <w:pPr>
        <w:spacing w:before="0" w:after="80" w:line="300" w:lineRule="auto"/>
        <w:jc w:val="left"/>
      </w:pPr>
      <w:r>
        <w:rPr>
          <w:rFonts w:ascii="Times New Roman" w:hAnsi="Times New Roman" w:eastAsia="宋体"/>
          <w:b w:val="0"/>
          <w:i w:val="0"/>
          <w:sz w:val="21"/>
        </w:rPr>
        <w:t>r²+r+1=7/10(r²+4r+1)，</w:t>
      </w:r>
    </w:p>
    <w:p>
      <w:pPr>
        <w:spacing w:before="0" w:after="80" w:line="300" w:lineRule="auto"/>
        <w:jc w:val="left"/>
      </w:pPr>
      <w:r>
        <w:rPr>
          <w:rFonts w:ascii="Times New Roman" w:hAnsi="Times New Roman" w:eastAsia="宋体"/>
          <w:b w:val="0"/>
          <w:i w:val="0"/>
          <w:sz w:val="21"/>
        </w:rPr>
        <w:t>所以 r²-6r+1=0。</w:t>
      </w:r>
    </w:p>
    <w:p>
      <w:pPr>
        <w:spacing w:before="0" w:after="80" w:line="300" w:lineRule="auto"/>
        <w:jc w:val="left"/>
      </w:pPr>
      <w:r>
        <w:rPr>
          <w:rFonts w:ascii="Times New Roman" w:hAnsi="Times New Roman" w:eastAsia="宋体"/>
          <w:b w:val="0"/>
          <w:i w:val="0"/>
          <w:sz w:val="21"/>
        </w:rPr>
        <w:t>由韦达定理，所有可能 r 的和为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 ACE is equilateral. Using the Law of Cosines in △ ABC, we get AC²=r²+1² -2rcos120° =r²+r+1.</w:t>
      </w:r>
    </w:p>
    <w:p>
      <w:pPr>
        <w:spacing w:before="0" w:after="80" w:line="300" w:lineRule="auto"/>
        <w:jc w:val="left"/>
      </w:pPr>
      <w:r>
        <w:rPr>
          <w:rFonts w:ascii="Times New Roman" w:hAnsi="Times New Roman" w:eastAsia="宋体"/>
          <w:b w:val="0"/>
          <w:i w:val="0"/>
          <w:color w:val="333333"/>
          <w:sz w:val="19"/>
        </w:rPr>
        <w:t>The area of △ ACE is then</w:t>
      </w:r>
    </w:p>
    <w:p>
      <w:pPr>
        <w:spacing w:before="0" w:after="80" w:line="300" w:lineRule="auto"/>
        <w:jc w:val="left"/>
      </w:pPr>
      <w:r>
        <w:rPr>
          <w:rFonts w:ascii="Times New Roman" w:hAnsi="Times New Roman" w:eastAsia="宋体"/>
          <w:b w:val="0"/>
          <w:i w:val="0"/>
          <w:color w:val="333333"/>
          <w:sz w:val="19"/>
        </w:rPr>
        <w:t>(√(3))/4 (r² + r + 1).</w:t>
      </w:r>
    </w:p>
    <w:p>
      <w:pPr>
        <w:spacing w:before="0" w:after="80" w:line="300" w:lineRule="auto"/>
        <w:jc w:val="left"/>
      </w:pPr>
      <w:r>
        <w:rPr>
          <w:rFonts w:ascii="Times New Roman" w:hAnsi="Times New Roman" w:eastAsia="宋体"/>
          <w:b w:val="0"/>
          <w:i w:val="0"/>
          <w:color w:val="333333"/>
          <w:sz w:val="19"/>
        </w:rPr>
        <w:t>The three corner triangles △ ABC, △ CDE, and △ EFA each have area 1/2·1· r·sin120°=(r√(3))/4.</w:t>
      </w:r>
    </w:p>
    <w:p>
      <w:pPr>
        <w:spacing w:before="0" w:after="80" w:line="300" w:lineRule="auto"/>
        <w:jc w:val="left"/>
      </w:pPr>
      <w:r>
        <w:rPr>
          <w:rFonts w:ascii="Times New Roman" w:hAnsi="Times New Roman" w:eastAsia="宋体"/>
          <w:b w:val="0"/>
          <w:i w:val="0"/>
          <w:color w:val="333333"/>
          <w:sz w:val="19"/>
        </w:rPr>
        <w:t>Thus the hexagon has area (√(3))/4(r²+r+1) +3·(r√(3))/4 =(√(3))/4(r²+4r+1).</w:t>
      </w:r>
    </w:p>
    <w:p>
      <w:pPr>
        <w:spacing w:before="0" w:after="80" w:line="300" w:lineRule="auto"/>
        <w:jc w:val="left"/>
      </w:pPr>
      <w:r>
        <w:rPr>
          <w:rFonts w:ascii="Times New Roman" w:hAnsi="Times New Roman" w:eastAsia="宋体"/>
          <w:b w:val="0"/>
          <w:i w:val="0"/>
          <w:color w:val="333333"/>
          <w:sz w:val="19"/>
        </w:rPr>
        <w:t>The condition [ACE]=70%·[ABCDEF] gives</w:t>
      </w:r>
    </w:p>
    <w:p>
      <w:pPr>
        <w:spacing w:before="0" w:after="80" w:line="300" w:lineRule="auto"/>
        <w:jc w:val="left"/>
      </w:pPr>
      <w:r>
        <w:rPr>
          <w:rFonts w:ascii="Times New Roman" w:hAnsi="Times New Roman" w:eastAsia="宋体"/>
          <w:b w:val="0"/>
          <w:i w:val="0"/>
          <w:color w:val="333333"/>
          <w:sz w:val="19"/>
        </w:rPr>
        <w:t>r²+r+1=7/10(r²+4r+1),</w:t>
      </w:r>
    </w:p>
    <w:p>
      <w:pPr>
        <w:spacing w:before="0" w:after="80" w:line="300" w:lineRule="auto"/>
        <w:jc w:val="left"/>
      </w:pPr>
      <w:r>
        <w:rPr>
          <w:rFonts w:ascii="Times New Roman" w:hAnsi="Times New Roman" w:eastAsia="宋体"/>
          <w:b w:val="0"/>
          <w:i w:val="0"/>
          <w:color w:val="333333"/>
          <w:sz w:val="19"/>
        </w:rPr>
        <w:t>so r²-6r+1=0.</w:t>
      </w:r>
    </w:p>
    <w:p>
      <w:pPr>
        <w:spacing w:before="0" w:after="80" w:line="300" w:lineRule="auto"/>
        <w:jc w:val="left"/>
      </w:pPr>
      <w:r>
        <w:rPr>
          <w:rFonts w:ascii="Times New Roman" w:hAnsi="Times New Roman" w:eastAsia="宋体"/>
          <w:b w:val="0"/>
          <w:i w:val="0"/>
          <w:color w:val="333333"/>
          <w:sz w:val="19"/>
        </w:rPr>
        <w:t>By Vieta’s formulas, the sum of the possible values of r is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苍蝇每一步可能的长度只有 1, √(2) 或 √(3)。</w:t>
      </w:r>
    </w:p>
    <w:p>
      <w:pPr>
        <w:spacing w:before="0" w:after="80" w:line="300" w:lineRule="auto"/>
        <w:jc w:val="left"/>
      </w:pPr>
      <w:r>
        <w:rPr>
          <w:rFonts w:ascii="Times New Roman" w:hAnsi="Times New Roman" w:eastAsia="宋体"/>
          <w:b w:val="0"/>
          <w:i w:val="0"/>
          <w:sz w:val="21"/>
        </w:rPr>
        <w:t>立方体只有 4 条空间对角线，所以最多 4 步长度为 √(3)。另外 4 步长度最多为 √(2)。</w:t>
      </w:r>
    </w:p>
    <w:p>
      <w:pPr>
        <w:spacing w:before="0" w:after="80" w:line="300" w:lineRule="auto"/>
        <w:jc w:val="left"/>
      </w:pPr>
      <w:r>
        <w:rPr>
          <w:rFonts w:ascii="Times New Roman" w:hAnsi="Times New Roman" w:eastAsia="宋体"/>
          <w:b w:val="0"/>
          <w:i w:val="0"/>
          <w:sz w:val="21"/>
        </w:rPr>
        <w:t>这个上界可以达到，例如在顶点间交替使用空间对角线和面对角线。</w:t>
      </w:r>
    </w:p>
    <w:p>
      <w:pPr>
        <w:spacing w:before="0" w:after="80" w:line="300" w:lineRule="auto"/>
        <w:jc w:val="left"/>
      </w:pPr>
      <w:r>
        <w:rPr>
          <w:rFonts w:ascii="Times New Roman" w:hAnsi="Times New Roman" w:eastAsia="宋体"/>
          <w:b w:val="0"/>
          <w:i w:val="0"/>
          <w:sz w:val="21"/>
        </w:rPr>
        <w:t>因此路径长度为</w:t>
      </w:r>
    </w:p>
    <w:p>
      <w:pPr>
        <w:spacing w:before="0" w:after="80" w:line="300" w:lineRule="auto"/>
        <w:jc w:val="left"/>
      </w:pPr>
      <w:r>
        <w:rPr>
          <w:rFonts w:ascii="Times New Roman" w:hAnsi="Times New Roman" w:eastAsia="宋体"/>
          <w:b w:val="0"/>
          <w:i w:val="0"/>
          <w:sz w:val="21"/>
        </w:rPr>
        <w:t>4√(2) + 4√(3)。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all the paths the fly can take have lengths of 1, √(2), or √(3).</w:t>
      </w:r>
    </w:p>
    <w:p>
      <w:pPr>
        <w:spacing w:before="0" w:after="80" w:line="300" w:lineRule="auto"/>
        <w:jc w:val="left"/>
      </w:pPr>
      <w:r>
        <w:rPr>
          <w:rFonts w:ascii="Times New Roman" w:hAnsi="Times New Roman" w:eastAsia="宋体"/>
          <w:b w:val="0"/>
          <w:i w:val="0"/>
          <w:color w:val="333333"/>
          <w:sz w:val="19"/>
        </w:rPr>
        <w:t>There are only 4 space diagonals in the cube, so at most 4 moves can have length √(3). The other 4 moves have length at most √(2).</w:t>
      </w:r>
    </w:p>
    <w:p>
      <w:pPr>
        <w:spacing w:before="0" w:after="80" w:line="300" w:lineRule="auto"/>
        <w:jc w:val="left"/>
      </w:pPr>
      <w:r>
        <w:rPr>
          <w:rFonts w:ascii="Times New Roman" w:hAnsi="Times New Roman" w:eastAsia="宋体"/>
          <w:b w:val="0"/>
          <w:i w:val="0"/>
          <w:color w:val="333333"/>
          <w:sz w:val="19"/>
        </w:rPr>
        <w:t>This upper bound is attainable, for example by alternating space diagonals and face diagonals around the vertices.</w:t>
      </w:r>
    </w:p>
    <w:p>
      <w:pPr>
        <w:spacing w:before="0" w:after="80" w:line="300" w:lineRule="auto"/>
        <w:jc w:val="left"/>
      </w:pPr>
      <w:r>
        <w:rPr>
          <w:rFonts w:ascii="Times New Roman" w:hAnsi="Times New Roman" w:eastAsia="宋体"/>
          <w:b w:val="0"/>
          <w:i w:val="0"/>
          <w:color w:val="333333"/>
          <w:sz w:val="19"/>
        </w:rPr>
        <w:t>The path has length</w:t>
      </w:r>
    </w:p>
    <w:p>
      <w:pPr>
        <w:spacing w:before="0" w:after="80" w:line="300" w:lineRule="auto"/>
        <w:jc w:val="left"/>
      </w:pPr>
      <w:r>
        <w:rPr>
          <w:rFonts w:ascii="Times New Roman" w:hAnsi="Times New Roman" w:eastAsia="宋体"/>
          <w:b w:val="0"/>
          <w:i w:val="0"/>
          <w:color w:val="333333"/>
          <w:sz w:val="19"/>
        </w:rPr>
        <w:t>4√(2) + 4√(3).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设三个正整数根为 r≤ s≤ t。由韦达定理，rst=2010 且 a=r+s+t。</w:t>
      </w:r>
    </w:p>
    <w:p>
      <w:pPr>
        <w:spacing w:before="0" w:after="80" w:line="300" w:lineRule="auto"/>
        <w:jc w:val="left"/>
      </w:pPr>
      <w:r>
        <w:rPr>
          <w:rFonts w:ascii="Times New Roman" w:hAnsi="Times New Roman" w:eastAsia="宋体"/>
          <w:b w:val="0"/>
          <w:i w:val="0"/>
          <w:sz w:val="21"/>
        </w:rPr>
        <w:t>因为 2010=2·3·5·67，某个根必须能被 67 整除。如果这个根大于 67，则至少为 134，已经比下面构造的和更大。</w:t>
      </w:r>
    </w:p>
    <w:p>
      <w:pPr>
        <w:spacing w:before="0" w:after="80" w:line="300" w:lineRule="auto"/>
        <w:jc w:val="left"/>
      </w:pPr>
      <w:r>
        <w:rPr>
          <w:rFonts w:ascii="Times New Roman" w:hAnsi="Times New Roman" w:eastAsia="宋体"/>
          <w:b w:val="0"/>
          <w:i w:val="0"/>
          <w:sz w:val="21"/>
        </w:rPr>
        <w:t>因此取 t=67，并在 rs=30 下最小化 r+s。和最小的因数对是 5 和 6，所以 a=5+6+67=78。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be positive integers r≤ s≤ t. By Vieta’s formulas, rst=2010 and a=r+s+t.</w:t>
      </w:r>
    </w:p>
    <w:p>
      <w:pPr>
        <w:spacing w:before="0" w:after="80" w:line="300" w:lineRule="auto"/>
        <w:jc w:val="left"/>
      </w:pPr>
      <w:r>
        <w:rPr>
          <w:rFonts w:ascii="Times New Roman" w:hAnsi="Times New Roman" w:eastAsia="宋体"/>
          <w:b w:val="0"/>
          <w:i w:val="0"/>
          <w:color w:val="333333"/>
          <w:sz w:val="19"/>
        </w:rPr>
        <w:t>Since 2010=2·3·5·67, one root must be divisible by 67. If that root is larger than 67, then it is at least 134, which is already worse than the construction below.</w:t>
      </w:r>
    </w:p>
    <w:p>
      <w:pPr>
        <w:spacing w:before="0" w:after="80" w:line="300" w:lineRule="auto"/>
        <w:jc w:val="left"/>
      </w:pPr>
      <w:r>
        <w:rPr>
          <w:rFonts w:ascii="Times New Roman" w:hAnsi="Times New Roman" w:eastAsia="宋体"/>
          <w:b w:val="0"/>
          <w:i w:val="0"/>
          <w:color w:val="333333"/>
          <w:sz w:val="19"/>
        </w:rPr>
        <w:t>Thus take t=67 and minimize r+s with rs=30. The factor pair with smallest sum is 5 and 6, so a=5+6+67=78.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一个内部三角形由三条在圆内部两两相交的弦形成。这样的三角形使用圆上的六个不同端点。</w:t>
      </w:r>
    </w:p>
    <w:p>
      <w:pPr>
        <w:spacing w:before="0" w:after="80" w:line="300" w:lineRule="auto"/>
        <w:jc w:val="left"/>
      </w:pPr>
      <w:r>
        <w:rPr>
          <w:rFonts w:ascii="Times New Roman" w:hAnsi="Times New Roman" w:eastAsia="宋体"/>
          <w:b w:val="0"/>
          <w:i w:val="0"/>
          <w:sz w:val="21"/>
        </w:rPr>
        <w:t>反过来，对任意选出的六个圆上点，按圆周顺序看，只有一种方法把相对端点配对成三条弦，使这三条弦在圆内两两相交。</w:t>
      </w:r>
    </w:p>
    <w:p>
      <w:pPr>
        <w:spacing w:before="0" w:after="80" w:line="300" w:lineRule="auto"/>
        <w:jc w:val="left"/>
      </w:pPr>
      <w:r>
        <w:rPr>
          <w:rFonts w:ascii="Times New Roman" w:hAnsi="Times New Roman" w:eastAsia="宋体"/>
          <w:b w:val="0"/>
          <w:i w:val="0"/>
          <w:sz w:val="21"/>
        </w:rPr>
        <w:t>因此三角形的数量为 C(8, 6)=C(8, 2)=28。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interior triangle is formed by three chords that pairwise intersect inside the circle. Such a triangle uses six distinct endpoints on the circle.</w:t>
      </w:r>
    </w:p>
    <w:p>
      <w:pPr>
        <w:spacing w:before="0" w:after="80" w:line="300" w:lineRule="auto"/>
        <w:jc w:val="left"/>
      </w:pPr>
      <w:r>
        <w:rPr>
          <w:rFonts w:ascii="Times New Roman" w:hAnsi="Times New Roman" w:eastAsia="宋体"/>
          <w:b w:val="0"/>
          <w:i w:val="0"/>
          <w:color w:val="333333"/>
          <w:sz w:val="19"/>
        </w:rPr>
        <w:t>Conversely, for any six chosen points in circular order, exactly one set of three chords pairs opposite endpoints so that the three chords intersect pairwise inside the circle.</w:t>
      </w:r>
    </w:p>
    <w:p>
      <w:pPr>
        <w:spacing w:before="0" w:after="80" w:line="300" w:lineRule="auto"/>
        <w:jc w:val="left"/>
      </w:pPr>
      <w:r>
        <w:rPr>
          <w:rFonts w:ascii="Times New Roman" w:hAnsi="Times New Roman" w:eastAsia="宋体"/>
          <w:b w:val="0"/>
          <w:i w:val="0"/>
          <w:color w:val="333333"/>
          <w:sz w:val="19"/>
        </w:rPr>
        <w:t>Therefore the number of triangles is C(8, 6)=C(8, 2)=28.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第 k 个盒子共有 k + 1 颗弹珠，所以从中抽到白弹珠的概率为 k/(k + 1)。</w:t>
      </w:r>
    </w:p>
    <w:p>
      <w:pPr>
        <w:spacing w:before="0" w:after="80" w:line="300" w:lineRule="auto"/>
        <w:jc w:val="left"/>
      </w:pPr>
      <w:r>
        <w:rPr>
          <w:rFonts w:ascii="Times New Roman" w:hAnsi="Times New Roman" w:eastAsia="宋体"/>
          <w:b w:val="0"/>
          <w:i w:val="0"/>
          <w:sz w:val="21"/>
        </w:rPr>
        <w:t>抽到红弹珠的概率为 1/(k + 1)。要在第 n 次抽取后停止，前 n - 1 次必须抽到白弹珠，最后一次抽到红弹珠。</w:t>
      </w:r>
    </w:p>
    <w:p>
      <w:pPr>
        <w:spacing w:before="0" w:after="80" w:line="300" w:lineRule="auto"/>
        <w:jc w:val="left"/>
      </w:pPr>
      <w:r>
        <w:rPr>
          <w:rFonts w:ascii="Times New Roman" w:hAnsi="Times New Roman" w:eastAsia="宋体"/>
          <w:b w:val="0"/>
          <w:i w:val="0"/>
          <w:sz w:val="21"/>
        </w:rPr>
        <w:t>概率为</w:t>
      </w:r>
    </w:p>
    <w:p>
      <w:pPr>
        <w:spacing w:before="0" w:after="80" w:line="300" w:lineRule="auto"/>
        <w:jc w:val="left"/>
      </w:pPr>
      <w:r>
        <w:rPr>
          <w:rFonts w:ascii="Times New Roman" w:hAnsi="Times New Roman" w:eastAsia="宋体"/>
          <w:b w:val="0"/>
          <w:i w:val="0"/>
          <w:sz w:val="21"/>
        </w:rPr>
        <w:t>1/2 · 2/3 · … · (n - 1)/n · 1/(n + 1)。</w:t>
      </w:r>
    </w:p>
    <w:p>
      <w:pPr>
        <w:spacing w:before="0" w:after="80" w:line="300" w:lineRule="auto"/>
        <w:jc w:val="left"/>
      </w:pPr>
      <w:r>
        <w:rPr>
          <w:rFonts w:ascii="Times New Roman" w:hAnsi="Times New Roman" w:eastAsia="宋体"/>
          <w:b w:val="0"/>
          <w:i w:val="0"/>
          <w:sz w:val="21"/>
        </w:rPr>
        <w:t>分子与相邻分母相消，得到概率为 1/(n(n + 1))。</w:t>
      </w:r>
    </w:p>
    <w:p>
      <w:pPr>
        <w:spacing w:before="0" w:after="80" w:line="300" w:lineRule="auto"/>
        <w:jc w:val="left"/>
      </w:pPr>
      <w:r>
        <w:rPr>
          <w:rFonts w:ascii="Times New Roman" w:hAnsi="Times New Roman" w:eastAsia="宋体"/>
          <w:b w:val="0"/>
          <w:i w:val="0"/>
          <w:sz w:val="21"/>
        </w:rPr>
        <w:t>我们需要找出使下式成立的最小 n：</w:t>
      </w:r>
    </w:p>
    <w:p>
      <w:pPr>
        <w:spacing w:before="0" w:after="80" w:line="300" w:lineRule="auto"/>
        <w:jc w:val="left"/>
      </w:pPr>
      <w:r>
        <w:rPr>
          <w:rFonts w:ascii="Times New Roman" w:hAnsi="Times New Roman" w:eastAsia="宋体"/>
          <w:b w:val="0"/>
          <w:i w:val="0"/>
          <w:sz w:val="21"/>
        </w:rPr>
        <w:t>1/(n(n + 1)) &lt; 1/2010</w:t>
      </w:r>
    </w:p>
    <w:p>
      <w:pPr>
        <w:spacing w:before="0" w:after="80" w:line="300" w:lineRule="auto"/>
        <w:jc w:val="left"/>
      </w:pPr>
      <w:r>
        <w:rPr>
          <w:rFonts w:ascii="Times New Roman" w:hAnsi="Times New Roman" w:eastAsia="宋体"/>
          <w:b w:val="0"/>
          <w:i w:val="0"/>
          <w:sz w:val="21"/>
        </w:rPr>
        <w:t>n(n + 1) &gt; 2010。</w:t>
      </w:r>
    </w:p>
    <w:p>
      <w:pPr>
        <w:spacing w:before="0" w:after="80" w:line="300" w:lineRule="auto"/>
        <w:jc w:val="left"/>
      </w:pPr>
      <w:r>
        <w:rPr>
          <w:rFonts w:ascii="Times New Roman" w:hAnsi="Times New Roman" w:eastAsia="宋体"/>
          <w:b w:val="0"/>
          <w:i w:val="0"/>
          <w:sz w:val="21"/>
        </w:rPr>
        <w:t>逐一试算可知，满足条件的最小 n 为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there are k + 1 marbles in the k th box, there is a k/(k + 1) chance Isabella draws a white marble from it.</w:t>
      </w:r>
    </w:p>
    <w:p>
      <w:pPr>
        <w:spacing w:before="0" w:after="80" w:line="300" w:lineRule="auto"/>
        <w:jc w:val="left"/>
      </w:pPr>
      <w:r>
        <w:rPr>
          <w:rFonts w:ascii="Times New Roman" w:hAnsi="Times New Roman" w:eastAsia="宋体"/>
          <w:b w:val="0"/>
          <w:i w:val="0"/>
          <w:color w:val="333333"/>
          <w:sz w:val="19"/>
        </w:rPr>
        <w:t>The probability of drawing a red marble is then 1/(k + 1). To stop after drawing the n th marble, the first n - 1 marbles must have been white.</w:t>
      </w:r>
    </w:p>
    <w:p>
      <w:pPr>
        <w:spacing w:before="0" w:after="80" w:line="300" w:lineRule="auto"/>
        <w:jc w:val="left"/>
      </w:pPr>
      <w:r>
        <w:rPr>
          <w:rFonts w:ascii="Times New Roman" w:hAnsi="Times New Roman" w:eastAsia="宋体"/>
          <w:b w:val="0"/>
          <w:i w:val="0"/>
          <w:color w:val="333333"/>
          <w:sz w:val="19"/>
        </w:rPr>
        <w:t>This happens with a probability of</w:t>
      </w:r>
    </w:p>
    <w:p>
      <w:pPr>
        <w:spacing w:before="0" w:after="80" w:line="300" w:lineRule="auto"/>
        <w:jc w:val="left"/>
      </w:pPr>
      <w:r>
        <w:rPr>
          <w:rFonts w:ascii="Times New Roman" w:hAnsi="Times New Roman" w:eastAsia="宋体"/>
          <w:b w:val="0"/>
          <w:i w:val="0"/>
          <w:color w:val="333333"/>
          <w:sz w:val="19"/>
        </w:rPr>
        <w:t>1/2 · 2/3 · … · (n - 1)/n · 1/(n + 1).</w:t>
      </w:r>
    </w:p>
    <w:p>
      <w:pPr>
        <w:spacing w:before="0" w:after="80" w:line="300" w:lineRule="auto"/>
        <w:jc w:val="left"/>
      </w:pPr>
      <w:r>
        <w:rPr>
          <w:rFonts w:ascii="Times New Roman" w:hAnsi="Times New Roman" w:eastAsia="宋体"/>
          <w:b w:val="0"/>
          <w:i w:val="0"/>
          <w:color w:val="333333"/>
          <w:sz w:val="19"/>
        </w:rPr>
        <w:t>Note that all the numerators cancel with the adjacent denominator, which means that this expression reduces to 1/(n(n + 1)).</w:t>
      </w:r>
    </w:p>
    <w:p>
      <w:pPr>
        <w:spacing w:before="0" w:after="80" w:line="300" w:lineRule="auto"/>
        <w:jc w:val="left"/>
      </w:pPr>
      <w:r>
        <w:rPr>
          <w:rFonts w:ascii="Times New Roman" w:hAnsi="Times New Roman" w:eastAsia="宋体"/>
          <w:b w:val="0"/>
          <w:i w:val="0"/>
          <w:color w:val="333333"/>
          <w:sz w:val="19"/>
        </w:rPr>
        <w:t>We have to find the smallest n such that</w:t>
      </w:r>
    </w:p>
    <w:p>
      <w:pPr>
        <w:spacing w:before="0" w:after="80" w:line="300" w:lineRule="auto"/>
        <w:jc w:val="left"/>
      </w:pPr>
      <w:r>
        <w:rPr>
          <w:rFonts w:ascii="Times New Roman" w:hAnsi="Times New Roman" w:eastAsia="宋体"/>
          <w:b w:val="0"/>
          <w:i w:val="0"/>
          <w:color w:val="333333"/>
          <w:sz w:val="19"/>
        </w:rPr>
        <w:t>1/(n(n + 1)) &lt; 1/2010</w:t>
      </w:r>
    </w:p>
    <w:p>
      <w:pPr>
        <w:spacing w:before="0" w:after="80" w:line="300" w:lineRule="auto"/>
        <w:jc w:val="left"/>
      </w:pPr>
      <w:r>
        <w:rPr>
          <w:rFonts w:ascii="Times New Roman" w:hAnsi="Times New Roman" w:eastAsia="宋体"/>
          <w:b w:val="0"/>
          <w:i w:val="0"/>
          <w:color w:val="333333"/>
          <w:sz w:val="19"/>
        </w:rPr>
        <w:t>n(n + 1) &gt; 2010.</w:t>
      </w:r>
    </w:p>
    <w:p>
      <w:pPr>
        <w:spacing w:before="0" w:after="80" w:line="300" w:lineRule="auto"/>
        <w:jc w:val="left"/>
      </w:pPr>
      <w:r>
        <w:rPr>
          <w:rFonts w:ascii="Times New Roman" w:hAnsi="Times New Roman" w:eastAsia="宋体"/>
          <w:b w:val="0"/>
          <w:i w:val="0"/>
          <w:color w:val="333333"/>
          <w:sz w:val="19"/>
        </w:rPr>
        <w:t>Guessing and checking gives us that the smallest n that works is 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90! 末尾零的个数为 ⌊90/5⌋+⌊90/25⌋=21。令 N=(90!)/10²¹。</w:t>
      </w:r>
    </w:p>
    <w:p>
      <w:pPr>
        <w:spacing w:before="0" w:after="80" w:line="300" w:lineRule="auto"/>
        <w:jc w:val="left"/>
      </w:pPr>
      <w:r>
        <w:rPr>
          <w:rFonts w:ascii="Times New Roman" w:hAnsi="Times New Roman" w:eastAsia="宋体"/>
          <w:b w:val="0"/>
          <w:i w:val="0"/>
          <w:sz w:val="21"/>
        </w:rPr>
        <w:t>去掉 10²¹ 后仍剩下超过两个因数 2，所以 N≡0 pmod4。</w:t>
      </w:r>
    </w:p>
    <w:p>
      <w:pPr>
        <w:spacing w:before="0" w:after="80" w:line="300" w:lineRule="auto"/>
        <w:jc w:val="left"/>
      </w:pPr>
      <w:r>
        <w:rPr>
          <w:rFonts w:ascii="Times New Roman" w:hAnsi="Times New Roman" w:eastAsia="宋体"/>
          <w:b w:val="0"/>
          <w:i w:val="0"/>
          <w:sz w:val="21"/>
        </w:rPr>
        <w:t>设 A 为 90! 中不被 5 整除的因数之积，B 为被 5 整除的因数之积。按模 25 的余数分组，得到 A≡1pmod25 且 B/5²¹≡-1pmod25。</w:t>
      </w:r>
    </w:p>
    <w:p>
      <w:pPr>
        <w:spacing w:before="0" w:after="80" w:line="300" w:lineRule="auto"/>
        <w:jc w:val="left"/>
      </w:pPr>
      <w:r>
        <w:rPr>
          <w:rFonts w:ascii="Times New Roman" w:hAnsi="Times New Roman" w:eastAsia="宋体"/>
          <w:b w:val="0"/>
          <w:i w:val="0"/>
          <w:sz w:val="21"/>
        </w:rPr>
        <w:t>因此 (90!)/5²¹≡-1pmod25。又因为 2²¹≡2pmod25，所以 N=(90!)/(5²¹·2²¹) ≡-13 ≡12pmod25。</w:t>
      </w:r>
    </w:p>
    <w:p>
      <w:pPr>
        <w:spacing w:before="0" w:after="80" w:line="300" w:lineRule="auto"/>
        <w:jc w:val="left"/>
      </w:pPr>
      <w:r>
        <w:rPr>
          <w:rFonts w:ascii="Times New Roman" w:hAnsi="Times New Roman" w:eastAsia="宋体"/>
          <w:b w:val="0"/>
          <w:i w:val="0"/>
          <w:sz w:val="21"/>
        </w:rPr>
        <w:t>同时满足 0pmod4 和 12pmod25 的数为 12pmod100，所以最后两个非零数字组成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trailing zeroes in 90! is ⌊90/5⌋+⌊90/25⌋=21. Let N=(90!)/10²¹.</w:t>
      </w:r>
    </w:p>
    <w:p>
      <w:pPr>
        <w:spacing w:before="0" w:after="80" w:line="300" w:lineRule="auto"/>
        <w:jc w:val="left"/>
      </w:pPr>
      <w:r>
        <w:rPr>
          <w:rFonts w:ascii="Times New Roman" w:hAnsi="Times New Roman" w:eastAsia="宋体"/>
          <w:b w:val="0"/>
          <w:i w:val="0"/>
          <w:color w:val="333333"/>
          <w:sz w:val="19"/>
        </w:rPr>
        <w:t>There are still more than two factors of 2 left after removing 10²¹, so N≡0 pmod4.</w:t>
      </w:r>
    </w:p>
    <w:p>
      <w:pPr>
        <w:spacing w:before="0" w:after="80" w:line="300" w:lineRule="auto"/>
        <w:jc w:val="left"/>
      </w:pPr>
      <w:r>
        <w:rPr>
          <w:rFonts w:ascii="Times New Roman" w:hAnsi="Times New Roman" w:eastAsia="宋体"/>
          <w:b w:val="0"/>
          <w:i w:val="0"/>
          <w:color w:val="333333"/>
          <w:sz w:val="19"/>
        </w:rPr>
        <w:t>Let A be the product of factors of 90! not divisible by 5, and let B be the product of the factors divisible by 5. Grouping residues modulo 25 gives A≡1pmod25 and B/5²¹≡-1pmod25.</w:t>
      </w:r>
    </w:p>
    <w:p>
      <w:pPr>
        <w:spacing w:before="0" w:after="80" w:line="300" w:lineRule="auto"/>
        <w:jc w:val="left"/>
      </w:pPr>
      <w:r>
        <w:rPr>
          <w:rFonts w:ascii="Times New Roman" w:hAnsi="Times New Roman" w:eastAsia="宋体"/>
          <w:b w:val="0"/>
          <w:i w:val="0"/>
          <w:color w:val="333333"/>
          <w:sz w:val="19"/>
        </w:rPr>
        <w:t>Therefore (90!)/5²¹≡-1pmod25. Since 2²¹≡2pmod25, N=(90!)/(5²¹·2²¹) ≡-13 ≡12pmod25.</w:t>
      </w:r>
    </w:p>
    <w:p>
      <w:pPr>
        <w:spacing w:before="0" w:after="80" w:line="300" w:lineRule="auto"/>
        <w:jc w:val="left"/>
      </w:pPr>
      <w:r>
        <w:rPr>
          <w:rFonts w:ascii="Times New Roman" w:hAnsi="Times New Roman" w:eastAsia="宋体"/>
          <w:b w:val="0"/>
          <w:i w:val="0"/>
          <w:color w:val="333333"/>
          <w:sz w:val="19"/>
        </w:rPr>
        <w:t>The number congruent to 0pmod4 and 12pmod25 is 12pmod100, so the last two nonzero digits form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从 0 开始反向工作。加上 1² 得到 1。</w:t>
      </w:r>
    </w:p>
    <w:p>
      <w:pPr>
        <w:spacing w:before="0" w:after="80" w:line="300" w:lineRule="auto"/>
        <w:jc w:val="left"/>
      </w:pPr>
      <w:r>
        <w:rPr>
          <w:rFonts w:ascii="Times New Roman" w:hAnsi="Times New Roman" w:eastAsia="宋体"/>
          <w:b w:val="0"/>
          <w:i w:val="0"/>
          <w:sz w:val="21"/>
        </w:rPr>
        <w:t>再次加上 1² 得到 2，再加 1² 得到 3。</w:t>
      </w:r>
    </w:p>
    <w:p>
      <w:pPr>
        <w:spacing w:before="0" w:after="80" w:line="300" w:lineRule="auto"/>
        <w:jc w:val="left"/>
      </w:pPr>
      <w:r>
        <w:rPr>
          <w:rFonts w:ascii="Times New Roman" w:hAnsi="Times New Roman" w:eastAsia="宋体"/>
          <w:b w:val="0"/>
          <w:i w:val="0"/>
          <w:sz w:val="21"/>
        </w:rPr>
        <w:t>若此时再加 1²，会得到 4，但对于 4，1² 不是不超过它的最大平方。</w:t>
      </w:r>
    </w:p>
    <w:p>
      <w:pPr>
        <w:spacing w:before="0" w:after="80" w:line="300" w:lineRule="auto"/>
        <w:jc w:val="left"/>
      </w:pPr>
      <w:r>
        <w:rPr>
          <w:rFonts w:ascii="Times New Roman" w:hAnsi="Times New Roman" w:eastAsia="宋体"/>
          <w:b w:val="0"/>
          <w:i w:val="0"/>
          <w:sz w:val="21"/>
        </w:rPr>
        <w:t>因此下一步加 2² 得到 7。继续反向构造，直到正向数列共有八项，得到 7223。</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7223</w:t>
            </w:r>
          </w:p>
        </w:tc>
      </w:tr>
      <w:tr>
        <w:tc>
          <w:tcPr>
            <w:tcW w:type="dxa" w:w="1882"/>
          </w:tcPr>
          <w:p>
            <w:pPr>
              <w:spacing w:before="20" w:after="20" w:line="240" w:lineRule="auto"/>
              <w:jc w:val="center"/>
            </w:pPr>
            <w:r/>
            <w:r>
              <w:rPr>
                <w:rFonts w:ascii="Times New Roman" w:hAnsi="Times New Roman" w:eastAsia="宋体"/>
                <w:b w:val="0"/>
                <w:i w:val="0"/>
                <w:sz w:val="20"/>
              </w:rPr>
              <w:t>7223</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84²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167</w:t>
            </w:r>
          </w:p>
        </w:tc>
      </w:tr>
      <w:tr>
        <w:tc>
          <w:tcPr>
            <w:tcW w:type="dxa" w:w="1882"/>
          </w:tcPr>
          <w:p>
            <w:pPr>
              <w:spacing w:before="20" w:after="20" w:line="240" w:lineRule="auto"/>
              <w:jc w:val="center"/>
            </w:pPr>
            <w:r/>
            <w:r>
              <w:rPr>
                <w:rFonts w:ascii="Times New Roman" w:hAnsi="Times New Roman" w:eastAsia="宋体"/>
                <w:b w:val="0"/>
                <w:i w:val="0"/>
                <w:sz w:val="20"/>
              </w:rPr>
              <w:t>167</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12²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23</w:t>
            </w:r>
          </w:p>
        </w:tc>
      </w:tr>
      <w:tr>
        <w:tc>
          <w:tcPr>
            <w:tcW w:type="dxa" w:w="1882"/>
          </w:tcPr>
          <w:p>
            <w:pPr>
              <w:spacing w:before="20" w:after="20" w:line="240" w:lineRule="auto"/>
              <w:jc w:val="center"/>
            </w:pPr>
            <w:r/>
            <w:r>
              <w:rPr>
                <w:rFonts w:ascii="Times New Roman" w:hAnsi="Times New Roman" w:eastAsia="宋体"/>
                <w:b w:val="0"/>
                <w:i w:val="0"/>
                <w:sz w:val="20"/>
              </w:rPr>
              <w:t>23</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4²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7</w:t>
            </w:r>
          </w:p>
        </w:tc>
      </w:tr>
      <w:tr>
        <w:tc>
          <w:tcPr>
            <w:tcW w:type="dxa" w:w="1882"/>
          </w:tcPr>
          <w:p>
            <w:pPr>
              <w:spacing w:before="20" w:after="20" w:line="240" w:lineRule="auto"/>
              <w:jc w:val="center"/>
            </w:pPr>
            <w:r/>
            <w:r>
              <w:rPr>
                <w:rFonts w:ascii="Times New Roman" w:hAnsi="Times New Roman" w:eastAsia="宋体"/>
                <w:b w:val="0"/>
                <w:i w:val="0"/>
                <w:sz w:val="20"/>
              </w:rPr>
              <w:t>7</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2²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3</w:t>
            </w:r>
          </w:p>
        </w:tc>
      </w:tr>
      <w:tr>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2</w:t>
            </w:r>
          </w:p>
        </w:tc>
      </w:tr>
      <w:tr>
        <w:tc>
          <w:tcPr>
            <w:tcW w:type="dxa" w:w="1882"/>
          </w:tcPr>
          <w:p>
            <w:pPr>
              <w:spacing w:before="20" w:after="20" w:line="240" w:lineRule="auto"/>
              <w:jc w:val="center"/>
            </w:pPr>
            <w:r/>
            <w:r>
              <w:rPr>
                <w:rFonts w:ascii="Times New Roman" w:hAnsi="Times New Roman" w:eastAsia="宋体"/>
                <w:b w:val="0"/>
                <w:i w:val="0"/>
                <w:sz w:val="20"/>
              </w:rPr>
              <w:t>2</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w:t>
            </w:r>
          </w:p>
        </w:tc>
      </w:tr>
      <w:tr>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1²</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work backwards starting with 0. From this, we can add on 1² to get 1.</w:t>
      </w:r>
    </w:p>
    <w:p>
      <w:pPr>
        <w:spacing w:before="0" w:after="80" w:line="300" w:lineRule="auto"/>
        <w:jc w:val="left"/>
      </w:pPr>
      <w:r>
        <w:rPr>
          <w:rFonts w:ascii="Times New Roman" w:hAnsi="Times New Roman" w:eastAsia="宋体"/>
          <w:b w:val="0"/>
          <w:i w:val="0"/>
          <w:color w:val="333333"/>
          <w:sz w:val="19"/>
        </w:rPr>
        <w:t>We can again add on 1² to get 2. Again, adding on 1² gives us 3.</w:t>
      </w:r>
    </w:p>
    <w:p>
      <w:pPr>
        <w:spacing w:before="0" w:after="80" w:line="300" w:lineRule="auto"/>
        <w:jc w:val="left"/>
      </w:pPr>
      <w:r>
        <w:rPr>
          <w:rFonts w:ascii="Times New Roman" w:hAnsi="Times New Roman" w:eastAsia="宋体"/>
          <w:b w:val="0"/>
          <w:i w:val="0"/>
          <w:color w:val="333333"/>
          <w:sz w:val="19"/>
        </w:rPr>
        <w:t>If we add on 1² now, we get 4, but then 1² is not the greatest square less than or equal to 4.</w:t>
      </w:r>
    </w:p>
    <w:p>
      <w:pPr>
        <w:spacing w:before="0" w:after="80" w:line="300" w:lineRule="auto"/>
        <w:jc w:val="left"/>
      </w:pPr>
      <w:r>
        <w:rPr>
          <w:rFonts w:ascii="Times New Roman" w:hAnsi="Times New Roman" w:eastAsia="宋体"/>
          <w:b w:val="0"/>
          <w:i w:val="0"/>
          <w:color w:val="333333"/>
          <w:sz w:val="19"/>
        </w:rPr>
        <w:t>Then adding on 2² gives us 7. Continuing until there are eight terms in the forward sequence gives 7223.</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7223</w:t>
            </w:r>
          </w:p>
        </w:tc>
      </w:tr>
      <w:tr>
        <w:tc>
          <w:tcPr>
            <w:tcW w:type="dxa" w:w="1882"/>
          </w:tcPr>
          <w:p>
            <w:pPr>
              <w:spacing w:before="20" w:after="20" w:line="240" w:lineRule="auto"/>
              <w:jc w:val="center"/>
            </w:pPr>
            <w:r/>
            <w:r>
              <w:rPr>
                <w:rFonts w:ascii="Times New Roman" w:hAnsi="Times New Roman" w:eastAsia="宋体"/>
                <w:b w:val="0"/>
                <w:i w:val="0"/>
                <w:color w:val="333333"/>
                <w:sz w:val="19"/>
              </w:rPr>
              <w:t>7223</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84²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167</w:t>
            </w:r>
          </w:p>
        </w:tc>
      </w:tr>
      <w:tr>
        <w:tc>
          <w:tcPr>
            <w:tcW w:type="dxa" w:w="1882"/>
          </w:tcPr>
          <w:p>
            <w:pPr>
              <w:spacing w:before="20" w:after="20" w:line="240" w:lineRule="auto"/>
              <w:jc w:val="center"/>
            </w:pPr>
            <w:r/>
            <w:r>
              <w:rPr>
                <w:rFonts w:ascii="Times New Roman" w:hAnsi="Times New Roman" w:eastAsia="宋体"/>
                <w:b w:val="0"/>
                <w:i w:val="0"/>
                <w:color w:val="333333"/>
                <w:sz w:val="19"/>
              </w:rPr>
              <w:t>167</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12²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23</w:t>
            </w:r>
          </w:p>
        </w:tc>
      </w:tr>
      <w:tr>
        <w:tc>
          <w:tcPr>
            <w:tcW w:type="dxa" w:w="1882"/>
          </w:tcPr>
          <w:p>
            <w:pPr>
              <w:spacing w:before="20" w:after="20" w:line="240" w:lineRule="auto"/>
              <w:jc w:val="center"/>
            </w:pPr>
            <w:r/>
            <w:r>
              <w:rPr>
                <w:rFonts w:ascii="Times New Roman" w:hAnsi="Times New Roman" w:eastAsia="宋体"/>
                <w:b w:val="0"/>
                <w:i w:val="0"/>
                <w:color w:val="333333"/>
                <w:sz w:val="19"/>
              </w:rPr>
              <w:t>23</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4²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7</w:t>
            </w:r>
          </w:p>
        </w:tc>
      </w:tr>
      <w:tr>
        <w:tc>
          <w:tcPr>
            <w:tcW w:type="dxa" w:w="1882"/>
          </w:tcPr>
          <w:p>
            <w:pPr>
              <w:spacing w:before="20" w:after="20" w:line="240" w:lineRule="auto"/>
              <w:jc w:val="center"/>
            </w:pPr>
            <w:r/>
            <w:r>
              <w:rPr>
                <w:rFonts w:ascii="Times New Roman" w:hAnsi="Times New Roman" w:eastAsia="宋体"/>
                <w:b w:val="0"/>
                <w:i w:val="0"/>
                <w:color w:val="333333"/>
                <w:sz w:val="19"/>
              </w:rPr>
              <w:t>7</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2²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3</w:t>
            </w:r>
          </w:p>
        </w:tc>
      </w:tr>
      <w:tr>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2</w:t>
            </w:r>
          </w:p>
        </w:tc>
      </w:tr>
      <w:tr>
        <w:tc>
          <w:tcPr>
            <w:tcW w:type="dxa" w:w="1882"/>
          </w:tcPr>
          <w:p>
            <w:pPr>
              <w:spacing w:before="20" w:after="20" w:line="240" w:lineRule="auto"/>
              <w:jc w:val="center"/>
            </w:pPr>
            <w:r/>
            <w:r>
              <w:rPr>
                <w:rFonts w:ascii="Times New Roman" w:hAnsi="Times New Roman" w:eastAsia="宋体"/>
                <w:b w:val="0"/>
                <w:i w:val="0"/>
                <w:color w:val="333333"/>
                <w:sz w:val="19"/>
              </w:rPr>
              <w:t>2</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w:t>
            </w:r>
          </w:p>
        </w:tc>
      </w:tr>
      <w:tr>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1²</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