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2009A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一罐汽水有 12 盎司。要提供一加仑（128 盎司）汽水，至少需要多少罐？</w:t>
      </w:r>
    </w:p>
    <w:p>
      <w:pPr>
        <w:spacing w:before="0" w:after="120" w:line="300" w:lineRule="auto"/>
      </w:pPr>
      <w:r>
        <w:rPr>
          <w:rFonts w:ascii="Times New Roman" w:hAnsi="Times New Roman" w:eastAsia="宋体"/>
          <w:b w:val="0"/>
          <w:i w:val="0"/>
          <w:sz w:val="21"/>
        </w:rPr>
        <w:t>（A）7　　（B）8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can holds 12 ounces of soda. What is the minimum number of cans needed to provide a gallon (128 ounces) of soda?</w:t>
      </w:r>
    </w:p>
    <w:p>
      <w:pPr>
        <w:spacing w:before="0" w:after="160" w:line="300" w:lineRule="auto"/>
      </w:pPr>
      <w:r>
        <w:rPr>
          <w:rFonts w:ascii="Times New Roman" w:hAnsi="Times New Roman" w:eastAsia="宋体"/>
          <w:b w:val="0"/>
          <w:i w:val="0"/>
          <w:color w:val="333333"/>
          <w:sz w:val="19"/>
        </w:rPr>
        <w:t>(A) 7　　(B) 8　　(C) 9　　(D) 10　　(E) 11</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从一个储钱罐中取出四枚硬币。储钱罐里有一分币、五分币、一角币和二十五分币。以下哪一个数值不可能是这四枚硬币的总价值，单位为美分？</w:t>
      </w:r>
    </w:p>
    <w:p>
      <w:pPr>
        <w:spacing w:before="0" w:after="120" w:line="300" w:lineRule="auto"/>
      </w:pPr>
      <w:r>
        <w:rPr>
          <w:rFonts w:ascii="Times New Roman" w:hAnsi="Times New Roman" w:eastAsia="宋体"/>
          <w:b w:val="0"/>
          <w:i w:val="0"/>
          <w:sz w:val="21"/>
        </w:rPr>
        <w:t>（A）15　　（B）25　　（C）35　　（D）45　　（E）55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coins are picked out of a piggy bank that contains a collection of pennies, nickels, dimes, and quarters. Which of the following could</w:t>
      </w:r>
      <w:r>
        <w:rPr>
          <w:rFonts w:ascii="Times New Roman" w:hAnsi="Times New Roman" w:eastAsia="宋体"/>
          <w:b w:val="0"/>
          <w:i/>
          <w:color w:val="333333"/>
          <w:sz w:val="19"/>
        </w:rPr>
        <w:t>not</w:t>
      </w:r>
      <w:r>
        <w:rPr>
          <w:rFonts w:ascii="Times New Roman" w:hAnsi="Times New Roman" w:eastAsia="宋体"/>
          <w:b w:val="0"/>
          <w:i w:val="0"/>
          <w:color w:val="333333"/>
          <w:sz w:val="19"/>
        </w:rPr>
        <w:t>be the total value of the four coins, in cents?</w:t>
      </w:r>
    </w:p>
    <w:p>
      <w:pPr>
        <w:spacing w:before="0" w:after="160" w:line="300" w:lineRule="auto"/>
      </w:pPr>
      <w:r>
        <w:rPr>
          <w:rFonts w:ascii="Times New Roman" w:hAnsi="Times New Roman" w:eastAsia="宋体"/>
          <w:b w:val="0"/>
          <w:i w:val="0"/>
          <w:color w:val="333333"/>
          <w:sz w:val="19"/>
        </w:rPr>
        <w:t>(A) 15　　(B) 25　　(C) 35　　(D) 45　　(E) 55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下列哪一项等于</w:t>
      </w:r>
    </w:p>
    <w:p>
      <w:pPr>
        <w:spacing w:before="0" w:after="80" w:line="300" w:lineRule="auto"/>
        <w:jc w:val="left"/>
      </w:pPr>
      <w:r>
        <w:rPr>
          <w:rFonts w:ascii="Times New Roman" w:hAnsi="Times New Roman" w:eastAsia="宋体"/>
          <w:b w:val="0"/>
          <w:i w:val="0"/>
          <w:sz w:val="21"/>
        </w:rPr>
        <w:t>1 + 1/(1 + 1/(1 + 1))？</w:t>
      </w:r>
    </w:p>
    <w:p>
      <w:pPr>
        <w:spacing w:before="0" w:after="120" w:line="300" w:lineRule="auto"/>
      </w:pPr>
      <w:r>
        <w:rPr>
          <w:rFonts w:ascii="Times New Roman" w:hAnsi="Times New Roman" w:eastAsia="宋体"/>
          <w:b w:val="0"/>
          <w:i w:val="0"/>
          <w:sz w:val="21"/>
        </w:rPr>
        <w:t>（A）5/4　　（B）3/2　　（C）5/3　　（D）2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is equal to</w:t>
      </w:r>
    </w:p>
    <w:p>
      <w:pPr>
        <w:spacing w:before="0" w:after="80" w:line="300" w:lineRule="auto"/>
        <w:jc w:val="left"/>
      </w:pPr>
      <w:r>
        <w:rPr>
          <w:rFonts w:ascii="Times New Roman" w:hAnsi="Times New Roman" w:eastAsia="宋体"/>
          <w:b w:val="0"/>
          <w:i w:val="0"/>
          <w:color w:val="333333"/>
          <w:sz w:val="19"/>
        </w:rPr>
        <w:t>1 + 1/(1 + 1/(1 + 1))?</w:t>
      </w:r>
    </w:p>
    <w:p>
      <w:pPr>
        <w:spacing w:before="0" w:after="160" w:line="300" w:lineRule="auto"/>
      </w:pPr>
      <w:r>
        <w:rPr>
          <w:rFonts w:ascii="Times New Roman" w:hAnsi="Times New Roman" w:eastAsia="宋体"/>
          <w:b w:val="0"/>
          <w:i w:val="0"/>
          <w:color w:val="333333"/>
          <w:sz w:val="19"/>
        </w:rPr>
        <w:t>(A) 5/4　　(B) 3/2　　(C) 5/3　　(D) 2　　(E) 3</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Eric 计划参加铁人三项。他在 1/4 英里的游泳中平均速度为每小时 2 英里，在 3 英里的跑步中平均速度为每小时 6 英里。他的目标是在 2 小时内完成比赛。为了达到目标，他在 15 英里自行车赛段的平均速度必须是多少英里每小时？</w:t>
      </w:r>
    </w:p>
    <w:p>
      <w:pPr>
        <w:spacing w:before="0" w:after="120" w:line="300" w:lineRule="auto"/>
      </w:pPr>
      <w:r>
        <w:rPr>
          <w:rFonts w:ascii="Times New Roman" w:hAnsi="Times New Roman" w:eastAsia="宋体"/>
          <w:b w:val="0"/>
          <w:i w:val="0"/>
          <w:sz w:val="21"/>
        </w:rPr>
        <w:t>（A）120/11　　（B）11　　（C）56/5　　（D）45/4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Eric plans to compete in a triathlon. He can average 2 miles per hour in the 1/4-mile swim and 6 miles per hour in the 3-mile run. His goal is to finish the triathlon in 2 hours. To accomplish his goal what must his average speed, in miles per hour, be for the 15-mile bicycle ride?</w:t>
      </w:r>
    </w:p>
    <w:p>
      <w:pPr>
        <w:spacing w:before="0" w:after="160" w:line="300" w:lineRule="auto"/>
      </w:pPr>
      <w:r>
        <w:rPr>
          <w:rFonts w:ascii="Times New Roman" w:hAnsi="Times New Roman" w:eastAsia="宋体"/>
          <w:b w:val="0"/>
          <w:i w:val="0"/>
          <w:color w:val="333333"/>
          <w:sz w:val="19"/>
        </w:rPr>
        <w:t>(A) 120/11　　(B) 11　　(C) 56/5　　(D) 45/4　　(E) 12</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111,111,111 的平方的各位数字之和是多少？</w:t>
      </w:r>
    </w:p>
    <w:p>
      <w:pPr>
        <w:spacing w:before="0" w:after="120" w:line="300" w:lineRule="auto"/>
      </w:pPr>
      <w:r>
        <w:rPr>
          <w:rFonts w:ascii="Times New Roman" w:hAnsi="Times New Roman" w:eastAsia="宋体"/>
          <w:b w:val="0"/>
          <w:i w:val="0"/>
          <w:sz w:val="21"/>
        </w:rPr>
        <w:t>（A）18　　（B）27　　（C）45　　（D）63　　（E）81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sum of the digits of the square of 111,111,111?</w:t>
      </w:r>
    </w:p>
    <w:p>
      <w:pPr>
        <w:spacing w:before="0" w:after="160" w:line="300" w:lineRule="auto"/>
      </w:pPr>
      <w:r>
        <w:rPr>
          <w:rFonts w:ascii="Times New Roman" w:hAnsi="Times New Roman" w:eastAsia="宋体"/>
          <w:b w:val="0"/>
          <w:i w:val="0"/>
          <w:color w:val="333333"/>
          <w:sz w:val="19"/>
        </w:rPr>
        <w:t>(A) 18　　(B) 27　　(C) 45　　(D) 63　　(E) 81</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如图所示，一个半径为 2 的圆内切于一个半圆。半圆内但圆外的部分被涂阴影。阴影部分占半圆面积的几分之几？</w:t>
      </w:r>
    </w:p>
    <w:p>
      <w:pPr>
        <w:spacing w:before="80" w:after="80"/>
        <w:jc w:val="center"/>
      </w:pPr>
      <w:r>
        <w:drawing>
          <wp:inline xmlns:a="http://schemas.openxmlformats.org/drawingml/2006/main" xmlns:pic="http://schemas.openxmlformats.org/drawingml/2006/picture">
            <wp:extent cx="1164699" cy="588700"/>
            <wp:docPr id="1" name="Picture 1"/>
            <wp:cNvGraphicFramePr>
              <a:graphicFrameLocks noChangeAspect="1"/>
            </wp:cNvGraphicFramePr>
            <a:graphic>
              <a:graphicData uri="http://schemas.openxmlformats.org/drawingml/2006/picture">
                <pic:pic>
                  <pic:nvPicPr>
                    <pic:cNvPr id="0" name="q06-1@300dpi.png"/>
                    <pic:cNvPicPr/>
                  </pic:nvPicPr>
                  <pic:blipFill>
                    <a:blip r:embed="rId9"/>
                    <a:stretch>
                      <a:fillRect/>
                    </a:stretch>
                  </pic:blipFill>
                  <pic:spPr>
                    <a:xfrm>
                      <a:off x="0" y="0"/>
                      <a:ext cx="1164699" cy="588700"/>
                    </a:xfrm>
                    <a:prstGeom prst="rect"/>
                  </pic:spPr>
                </pic:pic>
              </a:graphicData>
            </a:graphic>
          </wp:inline>
        </w:drawing>
      </w:r>
    </w:p>
    <w:p>
      <w:pPr>
        <w:spacing w:before="0" w:after="120" w:line="300" w:lineRule="auto"/>
      </w:pPr>
      <w:r>
        <w:rPr>
          <w:rFonts w:ascii="Times New Roman" w:hAnsi="Times New Roman" w:eastAsia="宋体"/>
          <w:b w:val="0"/>
          <w:i w:val="0"/>
          <w:sz w:val="21"/>
        </w:rPr>
        <w:t>（A）1/2　　（B）π/6　　（C）2/π　　（D）2/3　　（E）3/π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of radius 2 is inscribed in a semicircle, as shown. The area inside the semicircle but outside the circle is shaded. What fraction of the semicircle’s area is shaded?</w:t>
      </w:r>
    </w:p>
    <w:p>
      <w:pPr>
        <w:spacing w:before="80" w:after="80"/>
        <w:jc w:val="center"/>
      </w:pPr>
      <w:r>
        <w:drawing>
          <wp:inline xmlns:a="http://schemas.openxmlformats.org/drawingml/2006/main" xmlns:pic="http://schemas.openxmlformats.org/drawingml/2006/picture">
            <wp:extent cx="1164699" cy="588700"/>
            <wp:docPr id="2" name="Picture 2"/>
            <wp:cNvGraphicFramePr>
              <a:graphicFrameLocks noChangeAspect="1"/>
            </wp:cNvGraphicFramePr>
            <a:graphic>
              <a:graphicData uri="http://schemas.openxmlformats.org/drawingml/2006/picture">
                <pic:pic>
                  <pic:nvPicPr>
                    <pic:cNvPr id="0" name="q06-1@300dpi.png"/>
                    <pic:cNvPicPr/>
                  </pic:nvPicPr>
                  <pic:blipFill>
                    <a:blip r:embed="rId9"/>
                    <a:stretch>
                      <a:fillRect/>
                    </a:stretch>
                  </pic:blipFill>
                  <pic:spPr>
                    <a:xfrm>
                      <a:off x="0" y="0"/>
                      <a:ext cx="1164699" cy="5887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π/6　　(C) 2/π　　(D) 2/3　　(E) 3/π</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一盒牛奶含 2% 脂肪，这比一盒全脂牛奶所含脂肪少 40%。全脂牛奶的脂肪百分比是多少？</w:t>
      </w:r>
    </w:p>
    <w:p>
      <w:pPr>
        <w:spacing w:before="0" w:after="120" w:line="300" w:lineRule="auto"/>
      </w:pPr>
      <w:r>
        <w:rPr>
          <w:rFonts w:ascii="Times New Roman" w:hAnsi="Times New Roman" w:eastAsia="宋体"/>
          <w:b w:val="0"/>
          <w:i w:val="0"/>
          <w:sz w:val="21"/>
        </w:rPr>
        <w:t>（A）12/5　　（B）3　　（C）10/3　　（D）38　　（E）42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carton contains milk that is 2% fat, an amount that is 40% less fat than the amount contained in a carton of whole milk. What is the percentage of fat in whole milk?</w:t>
      </w:r>
    </w:p>
    <w:p>
      <w:pPr>
        <w:spacing w:before="0" w:after="160" w:line="300" w:lineRule="auto"/>
      </w:pPr>
      <w:r>
        <w:rPr>
          <w:rFonts w:ascii="Times New Roman" w:hAnsi="Times New Roman" w:eastAsia="宋体"/>
          <w:b w:val="0"/>
          <w:i w:val="0"/>
          <w:color w:val="333333"/>
          <w:sz w:val="19"/>
        </w:rPr>
        <w:t>(A) 12/5　　(B) 3　　(C) 10/3　　(D) 38　　(E) 42</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Wen 家三代人去看电影，每一代有两人。最年轻一代的两人作为儿童享受 50% 折扣。最年长一代的两人作为老人享受 25% 折扣。中间一代的两人没有折扣。Wen 祖父的一张老人票价为 $6.00，他要为所有人付钱。他一共要付多少美元？</w:t>
      </w:r>
    </w:p>
    <w:p>
      <w:pPr>
        <w:spacing w:before="0" w:after="120" w:line="300" w:lineRule="auto"/>
      </w:pPr>
      <w:r>
        <w:rPr>
          <w:rFonts w:ascii="Times New Roman" w:hAnsi="Times New Roman" w:eastAsia="宋体"/>
          <w:b w:val="0"/>
          <w:i w:val="0"/>
          <w:sz w:val="21"/>
        </w:rPr>
        <w:t>（A）34　　（B）36　　（C）42　　（D）46　　（E）48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generations of the Wen family are going to the movies, two from each generation. The two members of the youngest generation receive a 50% discount as children. The two members of the oldest generation receive a 25% discount as senior citizens. The two members of the middle generation receive no discount. Grandfather Wen, whose senior ticket costs $6.00, is paying for everyone. How many dollars must he pay?</w:t>
      </w:r>
    </w:p>
    <w:p>
      <w:pPr>
        <w:spacing w:before="0" w:after="160" w:line="300" w:lineRule="auto"/>
      </w:pPr>
      <w:r>
        <w:rPr>
          <w:rFonts w:ascii="Times New Roman" w:hAnsi="Times New Roman" w:eastAsia="宋体"/>
          <w:b w:val="0"/>
          <w:i w:val="0"/>
          <w:color w:val="333333"/>
          <w:sz w:val="19"/>
        </w:rPr>
        <w:t>(A) 34　　(B) 36　　(C) 42　　(D) 46　　(E) 48</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正整数 a、b 和 2009 满足 a &lt; b &lt; 2009，并且按这个顺序组成一个公比为整数的等比数列。求 a 的值。</w:t>
      </w:r>
    </w:p>
    <w:p>
      <w:pPr>
        <w:spacing w:before="0" w:after="120" w:line="300" w:lineRule="auto"/>
      </w:pPr>
      <w:r>
        <w:rPr>
          <w:rFonts w:ascii="Times New Roman" w:hAnsi="Times New Roman" w:eastAsia="宋体"/>
          <w:b w:val="0"/>
          <w:i w:val="0"/>
          <w:sz w:val="21"/>
        </w:rPr>
        <w:t>（A）7　　（B）41　　（C）49　　（D）287　　（E）2009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Positive integers a, b, and 2009, with a &lt; b &lt; 2009, form a geometric sequence with an integer ratio. What is a?</w:t>
      </w:r>
    </w:p>
    <w:p>
      <w:pPr>
        <w:spacing w:before="0" w:after="160" w:line="300" w:lineRule="auto"/>
      </w:pPr>
      <w:r>
        <w:rPr>
          <w:rFonts w:ascii="Times New Roman" w:hAnsi="Times New Roman" w:eastAsia="宋体"/>
          <w:b w:val="0"/>
          <w:i w:val="0"/>
          <w:color w:val="333333"/>
          <w:sz w:val="19"/>
        </w:rPr>
        <w:t>(A) 7　　(B) 41　　(C) 49　　(D) 287　　(E) 2009</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三角形 ABC 在 B 处为直角。点 D 是从 B 向斜边作高的垂足，且 AD = 3、DC = 4。△ ABC 的面积是多少？</w:t>
      </w:r>
    </w:p>
    <w:p>
      <w:pPr>
        <w:spacing w:before="80" w:after="80"/>
        <w:jc w:val="center"/>
      </w:pPr>
      <w:r>
        <w:drawing>
          <wp:inline xmlns:a="http://schemas.openxmlformats.org/drawingml/2006/main" xmlns:pic="http://schemas.openxmlformats.org/drawingml/2006/picture">
            <wp:extent cx="1683571" cy="1382972"/>
            <wp:docPr id="3" name="Picture 3"/>
            <wp:cNvGraphicFramePr>
              <a:graphicFrameLocks noChangeAspect="1"/>
            </wp:cNvGraphicFramePr>
            <a:graphic>
              <a:graphicData uri="http://schemas.openxmlformats.org/drawingml/2006/picture">
                <pic:pic>
                  <pic:nvPicPr>
                    <pic:cNvPr id="0" name="q10-1@300dpi.png"/>
                    <pic:cNvPicPr/>
                  </pic:nvPicPr>
                  <pic:blipFill>
                    <a:blip r:embed="rId10"/>
                    <a:stretch>
                      <a:fillRect/>
                    </a:stretch>
                  </pic:blipFill>
                  <pic:spPr>
                    <a:xfrm>
                      <a:off x="0" y="0"/>
                      <a:ext cx="1683571" cy="1382972"/>
                    </a:xfrm>
                    <a:prstGeom prst="rect"/>
                  </pic:spPr>
                </pic:pic>
              </a:graphicData>
            </a:graphic>
          </wp:inline>
        </w:drawing>
      </w:r>
    </w:p>
    <w:p>
      <w:pPr>
        <w:spacing w:before="0" w:after="120" w:line="300" w:lineRule="auto"/>
      </w:pPr>
      <w:r>
        <w:rPr>
          <w:rFonts w:ascii="Times New Roman" w:hAnsi="Times New Roman" w:eastAsia="宋体"/>
          <w:b w:val="0"/>
          <w:i w:val="0"/>
          <w:sz w:val="21"/>
        </w:rPr>
        <w:t>（A）4√(3)　　（B）7√(3)　　（C）21　　（D）14√(3)　　（E）42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has a right angle at B. Point D is the foot of the altitude from B, AD = 3, and DC = 4. What is the area of △ ABC?</w:t>
      </w:r>
    </w:p>
    <w:p>
      <w:pPr>
        <w:spacing w:before="80" w:after="80"/>
        <w:jc w:val="center"/>
      </w:pPr>
      <w:r>
        <w:drawing>
          <wp:inline xmlns:a="http://schemas.openxmlformats.org/drawingml/2006/main" xmlns:pic="http://schemas.openxmlformats.org/drawingml/2006/picture">
            <wp:extent cx="1683571" cy="1382972"/>
            <wp:docPr id="4" name="Picture 4"/>
            <wp:cNvGraphicFramePr>
              <a:graphicFrameLocks noChangeAspect="1"/>
            </wp:cNvGraphicFramePr>
            <a:graphic>
              <a:graphicData uri="http://schemas.openxmlformats.org/drawingml/2006/picture">
                <pic:pic>
                  <pic:nvPicPr>
                    <pic:cNvPr id="0" name="q10-1@300dpi.png"/>
                    <pic:cNvPicPr/>
                  </pic:nvPicPr>
                  <pic:blipFill>
                    <a:blip r:embed="rId10"/>
                    <a:stretch>
                      <a:fillRect/>
                    </a:stretch>
                  </pic:blipFill>
                  <pic:spPr>
                    <a:xfrm>
                      <a:off x="0" y="0"/>
                      <a:ext cx="1683571" cy="138297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4√(3)　　(B) 7√(3)　　(C) 21　　(D) 14√(3)　　(E) 42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一个立方体的一条边增加 1，另一条边减少 1，第三条边不变。新的长方体体积比原立方体体积少 5。原立方体的体积是多少？</w:t>
      </w:r>
    </w:p>
    <w:p>
      <w:pPr>
        <w:spacing w:before="0" w:after="120" w:line="300" w:lineRule="auto"/>
      </w:pPr>
      <w:r>
        <w:rPr>
          <w:rFonts w:ascii="Times New Roman" w:hAnsi="Times New Roman" w:eastAsia="宋体"/>
          <w:b w:val="0"/>
          <w:i w:val="0"/>
          <w:sz w:val="21"/>
        </w:rPr>
        <w:t>（A）8　　（B）27　　（C）64　　（D）125　　（E）216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dimension of a cube is increased by 1, another is decreased by 1, and the third is left unchanged. The volume of the new rectangular solid is 5 less than that of the cube. What was the volume of the cube?</w:t>
      </w:r>
    </w:p>
    <w:p>
      <w:pPr>
        <w:spacing w:before="0" w:after="160" w:line="300" w:lineRule="auto"/>
      </w:pPr>
      <w:r>
        <w:rPr>
          <w:rFonts w:ascii="Times New Roman" w:hAnsi="Times New Roman" w:eastAsia="宋体"/>
          <w:b w:val="0"/>
          <w:i w:val="0"/>
          <w:color w:val="333333"/>
          <w:sz w:val="19"/>
        </w:rPr>
        <w:t>(A) 8　　(B) 27　　(C) 64　　(D) 125　　(E) 216</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在四边形 ABCD 中，AB = 5、BC = 17、CD = 5、DA = 9，且 BD 是整数。BD 是多少？</w:t>
      </w:r>
    </w:p>
    <w:p>
      <w:pPr>
        <w:spacing w:before="80" w:after="80"/>
        <w:jc w:val="center"/>
      </w:pPr>
      <w:r>
        <w:drawing>
          <wp:inline xmlns:a="http://schemas.openxmlformats.org/drawingml/2006/main" xmlns:pic="http://schemas.openxmlformats.org/drawingml/2006/picture">
            <wp:extent cx="2225847" cy="575448"/>
            <wp:docPr id="5" name="Picture 5"/>
            <wp:cNvGraphicFramePr>
              <a:graphicFrameLocks noChangeAspect="1"/>
            </wp:cNvGraphicFramePr>
            <a:graphic>
              <a:graphicData uri="http://schemas.openxmlformats.org/drawingml/2006/picture">
                <pic:pic>
                  <pic:nvPicPr>
                    <pic:cNvPr id="0" name="q12-1@300dpi.png"/>
                    <pic:cNvPicPr/>
                  </pic:nvPicPr>
                  <pic:blipFill>
                    <a:blip r:embed="rId11"/>
                    <a:stretch>
                      <a:fillRect/>
                    </a:stretch>
                  </pic:blipFill>
                  <pic:spPr>
                    <a:xfrm>
                      <a:off x="0" y="0"/>
                      <a:ext cx="2225847" cy="575448"/>
                    </a:xfrm>
                    <a:prstGeom prst="rect"/>
                  </pic:spPr>
                </pic:pic>
              </a:graphicData>
            </a:graphic>
          </wp:inline>
        </w:drawing>
      </w:r>
    </w:p>
    <w:p>
      <w:pPr>
        <w:spacing w:before="0" w:after="120" w:line="300" w:lineRule="auto"/>
      </w:pPr>
      <w:r>
        <w:rPr>
          <w:rFonts w:ascii="Times New Roman" w:hAnsi="Times New Roman" w:eastAsia="宋体"/>
          <w:b w:val="0"/>
          <w:i w:val="0"/>
          <w:sz w:val="21"/>
        </w:rPr>
        <w:t>（A）11　　（B）12　　（C）13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quadrilateral ABCD, AB = 5, BC = 17, CD = 5, DA = 9, and BD is an integer. What is BD?</w:t>
      </w:r>
    </w:p>
    <w:p>
      <w:pPr>
        <w:spacing w:before="80" w:after="80"/>
        <w:jc w:val="center"/>
      </w:pPr>
      <w:r>
        <w:drawing>
          <wp:inline xmlns:a="http://schemas.openxmlformats.org/drawingml/2006/main" xmlns:pic="http://schemas.openxmlformats.org/drawingml/2006/picture">
            <wp:extent cx="2225847" cy="575448"/>
            <wp:docPr id="6" name="Picture 6"/>
            <wp:cNvGraphicFramePr>
              <a:graphicFrameLocks noChangeAspect="1"/>
            </wp:cNvGraphicFramePr>
            <a:graphic>
              <a:graphicData uri="http://schemas.openxmlformats.org/drawingml/2006/picture">
                <pic:pic>
                  <pic:nvPicPr>
                    <pic:cNvPr id="0" name="q12-1@300dpi.png"/>
                    <pic:cNvPicPr/>
                  </pic:nvPicPr>
                  <pic:blipFill>
                    <a:blip r:embed="rId11"/>
                    <a:stretch>
                      <a:fillRect/>
                    </a:stretch>
                  </pic:blipFill>
                  <pic:spPr>
                    <a:xfrm>
                      <a:off x="0" y="0"/>
                      <a:ext cx="2225847" cy="57544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11　　(B) 12　　(C) 13　　(D) 14　　(E) 15</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设 P = 2ᵐ、Q = 3ⁿ。下列哪一项对任意整数对 (m, n) 都等于 12ᵐⁿ？</w:t>
      </w:r>
    </w:p>
    <w:p>
      <w:pPr>
        <w:spacing w:before="0" w:after="120" w:line="300" w:lineRule="auto"/>
      </w:pPr>
      <w:r>
        <w:rPr>
          <w:rFonts w:ascii="Times New Roman" w:hAnsi="Times New Roman" w:eastAsia="宋体"/>
          <w:b w:val="0"/>
          <w:i w:val="0"/>
          <w:sz w:val="21"/>
        </w:rPr>
        <w:t>（A）P² Q　　（B）Pⁿ Qᵐ　　（C）Pⁿ Q²ᵐ　　（D）P²ᵐ Qⁿ　　（E）P²ⁿ Qᵐ</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P = 2ᵐ and Q = 3ⁿ. Which of the following is equal to 12ᵐⁿ for every pair of integers (m, n)?</w:t>
      </w:r>
    </w:p>
    <w:p>
      <w:pPr>
        <w:spacing w:before="0" w:after="160" w:line="300" w:lineRule="auto"/>
      </w:pPr>
      <w:r>
        <w:rPr>
          <w:rFonts w:ascii="Times New Roman" w:hAnsi="Times New Roman" w:eastAsia="宋体"/>
          <w:b w:val="0"/>
          <w:i w:val="0"/>
          <w:color w:val="333333"/>
          <w:sz w:val="19"/>
        </w:rPr>
        <w:t>(A) P² Q　　(B) Pⁿ Qᵐ　　(C) Pⁿ Q²ᵐ　　(D) P²ᵐ Qⁿ　　(E) P²ⁿ Qᵐ</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四个全等的长方形如图摆放。外部正方形的面积是内部正方形面积的 4 倍。每个长方形长边与短边的比是多少？</w:t>
      </w:r>
    </w:p>
    <w:p>
      <w:pPr>
        <w:spacing w:before="80" w:after="80"/>
        <w:jc w:val="center"/>
      </w:pPr>
      <w:r>
        <w:drawing>
          <wp:inline xmlns:a="http://schemas.openxmlformats.org/drawingml/2006/main" xmlns:pic="http://schemas.openxmlformats.org/drawingml/2006/picture">
            <wp:extent cx="1164699" cy="1164700"/>
            <wp:docPr id="7" name="Picture 7"/>
            <wp:cNvGraphicFramePr>
              <a:graphicFrameLocks noChangeAspect="1"/>
            </wp:cNvGraphicFramePr>
            <a:graphic>
              <a:graphicData uri="http://schemas.openxmlformats.org/drawingml/2006/picture">
                <pic:pic>
                  <pic:nvPicPr>
                    <pic:cNvPr id="0" name="q14-1@300dpi.png"/>
                    <pic:cNvPicPr/>
                  </pic:nvPicPr>
                  <pic:blipFill>
                    <a:blip r:embed="rId12"/>
                    <a:stretch>
                      <a:fillRect/>
                    </a:stretch>
                  </pic:blipFill>
                  <pic:spPr>
                    <a:xfrm>
                      <a:off x="0" y="0"/>
                      <a:ext cx="1164699" cy="1164700"/>
                    </a:xfrm>
                    <a:prstGeom prst="rect"/>
                  </pic:spPr>
                </pic:pic>
              </a:graphicData>
            </a:graphic>
          </wp:inline>
        </w:drawing>
      </w:r>
    </w:p>
    <w:p>
      <w:pPr>
        <w:spacing w:before="0" w:after="120" w:line="300" w:lineRule="auto"/>
      </w:pPr>
      <w:r>
        <w:rPr>
          <w:rFonts w:ascii="Times New Roman" w:hAnsi="Times New Roman" w:eastAsia="宋体"/>
          <w:b w:val="0"/>
          <w:i w:val="0"/>
          <w:sz w:val="21"/>
        </w:rPr>
        <w:t>（A）3　　（B）√(10)　　（C）2 + √(2)　　（D）2√(3)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congruent rectangles are placed as shown. The area of the outer square is 4 times that of the inner square. What is the ratio of the length of the longer side of each rectangle to the length of its shorter side?</w:t>
      </w:r>
    </w:p>
    <w:p>
      <w:pPr>
        <w:spacing w:before="80" w:after="80"/>
        <w:jc w:val="center"/>
      </w:pPr>
      <w:r>
        <w:drawing>
          <wp:inline xmlns:a="http://schemas.openxmlformats.org/drawingml/2006/main" xmlns:pic="http://schemas.openxmlformats.org/drawingml/2006/picture">
            <wp:extent cx="1164699" cy="1164700"/>
            <wp:docPr id="8" name="Picture 8"/>
            <wp:cNvGraphicFramePr>
              <a:graphicFrameLocks noChangeAspect="1"/>
            </wp:cNvGraphicFramePr>
            <a:graphic>
              <a:graphicData uri="http://schemas.openxmlformats.org/drawingml/2006/picture">
                <pic:pic>
                  <pic:nvPicPr>
                    <pic:cNvPr id="0" name="q14-1@300dpi.png"/>
                    <pic:cNvPicPr/>
                  </pic:nvPicPr>
                  <pic:blipFill>
                    <a:blip r:embed="rId12"/>
                    <a:stretch>
                      <a:fillRect/>
                    </a:stretch>
                  </pic:blipFill>
                  <pic:spPr>
                    <a:xfrm>
                      <a:off x="0" y="0"/>
                      <a:ext cx="1164699" cy="11647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　　(B) √(10)　　(C) 2 + √(2)　　(D) 2√(3)　　(E) 4</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图中的 F₁、F₂、F₃ 和 F₄ 是一个图形序列的前几项。当 n ≥ 3 时，Fₙ 由 Fₙ₋₁ 构造而成：在它外面围上一个正方形，并且新正方形每条边上的菱形数量比 Fₙ₋₁ 外部正方形每条边上的菱形数量多一个。例如，图形 F₃ 有 13 个菱形。图形 F₂₀ 中有多少个菱形？</w:t>
      </w:r>
    </w:p>
    <w:p>
      <w:pPr>
        <w:spacing w:before="80" w:after="80"/>
        <w:jc w:val="center"/>
      </w:pPr>
      <w:r>
        <w:drawing>
          <wp:inline xmlns:a="http://schemas.openxmlformats.org/drawingml/2006/main" xmlns:pic="http://schemas.openxmlformats.org/drawingml/2006/picture">
            <wp:extent cx="2964216" cy="1322635"/>
            <wp:docPr id="9" name="Picture 9"/>
            <wp:cNvGraphicFramePr>
              <a:graphicFrameLocks noChangeAspect="1"/>
            </wp:cNvGraphicFramePr>
            <a:graphic>
              <a:graphicData uri="http://schemas.openxmlformats.org/drawingml/2006/picture">
                <pic:pic>
                  <pic:nvPicPr>
                    <pic:cNvPr id="0" name="q15-1@300dpi.png"/>
                    <pic:cNvPicPr/>
                  </pic:nvPicPr>
                  <pic:blipFill>
                    <a:blip r:embed="rId13"/>
                    <a:stretch>
                      <a:fillRect/>
                    </a:stretch>
                  </pic:blipFill>
                  <pic:spPr>
                    <a:xfrm>
                      <a:off x="0" y="0"/>
                      <a:ext cx="2964216" cy="1322635"/>
                    </a:xfrm>
                    <a:prstGeom prst="rect"/>
                  </pic:spPr>
                </pic:pic>
              </a:graphicData>
            </a:graphic>
          </wp:inline>
        </w:drawing>
      </w:r>
    </w:p>
    <w:p>
      <w:pPr>
        <w:spacing w:before="0" w:after="120" w:line="300" w:lineRule="auto"/>
      </w:pPr>
      <w:r>
        <w:rPr>
          <w:rFonts w:ascii="Times New Roman" w:hAnsi="Times New Roman" w:eastAsia="宋体"/>
          <w:b w:val="0"/>
          <w:i w:val="0"/>
          <w:sz w:val="21"/>
        </w:rPr>
        <w:t>（A）401　　（B）485　　（C）585　　（D）626　　（E）761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figures F₁, F₂, F₃, and F₄ shown are the first in a sequence of figures. For n ≥ 3, Fₙ is constructed from Fₙ₋₁ by surrounding it with a square and placing one more diamond on each side of the new square than Fₙ₋₁ had on each side of its outside square. For example, figure F₃ has 13 diamonds. How many diamonds are there in figure F₂₀?</w:t>
      </w:r>
    </w:p>
    <w:p>
      <w:pPr>
        <w:spacing w:before="80" w:after="80"/>
        <w:jc w:val="center"/>
      </w:pPr>
      <w:r>
        <w:drawing>
          <wp:inline xmlns:a="http://schemas.openxmlformats.org/drawingml/2006/main" xmlns:pic="http://schemas.openxmlformats.org/drawingml/2006/picture">
            <wp:extent cx="2964216" cy="1322635"/>
            <wp:docPr id="10" name="Picture 10"/>
            <wp:cNvGraphicFramePr>
              <a:graphicFrameLocks noChangeAspect="1"/>
            </wp:cNvGraphicFramePr>
            <a:graphic>
              <a:graphicData uri="http://schemas.openxmlformats.org/drawingml/2006/picture">
                <pic:pic>
                  <pic:nvPicPr>
                    <pic:cNvPr id="0" name="q15-1@300dpi.png"/>
                    <pic:cNvPicPr/>
                  </pic:nvPicPr>
                  <pic:blipFill>
                    <a:blip r:embed="rId13"/>
                    <a:stretch>
                      <a:fillRect/>
                    </a:stretch>
                  </pic:blipFill>
                  <pic:spPr>
                    <a:xfrm>
                      <a:off x="0" y="0"/>
                      <a:ext cx="2964216" cy="132263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401　　(B) 485　　(C) 585　　(D) 626　　(E) 761</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设 a、b、c、d 为实数，且 |a - b| = 2、|b - c| = 3、|c - d| = 4。|a - d| 所有可能值的和是多少？</w:t>
      </w:r>
    </w:p>
    <w:p>
      <w:pPr>
        <w:spacing w:before="0" w:after="120" w:line="300" w:lineRule="auto"/>
      </w:pPr>
      <w:r>
        <w:rPr>
          <w:rFonts w:ascii="Times New Roman" w:hAnsi="Times New Roman" w:eastAsia="宋体"/>
          <w:b w:val="0"/>
          <w:i w:val="0"/>
          <w:sz w:val="21"/>
        </w:rPr>
        <w:t>（A）9　　（B）12　　（C）15　　（D）18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c, and d be real numbers with |a - b| = 2, |b - c| = 3, and |c - d| = 4. What is the sum of all possible values of |a - d|?</w:t>
      </w:r>
    </w:p>
    <w:p>
      <w:pPr>
        <w:spacing w:before="0" w:after="160" w:line="300" w:lineRule="auto"/>
      </w:pPr>
      <w:r>
        <w:rPr>
          <w:rFonts w:ascii="Times New Roman" w:hAnsi="Times New Roman" w:eastAsia="宋体"/>
          <w:b w:val="0"/>
          <w:i w:val="0"/>
          <w:color w:val="333333"/>
          <w:sz w:val="19"/>
        </w:rPr>
        <w:t>(A) 9　　(B) 12　　(C) 15　　(D) 18　　(E) 24</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长方形 ABCD 中，AB = 4，BC = 3。过 B 作线段 EF，使得 EF ⊥ DB，并且 A 和 C 分别在 DE 和 DF 上。EF 是多少？</w:t>
      </w:r>
    </w:p>
    <w:p>
      <w:pPr>
        <w:spacing w:before="0" w:after="120" w:line="300" w:lineRule="auto"/>
      </w:pPr>
      <w:r>
        <w:rPr>
          <w:rFonts w:ascii="Times New Roman" w:hAnsi="Times New Roman" w:eastAsia="宋体"/>
          <w:b w:val="0"/>
          <w:i w:val="0"/>
          <w:sz w:val="21"/>
        </w:rPr>
        <w:t>（A）9　　（B）10　　（C）125/12　　（D）103/9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Rectangle ABCD has AB = 4 and BC = 3. Segment EF is constructed through B so that EF ⊥ DB, and A and C lie on DE and DF, respectively. What is EF?</w:t>
      </w:r>
    </w:p>
    <w:p>
      <w:pPr>
        <w:spacing w:before="0" w:after="160" w:line="300" w:lineRule="auto"/>
      </w:pPr>
      <w:r>
        <w:rPr>
          <w:rFonts w:ascii="Times New Roman" w:hAnsi="Times New Roman" w:eastAsia="宋体"/>
          <w:b w:val="0"/>
          <w:i w:val="0"/>
          <w:color w:val="333333"/>
          <w:sz w:val="19"/>
        </w:rPr>
        <w:t>(A) 9　　(B) 10　　(C) 125/12　　(D) 103/9　　(E) 12</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在 Jefferson 夏令营，60% 的孩子踢足球，30% 的孩子游泳，并且 40% 的足球队员游泳。四舍五入到最接近的整数百分比，不游泳的孩子中有百分之多少踢足球？</w:t>
      </w:r>
    </w:p>
    <w:p>
      <w:pPr>
        <w:spacing w:before="0" w:after="120" w:line="300" w:lineRule="auto"/>
      </w:pPr>
      <w:r>
        <w:rPr>
          <w:rFonts w:ascii="Times New Roman" w:hAnsi="Times New Roman" w:eastAsia="宋体"/>
          <w:b w:val="0"/>
          <w:i w:val="0"/>
          <w:sz w:val="21"/>
        </w:rPr>
        <w:t>（A）30%　　（B）40%　　（C）49%　　（D）51%　　（E）70%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Jefferson Summer Camp, 60% of the children play soccer, 30% of the children swim, and 40% of the soccer players swim. To the nearest whole percent, what percent of the non-swimmers play soccer?</w:t>
      </w:r>
    </w:p>
    <w:p>
      <w:pPr>
        <w:spacing w:before="0" w:after="160" w:line="300" w:lineRule="auto"/>
      </w:pPr>
      <w:r>
        <w:rPr>
          <w:rFonts w:ascii="Times New Roman" w:hAnsi="Times New Roman" w:eastAsia="宋体"/>
          <w:b w:val="0"/>
          <w:i w:val="0"/>
          <w:color w:val="333333"/>
          <w:sz w:val="19"/>
        </w:rPr>
        <w:t>(A) 30%　　(B) 40%　　(C) 49%　　(D) 51%　　(E) 70%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圆 A 的半径为 100。圆 B 的半径 r &lt; 100 是整数，并且在圆 A 内部相切地沿圆 A 的圆周滚动一圈。圆 B 旅程开始和结束时，两圆有相同的切点。r 可能有多少个值？</w:t>
      </w:r>
    </w:p>
    <w:p>
      <w:pPr>
        <w:spacing w:before="0" w:after="120" w:line="300" w:lineRule="auto"/>
      </w:pPr>
      <w:r>
        <w:rPr>
          <w:rFonts w:ascii="Times New Roman" w:hAnsi="Times New Roman" w:eastAsia="宋体"/>
          <w:b w:val="0"/>
          <w:i w:val="0"/>
          <w:sz w:val="21"/>
        </w:rPr>
        <w:t>（A）4　　（B）8　　（C）9　　（D）50　　（E）90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 A has radius 100. Circle B has an integer radius r &lt; 100 and remains internally tangent to circle A as it rolls once around the circumference of circle A. The two circles have the same points of tangency at the beginning and end of circle B’s trip. How many possible values can r have?</w:t>
      </w:r>
    </w:p>
    <w:p>
      <w:pPr>
        <w:spacing w:before="0" w:after="160" w:line="300" w:lineRule="auto"/>
      </w:pPr>
      <w:r>
        <w:rPr>
          <w:rFonts w:ascii="Times New Roman" w:hAnsi="Times New Roman" w:eastAsia="宋体"/>
          <w:b w:val="0"/>
          <w:i w:val="0"/>
          <w:color w:val="333333"/>
          <w:sz w:val="19"/>
        </w:rPr>
        <w:t>(A) 4　　(B) 8　　(C) 9　　(D) 50　　(E) 90</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Andrea 和 Lauren 相距 20 千米。她们骑自行车相向而行，其中 Andrea 的速度是 Lauren 的三倍，两人之间的距离以每分钟 1 千米的速度缩短。5 分钟后，Andrea 因爆胎停止骑行并等待 Lauren。从她们开始骑车算起，Lauren 过多少分钟到达 Andrea 所在位置？</w:t>
      </w:r>
    </w:p>
    <w:p>
      <w:pPr>
        <w:spacing w:before="0" w:after="120" w:line="300" w:lineRule="auto"/>
      </w:pPr>
      <w:r>
        <w:rPr>
          <w:rFonts w:ascii="Times New Roman" w:hAnsi="Times New Roman" w:eastAsia="宋体"/>
          <w:b w:val="0"/>
          <w:i w:val="0"/>
          <w:sz w:val="21"/>
        </w:rPr>
        <w:t>（A）20　　（B）30　　（C）55　　（D）65　　（E）80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Andrea and Lauren are 20 kilometers apart. They bike toward one another with Andrea traveling three times as fast as Lauren, and the distance between them decreasing at a rate of 1 kilometer per minute. After 5 minutes, Andrea stops biking because of a flat tire and waits for Lauren. After how many minutes from the time they started to bike does Lauren reach Andrea?</w:t>
      </w:r>
    </w:p>
    <w:p>
      <w:pPr>
        <w:spacing w:before="0" w:after="160" w:line="300" w:lineRule="auto"/>
      </w:pPr>
      <w:r>
        <w:rPr>
          <w:rFonts w:ascii="Times New Roman" w:hAnsi="Times New Roman" w:eastAsia="宋体"/>
          <w:b w:val="0"/>
          <w:i w:val="0"/>
          <w:color w:val="333333"/>
          <w:sz w:val="19"/>
        </w:rPr>
        <w:t>(A) 20　　(B) 30　　(C) 55　　(D) 65　　(E) 80</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许多哥特式大教堂的窗户中，有一些部分含有一圈全等小圆，并由一个大圆外接。在图中，小圆的数量为四个。四个小圆的面积之和与大圆面积的比是多少？</w:t>
      </w:r>
    </w:p>
    <w:p>
      <w:pPr>
        <w:spacing w:before="80" w:after="80"/>
        <w:jc w:val="center"/>
      </w:pPr>
      <w:r>
        <w:drawing>
          <wp:inline xmlns:a="http://schemas.openxmlformats.org/drawingml/2006/main" xmlns:pic="http://schemas.openxmlformats.org/drawingml/2006/picture">
            <wp:extent cx="2098580" cy="2098580"/>
            <wp:docPr id="11" name="Picture 11"/>
            <wp:cNvGraphicFramePr>
              <a:graphicFrameLocks noChangeAspect="1"/>
            </wp:cNvGraphicFramePr>
            <a:graphic>
              <a:graphicData uri="http://schemas.openxmlformats.org/drawingml/2006/picture">
                <pic:pic>
                  <pic:nvPicPr>
                    <pic:cNvPr id="0" name="q21-1@300dpi.png"/>
                    <pic:cNvPicPr/>
                  </pic:nvPicPr>
                  <pic:blipFill>
                    <a:blip r:embed="rId14"/>
                    <a:stretch>
                      <a:fillRect/>
                    </a:stretch>
                  </pic:blipFill>
                  <pic:spPr>
                    <a:xfrm>
                      <a:off x="0" y="0"/>
                      <a:ext cx="2098580" cy="2098580"/>
                    </a:xfrm>
                    <a:prstGeom prst="rect"/>
                  </pic:spPr>
                </pic:pic>
              </a:graphicData>
            </a:graphic>
          </wp:inline>
        </w:drawing>
      </w:r>
    </w:p>
    <w:p>
      <w:pPr>
        <w:spacing w:before="0" w:after="120" w:line="300" w:lineRule="auto"/>
      </w:pPr>
      <w:r>
        <w:rPr>
          <w:rFonts w:ascii="Times New Roman" w:hAnsi="Times New Roman" w:eastAsia="宋体"/>
          <w:b w:val="0"/>
          <w:i w:val="0"/>
          <w:sz w:val="21"/>
        </w:rPr>
        <w:t>（A）3 - 2√(2)　　（B）2 - √(2)　　（C）4(3 - 2√(2))　　（D）1/2(3 - √(2))　　（E）2√(2) - 2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Many Gothic cathedrals have windows with portions containing a ring of congruent circles that are circumscribed by a larger circle. In the figure shown, the number of smaller circles is four. What is the ratio of the sum of the areas of the four smaller circles to the area of the larger circle?</w:t>
      </w:r>
    </w:p>
    <w:p>
      <w:pPr>
        <w:spacing w:before="80" w:after="80"/>
        <w:jc w:val="center"/>
      </w:pPr>
      <w:r>
        <w:drawing>
          <wp:inline xmlns:a="http://schemas.openxmlformats.org/drawingml/2006/main" xmlns:pic="http://schemas.openxmlformats.org/drawingml/2006/picture">
            <wp:extent cx="2098580" cy="2098580"/>
            <wp:docPr id="12" name="Picture 12"/>
            <wp:cNvGraphicFramePr>
              <a:graphicFrameLocks noChangeAspect="1"/>
            </wp:cNvGraphicFramePr>
            <a:graphic>
              <a:graphicData uri="http://schemas.openxmlformats.org/drawingml/2006/picture">
                <pic:pic>
                  <pic:nvPicPr>
                    <pic:cNvPr id="0" name="q21-1@300dpi.png"/>
                    <pic:cNvPicPr/>
                  </pic:nvPicPr>
                  <pic:blipFill>
                    <a:blip r:embed="rId14"/>
                    <a:stretch>
                      <a:fillRect/>
                    </a:stretch>
                  </pic:blipFill>
                  <pic:spPr>
                    <a:xfrm>
                      <a:off x="0" y="0"/>
                      <a:ext cx="2098580" cy="209858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3 - 2√(2)　　(B) 2 - √(2)　　(C) 4(3 - 2√(2))　　(D) 1/2(3 - √(2))　　(E) 2√(2) - 2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两个立方体骰子各有可拆卸的数字 1 到 6。把两个骰子上的十二个数字拆下放入袋中，然后一次抽出一个，随机重新贴到两个立方体的面上，每面贴一个数字。随后掷这两个骰子，并把两个顶面上的数字相加。和为 7 的概率是多少？</w:t>
      </w:r>
    </w:p>
    <w:p>
      <w:pPr>
        <w:spacing w:before="0" w:after="120" w:line="300" w:lineRule="auto"/>
      </w:pPr>
      <w:r>
        <w:rPr>
          <w:rFonts w:ascii="Times New Roman" w:hAnsi="Times New Roman" w:eastAsia="宋体"/>
          <w:b w:val="0"/>
          <w:i w:val="0"/>
          <w:sz w:val="21"/>
        </w:rPr>
        <w:t>（A）1/9　　（B）1/8　　（C）1/6　　（D）2/11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cubical dice each have removable numbers 1 through 6. The twelve numbers on the two dice are removed, put into a bag, then drawn one at a time and randomly reattached to the faces of the cubes, one number to each face. The dice are then rolled and the numbers on the two top faces are added. What is the probability that the sum is 7?</w:t>
      </w:r>
    </w:p>
    <w:p>
      <w:pPr>
        <w:spacing w:before="0" w:after="160" w:line="300" w:lineRule="auto"/>
      </w:pPr>
      <w:r>
        <w:rPr>
          <w:rFonts w:ascii="Times New Roman" w:hAnsi="Times New Roman" w:eastAsia="宋体"/>
          <w:b w:val="0"/>
          <w:i w:val="0"/>
          <w:color w:val="333333"/>
          <w:sz w:val="19"/>
        </w:rPr>
        <w:t>(A) 1/9　　(B) 1/8　　(C) 1/6　　(D) 2/11　　(E) 1/5</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凸四边形 ABCD 满足 AB = 9、CD = 12。对角线 AC 和 BD 交于 E，AC = 14，并且 △ AED 与 △ BEC 面积相等。AE 是多少？</w:t>
      </w:r>
    </w:p>
    <w:p>
      <w:pPr>
        <w:spacing w:before="0" w:after="120" w:line="300" w:lineRule="auto"/>
      </w:pPr>
      <w:r>
        <w:rPr>
          <w:rFonts w:ascii="Times New Roman" w:hAnsi="Times New Roman" w:eastAsia="宋体"/>
          <w:b w:val="0"/>
          <w:i w:val="0"/>
          <w:sz w:val="21"/>
        </w:rPr>
        <w:t>（A）9/2　　（B）50/11　　（C）21/4　　（D）17/3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Convex quadrilateral ABCD has AB = 9 and CD = 12. Diagonals AC and BD intersect at E, AC = 14, and △ AED and △ BEC have equal areas. What is AE?</w:t>
      </w:r>
    </w:p>
    <w:p>
      <w:pPr>
        <w:spacing w:before="0" w:after="160" w:line="300" w:lineRule="auto"/>
      </w:pPr>
      <w:r>
        <w:rPr>
          <w:rFonts w:ascii="Times New Roman" w:hAnsi="Times New Roman" w:eastAsia="宋体"/>
          <w:b w:val="0"/>
          <w:i w:val="0"/>
          <w:color w:val="333333"/>
          <w:sz w:val="19"/>
        </w:rPr>
        <w:t>(A) 9/2　　(B) 50/11　　(C) 21/4　　(D) 17/3　　(E) 6</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从一个立方体的顶点中随机选择三个不同顶点。由这三个顶点确定的平面包含立方体内部点的概率是多少？</w:t>
      </w:r>
    </w:p>
    <w:p>
      <w:pPr>
        <w:spacing w:before="0" w:after="120" w:line="300" w:lineRule="auto"/>
      </w:pPr>
      <w:r>
        <w:rPr>
          <w:rFonts w:ascii="Times New Roman" w:hAnsi="Times New Roman" w:eastAsia="宋体"/>
          <w:b w:val="0"/>
          <w:i w:val="0"/>
          <w:sz w:val="21"/>
        </w:rPr>
        <w:t>（A）1/4　　（B）3/8　　（C）4/7　　（D）5/7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distinct vertices of a cube are chosen at random. What is the probability that the plane determined by these three vertices contains points inside the cube?</w:t>
      </w:r>
    </w:p>
    <w:p>
      <w:pPr>
        <w:spacing w:before="0" w:after="160" w:line="300" w:lineRule="auto"/>
      </w:pPr>
      <w:r>
        <w:rPr>
          <w:rFonts w:ascii="Times New Roman" w:hAnsi="Times New Roman" w:eastAsia="宋体"/>
          <w:b w:val="0"/>
          <w:i w:val="0"/>
          <w:color w:val="333333"/>
          <w:sz w:val="19"/>
        </w:rPr>
        <w:t>(A) 1/4　　(B) 3/8　　(C) 4/7　　(D) 5/7　　(E) 3/4</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对 k &gt; 0，令 Iₖ = 10…064，其中 1 和 6 之间有 k 个零。设 N(k) 为 Iₖ 的质因数分解中因数 2 的个数。N(k) 的最大值是多少？</w:t>
      </w:r>
    </w:p>
    <w:p>
      <w:pPr>
        <w:spacing w:before="0" w:after="120" w:line="300" w:lineRule="auto"/>
      </w:pPr>
      <w:r>
        <w:rPr>
          <w:rFonts w:ascii="Times New Roman" w:hAnsi="Times New Roman" w:eastAsia="宋体"/>
          <w:b w:val="0"/>
          <w:i w:val="0"/>
          <w:sz w:val="21"/>
        </w:rPr>
        <w:t>（A）6　　（B）7　　（C）8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k &gt; 0, let Iₖ = 10…064, where there are k zeros between the 1 and the 6. Let N(k) be the number of factors of 2 in the prime factorization of Iₖ. What is the maximum value of N(k)?</w:t>
      </w:r>
    </w:p>
    <w:p>
      <w:pPr>
        <w:spacing w:before="0" w:after="160" w:line="300" w:lineRule="auto"/>
      </w:pPr>
      <w:r>
        <w:rPr>
          <w:rFonts w:ascii="Times New Roman" w:hAnsi="Times New Roman" w:eastAsia="宋体"/>
          <w:b w:val="0"/>
          <w:i w:val="0"/>
          <w:color w:val="333333"/>
          <w:sz w:val="19"/>
        </w:rPr>
        <w:t>(A) 6　　(B) 7　　(C) 8　　(D) 9　　(E) 10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A　C　A　E　A　C　B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D　C　E　A　E　D　C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B　D　C　D　E　C　B</w:t>
      </w:r>
    </w:p>
    <w:p>
      <w:pPr>
        <w:spacing w:before="0" w:after="200" w:line="300" w:lineRule="auto"/>
      </w:pPr>
      <w:r>
        <w:rPr>
          <w:rFonts w:ascii="Times New Roman" w:hAnsi="Times New Roman" w:eastAsia="宋体"/>
          <w:b w:val="0"/>
          <w:i w:val="0"/>
          <w:color w:val="666666"/>
          <w:sz w:val="18"/>
        </w:rPr>
        <w:t>答案串：EACAEACBBBDCEAEDCDBDCDECB</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因为 128/12 = 102/3，十罐只能装 120 盎司，不够。</w:t>
      </w:r>
    </w:p>
    <w:p>
      <w:pPr>
        <w:spacing w:before="0" w:after="80" w:line="300" w:lineRule="auto"/>
        <w:jc w:val="left"/>
      </w:pPr>
      <w:r>
        <w:rPr>
          <w:rFonts w:ascii="Times New Roman" w:hAnsi="Times New Roman" w:eastAsia="宋体"/>
          <w:b w:val="0"/>
          <w:i w:val="0"/>
          <w:sz w:val="21"/>
        </w:rPr>
        <w:t>因此需要 11 罐。</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128/12 = 102/3, ten cans hold only 120 ounces, which is not enough.</w:t>
      </w:r>
    </w:p>
    <w:p>
      <w:pPr>
        <w:spacing w:before="0" w:after="80" w:line="300" w:lineRule="auto"/>
        <w:jc w:val="left"/>
      </w:pPr>
      <w:r>
        <w:rPr>
          <w:rFonts w:ascii="Times New Roman" w:hAnsi="Times New Roman" w:eastAsia="宋体"/>
          <w:b w:val="0"/>
          <w:i w:val="0"/>
          <w:color w:val="333333"/>
          <w:sz w:val="19"/>
        </w:rPr>
        <w:t>Therefore 11 cans are needed.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要得到 5 的倍数美分，一分币的数量必须是 5 的倍数。只有四枚硬币时，这意味着不能有一分币；但此时每枚硬币至少值 5 美分，总值至少为 20 美分。</w:t>
      </w:r>
    </w:p>
    <w:p>
      <w:pPr>
        <w:spacing w:before="0" w:after="80" w:line="300" w:lineRule="auto"/>
        <w:jc w:val="left"/>
      </w:pPr>
      <w:r>
        <w:rPr>
          <w:rFonts w:ascii="Times New Roman" w:hAnsi="Times New Roman" w:eastAsia="宋体"/>
          <w:b w:val="0"/>
          <w:i w:val="0"/>
          <w:sz w:val="21"/>
        </w:rPr>
        <w:t>所以 15 美分无法得到。其他金额都可以组成：25 = 10 + 3(5)，35 = 3(10) + 5，45 = 25 + 10 + 2(5)，以及 55 = 25 + 3(10)。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get a multiple of 5 cents, the number of pennies must be a multiple of 5. With only four coins, that means using no pennies, but then the four coins are each worth at least 5 cents, for a total of at least 20 cents.</w:t>
      </w:r>
    </w:p>
    <w:p>
      <w:pPr>
        <w:spacing w:before="0" w:after="80" w:line="300" w:lineRule="auto"/>
        <w:jc w:val="left"/>
      </w:pPr>
      <w:r>
        <w:rPr>
          <w:rFonts w:ascii="Times New Roman" w:hAnsi="Times New Roman" w:eastAsia="宋体"/>
          <w:b w:val="0"/>
          <w:i w:val="0"/>
          <w:color w:val="333333"/>
          <w:sz w:val="19"/>
        </w:rPr>
        <w:t>So 15 cents cannot be made. The others can: 25 = 10 + 3(5), 35 = 3(10) + 5, 45 = 25 + 10 + 2(5), and 55 = 25 + 3(10).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从内向外计算，</w:t>
      </w:r>
    </w:p>
    <w:p>
      <w:pPr>
        <w:spacing w:before="0" w:after="80" w:line="300" w:lineRule="auto"/>
        <w:jc w:val="left"/>
      </w:pPr>
      <w:r>
        <w:rPr>
          <w:rFonts w:ascii="Times New Roman" w:hAnsi="Times New Roman" w:eastAsia="宋体"/>
          <w:b w:val="0"/>
          <w:i w:val="0"/>
          <w:sz w:val="21"/>
        </w:rPr>
        <w:t>1 + 1/(1 + 1/(1 + 1))</w:t>
      </w:r>
    </w:p>
    <w:p>
      <w:pPr>
        <w:spacing w:before="0" w:after="80" w:line="300" w:lineRule="auto"/>
        <w:jc w:val="left"/>
      </w:pPr>
      <w:r>
        <w:rPr>
          <w:rFonts w:ascii="Times New Roman" w:hAnsi="Times New Roman" w:eastAsia="宋体"/>
          <w:b w:val="0"/>
          <w:i w:val="0"/>
          <w:sz w:val="21"/>
        </w:rPr>
        <w:t>= 1 + 1/(1 + 1/2)</w:t>
      </w:r>
    </w:p>
    <w:p>
      <w:pPr>
        <w:spacing w:before="0" w:after="80" w:line="300" w:lineRule="auto"/>
        <w:jc w:val="left"/>
      </w:pPr>
      <w:r>
        <w:rPr>
          <w:rFonts w:ascii="Times New Roman" w:hAnsi="Times New Roman" w:eastAsia="宋体"/>
          <w:b w:val="0"/>
          <w:i w:val="0"/>
          <w:sz w:val="21"/>
        </w:rPr>
        <w:t>= 1 + 1/(3/2)</w:t>
      </w:r>
    </w:p>
    <w:p>
      <w:pPr>
        <w:spacing w:before="0" w:after="80" w:line="300" w:lineRule="auto"/>
        <w:jc w:val="left"/>
      </w:pPr>
      <w:r>
        <w:rPr>
          <w:rFonts w:ascii="Times New Roman" w:hAnsi="Times New Roman" w:eastAsia="宋体"/>
          <w:b w:val="0"/>
          <w:i w:val="0"/>
          <w:sz w:val="21"/>
        </w:rPr>
        <w:t>= 1 + 2/3 = 5/3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Working outward,</w:t>
      </w:r>
    </w:p>
    <w:p>
      <w:pPr>
        <w:spacing w:before="0" w:after="80" w:line="300" w:lineRule="auto"/>
        <w:jc w:val="left"/>
      </w:pPr>
      <w:r>
        <w:rPr>
          <w:rFonts w:ascii="Times New Roman" w:hAnsi="Times New Roman" w:eastAsia="宋体"/>
          <w:b w:val="0"/>
          <w:i w:val="0"/>
          <w:color w:val="333333"/>
          <w:sz w:val="19"/>
        </w:rPr>
        <w:t>1 + 1/(1 + 1/(1 + 1))</w:t>
      </w:r>
    </w:p>
    <w:p>
      <w:pPr>
        <w:spacing w:before="0" w:after="80" w:line="300" w:lineRule="auto"/>
        <w:jc w:val="left"/>
      </w:pPr>
      <w:r>
        <w:rPr>
          <w:rFonts w:ascii="Times New Roman" w:hAnsi="Times New Roman" w:eastAsia="宋体"/>
          <w:b w:val="0"/>
          <w:i w:val="0"/>
          <w:color w:val="333333"/>
          <w:sz w:val="19"/>
        </w:rPr>
        <w:t>= 1 + 1/(1 + 1/2)</w:t>
      </w:r>
    </w:p>
    <w:p>
      <w:pPr>
        <w:spacing w:before="0" w:after="80" w:line="300" w:lineRule="auto"/>
        <w:jc w:val="left"/>
      </w:pPr>
      <w:r>
        <w:rPr>
          <w:rFonts w:ascii="Times New Roman" w:hAnsi="Times New Roman" w:eastAsia="宋体"/>
          <w:b w:val="0"/>
          <w:i w:val="0"/>
          <w:color w:val="333333"/>
          <w:sz w:val="19"/>
        </w:rPr>
        <w:t>= 1 + 1/(3/2)</w:t>
      </w:r>
    </w:p>
    <w:p>
      <w:pPr>
        <w:spacing w:before="0" w:after="80" w:line="300" w:lineRule="auto"/>
        <w:jc w:val="left"/>
      </w:pPr>
      <w:r>
        <w:rPr>
          <w:rFonts w:ascii="Times New Roman" w:hAnsi="Times New Roman" w:eastAsia="宋体"/>
          <w:b w:val="0"/>
          <w:i w:val="0"/>
          <w:color w:val="333333"/>
          <w:sz w:val="19"/>
        </w:rPr>
        <w:t>= 1 + 2/3 = 5/3.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游泳用时 (1/4)/2 = 1/8 小时，跑步用时 3/6 = 1/2 小时。这给自行车赛段留下</w:t>
      </w:r>
    </w:p>
    <w:p>
      <w:pPr>
        <w:spacing w:before="0" w:after="80" w:line="300" w:lineRule="auto"/>
        <w:jc w:val="left"/>
      </w:pPr>
      <w:r>
        <w:rPr>
          <w:rFonts w:ascii="Times New Roman" w:hAnsi="Times New Roman" w:eastAsia="宋体"/>
          <w:b w:val="0"/>
          <w:i w:val="0"/>
          <w:sz w:val="21"/>
        </w:rPr>
        <w:t>2 - 1/8 - 1/2 = 11/8</w:t>
      </w:r>
    </w:p>
    <w:p>
      <w:pPr>
        <w:spacing w:before="0" w:after="80" w:line="300" w:lineRule="auto"/>
        <w:jc w:val="left"/>
      </w:pPr>
      <w:r>
        <w:rPr>
          <w:rFonts w:ascii="Times New Roman" w:hAnsi="Times New Roman" w:eastAsia="宋体"/>
          <w:b w:val="0"/>
          <w:i w:val="0"/>
          <w:sz w:val="21"/>
        </w:rPr>
        <w:t>小时。</w:t>
      </w:r>
    </w:p>
    <w:p>
      <w:pPr>
        <w:spacing w:before="0" w:after="80" w:line="300" w:lineRule="auto"/>
        <w:jc w:val="left"/>
      </w:pPr>
      <w:r>
        <w:rPr>
          <w:rFonts w:ascii="Times New Roman" w:hAnsi="Times New Roman" w:eastAsia="宋体"/>
          <w:b w:val="0"/>
          <w:i w:val="0"/>
          <w:sz w:val="21"/>
        </w:rPr>
        <w:t>所需平均速度为</w:t>
      </w:r>
    </w:p>
    <w:p>
      <w:pPr>
        <w:spacing w:before="0" w:after="80" w:line="300" w:lineRule="auto"/>
        <w:jc w:val="left"/>
      </w:pPr>
      <w:r>
        <w:rPr>
          <w:rFonts w:ascii="Times New Roman" w:hAnsi="Times New Roman" w:eastAsia="宋体"/>
          <w:b w:val="0"/>
          <w:i w:val="0"/>
          <w:sz w:val="21"/>
        </w:rPr>
        <w:t>15/(11/8) = 120/11</w:t>
      </w:r>
    </w:p>
    <w:p>
      <w:pPr>
        <w:spacing w:before="0" w:after="80" w:line="300" w:lineRule="auto"/>
        <w:jc w:val="left"/>
      </w:pPr>
      <w:r>
        <w:rPr>
          <w:rFonts w:ascii="Times New Roman" w:hAnsi="Times New Roman" w:eastAsia="宋体"/>
          <w:b w:val="0"/>
          <w:i w:val="0"/>
          <w:sz w:val="21"/>
        </w:rPr>
        <w:t>英里/小时。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swim takes (1/4)/2 = 1/8 hour and the run takes 3/6 = 1/2 hour. This leaves</w:t>
      </w:r>
    </w:p>
    <w:p>
      <w:pPr>
        <w:spacing w:before="0" w:after="80" w:line="300" w:lineRule="auto"/>
        <w:jc w:val="left"/>
      </w:pPr>
      <w:r>
        <w:rPr>
          <w:rFonts w:ascii="Times New Roman" w:hAnsi="Times New Roman" w:eastAsia="宋体"/>
          <w:b w:val="0"/>
          <w:i w:val="0"/>
          <w:color w:val="333333"/>
          <w:sz w:val="19"/>
        </w:rPr>
        <w:t>2 - 1/8 - 1/2 = 11/8</w:t>
      </w:r>
    </w:p>
    <w:p>
      <w:pPr>
        <w:spacing w:before="0" w:after="80" w:line="300" w:lineRule="auto"/>
        <w:jc w:val="left"/>
      </w:pPr>
      <w:r>
        <w:rPr>
          <w:rFonts w:ascii="Times New Roman" w:hAnsi="Times New Roman" w:eastAsia="宋体"/>
          <w:b w:val="0"/>
          <w:i w:val="0"/>
          <w:color w:val="333333"/>
          <w:sz w:val="19"/>
        </w:rPr>
        <w:t>hours for the bicycle ride.</w:t>
      </w:r>
    </w:p>
    <w:p>
      <w:pPr>
        <w:spacing w:before="0" w:after="80" w:line="300" w:lineRule="auto"/>
        <w:jc w:val="left"/>
      </w:pPr>
      <w:r>
        <w:rPr>
          <w:rFonts w:ascii="Times New Roman" w:hAnsi="Times New Roman" w:eastAsia="宋体"/>
          <w:b w:val="0"/>
          <w:i w:val="0"/>
          <w:color w:val="333333"/>
          <w:sz w:val="19"/>
        </w:rPr>
        <w:t>His average speed must be</w:t>
      </w:r>
    </w:p>
    <w:p>
      <w:pPr>
        <w:spacing w:before="0" w:after="80" w:line="300" w:lineRule="auto"/>
        <w:jc w:val="left"/>
      </w:pPr>
      <w:r>
        <w:rPr>
          <w:rFonts w:ascii="Times New Roman" w:hAnsi="Times New Roman" w:eastAsia="宋体"/>
          <w:b w:val="0"/>
          <w:i w:val="0"/>
          <w:color w:val="333333"/>
          <w:sz w:val="19"/>
        </w:rPr>
        <w:t>15/(11/8) = 120/11</w:t>
      </w:r>
    </w:p>
    <w:p>
      <w:pPr>
        <w:spacing w:before="0" w:after="80" w:line="300" w:lineRule="auto"/>
        <w:jc w:val="left"/>
      </w:pPr>
      <w:r>
        <w:rPr>
          <w:rFonts w:ascii="Times New Roman" w:hAnsi="Times New Roman" w:eastAsia="宋体"/>
          <w:b w:val="0"/>
          <w:i w:val="0"/>
          <w:color w:val="333333"/>
          <w:sz w:val="19"/>
        </w:rPr>
        <w:t>miles per hour.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这个各位都是一的九位数的平方是回文数</w:t>
      </w:r>
    </w:p>
    <w:p>
      <w:pPr>
        <w:spacing w:before="0" w:after="80" w:line="300" w:lineRule="auto"/>
        <w:jc w:val="left"/>
      </w:pPr>
      <w:r>
        <w:rPr>
          <w:rFonts w:ascii="Times New Roman" w:hAnsi="Times New Roman" w:eastAsia="宋体"/>
          <w:b w:val="0"/>
          <w:i w:val="0"/>
          <w:sz w:val="21"/>
        </w:rPr>
        <w:t>111,111,111²</w:t>
      </w:r>
    </w:p>
    <w:p>
      <w:pPr>
        <w:spacing w:before="0" w:after="80" w:line="300" w:lineRule="auto"/>
        <w:jc w:val="left"/>
      </w:pPr>
      <w:r>
        <w:rPr>
          <w:rFonts w:ascii="Times New Roman" w:hAnsi="Times New Roman" w:eastAsia="宋体"/>
          <w:b w:val="0"/>
          <w:i w:val="0"/>
          <w:sz w:val="21"/>
        </w:rPr>
        <w:t>= 12,345,678,987,654,321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它的各位数字依次为 1, 2, …, 9, 8, …, 1，所以数字和为</w:t>
      </w:r>
    </w:p>
    <w:p>
      <w:pPr>
        <w:spacing w:before="0" w:after="80" w:line="300" w:lineRule="auto"/>
        <w:jc w:val="left"/>
      </w:pPr>
      <w:r>
        <w:rPr>
          <w:rFonts w:ascii="Times New Roman" w:hAnsi="Times New Roman" w:eastAsia="宋体"/>
          <w:b w:val="0"/>
          <w:i w:val="0"/>
          <w:sz w:val="21"/>
        </w:rPr>
        <w:t>2(1 + 2 + ⋯ + 8) + 9</w:t>
      </w:r>
    </w:p>
    <w:p>
      <w:pPr>
        <w:spacing w:before="0" w:after="80" w:line="300" w:lineRule="auto"/>
        <w:jc w:val="left"/>
      </w:pPr>
      <w:r>
        <w:rPr>
          <w:rFonts w:ascii="Times New Roman" w:hAnsi="Times New Roman" w:eastAsia="宋体"/>
          <w:b w:val="0"/>
          <w:i w:val="0"/>
          <w:sz w:val="21"/>
        </w:rPr>
        <w:t>= 2 · 36 + 9 = 81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square of the nine-digit repunit is the palindrome</w:t>
      </w:r>
    </w:p>
    <w:p>
      <w:pPr>
        <w:spacing w:before="0" w:after="80" w:line="300" w:lineRule="auto"/>
        <w:jc w:val="left"/>
      </w:pPr>
      <w:r>
        <w:rPr>
          <w:rFonts w:ascii="Times New Roman" w:hAnsi="Times New Roman" w:eastAsia="宋体"/>
          <w:b w:val="0"/>
          <w:i w:val="0"/>
          <w:color w:val="333333"/>
          <w:sz w:val="19"/>
        </w:rPr>
        <w:t>111,111,111²</w:t>
      </w:r>
    </w:p>
    <w:p>
      <w:pPr>
        <w:spacing w:before="0" w:after="80" w:line="300" w:lineRule="auto"/>
        <w:jc w:val="left"/>
      </w:pPr>
      <w:r>
        <w:rPr>
          <w:rFonts w:ascii="Times New Roman" w:hAnsi="Times New Roman" w:eastAsia="宋体"/>
          <w:b w:val="0"/>
          <w:i w:val="0"/>
          <w:color w:val="333333"/>
          <w:sz w:val="19"/>
        </w:rPr>
        <w:t>= 12,345,678,987,654,321.</w:t>
      </w:r>
    </w:p>
    <w:p>
      <w:pPr>
        <w:spacing w:before="0" w:after="80" w:line="300" w:lineRule="auto"/>
        <w:jc w:val="left"/>
      </w:pPr>
      <w:r>
        <w:rPr>
          <w:rFonts w:ascii="Times New Roman" w:hAnsi="Times New Roman" w:eastAsia="宋体"/>
          <w:b w:val="0"/>
          <w:i w:val="0"/>
          <w:color w:val="333333"/>
          <w:sz w:val="19"/>
        </w:rPr>
        <w:t>Its digits are 1, 2, …, 9, 8, …, 1, so the sum is</w:t>
      </w:r>
    </w:p>
    <w:p>
      <w:pPr>
        <w:spacing w:before="0" w:after="80" w:line="300" w:lineRule="auto"/>
        <w:jc w:val="left"/>
      </w:pPr>
      <w:r>
        <w:rPr>
          <w:rFonts w:ascii="Times New Roman" w:hAnsi="Times New Roman" w:eastAsia="宋体"/>
          <w:b w:val="0"/>
          <w:i w:val="0"/>
          <w:color w:val="333333"/>
          <w:sz w:val="19"/>
        </w:rPr>
        <w:t>2(1 + 2 + ⋯ + 8) + 9</w:t>
      </w:r>
    </w:p>
    <w:p>
      <w:pPr>
        <w:spacing w:before="0" w:after="80" w:line="300" w:lineRule="auto"/>
        <w:jc w:val="left"/>
      </w:pPr>
      <w:r>
        <w:rPr>
          <w:rFonts w:ascii="Times New Roman" w:hAnsi="Times New Roman" w:eastAsia="宋体"/>
          <w:b w:val="0"/>
          <w:i w:val="0"/>
          <w:color w:val="333333"/>
          <w:sz w:val="19"/>
        </w:rPr>
        <w:t>= 2 · 36 + 9 = 81.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内切圆落在直径上并与半圆弧相切，所以半圆的半径是 4。半圆面积为</w:t>
      </w:r>
    </w:p>
    <w:p>
      <w:pPr>
        <w:spacing w:before="0" w:after="80" w:line="300" w:lineRule="auto"/>
        <w:jc w:val="left"/>
      </w:pPr>
      <w:r>
        <w:rPr>
          <w:rFonts w:ascii="Times New Roman" w:hAnsi="Times New Roman" w:eastAsia="宋体"/>
          <w:b w:val="0"/>
          <w:i w:val="0"/>
          <w:sz w:val="21"/>
        </w:rPr>
        <w:t>1/2 π (4)² = 8π。</w:t>
      </w:r>
    </w:p>
    <w:p>
      <w:pPr>
        <w:spacing w:before="0" w:after="80" w:line="300" w:lineRule="auto"/>
        <w:jc w:val="left"/>
      </w:pPr>
      <w:r>
        <w:rPr>
          <w:rFonts w:ascii="Times New Roman" w:hAnsi="Times New Roman" w:eastAsia="宋体"/>
          <w:b w:val="0"/>
          <w:i w:val="0"/>
          <w:sz w:val="21"/>
        </w:rPr>
        <w:t>小圆面积为 π(2)² = 4π，所以阴影面积为 8π - 4π = 4π。</w:t>
      </w:r>
    </w:p>
    <w:p>
      <w:pPr>
        <w:spacing w:before="0" w:after="80" w:line="300" w:lineRule="auto"/>
        <w:jc w:val="left"/>
      </w:pPr>
      <w:r>
        <w:rPr>
          <w:rFonts w:ascii="Times New Roman" w:hAnsi="Times New Roman" w:eastAsia="宋体"/>
          <w:b w:val="0"/>
          <w:i w:val="0"/>
          <w:sz w:val="21"/>
        </w:rPr>
        <w:t>阴影部分占半圆的比例为 4π/8π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inscribed circle rests on the diameter and is tangent to the arc, so the semicircle has radius 4. Its area is</w:t>
      </w:r>
    </w:p>
    <w:p>
      <w:pPr>
        <w:spacing w:before="0" w:after="80" w:line="300" w:lineRule="auto"/>
        <w:jc w:val="left"/>
      </w:pPr>
      <w:r>
        <w:rPr>
          <w:rFonts w:ascii="Times New Roman" w:hAnsi="Times New Roman" w:eastAsia="宋体"/>
          <w:b w:val="0"/>
          <w:i w:val="0"/>
          <w:color w:val="333333"/>
          <w:sz w:val="19"/>
        </w:rPr>
        <w:t>1/2 π (4)² = 8π.</w:t>
      </w:r>
    </w:p>
    <w:p>
      <w:pPr>
        <w:spacing w:before="0" w:after="80" w:line="300" w:lineRule="auto"/>
        <w:jc w:val="left"/>
      </w:pPr>
      <w:r>
        <w:rPr>
          <w:rFonts w:ascii="Times New Roman" w:hAnsi="Times New Roman" w:eastAsia="宋体"/>
          <w:b w:val="0"/>
          <w:i w:val="0"/>
          <w:color w:val="333333"/>
          <w:sz w:val="19"/>
        </w:rPr>
        <w:t>The circle’s area is π(2)² = 4π, so the shaded area is 8π - 4π = 4π.</w:t>
      </w:r>
    </w:p>
    <w:p>
      <w:pPr>
        <w:spacing w:before="0" w:after="80" w:line="300" w:lineRule="auto"/>
        <w:jc w:val="left"/>
      </w:pPr>
      <w:r>
        <w:rPr>
          <w:rFonts w:ascii="Times New Roman" w:hAnsi="Times New Roman" w:eastAsia="宋体"/>
          <w:b w:val="0"/>
          <w:i w:val="0"/>
          <w:color w:val="333333"/>
          <w:sz w:val="19"/>
        </w:rPr>
        <w:t>The shaded fraction is 4π/8π =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设全脂牛奶含脂肪 x%。因为 2 比 x 少 40%，所以</w:t>
      </w:r>
    </w:p>
    <w:p>
      <w:pPr>
        <w:spacing w:before="0" w:after="80" w:line="300" w:lineRule="auto"/>
        <w:jc w:val="left"/>
      </w:pPr>
      <w:r>
        <w:rPr>
          <w:rFonts w:ascii="Times New Roman" w:hAnsi="Times New Roman" w:eastAsia="宋体"/>
          <w:b w:val="0"/>
          <w:i w:val="0"/>
          <w:sz w:val="21"/>
        </w:rPr>
        <w:t>0.6x = 2，</w:t>
      </w:r>
    </w:p>
    <w:p>
      <w:pPr>
        <w:spacing w:before="0" w:after="80" w:line="300" w:lineRule="auto"/>
        <w:jc w:val="left"/>
      </w:pPr>
      <w:r>
        <w:rPr>
          <w:rFonts w:ascii="Times New Roman" w:hAnsi="Times New Roman" w:eastAsia="宋体"/>
          <w:b w:val="0"/>
          <w:i w:val="0"/>
          <w:sz w:val="21"/>
        </w:rPr>
        <w:t>从而</w:t>
      </w:r>
    </w:p>
    <w:p>
      <w:pPr>
        <w:spacing w:before="0" w:after="80" w:line="300" w:lineRule="auto"/>
        <w:jc w:val="left"/>
      </w:pPr>
      <w:r>
        <w:rPr>
          <w:rFonts w:ascii="Times New Roman" w:hAnsi="Times New Roman" w:eastAsia="宋体"/>
          <w:b w:val="0"/>
          <w:i w:val="0"/>
          <w:sz w:val="21"/>
        </w:rPr>
        <w:t>x = 2/0.6 = 10/3。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whole milk be x% fat. Since 2 is 40% less than x, we have</w:t>
      </w:r>
    </w:p>
    <w:p>
      <w:pPr>
        <w:spacing w:before="0" w:after="80" w:line="300" w:lineRule="auto"/>
        <w:jc w:val="left"/>
      </w:pPr>
      <w:r>
        <w:rPr>
          <w:rFonts w:ascii="Times New Roman" w:hAnsi="Times New Roman" w:eastAsia="宋体"/>
          <w:b w:val="0"/>
          <w:i w:val="0"/>
          <w:color w:val="333333"/>
          <w:sz w:val="19"/>
        </w:rPr>
        <w:t>0.6x = 2,</w:t>
      </w:r>
    </w:p>
    <w:p>
      <w:pPr>
        <w:spacing w:before="0" w:after="80" w:line="300" w:lineRule="auto"/>
        <w:jc w:val="left"/>
      </w:pPr>
      <w:r>
        <w:rPr>
          <w:rFonts w:ascii="Times New Roman" w:hAnsi="Times New Roman" w:eastAsia="宋体"/>
          <w:b w:val="0"/>
          <w:i w:val="0"/>
          <w:color w:val="333333"/>
          <w:sz w:val="19"/>
        </w:rPr>
        <w:t>so</w:t>
      </w:r>
    </w:p>
    <w:p>
      <w:pPr>
        <w:spacing w:before="0" w:after="80" w:line="300" w:lineRule="auto"/>
        <w:jc w:val="left"/>
      </w:pPr>
      <w:r>
        <w:rPr>
          <w:rFonts w:ascii="Times New Roman" w:hAnsi="Times New Roman" w:eastAsia="宋体"/>
          <w:b w:val="0"/>
          <w:i w:val="0"/>
          <w:color w:val="333333"/>
          <w:sz w:val="19"/>
        </w:rPr>
        <w:t>x = 2/0.6 = 10/3.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老人票价为 $6，这是全价的 3/4，所以全价票为 4/3 · 6 = $8，儿童票为 1/2 · 8 = $4。</w:t>
      </w:r>
    </w:p>
    <w:p>
      <w:pPr>
        <w:spacing w:before="0" w:after="80" w:line="300" w:lineRule="auto"/>
        <w:jc w:val="left"/>
      </w:pPr>
      <w:r>
        <w:rPr>
          <w:rFonts w:ascii="Times New Roman" w:hAnsi="Times New Roman" w:eastAsia="宋体"/>
          <w:b w:val="0"/>
          <w:i w:val="0"/>
          <w:sz w:val="21"/>
        </w:rPr>
        <w:t>总价为</w:t>
      </w:r>
    </w:p>
    <w:p>
      <w:pPr>
        <w:spacing w:before="0" w:after="80" w:line="300" w:lineRule="auto"/>
        <w:jc w:val="left"/>
      </w:pPr>
      <w:r>
        <w:rPr>
          <w:rFonts w:ascii="Times New Roman" w:hAnsi="Times New Roman" w:eastAsia="宋体"/>
          <w:b w:val="0"/>
          <w:i w:val="0"/>
          <w:sz w:val="21"/>
        </w:rPr>
        <w:t>2(6 + 8 + 4) = $36。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senior ticket costs $6, which is 3/4 of the full price, so a full ticket costs 4/3 · 6 = $8, and a child ticket costs 1/2 · 8 = $4.</w:t>
      </w:r>
    </w:p>
    <w:p>
      <w:pPr>
        <w:spacing w:before="0" w:after="80" w:line="300" w:lineRule="auto"/>
        <w:jc w:val="left"/>
      </w:pPr>
      <w:r>
        <w:rPr>
          <w:rFonts w:ascii="Times New Roman" w:hAnsi="Times New Roman" w:eastAsia="宋体"/>
          <w:b w:val="0"/>
          <w:i w:val="0"/>
          <w:color w:val="333333"/>
          <w:sz w:val="19"/>
        </w:rPr>
        <w:t>The total is</w:t>
      </w:r>
    </w:p>
    <w:p>
      <w:pPr>
        <w:spacing w:before="0" w:after="80" w:line="300" w:lineRule="auto"/>
        <w:jc w:val="left"/>
      </w:pPr>
      <w:r>
        <w:rPr>
          <w:rFonts w:ascii="Times New Roman" w:hAnsi="Times New Roman" w:eastAsia="宋体"/>
          <w:b w:val="0"/>
          <w:i w:val="0"/>
          <w:color w:val="333333"/>
          <w:sz w:val="19"/>
        </w:rPr>
        <w:t>2(6 + 8 + 4) = $36.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设公比为 r。则 a r² = 2009 = 7² · 41。</w:t>
      </w:r>
    </w:p>
    <w:p>
      <w:pPr>
        <w:spacing w:before="0" w:after="80" w:line="300" w:lineRule="auto"/>
        <w:jc w:val="left"/>
      </w:pPr>
      <w:r>
        <w:rPr>
          <w:rFonts w:ascii="Times New Roman" w:hAnsi="Times New Roman" w:eastAsia="宋体"/>
          <w:b w:val="0"/>
          <w:i w:val="0"/>
          <w:sz w:val="21"/>
        </w:rPr>
        <w:t>因为 r 必须是大于 1 的整数，唯一可能是 r = 7，从而 a = 41，数列为 41, 287, 2009。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common ratio be r. Then a r² = 2009 = 7² · 41.</w:t>
      </w:r>
    </w:p>
    <w:p>
      <w:pPr>
        <w:spacing w:before="0" w:after="80" w:line="300" w:lineRule="auto"/>
        <w:jc w:val="left"/>
      </w:pPr>
      <w:r>
        <w:rPr>
          <w:rFonts w:ascii="Times New Roman" w:hAnsi="Times New Roman" w:eastAsia="宋体"/>
          <w:b w:val="0"/>
          <w:i w:val="0"/>
          <w:color w:val="333333"/>
          <w:sz w:val="19"/>
        </w:rPr>
        <w:t>Since r must be an integer greater than 1, the only possibility is r = 7, giving a = 41 and the sequence 41, 287, 2009.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对直角三角形中从直角顶点到斜边的高，有</w:t>
      </w:r>
    </w:p>
    <w:p>
      <w:pPr>
        <w:spacing w:before="0" w:after="80" w:line="300" w:lineRule="auto"/>
        <w:jc w:val="left"/>
      </w:pPr>
      <w:r>
        <w:rPr>
          <w:rFonts w:ascii="Times New Roman" w:hAnsi="Times New Roman" w:eastAsia="宋体"/>
          <w:b w:val="0"/>
          <w:i w:val="0"/>
          <w:sz w:val="21"/>
        </w:rPr>
        <w:t>BD² = AD · DC = 3 · 4 = 12，</w:t>
      </w:r>
    </w:p>
    <w:p>
      <w:pPr>
        <w:spacing w:before="0" w:after="80" w:line="300" w:lineRule="auto"/>
        <w:jc w:val="left"/>
      </w:pPr>
      <w:r>
        <w:rPr>
          <w:rFonts w:ascii="Times New Roman" w:hAnsi="Times New Roman" w:eastAsia="宋体"/>
          <w:b w:val="0"/>
          <w:i w:val="0"/>
          <w:sz w:val="21"/>
        </w:rPr>
        <w:t>所以 BD = 2√(3)。</w:t>
      </w:r>
    </w:p>
    <w:p>
      <w:pPr>
        <w:spacing w:before="0" w:after="80" w:line="300" w:lineRule="auto"/>
        <w:jc w:val="left"/>
      </w:pPr>
      <w:r>
        <w:rPr>
          <w:rFonts w:ascii="Times New Roman" w:hAnsi="Times New Roman" w:eastAsia="宋体"/>
          <w:b w:val="0"/>
          <w:i w:val="0"/>
          <w:sz w:val="21"/>
        </w:rPr>
        <w:t>斜边满足 AC = 3 + 4 = 7，所以面积为</w:t>
      </w:r>
    </w:p>
    <w:p>
      <w:pPr>
        <w:spacing w:before="0" w:after="80" w:line="300" w:lineRule="auto"/>
        <w:jc w:val="left"/>
      </w:pPr>
      <w:r>
        <w:rPr>
          <w:rFonts w:ascii="Times New Roman" w:hAnsi="Times New Roman" w:eastAsia="宋体"/>
          <w:b w:val="0"/>
          <w:i w:val="0"/>
          <w:sz w:val="21"/>
        </w:rPr>
        <w:t>1/2 · 7 · 2√(3) = 7√(3)。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altitude from the right angle to the hypotenuse,</w:t>
      </w:r>
    </w:p>
    <w:p>
      <w:pPr>
        <w:spacing w:before="0" w:after="80" w:line="300" w:lineRule="auto"/>
        <w:jc w:val="left"/>
      </w:pPr>
      <w:r>
        <w:rPr>
          <w:rFonts w:ascii="Times New Roman" w:hAnsi="Times New Roman" w:eastAsia="宋体"/>
          <w:b w:val="0"/>
          <w:i w:val="0"/>
          <w:color w:val="333333"/>
          <w:sz w:val="19"/>
        </w:rPr>
        <w:t>BD² = AD · DC = 3 · 4 = 12,</w:t>
      </w:r>
    </w:p>
    <w:p>
      <w:pPr>
        <w:spacing w:before="0" w:after="80" w:line="300" w:lineRule="auto"/>
        <w:jc w:val="left"/>
      </w:pPr>
      <w:r>
        <w:rPr>
          <w:rFonts w:ascii="Times New Roman" w:hAnsi="Times New Roman" w:eastAsia="宋体"/>
          <w:b w:val="0"/>
          <w:i w:val="0"/>
          <w:color w:val="333333"/>
          <w:sz w:val="19"/>
        </w:rPr>
        <w:t>so BD = 2√(3).</w:t>
      </w:r>
    </w:p>
    <w:p>
      <w:pPr>
        <w:spacing w:before="0" w:after="80" w:line="300" w:lineRule="auto"/>
        <w:jc w:val="left"/>
      </w:pPr>
      <w:r>
        <w:rPr>
          <w:rFonts w:ascii="Times New Roman" w:hAnsi="Times New Roman" w:eastAsia="宋体"/>
          <w:b w:val="0"/>
          <w:i w:val="0"/>
          <w:color w:val="333333"/>
          <w:sz w:val="19"/>
        </w:rPr>
        <w:t>The hypotenuse is AC = 3 + 4 = 7, so the area is</w:t>
      </w:r>
    </w:p>
    <w:p>
      <w:pPr>
        <w:spacing w:before="0" w:after="80" w:line="300" w:lineRule="auto"/>
        <w:jc w:val="left"/>
      </w:pPr>
      <w:r>
        <w:rPr>
          <w:rFonts w:ascii="Times New Roman" w:hAnsi="Times New Roman" w:eastAsia="宋体"/>
          <w:b w:val="0"/>
          <w:i w:val="0"/>
          <w:color w:val="333333"/>
          <w:sz w:val="19"/>
        </w:rPr>
        <w:t>1/2 · 7 · 2√(3) = 7√(3).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设立方体边长为 x。新长方体的体积为</w:t>
      </w:r>
    </w:p>
    <w:p>
      <w:pPr>
        <w:spacing w:before="0" w:after="80" w:line="300" w:lineRule="auto"/>
        <w:jc w:val="left"/>
      </w:pPr>
      <w:r>
        <w:rPr>
          <w:rFonts w:ascii="Times New Roman" w:hAnsi="Times New Roman" w:eastAsia="宋体"/>
          <w:b w:val="0"/>
          <w:i w:val="0"/>
          <w:sz w:val="21"/>
        </w:rPr>
        <w:t>x(x+1)(x-1) = x³ - x。</w:t>
      </w:r>
    </w:p>
    <w:p>
      <w:pPr>
        <w:spacing w:before="0" w:after="80" w:line="300" w:lineRule="auto"/>
        <w:jc w:val="left"/>
      </w:pPr>
      <w:r>
        <w:rPr>
          <w:rFonts w:ascii="Times New Roman" w:hAnsi="Times New Roman" w:eastAsia="宋体"/>
          <w:b w:val="0"/>
          <w:i w:val="0"/>
          <w:sz w:val="21"/>
        </w:rPr>
        <w:t>新长方体的体积为 x³ - 5，所以 x³ - x = x³ - 5，得到 x = 5。</w:t>
      </w:r>
    </w:p>
    <w:p>
      <w:pPr>
        <w:spacing w:before="0" w:after="80" w:line="300" w:lineRule="auto"/>
        <w:jc w:val="left"/>
      </w:pPr>
      <w:r>
        <w:rPr>
          <w:rFonts w:ascii="Times New Roman" w:hAnsi="Times New Roman" w:eastAsia="宋体"/>
          <w:b w:val="0"/>
          <w:i w:val="0"/>
          <w:sz w:val="21"/>
        </w:rPr>
        <w:t>原立方体体积为 5³ = 125。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cube have side length x. The new solid has volume</w:t>
      </w:r>
    </w:p>
    <w:p>
      <w:pPr>
        <w:spacing w:before="0" w:after="80" w:line="300" w:lineRule="auto"/>
        <w:jc w:val="left"/>
      </w:pPr>
      <w:r>
        <w:rPr>
          <w:rFonts w:ascii="Times New Roman" w:hAnsi="Times New Roman" w:eastAsia="宋体"/>
          <w:b w:val="0"/>
          <w:i w:val="0"/>
          <w:color w:val="333333"/>
          <w:sz w:val="19"/>
        </w:rPr>
        <w:t>x(x+1)(x-1) = x³ - x.</w:t>
      </w:r>
    </w:p>
    <w:p>
      <w:pPr>
        <w:spacing w:before="0" w:after="80" w:line="300" w:lineRule="auto"/>
        <w:jc w:val="left"/>
      </w:pPr>
      <w:r>
        <w:rPr>
          <w:rFonts w:ascii="Times New Roman" w:hAnsi="Times New Roman" w:eastAsia="宋体"/>
          <w:b w:val="0"/>
          <w:i w:val="0"/>
          <w:color w:val="333333"/>
          <w:sz w:val="19"/>
        </w:rPr>
        <w:t>Setting this equal to x³ - 5 gives x³ - x = x³ - 5, so x = 5.</w:t>
      </w:r>
    </w:p>
    <w:p>
      <w:pPr>
        <w:spacing w:before="0" w:after="80" w:line="300" w:lineRule="auto"/>
        <w:jc w:val="left"/>
      </w:pPr>
      <w:r>
        <w:rPr>
          <w:rFonts w:ascii="Times New Roman" w:hAnsi="Times New Roman" w:eastAsia="宋体"/>
          <w:b w:val="0"/>
          <w:i w:val="0"/>
          <w:color w:val="333333"/>
          <w:sz w:val="19"/>
        </w:rPr>
        <w:t>The cube’s volume is 5³ = 125.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在 △ BCD 中，三角形不等式给出 5 + BD &gt; 17，所以 BD &gt; 12。</w:t>
      </w:r>
    </w:p>
    <w:p>
      <w:pPr>
        <w:spacing w:before="0" w:after="80" w:line="300" w:lineRule="auto"/>
        <w:jc w:val="left"/>
      </w:pPr>
      <w:r>
        <w:rPr>
          <w:rFonts w:ascii="Times New Roman" w:hAnsi="Times New Roman" w:eastAsia="宋体"/>
          <w:b w:val="0"/>
          <w:i w:val="0"/>
          <w:sz w:val="21"/>
        </w:rPr>
        <w:t>在 △ ABD 中，三角形不等式给出 5 + 9 &gt; BD，所以 BD &lt; 14。</w:t>
      </w:r>
    </w:p>
    <w:p>
      <w:pPr>
        <w:spacing w:before="0" w:after="80" w:line="300" w:lineRule="auto"/>
        <w:jc w:val="left"/>
      </w:pPr>
      <w:r>
        <w:rPr>
          <w:rFonts w:ascii="Times New Roman" w:hAnsi="Times New Roman" w:eastAsia="宋体"/>
          <w:b w:val="0"/>
          <w:i w:val="0"/>
          <w:sz w:val="21"/>
        </w:rPr>
        <w:t>唯一满足 12 &lt; BD &lt; 14 的整数是 BD = 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BCD, the triangle inequality gives 5 + BD &gt; 17, so BD &gt; 12.</w:t>
      </w:r>
    </w:p>
    <w:p>
      <w:pPr>
        <w:spacing w:before="0" w:after="80" w:line="300" w:lineRule="auto"/>
        <w:jc w:val="left"/>
      </w:pPr>
      <w:r>
        <w:rPr>
          <w:rFonts w:ascii="Times New Roman" w:hAnsi="Times New Roman" w:eastAsia="宋体"/>
          <w:b w:val="0"/>
          <w:i w:val="0"/>
          <w:color w:val="333333"/>
          <w:sz w:val="19"/>
        </w:rPr>
        <w:t>In △ ABD, it gives 5 + 9 &gt; BD, so BD &lt; 14.</w:t>
      </w:r>
    </w:p>
    <w:p>
      <w:pPr>
        <w:spacing w:before="0" w:after="80" w:line="300" w:lineRule="auto"/>
        <w:jc w:val="left"/>
      </w:pPr>
      <w:r>
        <w:rPr>
          <w:rFonts w:ascii="Times New Roman" w:hAnsi="Times New Roman" w:eastAsia="宋体"/>
          <w:b w:val="0"/>
          <w:i w:val="0"/>
          <w:color w:val="333333"/>
          <w:sz w:val="19"/>
        </w:rPr>
        <w:t>The only integer with 12 &lt; BD &lt; 14 is BD = 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因为 12 = 2² · 3，</w:t>
      </w:r>
    </w:p>
    <w:p>
      <w:pPr>
        <w:spacing w:before="0" w:after="80" w:line="300" w:lineRule="auto"/>
        <w:jc w:val="left"/>
      </w:pPr>
      <w:r>
        <w:rPr>
          <w:rFonts w:ascii="Times New Roman" w:hAnsi="Times New Roman" w:eastAsia="宋体"/>
          <w:b w:val="0"/>
          <w:i w:val="0"/>
          <w:sz w:val="21"/>
        </w:rPr>
        <w:t>12ᵐⁿ = 2²ᵐⁿ · 3ᵐⁿ</w:t>
      </w:r>
    </w:p>
    <w:p>
      <w:pPr>
        <w:spacing w:before="0" w:after="80" w:line="300" w:lineRule="auto"/>
        <w:jc w:val="left"/>
      </w:pPr>
      <w:r>
        <w:rPr>
          <w:rFonts w:ascii="Times New Roman" w:hAnsi="Times New Roman" w:eastAsia="宋体"/>
          <w:b w:val="0"/>
          <w:i w:val="0"/>
          <w:sz w:val="21"/>
        </w:rPr>
        <w:t>= (2ᵐ)²ⁿ · (3ⁿ)ᵐ</w:t>
      </w:r>
    </w:p>
    <w:p>
      <w:pPr>
        <w:spacing w:before="0" w:after="80" w:line="300" w:lineRule="auto"/>
        <w:jc w:val="left"/>
      </w:pPr>
      <w:r>
        <w:rPr>
          <w:rFonts w:ascii="Times New Roman" w:hAnsi="Times New Roman" w:eastAsia="宋体"/>
          <w:b w:val="0"/>
          <w:i w:val="0"/>
          <w:sz w:val="21"/>
        </w:rPr>
        <w:t>= P²ⁿ Qᵐ</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12 = 2² · 3,</w:t>
      </w:r>
    </w:p>
    <w:p>
      <w:pPr>
        <w:spacing w:before="0" w:after="80" w:line="300" w:lineRule="auto"/>
        <w:jc w:val="left"/>
      </w:pPr>
      <w:r>
        <w:rPr>
          <w:rFonts w:ascii="Times New Roman" w:hAnsi="Times New Roman" w:eastAsia="宋体"/>
          <w:b w:val="0"/>
          <w:i w:val="0"/>
          <w:color w:val="333333"/>
          <w:sz w:val="19"/>
        </w:rPr>
        <w:t>12ᵐⁿ = 2²ᵐⁿ · 3ᵐⁿ</w:t>
      </w:r>
    </w:p>
    <w:p>
      <w:pPr>
        <w:spacing w:before="0" w:after="80" w:line="300" w:lineRule="auto"/>
        <w:jc w:val="left"/>
      </w:pPr>
      <w:r>
        <w:rPr>
          <w:rFonts w:ascii="Times New Roman" w:hAnsi="Times New Roman" w:eastAsia="宋体"/>
          <w:b w:val="0"/>
          <w:i w:val="0"/>
          <w:color w:val="333333"/>
          <w:sz w:val="19"/>
        </w:rPr>
        <w:t>= (2ᵐ)²ⁿ · (3ⁿ)ᵐ</w:t>
      </w:r>
    </w:p>
    <w:p>
      <w:pPr>
        <w:spacing w:before="0" w:after="80" w:line="300" w:lineRule="auto"/>
        <w:jc w:val="left"/>
      </w:pPr>
      <w:r>
        <w:rPr>
          <w:rFonts w:ascii="Times New Roman" w:hAnsi="Times New Roman" w:eastAsia="宋体"/>
          <w:b w:val="0"/>
          <w:i w:val="0"/>
          <w:color w:val="333333"/>
          <w:sz w:val="19"/>
        </w:rPr>
        <w:t>= P²ⁿ Qᵐ.</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设每个长方形短边为 x、长边为 y。外部正方形边长为 y + x，内部正方形边长为 y - x。</w:t>
      </w:r>
    </w:p>
    <w:p>
      <w:pPr>
        <w:spacing w:before="0" w:after="80" w:line="300" w:lineRule="auto"/>
        <w:jc w:val="left"/>
      </w:pPr>
      <w:r>
        <w:rPr>
          <w:rFonts w:ascii="Times New Roman" w:hAnsi="Times New Roman" w:eastAsia="宋体"/>
          <w:b w:val="0"/>
          <w:i w:val="0"/>
          <w:sz w:val="21"/>
        </w:rPr>
        <w:t>因为面积比为 4，所以边长比为 2，于是</w:t>
      </w:r>
    </w:p>
    <w:p>
      <w:pPr>
        <w:spacing w:before="0" w:after="80" w:line="300" w:lineRule="auto"/>
        <w:jc w:val="left"/>
      </w:pPr>
      <w:r>
        <w:rPr>
          <w:rFonts w:ascii="Times New Roman" w:hAnsi="Times New Roman" w:eastAsia="宋体"/>
          <w:b w:val="0"/>
          <w:i w:val="0"/>
          <w:sz w:val="21"/>
        </w:rPr>
        <w:t>y + x = 2(y - x)，</w:t>
      </w:r>
    </w:p>
    <w:p>
      <w:pPr>
        <w:spacing w:before="0" w:after="80" w:line="300" w:lineRule="auto"/>
        <w:jc w:val="left"/>
      </w:pPr>
      <w:r>
        <w:rPr>
          <w:rFonts w:ascii="Times New Roman" w:hAnsi="Times New Roman" w:eastAsia="宋体"/>
          <w:b w:val="0"/>
          <w:i w:val="0"/>
          <w:sz w:val="21"/>
        </w:rPr>
        <w:t>得到 y = 3x。</w:t>
      </w:r>
    </w:p>
    <w:p>
      <w:pPr>
        <w:spacing w:before="0" w:after="80" w:line="300" w:lineRule="auto"/>
        <w:jc w:val="left"/>
      </w:pPr>
      <w:r>
        <w:rPr>
          <w:rFonts w:ascii="Times New Roman" w:hAnsi="Times New Roman" w:eastAsia="宋体"/>
          <w:b w:val="0"/>
          <w:i w:val="0"/>
          <w:sz w:val="21"/>
        </w:rPr>
        <w:t>长边与短边的比为 y/x =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each rectangle have shorter side x and longer side y. The outer square has side length y + x and the inner square has side length y - x.</w:t>
      </w:r>
    </w:p>
    <w:p>
      <w:pPr>
        <w:spacing w:before="0" w:after="80" w:line="300" w:lineRule="auto"/>
        <w:jc w:val="left"/>
      </w:pPr>
      <w:r>
        <w:rPr>
          <w:rFonts w:ascii="Times New Roman" w:hAnsi="Times New Roman" w:eastAsia="宋体"/>
          <w:b w:val="0"/>
          <w:i w:val="0"/>
          <w:color w:val="333333"/>
          <w:sz w:val="19"/>
        </w:rPr>
        <w:t>Since the area ratio is 4, the side ratio is 2, so</w:t>
      </w:r>
    </w:p>
    <w:p>
      <w:pPr>
        <w:spacing w:before="0" w:after="80" w:line="300" w:lineRule="auto"/>
        <w:jc w:val="left"/>
      </w:pPr>
      <w:r>
        <w:rPr>
          <w:rFonts w:ascii="Times New Roman" w:hAnsi="Times New Roman" w:eastAsia="宋体"/>
          <w:b w:val="0"/>
          <w:i w:val="0"/>
          <w:color w:val="333333"/>
          <w:sz w:val="19"/>
        </w:rPr>
        <w:t>y + x = 2(y - x),</w:t>
      </w:r>
    </w:p>
    <w:p>
      <w:pPr>
        <w:spacing w:before="0" w:after="80" w:line="300" w:lineRule="auto"/>
        <w:jc w:val="left"/>
      </w:pPr>
      <w:r>
        <w:rPr>
          <w:rFonts w:ascii="Times New Roman" w:hAnsi="Times New Roman" w:eastAsia="宋体"/>
          <w:b w:val="0"/>
          <w:i w:val="0"/>
          <w:color w:val="333333"/>
          <w:sz w:val="19"/>
        </w:rPr>
        <w:t>which gives y = 3x.</w:t>
      </w:r>
    </w:p>
    <w:p>
      <w:pPr>
        <w:spacing w:before="0" w:after="80" w:line="300" w:lineRule="auto"/>
        <w:jc w:val="left"/>
      </w:pPr>
      <w:r>
        <w:rPr>
          <w:rFonts w:ascii="Times New Roman" w:hAnsi="Times New Roman" w:eastAsia="宋体"/>
          <w:b w:val="0"/>
          <w:i w:val="0"/>
          <w:color w:val="333333"/>
          <w:sz w:val="19"/>
        </w:rPr>
        <w:t>The ratio of longer to shorter side is y/x =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从 Fₙ₋₁ 到 Fₙ，新的外部正方形带来 4(n-1) 个菱形。从 F₁ 的单个菱形开始，</w:t>
      </w:r>
    </w:p>
    <w:p>
      <w:pPr>
        <w:spacing w:before="0" w:after="80" w:line="300" w:lineRule="auto"/>
        <w:jc w:val="left"/>
      </w:pPr>
      <w:r>
        <w:rPr>
          <w:rFonts w:ascii="Times New Roman" w:hAnsi="Times New Roman" w:eastAsia="宋体"/>
          <w:b w:val="0"/>
          <w:i w:val="0"/>
          <w:sz w:val="21"/>
        </w:rPr>
        <w:t>Fₙ = 1</w:t>
      </w:r>
    </w:p>
    <w:p>
      <w:pPr>
        <w:spacing w:before="0" w:after="80" w:line="300" w:lineRule="auto"/>
        <w:jc w:val="left"/>
      </w:pPr>
      <w:r>
        <w:rPr>
          <w:rFonts w:ascii="Times New Roman" w:hAnsi="Times New Roman" w:eastAsia="宋体"/>
          <w:b w:val="0"/>
          <w:i w:val="0"/>
          <w:sz w:val="21"/>
        </w:rPr>
        <w:t>+ 4(1 + 2 + ⋯ + (n-1))</w:t>
      </w:r>
    </w:p>
    <w:p>
      <w:pPr>
        <w:spacing w:before="0" w:after="80" w:line="300" w:lineRule="auto"/>
        <w:jc w:val="left"/>
      </w:pPr>
      <w:r>
        <w:rPr>
          <w:rFonts w:ascii="Times New Roman" w:hAnsi="Times New Roman" w:eastAsia="宋体"/>
          <w:b w:val="0"/>
          <w:i w:val="0"/>
          <w:sz w:val="21"/>
        </w:rPr>
        <w:t>= 1 + 4 · ((n-1)n)/2</w:t>
      </w:r>
    </w:p>
    <w:p>
      <w:pPr>
        <w:spacing w:before="0" w:after="80" w:line="300" w:lineRule="auto"/>
        <w:jc w:val="left"/>
      </w:pPr>
      <w:r>
        <w:rPr>
          <w:rFonts w:ascii="Times New Roman" w:hAnsi="Times New Roman" w:eastAsia="宋体"/>
          <w:b w:val="0"/>
          <w:i w:val="0"/>
          <w:sz w:val="21"/>
        </w:rPr>
        <w:t>= 1 + 2n(n-1)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F₂₀ = 1 + 2 · 20 · 19 = 761。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Going from Fₙ₋₁ to Fₙ, the new outside square carries 4(n-1) diamonds. Starting from the single diamond of F₁,</w:t>
      </w:r>
    </w:p>
    <w:p>
      <w:pPr>
        <w:spacing w:before="0" w:after="80" w:line="300" w:lineRule="auto"/>
        <w:jc w:val="left"/>
      </w:pPr>
      <w:r>
        <w:rPr>
          <w:rFonts w:ascii="Times New Roman" w:hAnsi="Times New Roman" w:eastAsia="宋体"/>
          <w:b w:val="0"/>
          <w:i w:val="0"/>
          <w:color w:val="333333"/>
          <w:sz w:val="19"/>
        </w:rPr>
        <w:t>Fₙ = 1</w:t>
      </w:r>
    </w:p>
    <w:p>
      <w:pPr>
        <w:spacing w:before="0" w:after="80" w:line="300" w:lineRule="auto"/>
        <w:jc w:val="left"/>
      </w:pPr>
      <w:r>
        <w:rPr>
          <w:rFonts w:ascii="Times New Roman" w:hAnsi="Times New Roman" w:eastAsia="宋体"/>
          <w:b w:val="0"/>
          <w:i w:val="0"/>
          <w:color w:val="333333"/>
          <w:sz w:val="19"/>
        </w:rPr>
        <w:t>+ 4(1 + 2 + ⋯ + (n-1))</w:t>
      </w:r>
    </w:p>
    <w:p>
      <w:pPr>
        <w:spacing w:before="0" w:after="80" w:line="300" w:lineRule="auto"/>
        <w:jc w:val="left"/>
      </w:pPr>
      <w:r>
        <w:rPr>
          <w:rFonts w:ascii="Times New Roman" w:hAnsi="Times New Roman" w:eastAsia="宋体"/>
          <w:b w:val="0"/>
          <w:i w:val="0"/>
          <w:color w:val="333333"/>
          <w:sz w:val="19"/>
        </w:rPr>
        <w:t>= 1 + 4 · ((n-1)n)/2</w:t>
      </w:r>
    </w:p>
    <w:p>
      <w:pPr>
        <w:spacing w:before="0" w:after="80" w:line="300" w:lineRule="auto"/>
        <w:jc w:val="left"/>
      </w:pPr>
      <w:r>
        <w:rPr>
          <w:rFonts w:ascii="Times New Roman" w:hAnsi="Times New Roman" w:eastAsia="宋体"/>
          <w:b w:val="0"/>
          <w:i w:val="0"/>
          <w:color w:val="333333"/>
          <w:sz w:val="19"/>
        </w:rPr>
        <w:t>= 1 + 2n(n-1).</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F₂₀ = 1 + 2 · 20 · 19 = 761.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因为 a - d = (a-b) + (b-c) + (c-d) = ± 2 ± 3 ± 4，所以可能的绝对值为</w:t>
      </w:r>
    </w:p>
    <w:p>
      <w:pPr>
        <w:spacing w:before="0" w:after="80" w:line="300" w:lineRule="auto"/>
        <w:jc w:val="left"/>
      </w:pPr>
      <w:r>
        <w:rPr>
          <w:rFonts w:ascii="Times New Roman" w:hAnsi="Times New Roman" w:eastAsia="宋体"/>
          <w:b w:val="0"/>
          <w:i w:val="0"/>
          <w:sz w:val="21"/>
        </w:rPr>
        <w:t>2+3+4 = 9,</w:t>
      </w:r>
    </w:p>
    <w:p>
      <w:pPr>
        <w:spacing w:before="0" w:after="80" w:line="300" w:lineRule="auto"/>
        <w:jc w:val="left"/>
      </w:pPr>
      <w:r>
        <w:rPr>
          <w:rFonts w:ascii="Times New Roman" w:hAnsi="Times New Roman" w:eastAsia="宋体"/>
          <w:b w:val="0"/>
          <w:i w:val="0"/>
          <w:sz w:val="21"/>
        </w:rPr>
        <w:t>2+3-4 = 1,</w:t>
      </w:r>
    </w:p>
    <w:p>
      <w:pPr>
        <w:spacing w:before="0" w:after="80" w:line="300" w:lineRule="auto"/>
        <w:jc w:val="left"/>
      </w:pPr>
      <w:r>
        <w:rPr>
          <w:rFonts w:ascii="Times New Roman" w:hAnsi="Times New Roman" w:eastAsia="宋体"/>
          <w:b w:val="0"/>
          <w:i w:val="0"/>
          <w:sz w:val="21"/>
        </w:rPr>
        <w:t>2-3+4 = 3,</w:t>
      </w:r>
    </w:p>
    <w:p>
      <w:pPr>
        <w:spacing w:before="0" w:after="80" w:line="300" w:lineRule="auto"/>
        <w:jc w:val="left"/>
      </w:pPr>
      <w:r>
        <w:rPr>
          <w:rFonts w:ascii="Times New Roman" w:hAnsi="Times New Roman" w:eastAsia="宋体"/>
          <w:b w:val="0"/>
          <w:i w:val="0"/>
          <w:sz w:val="21"/>
        </w:rPr>
        <w:t>-2+3+4 = 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它们的和为 9 + 1 + 3 + 5 = 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 - d = (a-b) + (b-c) + (c-d) = ± 2 ± 3 ± 4, the possible absolute values are</w:t>
      </w:r>
    </w:p>
    <w:p>
      <w:pPr>
        <w:spacing w:before="0" w:after="80" w:line="300" w:lineRule="auto"/>
        <w:jc w:val="left"/>
      </w:pPr>
      <w:r>
        <w:rPr>
          <w:rFonts w:ascii="Times New Roman" w:hAnsi="Times New Roman" w:eastAsia="宋体"/>
          <w:b w:val="0"/>
          <w:i w:val="0"/>
          <w:color w:val="333333"/>
          <w:sz w:val="19"/>
        </w:rPr>
        <w:t>2+3+4 = 9,</w:t>
      </w:r>
    </w:p>
    <w:p>
      <w:pPr>
        <w:spacing w:before="0" w:after="80" w:line="300" w:lineRule="auto"/>
        <w:jc w:val="left"/>
      </w:pPr>
      <w:r>
        <w:rPr>
          <w:rFonts w:ascii="Times New Roman" w:hAnsi="Times New Roman" w:eastAsia="宋体"/>
          <w:b w:val="0"/>
          <w:i w:val="0"/>
          <w:color w:val="333333"/>
          <w:sz w:val="19"/>
        </w:rPr>
        <w:t>2+3-4 = 1,</w:t>
      </w:r>
    </w:p>
    <w:p>
      <w:pPr>
        <w:spacing w:before="0" w:after="80" w:line="300" w:lineRule="auto"/>
        <w:jc w:val="left"/>
      </w:pPr>
      <w:r>
        <w:rPr>
          <w:rFonts w:ascii="Times New Roman" w:hAnsi="Times New Roman" w:eastAsia="宋体"/>
          <w:b w:val="0"/>
          <w:i w:val="0"/>
          <w:color w:val="333333"/>
          <w:sz w:val="19"/>
        </w:rPr>
        <w:t>2-3+4 = 3,</w:t>
      </w:r>
    </w:p>
    <w:p>
      <w:pPr>
        <w:spacing w:before="0" w:after="80" w:line="300" w:lineRule="auto"/>
        <w:jc w:val="left"/>
      </w:pPr>
      <w:r>
        <w:rPr>
          <w:rFonts w:ascii="Times New Roman" w:hAnsi="Times New Roman" w:eastAsia="宋体"/>
          <w:b w:val="0"/>
          <w:i w:val="0"/>
          <w:color w:val="333333"/>
          <w:sz w:val="19"/>
        </w:rPr>
        <w:t>-2+3+4 = 5.</w:t>
      </w:r>
    </w:p>
    <w:p>
      <w:pPr>
        <w:spacing w:before="0" w:after="80" w:line="300" w:lineRule="auto"/>
        <w:jc w:val="left"/>
      </w:pPr>
      <w:r>
        <w:rPr>
          <w:rFonts w:ascii="Times New Roman" w:hAnsi="Times New Roman" w:eastAsia="宋体"/>
          <w:b w:val="0"/>
          <w:i w:val="0"/>
          <w:color w:val="333333"/>
          <w:sz w:val="19"/>
        </w:rPr>
        <w:t>Their sum is 9 + 1 + 3 + 5 = 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对角线 DB = √(4² + 3²) = 5。</w:t>
      </w:r>
    </w:p>
    <w:p>
      <w:pPr>
        <w:spacing w:before="0" w:after="80" w:line="300" w:lineRule="auto"/>
        <w:jc w:val="left"/>
      </w:pPr>
      <w:r>
        <w:rPr>
          <w:rFonts w:ascii="Times New Roman" w:hAnsi="Times New Roman" w:eastAsia="宋体"/>
          <w:b w:val="0"/>
          <w:i w:val="0"/>
          <w:sz w:val="21"/>
        </w:rPr>
        <w:t>直角三角形 EBA、DBC 和 BFC 都与 △ DBA 相似。由 △ EBA，</w:t>
      </w:r>
    </w:p>
    <w:p>
      <w:pPr>
        <w:spacing w:before="0" w:after="80" w:line="300" w:lineRule="auto"/>
        <w:jc w:val="left"/>
      </w:pPr>
      <w:r>
        <w:rPr>
          <w:rFonts w:ascii="Times New Roman" w:hAnsi="Times New Roman" w:eastAsia="宋体"/>
          <w:b w:val="0"/>
          <w:i w:val="0"/>
          <w:sz w:val="21"/>
        </w:rPr>
        <w:t>EB/AB = DB/BC</w:t>
      </w:r>
    </w:p>
    <w:p>
      <w:pPr>
        <w:spacing w:before="0" w:after="80" w:line="300" w:lineRule="auto"/>
        <w:jc w:val="left"/>
      </w:pPr>
      <w:r>
        <w:rPr>
          <w:rFonts w:ascii="Times New Roman" w:hAnsi="Times New Roman" w:eastAsia="宋体"/>
          <w:b w:val="0"/>
          <w:i w:val="0"/>
          <w:sz w:val="21"/>
        </w:rPr>
        <w:t>implies EB/4 = 5/3</w:t>
      </w:r>
    </w:p>
    <w:p>
      <w:pPr>
        <w:spacing w:before="0" w:after="80" w:line="300" w:lineRule="auto"/>
        <w:jc w:val="left"/>
      </w:pPr>
      <w:r>
        <w:rPr>
          <w:rFonts w:ascii="Times New Roman" w:hAnsi="Times New Roman" w:eastAsia="宋体"/>
          <w:b w:val="0"/>
          <w:i w:val="0"/>
          <w:sz w:val="21"/>
        </w:rPr>
        <w:t>implies EB = 20/3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 △ BFC，</w:t>
      </w:r>
    </w:p>
    <w:p>
      <w:pPr>
        <w:spacing w:before="0" w:after="80" w:line="300" w:lineRule="auto"/>
        <w:jc w:val="left"/>
      </w:pPr>
      <w:r>
        <w:rPr>
          <w:rFonts w:ascii="Times New Roman" w:hAnsi="Times New Roman" w:eastAsia="宋体"/>
          <w:b w:val="0"/>
          <w:i w:val="0"/>
          <w:sz w:val="21"/>
        </w:rPr>
        <w:t>BF/BC = DB/AB</w:t>
      </w:r>
    </w:p>
    <w:p>
      <w:pPr>
        <w:spacing w:before="0" w:after="80" w:line="300" w:lineRule="auto"/>
        <w:jc w:val="left"/>
      </w:pPr>
      <w:r>
        <w:rPr>
          <w:rFonts w:ascii="Times New Roman" w:hAnsi="Times New Roman" w:eastAsia="宋体"/>
          <w:b w:val="0"/>
          <w:i w:val="0"/>
          <w:sz w:val="21"/>
        </w:rPr>
        <w:t>implies BF/3 = 5/4</w:t>
      </w:r>
    </w:p>
    <w:p>
      <w:pPr>
        <w:spacing w:before="0" w:after="80" w:line="300" w:lineRule="auto"/>
        <w:jc w:val="left"/>
      </w:pPr>
      <w:r>
        <w:rPr>
          <w:rFonts w:ascii="Times New Roman" w:hAnsi="Times New Roman" w:eastAsia="宋体"/>
          <w:b w:val="0"/>
          <w:i w:val="0"/>
          <w:sz w:val="21"/>
        </w:rPr>
        <w:t>implies BF = 15/4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EF = EB + BF</w:t>
      </w:r>
    </w:p>
    <w:p>
      <w:pPr>
        <w:spacing w:before="0" w:after="80" w:line="300" w:lineRule="auto"/>
        <w:jc w:val="left"/>
      </w:pPr>
      <w:r>
        <w:rPr>
          <w:rFonts w:ascii="Times New Roman" w:hAnsi="Times New Roman" w:eastAsia="宋体"/>
          <w:b w:val="0"/>
          <w:i w:val="0"/>
          <w:sz w:val="21"/>
        </w:rPr>
        <w:t>= 20/3 + 15/4</w:t>
      </w:r>
    </w:p>
    <w:p>
      <w:pPr>
        <w:spacing w:before="0" w:after="80" w:line="300" w:lineRule="auto"/>
        <w:jc w:val="left"/>
      </w:pPr>
      <w:r>
        <w:rPr>
          <w:rFonts w:ascii="Times New Roman" w:hAnsi="Times New Roman" w:eastAsia="宋体"/>
          <w:b w:val="0"/>
          <w:i w:val="0"/>
          <w:sz w:val="21"/>
        </w:rPr>
        <w:t>= 125/12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diagonal is DB = √(4² + 3²) = 5.</w:t>
      </w:r>
    </w:p>
    <w:p>
      <w:pPr>
        <w:spacing w:before="0" w:after="80" w:line="300" w:lineRule="auto"/>
        <w:jc w:val="left"/>
      </w:pPr>
      <w:r>
        <w:rPr>
          <w:rFonts w:ascii="Times New Roman" w:hAnsi="Times New Roman" w:eastAsia="宋体"/>
          <w:b w:val="0"/>
          <w:i w:val="0"/>
          <w:color w:val="333333"/>
          <w:sz w:val="19"/>
        </w:rPr>
        <w:t>Right triangles EBA, DBC, and BFC are all similar to △ DBA. From △ EBA,</w:t>
      </w:r>
    </w:p>
    <w:p>
      <w:pPr>
        <w:spacing w:before="0" w:after="80" w:line="300" w:lineRule="auto"/>
        <w:jc w:val="left"/>
      </w:pPr>
      <w:r>
        <w:rPr>
          <w:rFonts w:ascii="Times New Roman" w:hAnsi="Times New Roman" w:eastAsia="宋体"/>
          <w:b w:val="0"/>
          <w:i w:val="0"/>
          <w:color w:val="333333"/>
          <w:sz w:val="19"/>
        </w:rPr>
        <w:t>EB/AB = DB/BC</w:t>
      </w:r>
    </w:p>
    <w:p>
      <w:pPr>
        <w:spacing w:before="0" w:after="80" w:line="300" w:lineRule="auto"/>
        <w:jc w:val="left"/>
      </w:pPr>
      <w:r>
        <w:rPr>
          <w:rFonts w:ascii="Times New Roman" w:hAnsi="Times New Roman" w:eastAsia="宋体"/>
          <w:b w:val="0"/>
          <w:i w:val="0"/>
          <w:color w:val="333333"/>
          <w:sz w:val="19"/>
        </w:rPr>
        <w:t>implies EB/4 = 5/3</w:t>
      </w:r>
    </w:p>
    <w:p>
      <w:pPr>
        <w:spacing w:before="0" w:after="80" w:line="300" w:lineRule="auto"/>
        <w:jc w:val="left"/>
      </w:pPr>
      <w:r>
        <w:rPr>
          <w:rFonts w:ascii="Times New Roman" w:hAnsi="Times New Roman" w:eastAsia="宋体"/>
          <w:b w:val="0"/>
          <w:i w:val="0"/>
          <w:color w:val="333333"/>
          <w:sz w:val="19"/>
        </w:rPr>
        <w:t>implies EB = 20/3.</w:t>
      </w:r>
    </w:p>
    <w:p>
      <w:pPr>
        <w:spacing w:before="0" w:after="80" w:line="300" w:lineRule="auto"/>
        <w:jc w:val="left"/>
      </w:pPr>
      <w:r>
        <w:rPr>
          <w:rFonts w:ascii="Times New Roman" w:hAnsi="Times New Roman" w:eastAsia="宋体"/>
          <w:b w:val="0"/>
          <w:i w:val="0"/>
          <w:color w:val="333333"/>
          <w:sz w:val="19"/>
        </w:rPr>
        <w:t>From △ BFC,</w:t>
      </w:r>
    </w:p>
    <w:p>
      <w:pPr>
        <w:spacing w:before="0" w:after="80" w:line="300" w:lineRule="auto"/>
        <w:jc w:val="left"/>
      </w:pPr>
      <w:r>
        <w:rPr>
          <w:rFonts w:ascii="Times New Roman" w:hAnsi="Times New Roman" w:eastAsia="宋体"/>
          <w:b w:val="0"/>
          <w:i w:val="0"/>
          <w:color w:val="333333"/>
          <w:sz w:val="19"/>
        </w:rPr>
        <w:t>BF/BC = DB/AB</w:t>
      </w:r>
    </w:p>
    <w:p>
      <w:pPr>
        <w:spacing w:before="0" w:after="80" w:line="300" w:lineRule="auto"/>
        <w:jc w:val="left"/>
      </w:pPr>
      <w:r>
        <w:rPr>
          <w:rFonts w:ascii="Times New Roman" w:hAnsi="Times New Roman" w:eastAsia="宋体"/>
          <w:b w:val="0"/>
          <w:i w:val="0"/>
          <w:color w:val="333333"/>
          <w:sz w:val="19"/>
        </w:rPr>
        <w:t>implies BF/3 = 5/4</w:t>
      </w:r>
    </w:p>
    <w:p>
      <w:pPr>
        <w:spacing w:before="0" w:after="80" w:line="300" w:lineRule="auto"/>
        <w:jc w:val="left"/>
      </w:pPr>
      <w:r>
        <w:rPr>
          <w:rFonts w:ascii="Times New Roman" w:hAnsi="Times New Roman" w:eastAsia="宋体"/>
          <w:b w:val="0"/>
          <w:i w:val="0"/>
          <w:color w:val="333333"/>
          <w:sz w:val="19"/>
        </w:rPr>
        <w:t>implies BF = 15/4.</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EF = EB + BF</w:t>
      </w:r>
    </w:p>
    <w:p>
      <w:pPr>
        <w:spacing w:before="0" w:after="80" w:line="300" w:lineRule="auto"/>
        <w:jc w:val="left"/>
      </w:pPr>
      <w:r>
        <w:rPr>
          <w:rFonts w:ascii="Times New Roman" w:hAnsi="Times New Roman" w:eastAsia="宋体"/>
          <w:b w:val="0"/>
          <w:i w:val="0"/>
          <w:color w:val="333333"/>
          <w:sz w:val="19"/>
        </w:rPr>
        <w:t>= 20/3 + 15/4</w:t>
      </w:r>
    </w:p>
    <w:p>
      <w:pPr>
        <w:spacing w:before="0" w:after="80" w:line="300" w:lineRule="auto"/>
        <w:jc w:val="left"/>
      </w:pPr>
      <w:r>
        <w:rPr>
          <w:rFonts w:ascii="Times New Roman" w:hAnsi="Times New Roman" w:eastAsia="宋体"/>
          <w:b w:val="0"/>
          <w:i w:val="0"/>
          <w:color w:val="333333"/>
          <w:sz w:val="19"/>
        </w:rPr>
        <w:t>= 125/12.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假设有 100 个孩子：60 人踢足球，其中 40%，也就是 24 人，同时游泳。所以 60 - 24 = 36 名足球队员不游泳。</w:t>
      </w:r>
    </w:p>
    <w:p>
      <w:pPr>
        <w:spacing w:before="0" w:after="80" w:line="300" w:lineRule="auto"/>
        <w:jc w:val="left"/>
      </w:pPr>
      <w:r>
        <w:rPr>
          <w:rFonts w:ascii="Times New Roman" w:hAnsi="Times New Roman" w:eastAsia="宋体"/>
          <w:b w:val="0"/>
          <w:i w:val="0"/>
          <w:sz w:val="21"/>
        </w:rPr>
        <w:t>共有 30 名游泳者和 70 名不游泳者，因此不游泳者中踢足球的比例为</w:t>
      </w:r>
    </w:p>
    <w:p>
      <w:pPr>
        <w:spacing w:before="0" w:after="80" w:line="300" w:lineRule="auto"/>
        <w:jc w:val="left"/>
      </w:pPr>
      <w:r>
        <w:rPr>
          <w:rFonts w:ascii="Times New Roman" w:hAnsi="Times New Roman" w:eastAsia="宋体"/>
          <w:b w:val="0"/>
          <w:i w:val="0"/>
          <w:sz w:val="21"/>
        </w:rPr>
        <w:t>36/70 ≈ 0.514 ≈ 51%。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100 children: 60 play soccer, and 40% of them, or 24, also swim. So 60 - 24 = 36 soccer players do not swim.</w:t>
      </w:r>
    </w:p>
    <w:p>
      <w:pPr>
        <w:spacing w:before="0" w:after="80" w:line="300" w:lineRule="auto"/>
        <w:jc w:val="left"/>
      </w:pPr>
      <w:r>
        <w:rPr>
          <w:rFonts w:ascii="Times New Roman" w:hAnsi="Times New Roman" w:eastAsia="宋体"/>
          <w:b w:val="0"/>
          <w:i w:val="0"/>
          <w:color w:val="333333"/>
          <w:sz w:val="19"/>
        </w:rPr>
        <w:t>There are 30 swimmers and 70 non-swimmers, so the fraction of non-swimmers who play soccer is</w:t>
      </w:r>
    </w:p>
    <w:p>
      <w:pPr>
        <w:spacing w:before="0" w:after="80" w:line="300" w:lineRule="auto"/>
        <w:jc w:val="left"/>
      </w:pPr>
      <w:r>
        <w:rPr>
          <w:rFonts w:ascii="Times New Roman" w:hAnsi="Times New Roman" w:eastAsia="宋体"/>
          <w:b w:val="0"/>
          <w:i w:val="0"/>
          <w:color w:val="333333"/>
          <w:sz w:val="19"/>
        </w:rPr>
        <w:t>36/70 ≈ 0.514 ≈ 51%.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两个圆的周长分别为 200π 和 2π r，所以初始切点在</w:t>
      </w:r>
    </w:p>
    <w:p>
      <w:pPr>
        <w:spacing w:before="0" w:after="80" w:line="300" w:lineRule="auto"/>
        <w:jc w:val="left"/>
      </w:pPr>
      <w:r>
        <w:rPr>
          <w:rFonts w:ascii="Times New Roman" w:hAnsi="Times New Roman" w:eastAsia="宋体"/>
          <w:b w:val="0"/>
          <w:i w:val="0"/>
          <w:sz w:val="21"/>
        </w:rPr>
        <w:t>200π/(2π r) = 100/r</w:t>
      </w:r>
    </w:p>
    <w:p>
      <w:pPr>
        <w:spacing w:before="0" w:after="80" w:line="300" w:lineRule="auto"/>
        <w:jc w:val="left"/>
      </w:pPr>
      <w:r>
        <w:rPr>
          <w:rFonts w:ascii="Times New Roman" w:hAnsi="Times New Roman" w:eastAsia="宋体"/>
          <w:b w:val="0"/>
          <w:i w:val="0"/>
          <w:sz w:val="21"/>
        </w:rPr>
        <w:t>圈后回到原处。</w:t>
      </w:r>
    </w:p>
    <w:p>
      <w:pPr>
        <w:spacing w:before="0" w:after="80" w:line="300" w:lineRule="auto"/>
        <w:jc w:val="left"/>
      </w:pPr>
      <w:r>
        <w:rPr>
          <w:rFonts w:ascii="Times New Roman" w:hAnsi="Times New Roman" w:eastAsia="宋体"/>
          <w:b w:val="0"/>
          <w:i w:val="0"/>
          <w:sz w:val="21"/>
        </w:rPr>
        <w:t>为使它是大于 1 的整数，r 必须是小于 100 的 100 的因数：1, 2, 4, 5, 10, 20, 25，和 50，共有 8 个值。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circumferences are 200π and 2π r, so the initial point of tangency returns after</w:t>
      </w:r>
    </w:p>
    <w:p>
      <w:pPr>
        <w:spacing w:before="0" w:after="80" w:line="300" w:lineRule="auto"/>
        <w:jc w:val="left"/>
      </w:pPr>
      <w:r>
        <w:rPr>
          <w:rFonts w:ascii="Times New Roman" w:hAnsi="Times New Roman" w:eastAsia="宋体"/>
          <w:b w:val="0"/>
          <w:i w:val="0"/>
          <w:color w:val="333333"/>
          <w:sz w:val="19"/>
        </w:rPr>
        <w:t>200π/(2π r) = 100/r</w:t>
      </w:r>
    </w:p>
    <w:p>
      <w:pPr>
        <w:spacing w:before="0" w:after="80" w:line="300" w:lineRule="auto"/>
        <w:jc w:val="left"/>
      </w:pPr>
      <w:r>
        <w:rPr>
          <w:rFonts w:ascii="Times New Roman" w:hAnsi="Times New Roman" w:eastAsia="宋体"/>
          <w:b w:val="0"/>
          <w:i w:val="0"/>
          <w:color w:val="333333"/>
          <w:sz w:val="19"/>
        </w:rPr>
        <w:t>rolls.</w:t>
      </w:r>
    </w:p>
    <w:p>
      <w:pPr>
        <w:spacing w:before="0" w:after="80" w:line="300" w:lineRule="auto"/>
        <w:jc w:val="left"/>
      </w:pPr>
      <w:r>
        <w:rPr>
          <w:rFonts w:ascii="Times New Roman" w:hAnsi="Times New Roman" w:eastAsia="宋体"/>
          <w:b w:val="0"/>
          <w:i w:val="0"/>
          <w:color w:val="333333"/>
          <w:sz w:val="19"/>
        </w:rPr>
        <w:t>For this to be an integer greater than 1, r must be a divisor of 100 less than 100: namely 1, 2, 4, 5, 10, 20, 25, and 50. That is 8 values.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设 Lauren 的速度为 r 千米/分钟。则 r + 3r = 1，所以 r = 1/4。</w:t>
      </w:r>
    </w:p>
    <w:p>
      <w:pPr>
        <w:spacing w:before="0" w:after="80" w:line="300" w:lineRule="auto"/>
        <w:jc w:val="left"/>
      </w:pPr>
      <w:r>
        <w:rPr>
          <w:rFonts w:ascii="Times New Roman" w:hAnsi="Times New Roman" w:eastAsia="宋体"/>
          <w:b w:val="0"/>
          <w:i w:val="0"/>
          <w:sz w:val="21"/>
        </w:rPr>
        <w:t>前 5 分钟间距缩短 5 千米，还剩 15 千米。Lauren 独自以 1/4 千米/分钟走完，需</w:t>
      </w:r>
    </w:p>
    <w:p>
      <w:pPr>
        <w:spacing w:before="0" w:after="80" w:line="300" w:lineRule="auto"/>
        <w:jc w:val="left"/>
      </w:pPr>
      <w:r>
        <w:rPr>
          <w:rFonts w:ascii="Times New Roman" w:hAnsi="Times New Roman" w:eastAsia="宋体"/>
          <w:b w:val="0"/>
          <w:i w:val="0"/>
          <w:sz w:val="21"/>
        </w:rPr>
        <w:t>15/(1/4) = 60</w:t>
      </w:r>
    </w:p>
    <w:p>
      <w:pPr>
        <w:spacing w:before="0" w:after="80" w:line="300" w:lineRule="auto"/>
        <w:jc w:val="left"/>
      </w:pPr>
      <w:r>
        <w:rPr>
          <w:rFonts w:ascii="Times New Roman" w:hAnsi="Times New Roman" w:eastAsia="宋体"/>
          <w:b w:val="0"/>
          <w:i w:val="0"/>
          <w:sz w:val="21"/>
        </w:rPr>
        <w:t>分钟。</w:t>
      </w:r>
    </w:p>
    <w:p>
      <w:pPr>
        <w:spacing w:before="0" w:after="80" w:line="300" w:lineRule="auto"/>
        <w:jc w:val="left"/>
      </w:pPr>
      <w:r>
        <w:rPr>
          <w:rFonts w:ascii="Times New Roman" w:hAnsi="Times New Roman" w:eastAsia="宋体"/>
          <w:b w:val="0"/>
          <w:i w:val="0"/>
          <w:sz w:val="21"/>
        </w:rPr>
        <w:t>总时间为 5 + 60 = 65 分钟。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Lauren’s rate be r km/min. Then r + 3r = 1, so r = 1/4.</w:t>
      </w:r>
    </w:p>
    <w:p>
      <w:pPr>
        <w:spacing w:before="0" w:after="80" w:line="300" w:lineRule="auto"/>
        <w:jc w:val="left"/>
      </w:pPr>
      <w:r>
        <w:rPr>
          <w:rFonts w:ascii="Times New Roman" w:hAnsi="Times New Roman" w:eastAsia="宋体"/>
          <w:b w:val="0"/>
          <w:i w:val="0"/>
          <w:color w:val="333333"/>
          <w:sz w:val="19"/>
        </w:rPr>
        <w:t>In the first 5 minutes the gap shrinks by 5 km, leaving 15 km. Lauren covers this alone at 1/4 km/min, taking</w:t>
      </w:r>
    </w:p>
    <w:p>
      <w:pPr>
        <w:spacing w:before="0" w:after="80" w:line="300" w:lineRule="auto"/>
        <w:jc w:val="left"/>
      </w:pPr>
      <w:r>
        <w:rPr>
          <w:rFonts w:ascii="Times New Roman" w:hAnsi="Times New Roman" w:eastAsia="宋体"/>
          <w:b w:val="0"/>
          <w:i w:val="0"/>
          <w:color w:val="333333"/>
          <w:sz w:val="19"/>
        </w:rPr>
        <w:t>15/(1/4) = 60</w:t>
      </w:r>
    </w:p>
    <w:p>
      <w:pPr>
        <w:spacing w:before="0" w:after="80" w:line="300" w:lineRule="auto"/>
        <w:jc w:val="left"/>
      </w:pPr>
      <w:r>
        <w:rPr>
          <w:rFonts w:ascii="Times New Roman" w:hAnsi="Times New Roman" w:eastAsia="宋体"/>
          <w:b w:val="0"/>
          <w:i w:val="0"/>
          <w:color w:val="333333"/>
          <w:sz w:val="19"/>
        </w:rPr>
        <w:t>minutes.</w:t>
      </w:r>
    </w:p>
    <w:p>
      <w:pPr>
        <w:spacing w:before="0" w:after="80" w:line="300" w:lineRule="auto"/>
        <w:jc w:val="left"/>
      </w:pPr>
      <w:r>
        <w:rPr>
          <w:rFonts w:ascii="Times New Roman" w:hAnsi="Times New Roman" w:eastAsia="宋体"/>
          <w:b w:val="0"/>
          <w:i w:val="0"/>
          <w:color w:val="333333"/>
          <w:sz w:val="19"/>
        </w:rPr>
        <w:t>The total time is 5 + 60 = 65 minutes.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设每个小圆半径为 1。它们的圆心构成边长为 2 的正方形，该正方形对角线为 2√(2)。</w:t>
      </w:r>
    </w:p>
    <w:p>
      <w:pPr>
        <w:spacing w:before="0" w:after="80" w:line="300" w:lineRule="auto"/>
        <w:jc w:val="left"/>
      </w:pPr>
      <w:r>
        <w:rPr>
          <w:rFonts w:ascii="Times New Roman" w:hAnsi="Times New Roman" w:eastAsia="宋体"/>
          <w:b w:val="0"/>
          <w:i w:val="0"/>
          <w:sz w:val="21"/>
        </w:rPr>
        <w:t>大圆的直径为 2 + 2√(2)，所以半径为 1 + √(2)。</w:t>
      </w:r>
    </w:p>
    <w:p>
      <w:pPr>
        <w:spacing w:before="0" w:after="80" w:line="300" w:lineRule="auto"/>
        <w:jc w:val="left"/>
      </w:pPr>
      <w:r>
        <w:rPr>
          <w:rFonts w:ascii="Times New Roman" w:hAnsi="Times New Roman" w:eastAsia="宋体"/>
          <w:b w:val="0"/>
          <w:i w:val="0"/>
          <w:sz w:val="21"/>
        </w:rPr>
        <w:t>所求比值为</w:t>
      </w:r>
    </w:p>
    <w:p>
      <w:pPr>
        <w:spacing w:before="0" w:after="80" w:line="300" w:lineRule="auto"/>
        <w:jc w:val="left"/>
      </w:pPr>
      <w:r>
        <w:rPr>
          <w:rFonts w:ascii="Times New Roman" w:hAnsi="Times New Roman" w:eastAsia="宋体"/>
          <w:b w:val="0"/>
          <w:i w:val="0"/>
          <w:sz w:val="21"/>
        </w:rPr>
        <w:t>(4 · π (1)²)/(π (1 + √(2))²) = 4/(3 + 2√(2))</w:t>
      </w:r>
    </w:p>
    <w:p>
      <w:pPr>
        <w:spacing w:before="0" w:after="80" w:line="300" w:lineRule="auto"/>
        <w:jc w:val="left"/>
      </w:pPr>
      <w:r>
        <w:rPr>
          <w:rFonts w:ascii="Times New Roman" w:hAnsi="Times New Roman" w:eastAsia="宋体"/>
          <w:b w:val="0"/>
          <w:i w:val="0"/>
          <w:sz w:val="21"/>
        </w:rPr>
        <w:t>= 4(3 - 2√(2))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each small circle have radius 1. Their centers form a square of side 2, whose diagonal is 2√(2).</w:t>
      </w:r>
    </w:p>
    <w:p>
      <w:pPr>
        <w:spacing w:before="0" w:after="80" w:line="300" w:lineRule="auto"/>
        <w:jc w:val="left"/>
      </w:pPr>
      <w:r>
        <w:rPr>
          <w:rFonts w:ascii="Times New Roman" w:hAnsi="Times New Roman" w:eastAsia="宋体"/>
          <w:b w:val="0"/>
          <w:i w:val="0"/>
          <w:color w:val="333333"/>
          <w:sz w:val="19"/>
        </w:rPr>
        <w:t>The large circle’s diameter is 2 + 2√(2), so its radius is 1 + √(2).</w:t>
      </w:r>
    </w:p>
    <w:p>
      <w:pPr>
        <w:spacing w:before="0" w:after="80" w:line="300" w:lineRule="auto"/>
        <w:jc w:val="left"/>
      </w:pPr>
      <w:r>
        <w:rPr>
          <w:rFonts w:ascii="Times New Roman" w:hAnsi="Times New Roman" w:eastAsia="宋体"/>
          <w:b w:val="0"/>
          <w:i w:val="0"/>
          <w:color w:val="333333"/>
          <w:sz w:val="19"/>
        </w:rPr>
        <w:t>The desired ratio is</w:t>
      </w:r>
    </w:p>
    <w:p>
      <w:pPr>
        <w:spacing w:before="0" w:after="80" w:line="300" w:lineRule="auto"/>
        <w:jc w:val="left"/>
      </w:pPr>
      <w:r>
        <w:rPr>
          <w:rFonts w:ascii="Times New Roman" w:hAnsi="Times New Roman" w:eastAsia="宋体"/>
          <w:b w:val="0"/>
          <w:i w:val="0"/>
          <w:color w:val="333333"/>
          <w:sz w:val="19"/>
        </w:rPr>
        <w:t>(4 · π (1)²)/(π (1 + √(2))²) = 4/(3 + 2√(2))</w:t>
      </w:r>
    </w:p>
    <w:p>
      <w:pPr>
        <w:spacing w:before="0" w:after="80" w:line="300" w:lineRule="auto"/>
        <w:jc w:val="left"/>
      </w:pPr>
      <w:r>
        <w:rPr>
          <w:rFonts w:ascii="Times New Roman" w:hAnsi="Times New Roman" w:eastAsia="宋体"/>
          <w:b w:val="0"/>
          <w:i w:val="0"/>
          <w:color w:val="333333"/>
          <w:sz w:val="19"/>
        </w:rPr>
        <w:t>= 4(3 - 2√(2)).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随机贴数字再掷骰子，等价于从这十二个数字中随机选两个并相加。</w:t>
      </w:r>
    </w:p>
    <w:p>
      <w:pPr>
        <w:spacing w:before="0" w:after="80" w:line="300" w:lineRule="auto"/>
        <w:jc w:val="left"/>
      </w:pPr>
      <w:r>
        <w:rPr>
          <w:rFonts w:ascii="Times New Roman" w:hAnsi="Times New Roman" w:eastAsia="宋体"/>
          <w:b w:val="0"/>
          <w:i w:val="0"/>
          <w:sz w:val="21"/>
        </w:rPr>
        <w:t>假设第一个顶面显示 N。若和为 7，第二个必须是 7 - N；符合要求的牌恰有 2 张，都等于 7 - N，而此时总共剩余 11 张牌。</w:t>
      </w:r>
    </w:p>
    <w:p>
      <w:pPr>
        <w:spacing w:before="0" w:after="80" w:line="300" w:lineRule="auto"/>
        <w:jc w:val="left"/>
      </w:pPr>
      <w:r>
        <w:rPr>
          <w:rFonts w:ascii="Times New Roman" w:hAnsi="Times New Roman" w:eastAsia="宋体"/>
          <w:b w:val="0"/>
          <w:i w:val="0"/>
          <w:sz w:val="21"/>
        </w:rPr>
        <w:t>所以概率为 2/11。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Randomly attaching the tiles and then rolling is equivalent to choosing two of the twelve numbers at random and adding them.</w:t>
      </w:r>
    </w:p>
    <w:p>
      <w:pPr>
        <w:spacing w:before="0" w:after="80" w:line="300" w:lineRule="auto"/>
        <w:jc w:val="left"/>
      </w:pPr>
      <w:r>
        <w:rPr>
          <w:rFonts w:ascii="Times New Roman" w:hAnsi="Times New Roman" w:eastAsia="宋体"/>
          <w:b w:val="0"/>
          <w:i w:val="0"/>
          <w:color w:val="333333"/>
          <w:sz w:val="19"/>
        </w:rPr>
        <w:t>Suppose the first top face shows N. For a sum of 7, the second must be 7 - N, and there are exactly 2 tiles equal to 7 - N among the remaining 11.</w:t>
      </w:r>
    </w:p>
    <w:p>
      <w:pPr>
        <w:spacing w:before="0" w:after="80" w:line="300" w:lineRule="auto"/>
        <w:jc w:val="left"/>
      </w:pPr>
      <w:r>
        <w:rPr>
          <w:rFonts w:ascii="Times New Roman" w:hAnsi="Times New Roman" w:eastAsia="宋体"/>
          <w:b w:val="0"/>
          <w:i w:val="0"/>
          <w:color w:val="333333"/>
          <w:sz w:val="19"/>
        </w:rPr>
        <w:t>So the probability is 2/11.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E</w:t>
      </w:r>
    </w:p>
    <w:p>
      <w:pPr>
        <w:spacing w:before="0" w:after="80" w:line="300" w:lineRule="auto"/>
        <w:jc w:val="left"/>
      </w:pPr>
      <w:r>
        <w:rPr>
          <w:rFonts w:ascii="Times New Roman" w:hAnsi="Times New Roman" w:eastAsia="宋体"/>
          <w:b w:val="0"/>
          <w:i w:val="0"/>
          <w:sz w:val="21"/>
        </w:rPr>
        <w:t>因为 [AED] = [BEC]，两边都加上 [CED]，得到 [ACD] = [BCD]。它们共用底边 CD，所以 A 和 B 到直线 CD 的距离相同，即 AB ∥ CD。</w:t>
      </w:r>
    </w:p>
    <w:p>
      <w:pPr>
        <w:spacing w:before="0" w:after="80" w:line="300" w:lineRule="auto"/>
        <w:jc w:val="left"/>
      </w:pPr>
      <w:r>
        <w:rPr>
          <w:rFonts w:ascii="Times New Roman" w:hAnsi="Times New Roman" w:eastAsia="宋体"/>
          <w:b w:val="0"/>
          <w:i w:val="0"/>
          <w:sz w:val="21"/>
        </w:rPr>
        <w:t>于是 △ ABE ∼ △ CDE，相似比为 AB/CD = 9/12 = 3/4，所以 AE/EC = 3/4。</w:t>
      </w:r>
    </w:p>
    <w:p>
      <w:pPr>
        <w:spacing w:before="0" w:after="80" w:line="300" w:lineRule="auto"/>
        <w:jc w:val="left"/>
      </w:pPr>
      <w:r>
        <w:rPr>
          <w:rFonts w:ascii="Times New Roman" w:hAnsi="Times New Roman" w:eastAsia="宋体"/>
          <w:b w:val="0"/>
          <w:i w:val="0"/>
          <w:sz w:val="21"/>
        </w:rPr>
        <w:t>又 AE + EC = AC = 14，得到 AE = 3/7 · 14 =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[AED] = [BEC], adding [CED] to both gives [ACD] = [BCD]. These share base CD, so A and B are equidistant from line CD, meaning AB ∥ CD.</w:t>
      </w:r>
    </w:p>
    <w:p>
      <w:pPr>
        <w:spacing w:before="0" w:after="80" w:line="300" w:lineRule="auto"/>
        <w:jc w:val="left"/>
      </w:pPr>
      <w:r>
        <w:rPr>
          <w:rFonts w:ascii="Times New Roman" w:hAnsi="Times New Roman" w:eastAsia="宋体"/>
          <w:b w:val="0"/>
          <w:i w:val="0"/>
          <w:color w:val="333333"/>
          <w:sz w:val="19"/>
        </w:rPr>
        <w:t>Then △ ABE ∼ △ CDE with ratio AB/CD = 9/12 = 3/4, so AE/EC = 3/4.</w:t>
      </w:r>
    </w:p>
    <w:p>
      <w:pPr>
        <w:spacing w:before="0" w:after="80" w:line="300" w:lineRule="auto"/>
        <w:jc w:val="left"/>
      </w:pPr>
      <w:r>
        <w:rPr>
          <w:rFonts w:ascii="Times New Roman" w:hAnsi="Times New Roman" w:eastAsia="宋体"/>
          <w:b w:val="0"/>
          <w:i w:val="0"/>
          <w:color w:val="333333"/>
          <w:sz w:val="19"/>
        </w:rPr>
        <w:t>With AE + EC = AC = 14, we get AE = 3/7 · 14 = 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三个顶点确定的平面会穿过内部，除非这三个顶点都在同一个面上。</w:t>
      </w:r>
    </w:p>
    <w:p>
      <w:pPr>
        <w:spacing w:before="0" w:after="80" w:line="300" w:lineRule="auto"/>
        <w:jc w:val="left"/>
      </w:pPr>
      <w:r>
        <w:rPr>
          <w:rFonts w:ascii="Times New Roman" w:hAnsi="Times New Roman" w:eastAsia="宋体"/>
          <w:b w:val="0"/>
          <w:i w:val="0"/>
          <w:sz w:val="21"/>
        </w:rPr>
        <w:t>6 个面中每个面给出 C(4, 3) = 4 组三顶点，所以同一面上的共有 6 · 4 = 24 组；总数为 C(8, 3) = 56。</w:t>
      </w:r>
    </w:p>
    <w:p>
      <w:pPr>
        <w:spacing w:before="0" w:after="80" w:line="300" w:lineRule="auto"/>
        <w:jc w:val="left"/>
      </w:pPr>
      <w:r>
        <w:rPr>
          <w:rFonts w:ascii="Times New Roman" w:hAnsi="Times New Roman" w:eastAsia="宋体"/>
          <w:b w:val="0"/>
          <w:i w:val="0"/>
          <w:sz w:val="21"/>
        </w:rPr>
        <w:t>穿过内部的概率为</w:t>
      </w:r>
    </w:p>
    <w:p>
      <w:pPr>
        <w:spacing w:before="0" w:after="80" w:line="300" w:lineRule="auto"/>
        <w:jc w:val="left"/>
      </w:pPr>
      <w:r>
        <w:rPr>
          <w:rFonts w:ascii="Times New Roman" w:hAnsi="Times New Roman" w:eastAsia="宋体"/>
          <w:b w:val="0"/>
          <w:i w:val="0"/>
          <w:sz w:val="21"/>
        </w:rPr>
        <w:t>1 - 24/56 = 4/7。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vertices determine a plane that cuts through the interior unless all three lie on a single face.</w:t>
      </w:r>
    </w:p>
    <w:p>
      <w:pPr>
        <w:spacing w:before="0" w:after="80" w:line="300" w:lineRule="auto"/>
        <w:jc w:val="left"/>
      </w:pPr>
      <w:r>
        <w:rPr>
          <w:rFonts w:ascii="Times New Roman" w:hAnsi="Times New Roman" w:eastAsia="宋体"/>
          <w:b w:val="0"/>
          <w:i w:val="0"/>
          <w:color w:val="333333"/>
          <w:sz w:val="19"/>
        </w:rPr>
        <w:t>Each of the 6 faces gives C(4, 3) = 4 triples, so 6 · 4 = 24 triples lie on a face out of C(8, 3) = 56 total.</w:t>
      </w:r>
    </w:p>
    <w:p>
      <w:pPr>
        <w:spacing w:before="0" w:after="80" w:line="300" w:lineRule="auto"/>
        <w:jc w:val="left"/>
      </w:pPr>
      <w:r>
        <w:rPr>
          <w:rFonts w:ascii="Times New Roman" w:hAnsi="Times New Roman" w:eastAsia="宋体"/>
          <w:b w:val="0"/>
          <w:i w:val="0"/>
          <w:color w:val="333333"/>
          <w:sz w:val="19"/>
        </w:rPr>
        <w:t>The probability of hitting the interior is</w:t>
      </w:r>
    </w:p>
    <w:p>
      <w:pPr>
        <w:spacing w:before="0" w:after="80" w:line="300" w:lineRule="auto"/>
        <w:jc w:val="left"/>
      </w:pPr>
      <w:r>
        <w:rPr>
          <w:rFonts w:ascii="Times New Roman" w:hAnsi="Times New Roman" w:eastAsia="宋体"/>
          <w:b w:val="0"/>
          <w:i w:val="0"/>
          <w:color w:val="333333"/>
          <w:sz w:val="19"/>
        </w:rPr>
        <w:t>1 - 24/56 = 4/7.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写成</w:t>
      </w:r>
    </w:p>
    <w:p>
      <w:pPr>
        <w:spacing w:before="0" w:after="80" w:line="300" w:lineRule="auto"/>
        <w:jc w:val="left"/>
      </w:pPr>
      <w:r>
        <w:rPr>
          <w:rFonts w:ascii="Times New Roman" w:hAnsi="Times New Roman" w:eastAsia="宋体"/>
          <w:b w:val="0"/>
          <w:i w:val="0"/>
          <w:sz w:val="21"/>
        </w:rPr>
        <w:t>Iₖ = 10ᵏ⁺² + 64</w:t>
      </w:r>
    </w:p>
    <w:p>
      <w:pPr>
        <w:spacing w:before="0" w:after="80" w:line="300" w:lineRule="auto"/>
        <w:jc w:val="left"/>
      </w:pPr>
      <w:r>
        <w:rPr>
          <w:rFonts w:ascii="Times New Roman" w:hAnsi="Times New Roman" w:eastAsia="宋体"/>
          <w:b w:val="0"/>
          <w:i w:val="0"/>
          <w:sz w:val="21"/>
        </w:rPr>
        <w:t>= 2ᵏ⁺² · 5ᵏ⁺² + 2⁶</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如果 k &lt; 4，第一项含有少于 6 个因数 2，所以 N(k) = k + 2 &lt; 6。</w:t>
      </w:r>
    </w:p>
    <w:p>
      <w:pPr>
        <w:spacing w:before="0" w:after="80" w:line="300" w:lineRule="auto"/>
        <w:jc w:val="left"/>
      </w:pPr>
      <w:r>
        <w:rPr>
          <w:rFonts w:ascii="Times New Roman" w:hAnsi="Times New Roman" w:eastAsia="宋体"/>
          <w:b w:val="0"/>
          <w:i w:val="0"/>
          <w:sz w:val="21"/>
        </w:rPr>
        <w:t>如果 k &gt; 4，第一项至少含有 7 个因数 2，而第二项恰好含有 6 个，所以它们的和恰好含有 6 个这样的因数，即 N(k) = 6。</w:t>
      </w:r>
    </w:p>
    <w:p>
      <w:pPr>
        <w:spacing w:before="0" w:after="80" w:line="300" w:lineRule="auto"/>
        <w:jc w:val="left"/>
      </w:pPr>
      <w:r>
        <w:rPr>
          <w:rFonts w:ascii="Times New Roman" w:hAnsi="Times New Roman" w:eastAsia="宋体"/>
          <w:b w:val="0"/>
          <w:i w:val="0"/>
          <w:sz w:val="21"/>
        </w:rPr>
        <w:t>如果 k = 4，则 I₄ = 2⁶(5⁶ + 1)。因为 5⁶ + 1 = (5² + 1)((5²)² - 5² + 1) = 26 · 601，它恰好多贡献一个因数 2，所以 N(4) = 7。</w:t>
      </w:r>
    </w:p>
    <w:p>
      <w:pPr>
        <w:spacing w:before="0" w:after="80" w:line="300" w:lineRule="auto"/>
        <w:jc w:val="left"/>
      </w:pPr>
      <w:r>
        <w:rPr>
          <w:rFonts w:ascii="Times New Roman" w:hAnsi="Times New Roman" w:eastAsia="宋体"/>
          <w:b w:val="0"/>
          <w:i w:val="0"/>
          <w:sz w:val="21"/>
        </w:rPr>
        <w:t>最大值为 N(4) = 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w:t>
      </w:r>
    </w:p>
    <w:p>
      <w:pPr>
        <w:spacing w:before="0" w:after="80" w:line="300" w:lineRule="auto"/>
        <w:jc w:val="left"/>
      </w:pPr>
      <w:r>
        <w:rPr>
          <w:rFonts w:ascii="Times New Roman" w:hAnsi="Times New Roman" w:eastAsia="宋体"/>
          <w:b w:val="0"/>
          <w:i w:val="0"/>
          <w:color w:val="333333"/>
          <w:sz w:val="19"/>
        </w:rPr>
        <w:t>Iₖ = 10ᵏ⁺² + 64</w:t>
      </w:r>
    </w:p>
    <w:p>
      <w:pPr>
        <w:spacing w:before="0" w:after="80" w:line="300" w:lineRule="auto"/>
        <w:jc w:val="left"/>
      </w:pPr>
      <w:r>
        <w:rPr>
          <w:rFonts w:ascii="Times New Roman" w:hAnsi="Times New Roman" w:eastAsia="宋体"/>
          <w:b w:val="0"/>
          <w:i w:val="0"/>
          <w:color w:val="333333"/>
          <w:sz w:val="19"/>
        </w:rPr>
        <w:t>= 2ᵏ⁺² · 5ᵏ⁺² + 2⁶.</w:t>
      </w:r>
    </w:p>
    <w:p>
      <w:pPr>
        <w:spacing w:before="0" w:after="80" w:line="300" w:lineRule="auto"/>
        <w:jc w:val="left"/>
      </w:pPr>
      <w:r>
        <w:rPr>
          <w:rFonts w:ascii="Times New Roman" w:hAnsi="Times New Roman" w:eastAsia="宋体"/>
          <w:b w:val="0"/>
          <w:i w:val="0"/>
          <w:color w:val="333333"/>
          <w:sz w:val="19"/>
        </w:rPr>
        <w:t>If k &lt; 4, the first term has fewer than 6 factors of 2, so N(k) = k + 2 &lt; 6.</w:t>
      </w:r>
    </w:p>
    <w:p>
      <w:pPr>
        <w:spacing w:before="0" w:after="80" w:line="300" w:lineRule="auto"/>
        <w:jc w:val="left"/>
      </w:pPr>
      <w:r>
        <w:rPr>
          <w:rFonts w:ascii="Times New Roman" w:hAnsi="Times New Roman" w:eastAsia="宋体"/>
          <w:b w:val="0"/>
          <w:i w:val="0"/>
          <w:color w:val="333333"/>
          <w:sz w:val="19"/>
        </w:rPr>
        <w:t>If k &gt; 4, the first term has at least 7 factors of 2 while the second has exactly 6, so their sum has exactly 6: N(k) = 6.</w:t>
      </w:r>
    </w:p>
    <w:p>
      <w:pPr>
        <w:spacing w:before="0" w:after="80" w:line="300" w:lineRule="auto"/>
        <w:jc w:val="left"/>
      </w:pPr>
      <w:r>
        <w:rPr>
          <w:rFonts w:ascii="Times New Roman" w:hAnsi="Times New Roman" w:eastAsia="宋体"/>
          <w:b w:val="0"/>
          <w:i w:val="0"/>
          <w:color w:val="333333"/>
          <w:sz w:val="19"/>
        </w:rPr>
        <w:t>If k = 4, then I₄ = 2⁶(5⁶ + 1). Since 5⁶ + 1 = (5² + 1)((5²)² - 5² + 1) = 26 · 601, it contributes exactly one more factor of 2. Thus N(4) = 7.</w:t>
      </w:r>
    </w:p>
    <w:p>
      <w:pPr>
        <w:spacing w:before="0" w:after="80" w:line="300" w:lineRule="auto"/>
        <w:jc w:val="left"/>
      </w:pPr>
      <w:r>
        <w:rPr>
          <w:rFonts w:ascii="Times New Roman" w:hAnsi="Times New Roman" w:eastAsia="宋体"/>
          <w:b w:val="0"/>
          <w:i w:val="0"/>
          <w:color w:val="333333"/>
          <w:sz w:val="19"/>
        </w:rPr>
        <w:t>The maximum value is N(4) = 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