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2008B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一名篮球运动员在一场比赛中投进了 5 个球。每个进球值 2 分或 3 分。该运动员总得分可能有多少种不同的数值？</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basketball player made 5 baskets during a game. Each basket was worth either 2 or 3 points. How many different numbers could represent the total points scored by the player?</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如图所示，一个 4 × 4 的日历日期方块。先将第二行数字的顺序反过来。然后将第四行数字的顺序反过来。最后，把两条对角线上的数字分别相加。两个对角线和的正差是多少？</w:t>
      </w:r>
    </w:p>
    <w:p>
      <w:pPr>
        <w:spacing w:before="80" w:after="80"/>
        <w:jc w:val="center"/>
      </w:pPr>
      <w:r>
        <w:drawing>
          <wp:inline xmlns:a="http://schemas.openxmlformats.org/drawingml/2006/main" xmlns:pic="http://schemas.openxmlformats.org/drawingml/2006/picture">
            <wp:extent cx="1452700" cy="1452700"/>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452700" cy="1452700"/>
                    </a:xfrm>
                    <a:prstGeom prst="rect"/>
                  </pic:spPr>
                </pic:pic>
              </a:graphicData>
            </a:graphic>
          </wp:inline>
        </w:drawing>
      </w:r>
    </w:p>
    <w:p>
      <w:pPr>
        <w:spacing w:before="0" w:after="120" w:line="300" w:lineRule="auto"/>
      </w:pPr>
      <w:r>
        <w:rPr>
          <w:rFonts w:ascii="Times New Roman" w:hAnsi="Times New Roman" w:eastAsia="宋体"/>
          <w:b w:val="0"/>
          <w:i w:val="0"/>
          <w:sz w:val="21"/>
        </w:rPr>
        <w:t>（A）2　　（B）4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4 × 4 block of calendar dates is shown. The order of the numbers in the second row is to be reversed. Then the order of the numbers in the fourth row is to be reversed. Finally, the numbers on each diagonal are to be added. What will be the positive difference between the two diagonal sums?</w:t>
      </w:r>
    </w:p>
    <w:p>
      <w:pPr>
        <w:spacing w:before="80" w:after="80"/>
        <w:jc w:val="center"/>
      </w:pPr>
      <w:r>
        <w:drawing>
          <wp:inline xmlns:a="http://schemas.openxmlformats.org/drawingml/2006/main" xmlns:pic="http://schemas.openxmlformats.org/drawingml/2006/picture">
            <wp:extent cx="1452700" cy="1452700"/>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452700" cy="145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4　　(C) 6　　(D) 8　　(E) 10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假设 x 是正实数。下列哪一项等价于</w:t>
      </w:r>
    </w:p>
    <w:p>
      <w:pPr>
        <w:spacing w:before="0" w:after="80" w:line="300" w:lineRule="auto"/>
        <w:jc w:val="left"/>
      </w:pPr>
      <w:r>
        <w:rPr>
          <w:rFonts w:ascii="Times New Roman" w:hAnsi="Times New Roman" w:eastAsia="宋体"/>
          <w:b w:val="0"/>
          <w:i w:val="0"/>
          <w:sz w:val="21"/>
        </w:rPr>
        <w:t>³√(x√(x)) ？</w:t>
      </w:r>
    </w:p>
    <w:p>
      <w:pPr>
        <w:spacing w:before="0" w:after="120" w:line="300" w:lineRule="auto"/>
      </w:pPr>
      <w:r>
        <w:rPr>
          <w:rFonts w:ascii="Times New Roman" w:hAnsi="Times New Roman" w:eastAsia="宋体"/>
          <w:b w:val="0"/>
          <w:i w:val="0"/>
          <w:sz w:val="21"/>
        </w:rPr>
        <w:t>（A）x^(1/6)　　（B）x^(1/4)　　（C）x^(3/8)　　（D）x^(1/2)　　（E）x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that x is a positive real number. Which is equivalent to</w:t>
      </w:r>
    </w:p>
    <w:p>
      <w:pPr>
        <w:spacing w:before="0" w:after="80" w:line="300" w:lineRule="auto"/>
        <w:jc w:val="left"/>
      </w:pPr>
      <w:r>
        <w:rPr>
          <w:rFonts w:ascii="Times New Roman" w:hAnsi="Times New Roman" w:eastAsia="宋体"/>
          <w:b w:val="0"/>
          <w:i w:val="0"/>
          <w:color w:val="333333"/>
          <w:sz w:val="19"/>
        </w:rPr>
        <w:t>³√(x√(x)) ?</w:t>
      </w:r>
    </w:p>
    <w:p>
      <w:pPr>
        <w:spacing w:before="0" w:after="160" w:line="300" w:lineRule="auto"/>
      </w:pPr>
      <w:r>
        <w:rPr>
          <w:rFonts w:ascii="Times New Roman" w:hAnsi="Times New Roman" w:eastAsia="宋体"/>
          <w:b w:val="0"/>
          <w:i w:val="0"/>
          <w:color w:val="333333"/>
          <w:sz w:val="19"/>
        </w:rPr>
        <w:t>(A) x^(1/6)　　(B) x^(1/4)　　(C) x^(3/8)　　(D) x^(1/2)　　(E) x</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一个半职业棒球联盟中每队有 21 名球员。联盟规则规定，每名球员工资至少为 $15,000，并且每队所有球员工资总和不能超过 $700,000。单名球员最高可能工资是多少美元？</w:t>
      </w:r>
    </w:p>
    <w:p>
      <w:pPr>
        <w:spacing w:before="0" w:after="120" w:line="300" w:lineRule="auto"/>
      </w:pPr>
      <w:r>
        <w:rPr>
          <w:rFonts w:ascii="Times New Roman" w:hAnsi="Times New Roman" w:eastAsia="宋体"/>
          <w:b w:val="0"/>
          <w:i w:val="0"/>
          <w:sz w:val="21"/>
        </w:rPr>
        <w:t>（A）270,000　　（B）385,000　　（C）400,000　　（D）430,000　　（E）700,000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semipro baseball league has teams with 21 players each. League rules state that a player must be paid at least $15,000, and that the total of all players’ salaries for each team cannot exceed $700,000. What is the maximum possible salary, in dollars, for a single player?</w:t>
      </w:r>
    </w:p>
    <w:p>
      <w:pPr>
        <w:spacing w:before="0" w:after="160" w:line="300" w:lineRule="auto"/>
      </w:pPr>
      <w:r>
        <w:rPr>
          <w:rFonts w:ascii="Times New Roman" w:hAnsi="Times New Roman" w:eastAsia="宋体"/>
          <w:b w:val="0"/>
          <w:i w:val="0"/>
          <w:color w:val="333333"/>
          <w:sz w:val="19"/>
        </w:rPr>
        <w:t>(A) 270,000　　(B) 385,000　　(C) 400,000　　(D) 430,000　　(E) 700,000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对实数 a 和 b，定义 a $ b=(a-b)²。那么 (x-y)² $ (y-x)² 是多少？</w:t>
      </w:r>
    </w:p>
    <w:p>
      <w:pPr>
        <w:spacing w:before="0" w:after="120" w:line="300" w:lineRule="auto"/>
      </w:pPr>
      <w:r>
        <w:rPr>
          <w:rFonts w:ascii="Times New Roman" w:hAnsi="Times New Roman" w:eastAsia="宋体"/>
          <w:b w:val="0"/>
          <w:i w:val="0"/>
          <w:sz w:val="21"/>
        </w:rPr>
        <w:t>（A）0　　（B）x²+y²　　（C）2x²　　（D）2y²　　（E）4xy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real numbers a and b, define a $ b=(a-b)². What is (x-y)² $ (y-x)²?</w:t>
      </w:r>
    </w:p>
    <w:p>
      <w:pPr>
        <w:spacing w:before="0" w:after="160" w:line="300" w:lineRule="auto"/>
      </w:pPr>
      <w:r>
        <w:rPr>
          <w:rFonts w:ascii="Times New Roman" w:hAnsi="Times New Roman" w:eastAsia="宋体"/>
          <w:b w:val="0"/>
          <w:i w:val="0"/>
          <w:color w:val="333333"/>
          <w:sz w:val="19"/>
        </w:rPr>
        <w:t>(A) 0　　(B) x²+y²　　(C) 2x²　　(D) 2y²　　(E) 4xy</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点 B 和 C 在 AD 上。AB 的长度是 BD 的 4 倍，AC 的长度是 CD 的 9 倍。BC 的长度是 AD 长度的几分之几？</w:t>
      </w:r>
    </w:p>
    <w:p>
      <w:pPr>
        <w:spacing w:before="0" w:after="120" w:line="300" w:lineRule="auto"/>
      </w:pPr>
      <w:r>
        <w:rPr>
          <w:rFonts w:ascii="Times New Roman" w:hAnsi="Times New Roman" w:eastAsia="宋体"/>
          <w:b w:val="0"/>
          <w:i w:val="0"/>
          <w:sz w:val="21"/>
        </w:rPr>
        <w:t>（A）1/36　　（B）1/13　　（C）1/10　　（D）5/36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B and C lie on AD. The length of AB is 4 times the length of BD, and the length of AC is 9 times the length of CD. The length of BC is what fraction of the length of AD?</w:t>
      </w:r>
    </w:p>
    <w:p>
      <w:pPr>
        <w:spacing w:before="0" w:after="160" w:line="300" w:lineRule="auto"/>
      </w:pPr>
      <w:r>
        <w:rPr>
          <w:rFonts w:ascii="Times New Roman" w:hAnsi="Times New Roman" w:eastAsia="宋体"/>
          <w:b w:val="0"/>
          <w:i w:val="0"/>
          <w:color w:val="333333"/>
          <w:sz w:val="19"/>
        </w:rPr>
        <w:t>(A) 1/36　　(B) 1/13　　(C) 1/10　　(D) 5/36　　(E) 1/5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一个边长为 10 的等边三角形完全由不重叠的边长为 1 的等边三角形填满。需要多少个小三角形？</w:t>
      </w:r>
    </w:p>
    <w:p>
      <w:pPr>
        <w:spacing w:before="0" w:after="120" w:line="300" w:lineRule="auto"/>
      </w:pPr>
      <w:r>
        <w:rPr>
          <w:rFonts w:ascii="Times New Roman" w:hAnsi="Times New Roman" w:eastAsia="宋体"/>
          <w:b w:val="0"/>
          <w:i w:val="0"/>
          <w:sz w:val="21"/>
        </w:rPr>
        <w:t>（A）10　　（B）25　　（C）100　　（D）250　　（E）1000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of side length 10 is completely filled in by non-overlapping equilateral triangles of side length 1. How many small triangles are required?</w:t>
      </w:r>
    </w:p>
    <w:p>
      <w:pPr>
        <w:spacing w:before="0" w:after="160" w:line="300" w:lineRule="auto"/>
      </w:pPr>
      <w:r>
        <w:rPr>
          <w:rFonts w:ascii="Times New Roman" w:hAnsi="Times New Roman" w:eastAsia="宋体"/>
          <w:b w:val="0"/>
          <w:i w:val="0"/>
          <w:color w:val="333333"/>
          <w:sz w:val="19"/>
        </w:rPr>
        <w:t>(A) 10　　(B) 25　　(C) 100　　(D) 250　　(E) 1000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一个班级筹集了 $50，为住院同学买花。玫瑰每朵 $3，康乃馨每朵 $2。不使用其他花。恰好花完 $50 可以购买多少种不同的花束？</w:t>
      </w:r>
    </w:p>
    <w:p>
      <w:pPr>
        <w:spacing w:before="0" w:after="120" w:line="300" w:lineRule="auto"/>
      </w:pPr>
      <w:r>
        <w:rPr>
          <w:rFonts w:ascii="Times New Roman" w:hAnsi="Times New Roman" w:eastAsia="宋体"/>
          <w:b w:val="0"/>
          <w:i w:val="0"/>
          <w:sz w:val="21"/>
        </w:rPr>
        <w:t>（A）1　　（B）7　　（C）9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class collects $50 to buy flowers for a classmate who is in the hospital. Roses cost $3 each, and carnations cost $2 each. No other flowers are to be used. How many different bouquets could be purchased for exactly $50?</w:t>
      </w:r>
    </w:p>
    <w:p>
      <w:pPr>
        <w:spacing w:before="0" w:after="160" w:line="300" w:lineRule="auto"/>
      </w:pPr>
      <w:r>
        <w:rPr>
          <w:rFonts w:ascii="Times New Roman" w:hAnsi="Times New Roman" w:eastAsia="宋体"/>
          <w:b w:val="0"/>
          <w:i w:val="0"/>
          <w:color w:val="333333"/>
          <w:sz w:val="19"/>
        </w:rPr>
        <w:t>(A) 1　　(B) 7　　(C) 9　　(D) 16　　(E) 17</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二次方程 ax²-2ax+b=0 有两个实数解。这两个解的平均数是多少？</w:t>
      </w:r>
    </w:p>
    <w:p>
      <w:pPr>
        <w:spacing w:before="0" w:after="120" w:line="300" w:lineRule="auto"/>
      </w:pPr>
      <w:r>
        <w:rPr>
          <w:rFonts w:ascii="Times New Roman" w:hAnsi="Times New Roman" w:eastAsia="宋体"/>
          <w:b w:val="0"/>
          <w:i w:val="0"/>
          <w:sz w:val="21"/>
        </w:rPr>
        <w:t>（A）1　　（B）2　　（C）b/a　　（D）2b/a　　（E）√(2a-b)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quadratic equation ax²-2ax+b=0 has two real solutions. What is the average of the solutions?</w:t>
      </w:r>
    </w:p>
    <w:p>
      <w:pPr>
        <w:spacing w:before="0" w:after="160" w:line="300" w:lineRule="auto"/>
      </w:pPr>
      <w:r>
        <w:rPr>
          <w:rFonts w:ascii="Times New Roman" w:hAnsi="Times New Roman" w:eastAsia="宋体"/>
          <w:b w:val="0"/>
          <w:i w:val="0"/>
          <w:color w:val="333333"/>
          <w:sz w:val="19"/>
        </w:rPr>
        <w:t>(A) 1　　(B) 2　　(C) b/a　　(D) 2b/a　　(E) √(2a-b)</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点 A 和 B 在半径为 5 的圆上，且 AB=6。点 C 是小弧 AB 的中点。线段 AC 的长度是多少？</w:t>
      </w:r>
    </w:p>
    <w:p>
      <w:pPr>
        <w:spacing w:before="0" w:after="120" w:line="300" w:lineRule="auto"/>
      </w:pPr>
      <w:r>
        <w:rPr>
          <w:rFonts w:ascii="Times New Roman" w:hAnsi="Times New Roman" w:eastAsia="宋体"/>
          <w:b w:val="0"/>
          <w:i w:val="0"/>
          <w:sz w:val="21"/>
        </w:rPr>
        <w:t>（A）√(10)　　（B）7/2　　（C）√(14)　　（D）√(15)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B are on a circle of radius 5 and AB=6. Point C is the midpoint of the minor arc AB. What is the length of the line segment AC?</w:t>
      </w:r>
    </w:p>
    <w:p>
      <w:pPr>
        <w:spacing w:before="0" w:after="160" w:line="300" w:lineRule="auto"/>
      </w:pPr>
      <w:r>
        <w:rPr>
          <w:rFonts w:ascii="Times New Roman" w:hAnsi="Times New Roman" w:eastAsia="宋体"/>
          <w:b w:val="0"/>
          <w:i w:val="0"/>
          <w:color w:val="333333"/>
          <w:sz w:val="19"/>
        </w:rPr>
        <w:t>(A) √(10)　　(B) 7/2　　(C) √(14)　　(D) √(15)　　(E) 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假设实数数列 (uₙ) 满足 uₙ₊₂=2uₙ₊₁+uₙ，且 u₃=9、u₆=128。求 u₅ 的值。</w:t>
      </w:r>
    </w:p>
    <w:p>
      <w:pPr>
        <w:spacing w:before="0" w:after="120" w:line="300" w:lineRule="auto"/>
      </w:pPr>
      <w:r>
        <w:rPr>
          <w:rFonts w:ascii="Times New Roman" w:hAnsi="Times New Roman" w:eastAsia="宋体"/>
          <w:b w:val="0"/>
          <w:i w:val="0"/>
          <w:sz w:val="21"/>
        </w:rPr>
        <w:t>（A）40　　（B）53　　（C）68　　（D）88　　（E）104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(uₙ) is a sequence of real numbers satisfying uₙ₊₂=2uₙ₊₁+uₙ, and that u₃=9 and u₆=128. What is u₅?</w:t>
      </w:r>
    </w:p>
    <w:p>
      <w:pPr>
        <w:spacing w:before="0" w:after="160" w:line="300" w:lineRule="auto"/>
      </w:pPr>
      <w:r>
        <w:rPr>
          <w:rFonts w:ascii="Times New Roman" w:hAnsi="Times New Roman" w:eastAsia="宋体"/>
          <w:b w:val="0"/>
          <w:i w:val="0"/>
          <w:color w:val="333333"/>
          <w:sz w:val="19"/>
        </w:rPr>
        <w:t>(A) 40　　(B) 53　　(C) 68　　(D) 88　　(E) 104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邮差 Pete 有一个计步器来记录步数。计步器最多显示 99999 步，下一步会翻转为 00000。Pete 计划计算自己一年的里程。一月 1 日，Pete 将计步器设为 00000。一年中，计步器从 99999 翻到 00000 共四十四次。十二月 31 日，计步器显示 50000。Pete 每英里走 1800 步。以下哪一项最接近 Pete 这一年走的英里数？</w:t>
      </w:r>
    </w:p>
    <w:p>
      <w:pPr>
        <w:spacing w:before="0" w:after="120" w:line="300" w:lineRule="auto"/>
      </w:pPr>
      <w:r>
        <w:rPr>
          <w:rFonts w:ascii="Times New Roman" w:hAnsi="Times New Roman" w:eastAsia="宋体"/>
          <w:b w:val="0"/>
          <w:i w:val="0"/>
          <w:sz w:val="21"/>
        </w:rPr>
        <w:t>（A）2500　　（B）3000　　（C）3500　　（D）4000　　（E）4500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Postman Pete has a pedometer to count his steps. The pedometer records up to 99999 steps, then flips over to 00000 on the next step. Pete plans to determine his mileage for a year. On January 1 Pete sets the pedometer to 00000. During the year, the pedometer flips from 99999 to 00000 forty-four times. On December 31 the pedometer reads 50000. Pete takes 1800 steps per mile. Which of the following is closest to the number of miles Pete walked during the year?</w:t>
      </w:r>
    </w:p>
    <w:p>
      <w:pPr>
        <w:spacing w:before="0" w:after="160" w:line="300" w:lineRule="auto"/>
      </w:pPr>
      <w:r>
        <w:rPr>
          <w:rFonts w:ascii="Times New Roman" w:hAnsi="Times New Roman" w:eastAsia="宋体"/>
          <w:b w:val="0"/>
          <w:i w:val="0"/>
          <w:color w:val="333333"/>
          <w:sz w:val="19"/>
        </w:rPr>
        <w:t>(A) 2500　　(B) 3000　　(C) 3500　　(D) 4000　　(E) 4500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对每个正整数 n，某数列前 n 项的平均数为 n。这个数列的第 2008 项是多少？</w:t>
      </w:r>
    </w:p>
    <w:p>
      <w:pPr>
        <w:spacing w:before="0" w:after="120" w:line="300" w:lineRule="auto"/>
      </w:pPr>
      <w:r>
        <w:rPr>
          <w:rFonts w:ascii="Times New Roman" w:hAnsi="Times New Roman" w:eastAsia="宋体"/>
          <w:b w:val="0"/>
          <w:i w:val="0"/>
          <w:sz w:val="21"/>
        </w:rPr>
        <w:t>（A）2008　　（B）4015　　（C）4016　　（D）4,030,056　　（E）4,032,064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the mean of the first n terms of a sequence is n. What is the 2008th term of the sequence?</w:t>
      </w:r>
    </w:p>
    <w:p>
      <w:pPr>
        <w:spacing w:before="0" w:after="160" w:line="300" w:lineRule="auto"/>
      </w:pPr>
      <w:r>
        <w:rPr>
          <w:rFonts w:ascii="Times New Roman" w:hAnsi="Times New Roman" w:eastAsia="宋体"/>
          <w:b w:val="0"/>
          <w:i w:val="0"/>
          <w:color w:val="333333"/>
          <w:sz w:val="19"/>
        </w:rPr>
        <w:t>(A) 2008　　(B) 4015　　(C) 4016　　(D) 4,030,056　　(E) 4,032,064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三角形 OAB 中，O=(0,0)、B=(5,0)，且 A 在第一象限。此外，∠ ABO=90°，∠ AOB=30°。若将 OA 绕 O 逆时针旋转 90°，点 A 的像的坐标是什么？</w:t>
      </w:r>
    </w:p>
    <w:p>
      <w:pPr>
        <w:spacing w:before="0" w:after="120" w:line="300" w:lineRule="auto"/>
      </w:pPr>
      <w:r>
        <w:rPr>
          <w:rFonts w:ascii="Times New Roman" w:hAnsi="Times New Roman" w:eastAsia="宋体"/>
          <w:b w:val="0"/>
          <w:i w:val="0"/>
          <w:sz w:val="21"/>
        </w:rPr>
        <w:t>（A）(-10/3√(3), 5)　　（B）(-5/3√(3), 5)　　（C）(√(3), 5)　　（D）(5/3√(3), 5)　　（E）(10/3√(3),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OAB has O=(0,0), B=(5,0), and A in the first quadrant. In addition, ∠ ABO=90° and ∠ AOB=30°. Suppose that OA is rotated 90° counterclockwise about O. What are the coordinates of the image of A?</w:t>
      </w:r>
    </w:p>
    <w:p>
      <w:pPr>
        <w:spacing w:before="0" w:after="160" w:line="300" w:lineRule="auto"/>
      </w:pPr>
      <w:r>
        <w:rPr>
          <w:rFonts w:ascii="Times New Roman" w:hAnsi="Times New Roman" w:eastAsia="宋体"/>
          <w:b w:val="0"/>
          <w:i w:val="0"/>
          <w:color w:val="333333"/>
          <w:sz w:val="19"/>
        </w:rPr>
        <w:t>(A) (-10/3√(3), 5)　　(B) (-5/3√(3), 5)　　(C) (√(3), 5)　　(D) (5/3√(3), 5)　　(E) (10/3√(3), 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有多少个直角三角形的两条直角边为整数 a 和 b，斜边长为 b+1，且 b&lt; 100？</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right triangles have integer leg lengths a and b and a hypotenuse of length b+1, where b&lt; 100?</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抛两枚公平硬币一次。每出现一个正面，就掷一个公平骰子。骰子点数之和为奇数的概率是多少？（注意，如果没有掷骰子，则和为 0。）</w:t>
      </w:r>
    </w:p>
    <w:p>
      <w:pPr>
        <w:spacing w:before="0" w:after="120" w:line="300" w:lineRule="auto"/>
      </w:pPr>
      <w:r>
        <w:rPr>
          <w:rFonts w:ascii="Times New Roman" w:hAnsi="Times New Roman" w:eastAsia="宋体"/>
          <w:b w:val="0"/>
          <w:i w:val="0"/>
          <w:sz w:val="21"/>
        </w:rPr>
        <w:t>（A）3/8　　（B）1/2　　（C）43/72　　（D）5/8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fair coins are to be tossed once. For each head that results, one fair die is to be rolled. What is the probability that the sum of the die rolls is odd? (Note that if no die is rolled, the sum is 0.)</w:t>
      </w:r>
    </w:p>
    <w:p>
      <w:pPr>
        <w:spacing w:before="0" w:after="160" w:line="300" w:lineRule="auto"/>
      </w:pPr>
      <w:r>
        <w:rPr>
          <w:rFonts w:ascii="Times New Roman" w:hAnsi="Times New Roman" w:eastAsia="宋体"/>
          <w:b w:val="0"/>
          <w:i w:val="0"/>
          <w:color w:val="333333"/>
          <w:sz w:val="19"/>
        </w:rPr>
        <w:t>(A) 3/8　　(B) 1/2　　(C) 43/72　　(D) 5/8　　(E) 2/3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一项民意调查显示，所有选民中有 70% 认可市长的工作。调查员在三个不同场合各随机选择一名选民。恰好一次选择到认可市长工作的选民的概率是多少？</w:t>
      </w:r>
    </w:p>
    <w:p>
      <w:pPr>
        <w:spacing w:before="0" w:after="120" w:line="300" w:lineRule="auto"/>
      </w:pPr>
      <w:r>
        <w:rPr>
          <w:rFonts w:ascii="Times New Roman" w:hAnsi="Times New Roman" w:eastAsia="宋体"/>
          <w:b w:val="0"/>
          <w:i w:val="0"/>
          <w:sz w:val="21"/>
        </w:rPr>
        <w:t>（A）0.063　　（B）0.189　　（C）0.233　　（D）0.333　　（E）0.441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poll shows that 70% of all voters approve of the mayor’s work. On three separate occasions a pollster selects a voter at random. What is the probability that on exactly one of these three occasions the voter approves of the mayor’s work?</w:t>
      </w:r>
    </w:p>
    <w:p>
      <w:pPr>
        <w:spacing w:before="0" w:after="160" w:line="300" w:lineRule="auto"/>
      </w:pPr>
      <w:r>
        <w:rPr>
          <w:rFonts w:ascii="Times New Roman" w:hAnsi="Times New Roman" w:eastAsia="宋体"/>
          <w:b w:val="0"/>
          <w:i w:val="0"/>
          <w:color w:val="333333"/>
          <w:sz w:val="19"/>
        </w:rPr>
        <w:t>(A) 0.063　　(B) 0.189　　(C) 0.233　　(D) 0.333　　(E) 0.441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砌砖工 Brenda 单独建一个烟囱需要 9 小时，砌砖工 Brandon 单独建需要 10 小时。他们一起工作时聊天很多，合计产出每小时减少 10 块砖。他们一起工作 5 小时建完烟囱。这个烟囱有多少块砖？</w:t>
      </w:r>
    </w:p>
    <w:p>
      <w:pPr>
        <w:spacing w:before="0" w:after="120" w:line="300" w:lineRule="auto"/>
      </w:pPr>
      <w:r>
        <w:rPr>
          <w:rFonts w:ascii="Times New Roman" w:hAnsi="Times New Roman" w:eastAsia="宋体"/>
          <w:b w:val="0"/>
          <w:i w:val="0"/>
          <w:sz w:val="21"/>
        </w:rPr>
        <w:t>（A）500　　（B）900　　（C）950　　（D）1000　　（E）1900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Bricklayer Brenda would take 9 hours to build a chimney alone, and bricklayer Brandon would take 10 hours to build it alone. When they work together, they talk a lot, and their combined output is decreased by 10 bricks per hour. Working together, they build the chimney in 5 hours. How many bricks are in the chimney?</w:t>
      </w:r>
    </w:p>
    <w:p>
      <w:pPr>
        <w:spacing w:before="0" w:after="160" w:line="300" w:lineRule="auto"/>
      </w:pPr>
      <w:r>
        <w:rPr>
          <w:rFonts w:ascii="Times New Roman" w:hAnsi="Times New Roman" w:eastAsia="宋体"/>
          <w:b w:val="0"/>
          <w:i w:val="0"/>
          <w:color w:val="333333"/>
          <w:sz w:val="19"/>
        </w:rPr>
        <w:t>(A) 500　　(B) 900　　(C) 950　　(D) 1000　　(E) 1900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一个圆柱形水箱半径为 4 英尺，高为 9 英尺，横放在地上。水箱中水深为 2 英尺。水的体积是多少立方英尺？</w:t>
      </w:r>
    </w:p>
    <w:p>
      <w:pPr>
        <w:spacing w:before="0" w:after="120" w:line="300" w:lineRule="auto"/>
      </w:pPr>
      <w:r>
        <w:rPr>
          <w:rFonts w:ascii="Times New Roman" w:hAnsi="Times New Roman" w:eastAsia="宋体"/>
          <w:b w:val="0"/>
          <w:i w:val="0"/>
          <w:sz w:val="21"/>
        </w:rPr>
        <w:t>（A）24π-36√(2)　　（B）24π-24√(3)　　（C）36π-36√(3)　　（D）36π-24√(2)　　（E）48π-36√(3)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cylindrical tank with radius 4 feet and height 9 feet is lying on its side. The tank is filled with water to a depth of 2 feet. What is the volume of the water, in cubic feet?</w:t>
      </w:r>
    </w:p>
    <w:p>
      <w:pPr>
        <w:spacing w:before="0" w:after="160" w:line="300" w:lineRule="auto"/>
      </w:pPr>
      <w:r>
        <w:rPr>
          <w:rFonts w:ascii="Times New Roman" w:hAnsi="Times New Roman" w:eastAsia="宋体"/>
          <w:b w:val="0"/>
          <w:i w:val="0"/>
          <w:color w:val="333333"/>
          <w:sz w:val="19"/>
        </w:rPr>
        <w:t>(A) 24π-36√(2)　　(B) 24π-24√(3)　　(C) 36π-36√(3)　　(D) 36π-24√(2)　　(E) 48π-36√(3)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一个立方体骰子的面标有 1，2，2，3，3 和 4。第二个立方体骰子的面标有 1，3，4，5，6 和 8。掷两个骰子，两个朝上数字之和为 5、7 或 9 的概率是多少？</w:t>
      </w:r>
    </w:p>
    <w:p>
      <w:pPr>
        <w:spacing w:before="0" w:after="120" w:line="300" w:lineRule="auto"/>
      </w:pPr>
      <w:r>
        <w:rPr>
          <w:rFonts w:ascii="Times New Roman" w:hAnsi="Times New Roman" w:eastAsia="宋体"/>
          <w:b w:val="0"/>
          <w:i w:val="0"/>
          <w:sz w:val="21"/>
        </w:rPr>
        <w:t>（A）5/18　　（B）7/18　　（C）11/18　　（D）3/4　　（E）8/9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faces of a cubical die are marked with the numbers 1, 2, 2, 3, 3, and 4. The faces of a second cubical die are marked with the numbers 1, 3, 4, 5, 6, and 8. Both dice are thrown. What is the probability that the sum of the two top numbers will be 5, 7, or 9?</w:t>
      </w:r>
    </w:p>
    <w:p>
      <w:pPr>
        <w:spacing w:before="0" w:after="160" w:line="300" w:lineRule="auto"/>
      </w:pPr>
      <w:r>
        <w:rPr>
          <w:rFonts w:ascii="Times New Roman" w:hAnsi="Times New Roman" w:eastAsia="宋体"/>
          <w:b w:val="0"/>
          <w:i w:val="0"/>
          <w:color w:val="333333"/>
          <w:sz w:val="19"/>
        </w:rPr>
        <w:t>(A) 5/18　　(B) 7/18　　(C) 11/18　　(D) 3/4　　(E) 8/9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十把椅子均匀地围绕一张圆桌摆放，并按顺时针编号为 1 到 10。五对夫妻要坐在这些椅子上，男女交替，并且没有人坐在自己配偶的旁边或正对面。共有多少种座位安排？</w:t>
      </w:r>
    </w:p>
    <w:p>
      <w:pPr>
        <w:spacing w:before="0" w:after="120" w:line="300" w:lineRule="auto"/>
      </w:pPr>
      <w:r>
        <w:rPr>
          <w:rFonts w:ascii="Times New Roman" w:hAnsi="Times New Roman" w:eastAsia="宋体"/>
          <w:b w:val="0"/>
          <w:i w:val="0"/>
          <w:sz w:val="21"/>
        </w:rPr>
        <w:t>（A）240　　（B）360　　（C）480　　（D）540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Ten chairs are evenly spaced around a round table and numbered clockwise from 1 through 10. Five married couples are to sit in the chairs with men and women alternating, and no one is to sit either next to or directly across from his or her spouse. How many seating arrangements are possible?</w:t>
      </w:r>
    </w:p>
    <w:p>
      <w:pPr>
        <w:spacing w:before="0" w:after="160" w:line="300" w:lineRule="auto"/>
      </w:pPr>
      <w:r>
        <w:rPr>
          <w:rFonts w:ascii="Times New Roman" w:hAnsi="Times New Roman" w:eastAsia="宋体"/>
          <w:b w:val="0"/>
          <w:i w:val="0"/>
          <w:color w:val="333333"/>
          <w:sz w:val="19"/>
        </w:rPr>
        <w:t>(A) 240　　(B) 360　　(C) 480　　(D) 540　　(E) 720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三颗红珠、两颗白珠和一颗蓝珠随机排成一行。相邻两颗珠子颜色都不同的概率是多少？</w:t>
      </w:r>
    </w:p>
    <w:p>
      <w:pPr>
        <w:spacing w:before="0" w:after="120" w:line="300" w:lineRule="auto"/>
      </w:pPr>
      <w:r>
        <w:rPr>
          <w:rFonts w:ascii="Times New Roman" w:hAnsi="Times New Roman" w:eastAsia="宋体"/>
          <w:b w:val="0"/>
          <w:i w:val="0"/>
          <w:sz w:val="21"/>
        </w:rPr>
        <w:t>（A）1/12　　（B）1/10　　（C）1/6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red beads, two white beads, and one blue bead are placed in a line in random order. What is the probability that no two neighboring beads are the same color?</w:t>
      </w:r>
    </w:p>
    <w:p>
      <w:pPr>
        <w:spacing w:before="0" w:after="160" w:line="300" w:lineRule="auto"/>
      </w:pPr>
      <w:r>
        <w:rPr>
          <w:rFonts w:ascii="Times New Roman" w:hAnsi="Times New Roman" w:eastAsia="宋体"/>
          <w:b w:val="0"/>
          <w:i w:val="0"/>
          <w:color w:val="333333"/>
          <w:sz w:val="19"/>
        </w:rPr>
        <w:t>(A) 1/12　　(B) 1/10　　(C) 1/6　　(D) 1/3　　(E) 1/2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一个矩形地板尺寸为 a 英尺乘 b 英尺，其中 a 和 b 是正整数且 b&gt; a。一位艺术家在地板上画一个矩形，画出的矩形边与地板边平行。未涂色部分在画出的矩形周围形成宽 1 英尺的边框，并占整个地板面积的一半。有多少个有序对 (a,b) 满足条件？</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floor measures a feet by b feet, where a and b are positive integers with b&gt; a. An artist paints a rectangle on the floor with the sides of the rectangle parallel to the sides of the floor. The unpainted part of the floor forms a border of width 1 foot around the painted rectangle and occupies half the area of the entire floor. How many possibilities are there for the ordered pair (a,b)?</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四边形 ABCD 满足 AB=BC=CD、∠ ABC=70°、∠ BCD=170°。∠ BAD 的度数是多少？</w:t>
      </w:r>
    </w:p>
    <w:p>
      <w:pPr>
        <w:spacing w:before="0" w:after="120" w:line="300" w:lineRule="auto"/>
      </w:pPr>
      <w:r>
        <w:rPr>
          <w:rFonts w:ascii="Times New Roman" w:hAnsi="Times New Roman" w:eastAsia="宋体"/>
          <w:b w:val="0"/>
          <w:i w:val="0"/>
          <w:sz w:val="21"/>
        </w:rPr>
        <w:t>（A）75　　（B）80　　（C）85　　（D）90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has AB=BC=CD, ∠ ABC=70°, and ∠ BCD=170°. What is the degree measure of ∠ BAD?</w:t>
      </w:r>
    </w:p>
    <w:p>
      <w:pPr>
        <w:spacing w:before="0" w:after="160" w:line="300" w:lineRule="auto"/>
      </w:pPr>
      <w:r>
        <w:rPr>
          <w:rFonts w:ascii="Times New Roman" w:hAnsi="Times New Roman" w:eastAsia="宋体"/>
          <w:b w:val="0"/>
          <w:i w:val="0"/>
          <w:color w:val="333333"/>
          <w:sz w:val="19"/>
        </w:rPr>
        <w:t>(A) 75　　(B) 80　　(C) 85　　(D) 90　　(E) 95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Michael 在一条长直路上以每秒 5 英尺的速度步行。路上每隔 200 英尺有一个垃圾桶。一辆垃圾车以每秒 10 英尺的速度沿同一方向行驶，并在每个垃圾桶处停 30 秒。当 Michael 经过一个垃圾桶时，他注意到前方的垃圾车刚离开下一个垃圾桶。Michael 和垃圾车会相遇多少次？</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Michael walks at the rate of 5 feet per second on a long straight path. Trash pails are located every 200 feet along the path. A garbage truck travels at 10 feet per second in the same direction as Michael and stops for 30 seconds at each pail. As Michael passes a pail, he notices the truck ahead of him just leaving the next pail. How many times will Michael and the truck meet?</w:t>
      </w:r>
    </w:p>
    <w:p>
      <w:pPr>
        <w:spacing w:before="0" w:after="160" w:line="300" w:lineRule="auto"/>
      </w:pPr>
      <w:r>
        <w:rPr>
          <w:rFonts w:ascii="Times New Roman" w:hAnsi="Times New Roman" w:eastAsia="宋体"/>
          <w:b w:val="0"/>
          <w:i w:val="0"/>
          <w:color w:val="333333"/>
          <w:sz w:val="19"/>
        </w:rPr>
        <w:t>(A) 4　　(B) 5　　(C) 6　　(D) 7　　(E) 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D　C　A　C　C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A　B　B　A　A　B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B　C　C　B　C　B</w:t>
      </w:r>
    </w:p>
    <w:p>
      <w:pPr>
        <w:spacing w:before="0" w:after="200" w:line="300" w:lineRule="auto"/>
      </w:pPr>
      <w:r>
        <w:rPr>
          <w:rFonts w:ascii="Times New Roman" w:hAnsi="Times New Roman" w:eastAsia="宋体"/>
          <w:b w:val="0"/>
          <w:i w:val="0"/>
          <w:color w:val="666666"/>
          <w:sz w:val="18"/>
        </w:rPr>
        <w:t>答案串：EBDCACCCAABABBAABBEBCCBCB</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如果 k 个进球值 3 分，其余值 2 分，总分为 2(5-k)+3k=10+k。</w:t>
      </w:r>
    </w:p>
    <w:p>
      <w:pPr>
        <w:spacing w:before="0" w:after="80" w:line="300" w:lineRule="auto"/>
        <w:jc w:val="left"/>
      </w:pPr>
      <w:r>
        <w:rPr>
          <w:rFonts w:ascii="Times New Roman" w:hAnsi="Times New Roman" w:eastAsia="宋体"/>
          <w:b w:val="0"/>
          <w:i w:val="0"/>
          <w:sz w:val="21"/>
        </w:rPr>
        <w:t>当 k 取 0,1,…,5 时，总分取从 10 到 15 的每个整数，共 6 种可能。</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k of the baskets are worth 3 points and the rest worth 2, the total is 2(5-k)+3k=10+k.</w:t>
      </w:r>
    </w:p>
    <w:p>
      <w:pPr>
        <w:spacing w:before="0" w:after="80" w:line="300" w:lineRule="auto"/>
        <w:jc w:val="left"/>
      </w:pPr>
      <w:r>
        <w:rPr>
          <w:rFonts w:ascii="Times New Roman" w:hAnsi="Times New Roman" w:eastAsia="宋体"/>
          <w:b w:val="0"/>
          <w:i w:val="0"/>
          <w:color w:val="333333"/>
          <w:sz w:val="19"/>
        </w:rPr>
        <w:t>As k ranges over 0,1,…,5, the total takes every integer value from 10 to 15, giving 6 possibilities.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将第二行反为 11,10,9,8，第四行反为 25,24,23,22 后，两条对角线分别为 1,10,17,22 和 4,9,16,25。</w:t>
      </w:r>
    </w:p>
    <w:p>
      <w:pPr>
        <w:spacing w:before="0" w:after="80" w:line="300" w:lineRule="auto"/>
        <w:jc w:val="left"/>
      </w:pPr>
      <w:r>
        <w:rPr>
          <w:rFonts w:ascii="Times New Roman" w:hAnsi="Times New Roman" w:eastAsia="宋体"/>
          <w:b w:val="0"/>
          <w:i w:val="0"/>
          <w:sz w:val="21"/>
        </w:rPr>
        <w:t>它们的和为 1+10+17+22=50 和 4+9+16+25=54，正差为 54-50=4。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reversing the second row to 11,10,9,8 and the fourth row to 25,24,23,22, the two diagonals are 1,10,17,22 and 4,9,16,25.</w:t>
      </w:r>
    </w:p>
    <w:p>
      <w:pPr>
        <w:spacing w:before="0" w:after="80" w:line="300" w:lineRule="auto"/>
        <w:jc w:val="left"/>
      </w:pPr>
      <w:r>
        <w:rPr>
          <w:rFonts w:ascii="Times New Roman" w:hAnsi="Times New Roman" w:eastAsia="宋体"/>
          <w:b w:val="0"/>
          <w:i w:val="0"/>
          <w:color w:val="333333"/>
          <w:sz w:val="19"/>
        </w:rPr>
        <w:t>Their sums are 1+10+17+22=50 and 4+9+16+25=54, so the positive difference is 54-50=4.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因为 √(x)=x^(1/2)，所以 x√(x)=x¹· x^(1/2)=x^(3/2)。</w:t>
      </w:r>
    </w:p>
    <w:p>
      <w:pPr>
        <w:spacing w:before="0" w:after="80" w:line="300" w:lineRule="auto"/>
        <w:jc w:val="left"/>
      </w:pPr>
      <w:r>
        <w:rPr>
          <w:rFonts w:ascii="Times New Roman" w:hAnsi="Times New Roman" w:eastAsia="宋体"/>
          <w:b w:val="0"/>
          <w:i w:val="0"/>
          <w:sz w:val="21"/>
        </w:rPr>
        <w:t>取立方根相当于指数乘以 1/3，得到 (x^(3/2))^(1/3)=x^(1/2)。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√(x)=x^(1/2), we have x√(x)=x¹· x^(1/2)=x^(3/2).</w:t>
      </w:r>
    </w:p>
    <w:p>
      <w:pPr>
        <w:spacing w:before="0" w:after="80" w:line="300" w:lineRule="auto"/>
        <w:jc w:val="left"/>
      </w:pPr>
      <w:r>
        <w:rPr>
          <w:rFonts w:ascii="Times New Roman" w:hAnsi="Times New Roman" w:eastAsia="宋体"/>
          <w:b w:val="0"/>
          <w:i w:val="0"/>
          <w:color w:val="333333"/>
          <w:sz w:val="19"/>
        </w:rPr>
        <w:t>Taking the cube root multiplies the exponent by 1/3, giving (x^(3/2))^(1/3)=x^(1/2).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当其他 20 名球员各拿最低工资 $15,000 时，某一名球员工资最大。</w:t>
      </w:r>
    </w:p>
    <w:p>
      <w:pPr>
        <w:spacing w:before="0" w:after="80" w:line="300" w:lineRule="auto"/>
        <w:jc w:val="left"/>
      </w:pPr>
      <w:r>
        <w:rPr>
          <w:rFonts w:ascii="Times New Roman" w:hAnsi="Times New Roman" w:eastAsia="宋体"/>
          <w:b w:val="0"/>
          <w:i w:val="0"/>
          <w:sz w:val="21"/>
        </w:rPr>
        <w:t>剩下给这名球员的是 $700,000-20·$15,000 =$700,000-$300,000 =$400,000。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player’s salary is largest when the other 20 players each earn the minimum $15,000.</w:t>
      </w:r>
    </w:p>
    <w:p>
      <w:pPr>
        <w:spacing w:before="0" w:after="80" w:line="300" w:lineRule="auto"/>
        <w:jc w:val="left"/>
      </w:pPr>
      <w:r>
        <w:rPr>
          <w:rFonts w:ascii="Times New Roman" w:hAnsi="Times New Roman" w:eastAsia="宋体"/>
          <w:b w:val="0"/>
          <w:i w:val="0"/>
          <w:color w:val="333333"/>
          <w:sz w:val="19"/>
        </w:rPr>
        <w:t>That leaves $700,000-20·$15,000 =$700,000-$300,000 =$400,000 for the single player.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因为 (y-x)²=(x-y)²，两个输入完全相同。</w:t>
      </w:r>
    </w:p>
    <w:p>
      <w:pPr>
        <w:spacing w:before="0" w:after="80" w:line="300" w:lineRule="auto"/>
        <w:jc w:val="left"/>
      </w:pPr>
      <w:r>
        <w:rPr>
          <w:rFonts w:ascii="Times New Roman" w:hAnsi="Times New Roman" w:eastAsia="宋体"/>
          <w:b w:val="0"/>
          <w:i w:val="0"/>
          <w:sz w:val="21"/>
        </w:rPr>
        <w:t>因此 (x-y)² $ (y-x)² =((x-y)²-(x-y)²)² =0²=0。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(y-x)²=(x-y)², the two inputs are identical.</w:t>
      </w:r>
    </w:p>
    <w:p>
      <w:pPr>
        <w:spacing w:before="0" w:after="80" w:line="300" w:lineRule="auto"/>
        <w:jc w:val="left"/>
      </w:pPr>
      <w:r>
        <w:rPr>
          <w:rFonts w:ascii="Times New Roman" w:hAnsi="Times New Roman" w:eastAsia="宋体"/>
          <w:b w:val="0"/>
          <w:i w:val="0"/>
          <w:color w:val="333333"/>
          <w:sz w:val="19"/>
        </w:rPr>
        <w:t>Therefore (x-y)² $ (y-x)² =((x-y)²-(x-y)²)² =0²=0.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因为 AB=4 BD 且 AB+BD=AD，可得 5 BD=AD，所以 BD=1/5 AD。</w:t>
      </w:r>
    </w:p>
    <w:p>
      <w:pPr>
        <w:spacing w:before="0" w:after="80" w:line="300" w:lineRule="auto"/>
        <w:jc w:val="left"/>
      </w:pPr>
      <w:r>
        <w:rPr>
          <w:rFonts w:ascii="Times New Roman" w:hAnsi="Times New Roman" w:eastAsia="宋体"/>
          <w:b w:val="0"/>
          <w:i w:val="0"/>
          <w:sz w:val="21"/>
        </w:rPr>
        <w:t>因为 AC=9 CD 且 AC+CD=AD，可得 10 CD=AD，所以 CD=1/10AD。</w:t>
      </w:r>
    </w:p>
    <w:p>
      <w:pPr>
        <w:spacing w:before="0" w:after="80" w:line="300" w:lineRule="auto"/>
        <w:jc w:val="left"/>
      </w:pPr>
      <w:r>
        <w:rPr>
          <w:rFonts w:ascii="Times New Roman" w:hAnsi="Times New Roman" w:eastAsia="宋体"/>
          <w:b w:val="0"/>
          <w:i w:val="0"/>
          <w:sz w:val="21"/>
        </w:rPr>
        <w:t>因此 BC=BD-CD =1/5 AD-1/10AD =1/10AD。</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AB=4 BD and AB+BD=AD, we get 5 BD=AD, so BD=1/5 AD.</w:t>
      </w:r>
    </w:p>
    <w:p>
      <w:pPr>
        <w:spacing w:before="0" w:after="80" w:line="300" w:lineRule="auto"/>
        <w:jc w:val="left"/>
      </w:pPr>
      <w:r>
        <w:rPr>
          <w:rFonts w:ascii="Times New Roman" w:hAnsi="Times New Roman" w:eastAsia="宋体"/>
          <w:b w:val="0"/>
          <w:i w:val="0"/>
          <w:color w:val="333333"/>
          <w:sz w:val="19"/>
        </w:rPr>
        <w:t>Since AC=9 CD and AC+CD=AD, we get 10 CD=AD, so CD=1/10AD.</w:t>
      </w:r>
    </w:p>
    <w:p>
      <w:pPr>
        <w:spacing w:before="0" w:after="80" w:line="300" w:lineRule="auto"/>
        <w:jc w:val="left"/>
      </w:pPr>
      <w:r>
        <w:rPr>
          <w:rFonts w:ascii="Times New Roman" w:hAnsi="Times New Roman" w:eastAsia="宋体"/>
          <w:b w:val="0"/>
          <w:i w:val="0"/>
          <w:color w:val="333333"/>
          <w:sz w:val="19"/>
        </w:rPr>
        <w:t>Then BC=BD-CD =1/5 AD-1/10AD =1/10AD.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大三角形边长是小三角形的 10 倍，所以面积是小三角形的 10²=100 倍。</w:t>
      </w:r>
    </w:p>
    <w:p>
      <w:pPr>
        <w:spacing w:before="0" w:after="80" w:line="300" w:lineRule="auto"/>
        <w:jc w:val="left"/>
      </w:pPr>
      <w:r>
        <w:rPr>
          <w:rFonts w:ascii="Times New Roman" w:hAnsi="Times New Roman" w:eastAsia="宋体"/>
          <w:b w:val="0"/>
          <w:i w:val="0"/>
          <w:sz w:val="21"/>
        </w:rPr>
        <w:t>因为小三角形无重叠地铺满它，正好需要 100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triangle has side length 10 times that of a small triangle, so its area is 10²=100 times as large.</w:t>
      </w:r>
    </w:p>
    <w:p>
      <w:pPr>
        <w:spacing w:before="0" w:after="80" w:line="300" w:lineRule="auto"/>
        <w:jc w:val="left"/>
      </w:pPr>
      <w:r>
        <w:rPr>
          <w:rFonts w:ascii="Times New Roman" w:hAnsi="Times New Roman" w:eastAsia="宋体"/>
          <w:b w:val="0"/>
          <w:i w:val="0"/>
          <w:color w:val="333333"/>
          <w:sz w:val="19"/>
        </w:rPr>
        <w:t>Since the small triangles tile it without overlap, exactly 100 of them are required.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若买 r 朵玫瑰和 c 朵康乃馨，则 3r+2c=50。因为 2c 和 50 都是偶数，3r 必须是偶数，所以 r 是偶数。</w:t>
      </w:r>
    </w:p>
    <w:p>
      <w:pPr>
        <w:spacing w:before="0" w:after="80" w:line="300" w:lineRule="auto"/>
        <w:jc w:val="left"/>
      </w:pPr>
      <w:r>
        <w:rPr>
          <w:rFonts w:ascii="Times New Roman" w:hAnsi="Times New Roman" w:eastAsia="宋体"/>
          <w:b w:val="0"/>
          <w:i w:val="0"/>
          <w:sz w:val="21"/>
        </w:rPr>
        <w:t>又 3r≤ 50，所以 r≤ 16。偶数值 r=0,2,4,…,16 各自给出一个有效的 c，共有 9 种花束。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 roses and c carnations are bought, then 3r+2c=50. Because 2c and 50 are even, 3r must be even, so r is even.</w:t>
      </w:r>
    </w:p>
    <w:p>
      <w:pPr>
        <w:spacing w:before="0" w:after="80" w:line="300" w:lineRule="auto"/>
        <w:jc w:val="left"/>
      </w:pPr>
      <w:r>
        <w:rPr>
          <w:rFonts w:ascii="Times New Roman" w:hAnsi="Times New Roman" w:eastAsia="宋体"/>
          <w:b w:val="0"/>
          <w:i w:val="0"/>
          <w:color w:val="333333"/>
          <w:sz w:val="19"/>
        </w:rPr>
        <w:t>Also 3r≤ 50, so r≤ 16. The even values r=0,2,4,…,16 each give a valid c, which is 9 bouquets.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由韦达定理，方程 ax²-2ax+b=0 的两根之和为 (-(-2a))/a=2。</w:t>
      </w:r>
    </w:p>
    <w:p>
      <w:pPr>
        <w:spacing w:before="0" w:after="80" w:line="300" w:lineRule="auto"/>
        <w:jc w:val="left"/>
      </w:pPr>
      <w:r>
        <w:rPr>
          <w:rFonts w:ascii="Times New Roman" w:hAnsi="Times New Roman" w:eastAsia="宋体"/>
          <w:b w:val="0"/>
          <w:i w:val="0"/>
          <w:sz w:val="21"/>
        </w:rPr>
        <w:t>平均数是它的一半，即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the sum of the roots of ax²-2ax+b=0 is (-(-2a))/a=2.</w:t>
      </w:r>
    </w:p>
    <w:p>
      <w:pPr>
        <w:spacing w:before="0" w:after="80" w:line="300" w:lineRule="auto"/>
        <w:jc w:val="left"/>
      </w:pPr>
      <w:r>
        <w:rPr>
          <w:rFonts w:ascii="Times New Roman" w:hAnsi="Times New Roman" w:eastAsia="宋体"/>
          <w:b w:val="0"/>
          <w:i w:val="0"/>
          <w:color w:val="333333"/>
          <w:sz w:val="19"/>
        </w:rPr>
        <w:t>The average is half of this, namely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设 O 为圆心，D 为 AB 的中点。于是 OD⊥ AB，且 AD=3，所以 OD=√(5²-3²)=4。</w:t>
      </w:r>
    </w:p>
    <w:p>
      <w:pPr>
        <w:spacing w:before="0" w:after="80" w:line="300" w:lineRule="auto"/>
        <w:jc w:val="left"/>
      </w:pPr>
      <w:r>
        <w:rPr>
          <w:rFonts w:ascii="Times New Roman" w:hAnsi="Times New Roman" w:eastAsia="宋体"/>
          <w:b w:val="0"/>
          <w:i w:val="0"/>
          <w:sz w:val="21"/>
        </w:rPr>
        <w:t>因为 C 是小弧中点，所以 O、D、C 共线，且 DC=OC-OD=5-4=1。</w:t>
      </w:r>
    </w:p>
    <w:p>
      <w:pPr>
        <w:spacing w:before="0" w:after="80" w:line="300" w:lineRule="auto"/>
        <w:jc w:val="left"/>
      </w:pPr>
      <w:r>
        <w:rPr>
          <w:rFonts w:ascii="Times New Roman" w:hAnsi="Times New Roman" w:eastAsia="宋体"/>
          <w:b w:val="0"/>
          <w:i w:val="0"/>
          <w:sz w:val="21"/>
        </w:rPr>
        <w:t>因此 AC=√(AD²+DC²) =√(3²+1²)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and D the midpoint of AB. Then OD⊥ AB with AD=3, so OD=√(5²-3²)=4.</w:t>
      </w:r>
    </w:p>
    <w:p>
      <w:pPr>
        <w:spacing w:before="0" w:after="80" w:line="300" w:lineRule="auto"/>
        <w:jc w:val="left"/>
      </w:pPr>
      <w:r>
        <w:rPr>
          <w:rFonts w:ascii="Times New Roman" w:hAnsi="Times New Roman" w:eastAsia="宋体"/>
          <w:b w:val="0"/>
          <w:i w:val="0"/>
          <w:color w:val="333333"/>
          <w:sz w:val="19"/>
        </w:rPr>
        <w:t>Since C is the midpoint of the minor arc, O, D, C are collinear and DC=OC-OD=5-4=1.</w:t>
      </w:r>
    </w:p>
    <w:p>
      <w:pPr>
        <w:spacing w:before="0" w:after="80" w:line="300" w:lineRule="auto"/>
        <w:jc w:val="left"/>
      </w:pPr>
      <w:r>
        <w:rPr>
          <w:rFonts w:ascii="Times New Roman" w:hAnsi="Times New Roman" w:eastAsia="宋体"/>
          <w:b w:val="0"/>
          <w:i w:val="0"/>
          <w:color w:val="333333"/>
          <w:sz w:val="19"/>
        </w:rPr>
        <w:t>Then AC=√(AD²+DC²) =√(3²+1²)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由递推式，u₅=2u₄+u₃=2u₄+9，且 u₆=2u₅+u₄ =2(2u₄+9)+u₄ =5u₄+18。</w:t>
      </w:r>
    </w:p>
    <w:p>
      <w:pPr>
        <w:spacing w:before="0" w:after="80" w:line="300" w:lineRule="auto"/>
        <w:jc w:val="left"/>
      </w:pPr>
      <w:r>
        <w:rPr>
          <w:rFonts w:ascii="Times New Roman" w:hAnsi="Times New Roman" w:eastAsia="宋体"/>
          <w:b w:val="0"/>
          <w:i w:val="0"/>
          <w:sz w:val="21"/>
        </w:rPr>
        <w:t>令 5u₄+18=128，得 u₄=22，所以 u₅=2· 22+9=53。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recurrence, u₅=2u₄+u₃=2u₄+9 and u₆=2u₅+u₄ =2(2u₄+9)+u₄ =5u₄+18.</w:t>
      </w:r>
    </w:p>
    <w:p>
      <w:pPr>
        <w:spacing w:before="0" w:after="80" w:line="300" w:lineRule="auto"/>
        <w:jc w:val="left"/>
      </w:pPr>
      <w:r>
        <w:rPr>
          <w:rFonts w:ascii="Times New Roman" w:hAnsi="Times New Roman" w:eastAsia="宋体"/>
          <w:b w:val="0"/>
          <w:i w:val="0"/>
          <w:color w:val="333333"/>
          <w:sz w:val="19"/>
        </w:rPr>
        <w:t>Setting 5u₄+18=128 gives u₄=22, so u₅=2· 22+9=53.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每次翻转计 100000 步，所以 Pete 共走了 44· 100000+50000=4,450,000 步。</w:t>
      </w:r>
    </w:p>
    <w:p>
      <w:pPr>
        <w:spacing w:before="0" w:after="80" w:line="300" w:lineRule="auto"/>
        <w:jc w:val="left"/>
      </w:pPr>
      <w:r>
        <w:rPr>
          <w:rFonts w:ascii="Times New Roman" w:hAnsi="Times New Roman" w:eastAsia="宋体"/>
          <w:b w:val="0"/>
          <w:i w:val="0"/>
          <w:sz w:val="21"/>
        </w:rPr>
        <w:t>除以 1800，约为 2472 英里，最接近 2500。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flip counts 100000 steps, so Pete took 44· 100000+50000=4,450,000 steps.</w:t>
      </w:r>
    </w:p>
    <w:p>
      <w:pPr>
        <w:spacing w:before="0" w:after="80" w:line="300" w:lineRule="auto"/>
        <w:jc w:val="left"/>
      </w:pPr>
      <w:r>
        <w:rPr>
          <w:rFonts w:ascii="Times New Roman" w:hAnsi="Times New Roman" w:eastAsia="宋体"/>
          <w:b w:val="0"/>
          <w:i w:val="0"/>
          <w:color w:val="333333"/>
          <w:sz w:val="19"/>
        </w:rPr>
        <w:t>Dividing by 1800 gives about 2472 miles, which is closest to 2500.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因为前 n 项平均数为 n，所以这些项之和为 n²。</w:t>
      </w:r>
    </w:p>
    <w:p>
      <w:pPr>
        <w:spacing w:before="0" w:after="80" w:line="300" w:lineRule="auto"/>
        <w:jc w:val="left"/>
      </w:pPr>
      <w:r>
        <w:rPr>
          <w:rFonts w:ascii="Times New Roman" w:hAnsi="Times New Roman" w:eastAsia="宋体"/>
          <w:b w:val="0"/>
          <w:i w:val="0"/>
          <w:sz w:val="21"/>
        </w:rPr>
        <w:t>第 n 项为 n²-(n-1)²=2n-1，所以第 2008 项为 2· 2008-1=4015。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mean of the first n terms is n, their sum is n².</w:t>
      </w:r>
    </w:p>
    <w:p>
      <w:pPr>
        <w:spacing w:before="0" w:after="80" w:line="300" w:lineRule="auto"/>
        <w:jc w:val="left"/>
      </w:pPr>
      <w:r>
        <w:rPr>
          <w:rFonts w:ascii="Times New Roman" w:hAnsi="Times New Roman" w:eastAsia="宋体"/>
          <w:b w:val="0"/>
          <w:i w:val="0"/>
          <w:color w:val="333333"/>
          <w:sz w:val="19"/>
        </w:rPr>
        <w:t>The nth term is n²-(n-1)²=2n-1, so the 2008th term is 2· 2008-1=4015.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因为 ∠ ABO=90°，线段 AB 竖直，所以 A=(5, 5tan 30°)=(5, (5√(3))/3)。</w:t>
      </w:r>
    </w:p>
    <w:p>
      <w:pPr>
        <w:spacing w:before="0" w:after="80" w:line="300" w:lineRule="auto"/>
        <w:jc w:val="left"/>
      </w:pPr>
      <w:r>
        <w:rPr>
          <w:rFonts w:ascii="Times New Roman" w:hAnsi="Times New Roman" w:eastAsia="宋体"/>
          <w:b w:val="0"/>
          <w:i w:val="0"/>
          <w:sz w:val="21"/>
        </w:rPr>
        <w:t>绕原点逆时针旋转 90° 将 (x,y) 变为 (-y,x)，所以 A 的像为 (-(5√(3))/3,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 ABO=90°, segment AB is vertical, so A=(5, 5tan 30°)=(5, (5√(3))/3).</w:t>
      </w:r>
    </w:p>
    <w:p>
      <w:pPr>
        <w:spacing w:before="0" w:after="80" w:line="300" w:lineRule="auto"/>
        <w:jc w:val="left"/>
      </w:pPr>
      <w:r>
        <w:rPr>
          <w:rFonts w:ascii="Times New Roman" w:hAnsi="Times New Roman" w:eastAsia="宋体"/>
          <w:b w:val="0"/>
          <w:i w:val="0"/>
          <w:color w:val="333333"/>
          <w:sz w:val="19"/>
        </w:rPr>
        <w:t>A 90° counterclockwise rotation about the origin sends (x,y) to (-y,x), so the image of A is (-(5√(3))/3,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由 a²+b²=(b+1)² 得 a²=2b+1，所以 a 是奇数，且 a² 是奇完全平方数。</w:t>
      </w:r>
    </w:p>
    <w:p>
      <w:pPr>
        <w:spacing w:before="0" w:after="80" w:line="300" w:lineRule="auto"/>
        <w:jc w:val="left"/>
      </w:pPr>
      <w:r>
        <w:rPr>
          <w:rFonts w:ascii="Times New Roman" w:hAnsi="Times New Roman" w:eastAsia="宋体"/>
          <w:b w:val="0"/>
          <w:i w:val="0"/>
          <w:sz w:val="21"/>
        </w:rPr>
        <w:t>因为 b&lt; 100，需要 a²=2b+1&lt; 201，且当 b≥ 4 时有 a²≥ 9。奇平方数 9,25,49,81,121,169 给出 a=3,5,7,9,11,13，共有 6 个三角形。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a²+b²=(b+1)² we get a²=2b+1, so a is odd and a² is an odd perfect square.</w:t>
      </w:r>
    </w:p>
    <w:p>
      <w:pPr>
        <w:spacing w:before="0" w:after="80" w:line="300" w:lineRule="auto"/>
        <w:jc w:val="left"/>
      </w:pPr>
      <w:r>
        <w:rPr>
          <w:rFonts w:ascii="Times New Roman" w:hAnsi="Times New Roman" w:eastAsia="宋体"/>
          <w:b w:val="0"/>
          <w:i w:val="0"/>
          <w:color w:val="333333"/>
          <w:sz w:val="19"/>
        </w:rPr>
        <w:t>Since b&lt; 100, we need a²=2b+1&lt; 201, and a²≥ 9 for b≥ 4. The odd squares 9,25,49,81,121,169 give a=3,5,7,9,11,13, which is 6 triangles.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只要至少掷一个骰子，由对称性，点数和为奇数的概率为 1/2。</w:t>
      </w:r>
    </w:p>
    <w:p>
      <w:pPr>
        <w:spacing w:before="0" w:after="80" w:line="300" w:lineRule="auto"/>
        <w:jc w:val="left"/>
      </w:pPr>
      <w:r>
        <w:rPr>
          <w:rFonts w:ascii="Times New Roman" w:hAnsi="Times New Roman" w:eastAsia="宋体"/>
          <w:b w:val="0"/>
          <w:i w:val="0"/>
          <w:sz w:val="21"/>
        </w:rPr>
        <w:t>不掷骰子只在两枚硬币都为反面时发生，概率为 1/4；此时点数和 0 是偶数。因此所求概率为 (1-1/4)·1/2=3/8。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Whenever at least one die is rolled, by symmetry the sum is odd with probability 1/2.</w:t>
      </w:r>
    </w:p>
    <w:p>
      <w:pPr>
        <w:spacing w:before="0" w:after="80" w:line="300" w:lineRule="auto"/>
        <w:jc w:val="left"/>
      </w:pPr>
      <w:r>
        <w:rPr>
          <w:rFonts w:ascii="Times New Roman" w:hAnsi="Times New Roman" w:eastAsia="宋体"/>
          <w:b w:val="0"/>
          <w:i w:val="0"/>
          <w:color w:val="333333"/>
          <w:sz w:val="19"/>
        </w:rPr>
        <w:t>No die is rolled only when both coins are tails, with probability 1/4; that sum 0 is even. So the answer is (1-1/4)·1/2=3/8.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三次中恰好一次认可有 C(3, 1)=3 种方式，每种概率为 (0.7)(0.3)(0.3)=0.063。</w:t>
      </w:r>
    </w:p>
    <w:p>
      <w:pPr>
        <w:spacing w:before="0" w:after="80" w:line="300" w:lineRule="auto"/>
        <w:jc w:val="left"/>
      </w:pPr>
      <w:r>
        <w:rPr>
          <w:rFonts w:ascii="Times New Roman" w:hAnsi="Times New Roman" w:eastAsia="宋体"/>
          <w:b w:val="0"/>
          <w:i w:val="0"/>
          <w:sz w:val="21"/>
        </w:rPr>
        <w:t>总概率为 3· 0.063=0.189。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Exactly one approval among three occasions arises in C(3, 1)=3 ways, each with probability (0.7)(0.3)(0.3)=0.063.</w:t>
      </w:r>
    </w:p>
    <w:p>
      <w:pPr>
        <w:spacing w:before="0" w:after="80" w:line="300" w:lineRule="auto"/>
        <w:jc w:val="left"/>
      </w:pPr>
      <w:r>
        <w:rPr>
          <w:rFonts w:ascii="Times New Roman" w:hAnsi="Times New Roman" w:eastAsia="宋体"/>
          <w:b w:val="0"/>
          <w:i w:val="0"/>
          <w:color w:val="333333"/>
          <w:sz w:val="19"/>
        </w:rPr>
        <w:t>The total is 3· 0.063=0.189.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设砖块数为 n。Brenda 每小时砌 n/9 块，Brandon 每小时砌 n/10 块，所以一起每小时砌 n/9+n/10-10 块。</w:t>
      </w:r>
    </w:p>
    <w:p>
      <w:pPr>
        <w:spacing w:before="0" w:after="80" w:line="300" w:lineRule="auto"/>
        <w:jc w:val="left"/>
      </w:pPr>
      <w:r>
        <w:rPr>
          <w:rFonts w:ascii="Times New Roman" w:hAnsi="Times New Roman" w:eastAsia="宋体"/>
          <w:b w:val="0"/>
          <w:i w:val="0"/>
          <w:sz w:val="21"/>
        </w:rPr>
        <w:t>他们工作 5 小时共完成 n 块：</w:t>
      </w:r>
    </w:p>
    <w:p>
      <w:pPr>
        <w:spacing w:before="0" w:after="80" w:line="300" w:lineRule="auto"/>
        <w:jc w:val="left"/>
      </w:pPr>
      <w:r>
        <w:rPr>
          <w:rFonts w:ascii="Times New Roman" w:hAnsi="Times New Roman" w:eastAsia="宋体"/>
          <w:b w:val="0"/>
          <w:i w:val="0"/>
          <w:sz w:val="21"/>
        </w:rPr>
        <w:t>5(n/9+n/10-10)=n。</w:t>
      </w:r>
    </w:p>
    <w:p>
      <w:pPr>
        <w:spacing w:before="0" w:after="80" w:line="300" w:lineRule="auto"/>
        <w:jc w:val="left"/>
      </w:pPr>
      <w:r>
        <w:rPr>
          <w:rFonts w:ascii="Times New Roman" w:hAnsi="Times New Roman" w:eastAsia="宋体"/>
          <w:b w:val="0"/>
          <w:i w:val="0"/>
          <w:sz w:val="21"/>
        </w:rPr>
        <w:t>解得 5n/9+n/2-50=n，所以 n=900。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bricks. Brenda lays n/9 per hour and Brandon n/10, so together they lay n/9+n/10-10 per hour.</w:t>
      </w:r>
    </w:p>
    <w:p>
      <w:pPr>
        <w:spacing w:before="0" w:after="80" w:line="300" w:lineRule="auto"/>
        <w:jc w:val="left"/>
      </w:pPr>
      <w:r>
        <w:rPr>
          <w:rFonts w:ascii="Times New Roman" w:hAnsi="Times New Roman" w:eastAsia="宋体"/>
          <w:b w:val="0"/>
          <w:i w:val="0"/>
          <w:color w:val="333333"/>
          <w:sz w:val="19"/>
        </w:rPr>
        <w:t>Over 5 hours this equals n:</w:t>
      </w:r>
    </w:p>
    <w:p>
      <w:pPr>
        <w:spacing w:before="0" w:after="80" w:line="300" w:lineRule="auto"/>
        <w:jc w:val="left"/>
      </w:pPr>
      <w:r>
        <w:rPr>
          <w:rFonts w:ascii="Times New Roman" w:hAnsi="Times New Roman" w:eastAsia="宋体"/>
          <w:b w:val="0"/>
          <w:i w:val="0"/>
          <w:color w:val="333333"/>
          <w:sz w:val="19"/>
        </w:rPr>
        <w:t>5(n/9+n/10-10)=n.</w:t>
      </w:r>
    </w:p>
    <w:p>
      <w:pPr>
        <w:spacing w:before="0" w:after="80" w:line="300" w:lineRule="auto"/>
        <w:jc w:val="left"/>
      </w:pPr>
      <w:r>
        <w:rPr>
          <w:rFonts w:ascii="Times New Roman" w:hAnsi="Times New Roman" w:eastAsia="宋体"/>
          <w:b w:val="0"/>
          <w:i w:val="0"/>
          <w:color w:val="333333"/>
          <w:sz w:val="19"/>
        </w:rPr>
        <w:t>Solving, 5n/9+n/2-50=n, which gives n=900.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被水浸没的横截面是圆弓形。弦在圆心下方 4-2=2 英尺，且 cosθ=2/4=1/2，所以半角为 60°，圆心角为 120°。</w:t>
      </w:r>
    </w:p>
    <w:p>
      <w:pPr>
        <w:spacing w:before="0" w:after="80" w:line="300" w:lineRule="auto"/>
        <w:jc w:val="left"/>
      </w:pPr>
      <w:r>
        <w:rPr>
          <w:rFonts w:ascii="Times New Roman" w:hAnsi="Times New Roman" w:eastAsia="宋体"/>
          <w:b w:val="0"/>
          <w:i w:val="0"/>
          <w:sz w:val="21"/>
        </w:rPr>
        <w:t>扇形面积为 120/360π(4)²=16π/3，两条半径形成的三角形面积为 1/2(4)²sin 120°=4√(3)，所以圆弓形面积为 16π/3-4√(3)。</w:t>
      </w:r>
    </w:p>
    <w:p>
      <w:pPr>
        <w:spacing w:before="0" w:after="80" w:line="300" w:lineRule="auto"/>
        <w:jc w:val="left"/>
      </w:pPr>
      <w:r>
        <w:rPr>
          <w:rFonts w:ascii="Times New Roman" w:hAnsi="Times New Roman" w:eastAsia="宋体"/>
          <w:b w:val="0"/>
          <w:i w:val="0"/>
          <w:sz w:val="21"/>
        </w:rPr>
        <w:t>乘以长度 9，体积为 9(16π/3-4√(3))=48π-36√(3)。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submerged cross-section is a circular segment. The chord is 4-2=2 feet below the center, and cosθ=2/4=1/2, so the half-angle is 60° and the central angle is 120°.</w:t>
      </w:r>
    </w:p>
    <w:p>
      <w:pPr>
        <w:spacing w:before="0" w:after="80" w:line="300" w:lineRule="auto"/>
        <w:jc w:val="left"/>
      </w:pPr>
      <w:r>
        <w:rPr>
          <w:rFonts w:ascii="Times New Roman" w:hAnsi="Times New Roman" w:eastAsia="宋体"/>
          <w:b w:val="0"/>
          <w:i w:val="0"/>
          <w:color w:val="333333"/>
          <w:sz w:val="19"/>
        </w:rPr>
        <w:t>The sector area is 120/360π(4)²=16π/3, and the triangle formed by the two radii has area 1/2(4)²sin 120°=4√(3). The segment area is 16π/3-4√(3).</w:t>
      </w:r>
    </w:p>
    <w:p>
      <w:pPr>
        <w:spacing w:before="0" w:after="80" w:line="300" w:lineRule="auto"/>
        <w:jc w:val="left"/>
      </w:pPr>
      <w:r>
        <w:rPr>
          <w:rFonts w:ascii="Times New Roman" w:hAnsi="Times New Roman" w:eastAsia="宋体"/>
          <w:b w:val="0"/>
          <w:i w:val="0"/>
          <w:color w:val="333333"/>
          <w:sz w:val="19"/>
        </w:rPr>
        <w:t>Multiplying by the length 9 gives 9(16π/3-4√(3))=48π-36√(3).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在 36 个等可能结果中，和为 5 的有 (1,4),(2,3),(2,3),(4,1)，共 4 个。</w:t>
      </w:r>
    </w:p>
    <w:p>
      <w:pPr>
        <w:spacing w:before="0" w:after="80" w:line="300" w:lineRule="auto"/>
        <w:jc w:val="left"/>
      </w:pPr>
      <w:r>
        <w:rPr>
          <w:rFonts w:ascii="Times New Roman" w:hAnsi="Times New Roman" w:eastAsia="宋体"/>
          <w:b w:val="0"/>
          <w:i w:val="0"/>
          <w:sz w:val="21"/>
        </w:rPr>
        <w:t>和为 7 的有 (1,6),(2,5),(2,5)、(3,4),(3,4),(4,3)，共 6 个；和为 9 的有 (1,8),(3,6),(3,6),(4,5)，共 4 个。</w:t>
      </w:r>
    </w:p>
    <w:p>
      <w:pPr>
        <w:spacing w:before="0" w:after="80" w:line="300" w:lineRule="auto"/>
        <w:jc w:val="left"/>
      </w:pPr>
      <w:r>
        <w:rPr>
          <w:rFonts w:ascii="Times New Roman" w:hAnsi="Times New Roman" w:eastAsia="宋体"/>
          <w:b w:val="0"/>
          <w:i w:val="0"/>
          <w:sz w:val="21"/>
        </w:rPr>
        <w:t>因此概率为 4+6+4/36=14/36=7/18。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36 equally likely outcomes, the pairs giving sum 5 are (1,4),(2,3),(2,3),(4,1), which is 4 outcomes.</w:t>
      </w:r>
    </w:p>
    <w:p>
      <w:pPr>
        <w:spacing w:before="0" w:after="80" w:line="300" w:lineRule="auto"/>
        <w:jc w:val="left"/>
      </w:pPr>
      <w:r>
        <w:rPr>
          <w:rFonts w:ascii="Times New Roman" w:hAnsi="Times New Roman" w:eastAsia="宋体"/>
          <w:b w:val="0"/>
          <w:i w:val="0"/>
          <w:color w:val="333333"/>
          <w:sz w:val="19"/>
        </w:rPr>
        <w:t>Sum 7 comes from (1,6),(2,5),(2,5), (3,4),(3,4),(4,3), which is 6, and sum 9 from (1,8),(3,6),(3,6),(4,5), which is 4.</w:t>
      </w:r>
    </w:p>
    <w:p>
      <w:pPr>
        <w:spacing w:before="0" w:after="80" w:line="300" w:lineRule="auto"/>
        <w:jc w:val="left"/>
      </w:pPr>
      <w:r>
        <w:rPr>
          <w:rFonts w:ascii="Times New Roman" w:hAnsi="Times New Roman" w:eastAsia="宋体"/>
          <w:b w:val="0"/>
          <w:i w:val="0"/>
          <w:color w:val="333333"/>
          <w:sz w:val="19"/>
        </w:rPr>
        <w:t>The probability is 4+6+4/36=14/36=7/18.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先安排女性。第一位女性可坐任意 10 把椅子，而男女必须交替，所以其余女性在剩下四个同类座位中有 4! 种排法，共 10· 4!=240 种安排。</w:t>
      </w:r>
    </w:p>
    <w:p>
      <w:pPr>
        <w:spacing w:before="0" w:after="80" w:line="300" w:lineRule="auto"/>
        <w:jc w:val="left"/>
      </w:pPr>
      <w:r>
        <w:rPr>
          <w:rFonts w:ascii="Times New Roman" w:hAnsi="Times New Roman" w:eastAsia="宋体"/>
          <w:b w:val="0"/>
          <w:i w:val="0"/>
          <w:sz w:val="21"/>
        </w:rPr>
        <w:t>固定一位女性在椅子 1。她的配偶必须坐在椅子 4 或椅子 8；每个选择都会一致地迫使其他男性的位置。因此每种女性安排恰有 2 种有效男性安排。</w:t>
      </w:r>
    </w:p>
    <w:p>
      <w:pPr>
        <w:spacing w:before="0" w:after="80" w:line="300" w:lineRule="auto"/>
        <w:jc w:val="left"/>
      </w:pPr>
      <w:r>
        <w:rPr>
          <w:rFonts w:ascii="Times New Roman" w:hAnsi="Times New Roman" w:eastAsia="宋体"/>
          <w:b w:val="0"/>
          <w:i w:val="0"/>
          <w:sz w:val="21"/>
        </w:rPr>
        <w:t>总数为 2· 240=480。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Seat the women first. The first woman may take any of the 10 chairs, and since seats alternate, the remaining women fill their four seats in 4! ways, giving 10· 4!=240 arrangements.</w:t>
      </w:r>
    </w:p>
    <w:p>
      <w:pPr>
        <w:spacing w:before="0" w:after="80" w:line="300" w:lineRule="auto"/>
        <w:jc w:val="left"/>
      </w:pPr>
      <w:r>
        <w:rPr>
          <w:rFonts w:ascii="Times New Roman" w:hAnsi="Times New Roman" w:eastAsia="宋体"/>
          <w:b w:val="0"/>
          <w:i w:val="0"/>
          <w:color w:val="333333"/>
          <w:sz w:val="19"/>
        </w:rPr>
        <w:t>Fix a woman in chair 1. Her spouse must sit in chair 4 or chair 8; each choice then forces the placement of every other man consistently. So each seating of the women yields exactly 2 valid seatings of the men.</w:t>
      </w:r>
    </w:p>
    <w:p>
      <w:pPr>
        <w:spacing w:before="0" w:after="80" w:line="300" w:lineRule="auto"/>
        <w:jc w:val="left"/>
      </w:pPr>
      <w:r>
        <w:rPr>
          <w:rFonts w:ascii="Times New Roman" w:hAnsi="Times New Roman" w:eastAsia="宋体"/>
          <w:b w:val="0"/>
          <w:i w:val="0"/>
          <w:color w:val="333333"/>
          <w:sz w:val="19"/>
        </w:rPr>
        <w:t>The total is 2· 240=480.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可区分的排列共有 (6!)/(3! 2!)=60 种。三颗红珠必须占据不相邻的位置，可能的红珠位置为 {1,3,5},{2,4,6},{1,3,6} 和 {1,4,6}。</w:t>
      </w:r>
    </w:p>
    <w:p>
      <w:pPr>
        <w:spacing w:before="0" w:after="80" w:line="300" w:lineRule="auto"/>
        <w:jc w:val="left"/>
      </w:pPr>
      <w:r>
        <w:rPr>
          <w:rFonts w:ascii="Times New Roman" w:hAnsi="Times New Roman" w:eastAsia="宋体"/>
          <w:b w:val="0"/>
          <w:i w:val="0"/>
          <w:sz w:val="21"/>
        </w:rPr>
        <w:t>对于 {1,3,5} 和 {2,4,6}，剩余位置彼此不相邻，所以蓝珠可在 3 个位置中任意选择，共 3+3=6 种。对于 {1,3,6} 和 {1,4,6}，剩余位置中有两个相邻，所以蓝珠必须隔开两颗白珠，共 2+2=4 种。</w:t>
      </w:r>
    </w:p>
    <w:p>
      <w:pPr>
        <w:spacing w:before="0" w:after="80" w:line="300" w:lineRule="auto"/>
        <w:jc w:val="left"/>
      </w:pPr>
      <w:r>
        <w:rPr>
          <w:rFonts w:ascii="Times New Roman" w:hAnsi="Times New Roman" w:eastAsia="宋体"/>
          <w:b w:val="0"/>
          <w:i w:val="0"/>
          <w:sz w:val="21"/>
        </w:rPr>
        <w:t>有效排列共 10 种，所以概率为 10/60=1/6。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(6!)/(3! 2!)=60 distinguishable orderings. The three reds must occupy non-adjacent positions, and the possible red placements are {1,3,5},{2,4,6},{1,3,6}, and {1,4,6}.</w:t>
      </w:r>
    </w:p>
    <w:p>
      <w:pPr>
        <w:spacing w:before="0" w:after="80" w:line="300" w:lineRule="auto"/>
        <w:jc w:val="left"/>
      </w:pPr>
      <w:r>
        <w:rPr>
          <w:rFonts w:ascii="Times New Roman" w:hAnsi="Times New Roman" w:eastAsia="宋体"/>
          <w:b w:val="0"/>
          <w:i w:val="0"/>
          <w:color w:val="333333"/>
          <w:sz w:val="19"/>
        </w:rPr>
        <w:t>For {1,3,5} and {2,4,6}, the remaining seats are mutually non-adjacent, so the blue bead can go in any of the 3, giving 3+3=6. For {1,3,6} and {1,4,6}, two remaining seats are adjacent, so the blue must separate the whites, giving 2+2=4.</w:t>
      </w:r>
    </w:p>
    <w:p>
      <w:pPr>
        <w:spacing w:before="0" w:after="80" w:line="300" w:lineRule="auto"/>
        <w:jc w:val="left"/>
      </w:pPr>
      <w:r>
        <w:rPr>
          <w:rFonts w:ascii="Times New Roman" w:hAnsi="Times New Roman" w:eastAsia="宋体"/>
          <w:b w:val="0"/>
          <w:i w:val="0"/>
          <w:color w:val="333333"/>
          <w:sz w:val="19"/>
        </w:rPr>
        <w:t>That is 10 valid orderings, so the probability is 10/60=1/6.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被涂色矩形为 (a-2)×(b-2)，且是地板面积的一半，所以 ab=2(a-2)(b-2)。</w:t>
      </w:r>
    </w:p>
    <w:p>
      <w:pPr>
        <w:spacing w:before="0" w:after="80" w:line="300" w:lineRule="auto"/>
        <w:jc w:val="left"/>
      </w:pPr>
      <w:r>
        <w:rPr>
          <w:rFonts w:ascii="Times New Roman" w:hAnsi="Times New Roman" w:eastAsia="宋体"/>
          <w:b w:val="0"/>
          <w:i w:val="0"/>
          <w:sz w:val="21"/>
        </w:rPr>
        <w:t>展开得 0=ab-4a-4b+8，两边加 8 得 (a-4)(b-4)=8。</w:t>
      </w:r>
    </w:p>
    <w:p>
      <w:pPr>
        <w:spacing w:before="0" w:after="80" w:line="300" w:lineRule="auto"/>
        <w:jc w:val="left"/>
      </w:pPr>
      <w:r>
        <w:rPr>
          <w:rFonts w:ascii="Times New Roman" w:hAnsi="Times New Roman" w:eastAsia="宋体"/>
          <w:b w:val="0"/>
          <w:i w:val="0"/>
          <w:sz w:val="21"/>
        </w:rPr>
        <w:t>在 b&gt; a&gt; 0 下，分解 8=1· 8=2· 4，得到 (a,b)=(5,12) 和 (6,8)，所以共有 2 种可能。</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painted rectangle is (a-2)×(b-2), and it is half the floor, so ab=2(a-2)(b-2).</w:t>
      </w:r>
    </w:p>
    <w:p>
      <w:pPr>
        <w:spacing w:before="0" w:after="80" w:line="300" w:lineRule="auto"/>
        <w:jc w:val="left"/>
      </w:pPr>
      <w:r>
        <w:rPr>
          <w:rFonts w:ascii="Times New Roman" w:hAnsi="Times New Roman" w:eastAsia="宋体"/>
          <w:b w:val="0"/>
          <w:i w:val="0"/>
          <w:color w:val="333333"/>
          <w:sz w:val="19"/>
        </w:rPr>
        <w:t>Expanding gives 0=ab-4a-4b+8, and adding 8 yields (a-4)(b-4)=8.</w:t>
      </w:r>
    </w:p>
    <w:p>
      <w:pPr>
        <w:spacing w:before="0" w:after="80" w:line="300" w:lineRule="auto"/>
        <w:jc w:val="left"/>
      </w:pPr>
      <w:r>
        <w:rPr>
          <w:rFonts w:ascii="Times New Roman" w:hAnsi="Times New Roman" w:eastAsia="宋体"/>
          <w:b w:val="0"/>
          <w:i w:val="0"/>
          <w:color w:val="333333"/>
          <w:sz w:val="19"/>
        </w:rPr>
        <w:t>With b&gt; a&gt; 0, the factorizations 8=1· 8=2· 4 give (a,b)=(5,12) and (6,8). So there are 2 possibilities.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令 M 为使 △ BMC 为等边三角形的点，且与 A 在 BC 的同侧。于是 ∠ ABM=70°-60°=10°，且 ∠ MCD=170°-60°=110°。</w:t>
      </w:r>
    </w:p>
    <w:p>
      <w:pPr>
        <w:spacing w:before="0" w:after="80" w:line="300" w:lineRule="auto"/>
        <w:jc w:val="left"/>
      </w:pPr>
      <w:r>
        <w:rPr>
          <w:rFonts w:ascii="Times New Roman" w:hAnsi="Times New Roman" w:eastAsia="宋体"/>
          <w:b w:val="0"/>
          <w:i w:val="0"/>
          <w:sz w:val="21"/>
        </w:rPr>
        <w:t>因为 AB=BM 且 MC=CD，三角形 ABM 和 MCD 是等腰三角形，所以 ∠ AMB=85°，且 ∠ CMD=35°。</w:t>
      </w:r>
    </w:p>
    <w:p>
      <w:pPr>
        <w:spacing w:before="0" w:after="80" w:line="300" w:lineRule="auto"/>
        <w:jc w:val="left"/>
      </w:pPr>
      <w:r>
        <w:rPr>
          <w:rFonts w:ascii="Times New Roman" w:hAnsi="Times New Roman" w:eastAsia="宋体"/>
          <w:b w:val="0"/>
          <w:i w:val="0"/>
          <w:sz w:val="21"/>
        </w:rPr>
        <w:t>于是 ∠ AMD=360°-85°-60° -35° =180°，所以 M 在 AD 上，且 ∠ BAD=∠ BAM=85°。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point with △ BMC equilateral, on the same side of BC as A. Then ∠ ABM=70°-60°=10° and ∠ MCD=170°-60°=110°.</w:t>
      </w:r>
    </w:p>
    <w:p>
      <w:pPr>
        <w:spacing w:before="0" w:after="80" w:line="300" w:lineRule="auto"/>
        <w:jc w:val="left"/>
      </w:pPr>
      <w:r>
        <w:rPr>
          <w:rFonts w:ascii="Times New Roman" w:hAnsi="Times New Roman" w:eastAsia="宋体"/>
          <w:b w:val="0"/>
          <w:i w:val="0"/>
          <w:color w:val="333333"/>
          <w:sz w:val="19"/>
        </w:rPr>
        <w:t>Since AB=BM and MC=CD, triangles ABM and MCD are isosceles, giving ∠ AMB=85° and ∠ CMD=35°.</w:t>
      </w:r>
    </w:p>
    <w:p>
      <w:pPr>
        <w:spacing w:before="0" w:after="80" w:line="300" w:lineRule="auto"/>
        <w:jc w:val="left"/>
      </w:pPr>
      <w:r>
        <w:rPr>
          <w:rFonts w:ascii="Times New Roman" w:hAnsi="Times New Roman" w:eastAsia="宋体"/>
          <w:b w:val="0"/>
          <w:i w:val="0"/>
          <w:color w:val="333333"/>
          <w:sz w:val="19"/>
        </w:rPr>
        <w:t>Then ∠ AMD=360°-85°-60° -35° =180°, so M lies on AD and ∠ BAD=∠ BAM=85°.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给垃圾桶编号，使 Michael 在 0 号桶，垃圾车在 1 号桶。Michael 在 n 号桶的到达时间为 40n 秒；垃圾车在 n 号桶的离开时间为 50(n-1) 秒，到达时间为 50(n-1)-30 秒。</w:t>
      </w:r>
    </w:p>
    <w:p>
      <w:pPr>
        <w:spacing w:before="0" w:after="80" w:line="300" w:lineRule="auto"/>
        <w:jc w:val="left"/>
      </w:pPr>
      <w:r>
        <w:rPr>
          <w:rFonts w:ascii="Times New Roman" w:hAnsi="Times New Roman" w:eastAsia="宋体"/>
          <w:b w:val="0"/>
          <w:i w:val="0"/>
          <w:sz w:val="21"/>
        </w:rPr>
        <w:t>Michael 和垃圾车在 n 号桶相遇当且仅当 50(n-1)-30≤ 40n ≤ 50(n-1)，化简得 5≤ n≤ 8。</w:t>
      </w:r>
    </w:p>
    <w:p>
      <w:pPr>
        <w:spacing w:before="0" w:after="80" w:line="300" w:lineRule="auto"/>
        <w:jc w:val="left"/>
      </w:pPr>
      <w:r>
        <w:rPr>
          <w:rFonts w:ascii="Times New Roman" w:hAnsi="Times New Roman" w:eastAsia="宋体"/>
          <w:b w:val="0"/>
          <w:i w:val="0"/>
          <w:sz w:val="21"/>
        </w:rPr>
        <w:t>在 5 号桶他们在垃圾车离开时相遇，在 6 和 7 号桶 Michael 经过停着的车，在 8 号桶他们在垃圾车到达时相遇。此外，在 6 号和 7 号桶之间，垃圾车还必须超过 Michael 一次，所以总共相遇 5 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Number the pails so Michael is at pail 0 and the truck at pail 1. Michael reaches pail n at 40n seconds. The truck leaves pail n at 50(n-1) seconds and arrives there at 50(n-1)-30 seconds.</w:t>
      </w:r>
    </w:p>
    <w:p>
      <w:pPr>
        <w:spacing w:before="0" w:after="80" w:line="300" w:lineRule="auto"/>
        <w:jc w:val="left"/>
      </w:pPr>
      <w:r>
        <w:rPr>
          <w:rFonts w:ascii="Times New Roman" w:hAnsi="Times New Roman" w:eastAsia="宋体"/>
          <w:b w:val="0"/>
          <w:i w:val="0"/>
          <w:color w:val="333333"/>
          <w:sz w:val="19"/>
        </w:rPr>
        <w:t>Michael and the truck are together at pail n when 50(n-1)-30≤ 40n ≤ 50(n-1), which simplifies to 5≤ n≤ 8.</w:t>
      </w:r>
    </w:p>
    <w:p>
      <w:pPr>
        <w:spacing w:before="0" w:after="80" w:line="300" w:lineRule="auto"/>
        <w:jc w:val="left"/>
      </w:pPr>
      <w:r>
        <w:rPr>
          <w:rFonts w:ascii="Times New Roman" w:hAnsi="Times New Roman" w:eastAsia="宋体"/>
          <w:b w:val="0"/>
          <w:i w:val="0"/>
          <w:color w:val="333333"/>
          <w:sz w:val="19"/>
        </w:rPr>
        <w:t>At pail 5 they meet as the truck departs, at pails 6 and 7 Michael passes it, and at pail 8 they meet as the truck arrives. Between pails 6 and 7 the truck must overtake Michael once more, so in total they meet 5 times.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