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2007B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Isabella 的房子有 3 间卧室。每间卧室长 12 英尺，宽 10 英尺，高 8 英尺。Isabella 必须粉刷所有卧室的墙。每间卧室中不需要粉刷的门洞和窗户占 60 平方英尺。需要粉刷多少平方英尺的墙？</w:t>
      </w:r>
    </w:p>
    <w:p>
      <w:pPr>
        <w:spacing w:before="0" w:after="120" w:line="300" w:lineRule="auto"/>
      </w:pPr>
      <w:r>
        <w:rPr>
          <w:rFonts w:ascii="Times New Roman" w:hAnsi="Times New Roman" w:eastAsia="宋体"/>
          <w:b w:val="0"/>
          <w:i w:val="0"/>
          <w:sz w:val="21"/>
        </w:rPr>
        <w:t>（A）678　　（B）768　　（C）786　　（D）867　　（E）876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Isabella’s house has 3 bedrooms. Each bedroom is 12 feet long, 10 feet wide, and 8 feet high. Isabella must paint the walls of all the bedrooms. Doorways and windows, which will not be painted, occupy 60 square feet in each bedroom. How many square feet of walls must be painted?</w:t>
      </w:r>
    </w:p>
    <w:p>
      <w:pPr>
        <w:spacing w:before="0" w:after="160" w:line="300" w:lineRule="auto"/>
      </w:pPr>
      <w:r>
        <w:rPr>
          <w:rFonts w:ascii="Times New Roman" w:hAnsi="Times New Roman" w:eastAsia="宋体"/>
          <w:b w:val="0"/>
          <w:i w:val="0"/>
          <w:color w:val="333333"/>
          <w:sz w:val="19"/>
        </w:rPr>
        <w:t>(A) 678　　(B) 768　　(C) 786　　(D) 867　　(E) 876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定义运算 ⋆ 为 a⋆ b = (a+b)b。求 (3⋆ 5)-(5⋆ 3) 的值。</w:t>
      </w:r>
    </w:p>
    <w:p>
      <w:pPr>
        <w:spacing w:before="0" w:after="120" w:line="300" w:lineRule="auto"/>
      </w:pPr>
      <w:r>
        <w:rPr>
          <w:rFonts w:ascii="Times New Roman" w:hAnsi="Times New Roman" w:eastAsia="宋体"/>
          <w:b w:val="0"/>
          <w:i w:val="0"/>
          <w:sz w:val="21"/>
        </w:rPr>
        <w:t>（A）-16　　（B）-8　　（C）0　　（D）8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the operation ⋆ by a⋆ b = (a+b)b. What is (3⋆ 5)-(5⋆ 3)?</w:t>
      </w:r>
    </w:p>
    <w:p>
      <w:pPr>
        <w:spacing w:before="0" w:after="160" w:line="300" w:lineRule="auto"/>
      </w:pPr>
      <w:r>
        <w:rPr>
          <w:rFonts w:ascii="Times New Roman" w:hAnsi="Times New Roman" w:eastAsia="宋体"/>
          <w:b w:val="0"/>
          <w:i w:val="0"/>
          <w:color w:val="333333"/>
          <w:sz w:val="19"/>
        </w:rPr>
        <w:t>(A) -16　　(B) -8　　(C) 0　　(D) 8　　(E) 16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一名大学生周末开小型车回家 120 英里，平均每加仑行驶 30 英里。返程时他开父母的 SUV，平均每加仑只行驶 20 英里。往返全程平均每加仑行驶多少英里？</w:t>
      </w:r>
    </w:p>
    <w:p>
      <w:pPr>
        <w:spacing w:before="0" w:after="120" w:line="300" w:lineRule="auto"/>
      </w:pPr>
      <w:r>
        <w:rPr>
          <w:rFonts w:ascii="Times New Roman" w:hAnsi="Times New Roman" w:eastAsia="宋体"/>
          <w:b w:val="0"/>
          <w:i w:val="0"/>
          <w:sz w:val="21"/>
        </w:rPr>
        <w:t>（A）22　　（B）24　　（C）25　　（D）26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college student drove his compact car 120 miles home for the weekend and averaged 30 miles per gallon. On the return trip the student drove his parents’ SUV and averaged only 20 miles per gallon. What was the average gas mileage, in miles per gallon, for the round trip?</w:t>
      </w:r>
    </w:p>
    <w:p>
      <w:pPr>
        <w:spacing w:before="0" w:after="160" w:line="300" w:lineRule="auto"/>
      </w:pPr>
      <w:r>
        <w:rPr>
          <w:rFonts w:ascii="Times New Roman" w:hAnsi="Times New Roman" w:eastAsia="宋体"/>
          <w:b w:val="0"/>
          <w:i w:val="0"/>
          <w:color w:val="333333"/>
          <w:sz w:val="19"/>
        </w:rPr>
        <w:t>(A) 22　　(B) 24　　(C) 25　　(D) 26　　(E) 28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点 O 是 △ ABC 外接圆的圆心，如图，∠ BOC = 120°，且 ∠ AOB = 140°。∠ ABC 的度数是多少？</w:t>
      </w:r>
    </w:p>
    <w:p>
      <w:pPr>
        <w:spacing w:before="80" w:after="80"/>
        <w:jc w:val="center"/>
      </w:pPr>
      <w:r>
        <w:drawing>
          <wp:inline xmlns:a="http://schemas.openxmlformats.org/drawingml/2006/main" xmlns:pic="http://schemas.openxmlformats.org/drawingml/2006/picture">
            <wp:extent cx="1520699" cy="1617956"/>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520699" cy="1617956"/>
                    </a:xfrm>
                    <a:prstGeom prst="rect"/>
                  </pic:spPr>
                </pic:pic>
              </a:graphicData>
            </a:graphic>
          </wp:inline>
        </w:drawing>
      </w:r>
    </w:p>
    <w:p>
      <w:pPr>
        <w:spacing w:before="0" w:after="120" w:line="300" w:lineRule="auto"/>
      </w:pPr>
      <w:r>
        <w:rPr>
          <w:rFonts w:ascii="Times New Roman" w:hAnsi="Times New Roman" w:eastAsia="宋体"/>
          <w:b w:val="0"/>
          <w:i w:val="0"/>
          <w:sz w:val="21"/>
        </w:rPr>
        <w:t>（A）35　　（B）40　　（C）45　　（D）50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 O is the center of the circle circumscribed about △ ABC, with ∠ BOC = 120° and ∠ AOB = 140°, as shown. What is the degree measure of ∠ ABC?</w:t>
      </w:r>
    </w:p>
    <w:p>
      <w:pPr>
        <w:spacing w:before="80" w:after="80"/>
        <w:jc w:val="center"/>
      </w:pPr>
      <w:r>
        <w:drawing>
          <wp:inline xmlns:a="http://schemas.openxmlformats.org/drawingml/2006/main" xmlns:pic="http://schemas.openxmlformats.org/drawingml/2006/picture">
            <wp:extent cx="1520699" cy="1617956"/>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520699" cy="16179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35　　(B) 40　　(C) 45　　(D) 50　　(E) 60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在某个地方，所有 Arogs 都是 Brafs，所有 Crups 都是 Brafs，所有 Dramps 都是 Arogs，所有 Crups 都是 Dramps。以下哪一项由这些事实推出？</w:t>
      </w:r>
    </w:p>
    <w:p>
      <w:pPr>
        <w:spacing w:before="0" w:after="120" w:line="300" w:lineRule="auto"/>
      </w:pPr>
      <w:r>
        <w:rPr>
          <w:rFonts w:ascii="Times New Roman" w:hAnsi="Times New Roman" w:eastAsia="宋体"/>
          <w:b w:val="0"/>
          <w:i w:val="0"/>
          <w:sz w:val="21"/>
        </w:rPr>
        <w:t>（A）所有 Dramps 都是 Brafs 且都是 Crups。　　（B）所有 Brafs 都是 Crups 且都是 Dramps。　　（C）所有 Arogs 都是 Crups 且都是 Dramps。　　（D）所有 Crups 都是 Arogs 且都是 Brafs。　　（E）所有 Arogs 都是 Dramps，且有些 Arogs 可能不是 Crups。</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certain land, all Arogs are Brafs, all Crups are Brafs, all Dramps are Arogs, and all Crups are Dramps. Which of the following statements is implied by these facts?</w:t>
      </w:r>
    </w:p>
    <w:p>
      <w:pPr>
        <w:spacing w:before="0" w:after="160" w:line="300" w:lineRule="auto"/>
      </w:pPr>
      <w:r>
        <w:rPr>
          <w:rFonts w:ascii="Times New Roman" w:hAnsi="Times New Roman" w:eastAsia="宋体"/>
          <w:b w:val="0"/>
          <w:i w:val="0"/>
          <w:color w:val="333333"/>
          <w:sz w:val="19"/>
        </w:rPr>
        <w:t>(A) All Dramps are Brafs and are Crups.　　(B) All Brafs are Crups and are Dramps.　　(C) All Arogs are Crups and are Dramps.　　(D) All Crups are Arogs and are Brafs.　　(E) All Arogs are Dramps and some Arogs may not be Crups.</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2007 年 AMC 10 的计分规则为：每答对一题得 6 分，每答错一题得 0 分，每道未答题得 1.5 分。Sarah 看完 25 道题后决定尝试前 22 题，只留下最后 3 题不答。为了至少得到 100 分，她前 22 题中至少要答对多少题？</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2007 AMC 10 will be scored by awarding 6 points for each correct response, 0 points for each incorrect response, and 1.5 points for each problem left unanswered. After looking over the 25 problems, Sarah has decided to attempt the first 22 and leave only the last 3 unanswered. How many of the first 22 problems must she solve correctly in order to score at least 100 points?</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凸五边形 ABCDE 的所有边长相等，且 ∠ A = ∠ B = 90°。∠ E 的度数是多少？</w:t>
      </w:r>
    </w:p>
    <w:p>
      <w:pPr>
        <w:spacing w:before="0" w:after="120" w:line="300" w:lineRule="auto"/>
      </w:pPr>
      <w:r>
        <w:rPr>
          <w:rFonts w:ascii="Times New Roman" w:hAnsi="Times New Roman" w:eastAsia="宋体"/>
          <w:b w:val="0"/>
          <w:i w:val="0"/>
          <w:sz w:val="21"/>
        </w:rPr>
        <w:t>（A）90　　（B）108　　（C）120　　（D）144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sides of the convex pentagon ABCDE are of equal length, and ∠ A = ∠ B = 90°. What is the degree measure of ∠ E?</w:t>
      </w:r>
    </w:p>
    <w:p>
      <w:pPr>
        <w:spacing w:before="0" w:after="160" w:line="300" w:lineRule="auto"/>
      </w:pPr>
      <w:r>
        <w:rPr>
          <w:rFonts w:ascii="Times New Roman" w:hAnsi="Times New Roman" w:eastAsia="宋体"/>
          <w:b w:val="0"/>
          <w:i w:val="0"/>
          <w:color w:val="333333"/>
          <w:sz w:val="19"/>
        </w:rPr>
        <w:t>(A) 90　　(B) 108　　(C) 120　　(D) 144　　(E) 150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在这场 AMC 10 编写会议结束返程时，竞赛主席注意到他的机场停车收据上的数字形如 bbcac，其中 0≤ a&lt; b&lt; c≤ 9，且 b 是 a 和 c 的平均数。有多少个不同的五位数满足所有这些性质？</w:t>
      </w:r>
    </w:p>
    <w:p>
      <w:pPr>
        <w:spacing w:before="0" w:after="120" w:line="300" w:lineRule="auto"/>
      </w:pPr>
      <w:r>
        <w:rPr>
          <w:rFonts w:ascii="Times New Roman" w:hAnsi="Times New Roman" w:eastAsia="宋体"/>
          <w:b w:val="0"/>
          <w:i w:val="0"/>
          <w:sz w:val="21"/>
        </w:rPr>
        <w:t>（A）12　　（B）16　　（C）18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trip home from the meeting where this AMC 10 was constructed, the Contest Chair noted that his airport parking receipt had digits of the form bbcac, where 0≤ a&lt; b&lt; c≤ 9, and b was the average of a and c. How many different five-digit numbers satisfy all these properties?</w:t>
      </w:r>
    </w:p>
    <w:p>
      <w:pPr>
        <w:spacing w:before="0" w:after="160" w:line="300" w:lineRule="auto"/>
      </w:pPr>
      <w:r>
        <w:rPr>
          <w:rFonts w:ascii="Times New Roman" w:hAnsi="Times New Roman" w:eastAsia="宋体"/>
          <w:b w:val="0"/>
          <w:i w:val="0"/>
          <w:color w:val="333333"/>
          <w:sz w:val="19"/>
        </w:rPr>
        <w:t>(A) 12　　(B) 16　　(C) 18　　(D) 20　　(E) 24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一个密码编码规则如下：某个字母在给定消息中第一次出现时，替换成字母表中向右 1 位的字母（规定 A 在 Z 的右边一位）。同一个字母第二次出现时，替换成向右 1+2 位的字母；第三次出现时，替换成向右 1+2+3 位的字母；依此类推。</w:t>
      </w:r>
    </w:p>
    <w:p>
      <w:pPr>
        <w:spacing w:before="0" w:after="80" w:line="300" w:lineRule="auto"/>
        <w:jc w:val="left"/>
      </w:pPr>
      <w:r>
        <w:rPr>
          <w:rFonts w:ascii="Times New Roman" w:hAnsi="Times New Roman" w:eastAsia="宋体"/>
          <w:b w:val="0"/>
          <w:i w:val="0"/>
          <w:sz w:val="21"/>
        </w:rPr>
        <w:t>例如，用这种编码，单词“banana”变为“cbodqg”。在消息“Lee’s sis is a Mississippi miss, Chriss!”中，最后一个字母 s 会被替换成什么字母？</w:t>
      </w:r>
    </w:p>
    <w:p>
      <w:pPr>
        <w:spacing w:before="0" w:after="120" w:line="300" w:lineRule="auto"/>
      </w:pPr>
      <w:r>
        <w:rPr>
          <w:rFonts w:ascii="Times New Roman" w:hAnsi="Times New Roman" w:eastAsia="宋体"/>
          <w:b w:val="0"/>
          <w:i w:val="0"/>
          <w:sz w:val="21"/>
        </w:rPr>
        <w:t>（A）g　　（B）h　　（C）o　　（D）s　　（E）t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cryptographic code is designed as follows. The first time a letter appears in a given message it is replaced by the letter that is 1 place to its right in the alphabet (assuming that the letter A is one place to the right of the letter Z). The second time this same letter appears in the given message, it is replaced by the letter that is 1+2 places to the right, the third time it is replaced by the letter that is 1+2+3 places to the right, and so on. For example, with this code the word “banana” becomes “cbodqg”. What letter will replace the last letter s in the message</w:t>
      </w:r>
    </w:p>
    <w:p>
      <w:pPr>
        <w:spacing w:before="0" w:after="80" w:line="300" w:lineRule="auto"/>
        <w:jc w:val="left"/>
      </w:pPr>
      <w:r>
        <w:rPr>
          <w:rFonts w:ascii="Times New Roman" w:hAnsi="Times New Roman" w:eastAsia="宋体"/>
          <w:b w:val="0"/>
          <w:i w:val="0"/>
          <w:color w:val="333333"/>
          <w:sz w:val="19"/>
        </w:rPr>
        <w:t>“Lee’s sis is a Mississippi miss, Chriss!”?</w:t>
      </w:r>
    </w:p>
    <w:p>
      <w:pPr>
        <w:spacing w:before="0" w:after="160" w:line="300" w:lineRule="auto"/>
      </w:pPr>
      <w:r>
        <w:rPr>
          <w:rFonts w:ascii="Times New Roman" w:hAnsi="Times New Roman" w:eastAsia="宋体"/>
          <w:b w:val="0"/>
          <w:i w:val="0"/>
          <w:color w:val="333333"/>
          <w:sz w:val="19"/>
        </w:rPr>
        <w:t>(A) g　　(B) h　　(C) o　　(D) s　　(E) t</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平面上有两点 B 和 C。设 S 为平面上所有点 A 的集合，使得 △ ABC 的面积为 1。下列哪一项描述了 S？</w:t>
      </w:r>
    </w:p>
    <w:p>
      <w:pPr>
        <w:spacing w:before="0" w:after="120" w:line="300" w:lineRule="auto"/>
      </w:pPr>
      <w:r>
        <w:rPr>
          <w:rFonts w:ascii="Times New Roman" w:hAnsi="Times New Roman" w:eastAsia="宋体"/>
          <w:b w:val="0"/>
          <w:i w:val="0"/>
          <w:sz w:val="21"/>
        </w:rPr>
        <w:t>（A）两条平行线　　（B）一条抛物线　　（C）一个圆　　（D）一条线段　　（E）两个点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points B and C are in a plane. Let S be the set of all points A in the plane for which △ ABC has area 1. Which of the following describes S?</w:t>
      </w:r>
    </w:p>
    <w:p>
      <w:pPr>
        <w:spacing w:before="0" w:after="160" w:line="300" w:lineRule="auto"/>
      </w:pPr>
      <w:r>
        <w:rPr>
          <w:rFonts w:ascii="Times New Roman" w:hAnsi="Times New Roman" w:eastAsia="宋体"/>
          <w:b w:val="0"/>
          <w:i w:val="0"/>
          <w:color w:val="333333"/>
          <w:sz w:val="19"/>
        </w:rPr>
        <w:t>(A) two parallel lines　　(B) a parabola　　(C) a circle　　(D) a line segment　　(E) two points</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一个圆经过一个等腰三角形的三个顶点，该三角形两条边长为 3，底边长为 2。这个圆的面积是多少？</w:t>
      </w:r>
    </w:p>
    <w:p>
      <w:pPr>
        <w:spacing w:before="0" w:after="120" w:line="300" w:lineRule="auto"/>
      </w:pPr>
      <w:r>
        <w:rPr>
          <w:rFonts w:ascii="Times New Roman" w:hAnsi="Times New Roman" w:eastAsia="宋体"/>
          <w:b w:val="0"/>
          <w:i w:val="0"/>
          <w:sz w:val="21"/>
        </w:rPr>
        <w:t>（A）2π　　（B）5/2π　　（C）81/32π　　（D）3π　　（E）7/2π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passes through the three vertices of an isosceles triangle that has two sides of length 3 and a base of length 2. What is the area of this circle?</w:t>
      </w:r>
    </w:p>
    <w:p>
      <w:pPr>
        <w:spacing w:before="0" w:after="160" w:line="300" w:lineRule="auto"/>
      </w:pPr>
      <w:r>
        <w:rPr>
          <w:rFonts w:ascii="Times New Roman" w:hAnsi="Times New Roman" w:eastAsia="宋体"/>
          <w:b w:val="0"/>
          <w:i w:val="0"/>
          <w:color w:val="333333"/>
          <w:sz w:val="19"/>
        </w:rPr>
        <w:t>(A) 2π　　(B) 5/2π　　(C) 81/32π　　(D) 3π　　(E) 7/2π</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Tom 的年龄为 T 岁，也等于他三个孩子年龄之和。N 年前，他的年龄是当时三个孩子年龄之和的两倍。T/N 是多少？</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Tom’s age is T years, which is also the sum of the ages of his three children. His age N years ago was twice the sum of their ages then. What is T/N?</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两个半径为 2 的圆分别以 (2,0) 和 (0,2) 为圆心。这两个圆内部交集的面积是多少？</w:t>
      </w:r>
    </w:p>
    <w:p>
      <w:pPr>
        <w:spacing w:before="0" w:after="120" w:line="300" w:lineRule="auto"/>
      </w:pPr>
      <w:r>
        <w:rPr>
          <w:rFonts w:ascii="Times New Roman" w:hAnsi="Times New Roman" w:eastAsia="宋体"/>
          <w:b w:val="0"/>
          <w:i w:val="0"/>
          <w:sz w:val="21"/>
        </w:rPr>
        <w:t>（A）π-2　　（B）π/2　　（C）(π√(3))/3　　（D）2(π-2)　　（E）π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circles of radius 2 are centered at (2,0) and at (0,2). What is the area of the intersection of the interiors of the two circles?</w:t>
      </w:r>
    </w:p>
    <w:p>
      <w:pPr>
        <w:spacing w:before="0" w:after="160" w:line="300" w:lineRule="auto"/>
      </w:pPr>
      <w:r>
        <w:rPr>
          <w:rFonts w:ascii="Times New Roman" w:hAnsi="Times New Roman" w:eastAsia="宋体"/>
          <w:b w:val="0"/>
          <w:i w:val="0"/>
          <w:color w:val="333333"/>
          <w:sz w:val="19"/>
        </w:rPr>
        <w:t>(A) π-2　　(B) π/2　　(C) (π√(3))/3　　(D) 2(π-2)　　(E) π</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一些男生和女生正在洗车，为班级去中国旅行筹款。起初，小组中 40% 是女生。不久后两名女生离开，两名男生加入，此时小组中 30% 是女生。起初小组中有多少名女生？</w:t>
      </w:r>
    </w:p>
    <w:p>
      <w:pPr>
        <w:spacing w:before="0" w:after="120" w:line="300" w:lineRule="auto"/>
      </w:pPr>
      <w:r>
        <w:rPr>
          <w:rFonts w:ascii="Times New Roman" w:hAnsi="Times New Roman" w:eastAsia="宋体"/>
          <w:b w:val="0"/>
          <w:i w:val="0"/>
          <w:sz w:val="21"/>
        </w:rPr>
        <w:t>（A）4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Some boys and girls are having a car wash to raise money for a class trip to China. Initially 40% of the group are girls. Shortly thereafter two girls leave and two boys arrive, and then 30% of the group are girls. How many girls were initially in the group?</w:t>
      </w:r>
    </w:p>
    <w:p>
      <w:pPr>
        <w:spacing w:before="0" w:after="160" w:line="300" w:lineRule="auto"/>
      </w:pPr>
      <w:r>
        <w:rPr>
          <w:rFonts w:ascii="Times New Roman" w:hAnsi="Times New Roman" w:eastAsia="宋体"/>
          <w:b w:val="0"/>
          <w:i w:val="0"/>
          <w:color w:val="333333"/>
          <w:sz w:val="19"/>
        </w:rPr>
        <w:t>(A) 4　　(B) 6　　(C) 8　　(D) 10　　(E) 12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四边形 ABCD 的角满足 ∠ A = 2∠ B = 3∠ C = 4∠ D。将 ∠ A 的度数四舍五入到最接近的整数，是多少？</w:t>
      </w:r>
    </w:p>
    <w:p>
      <w:pPr>
        <w:spacing w:before="0" w:after="120" w:line="300" w:lineRule="auto"/>
      </w:pPr>
      <w:r>
        <w:rPr>
          <w:rFonts w:ascii="Times New Roman" w:hAnsi="Times New Roman" w:eastAsia="宋体"/>
          <w:b w:val="0"/>
          <w:i w:val="0"/>
          <w:sz w:val="21"/>
        </w:rPr>
        <w:t>（A）125　　（B）144　　（C）153　　（D）173　　（E）180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angles of quadrilateral ABCD satisfy ∠ A = 2∠ B = 3∠ C = 4∠ D. What is the degree measure of ∠ A, rounded to the nearest whole number?</w:t>
      </w:r>
    </w:p>
    <w:p>
      <w:pPr>
        <w:spacing w:before="0" w:after="160" w:line="300" w:lineRule="auto"/>
      </w:pPr>
      <w:r>
        <w:rPr>
          <w:rFonts w:ascii="Times New Roman" w:hAnsi="Times New Roman" w:eastAsia="宋体"/>
          <w:b w:val="0"/>
          <w:i w:val="0"/>
          <w:color w:val="333333"/>
          <w:sz w:val="19"/>
        </w:rPr>
        <w:t>(A) 125　　(B) 144　　(C) 153　　(D) 173　　(E) 180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一位老师给一个班考试，其中 10% 的学生是低年级生，90% 是高年级生。考试平均分为 84。低年级生都得了同一个分数，高年级生平均分为 83。每个低年级生得了多少分？</w:t>
      </w:r>
    </w:p>
    <w:p>
      <w:pPr>
        <w:spacing w:before="0" w:after="120" w:line="300" w:lineRule="auto"/>
      </w:pPr>
      <w:r>
        <w:rPr>
          <w:rFonts w:ascii="Times New Roman" w:hAnsi="Times New Roman" w:eastAsia="宋体"/>
          <w:b w:val="0"/>
          <w:i w:val="0"/>
          <w:sz w:val="21"/>
        </w:rPr>
        <w:t>（A）85　　（B）88　　（C）93　　（D）94　　（E）98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teacher gave a test to a class in which 10% of the students are juniors and 90% are seniors. The average score on the test was 84. The juniors all received the same score, and the average score of the seniors was 83. What score did each of the juniors receive on the test?</w:t>
      </w:r>
    </w:p>
    <w:p>
      <w:pPr>
        <w:spacing w:before="0" w:after="160" w:line="300" w:lineRule="auto"/>
      </w:pPr>
      <w:r>
        <w:rPr>
          <w:rFonts w:ascii="Times New Roman" w:hAnsi="Times New Roman" w:eastAsia="宋体"/>
          <w:b w:val="0"/>
          <w:i w:val="0"/>
          <w:color w:val="333333"/>
          <w:sz w:val="19"/>
        </w:rPr>
        <w:t>(A) 85　　(B) 88　　(C) 93　　(D) 94　　(E) 98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点 P 在等边三角形 △ ABC 内部。点 Q，R 和 S 分别是从 P 到 AB、BC 和 CA 的垂足。已知 PQ = 1、PR = 2、PS = 3，AB 是多少？</w:t>
      </w:r>
    </w:p>
    <w:p>
      <w:pPr>
        <w:spacing w:before="0" w:after="120" w:line="300" w:lineRule="auto"/>
      </w:pPr>
      <w:r>
        <w:rPr>
          <w:rFonts w:ascii="Times New Roman" w:hAnsi="Times New Roman" w:eastAsia="宋体"/>
          <w:b w:val="0"/>
          <w:i w:val="0"/>
          <w:sz w:val="21"/>
        </w:rPr>
        <w:t>（A）4　　（B）3√(3)　　（C）6　　（D）4√(3)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P is inside equilateral △ ABC. Points Q, R, and S are the feet of the perpendiculars from P to AB, BC, and CA, respectively. Given that PQ = 1, PR = 2, and PS = 3, what is AB?</w:t>
      </w:r>
    </w:p>
    <w:p>
      <w:pPr>
        <w:spacing w:before="0" w:after="160" w:line="300" w:lineRule="auto"/>
      </w:pPr>
      <w:r>
        <w:rPr>
          <w:rFonts w:ascii="Times New Roman" w:hAnsi="Times New Roman" w:eastAsia="宋体"/>
          <w:b w:val="0"/>
          <w:i w:val="0"/>
          <w:color w:val="333333"/>
          <w:sz w:val="19"/>
        </w:rPr>
        <w:t>(A) 4　　(B) 3√(3)　　(C) 6　　(D) 4√(3)　　(E) 9</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如图，一个半径为 1 的圆被 4 个半径为 r 的圆围住。r 是多少？</w:t>
      </w:r>
    </w:p>
    <w:p>
      <w:pPr>
        <w:spacing w:before="80" w:after="80"/>
        <w:jc w:val="center"/>
      </w:pPr>
      <w:r>
        <w:drawing>
          <wp:inline xmlns:a="http://schemas.openxmlformats.org/drawingml/2006/main" xmlns:pic="http://schemas.openxmlformats.org/drawingml/2006/picture">
            <wp:extent cx="2446227" cy="2446227"/>
            <wp:docPr id="3" name="Picture 3"/>
            <wp:cNvGraphicFramePr>
              <a:graphicFrameLocks noChangeAspect="1"/>
            </wp:cNvGraphicFramePr>
            <a:graphic>
              <a:graphicData uri="http://schemas.openxmlformats.org/drawingml/2006/picture">
                <pic:pic>
                  <pic:nvPicPr>
                    <pic:cNvPr id="0" name="q18-1@300dpi.png"/>
                    <pic:cNvPicPr/>
                  </pic:nvPicPr>
                  <pic:blipFill>
                    <a:blip r:embed="rId10"/>
                    <a:stretch>
                      <a:fillRect/>
                    </a:stretch>
                  </pic:blipFill>
                  <pic:spPr>
                    <a:xfrm>
                      <a:off x="0" y="0"/>
                      <a:ext cx="2446227" cy="2446227"/>
                    </a:xfrm>
                    <a:prstGeom prst="rect"/>
                  </pic:spPr>
                </pic:pic>
              </a:graphicData>
            </a:graphic>
          </wp:inline>
        </w:drawing>
      </w:r>
    </w:p>
    <w:p>
      <w:pPr>
        <w:spacing w:before="0" w:after="120" w:line="300" w:lineRule="auto"/>
      </w:pPr>
      <w:r>
        <w:rPr>
          <w:rFonts w:ascii="Times New Roman" w:hAnsi="Times New Roman" w:eastAsia="宋体"/>
          <w:b w:val="0"/>
          <w:i w:val="0"/>
          <w:sz w:val="21"/>
        </w:rPr>
        <w:t>（A）√(2)　　（B）1+√(2)　　（C）√(6)　　（D）3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1 is surrounded by 4 circles of radius r as shown. What is r?</w:t>
      </w:r>
    </w:p>
    <w:p>
      <w:pPr>
        <w:spacing w:before="80" w:after="80"/>
        <w:jc w:val="center"/>
      </w:pPr>
      <w:r>
        <w:drawing>
          <wp:inline xmlns:a="http://schemas.openxmlformats.org/drawingml/2006/main" xmlns:pic="http://schemas.openxmlformats.org/drawingml/2006/picture">
            <wp:extent cx="2446227" cy="2446227"/>
            <wp:docPr id="4" name="Picture 4"/>
            <wp:cNvGraphicFramePr>
              <a:graphicFrameLocks noChangeAspect="1"/>
            </wp:cNvGraphicFramePr>
            <a:graphic>
              <a:graphicData uri="http://schemas.openxmlformats.org/drawingml/2006/picture">
                <pic:pic>
                  <pic:nvPicPr>
                    <pic:cNvPr id="0" name="q18-1@300dpi.png"/>
                    <pic:cNvPicPr/>
                  </pic:nvPicPr>
                  <pic:blipFill>
                    <a:blip r:embed="rId10"/>
                    <a:stretch>
                      <a:fillRect/>
                    </a:stretch>
                  </pic:blipFill>
                  <pic:spPr>
                    <a:xfrm>
                      <a:off x="0" y="0"/>
                      <a:ext cx="2446227" cy="244622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1+√(2)　　(C) √(6)　　(D) 3　　(E) 2+√(2)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如图所示的转盘旋转两次，指针指向的随机数字被记录。第一个数字除以 4，第二个数字除以 5。第一个余数指定棋盘的一列，第二个余数指定一行。这个数对指定到阴影方格的概率是多少？</w:t>
      </w:r>
    </w:p>
    <w:p>
      <w:pPr>
        <w:spacing w:before="80" w:after="80"/>
        <w:jc w:val="center"/>
      </w:pPr>
      <w:r>
        <w:drawing>
          <wp:inline xmlns:a="http://schemas.openxmlformats.org/drawingml/2006/main" xmlns:pic="http://schemas.openxmlformats.org/drawingml/2006/picture">
            <wp:extent cx="2530610" cy="1096771"/>
            <wp:docPr id="5" name="Picture 5"/>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2530610" cy="1096771"/>
                    </a:xfrm>
                    <a:prstGeom prst="rect"/>
                  </pic:spPr>
                </pic:pic>
              </a:graphicData>
            </a:graphic>
          </wp:inline>
        </w:drawing>
      </w:r>
    </w:p>
    <w:p>
      <w:pPr>
        <w:spacing w:before="0" w:after="120" w:line="300" w:lineRule="auto"/>
      </w:pPr>
      <w:r>
        <w:rPr>
          <w:rFonts w:ascii="Times New Roman" w:hAnsi="Times New Roman" w:eastAsia="宋体"/>
          <w:b w:val="0"/>
          <w:i w:val="0"/>
          <w:sz w:val="21"/>
        </w:rPr>
        <w:t>（A）1/3　　（B）4/9　　（C）1/2　　（D）5/9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wheel shown is spun twice, and the randomly determined numbers opposite the pointer are recorded. The first number is divided by 4, and the second number is divided by 5. The first remainder designates a column, and the second remainder designates a row on the checkerboard shown. What is the probability that the pair of numbers designates a shaded square?</w:t>
      </w:r>
    </w:p>
    <w:p>
      <w:pPr>
        <w:spacing w:before="80" w:after="80"/>
        <w:jc w:val="center"/>
      </w:pPr>
      <w:r>
        <w:drawing>
          <wp:inline xmlns:a="http://schemas.openxmlformats.org/drawingml/2006/main" xmlns:pic="http://schemas.openxmlformats.org/drawingml/2006/picture">
            <wp:extent cx="2530610" cy="1096771"/>
            <wp:docPr id="6" name="Picture 6"/>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2530610" cy="10967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4/9　　(C) 1/2　　(D) 5/9　　(E) 2/3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25 个正方形方块排成一个 5× 5 的正方形。从中选出 3 个方块，且任意两个不在同一行或同一列，有多少种不同选择？</w:t>
      </w:r>
    </w:p>
    <w:p>
      <w:pPr>
        <w:spacing w:before="0" w:after="120" w:line="300" w:lineRule="auto"/>
      </w:pPr>
      <w:r>
        <w:rPr>
          <w:rFonts w:ascii="Times New Roman" w:hAnsi="Times New Roman" w:eastAsia="宋体"/>
          <w:b w:val="0"/>
          <w:i w:val="0"/>
          <w:sz w:val="21"/>
        </w:rPr>
        <w:t>（A）100　　（B）125　　（C）600　　（D）2300　　（E）3600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25 square blocks is arranged into a 5× 5 square. How many different combinations of 3 blocks can be selected from that set so that no two are in the same row or column?</w:t>
      </w:r>
    </w:p>
    <w:p>
      <w:pPr>
        <w:spacing w:before="0" w:after="160" w:line="300" w:lineRule="auto"/>
      </w:pPr>
      <w:r>
        <w:rPr>
          <w:rFonts w:ascii="Times New Roman" w:hAnsi="Times New Roman" w:eastAsia="宋体"/>
          <w:b w:val="0"/>
          <w:i w:val="0"/>
          <w:color w:val="333333"/>
          <w:sz w:val="19"/>
        </w:rPr>
        <w:t>(A) 100　　(B) 125　　(C) 600　　(D) 2300　　(E) 3600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直角三角形 △ ABC 中，AB=3、BC=4、AC=5。正方形 XYZW 内接于 △ ABC，其中 X 和 Y 在 AC 上，W 在 AB 上，Z 在 BC 上。正方形的边长是多少？</w:t>
      </w:r>
    </w:p>
    <w:p>
      <w:pPr>
        <w:spacing w:before="80" w:after="80"/>
        <w:jc w:val="center"/>
      </w:pPr>
      <w:r>
        <w:drawing>
          <wp:inline xmlns:a="http://schemas.openxmlformats.org/drawingml/2006/main" xmlns:pic="http://schemas.openxmlformats.org/drawingml/2006/picture">
            <wp:extent cx="2042792" cy="1101505"/>
            <wp:docPr id="7" name="Picture 7"/>
            <wp:cNvGraphicFramePr>
              <a:graphicFrameLocks noChangeAspect="1"/>
            </wp:cNvGraphicFramePr>
            <a:graphic>
              <a:graphicData uri="http://schemas.openxmlformats.org/drawingml/2006/picture">
                <pic:pic>
                  <pic:nvPicPr>
                    <pic:cNvPr id="0" name="q21-1@300dpi.png"/>
                    <pic:cNvPicPr/>
                  </pic:nvPicPr>
                  <pic:blipFill>
                    <a:blip r:embed="rId12"/>
                    <a:stretch>
                      <a:fillRect/>
                    </a:stretch>
                  </pic:blipFill>
                  <pic:spPr>
                    <a:xfrm>
                      <a:off x="0" y="0"/>
                      <a:ext cx="2042792" cy="1101505"/>
                    </a:xfrm>
                    <a:prstGeom prst="rect"/>
                  </pic:spPr>
                </pic:pic>
              </a:graphicData>
            </a:graphic>
          </wp:inline>
        </w:drawing>
      </w:r>
    </w:p>
    <w:p>
      <w:pPr>
        <w:spacing w:before="0" w:after="120" w:line="300" w:lineRule="auto"/>
      </w:pPr>
      <w:r>
        <w:rPr>
          <w:rFonts w:ascii="Times New Roman" w:hAnsi="Times New Roman" w:eastAsia="宋体"/>
          <w:b w:val="0"/>
          <w:i w:val="0"/>
          <w:sz w:val="21"/>
        </w:rPr>
        <w:t>（A）3/2　　（B）60/37　　（C）12/7　　（D）23/13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Right △ ABC has AB=3, BC=4, and AC=5. Square XYZW is inscribed in △ ABC with X and Y on AC, W on AB, and Z on BC. What is the side length of the square?</w:t>
      </w:r>
    </w:p>
    <w:p>
      <w:pPr>
        <w:spacing w:before="80" w:after="80"/>
        <w:jc w:val="center"/>
      </w:pPr>
      <w:r>
        <w:drawing>
          <wp:inline xmlns:a="http://schemas.openxmlformats.org/drawingml/2006/main" xmlns:pic="http://schemas.openxmlformats.org/drawingml/2006/picture">
            <wp:extent cx="2042792" cy="1101505"/>
            <wp:docPr id="8" name="Picture 8"/>
            <wp:cNvGraphicFramePr>
              <a:graphicFrameLocks noChangeAspect="1"/>
            </wp:cNvGraphicFramePr>
            <a:graphic>
              <a:graphicData uri="http://schemas.openxmlformats.org/drawingml/2006/picture">
                <pic:pic>
                  <pic:nvPicPr>
                    <pic:cNvPr id="0" name="q21-1@300dpi.png"/>
                    <pic:cNvPicPr/>
                  </pic:nvPicPr>
                  <pic:blipFill>
                    <a:blip r:embed="rId12"/>
                    <a:stretch>
                      <a:fillRect/>
                    </a:stretch>
                  </pic:blipFill>
                  <pic:spPr>
                    <a:xfrm>
                      <a:off x="0" y="0"/>
                      <a:ext cx="2042792" cy="110150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　　(B) 60/37　　(C) 12/7　　(D) 23/13　　(E) 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玩家从 1 到 4 中选择一个数字。选好后，掷两个普通四面骰，每个骰子的面标有 1 到 4。如果选中的数字恰好出现在一个骰子的底面，玩家赢得 $1；如果它出现在两个骰子的底面，玩家赢得 $2；如果它没有出现在任何骰子的底面，玩家损失 $1。每次掷骰玩家的期望收益是多少美元？</w:t>
      </w:r>
    </w:p>
    <w:p>
      <w:pPr>
        <w:spacing w:before="0" w:after="120" w:line="300" w:lineRule="auto"/>
      </w:pPr>
      <w:r>
        <w:rPr>
          <w:rFonts w:ascii="Times New Roman" w:hAnsi="Times New Roman" w:eastAsia="宋体"/>
          <w:b w:val="0"/>
          <w:i w:val="0"/>
          <w:sz w:val="21"/>
        </w:rPr>
        <w:t>（A）-1/8　　（B）-1/16　　（C）0　　（D）1/16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player chooses one of the numbers 1 through 4. After the choice has been made, two regular four-sided (tetrahedral) dice are rolled, with the sides of the dice numbered 1 through 4. If the number chosen appears on the bottom of exactly one die after it is rolled, then the player wins $1. If the number chosen appears on the bottom of both of the dice, then the player wins $2. If the number chosen does not appear on the bottom of either of the dice, the player loses $1. What is the expected return to the player, in dollars, for one roll of the dice?</w:t>
      </w:r>
    </w:p>
    <w:p>
      <w:pPr>
        <w:spacing w:before="0" w:after="160" w:line="300" w:lineRule="auto"/>
      </w:pPr>
      <w:r>
        <w:rPr>
          <w:rFonts w:ascii="Times New Roman" w:hAnsi="Times New Roman" w:eastAsia="宋体"/>
          <w:b w:val="0"/>
          <w:i w:val="0"/>
          <w:color w:val="333333"/>
          <w:sz w:val="19"/>
        </w:rPr>
        <w:t>(A) -1/8　　(B) -1/16　　(C) 0　　(D) 1/16　　(E) 1/8</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一个底面为正方形的棱锥被一个平行于底面、且距底面 2 个单位的平面切开。切下来的上方小棱锥的表面积是原棱锥表面积的一半。原棱锥的高是多少？</w:t>
      </w:r>
    </w:p>
    <w:p>
      <w:pPr>
        <w:spacing w:before="0" w:after="120" w:line="300" w:lineRule="auto"/>
      </w:pPr>
      <w:r>
        <w:rPr>
          <w:rFonts w:ascii="Times New Roman" w:hAnsi="Times New Roman" w:eastAsia="宋体"/>
          <w:b w:val="0"/>
          <w:i w:val="0"/>
          <w:sz w:val="21"/>
        </w:rPr>
        <w:t>（A）2　　（B）2+√(2)　　（C）1+2√(2)　　（D）4　　（E）4+2√(2)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pyramid with a square base is cut by a plane that is parallel to its base and is 2 units from the base. The surface area of the smaller pyramid that is cut from the top is half the surface area of the original pyramid. What is the altitude of the original pyramid?</w:t>
      </w:r>
    </w:p>
    <w:p>
      <w:pPr>
        <w:spacing w:before="0" w:after="160" w:line="300" w:lineRule="auto"/>
      </w:pPr>
      <w:r>
        <w:rPr>
          <w:rFonts w:ascii="Times New Roman" w:hAnsi="Times New Roman" w:eastAsia="宋体"/>
          <w:b w:val="0"/>
          <w:i w:val="0"/>
          <w:color w:val="333333"/>
          <w:sz w:val="19"/>
        </w:rPr>
        <w:t>(A) 2　　(B) 2+√(2)　　(C) 1+2√(2)　　(D) 4　　(E) 4+2√(2)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令 n 表示最小的正整数，它能同时被 4 和 9 整除，且 10 进制表示只由数字 4 和 9 组成，并且两种数字至少各出现一次。n 的最后四位数字是什么？</w:t>
      </w:r>
    </w:p>
    <w:p>
      <w:pPr>
        <w:spacing w:before="0" w:after="120" w:line="300" w:lineRule="auto"/>
      </w:pPr>
      <w:r>
        <w:rPr>
          <w:rFonts w:ascii="Times New Roman" w:hAnsi="Times New Roman" w:eastAsia="宋体"/>
          <w:b w:val="0"/>
          <w:i w:val="0"/>
          <w:sz w:val="21"/>
        </w:rPr>
        <w:t>（A）4444　　（B）4494　　（C）4944　　（D）9444　　（E）9944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denote the smallest positive integer that is divisible by both 4 and 9, and whose base-10 representation consists of only 4’s and 9’s, with at least one of each. What are the last four digits of n?</w:t>
      </w:r>
    </w:p>
    <w:p>
      <w:pPr>
        <w:spacing w:before="0" w:after="160" w:line="300" w:lineRule="auto"/>
      </w:pPr>
      <w:r>
        <w:rPr>
          <w:rFonts w:ascii="Times New Roman" w:hAnsi="Times New Roman" w:eastAsia="宋体"/>
          <w:b w:val="0"/>
          <w:i w:val="0"/>
          <w:color w:val="333333"/>
          <w:sz w:val="19"/>
        </w:rPr>
        <w:t>(A) 4444　　(B) 4494　　(C) 4944　　(D) 9444　　(E) 9944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有多少对正整数 (a,b) 满足：a 和 b 没有大于 1 的公因数，并且</w:t>
      </w:r>
    </w:p>
    <w:p>
      <w:pPr>
        <w:spacing w:before="0" w:after="80" w:line="300" w:lineRule="auto"/>
        <w:jc w:val="left"/>
      </w:pPr>
      <w:r>
        <w:rPr>
          <w:rFonts w:ascii="Times New Roman" w:hAnsi="Times New Roman" w:eastAsia="宋体"/>
          <w:b w:val="0"/>
          <w:i w:val="0"/>
          <w:sz w:val="21"/>
        </w:rPr>
        <w:t>a/b+14b/9a</w:t>
      </w:r>
    </w:p>
    <w:p>
      <w:pPr>
        <w:spacing w:before="0" w:after="80" w:line="300" w:lineRule="auto"/>
        <w:jc w:val="left"/>
      </w:pPr>
      <w:r>
        <w:rPr>
          <w:rFonts w:ascii="Times New Roman" w:hAnsi="Times New Roman" w:eastAsia="宋体"/>
          <w:b w:val="0"/>
          <w:i w:val="0"/>
          <w:sz w:val="21"/>
        </w:rPr>
        <w:t>是整数？</w:t>
      </w:r>
    </w:p>
    <w:p>
      <w:pPr>
        <w:spacing w:before="0" w:after="120" w:line="300" w:lineRule="auto"/>
      </w:pPr>
      <w:r>
        <w:rPr>
          <w:rFonts w:ascii="Times New Roman" w:hAnsi="Times New Roman" w:eastAsia="宋体"/>
          <w:b w:val="0"/>
          <w:i w:val="0"/>
          <w:sz w:val="21"/>
        </w:rPr>
        <w:t>（A）4　　（B）6　　（C）9　　（D）12　　（E）无穷多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pairs of positive integers (a,b) are there such that a and b have no common factors greater than 1 and</w:t>
      </w:r>
    </w:p>
    <w:p>
      <w:pPr>
        <w:spacing w:before="0" w:after="80" w:line="300" w:lineRule="auto"/>
        <w:jc w:val="left"/>
      </w:pPr>
      <w:r>
        <w:rPr>
          <w:rFonts w:ascii="Times New Roman" w:hAnsi="Times New Roman" w:eastAsia="宋体"/>
          <w:b w:val="0"/>
          <w:i w:val="0"/>
          <w:color w:val="333333"/>
          <w:sz w:val="19"/>
        </w:rPr>
        <w:t>a/b+14b/9a</w:t>
      </w:r>
    </w:p>
    <w:p>
      <w:pPr>
        <w:spacing w:before="0" w:after="80" w:line="300" w:lineRule="auto"/>
        <w:jc w:val="left"/>
      </w:pPr>
      <w:r>
        <w:rPr>
          <w:rFonts w:ascii="Times New Roman" w:hAnsi="Times New Roman" w:eastAsia="宋体"/>
          <w:b w:val="0"/>
          <w:i w:val="0"/>
          <w:color w:val="333333"/>
          <w:sz w:val="19"/>
        </w:rPr>
        <w:t>is an integer?</w:t>
      </w:r>
    </w:p>
    <w:p>
      <w:pPr>
        <w:spacing w:before="0" w:after="160" w:line="300" w:lineRule="auto"/>
      </w:pPr>
      <w:r>
        <w:rPr>
          <w:rFonts w:ascii="Times New Roman" w:hAnsi="Times New Roman" w:eastAsia="宋体"/>
          <w:b w:val="0"/>
          <w:i w:val="0"/>
          <w:color w:val="333333"/>
          <w:sz w:val="19"/>
        </w:rPr>
        <w:t>(A) 4　　(B) 6　　(C) 9　　(D) 12　　(E) infinitely many</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E　B　D　D　D　E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C　D　D　C　D　C　D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C　B　B　E　C　A</w:t>
      </w:r>
    </w:p>
    <w:p>
      <w:pPr>
        <w:spacing w:before="0" w:after="200" w:line="300" w:lineRule="auto"/>
      </w:pPr>
      <w:r>
        <w:rPr>
          <w:rFonts w:ascii="Times New Roman" w:hAnsi="Times New Roman" w:eastAsia="宋体"/>
          <w:b w:val="0"/>
          <w:i w:val="0"/>
          <w:color w:val="666666"/>
          <w:sz w:val="18"/>
        </w:rPr>
        <w:t>答案串：EEBDDDEDDACDDCDCDBCCBBECA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一间卧室的墙面面积为 2(12+10)· 8 = 44· 8 = 352 平方英尺。减去门洞和窗户的 60 平方英尺，每间卧室需粉刷 352-60=292 平方英尺。</w:t>
      </w:r>
    </w:p>
    <w:p>
      <w:pPr>
        <w:spacing w:before="0" w:after="80" w:line="300" w:lineRule="auto"/>
        <w:jc w:val="left"/>
      </w:pPr>
      <w:r>
        <w:rPr>
          <w:rFonts w:ascii="Times New Roman" w:hAnsi="Times New Roman" w:eastAsia="宋体"/>
          <w:b w:val="0"/>
          <w:i w:val="0"/>
          <w:sz w:val="21"/>
        </w:rPr>
        <w:t>有 3 间卧室，所以共需粉刷 3· 292 = 876 平方英尺。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walls of one bedroom have area 2(12+10)· 8 = 44· 8 = 352 square feet. Subtracting the 60 square feet of doorways and windows leaves 352-60=292 square feet per bedroom.</w:t>
      </w:r>
    </w:p>
    <w:p>
      <w:pPr>
        <w:spacing w:before="0" w:after="80" w:line="300" w:lineRule="auto"/>
        <w:jc w:val="left"/>
      </w:pPr>
      <w:r>
        <w:rPr>
          <w:rFonts w:ascii="Times New Roman" w:hAnsi="Times New Roman" w:eastAsia="宋体"/>
          <w:b w:val="0"/>
          <w:i w:val="0"/>
          <w:color w:val="333333"/>
          <w:sz w:val="19"/>
        </w:rPr>
        <w:t>With 3 bedrooms, the total is 3· 292 = 876 square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因为 3⋆ 5=(3+5)· 5=40，且 5⋆ 3=(5+3)· 3=24，所以差为 40-24=16。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3⋆ 5=(3+5)· 5=40 and 5⋆ 3=(5+3)· 3=24, the difference is 40-24=16.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回家用了 120/30=4 加仑，返程用了 120/20=6 加仑，共用 10 加仑，行驶 240 英里。</w:t>
      </w:r>
    </w:p>
    <w:p>
      <w:pPr>
        <w:spacing w:before="0" w:after="80" w:line="300" w:lineRule="auto"/>
        <w:jc w:val="left"/>
      </w:pPr>
      <w:r>
        <w:rPr>
          <w:rFonts w:ascii="Times New Roman" w:hAnsi="Times New Roman" w:eastAsia="宋体"/>
          <w:b w:val="0"/>
          <w:i w:val="0"/>
          <w:sz w:val="21"/>
        </w:rPr>
        <w:t>平均为 240/10 = 24 英里/加仑。</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student used 120/30=4 gallons driving home and 120/20=6 gallons returning, for 10 gallons over 240 miles.</w:t>
      </w:r>
    </w:p>
    <w:p>
      <w:pPr>
        <w:spacing w:before="0" w:after="80" w:line="300" w:lineRule="auto"/>
        <w:jc w:val="left"/>
      </w:pPr>
      <w:r>
        <w:rPr>
          <w:rFonts w:ascii="Times New Roman" w:hAnsi="Times New Roman" w:eastAsia="宋体"/>
          <w:b w:val="0"/>
          <w:i w:val="0"/>
          <w:color w:val="333333"/>
          <w:sz w:val="19"/>
        </w:rPr>
        <w:t>The average is 240/10 = 24 miles per gallon.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因为 OA=OB=OC，三角形 AOB, BOC 和 COA 都是等腰三角形。底角给出 ∠ ABO=(180°-140°)/2=20°，∠ OBC=(180°-120°)/2=30°。</w:t>
      </w:r>
    </w:p>
    <w:p>
      <w:pPr>
        <w:spacing w:before="0" w:after="80" w:line="300" w:lineRule="auto"/>
        <w:jc w:val="left"/>
      </w:pPr>
      <w:r>
        <w:rPr>
          <w:rFonts w:ascii="Times New Roman" w:hAnsi="Times New Roman" w:eastAsia="宋体"/>
          <w:b w:val="0"/>
          <w:i w:val="0"/>
          <w:sz w:val="21"/>
        </w:rPr>
        <w:t>因此 ∠ ABC=20°+30°=50°。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OA=OB=OC, triangles AOB, BOC, and COA are isosceles. The base angles give ∠ ABO=(180°-140°)/2=20° and ∠ OBC=(180°-120°)/2=30°.</w:t>
      </w:r>
    </w:p>
    <w:p>
      <w:pPr>
        <w:spacing w:before="0" w:after="80" w:line="300" w:lineRule="auto"/>
        <w:jc w:val="left"/>
      </w:pPr>
      <w:r>
        <w:rPr>
          <w:rFonts w:ascii="Times New Roman" w:hAnsi="Times New Roman" w:eastAsia="宋体"/>
          <w:b w:val="0"/>
          <w:i w:val="0"/>
          <w:color w:val="333333"/>
          <w:sz w:val="19"/>
        </w:rPr>
        <w:t>Therefore ∠ ABC=20°+30°=50°.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将陈述写成蕴含关系：Crup 蕴含 Dramp，Dramp 蕴含 Arog，Arog 蕴含 Braf，即 C⇒ D⇒ A⇒ B。</w:t>
      </w:r>
    </w:p>
    <w:p>
      <w:pPr>
        <w:spacing w:before="0" w:after="80" w:line="300" w:lineRule="auto"/>
        <w:jc w:val="left"/>
      </w:pPr>
      <w:r>
        <w:rPr>
          <w:rFonts w:ascii="Times New Roman" w:hAnsi="Times New Roman" w:eastAsia="宋体"/>
          <w:b w:val="0"/>
          <w:i w:val="0"/>
          <w:sz w:val="21"/>
        </w:rPr>
        <w:t>所以每个 Crup 都是 Dramp、Arog 和 Braf；选项中唯一必然成立的是：所有 Crups 都是 Arogs 和 Brafs。</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the statements as implications, being a Crup implies being a Dramp, a Dramp implies being an Arog, and an Arog implies being a Braf: C⇒ D⇒ A⇒ B.</w:t>
      </w:r>
    </w:p>
    <w:p>
      <w:pPr>
        <w:spacing w:before="0" w:after="80" w:line="300" w:lineRule="auto"/>
        <w:jc w:val="left"/>
      </w:pPr>
      <w:r>
        <w:rPr>
          <w:rFonts w:ascii="Times New Roman" w:hAnsi="Times New Roman" w:eastAsia="宋体"/>
          <w:b w:val="0"/>
          <w:i w:val="0"/>
          <w:color w:val="333333"/>
          <w:sz w:val="19"/>
        </w:rPr>
        <w:t>So every Crup is a Dramp, an Arog, and a Braf. The only listed statement guaranteed true is that all Crups are Arogs and Brafs.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三道空题给 3· 1.5 = 4.5 分，所以 Sarah 需要从前 22 题得到 100-4.5=95.5 分。</w:t>
      </w:r>
    </w:p>
    <w:p>
      <w:pPr>
        <w:spacing w:before="0" w:after="80" w:line="300" w:lineRule="auto"/>
        <w:jc w:val="left"/>
      </w:pPr>
      <w:r>
        <w:rPr>
          <w:rFonts w:ascii="Times New Roman" w:hAnsi="Times New Roman" w:eastAsia="宋体"/>
          <w:b w:val="0"/>
          <w:i w:val="0"/>
          <w:sz w:val="21"/>
        </w:rPr>
        <w:t>因为 95.5/6 介于 15 和 16 之间，她至少要答对 16 题，此时总分为 100.5。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blank problems give 3· 1.5 = 4.5 points, so Sarah needs 100-4.5=95.5 points from the first 22.</w:t>
      </w:r>
    </w:p>
    <w:p>
      <w:pPr>
        <w:spacing w:before="0" w:after="80" w:line="300" w:lineRule="auto"/>
        <w:jc w:val="left"/>
      </w:pPr>
      <w:r>
        <w:rPr>
          <w:rFonts w:ascii="Times New Roman" w:hAnsi="Times New Roman" w:eastAsia="宋体"/>
          <w:b w:val="0"/>
          <w:i w:val="0"/>
          <w:color w:val="333333"/>
          <w:sz w:val="19"/>
        </w:rPr>
        <w:t>Since 95.5/6 lies between 15 and 16, she must answer at least 16 correctly, which would give a score of 100.5.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因为 AB=BC=EA 且 ∠ A=∠ B=90°，四边形 ABCE 是正方形，所以 ∠ AEC=90°。</w:t>
      </w:r>
    </w:p>
    <w:p>
      <w:pPr>
        <w:spacing w:before="0" w:after="80" w:line="300" w:lineRule="auto"/>
        <w:jc w:val="left"/>
      </w:pPr>
      <w:r>
        <w:rPr>
          <w:rFonts w:ascii="Times New Roman" w:hAnsi="Times New Roman" w:eastAsia="宋体"/>
          <w:b w:val="0"/>
          <w:i w:val="0"/>
          <w:sz w:val="21"/>
        </w:rPr>
        <w:t>余下的边满足 CD=DE=EC，所以 △ CDE 是等边三角形，∠ CED=60°。</w:t>
      </w:r>
    </w:p>
    <w:p>
      <w:pPr>
        <w:spacing w:before="0" w:after="80" w:line="300" w:lineRule="auto"/>
        <w:jc w:val="left"/>
      </w:pPr>
      <w:r>
        <w:rPr>
          <w:rFonts w:ascii="Times New Roman" w:hAnsi="Times New Roman" w:eastAsia="宋体"/>
          <w:b w:val="0"/>
          <w:i w:val="0"/>
          <w:sz w:val="21"/>
        </w:rPr>
        <w:t>因此 ∠ E=∠ AEC +∠ CED=90° +60°=150°。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AB=BC=EA and ∠ A=∠ B=90°, quadrilateral ABCE is a square, so ∠ AEC=90°.</w:t>
      </w:r>
    </w:p>
    <w:p>
      <w:pPr>
        <w:spacing w:before="0" w:after="80" w:line="300" w:lineRule="auto"/>
        <w:jc w:val="left"/>
      </w:pPr>
      <w:r>
        <w:rPr>
          <w:rFonts w:ascii="Times New Roman" w:hAnsi="Times New Roman" w:eastAsia="宋体"/>
          <w:b w:val="0"/>
          <w:i w:val="0"/>
          <w:color w:val="333333"/>
          <w:sz w:val="19"/>
        </w:rPr>
        <w:t>The remaining sides satisfy CD=DE=EC, so △ CDE is equilateral and ∠ CED=60°.</w:t>
      </w:r>
    </w:p>
    <w:p>
      <w:pPr>
        <w:spacing w:before="0" w:after="80" w:line="300" w:lineRule="auto"/>
        <w:jc w:val="left"/>
      </w:pPr>
      <w:r>
        <w:rPr>
          <w:rFonts w:ascii="Times New Roman" w:hAnsi="Times New Roman" w:eastAsia="宋体"/>
          <w:b w:val="0"/>
          <w:i w:val="0"/>
          <w:color w:val="333333"/>
          <w:sz w:val="19"/>
        </w:rPr>
        <w:t>Therefore ∠ E=∠ AEC +∠ CED=90° +60°=150°.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一旦选定 a 和 c，b=a+c/2 就确定，且 a&lt; b&lt; c 自动成立。为了使 b 为整数，a 和 c 必须同奇偶。</w:t>
      </w:r>
    </w:p>
    <w:p>
      <w:pPr>
        <w:spacing w:before="0" w:after="80" w:line="300" w:lineRule="auto"/>
        <w:jc w:val="left"/>
      </w:pPr>
      <w:r>
        <w:rPr>
          <w:rFonts w:ascii="Times New Roman" w:hAnsi="Times New Roman" w:eastAsia="宋体"/>
          <w:b w:val="0"/>
          <w:i w:val="0"/>
          <w:sz w:val="21"/>
        </w:rPr>
        <w:t>从 {0,2,4,6,8} 中选两个，有 C(5, 2)=10 对；从 {1,3,5,7,9} 中选两个，又有 10 对。</w:t>
      </w:r>
    </w:p>
    <w:p>
      <w:pPr>
        <w:spacing w:before="0" w:after="80" w:line="300" w:lineRule="auto"/>
        <w:jc w:val="left"/>
      </w:pPr>
      <w:r>
        <w:rPr>
          <w:rFonts w:ascii="Times New Roman" w:hAnsi="Times New Roman" w:eastAsia="宋体"/>
          <w:b w:val="0"/>
          <w:i w:val="0"/>
          <w:sz w:val="21"/>
        </w:rPr>
        <w:t>因此共有 20 个符合条件的五位数。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Once a and c are chosen, b=a+c/2 is determined, and a&lt; b&lt; c holds automatically. For b to be an integer, a and c must share parity.</w:t>
      </w:r>
    </w:p>
    <w:p>
      <w:pPr>
        <w:spacing w:before="0" w:after="80" w:line="300" w:lineRule="auto"/>
        <w:jc w:val="left"/>
      </w:pPr>
      <w:r>
        <w:rPr>
          <w:rFonts w:ascii="Times New Roman" w:hAnsi="Times New Roman" w:eastAsia="宋体"/>
          <w:b w:val="0"/>
          <w:i w:val="0"/>
          <w:color w:val="333333"/>
          <w:sz w:val="19"/>
        </w:rPr>
        <w:t>Choosing two even digits from {0,2,4,6,8} gives C(5, 2)=10 pairs, and choosing two odd digits from {1,3,5,7,9} gives another 10.</w:t>
      </w:r>
    </w:p>
    <w:p>
      <w:pPr>
        <w:spacing w:before="0" w:after="80" w:line="300" w:lineRule="auto"/>
        <w:jc w:val="left"/>
      </w:pPr>
      <w:r>
        <w:rPr>
          <w:rFonts w:ascii="Times New Roman" w:hAnsi="Times New Roman" w:eastAsia="宋体"/>
          <w:b w:val="0"/>
          <w:i w:val="0"/>
          <w:color w:val="333333"/>
          <w:sz w:val="19"/>
        </w:rPr>
        <w:t>This yields 20 valid numbers.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最后一个 s 是消息中字母 s 的第 12 次出现，所以它向右移动 1+2+⋯+12=(12· 13)/2=78 位。</w:t>
      </w:r>
    </w:p>
    <w:p>
      <w:pPr>
        <w:spacing w:before="0" w:after="80" w:line="300" w:lineRule="auto"/>
        <w:jc w:val="left"/>
      </w:pPr>
      <w:r>
        <w:rPr>
          <w:rFonts w:ascii="Times New Roman" w:hAnsi="Times New Roman" w:eastAsia="宋体"/>
          <w:b w:val="0"/>
          <w:i w:val="0"/>
          <w:sz w:val="21"/>
        </w:rPr>
        <w:t>因为 78=3· 26 是字母表长度 26 的倍数，所以移动后回到同一个字母 s。</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final s is the 12th appearance of the letter s in the message, so it is shifted 1+2+⋯+12=(12· 13)/2=78 places to the right.</w:t>
      </w:r>
    </w:p>
    <w:p>
      <w:pPr>
        <w:spacing w:before="0" w:after="80" w:line="300" w:lineRule="auto"/>
        <w:jc w:val="left"/>
      </w:pPr>
      <w:r>
        <w:rPr>
          <w:rFonts w:ascii="Times New Roman" w:hAnsi="Times New Roman" w:eastAsia="宋体"/>
          <w:b w:val="0"/>
          <w:i w:val="0"/>
          <w:color w:val="333333"/>
          <w:sz w:val="19"/>
        </w:rPr>
        <w:t>Since 78=3· 26 is a multiple of the alphabet length 26, the shift returns to the same letter, 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以 BC 为底，面积为 1/2(BC)d，其中 d 是 A 到直线 BC 的距离。面积等于 1 当且仅当 d=2/BC。</w:t>
      </w:r>
    </w:p>
    <w:p>
      <w:pPr>
        <w:spacing w:before="0" w:after="80" w:line="300" w:lineRule="auto"/>
        <w:jc w:val="left"/>
      </w:pPr>
      <w:r>
        <w:rPr>
          <w:rFonts w:ascii="Times New Roman" w:hAnsi="Times New Roman" w:eastAsia="宋体"/>
          <w:b w:val="0"/>
          <w:i w:val="0"/>
          <w:sz w:val="21"/>
        </w:rPr>
        <w:t>到直线 BC 距离固定的点形成两条平行于 BC 的直线，分居两侧。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BC as the base, the area is 1/2(BC)d, where d is the distance from A to line BC. The area equals 1 exactly when d=2/BC.</w:t>
      </w:r>
    </w:p>
    <w:p>
      <w:pPr>
        <w:spacing w:before="0" w:after="80" w:line="300" w:lineRule="auto"/>
        <w:jc w:val="left"/>
      </w:pPr>
      <w:r>
        <w:rPr>
          <w:rFonts w:ascii="Times New Roman" w:hAnsi="Times New Roman" w:eastAsia="宋体"/>
          <w:b w:val="0"/>
          <w:i w:val="0"/>
          <w:color w:val="333333"/>
          <w:sz w:val="19"/>
        </w:rPr>
        <w:t>The points at this fixed distance from line BC form two lines parallel to BC, one on each side.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三角形边长为 3、3、2。它的面积为 1/2· 2·√(3²-1²)=2√(2)。</w:t>
      </w:r>
    </w:p>
    <w:p>
      <w:pPr>
        <w:spacing w:before="0" w:after="80" w:line="300" w:lineRule="auto"/>
        <w:jc w:val="left"/>
      </w:pPr>
      <w:r>
        <w:rPr>
          <w:rFonts w:ascii="Times New Roman" w:hAnsi="Times New Roman" w:eastAsia="宋体"/>
          <w:b w:val="0"/>
          <w:i w:val="0"/>
          <w:sz w:val="21"/>
        </w:rPr>
        <w:t>外接圆半径为 R=abc/4K =(3· 3· 2)/(4· 2√(2)) =9/(4√(2)) =(9√(2))/8。</w:t>
      </w:r>
    </w:p>
    <w:p>
      <w:pPr>
        <w:spacing w:before="0" w:after="80" w:line="300" w:lineRule="auto"/>
        <w:jc w:val="left"/>
      </w:pPr>
      <w:r>
        <w:rPr>
          <w:rFonts w:ascii="Times New Roman" w:hAnsi="Times New Roman" w:eastAsia="宋体"/>
          <w:b w:val="0"/>
          <w:i w:val="0"/>
          <w:sz w:val="21"/>
        </w:rPr>
        <w:t>圆面积为 π R²=π·(81· 2)/64=81/32π。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 has sides 3, 3, and 2. Its area is 1/2· 2·√(3²-1²)=2√(2).</w:t>
      </w:r>
    </w:p>
    <w:p>
      <w:pPr>
        <w:spacing w:before="0" w:after="80" w:line="300" w:lineRule="auto"/>
        <w:jc w:val="left"/>
      </w:pPr>
      <w:r>
        <w:rPr>
          <w:rFonts w:ascii="Times New Roman" w:hAnsi="Times New Roman" w:eastAsia="宋体"/>
          <w:b w:val="0"/>
          <w:i w:val="0"/>
          <w:color w:val="333333"/>
          <w:sz w:val="19"/>
        </w:rPr>
        <w:t>The circumradius is R=abc/4K =(3· 3· 2)/(4· 2√(2)) =9/(4√(2)) =(9√(2))/8.</w:t>
      </w:r>
    </w:p>
    <w:p>
      <w:pPr>
        <w:spacing w:before="0" w:after="80" w:line="300" w:lineRule="auto"/>
        <w:jc w:val="left"/>
      </w:pPr>
      <w:r>
        <w:rPr>
          <w:rFonts w:ascii="Times New Roman" w:hAnsi="Times New Roman" w:eastAsia="宋体"/>
          <w:b w:val="0"/>
          <w:i w:val="0"/>
          <w:color w:val="333333"/>
          <w:sz w:val="19"/>
        </w:rPr>
        <w:t>The area of the circle is π R²=π·(81· 2)/64=81/32π.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N 年前 Tom 的年龄为 T-N，三个孩子年龄之和为 T-3N。</w:t>
      </w:r>
    </w:p>
    <w:p>
      <w:pPr>
        <w:spacing w:before="0" w:after="80" w:line="300" w:lineRule="auto"/>
        <w:jc w:val="left"/>
      </w:pPr>
      <w:r>
        <w:rPr>
          <w:rFonts w:ascii="Times New Roman" w:hAnsi="Times New Roman" w:eastAsia="宋体"/>
          <w:b w:val="0"/>
          <w:i w:val="0"/>
          <w:sz w:val="21"/>
        </w:rPr>
        <w:t>条件给出 T-N=2(T-3N)，所以 T-N=2T-6N，化简为 5N=T。</w:t>
      </w:r>
    </w:p>
    <w:p>
      <w:pPr>
        <w:spacing w:before="0" w:after="80" w:line="300" w:lineRule="auto"/>
        <w:jc w:val="left"/>
      </w:pPr>
      <w:r>
        <w:rPr>
          <w:rFonts w:ascii="Times New Roman" w:hAnsi="Times New Roman" w:eastAsia="宋体"/>
          <w:b w:val="0"/>
          <w:i w:val="0"/>
          <w:sz w:val="21"/>
        </w:rPr>
        <w:t>因此 T/N=5。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 years ago Tom’s age was T-N, and the sum of his three children’s ages was T-3N.</w:t>
      </w:r>
    </w:p>
    <w:p>
      <w:pPr>
        <w:spacing w:before="0" w:after="80" w:line="300" w:lineRule="auto"/>
        <w:jc w:val="left"/>
      </w:pPr>
      <w:r>
        <w:rPr>
          <w:rFonts w:ascii="Times New Roman" w:hAnsi="Times New Roman" w:eastAsia="宋体"/>
          <w:b w:val="0"/>
          <w:i w:val="0"/>
          <w:color w:val="333333"/>
          <w:sz w:val="19"/>
        </w:rPr>
        <w:t>The condition gives T-N=2(T-3N), so T-N=2T-6N, which simplifies to 5N=T.</w:t>
      </w:r>
    </w:p>
    <w:p>
      <w:pPr>
        <w:spacing w:before="0" w:after="80" w:line="300" w:lineRule="auto"/>
        <w:jc w:val="left"/>
      </w:pPr>
      <w:r>
        <w:rPr>
          <w:rFonts w:ascii="Times New Roman" w:hAnsi="Times New Roman" w:eastAsia="宋体"/>
          <w:b w:val="0"/>
          <w:i w:val="0"/>
          <w:color w:val="333333"/>
          <w:sz w:val="19"/>
        </w:rPr>
        <w:t>Therefore T/N=5.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两个圆交于 (0,0) 和 (2,2)。</w:t>
      </w:r>
    </w:p>
    <w:p>
      <w:pPr>
        <w:spacing w:before="0" w:after="80" w:line="300" w:lineRule="auto"/>
        <w:jc w:val="left"/>
      </w:pPr>
      <w:r>
        <w:rPr>
          <w:rFonts w:ascii="Times New Roman" w:hAnsi="Times New Roman" w:eastAsia="宋体"/>
          <w:b w:val="0"/>
          <w:i w:val="0"/>
          <w:sz w:val="21"/>
        </w:rPr>
        <w:t>由对称性，交集的一半是从一个圆的四分之一圆中去掉直角边为 2 的等腰直角三角形。四分之一圆面积为 1/4π(2)²=π，三角形面积为 1/2(2)²=2。</w:t>
      </w:r>
    </w:p>
    <w:p>
      <w:pPr>
        <w:spacing w:before="0" w:after="80" w:line="300" w:lineRule="auto"/>
        <w:jc w:val="left"/>
      </w:pPr>
      <w:r>
        <w:rPr>
          <w:rFonts w:ascii="Times New Roman" w:hAnsi="Times New Roman" w:eastAsia="宋体"/>
          <w:b w:val="0"/>
          <w:i w:val="0"/>
          <w:sz w:val="21"/>
        </w:rPr>
        <w:t>所以交集面积为 2(π-2)。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circles intersect at (0,0) and (2,2).</w:t>
      </w:r>
    </w:p>
    <w:p>
      <w:pPr>
        <w:spacing w:before="0" w:after="80" w:line="300" w:lineRule="auto"/>
        <w:jc w:val="left"/>
      </w:pPr>
      <w:r>
        <w:rPr>
          <w:rFonts w:ascii="Times New Roman" w:hAnsi="Times New Roman" w:eastAsia="宋体"/>
          <w:b w:val="0"/>
          <w:i w:val="0"/>
          <w:color w:val="333333"/>
          <w:sz w:val="19"/>
        </w:rPr>
        <w:t>By symmetry, half the intersection is formed by removing an isosceles right triangle of leg length 2 from a quarter of one circle. The quarter-circle has area 1/4π(2)²=π and the triangle has area 1/2(2)²=2.</w:t>
      </w:r>
    </w:p>
    <w:p>
      <w:pPr>
        <w:spacing w:before="0" w:after="80" w:line="300" w:lineRule="auto"/>
        <w:jc w:val="left"/>
      </w:pPr>
      <w:r>
        <w:rPr>
          <w:rFonts w:ascii="Times New Roman" w:hAnsi="Times New Roman" w:eastAsia="宋体"/>
          <w:b w:val="0"/>
          <w:i w:val="0"/>
          <w:color w:val="333333"/>
          <w:sz w:val="19"/>
        </w:rPr>
        <w:t>Therefore the whole region has area 2(π-2).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两名女生离开，两名男生加入，所以小组总人数不变。离开的两名女生代表全组的 40%-30%=10%。</w:t>
      </w:r>
    </w:p>
    <w:p>
      <w:pPr>
        <w:spacing w:before="0" w:after="80" w:line="300" w:lineRule="auto"/>
        <w:jc w:val="left"/>
      </w:pPr>
      <w:r>
        <w:rPr>
          <w:rFonts w:ascii="Times New Roman" w:hAnsi="Times New Roman" w:eastAsia="宋体"/>
          <w:b w:val="0"/>
          <w:i w:val="0"/>
          <w:sz w:val="21"/>
        </w:rPr>
        <w:t>所以小组共有 2÷ 0.10=20 人，起初女生人数是 20 人的 40%，即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girls leave and two boys arrive, so the group size is unchanged. The two girls who left therefore represent 40%-30%=10% of the group.</w:t>
      </w:r>
    </w:p>
    <w:p>
      <w:pPr>
        <w:spacing w:before="0" w:after="80" w:line="300" w:lineRule="auto"/>
        <w:jc w:val="left"/>
      </w:pPr>
      <w:r>
        <w:rPr>
          <w:rFonts w:ascii="Times New Roman" w:hAnsi="Times New Roman" w:eastAsia="宋体"/>
          <w:b w:val="0"/>
          <w:i w:val="0"/>
          <w:color w:val="333333"/>
          <w:sz w:val="19"/>
        </w:rPr>
        <w:t>Thus the group has 2÷ 0.10=20 people, and the original number of girls was 40% of 20, or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 x=∠ A。则 ∠ B=x/2，∠ C=x/3，∠ D=x/4。</w:t>
      </w:r>
    </w:p>
    <w:p>
      <w:pPr>
        <w:spacing w:before="0" w:after="80" w:line="300" w:lineRule="auto"/>
        <w:jc w:val="left"/>
      </w:pPr>
      <w:r>
        <w:rPr>
          <w:rFonts w:ascii="Times New Roman" w:hAnsi="Times New Roman" w:eastAsia="宋体"/>
          <w:b w:val="0"/>
          <w:i w:val="0"/>
          <w:sz w:val="21"/>
        </w:rPr>
        <w:t>四边形内角和为 360°，所以 x+x/2+x/3+x/4=25x/12=360。</w:t>
      </w:r>
    </w:p>
    <w:p>
      <w:pPr>
        <w:spacing w:before="0" w:after="80" w:line="300" w:lineRule="auto"/>
        <w:jc w:val="left"/>
      </w:pPr>
      <w:r>
        <w:rPr>
          <w:rFonts w:ascii="Times New Roman" w:hAnsi="Times New Roman" w:eastAsia="宋体"/>
          <w:b w:val="0"/>
          <w:i w:val="0"/>
          <w:sz w:val="21"/>
        </w:rPr>
        <w:t>因此 x=(12· 360)/25=172.8≈ 173。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 Then ∠ B=x/2, ∠ C=x/3, and ∠ D=x/4.</w:t>
      </w:r>
    </w:p>
    <w:p>
      <w:pPr>
        <w:spacing w:before="0" w:after="80" w:line="300" w:lineRule="auto"/>
        <w:jc w:val="left"/>
      </w:pPr>
      <w:r>
        <w:rPr>
          <w:rFonts w:ascii="Times New Roman" w:hAnsi="Times New Roman" w:eastAsia="宋体"/>
          <w:b w:val="0"/>
          <w:i w:val="0"/>
          <w:color w:val="333333"/>
          <w:sz w:val="19"/>
        </w:rPr>
        <w:t>The angles sum to 360°, so x+x/2+x/3+x/4=25x/12=360.</w:t>
      </w:r>
    </w:p>
    <w:p>
      <w:pPr>
        <w:spacing w:before="0" w:after="80" w:line="300" w:lineRule="auto"/>
        <w:jc w:val="left"/>
      </w:pPr>
      <w:r>
        <w:rPr>
          <w:rFonts w:ascii="Times New Roman" w:hAnsi="Times New Roman" w:eastAsia="宋体"/>
          <w:b w:val="0"/>
          <w:i w:val="0"/>
          <w:color w:val="333333"/>
          <w:sz w:val="19"/>
        </w:rPr>
        <w:t>Thus x=(12· 360)/25=172.8≈ 173.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假设班上有 10 名学生：一名低年级生和九名高年级生。总分为 10· 84=840。</w:t>
      </w:r>
    </w:p>
    <w:p>
      <w:pPr>
        <w:spacing w:before="0" w:after="80" w:line="300" w:lineRule="auto"/>
        <w:jc w:val="left"/>
      </w:pPr>
      <w:r>
        <w:rPr>
          <w:rFonts w:ascii="Times New Roman" w:hAnsi="Times New Roman" w:eastAsia="宋体"/>
          <w:b w:val="0"/>
          <w:i w:val="0"/>
          <w:sz w:val="21"/>
        </w:rPr>
        <w:t>九名高年级生总分为 9· 83=747，所以低年级生的分数为 s=840-747=93。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 class has 10 students: one junior and nine seniors. The total of all scores is 10· 84=840.</w:t>
      </w:r>
    </w:p>
    <w:p>
      <w:pPr>
        <w:spacing w:before="0" w:after="80" w:line="300" w:lineRule="auto"/>
        <w:jc w:val="left"/>
      </w:pPr>
      <w:r>
        <w:rPr>
          <w:rFonts w:ascii="Times New Roman" w:hAnsi="Times New Roman" w:eastAsia="宋体"/>
          <w:b w:val="0"/>
          <w:i w:val="0"/>
          <w:color w:val="333333"/>
          <w:sz w:val="19"/>
        </w:rPr>
        <w:t>The nine seniors total 9· 83=747, so the junior’s score is s=840-747=93.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设边长为 s。从 P 作出的垂线是三角形 APB、BPC、CPA 的高，所以它们的面积分别为 s/2、s、3s/2。</w:t>
      </w:r>
    </w:p>
    <w:p>
      <w:pPr>
        <w:spacing w:before="0" w:after="80" w:line="300" w:lineRule="auto"/>
        <w:jc w:val="left"/>
      </w:pPr>
      <w:r>
        <w:rPr>
          <w:rFonts w:ascii="Times New Roman" w:hAnsi="Times New Roman" w:eastAsia="宋体"/>
          <w:b w:val="0"/>
          <w:i w:val="0"/>
          <w:sz w:val="21"/>
        </w:rPr>
        <w:t>面积和等于 △ ABC 的面积 (√(3))/4s²，因此 3s=(√(3))/4s²。</w:t>
      </w:r>
    </w:p>
    <w:p>
      <w:pPr>
        <w:spacing w:before="0" w:after="80" w:line="300" w:lineRule="auto"/>
        <w:jc w:val="left"/>
      </w:pPr>
      <w:r>
        <w:rPr>
          <w:rFonts w:ascii="Times New Roman" w:hAnsi="Times New Roman" w:eastAsia="宋体"/>
          <w:b w:val="0"/>
          <w:i w:val="0"/>
          <w:sz w:val="21"/>
        </w:rPr>
        <w:t>正解为 s=4√(3)。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 length be s. The perpendiculars from P are the heights of triangles APB, BPC, and CPA, so their areas are s/2, s, and 3s/2.</w:t>
      </w:r>
    </w:p>
    <w:p>
      <w:pPr>
        <w:spacing w:before="0" w:after="80" w:line="300" w:lineRule="auto"/>
        <w:jc w:val="left"/>
      </w:pPr>
      <w:r>
        <w:rPr>
          <w:rFonts w:ascii="Times New Roman" w:hAnsi="Times New Roman" w:eastAsia="宋体"/>
          <w:b w:val="0"/>
          <w:i w:val="0"/>
          <w:color w:val="333333"/>
          <w:sz w:val="19"/>
        </w:rPr>
        <w:t>Their sum equals the area of △ ABC, which is also (√(3))/4s². Hence 3s=(√(3))/4s².</w:t>
      </w:r>
    </w:p>
    <w:p>
      <w:pPr>
        <w:spacing w:before="0" w:after="80" w:line="300" w:lineRule="auto"/>
        <w:jc w:val="left"/>
      </w:pPr>
      <w:r>
        <w:rPr>
          <w:rFonts w:ascii="Times New Roman" w:hAnsi="Times New Roman" w:eastAsia="宋体"/>
          <w:b w:val="0"/>
          <w:i w:val="0"/>
          <w:color w:val="333333"/>
          <w:sz w:val="19"/>
        </w:rPr>
        <w:t>The positive solution is s=4√(3).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连接四个外圆的圆心形成正方形。相邻外圆相切，所以每条边长为 2r。</w:t>
      </w:r>
    </w:p>
    <w:p>
      <w:pPr>
        <w:spacing w:before="0" w:after="80" w:line="300" w:lineRule="auto"/>
        <w:jc w:val="left"/>
      </w:pPr>
      <w:r>
        <w:rPr>
          <w:rFonts w:ascii="Times New Roman" w:hAnsi="Times New Roman" w:eastAsia="宋体"/>
          <w:b w:val="0"/>
          <w:i w:val="0"/>
          <w:sz w:val="21"/>
        </w:rPr>
        <w:t>正方形对角线经过中心圆的圆心，长度为 1+r+r+1=2+2r。边长为 2r 的正方形对角线为 2r√(2)，所以 2(2r)²=(2+2r)²。</w:t>
      </w:r>
    </w:p>
    <w:p>
      <w:pPr>
        <w:spacing w:before="0" w:after="80" w:line="300" w:lineRule="auto"/>
        <w:jc w:val="left"/>
      </w:pPr>
      <w:r>
        <w:rPr>
          <w:rFonts w:ascii="Times New Roman" w:hAnsi="Times New Roman" w:eastAsia="宋体"/>
          <w:b w:val="0"/>
          <w:i w:val="0"/>
          <w:sz w:val="21"/>
        </w:rPr>
        <w:t>展开得 1+2r+r²=2r²，即 r²-2r-1=0。正根为 r=1+√(2)。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Connect the centers of the four outer circles to form a square. Adjacent outer circles are tangent, so each side has length 2r.</w:t>
      </w:r>
    </w:p>
    <w:p>
      <w:pPr>
        <w:spacing w:before="0" w:after="80" w:line="300" w:lineRule="auto"/>
        <w:jc w:val="left"/>
      </w:pPr>
      <w:r>
        <w:rPr>
          <w:rFonts w:ascii="Times New Roman" w:hAnsi="Times New Roman" w:eastAsia="宋体"/>
          <w:b w:val="0"/>
          <w:i w:val="0"/>
          <w:color w:val="333333"/>
          <w:sz w:val="19"/>
        </w:rPr>
        <w:t>The diagonal of the square passes through the center of the central circle, giving length 1+r+r+1=2+2r. Since a square with side 2r has diagonal 2r√(2), we get 2(2r)²=(2+2r)².</w:t>
      </w:r>
    </w:p>
    <w:p>
      <w:pPr>
        <w:spacing w:before="0" w:after="80" w:line="300" w:lineRule="auto"/>
        <w:jc w:val="left"/>
      </w:pPr>
      <w:r>
        <w:rPr>
          <w:rFonts w:ascii="Times New Roman" w:hAnsi="Times New Roman" w:eastAsia="宋体"/>
          <w:b w:val="0"/>
          <w:i w:val="0"/>
          <w:color w:val="333333"/>
          <w:sz w:val="19"/>
        </w:rPr>
        <w:t>Expanding gives 1+2r+r²=2r², so r²-2r-1=0. The positive root is r=1+√(2).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阴影方格对应两个余数同奇或同偶。第一个余数为偶数（来自数字 2 和 6）的概率为 1/3，为奇数的概率为 2/3。</w:t>
      </w:r>
    </w:p>
    <w:p>
      <w:pPr>
        <w:spacing w:before="0" w:after="80" w:line="300" w:lineRule="auto"/>
        <w:jc w:val="left"/>
      </w:pPr>
      <w:r>
        <w:rPr>
          <w:rFonts w:ascii="Times New Roman" w:hAnsi="Times New Roman" w:eastAsia="宋体"/>
          <w:b w:val="0"/>
          <w:i w:val="0"/>
          <w:sz w:val="21"/>
        </w:rPr>
        <w:t>第二个余数为偶数的概率为 1/2，为奇数的概率为 1/2。</w:t>
      </w:r>
    </w:p>
    <w:p>
      <w:pPr>
        <w:spacing w:before="0" w:after="80" w:line="300" w:lineRule="auto"/>
        <w:jc w:val="left"/>
      </w:pPr>
      <w:r>
        <w:rPr>
          <w:rFonts w:ascii="Times New Roman" w:hAnsi="Times New Roman" w:eastAsia="宋体"/>
          <w:b w:val="0"/>
          <w:i w:val="0"/>
          <w:sz w:val="21"/>
        </w:rPr>
        <w:t>它们奇偶性相同的概率为 1/3·1/2+2/3·1/2=1/2。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shaded squares are those where the two remainders are both odd or both even. The first remainder is even (from the numbers 2 and 6) with probability 1/3 and odd with probability 2/3.</w:t>
      </w:r>
    </w:p>
    <w:p>
      <w:pPr>
        <w:spacing w:before="0" w:after="80" w:line="300" w:lineRule="auto"/>
        <w:jc w:val="left"/>
      </w:pPr>
      <w:r>
        <w:rPr>
          <w:rFonts w:ascii="Times New Roman" w:hAnsi="Times New Roman" w:eastAsia="宋体"/>
          <w:b w:val="0"/>
          <w:i w:val="0"/>
          <w:color w:val="333333"/>
          <w:sz w:val="19"/>
        </w:rPr>
        <w:t>The second remainder is even with probability 1/2 and odd with probability 1/2.</w:t>
      </w:r>
    </w:p>
    <w:p>
      <w:pPr>
        <w:spacing w:before="0" w:after="80" w:line="300" w:lineRule="auto"/>
        <w:jc w:val="left"/>
      </w:pPr>
      <w:r>
        <w:rPr>
          <w:rFonts w:ascii="Times New Roman" w:hAnsi="Times New Roman" w:eastAsia="宋体"/>
          <w:b w:val="0"/>
          <w:i w:val="0"/>
          <w:color w:val="333333"/>
          <w:sz w:val="19"/>
        </w:rPr>
        <w:t>The probability that they share parity is 1/3·1/2+2/3·1/2=1/2.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选择 5 行中的 3 行有 C(5, 3)=10 种，选择 5 列中的 3 列也有 C(5, 3)=10 种。</w:t>
      </w:r>
    </w:p>
    <w:p>
      <w:pPr>
        <w:spacing w:before="0" w:after="80" w:line="300" w:lineRule="auto"/>
        <w:jc w:val="left"/>
      </w:pPr>
      <w:r>
        <w:rPr>
          <w:rFonts w:ascii="Times New Roman" w:hAnsi="Times New Roman" w:eastAsia="宋体"/>
          <w:b w:val="0"/>
          <w:i w:val="0"/>
          <w:sz w:val="21"/>
        </w:rPr>
        <w:t>三个选出的方块必须占据不同的行和列，所以它们是在三行与三列之间建立一个匹配，共有 3!=6 种。</w:t>
      </w:r>
    </w:p>
    <w:p>
      <w:pPr>
        <w:spacing w:before="0" w:after="80" w:line="300" w:lineRule="auto"/>
        <w:jc w:val="left"/>
      </w:pPr>
      <w:r>
        <w:rPr>
          <w:rFonts w:ascii="Times New Roman" w:hAnsi="Times New Roman" w:eastAsia="宋体"/>
          <w:b w:val="0"/>
          <w:i w:val="0"/>
          <w:sz w:val="21"/>
        </w:rPr>
        <w:t>总数为 10· 10· 6=600。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3 of the 5 rows in C(5, 3)=10 ways and 3 of the 5 columns in C(5, 3)=10 ways.</w:t>
      </w:r>
    </w:p>
    <w:p>
      <w:pPr>
        <w:spacing w:before="0" w:after="80" w:line="300" w:lineRule="auto"/>
        <w:jc w:val="left"/>
      </w:pPr>
      <w:r>
        <w:rPr>
          <w:rFonts w:ascii="Times New Roman" w:hAnsi="Times New Roman" w:eastAsia="宋体"/>
          <w:b w:val="0"/>
          <w:i w:val="0"/>
          <w:color w:val="333333"/>
          <w:sz w:val="19"/>
        </w:rPr>
        <w:t>The three chosen blocks must occupy distinct rows and columns, so they form a matching between the three rows and three columns, which can be done in 3!=6 ways.</w:t>
      </w:r>
    </w:p>
    <w:p>
      <w:pPr>
        <w:spacing w:before="0" w:after="80" w:line="300" w:lineRule="auto"/>
        <w:jc w:val="left"/>
      </w:pPr>
      <w:r>
        <w:rPr>
          <w:rFonts w:ascii="Times New Roman" w:hAnsi="Times New Roman" w:eastAsia="宋体"/>
          <w:b w:val="0"/>
          <w:i w:val="0"/>
          <w:color w:val="333333"/>
          <w:sz w:val="19"/>
        </w:rPr>
        <w:t>The total is 10· 10· 6=600.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设正方形边长为 s，从 B 到 AC 的高为 h。则 h=(AB· BC)/AC=(3· 4)/5=12/5。</w:t>
      </w:r>
    </w:p>
    <w:p>
      <w:pPr>
        <w:spacing w:before="0" w:after="80" w:line="300" w:lineRule="auto"/>
        <w:jc w:val="left"/>
      </w:pPr>
      <w:r>
        <w:rPr>
          <w:rFonts w:ascii="Times New Roman" w:hAnsi="Times New Roman" w:eastAsia="宋体"/>
          <w:b w:val="0"/>
          <w:i w:val="0"/>
          <w:sz w:val="21"/>
        </w:rPr>
        <w:t>正方形上方的小三角形与 △ ABC 相似，并以正方形上边为底，因此 h-s/h=s/AC，所以 s=(AC· h)/AC+h。</w:t>
      </w:r>
    </w:p>
    <w:p>
      <w:pPr>
        <w:spacing w:before="0" w:after="80" w:line="300" w:lineRule="auto"/>
        <w:jc w:val="left"/>
      </w:pPr>
      <w:r>
        <w:rPr>
          <w:rFonts w:ascii="Times New Roman" w:hAnsi="Times New Roman" w:eastAsia="宋体"/>
          <w:b w:val="0"/>
          <w:i w:val="0"/>
          <w:sz w:val="21"/>
        </w:rPr>
        <w:t>代入可得 s=(5·12/5)/(5+12/5)=12/(37/5)=60/37。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side of the square and h the altitude from B to AC. Then h=(AB· BC)/AC=(3· 4)/5=12/5.</w:t>
      </w:r>
    </w:p>
    <w:p>
      <w:pPr>
        <w:spacing w:before="0" w:after="80" w:line="300" w:lineRule="auto"/>
        <w:jc w:val="left"/>
      </w:pPr>
      <w:r>
        <w:rPr>
          <w:rFonts w:ascii="Times New Roman" w:hAnsi="Times New Roman" w:eastAsia="宋体"/>
          <w:b w:val="0"/>
          <w:i w:val="0"/>
          <w:color w:val="333333"/>
          <w:sz w:val="19"/>
        </w:rPr>
        <w:t>The small triangle above the square is similar to △ ABC with the square’s top side as its base, giving h-s/h=s/AC, so s=(AC· h)/AC+h.</w:t>
      </w:r>
    </w:p>
    <w:p>
      <w:pPr>
        <w:spacing w:before="0" w:after="80" w:line="300" w:lineRule="auto"/>
        <w:jc w:val="left"/>
      </w:pPr>
      <w:r>
        <w:rPr>
          <w:rFonts w:ascii="Times New Roman" w:hAnsi="Times New Roman" w:eastAsia="宋体"/>
          <w:b w:val="0"/>
          <w:i w:val="0"/>
          <w:color w:val="333333"/>
          <w:sz w:val="19"/>
        </w:rPr>
        <w:t>Substituting, s=(5·12/5)/(5+12/5)=12/(37/5)=60/37.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每个骰子底面出现所选数字的概率为 1/4。所以该数字出现 0、1、2 次的概率分别为 P(0)=9/16, P(1)=6/16, P(2)=1/16。</w:t>
      </w:r>
    </w:p>
    <w:p>
      <w:pPr>
        <w:spacing w:before="0" w:after="80" w:line="300" w:lineRule="auto"/>
        <w:jc w:val="left"/>
      </w:pPr>
      <w:r>
        <w:rPr>
          <w:rFonts w:ascii="Times New Roman" w:hAnsi="Times New Roman" w:eastAsia="宋体"/>
          <w:b w:val="0"/>
          <w:i w:val="0"/>
          <w:sz w:val="21"/>
        </w:rPr>
        <w:t>期望收益为 (-1)·9/16 +(1)·6/16 +(2)·1/16 =-9+6+2/16 =-1/16。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die shows the chosen number on the bottom with probability 1/4. So the number appears 0, 1, or 2 times with probabilities P(0)=9/16, P(1)=6/16, P(2)=1/16.</w:t>
      </w:r>
    </w:p>
    <w:p>
      <w:pPr>
        <w:spacing w:before="0" w:after="80" w:line="300" w:lineRule="auto"/>
        <w:jc w:val="left"/>
      </w:pPr>
      <w:r>
        <w:rPr>
          <w:rFonts w:ascii="Times New Roman" w:hAnsi="Times New Roman" w:eastAsia="宋体"/>
          <w:b w:val="0"/>
          <w:i w:val="0"/>
          <w:color w:val="333333"/>
          <w:sz w:val="19"/>
        </w:rPr>
        <w:t>The expected return is (-1)·9/16 +(1)·6/16 +(2)·1/16 =-9+6+2/16 =-1/16.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设原棱锥高为 h，小棱锥高为 h-2。</w:t>
      </w:r>
    </w:p>
    <w:p>
      <w:pPr>
        <w:spacing w:before="0" w:after="80" w:line="300" w:lineRule="auto"/>
        <w:jc w:val="left"/>
      </w:pPr>
      <w:r>
        <w:rPr>
          <w:rFonts w:ascii="Times New Roman" w:hAnsi="Times New Roman" w:eastAsia="宋体"/>
          <w:b w:val="0"/>
          <w:i w:val="0"/>
          <w:sz w:val="21"/>
        </w:rPr>
        <w:t>两个棱锥相似，所以表面积之比等于高之比的平方。小棱锥表面积为原来的一半，因此 (h-2/h)²=1/2，从而 h/h-2=√(2)。</w:t>
      </w:r>
    </w:p>
    <w:p>
      <w:pPr>
        <w:spacing w:before="0" w:after="80" w:line="300" w:lineRule="auto"/>
        <w:jc w:val="left"/>
      </w:pPr>
      <w:r>
        <w:rPr>
          <w:rFonts w:ascii="Times New Roman" w:hAnsi="Times New Roman" w:eastAsia="宋体"/>
          <w:b w:val="0"/>
          <w:i w:val="0"/>
          <w:sz w:val="21"/>
        </w:rPr>
        <w:t>于是 h=√(2)(h-2)，所以 h(√(2)-1)=2√(2)，h=(2√(2))/(√(2)-1)=4+2√(2)。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 be the altitude of the original pyramid; the smaller pyramid has altitude h-2. The two pyramids are similar, so the ratio of their surface areas is the square of the ratio of their altitudes.</w:t>
      </w:r>
    </w:p>
    <w:p>
      <w:pPr>
        <w:spacing w:before="0" w:after="80" w:line="300" w:lineRule="auto"/>
        <w:jc w:val="left"/>
      </w:pPr>
      <w:r>
        <w:rPr>
          <w:rFonts w:ascii="Times New Roman" w:hAnsi="Times New Roman" w:eastAsia="宋体"/>
          <w:b w:val="0"/>
          <w:i w:val="0"/>
          <w:color w:val="333333"/>
          <w:sz w:val="19"/>
        </w:rPr>
        <w:t>The smaller surface area is half the original, so (h-2/h)²=1/2, giving h/h-2=√(2).</w:t>
      </w:r>
    </w:p>
    <w:p>
      <w:pPr>
        <w:spacing w:before="0" w:after="80" w:line="300" w:lineRule="auto"/>
        <w:jc w:val="left"/>
      </w:pPr>
      <w:r>
        <w:rPr>
          <w:rFonts w:ascii="Times New Roman" w:hAnsi="Times New Roman" w:eastAsia="宋体"/>
          <w:b w:val="0"/>
          <w:i w:val="0"/>
          <w:color w:val="333333"/>
          <w:sz w:val="19"/>
        </w:rPr>
        <w:t>Then h=√(2)(h-2), so h(√(2)-1)=2√(2) and h=(2√(2))/(√(2)-1)=4+2√(2).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因为 n 能被 9 整除，其数字和是 9 的倍数。若四这个数字出现 k 次，九这个数字出现 m 次，则数字和为 4k+9m，所以 4k 能被 9 整除，迫使 k 也能被 9 整除。因此 k≥ 9，并且至少有一个 9，这个数至少有十位。</w:t>
      </w:r>
    </w:p>
    <w:p>
      <w:pPr>
        <w:spacing w:before="0" w:after="80" w:line="300" w:lineRule="auto"/>
        <w:jc w:val="left"/>
      </w:pPr>
      <w:r>
        <w:rPr>
          <w:rFonts w:ascii="Times New Roman" w:hAnsi="Times New Roman" w:eastAsia="宋体"/>
          <w:b w:val="0"/>
          <w:i w:val="0"/>
          <w:sz w:val="21"/>
        </w:rPr>
        <w:t>要被 4 整除，最后两位必须组成 4 的倍数。在 44、49、94、99 中，只有 44 可行，所以 n 以 44 结尾。</w:t>
      </w:r>
    </w:p>
    <w:p>
      <w:pPr>
        <w:spacing w:before="0" w:after="80" w:line="300" w:lineRule="auto"/>
        <w:jc w:val="left"/>
      </w:pPr>
      <w:r>
        <w:rPr>
          <w:rFonts w:ascii="Times New Roman" w:hAnsi="Times New Roman" w:eastAsia="宋体"/>
          <w:b w:val="0"/>
          <w:i w:val="0"/>
          <w:sz w:val="21"/>
        </w:rPr>
        <w:t>最小的这样十位数把唯一的 9 放在最低的可用数位上，得到 4,444,444,944，最后四位是 4944。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n is divisible by 9, its digit sum is a multiple of 9. With k fours and m nines, the digit sum is 4k+9m, so 4k is divisible by 9, forcing k to be divisible by 9. Thus k≥ 9, and with at least one 9, the number has at least ten digits.</w:t>
      </w:r>
    </w:p>
    <w:p>
      <w:pPr>
        <w:spacing w:before="0" w:after="80" w:line="300" w:lineRule="auto"/>
        <w:jc w:val="left"/>
      </w:pPr>
      <w:r>
        <w:rPr>
          <w:rFonts w:ascii="Times New Roman" w:hAnsi="Times New Roman" w:eastAsia="宋体"/>
          <w:b w:val="0"/>
          <w:i w:val="0"/>
          <w:color w:val="333333"/>
          <w:sz w:val="19"/>
        </w:rPr>
        <w:t>For divisibility by 4, the last two digits must form a multiple of 4, and among 44, 49, 94, and 99 only 44 works, so n ends in 44.</w:t>
      </w:r>
    </w:p>
    <w:p>
      <w:pPr>
        <w:spacing w:before="0" w:after="80" w:line="300" w:lineRule="auto"/>
        <w:jc w:val="left"/>
      </w:pPr>
      <w:r>
        <w:rPr>
          <w:rFonts w:ascii="Times New Roman" w:hAnsi="Times New Roman" w:eastAsia="宋体"/>
          <w:b w:val="0"/>
          <w:i w:val="0"/>
          <w:color w:val="333333"/>
          <w:sz w:val="19"/>
        </w:rPr>
        <w:t>The smallest such ten-digit number places the single 9 in the lowest available position, giving 4,444,444,944. Its last four digits are 4944.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合并后，表达式为 9a²+14b²/9ab。若它是整数，则 a 必须整除 9a²+14b²，因此 14b² 能被 a 整除。由于 gcd(a,b)=1，得 14 能被 a 整除。同理 9a² 能被 b 整除，所以 9 能被 b 整除。</w:t>
      </w:r>
    </w:p>
    <w:p>
      <w:pPr>
        <w:spacing w:before="0" w:after="80" w:line="300" w:lineRule="auto"/>
        <w:jc w:val="left"/>
      </w:pPr>
      <w:r>
        <w:rPr>
          <w:rFonts w:ascii="Times New Roman" w:hAnsi="Times New Roman" w:eastAsia="宋体"/>
          <w:b w:val="0"/>
          <w:i w:val="0"/>
          <w:sz w:val="21"/>
        </w:rPr>
        <w:t>所以 a∈{1,2,7,14}，b∈{1,3,9}。检查这些情况，只有 b=3 时对每个允许的 a 都得到整数。</w:t>
      </w:r>
    </w:p>
    <w:p>
      <w:pPr>
        <w:spacing w:before="0" w:after="80" w:line="300" w:lineRule="auto"/>
        <w:jc w:val="left"/>
      </w:pPr>
      <w:r>
        <w:rPr>
          <w:rFonts w:ascii="Times New Roman" w:hAnsi="Times New Roman" w:eastAsia="宋体"/>
          <w:b w:val="0"/>
          <w:i w:val="0"/>
          <w:sz w:val="21"/>
        </w:rPr>
        <w:t>有效数对为 (1,3)、(2,3)、(7,3)、(14,3)，共 4 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expression is 9a²+14b²/9ab. For this to be an integer, a must divide 9a²+14b², hence 14b² is divisible by a. Since gcd(a,b)=1, we get that 14 is divisible by a. Similarly, 9a² is divisible by b, so 9 is divisible by b.</w:t>
      </w:r>
    </w:p>
    <w:p>
      <w:pPr>
        <w:spacing w:before="0" w:after="80" w:line="300" w:lineRule="auto"/>
        <w:jc w:val="left"/>
      </w:pPr>
      <w:r>
        <w:rPr>
          <w:rFonts w:ascii="Times New Roman" w:hAnsi="Times New Roman" w:eastAsia="宋体"/>
          <w:b w:val="0"/>
          <w:i w:val="0"/>
          <w:color w:val="333333"/>
          <w:sz w:val="19"/>
        </w:rPr>
        <w:t>So a∈{1,2,7,14} and b∈{1,3,9}. Checking these, only b=3 makes the expression an integer for each allowed a.</w:t>
      </w:r>
    </w:p>
    <w:p>
      <w:pPr>
        <w:spacing w:before="0" w:after="80" w:line="300" w:lineRule="auto"/>
        <w:jc w:val="left"/>
      </w:pPr>
      <w:r>
        <w:rPr>
          <w:rFonts w:ascii="Times New Roman" w:hAnsi="Times New Roman" w:eastAsia="宋体"/>
          <w:b w:val="0"/>
          <w:i w:val="0"/>
          <w:color w:val="333333"/>
          <w:sz w:val="19"/>
        </w:rPr>
        <w:t>The valid pairs are (1,3), (2,3), (7,3), and (14,3), for a total of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