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2007A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一张演出票全价为 $20。Susan 使用一张 25% 折扣券买了 4 张票。Pam 使用一张 30% 折扣券买了 5 张票。Pam 比 Susan 多付多少美元？</w:t>
      </w:r>
    </w:p>
    <w:p>
      <w:pPr>
        <w:spacing w:before="0" w:after="120" w:line="300" w:lineRule="auto"/>
      </w:pPr>
      <w:r>
        <w:rPr>
          <w:rFonts w:ascii="Times New Roman" w:hAnsi="Times New Roman" w:eastAsia="宋体"/>
          <w:b w:val="0"/>
          <w:i w:val="0"/>
          <w:sz w:val="21"/>
        </w:rPr>
        <w:t>（A）2　　（B）5　　（C）10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ticket to a show costs $20 at full price. Susan buys 4 tickets using a coupon that gives her a 25% discount. Pam buys 5 tickets using a coupon that gives her a 30% discount. How many more dollars does Pam pay than Susan?</w:t>
      </w:r>
    </w:p>
    <w:p>
      <w:pPr>
        <w:spacing w:before="0" w:after="160" w:line="300" w:lineRule="auto"/>
      </w:pPr>
      <w:r>
        <w:rPr>
          <w:rFonts w:ascii="Times New Roman" w:hAnsi="Times New Roman" w:eastAsia="宋体"/>
          <w:b w:val="0"/>
          <w:i w:val="0"/>
          <w:color w:val="333333"/>
          <w:sz w:val="19"/>
        </w:rPr>
        <w:t>(A) 2　　(B) 5　　(C) 10　　(D) 15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定义 a@b = ab - b² 和 a#b = a + b - ab²。求下式的值：</w:t>
      </w:r>
    </w:p>
    <w:p>
      <w:pPr>
        <w:spacing w:before="0" w:after="80" w:line="300" w:lineRule="auto"/>
        <w:jc w:val="left"/>
      </w:pPr>
      <w:r>
        <w:rPr>
          <w:rFonts w:ascii="Times New Roman" w:hAnsi="Times New Roman" w:eastAsia="宋体"/>
          <w:b w:val="0"/>
          <w:i w:val="0"/>
          <w:sz w:val="21"/>
        </w:rPr>
        <w:t>(6@2)/(6#2)？</w:t>
      </w:r>
    </w:p>
    <w:p>
      <w:pPr>
        <w:spacing w:before="0" w:after="120" w:line="300" w:lineRule="auto"/>
      </w:pPr>
      <w:r>
        <w:rPr>
          <w:rFonts w:ascii="Times New Roman" w:hAnsi="Times New Roman" w:eastAsia="宋体"/>
          <w:b w:val="0"/>
          <w:i w:val="0"/>
          <w:sz w:val="21"/>
        </w:rPr>
        <w:t>（A）-1/2　　（B）-1/4　　（C）1/8　　（D）1/4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a@b = ab - b² and a#b = a + b - ab². What is</w:t>
      </w:r>
    </w:p>
    <w:p>
      <w:pPr>
        <w:spacing w:before="0" w:after="80" w:line="300" w:lineRule="auto"/>
        <w:jc w:val="left"/>
      </w:pPr>
      <w:r>
        <w:rPr>
          <w:rFonts w:ascii="Times New Roman" w:hAnsi="Times New Roman" w:eastAsia="宋体"/>
          <w:b w:val="0"/>
          <w:i w:val="0"/>
          <w:color w:val="333333"/>
          <w:sz w:val="19"/>
        </w:rPr>
        <w:t>(6@2)/(6#2)?</w:t>
      </w:r>
    </w:p>
    <w:p>
      <w:pPr>
        <w:spacing w:before="0" w:after="160" w:line="300" w:lineRule="auto"/>
      </w:pPr>
      <w:r>
        <w:rPr>
          <w:rFonts w:ascii="Times New Roman" w:hAnsi="Times New Roman" w:eastAsia="宋体"/>
          <w:b w:val="0"/>
          <w:i w:val="0"/>
          <w:color w:val="333333"/>
          <w:sz w:val="19"/>
        </w:rPr>
        <w:t>(A) -1/2　　(B) -1/4　　(C) 1/8　　(D) 1/4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一个水族箱底面为 100 厘米乘 40 厘米的矩形，高为 50 厘米。水装到 40 厘米高。将一块底面为 40 厘米乘 20 厘米、高为 10 厘米的长方体砖放入水族箱。水面上升多少厘米？</w:t>
      </w:r>
    </w:p>
    <w:p>
      <w:pPr>
        <w:spacing w:before="0" w:after="120" w:line="300" w:lineRule="auto"/>
      </w:pPr>
      <w:r>
        <w:rPr>
          <w:rFonts w:ascii="Times New Roman" w:hAnsi="Times New Roman" w:eastAsia="宋体"/>
          <w:b w:val="0"/>
          <w:i w:val="0"/>
          <w:sz w:val="21"/>
        </w:rPr>
        <w:t>（A）0.5　　（B）1　　（C）1.5　　（D）2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aquarium has a rectangular base that measures 100 cm by 40 cm and has a height of 50 cm. It is filled with water to a height of 40 cm. A brick with a rectangular base that measures 40 cm by 20 cm and a height of 10 cm is placed in the aquarium. By how many centimeters does the water rise?</w:t>
      </w:r>
    </w:p>
    <w:p>
      <w:pPr>
        <w:spacing w:before="0" w:after="160" w:line="300" w:lineRule="auto"/>
      </w:pPr>
      <w:r>
        <w:rPr>
          <w:rFonts w:ascii="Times New Roman" w:hAnsi="Times New Roman" w:eastAsia="宋体"/>
          <w:b w:val="0"/>
          <w:i w:val="0"/>
          <w:color w:val="333333"/>
          <w:sz w:val="19"/>
        </w:rPr>
        <w:t>(A) 0.5　　(B) 1　　(C) 1.5　　(D) 2　　(E) 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两个连续奇整数中较大的一个是较小的三倍。它们的和是多少？</w:t>
      </w:r>
    </w:p>
    <w:p>
      <w:pPr>
        <w:spacing w:before="0" w:after="120" w:line="300" w:lineRule="auto"/>
      </w:pPr>
      <w:r>
        <w:rPr>
          <w:rFonts w:ascii="Times New Roman" w:hAnsi="Times New Roman" w:eastAsia="宋体"/>
          <w:b w:val="0"/>
          <w:i w:val="0"/>
          <w:sz w:val="21"/>
        </w:rPr>
        <w:t>（A）4　　（B）8　　（C）12　　（D）16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larger of two consecutive odd integers is three times the smaller. What is their sum?</w:t>
      </w:r>
    </w:p>
    <w:p>
      <w:pPr>
        <w:spacing w:before="0" w:after="160" w:line="300" w:lineRule="auto"/>
      </w:pPr>
      <w:r>
        <w:rPr>
          <w:rFonts w:ascii="Times New Roman" w:hAnsi="Times New Roman" w:eastAsia="宋体"/>
          <w:b w:val="0"/>
          <w:i w:val="0"/>
          <w:color w:val="333333"/>
          <w:sz w:val="19"/>
        </w:rPr>
        <w:t>(A) 4　　(B) 8　　(C) 12　　(D) 16　　(E) 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学校商店出售 7 支铅笔和 8 本笔记本，共 $4.15。它也出售 5 支铅笔和 3 本笔记本，共 $1.77。16 支铅笔和 10 本笔记本多少钱？</w:t>
      </w:r>
    </w:p>
    <w:p>
      <w:pPr>
        <w:spacing w:before="0" w:after="120" w:line="300" w:lineRule="auto"/>
      </w:pPr>
      <w:r>
        <w:rPr>
          <w:rFonts w:ascii="Times New Roman" w:hAnsi="Times New Roman" w:eastAsia="宋体"/>
          <w:b w:val="0"/>
          <w:i w:val="0"/>
          <w:sz w:val="21"/>
        </w:rPr>
        <w:t>（A）$4.76　　（B）$5.84　　（C）$6.00　　（D）$6.16　　（E）$6.32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school store sells 7 pencils and 8 notebooks for $4.15. It also sells 5 pencils and 3 notebooks for $1.77. How much do 16 pencils and 10 notebooks cost?</w:t>
      </w:r>
    </w:p>
    <w:p>
      <w:pPr>
        <w:spacing w:before="0" w:after="160" w:line="300" w:lineRule="auto"/>
      </w:pPr>
      <w:r>
        <w:rPr>
          <w:rFonts w:ascii="Times New Roman" w:hAnsi="Times New Roman" w:eastAsia="宋体"/>
          <w:b w:val="0"/>
          <w:i w:val="0"/>
          <w:color w:val="333333"/>
          <w:sz w:val="19"/>
        </w:rPr>
        <w:t>(A) $4.76　　(B) $5.84　　(C) $6.00　　(D) $6.16　　(E) $6.32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 Euclid 高中，参加 AMC 10 的学生数在 2002 年为 60，2003 年为 66，2004 年为 70，2005 年为 76，2006 年为 78，2007 年为 85。哪两个连续年份之间的百分比增长最大？</w:t>
      </w:r>
    </w:p>
    <w:p>
      <w:pPr>
        <w:spacing w:before="0" w:after="120" w:line="300" w:lineRule="auto"/>
      </w:pPr>
      <w:r>
        <w:rPr>
          <w:rFonts w:ascii="Times New Roman" w:hAnsi="Times New Roman" w:eastAsia="宋体"/>
          <w:b w:val="0"/>
          <w:i w:val="0"/>
          <w:sz w:val="21"/>
        </w:rPr>
        <w:t>（A）2002 和 2003　　（B）2003 和 2004　　（C）2004 和 2005　　（D）2005 和 2006　　（E）2006 和 2007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Euclid High School, the number of students taking the AMC 10 was 60 in 2002, 66 in 2003, 70 in 2004, 76 in 2005, 78 in 2006, and is 85 in 2007. Between what two consecutive years was there the largest percentage increase?</w:t>
      </w:r>
    </w:p>
    <w:p>
      <w:pPr>
        <w:spacing w:before="0" w:after="160" w:line="300" w:lineRule="auto"/>
      </w:pPr>
      <w:r>
        <w:rPr>
          <w:rFonts w:ascii="Times New Roman" w:hAnsi="Times New Roman" w:eastAsia="宋体"/>
          <w:b w:val="0"/>
          <w:i w:val="0"/>
          <w:color w:val="333333"/>
          <w:sz w:val="19"/>
        </w:rPr>
        <w:t>(A) 2002 and 2003　　(B) 2003 and 2004　　(C) 2004 and 2005　　(D) 2005 and 2006　　(E) 2006 and 2007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去年 John Q. Public 先生收到一笔遗产。他对这笔遗产支付了 20% 的联邦税，又对剩下的钱支付了 10% 的州税。两种税合计为 $10,500。这笔遗产是多少美元？</w:t>
      </w:r>
    </w:p>
    <w:p>
      <w:pPr>
        <w:spacing w:before="0" w:after="120" w:line="300" w:lineRule="auto"/>
      </w:pPr>
      <w:r>
        <w:rPr>
          <w:rFonts w:ascii="Times New Roman" w:hAnsi="Times New Roman" w:eastAsia="宋体"/>
          <w:b w:val="0"/>
          <w:i w:val="0"/>
          <w:sz w:val="21"/>
        </w:rPr>
        <w:t>（A）30,000　　（B）32,500　　（C）35,000　　（D）37,500　　（E）40,000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Mr. John Q. Public received an inheritance. He paid 20% in federal taxes on the inheritance, and paid 10% of what he had left in state taxes. He paid a total of $10,500 for both taxes. How many dollars was the inheritance?</w:t>
      </w:r>
    </w:p>
    <w:p>
      <w:pPr>
        <w:spacing w:before="0" w:after="160" w:line="300" w:lineRule="auto"/>
      </w:pPr>
      <w:r>
        <w:rPr>
          <w:rFonts w:ascii="Times New Roman" w:hAnsi="Times New Roman" w:eastAsia="宋体"/>
          <w:b w:val="0"/>
          <w:i w:val="0"/>
          <w:color w:val="333333"/>
          <w:sz w:val="19"/>
        </w:rPr>
        <w:t>(A) 30,000　　(B) 32,500　　(C) 35,000　　(D) 37,500　　(E) 40,000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三角形 ABC 和 ADC 都是等腰三角形，其中 AB = BC，且 AD = DC。点 D 在 △ ABC 内部，∠ ABC = 40°，且 ∠ ADC = 140°。∠ BAD 的度数是多少？</w:t>
      </w:r>
    </w:p>
    <w:p>
      <w:pPr>
        <w:spacing w:before="0" w:after="120" w:line="300" w:lineRule="auto"/>
      </w:pPr>
      <w:r>
        <w:rPr>
          <w:rFonts w:ascii="Times New Roman" w:hAnsi="Times New Roman" w:eastAsia="宋体"/>
          <w:b w:val="0"/>
          <w:i w:val="0"/>
          <w:sz w:val="21"/>
        </w:rPr>
        <w:t>（A）20　　（B）30　　（C）40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ABC and ADC are isosceles with AB = BC and AD = DC. Point D is inside △ ABC, ∠ ABC = 40°, and ∠ ADC = 140°. What is the degree measure of ∠ BAD?</w:t>
      </w:r>
    </w:p>
    <w:p>
      <w:pPr>
        <w:spacing w:before="0" w:after="160" w:line="300" w:lineRule="auto"/>
      </w:pPr>
      <w:r>
        <w:rPr>
          <w:rFonts w:ascii="Times New Roman" w:hAnsi="Times New Roman" w:eastAsia="宋体"/>
          <w:b w:val="0"/>
          <w:i w:val="0"/>
          <w:color w:val="333333"/>
          <w:sz w:val="19"/>
        </w:rPr>
        <w:t>(A) 20　　(B) 30　　(C) 40　　(D) 50　　(E) 60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实数 a 和 b 满足 3ᵃ = 81ᵇ⁺² 和 125ᵇ = 5ᵃ⁻³。求 ab？</w:t>
      </w:r>
    </w:p>
    <w:p>
      <w:pPr>
        <w:spacing w:before="0" w:after="120" w:line="300" w:lineRule="auto"/>
      </w:pPr>
      <w:r>
        <w:rPr>
          <w:rFonts w:ascii="Times New Roman" w:hAnsi="Times New Roman" w:eastAsia="宋体"/>
          <w:b w:val="0"/>
          <w:i w:val="0"/>
          <w:sz w:val="21"/>
        </w:rPr>
        <w:t>（A）-60　　（B）-17　　（C）9　　（D）12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a and b satisfy the equations 3ᵃ = 81ᵇ⁺² and 125ᵇ = 5ᵃ⁻³. What is ab?</w:t>
      </w:r>
    </w:p>
    <w:p>
      <w:pPr>
        <w:spacing w:before="0" w:after="160" w:line="300" w:lineRule="auto"/>
      </w:pPr>
      <w:r>
        <w:rPr>
          <w:rFonts w:ascii="Times New Roman" w:hAnsi="Times New Roman" w:eastAsia="宋体"/>
          <w:b w:val="0"/>
          <w:i w:val="0"/>
          <w:color w:val="333333"/>
          <w:sz w:val="19"/>
        </w:rPr>
        <w:t>(A) -60　　(B) -17　　(C) 9　　(D) 12　　(E) 60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Dunbar 家庭由母亲、父亲和若干孩子组成。全家成员的平均年龄为 20，父亲 48 岁，母亲和孩子们的平均年龄为 16。这个家庭有多少个孩子？</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Dunbar family consists of a mother, a father, and some children. The average age of the members of the family is 20, the father is 48 years old, and the average age of the mother and children is 16. How many children are in the family?</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将 1 到 8 的数字放在一个立方体的顶点上，使每个面上四个数字之和相同。这个共同和是多少？</w:t>
      </w:r>
    </w:p>
    <w:p>
      <w:pPr>
        <w:spacing w:before="0" w:after="120" w:line="300" w:lineRule="auto"/>
      </w:pPr>
      <w:r>
        <w:rPr>
          <w:rFonts w:ascii="Times New Roman" w:hAnsi="Times New Roman" w:eastAsia="宋体"/>
          <w:b w:val="0"/>
          <w:i w:val="0"/>
          <w:sz w:val="21"/>
        </w:rPr>
        <w:t>（A）14　　（B）16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from 1 to 8 are placed at the vertices of a cube in such a manner that the sum of the four numbers on each face is the same. What is this common sum?</w:t>
      </w:r>
    </w:p>
    <w:p>
      <w:pPr>
        <w:spacing w:before="0" w:after="160" w:line="300" w:lineRule="auto"/>
      </w:pPr>
      <w:r>
        <w:rPr>
          <w:rFonts w:ascii="Times New Roman" w:hAnsi="Times New Roman" w:eastAsia="宋体"/>
          <w:b w:val="0"/>
          <w:i w:val="0"/>
          <w:color w:val="333333"/>
          <w:sz w:val="19"/>
        </w:rPr>
        <w:t>(A) 14　　(B) 16　　(C) 18　　(D) 20　　(E) 24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两名导游带领六名游客。导游决定分开行动。每名游客必须选择其中一名导游，但每名导游至少要带一名游客。导游和游客的不同分组共有多少种？</w:t>
      </w:r>
    </w:p>
    <w:p>
      <w:pPr>
        <w:spacing w:before="0" w:after="120" w:line="300" w:lineRule="auto"/>
      </w:pPr>
      <w:r>
        <w:rPr>
          <w:rFonts w:ascii="Times New Roman" w:hAnsi="Times New Roman" w:eastAsia="宋体"/>
          <w:b w:val="0"/>
          <w:i w:val="0"/>
          <w:sz w:val="21"/>
        </w:rPr>
        <w:t>（A）56　　（B）58　　（C）60　　（D）62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tour guides are leading six tourists. The guides decide to split up. Each tourist must choose one of the guides, but with the stipulation that each guide must take at least one tourist. How many different groupings of guides and tourists are possible?</w:t>
      </w:r>
    </w:p>
    <w:p>
      <w:pPr>
        <w:spacing w:before="0" w:after="160" w:line="300" w:lineRule="auto"/>
      </w:pPr>
      <w:r>
        <w:rPr>
          <w:rFonts w:ascii="Times New Roman" w:hAnsi="Times New Roman" w:eastAsia="宋体"/>
          <w:b w:val="0"/>
          <w:i w:val="0"/>
          <w:color w:val="333333"/>
          <w:sz w:val="19"/>
        </w:rPr>
        <w:t>(A) 56　　(B) 58　　(C) 60　　(D) 62　　(E) 64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Yan 位于家和体育场之间。要到体育场，他可以直接走到体育场；也可以先走回家，再骑自行车到体育场。他骑车速度是步行速度的 7 倍，且两种选择所需时间相同。Yan 到家的距离与到体育场的距离之比是多少？</w:t>
      </w:r>
    </w:p>
    <w:p>
      <w:pPr>
        <w:spacing w:before="0" w:after="120" w:line="300" w:lineRule="auto"/>
      </w:pPr>
      <w:r>
        <w:rPr>
          <w:rFonts w:ascii="Times New Roman" w:hAnsi="Times New Roman" w:eastAsia="宋体"/>
          <w:b w:val="0"/>
          <w:i w:val="0"/>
          <w:sz w:val="21"/>
        </w:rPr>
        <w:t>（A）2/3　　（B）3/4　　（C）4/5　　（D）5/6　　（E）6/7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Yan is somewhere between his home and the stadium. To get to the stadium he can walk directly to the stadium, or else he can walk home and then ride his bicycle to the stadium. He rides 7 times as fast as he walks, and both choices require the same amount of time. What is the ratio of Yan’s distance from his home to his distance from the stadium?</w:t>
      </w:r>
    </w:p>
    <w:p>
      <w:pPr>
        <w:spacing w:before="0" w:after="160" w:line="300" w:lineRule="auto"/>
      </w:pPr>
      <w:r>
        <w:rPr>
          <w:rFonts w:ascii="Times New Roman" w:hAnsi="Times New Roman" w:eastAsia="宋体"/>
          <w:b w:val="0"/>
          <w:i w:val="0"/>
          <w:color w:val="333333"/>
          <w:sz w:val="19"/>
        </w:rPr>
        <w:t>(A) 2/3　　(B) 3/4　　(C) 4/5　　(D) 5/6　　(E) 6/7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一个边长比为 3: 4: 5 的三角形内接于半径为 3 的圆。这个三角形的面积是多少？</w:t>
      </w:r>
    </w:p>
    <w:p>
      <w:pPr>
        <w:spacing w:before="0" w:after="120" w:line="300" w:lineRule="auto"/>
      </w:pPr>
      <w:r>
        <w:rPr>
          <w:rFonts w:ascii="Times New Roman" w:hAnsi="Times New Roman" w:eastAsia="宋体"/>
          <w:b w:val="0"/>
          <w:i w:val="0"/>
          <w:sz w:val="21"/>
        </w:rPr>
        <w:t>（A）8.64　　（B）12　　（C）5π　　（D）17.28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side lengths in the ratio 3: 4: 5 is inscribed in a circle of radius 3. What is the area of the triangle?</w:t>
      </w:r>
    </w:p>
    <w:p>
      <w:pPr>
        <w:spacing w:before="0" w:after="160" w:line="300" w:lineRule="auto"/>
      </w:pPr>
      <w:r>
        <w:rPr>
          <w:rFonts w:ascii="Times New Roman" w:hAnsi="Times New Roman" w:eastAsia="宋体"/>
          <w:b w:val="0"/>
          <w:i w:val="0"/>
          <w:color w:val="333333"/>
          <w:sz w:val="19"/>
        </w:rPr>
        <w:t>(A) 8.64　　(B) 12　　(C) 5π　　(D) 17.28　　(E) 18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如图，四个半径为 1 的圆各自与正方形的两条边相切，并且都与一个半径为 2 的圆外切。正方形的面积是多少？</w:t>
      </w:r>
    </w:p>
    <w:p>
      <w:pPr>
        <w:spacing w:before="80" w:after="80"/>
        <w:jc w:val="center"/>
      </w:pPr>
      <w:r>
        <w:drawing>
          <wp:inline xmlns:a="http://schemas.openxmlformats.org/drawingml/2006/main" xmlns:pic="http://schemas.openxmlformats.org/drawingml/2006/picture">
            <wp:extent cx="2035315" cy="2035315"/>
            <wp:docPr id="1" name="Picture 1"/>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2035315" cy="2035315"/>
                    </a:xfrm>
                    <a:prstGeom prst="rect"/>
                  </pic:spPr>
                </pic:pic>
              </a:graphicData>
            </a:graphic>
          </wp:inline>
        </w:drawing>
      </w:r>
    </w:p>
    <w:p>
      <w:pPr>
        <w:spacing w:before="0" w:after="120" w:line="300" w:lineRule="auto"/>
      </w:pPr>
      <w:r>
        <w:rPr>
          <w:rFonts w:ascii="Times New Roman" w:hAnsi="Times New Roman" w:eastAsia="宋体"/>
          <w:b w:val="0"/>
          <w:i w:val="0"/>
          <w:sz w:val="21"/>
        </w:rPr>
        <w:t>（A）32　　（B）22 + 12√(2)　　（C）16 + 16√(3)　　（D）48　　（E）36 + 16√(2)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circles of radius 1 are each tangent to two sides of a square and externally tangent to a circle of radius 2, as shown. What is the area of the square?</w:t>
      </w:r>
    </w:p>
    <w:p>
      <w:pPr>
        <w:spacing w:before="80" w:after="80"/>
        <w:jc w:val="center"/>
      </w:pPr>
      <w:r>
        <w:drawing>
          <wp:inline xmlns:a="http://schemas.openxmlformats.org/drawingml/2006/main" xmlns:pic="http://schemas.openxmlformats.org/drawingml/2006/picture">
            <wp:extent cx="2035315" cy="2035315"/>
            <wp:docPr id="2" name="Picture 2"/>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2035315" cy="203531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22 + 12√(2)　　(C) 16 + 16√(3)　　(D) 48　　(E) 36 + 16√(2)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整数 a，b，c 和 d 不要求互不相同，分别独立地从 0 到 2007（含端点）中随机选择。ad - bc 为偶数的概率是多少？</w:t>
      </w:r>
    </w:p>
    <w:p>
      <w:pPr>
        <w:spacing w:before="0" w:after="120" w:line="300" w:lineRule="auto"/>
      </w:pPr>
      <w:r>
        <w:rPr>
          <w:rFonts w:ascii="Times New Roman" w:hAnsi="Times New Roman" w:eastAsia="宋体"/>
          <w:b w:val="0"/>
          <w:i w:val="0"/>
          <w:sz w:val="21"/>
        </w:rPr>
        <w:t>（A）3/8　　（B）7/16　　（C）1/2　　（D）9/16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Integers a, b, c, and d, not necessarily distinct, are chosen independently and at random from 0 to 2007, inclusive. What is the probability that ad - bc is even?</w:t>
      </w:r>
    </w:p>
    <w:p>
      <w:pPr>
        <w:spacing w:before="0" w:after="160" w:line="300" w:lineRule="auto"/>
      </w:pPr>
      <w:r>
        <w:rPr>
          <w:rFonts w:ascii="Times New Roman" w:hAnsi="Times New Roman" w:eastAsia="宋体"/>
          <w:b w:val="0"/>
          <w:i w:val="0"/>
          <w:color w:val="333333"/>
          <w:sz w:val="19"/>
        </w:rPr>
        <w:t>(A) 3/8　　(B) 7/16　　(C) 1/2　　(D) 9/16　　(E) 5/8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m 和 n 是正整数，且 75m = n³。m + n 的最小可能值是多少？</w:t>
      </w:r>
    </w:p>
    <w:p>
      <w:pPr>
        <w:spacing w:before="0" w:after="120" w:line="300" w:lineRule="auto"/>
      </w:pPr>
      <w:r>
        <w:rPr>
          <w:rFonts w:ascii="Times New Roman" w:hAnsi="Times New Roman" w:eastAsia="宋体"/>
          <w:b w:val="0"/>
          <w:i w:val="0"/>
          <w:sz w:val="21"/>
        </w:rPr>
        <w:t>（A）15　　（B）30　　（C）50　　（D）60　　（E）5700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m and n are positive integers such that 75m = n³. What is the minimum possible value of m + n?</w:t>
      </w:r>
    </w:p>
    <w:p>
      <w:pPr>
        <w:spacing w:before="0" w:after="160" w:line="300" w:lineRule="auto"/>
      </w:pPr>
      <w:r>
        <w:rPr>
          <w:rFonts w:ascii="Times New Roman" w:hAnsi="Times New Roman" w:eastAsia="宋体"/>
          <w:b w:val="0"/>
          <w:i w:val="0"/>
          <w:color w:val="333333"/>
          <w:sz w:val="19"/>
        </w:rPr>
        <w:t>(A) 15　　(B) 30　　(C) 50　　(D) 60　　(E) 5700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如图，考虑 12 边形 ABCDEFGHIJKL，每条边长为 4，且每两条相邻边成直角。设 AG 与 CH 交于 M。四边形 ABCM 的面积是多少？</w:t>
      </w:r>
    </w:p>
    <w:p>
      <w:pPr>
        <w:spacing w:before="80" w:after="80"/>
        <w:jc w:val="center"/>
      </w:pPr>
      <w:r>
        <w:drawing>
          <wp:inline xmlns:a="http://schemas.openxmlformats.org/drawingml/2006/main" xmlns:pic="http://schemas.openxmlformats.org/drawingml/2006/picture">
            <wp:extent cx="1760134" cy="1696990"/>
            <wp:docPr id="3" name="Picture 3"/>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760134" cy="1696990"/>
                    </a:xfrm>
                    <a:prstGeom prst="rect"/>
                  </pic:spPr>
                </pic:pic>
              </a:graphicData>
            </a:graphic>
          </wp:inline>
        </w:drawing>
      </w:r>
    </w:p>
    <w:p>
      <w:pPr>
        <w:spacing w:before="0" w:after="120" w:line="300" w:lineRule="auto"/>
      </w:pPr>
      <w:r>
        <w:rPr>
          <w:rFonts w:ascii="Times New Roman" w:hAnsi="Times New Roman" w:eastAsia="宋体"/>
          <w:b w:val="0"/>
          <w:i w:val="0"/>
          <w:sz w:val="21"/>
        </w:rPr>
        <w:t>（A）44/3　　（B）16　　（C）88/5　　（D）20　　（E）62/3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12-sided polygon ABCDEFGHIJKL, as shown. Each of its sides has length 4, and each two consecutive sides form a right angle. Suppose that AG and CH meet at M. What is the area of quadrilateral ABCM?</w:t>
      </w:r>
    </w:p>
    <w:p>
      <w:pPr>
        <w:spacing w:before="80" w:after="80"/>
        <w:jc w:val="center"/>
      </w:pPr>
      <w:r>
        <w:drawing>
          <wp:inline xmlns:a="http://schemas.openxmlformats.org/drawingml/2006/main" xmlns:pic="http://schemas.openxmlformats.org/drawingml/2006/picture">
            <wp:extent cx="1760134" cy="1696990"/>
            <wp:docPr id="4" name="Picture 4"/>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760134" cy="16969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44/3　　(B) 16　　(C) 88/5　　(D) 20　　(E) 62/3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如图，一把画刷沿正方形的两条对角线扫过，形成对称的涂色区域。正方形面积的一半被涂色。正方形边长与画刷宽度之比是多少？</w:t>
      </w:r>
    </w:p>
    <w:p>
      <w:pPr>
        <w:spacing w:before="80" w:after="80"/>
        <w:jc w:val="center"/>
      </w:pPr>
      <w:r>
        <w:drawing>
          <wp:inline xmlns:a="http://schemas.openxmlformats.org/drawingml/2006/main" xmlns:pic="http://schemas.openxmlformats.org/drawingml/2006/picture">
            <wp:extent cx="1272699" cy="1272700"/>
            <wp:docPr id="5" name="Picture 5"/>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1272699" cy="1272700"/>
                    </a:xfrm>
                    <a:prstGeom prst="rect"/>
                  </pic:spPr>
                </pic:pic>
              </a:graphicData>
            </a:graphic>
          </wp:inline>
        </w:drawing>
      </w:r>
    </w:p>
    <w:p>
      <w:pPr>
        <w:spacing w:before="0" w:after="120" w:line="300" w:lineRule="auto"/>
      </w:pPr>
      <w:r>
        <w:rPr>
          <w:rFonts w:ascii="Times New Roman" w:hAnsi="Times New Roman" w:eastAsia="宋体"/>
          <w:b w:val="0"/>
          <w:i w:val="0"/>
          <w:sz w:val="21"/>
        </w:rPr>
        <w:t>（A）2√(2) + 1　　（B）3√(2)　　（C）2√(2) + 2　　（D）3√(2) + 1　　（E）3√(2) + 2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paint brush is swept along both diagonals of a square to produce the symmetric painted area, as shown. Half the area of the square is painted. What is the ratio of the side length of the square to the brush width?</w:t>
      </w:r>
    </w:p>
    <w:p>
      <w:pPr>
        <w:spacing w:before="80" w:after="80"/>
        <w:jc w:val="center"/>
      </w:pPr>
      <w:r>
        <w:drawing>
          <wp:inline xmlns:a="http://schemas.openxmlformats.org/drawingml/2006/main" xmlns:pic="http://schemas.openxmlformats.org/drawingml/2006/picture">
            <wp:extent cx="1272699" cy="1272700"/>
            <wp:docPr id="6" name="Picture 6"/>
            <wp:cNvGraphicFramePr>
              <a:graphicFrameLocks noChangeAspect="1"/>
            </wp:cNvGraphicFramePr>
            <a:graphic>
              <a:graphicData uri="http://schemas.openxmlformats.org/drawingml/2006/picture">
                <pic:pic>
                  <pic:nvPicPr>
                    <pic:cNvPr id="0" name="q19-1@300dpi.png"/>
                    <pic:cNvPicPr/>
                  </pic:nvPicPr>
                  <pic:blipFill>
                    <a:blip r:embed="rId11"/>
                    <a:stretch>
                      <a:fillRect/>
                    </a:stretch>
                  </pic:blipFill>
                  <pic:spPr>
                    <a:xfrm>
                      <a:off x="0" y="0"/>
                      <a:ext cx="1272699" cy="127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 + 1　　(B) 3√(2)　　(C) 2√(2) + 2　　(D) 3√(2) + 1　　(E) 3√(2) + 2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设数 a 满足方程 4 = a + a⁻¹。求 a⁴ + a⁻⁴ 的值。</w:t>
      </w:r>
    </w:p>
    <w:p>
      <w:pPr>
        <w:spacing w:before="0" w:after="120" w:line="300" w:lineRule="auto"/>
      </w:pPr>
      <w:r>
        <w:rPr>
          <w:rFonts w:ascii="Times New Roman" w:hAnsi="Times New Roman" w:eastAsia="宋体"/>
          <w:b w:val="0"/>
          <w:i w:val="0"/>
          <w:sz w:val="21"/>
        </w:rPr>
        <w:t>（A）164　　（B）172　　（C）192　　（D）194　　（E）212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the number a satisfies the equation 4 = a + a⁻¹. What is the value of a⁴ + a⁻⁴?</w:t>
      </w:r>
    </w:p>
    <w:p>
      <w:pPr>
        <w:spacing w:before="0" w:after="160" w:line="300" w:lineRule="auto"/>
      </w:pPr>
      <w:r>
        <w:rPr>
          <w:rFonts w:ascii="Times New Roman" w:hAnsi="Times New Roman" w:eastAsia="宋体"/>
          <w:b w:val="0"/>
          <w:i w:val="0"/>
          <w:color w:val="333333"/>
          <w:sz w:val="19"/>
        </w:rPr>
        <w:t>(A) 164　　(B) 172　　(C) 192　　(D) 194　　(E) 212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一个球内切于表面积为 24 平方米的立方体。再将第二个立方体内接于这个球。内部立方体的表面积是多少平方米？</w:t>
      </w:r>
    </w:p>
    <w:p>
      <w:pPr>
        <w:spacing w:before="0" w:after="120" w:line="300" w:lineRule="auto"/>
      </w:pPr>
      <w:r>
        <w:rPr>
          <w:rFonts w:ascii="Times New Roman" w:hAnsi="Times New Roman" w:eastAsia="宋体"/>
          <w:b w:val="0"/>
          <w:i w:val="0"/>
          <w:sz w:val="21"/>
        </w:rPr>
        <w:t>（A）3　　（B）6　　（C）8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is inscribed in a cube that has a surface area of 24 square meters. A second cube is then inscribed within the sphere. What is the surface area in square meters of the inner cube?</w:t>
      </w:r>
    </w:p>
    <w:p>
      <w:pPr>
        <w:spacing w:before="0" w:after="160" w:line="300" w:lineRule="auto"/>
      </w:pPr>
      <w:r>
        <w:rPr>
          <w:rFonts w:ascii="Times New Roman" w:hAnsi="Times New Roman" w:eastAsia="宋体"/>
          <w:b w:val="0"/>
          <w:i w:val="0"/>
          <w:color w:val="333333"/>
          <w:sz w:val="19"/>
        </w:rPr>
        <w:t>(A) 3　　(B) 6　　(C) 8　　(D) 9　　(E) 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一个有限的三位整数数列具有如下性质：每一项的十位和个位数字分别是下一项的百位和十位数字；最后一项的十位和个位数字分别是第一项的百位和十位数字。例如，这样的数列可能以 247，475 和 756 开头，并以 824 结尾。设 S 为数列中所有项的和。总是整除 S 的最大质数是多少？</w:t>
      </w:r>
    </w:p>
    <w:p>
      <w:pPr>
        <w:spacing w:before="0" w:after="120" w:line="300" w:lineRule="auto"/>
      </w:pPr>
      <w:r>
        <w:rPr>
          <w:rFonts w:ascii="Times New Roman" w:hAnsi="Times New Roman" w:eastAsia="宋体"/>
          <w:b w:val="0"/>
          <w:i w:val="0"/>
          <w:sz w:val="21"/>
        </w:rPr>
        <w:t>（A）3　　（B）7　　（C）13　　（D）37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finite sequence of three-digit integers has the property that the tens and units digits of each term are, respectively, the hundreds and tens digits of the next term, and the tens and units digits of the last term are, respectively, the hundreds and tens digits of the first term. For example, such a sequence might begin with terms 247, 475, and 756 and end with the term 824. Let S be the sum of all the terms in the sequence. What is the largest prime number that always divides S?</w:t>
      </w:r>
    </w:p>
    <w:p>
      <w:pPr>
        <w:spacing w:before="0" w:after="160" w:line="300" w:lineRule="auto"/>
      </w:pPr>
      <w:r>
        <w:rPr>
          <w:rFonts w:ascii="Times New Roman" w:hAnsi="Times New Roman" w:eastAsia="宋体"/>
          <w:b w:val="0"/>
          <w:i w:val="0"/>
          <w:color w:val="333333"/>
          <w:sz w:val="19"/>
        </w:rPr>
        <w:t>(A) 3　　(B) 7　　(C) 13　　(D) 37　　(E) 43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有多少个正整数有序对 (m, n) 满足 m &gt; n，且它们的平方差为 96？</w:t>
      </w:r>
    </w:p>
    <w:p>
      <w:pPr>
        <w:spacing w:before="0" w:after="120" w:line="300" w:lineRule="auto"/>
      </w:pPr>
      <w:r>
        <w:rPr>
          <w:rFonts w:ascii="Times New Roman" w:hAnsi="Times New Roman" w:eastAsia="宋体"/>
          <w:b w:val="0"/>
          <w:i w:val="0"/>
          <w:sz w:val="21"/>
        </w:rPr>
        <w:t>（A）3　　（B）4　　（C）6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(m, n) of positive integers, with m &gt; n, have the property that their squares differ by 96?</w:t>
      </w:r>
    </w:p>
    <w:p>
      <w:pPr>
        <w:spacing w:before="0" w:after="160" w:line="300" w:lineRule="auto"/>
      </w:pPr>
      <w:r>
        <w:rPr>
          <w:rFonts w:ascii="Times New Roman" w:hAnsi="Times New Roman" w:eastAsia="宋体"/>
          <w:b w:val="0"/>
          <w:i w:val="0"/>
          <w:color w:val="333333"/>
          <w:sz w:val="19"/>
        </w:rPr>
        <w:t>(A) 3　　(B) 4　　(C) 6　　(D) 9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如图，以 A 和 B 为圆心的圆半径均为 2，点 O 是 AB 的中点，且 OA = 2√(2)。线段 OC 和 OD 分别与以 A 和 B 为圆心的圆相切，EF 是一条公切线。阴影区域 ECODF 的面积是多少？</w:t>
      </w:r>
    </w:p>
    <w:p>
      <w:pPr>
        <w:spacing w:before="80" w:after="80"/>
        <w:jc w:val="center"/>
      </w:pPr>
      <w:r>
        <w:drawing>
          <wp:inline xmlns:a="http://schemas.openxmlformats.org/drawingml/2006/main" xmlns:pic="http://schemas.openxmlformats.org/drawingml/2006/picture">
            <wp:extent cx="2446227" cy="1132621"/>
            <wp:docPr id="7" name="Picture 7"/>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2446227" cy="1132621"/>
                    </a:xfrm>
                    <a:prstGeom prst="rect"/>
                  </pic:spPr>
                </pic:pic>
              </a:graphicData>
            </a:graphic>
          </wp:inline>
        </w:drawing>
      </w:r>
    </w:p>
    <w:p>
      <w:pPr>
        <w:spacing w:before="0" w:after="120" w:line="300" w:lineRule="auto"/>
      </w:pPr>
      <w:r>
        <w:rPr>
          <w:rFonts w:ascii="Times New Roman" w:hAnsi="Times New Roman" w:eastAsia="宋体"/>
          <w:b w:val="0"/>
          <w:i w:val="0"/>
          <w:sz w:val="21"/>
        </w:rPr>
        <w:t>（A）(8√(2))/3　　（B）8√(2) - 4 - π　　（C）4√(2)　　（D）4√(2) + π/8　　（E）8√(2) - 2 - 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centered at A and B each have radius 2, as shown. Point O is the midpoint of AB, and OA = 2√(2). Segments OC and OD are tangent to the circles centered at A and B, respectively, and EF is a common tangent. What is the area of the shaded region ECODF?</w:t>
      </w:r>
    </w:p>
    <w:p>
      <w:pPr>
        <w:spacing w:before="80" w:after="80"/>
        <w:jc w:val="center"/>
      </w:pPr>
      <w:r>
        <w:drawing>
          <wp:inline xmlns:a="http://schemas.openxmlformats.org/drawingml/2006/main" xmlns:pic="http://schemas.openxmlformats.org/drawingml/2006/picture">
            <wp:extent cx="2446227" cy="1132621"/>
            <wp:docPr id="8" name="Picture 8"/>
            <wp:cNvGraphicFramePr>
              <a:graphicFrameLocks noChangeAspect="1"/>
            </wp:cNvGraphicFramePr>
            <a:graphic>
              <a:graphicData uri="http://schemas.openxmlformats.org/drawingml/2006/picture">
                <pic:pic>
                  <pic:nvPicPr>
                    <pic:cNvPr id="0" name="q24-1@300dpi.png"/>
                    <pic:cNvPicPr/>
                  </pic:nvPicPr>
                  <pic:blipFill>
                    <a:blip r:embed="rId12"/>
                    <a:stretch>
                      <a:fillRect/>
                    </a:stretch>
                  </pic:blipFill>
                  <pic:spPr>
                    <a:xfrm>
                      <a:off x="0" y="0"/>
                      <a:ext cx="2446227" cy="113262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(8√(2))/3　　(B) 8√(2) - 4 - π　　(C) 4√(2)　　(D) 4√(2) + π/8　　(E) 8√(2) - 2 - π/2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对每个正整数 n，令 S(n) 表示 n 的各位数字之和。有多少个 n 满足 n + S(n) + S(S(n)) = 2007？</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S(n) denote the sum of the digits of n. For how many values of n is n + S(n) + S(S(n)) = 2007?</w:t>
      </w:r>
    </w:p>
    <w:p>
      <w:pPr>
        <w:spacing w:before="0" w:after="160" w:line="300" w:lineRule="auto"/>
      </w:pPr>
      <w:r>
        <w:rPr>
          <w:rFonts w:ascii="Times New Roman" w:hAnsi="Times New Roman" w:eastAsia="宋体"/>
          <w:b w:val="0"/>
          <w:i w:val="0"/>
          <w:color w:val="333333"/>
          <w:sz w:val="19"/>
        </w:rPr>
        <w:t>(A) 1　　(B) 2　　(C) 3　　(D) 4　　(E) 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A　D　A　B　A　D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D　B　A　B　E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C　D　B　B　D</w:t>
      </w:r>
    </w:p>
    <w:p>
      <w:pPr>
        <w:spacing w:before="0" w:after="200" w:line="300" w:lineRule="auto"/>
      </w:pPr>
      <w:r>
        <w:rPr>
          <w:rFonts w:ascii="Times New Roman" w:hAnsi="Times New Roman" w:eastAsia="宋体"/>
          <w:b w:val="0"/>
          <w:i w:val="0"/>
          <w:color w:val="666666"/>
          <w:sz w:val="18"/>
        </w:rPr>
        <w:t>答案串：CADABADDEECDBABEDCCDCDBBD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Susan 支付 4 · 0.75 · 20 = 60 美元。</w:t>
      </w:r>
    </w:p>
    <w:p>
      <w:pPr>
        <w:spacing w:before="0" w:after="80" w:line="300" w:lineRule="auto"/>
        <w:jc w:val="left"/>
      </w:pPr>
      <w:r>
        <w:rPr>
          <w:rFonts w:ascii="Times New Roman" w:hAnsi="Times New Roman" w:eastAsia="宋体"/>
          <w:b w:val="0"/>
          <w:i w:val="0"/>
          <w:sz w:val="21"/>
        </w:rPr>
        <w:t>Pam 支付 5 · 0.70 · 20 = 70 美元。</w:t>
      </w:r>
    </w:p>
    <w:p>
      <w:pPr>
        <w:spacing w:before="0" w:after="80" w:line="300" w:lineRule="auto"/>
        <w:jc w:val="left"/>
      </w:pPr>
      <w:r>
        <w:rPr>
          <w:rFonts w:ascii="Times New Roman" w:hAnsi="Times New Roman" w:eastAsia="宋体"/>
          <w:b w:val="0"/>
          <w:i w:val="0"/>
          <w:sz w:val="21"/>
        </w:rPr>
        <w:t>差为 70 - 60 = 10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Susan pays 4 · 0.75 · 20 = 60 dollars.</w:t>
      </w:r>
    </w:p>
    <w:p>
      <w:pPr>
        <w:spacing w:before="0" w:after="80" w:line="300" w:lineRule="auto"/>
        <w:jc w:val="left"/>
      </w:pPr>
      <w:r>
        <w:rPr>
          <w:rFonts w:ascii="Times New Roman" w:hAnsi="Times New Roman" w:eastAsia="宋体"/>
          <w:b w:val="0"/>
          <w:i w:val="0"/>
          <w:color w:val="333333"/>
          <w:sz w:val="19"/>
        </w:rPr>
        <w:t>Pam pays 5 · 0.70 · 20 = 70 dollars.</w:t>
      </w:r>
    </w:p>
    <w:p>
      <w:pPr>
        <w:spacing w:before="0" w:after="80" w:line="300" w:lineRule="auto"/>
        <w:jc w:val="left"/>
      </w:pPr>
      <w:r>
        <w:rPr>
          <w:rFonts w:ascii="Times New Roman" w:hAnsi="Times New Roman" w:eastAsia="宋体"/>
          <w:b w:val="0"/>
          <w:i w:val="0"/>
          <w:color w:val="333333"/>
          <w:sz w:val="19"/>
        </w:rPr>
        <w:t>The difference is 70 - 60 = 10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A</w:t>
      </w:r>
    </w:p>
    <w:p>
      <w:pPr>
        <w:spacing w:before="0" w:after="80" w:line="300" w:lineRule="auto"/>
        <w:jc w:val="left"/>
      </w:pPr>
      <w:r>
        <w:rPr>
          <w:rFonts w:ascii="Times New Roman" w:hAnsi="Times New Roman" w:eastAsia="宋体"/>
          <w:b w:val="0"/>
          <w:i w:val="0"/>
          <w:sz w:val="21"/>
        </w:rPr>
        <w:t>分子为 6@2 = 6 · 2 - 2² = 12 - 4 = 8。</w:t>
      </w:r>
    </w:p>
    <w:p>
      <w:pPr>
        <w:spacing w:before="0" w:after="80" w:line="300" w:lineRule="auto"/>
        <w:jc w:val="left"/>
      </w:pPr>
      <w:r>
        <w:rPr>
          <w:rFonts w:ascii="Times New Roman" w:hAnsi="Times New Roman" w:eastAsia="宋体"/>
          <w:b w:val="0"/>
          <w:i w:val="0"/>
          <w:sz w:val="21"/>
        </w:rPr>
        <w:t>分母为 6#2 = 6 + 2 - 6 · 2² = 8 - 24 = -16。</w:t>
      </w:r>
    </w:p>
    <w:p>
      <w:pPr>
        <w:spacing w:before="0" w:after="80" w:line="300" w:lineRule="auto"/>
        <w:jc w:val="left"/>
      </w:pPr>
      <w:r>
        <w:rPr>
          <w:rFonts w:ascii="Times New Roman" w:hAnsi="Times New Roman" w:eastAsia="宋体"/>
          <w:b w:val="0"/>
          <w:i w:val="0"/>
          <w:sz w:val="21"/>
        </w:rPr>
        <w:t>商为</w:t>
      </w:r>
    </w:p>
    <w:p>
      <w:pPr>
        <w:spacing w:before="0" w:after="80" w:line="300" w:lineRule="auto"/>
        <w:jc w:val="left"/>
      </w:pPr>
      <w:r>
        <w:rPr>
          <w:rFonts w:ascii="Times New Roman" w:hAnsi="Times New Roman" w:eastAsia="宋体"/>
          <w:b w:val="0"/>
          <w:i w:val="0"/>
          <w:sz w:val="21"/>
        </w:rPr>
        <w:t>8/-16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6@2 = 6 · 2 - 2² = 12 - 4 = 8.</w:t>
      </w:r>
    </w:p>
    <w:p>
      <w:pPr>
        <w:spacing w:before="0" w:after="80" w:line="300" w:lineRule="auto"/>
        <w:jc w:val="left"/>
      </w:pPr>
      <w:r>
        <w:rPr>
          <w:rFonts w:ascii="Times New Roman" w:hAnsi="Times New Roman" w:eastAsia="宋体"/>
          <w:b w:val="0"/>
          <w:i w:val="0"/>
          <w:color w:val="333333"/>
          <w:sz w:val="19"/>
        </w:rPr>
        <w:t>The denominator is 6#2 = 6 + 2 - 6 · 2² = 8 - 24 = -16.</w:t>
      </w:r>
    </w:p>
    <w:p>
      <w:pPr>
        <w:spacing w:before="0" w:after="80" w:line="300" w:lineRule="auto"/>
        <w:jc w:val="left"/>
      </w:pPr>
      <w:r>
        <w:rPr>
          <w:rFonts w:ascii="Times New Roman" w:hAnsi="Times New Roman" w:eastAsia="宋体"/>
          <w:b w:val="0"/>
          <w:i w:val="0"/>
          <w:color w:val="333333"/>
          <w:sz w:val="19"/>
        </w:rPr>
        <w:t>The quotient is</w:t>
      </w:r>
    </w:p>
    <w:p>
      <w:pPr>
        <w:spacing w:before="0" w:after="80" w:line="300" w:lineRule="auto"/>
        <w:jc w:val="left"/>
      </w:pPr>
      <w:r>
        <w:rPr>
          <w:rFonts w:ascii="Times New Roman" w:hAnsi="Times New Roman" w:eastAsia="宋体"/>
          <w:b w:val="0"/>
          <w:i w:val="0"/>
          <w:color w:val="333333"/>
          <w:sz w:val="19"/>
        </w:rPr>
        <w:t>8/-16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砖的体积为 40 · 20 · 10 = 8000 立方厘米。</w:t>
      </w:r>
    </w:p>
    <w:p>
      <w:pPr>
        <w:spacing w:before="0" w:after="80" w:line="300" w:lineRule="auto"/>
        <w:jc w:val="left"/>
      </w:pPr>
      <w:r>
        <w:rPr>
          <w:rFonts w:ascii="Times New Roman" w:hAnsi="Times New Roman" w:eastAsia="宋体"/>
          <w:b w:val="0"/>
          <w:i w:val="0"/>
          <w:sz w:val="21"/>
        </w:rPr>
        <w:t>若水面上升 h 厘米，增加的水体积为 100 · 40 · h = 4000h 立方厘米。</w:t>
      </w:r>
    </w:p>
    <w:p>
      <w:pPr>
        <w:spacing w:before="0" w:after="80" w:line="300" w:lineRule="auto"/>
        <w:jc w:val="left"/>
      </w:pPr>
      <w:r>
        <w:rPr>
          <w:rFonts w:ascii="Times New Roman" w:hAnsi="Times New Roman" w:eastAsia="宋体"/>
          <w:b w:val="0"/>
          <w:i w:val="0"/>
          <w:sz w:val="21"/>
        </w:rPr>
        <w:t>令二者相等，得 4000h = 8000，所以 h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brick has volume 40 · 20 · 10 = 8000 cubic centimeters.</w:t>
      </w:r>
    </w:p>
    <w:p>
      <w:pPr>
        <w:spacing w:before="0" w:after="80" w:line="300" w:lineRule="auto"/>
        <w:jc w:val="left"/>
      </w:pPr>
      <w:r>
        <w:rPr>
          <w:rFonts w:ascii="Times New Roman" w:hAnsi="Times New Roman" w:eastAsia="宋体"/>
          <w:b w:val="0"/>
          <w:i w:val="0"/>
          <w:color w:val="333333"/>
          <w:sz w:val="19"/>
        </w:rPr>
        <w:t>If the water rises by h centimeters, the added volume is 100 · 40 · h = 4000h cubic centimeters.</w:t>
      </w:r>
    </w:p>
    <w:p>
      <w:pPr>
        <w:spacing w:before="0" w:after="80" w:line="300" w:lineRule="auto"/>
        <w:jc w:val="left"/>
      </w:pPr>
      <w:r>
        <w:rPr>
          <w:rFonts w:ascii="Times New Roman" w:hAnsi="Times New Roman" w:eastAsia="宋体"/>
          <w:b w:val="0"/>
          <w:i w:val="0"/>
          <w:color w:val="333333"/>
          <w:sz w:val="19"/>
        </w:rPr>
        <w:t>Setting these equal gives 4000h = 8000, so h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设较小整数为 x，则较大整数为 x + 2，并且</w:t>
      </w:r>
    </w:p>
    <w:p>
      <w:pPr>
        <w:spacing w:before="0" w:after="80" w:line="300" w:lineRule="auto"/>
        <w:jc w:val="left"/>
      </w:pPr>
      <w:r>
        <w:rPr>
          <w:rFonts w:ascii="Times New Roman" w:hAnsi="Times New Roman" w:eastAsia="宋体"/>
          <w:b w:val="0"/>
          <w:i w:val="0"/>
          <w:sz w:val="21"/>
        </w:rPr>
        <w:t>x + 2 = 3x</w:t>
      </w:r>
    </w:p>
    <w:p>
      <w:pPr>
        <w:spacing w:before="0" w:after="80" w:line="300" w:lineRule="auto"/>
        <w:jc w:val="left"/>
      </w:pPr>
      <w:r>
        <w:rPr>
          <w:rFonts w:ascii="Times New Roman" w:hAnsi="Times New Roman" w:eastAsia="宋体"/>
          <w:b w:val="0"/>
          <w:i w:val="0"/>
          <w:sz w:val="21"/>
        </w:rPr>
        <w:t>因此 x = 1。</w:t>
      </w:r>
    </w:p>
    <w:p>
      <w:pPr>
        <w:spacing w:before="0" w:after="80" w:line="300" w:lineRule="auto"/>
        <w:jc w:val="left"/>
      </w:pPr>
      <w:r>
        <w:rPr>
          <w:rFonts w:ascii="Times New Roman" w:hAnsi="Times New Roman" w:eastAsia="宋体"/>
          <w:b w:val="0"/>
          <w:i w:val="0"/>
          <w:sz w:val="21"/>
        </w:rPr>
        <w:t>两个整数为 1 和 3，和为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integer be x. Then the larger is x + 2, and</w:t>
      </w:r>
    </w:p>
    <w:p>
      <w:pPr>
        <w:spacing w:before="0" w:after="80" w:line="300" w:lineRule="auto"/>
        <w:jc w:val="left"/>
      </w:pPr>
      <w:r>
        <w:rPr>
          <w:rFonts w:ascii="Times New Roman" w:hAnsi="Times New Roman" w:eastAsia="宋体"/>
          <w:b w:val="0"/>
          <w:i w:val="0"/>
          <w:color w:val="333333"/>
          <w:sz w:val="19"/>
        </w:rPr>
        <w:t>x + 2 = 3x,</w:t>
      </w:r>
    </w:p>
    <w:p>
      <w:pPr>
        <w:spacing w:before="0" w:after="80" w:line="300" w:lineRule="auto"/>
        <w:jc w:val="left"/>
      </w:pPr>
      <w:r>
        <w:rPr>
          <w:rFonts w:ascii="Times New Roman" w:hAnsi="Times New Roman" w:eastAsia="宋体"/>
          <w:b w:val="0"/>
          <w:i w:val="0"/>
          <w:color w:val="333333"/>
          <w:sz w:val="19"/>
        </w:rPr>
        <w:t>so x = 1.</w:t>
      </w:r>
    </w:p>
    <w:p>
      <w:pPr>
        <w:spacing w:before="0" w:after="80" w:line="300" w:lineRule="auto"/>
        <w:jc w:val="left"/>
      </w:pPr>
      <w:r>
        <w:rPr>
          <w:rFonts w:ascii="Times New Roman" w:hAnsi="Times New Roman" w:eastAsia="宋体"/>
          <w:b w:val="0"/>
          <w:i w:val="0"/>
          <w:color w:val="333333"/>
          <w:sz w:val="19"/>
        </w:rPr>
        <w:t>The two integers are 1 and 3, and their sum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设 p 和 n 分别为一支铅笔和一本笔记本的价格，单位为美分。</w:t>
      </w:r>
    </w:p>
    <w:p>
      <w:pPr>
        <w:spacing w:before="0" w:after="80" w:line="300" w:lineRule="auto"/>
        <w:jc w:val="left"/>
      </w:pPr>
      <w:r>
        <w:rPr>
          <w:rFonts w:ascii="Times New Roman" w:hAnsi="Times New Roman" w:eastAsia="宋体"/>
          <w:b w:val="0"/>
          <w:i w:val="0"/>
          <w:sz w:val="21"/>
        </w:rPr>
        <w:t>7p + 8n = 415</w:t>
      </w:r>
    </w:p>
    <w:p>
      <w:pPr>
        <w:spacing w:before="0" w:after="80" w:line="300" w:lineRule="auto"/>
        <w:jc w:val="left"/>
      </w:pPr>
      <w:r>
        <w:rPr>
          <w:rFonts w:ascii="Times New Roman" w:hAnsi="Times New Roman" w:eastAsia="宋体"/>
          <w:b w:val="0"/>
          <w:i w:val="0"/>
          <w:sz w:val="21"/>
        </w:rPr>
        <w:t>5p + 3n = 177。</w:t>
      </w:r>
    </w:p>
    <w:p>
      <w:pPr>
        <w:spacing w:before="0" w:after="80" w:line="300" w:lineRule="auto"/>
        <w:jc w:val="left"/>
      </w:pPr>
      <w:r>
        <w:rPr>
          <w:rFonts w:ascii="Times New Roman" w:hAnsi="Times New Roman" w:eastAsia="宋体"/>
          <w:b w:val="0"/>
          <w:i w:val="0"/>
          <w:sz w:val="21"/>
        </w:rPr>
        <w:t>解这个方程组，得到 p = 9 和 n = 44。</w:t>
      </w:r>
    </w:p>
    <w:p>
      <w:pPr>
        <w:spacing w:before="0" w:after="80" w:line="300" w:lineRule="auto"/>
        <w:jc w:val="left"/>
      </w:pPr>
      <w:r>
        <w:rPr>
          <w:rFonts w:ascii="Times New Roman" w:hAnsi="Times New Roman" w:eastAsia="宋体"/>
          <w:b w:val="0"/>
          <w:i w:val="0"/>
          <w:sz w:val="21"/>
        </w:rPr>
        <w:t>所以 16 支铅笔和 10 本笔记本共需 16(9) + 10(44) = 584 美分，即 $5.84。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and n be the prices in cents of a pencil and a notebook. Then</w:t>
      </w:r>
    </w:p>
    <w:p>
      <w:pPr>
        <w:spacing w:before="0" w:after="80" w:line="300" w:lineRule="auto"/>
        <w:jc w:val="left"/>
      </w:pPr>
      <w:r>
        <w:rPr>
          <w:rFonts w:ascii="Times New Roman" w:hAnsi="Times New Roman" w:eastAsia="宋体"/>
          <w:b w:val="0"/>
          <w:i w:val="0"/>
          <w:color w:val="333333"/>
          <w:sz w:val="19"/>
        </w:rPr>
        <w:t>7p + 8n = 415</w:t>
      </w:r>
    </w:p>
    <w:p>
      <w:pPr>
        <w:spacing w:before="0" w:after="80" w:line="300" w:lineRule="auto"/>
        <w:jc w:val="left"/>
      </w:pPr>
      <w:r>
        <w:rPr>
          <w:rFonts w:ascii="Times New Roman" w:hAnsi="Times New Roman" w:eastAsia="宋体"/>
          <w:b w:val="0"/>
          <w:i w:val="0"/>
          <w:color w:val="333333"/>
          <w:sz w:val="19"/>
        </w:rPr>
        <w:t>5p + 3n = 177.</w:t>
      </w:r>
    </w:p>
    <w:p>
      <w:pPr>
        <w:spacing w:before="0" w:after="80" w:line="300" w:lineRule="auto"/>
        <w:jc w:val="left"/>
      </w:pPr>
      <w:r>
        <w:rPr>
          <w:rFonts w:ascii="Times New Roman" w:hAnsi="Times New Roman" w:eastAsia="宋体"/>
          <w:b w:val="0"/>
          <w:i w:val="0"/>
          <w:color w:val="333333"/>
          <w:sz w:val="19"/>
        </w:rPr>
        <w:t>Solving this system gives p = 9 and n = 44.</w:t>
      </w:r>
    </w:p>
    <w:p>
      <w:pPr>
        <w:spacing w:before="0" w:after="80" w:line="300" w:lineRule="auto"/>
        <w:jc w:val="left"/>
      </w:pPr>
      <w:r>
        <w:rPr>
          <w:rFonts w:ascii="Times New Roman" w:hAnsi="Times New Roman" w:eastAsia="宋体"/>
          <w:b w:val="0"/>
          <w:i w:val="0"/>
          <w:color w:val="333333"/>
          <w:sz w:val="19"/>
        </w:rPr>
        <w:t>So 16 pencils and 10 notebooks cost 16(9) + 10(44) = 584 cents, or $5.84.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从 2002 到 2003，增长为</w:t>
      </w:r>
    </w:p>
    <w:p>
      <w:pPr>
        <w:spacing w:before="0" w:after="80" w:line="300" w:lineRule="auto"/>
        <w:jc w:val="left"/>
      </w:pPr>
      <w:r>
        <w:rPr>
          <w:rFonts w:ascii="Times New Roman" w:hAnsi="Times New Roman" w:eastAsia="宋体"/>
          <w:b w:val="0"/>
          <w:i w:val="0"/>
          <w:sz w:val="21"/>
        </w:rPr>
        <w:t>6/60 = 1/10 = 10%。</w:t>
      </w:r>
    </w:p>
    <w:p>
      <w:pPr>
        <w:spacing w:before="0" w:after="80" w:line="300" w:lineRule="auto"/>
        <w:jc w:val="left"/>
      </w:pPr>
      <w:r>
        <w:rPr>
          <w:rFonts w:ascii="Times New Roman" w:hAnsi="Times New Roman" w:eastAsia="宋体"/>
          <w:b w:val="0"/>
          <w:i w:val="0"/>
          <w:sz w:val="21"/>
        </w:rPr>
        <w:t>其他增长率为 4/66、6/70、2/76、7/78，都小于 1/10。</w:t>
      </w:r>
    </w:p>
    <w:p>
      <w:pPr>
        <w:spacing w:before="0" w:after="80" w:line="300" w:lineRule="auto"/>
        <w:jc w:val="left"/>
      </w:pPr>
      <w:r>
        <w:rPr>
          <w:rFonts w:ascii="Times New Roman" w:hAnsi="Times New Roman" w:eastAsia="宋体"/>
          <w:b w:val="0"/>
          <w:i w:val="0"/>
          <w:sz w:val="21"/>
        </w:rPr>
        <w:t>所以最大百分比增长发生在 2002 和 2003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2002 to 2003, the increase is</w:t>
      </w:r>
    </w:p>
    <w:p>
      <w:pPr>
        <w:spacing w:before="0" w:after="80" w:line="300" w:lineRule="auto"/>
        <w:jc w:val="left"/>
      </w:pPr>
      <w:r>
        <w:rPr>
          <w:rFonts w:ascii="Times New Roman" w:hAnsi="Times New Roman" w:eastAsia="宋体"/>
          <w:b w:val="0"/>
          <w:i w:val="0"/>
          <w:color w:val="333333"/>
          <w:sz w:val="19"/>
        </w:rPr>
        <w:t>6/60 = 1/10 = 10%.</w:t>
      </w:r>
    </w:p>
    <w:p>
      <w:pPr>
        <w:spacing w:before="0" w:after="80" w:line="300" w:lineRule="auto"/>
        <w:jc w:val="left"/>
      </w:pPr>
      <w:r>
        <w:rPr>
          <w:rFonts w:ascii="Times New Roman" w:hAnsi="Times New Roman" w:eastAsia="宋体"/>
          <w:b w:val="0"/>
          <w:i w:val="0"/>
          <w:color w:val="333333"/>
          <w:sz w:val="19"/>
        </w:rPr>
        <w:t>The other increases are 4/66, 6/70, 2/76, and 7/78, each less than 1/10.</w:t>
      </w:r>
    </w:p>
    <w:p>
      <w:pPr>
        <w:spacing w:before="0" w:after="80" w:line="300" w:lineRule="auto"/>
        <w:jc w:val="left"/>
      </w:pPr>
      <w:r>
        <w:rPr>
          <w:rFonts w:ascii="Times New Roman" w:hAnsi="Times New Roman" w:eastAsia="宋体"/>
          <w:b w:val="0"/>
          <w:i w:val="0"/>
          <w:color w:val="333333"/>
          <w:sz w:val="19"/>
        </w:rPr>
        <w:t>So the largest percentage increase was between 2002 and 2003.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联邦税后，Public 先生保留遗产的 80%。</w:t>
      </w:r>
    </w:p>
    <w:p>
      <w:pPr>
        <w:spacing w:before="0" w:after="80" w:line="300" w:lineRule="auto"/>
        <w:jc w:val="left"/>
      </w:pPr>
      <w:r>
        <w:rPr>
          <w:rFonts w:ascii="Times New Roman" w:hAnsi="Times New Roman" w:eastAsia="宋体"/>
          <w:b w:val="0"/>
          <w:i w:val="0"/>
          <w:sz w:val="21"/>
        </w:rPr>
        <w:t>州税取这部分的 10%，即遗产的 8%。</w:t>
      </w:r>
    </w:p>
    <w:p>
      <w:pPr>
        <w:spacing w:before="0" w:after="80" w:line="300" w:lineRule="auto"/>
        <w:jc w:val="left"/>
      </w:pPr>
      <w:r>
        <w:rPr>
          <w:rFonts w:ascii="Times New Roman" w:hAnsi="Times New Roman" w:eastAsia="宋体"/>
          <w:b w:val="0"/>
          <w:i w:val="0"/>
          <w:sz w:val="21"/>
        </w:rPr>
        <w:t>总税额为遗产的 20% + 8% = 28%，所以遗产为</w:t>
      </w:r>
    </w:p>
    <w:p>
      <w:pPr>
        <w:spacing w:before="0" w:after="80" w:line="300" w:lineRule="auto"/>
        <w:jc w:val="left"/>
      </w:pPr>
      <w:r>
        <w:rPr>
          <w:rFonts w:ascii="Times New Roman" w:hAnsi="Times New Roman" w:eastAsia="宋体"/>
          <w:b w:val="0"/>
          <w:i w:val="0"/>
          <w:sz w:val="21"/>
        </w:rPr>
        <w:t>(10,500)/0.28 = 37,500。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federal taxes, Mr. Public keeps 80% of his inheritance.</w:t>
      </w:r>
    </w:p>
    <w:p>
      <w:pPr>
        <w:spacing w:before="0" w:after="80" w:line="300" w:lineRule="auto"/>
        <w:jc w:val="left"/>
      </w:pPr>
      <w:r>
        <w:rPr>
          <w:rFonts w:ascii="Times New Roman" w:hAnsi="Times New Roman" w:eastAsia="宋体"/>
          <w:b w:val="0"/>
          <w:i w:val="0"/>
          <w:color w:val="333333"/>
          <w:sz w:val="19"/>
        </w:rPr>
        <w:t>State taxes take 10% of that, which is 8% of the inheritance.</w:t>
      </w:r>
    </w:p>
    <w:p>
      <w:pPr>
        <w:spacing w:before="0" w:after="80" w:line="300" w:lineRule="auto"/>
        <w:jc w:val="left"/>
      </w:pPr>
      <w:r>
        <w:rPr>
          <w:rFonts w:ascii="Times New Roman" w:hAnsi="Times New Roman" w:eastAsia="宋体"/>
          <w:b w:val="0"/>
          <w:i w:val="0"/>
          <w:color w:val="333333"/>
          <w:sz w:val="19"/>
        </w:rPr>
        <w:t>The total tax is 20% + 8% = 28% of the inheritance, so the inheritance is</w:t>
      </w:r>
    </w:p>
    <w:p>
      <w:pPr>
        <w:spacing w:before="0" w:after="80" w:line="300" w:lineRule="auto"/>
        <w:jc w:val="left"/>
      </w:pPr>
      <w:r>
        <w:rPr>
          <w:rFonts w:ascii="Times New Roman" w:hAnsi="Times New Roman" w:eastAsia="宋体"/>
          <w:b w:val="0"/>
          <w:i w:val="0"/>
          <w:color w:val="333333"/>
          <w:sz w:val="19"/>
        </w:rPr>
        <w:t>(10,500)/0.28 = 37,500.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 ABC 是等腰三角形，∠ BAC = 1/2(180° - 40°) = 70°。</w:t>
      </w:r>
    </w:p>
    <w:p>
      <w:pPr>
        <w:spacing w:before="0" w:after="80" w:line="300" w:lineRule="auto"/>
        <w:jc w:val="left"/>
      </w:pPr>
      <w:r>
        <w:rPr>
          <w:rFonts w:ascii="Times New Roman" w:hAnsi="Times New Roman" w:eastAsia="宋体"/>
          <w:b w:val="0"/>
          <w:i w:val="0"/>
          <w:sz w:val="21"/>
        </w:rPr>
        <w:t>因为 △ ADC 是等腰三角形，∠ DAC = 1/2(180° - 140°) = 20°。</w:t>
      </w:r>
    </w:p>
    <w:p>
      <w:pPr>
        <w:spacing w:before="0" w:after="80" w:line="300" w:lineRule="auto"/>
        <w:jc w:val="left"/>
      </w:pPr>
      <w:r>
        <w:rPr>
          <w:rFonts w:ascii="Times New Roman" w:hAnsi="Times New Roman" w:eastAsia="宋体"/>
          <w:b w:val="0"/>
          <w:i w:val="0"/>
          <w:sz w:val="21"/>
        </w:rPr>
        <w:t>因此 ∠ BAD = ∠ BAC - ∠ DAC = 70° - 20°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ABC is isosceles, ∠ BAC = 1/2(180° - 40°) = 70°.</w:t>
      </w:r>
    </w:p>
    <w:p>
      <w:pPr>
        <w:spacing w:before="0" w:after="80" w:line="300" w:lineRule="auto"/>
        <w:jc w:val="left"/>
      </w:pPr>
      <w:r>
        <w:rPr>
          <w:rFonts w:ascii="Times New Roman" w:hAnsi="Times New Roman" w:eastAsia="宋体"/>
          <w:b w:val="0"/>
          <w:i w:val="0"/>
          <w:color w:val="333333"/>
          <w:sz w:val="19"/>
        </w:rPr>
        <w:t>Since △ ADC is isosceles, ∠ DAC = 1/2(180° - 140°) = 20°.</w:t>
      </w:r>
    </w:p>
    <w:p>
      <w:pPr>
        <w:spacing w:before="0" w:after="80" w:line="300" w:lineRule="auto"/>
        <w:jc w:val="left"/>
      </w:pPr>
      <w:r>
        <w:rPr>
          <w:rFonts w:ascii="Times New Roman" w:hAnsi="Times New Roman" w:eastAsia="宋体"/>
          <w:b w:val="0"/>
          <w:i w:val="0"/>
          <w:color w:val="333333"/>
          <w:sz w:val="19"/>
        </w:rPr>
        <w:t>Therefore ∠ BAD = ∠ BAC - ∠ DAC = 70° - 20°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两个方程变为 3ᵃ = 3⁴⁽ᵇ⁺²⁾ 和 5³ᵇ = 5ᵃ⁻³。</w:t>
      </w:r>
    </w:p>
    <w:p>
      <w:pPr>
        <w:spacing w:before="0" w:after="80" w:line="300" w:lineRule="auto"/>
        <w:jc w:val="left"/>
      </w:pPr>
      <w:r>
        <w:rPr>
          <w:rFonts w:ascii="Times New Roman" w:hAnsi="Times New Roman" w:eastAsia="宋体"/>
          <w:b w:val="0"/>
          <w:i w:val="0"/>
          <w:sz w:val="21"/>
        </w:rPr>
        <w:t>所以 a = 4(b + 2)，且 3b = a - 3。</w:t>
      </w:r>
    </w:p>
    <w:p>
      <w:pPr>
        <w:spacing w:before="0" w:after="80" w:line="300" w:lineRule="auto"/>
        <w:jc w:val="left"/>
      </w:pPr>
      <w:r>
        <w:rPr>
          <w:rFonts w:ascii="Times New Roman" w:hAnsi="Times New Roman" w:eastAsia="宋体"/>
          <w:b w:val="0"/>
          <w:i w:val="0"/>
          <w:sz w:val="21"/>
        </w:rPr>
        <w:t>解得 a = -12、b = -5，因此 ab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become 3ᵃ = 3⁴⁽ᵇ⁺²⁾ and 5³ᵇ = 5ᵃ⁻³.</w:t>
      </w:r>
    </w:p>
    <w:p>
      <w:pPr>
        <w:spacing w:before="0" w:after="80" w:line="300" w:lineRule="auto"/>
        <w:jc w:val="left"/>
      </w:pPr>
      <w:r>
        <w:rPr>
          <w:rFonts w:ascii="Times New Roman" w:hAnsi="Times New Roman" w:eastAsia="宋体"/>
          <w:b w:val="0"/>
          <w:i w:val="0"/>
          <w:color w:val="333333"/>
          <w:sz w:val="19"/>
        </w:rPr>
        <w:t>So a = 4(b + 2) and 3b = a - 3.</w:t>
      </w:r>
    </w:p>
    <w:p>
      <w:pPr>
        <w:spacing w:before="0" w:after="80" w:line="300" w:lineRule="auto"/>
        <w:jc w:val="left"/>
      </w:pPr>
      <w:r>
        <w:rPr>
          <w:rFonts w:ascii="Times New Roman" w:hAnsi="Times New Roman" w:eastAsia="宋体"/>
          <w:b w:val="0"/>
          <w:i w:val="0"/>
          <w:color w:val="333333"/>
          <w:sz w:val="19"/>
        </w:rPr>
        <w:t>Solving gives a = -12 and b = -5, so ab = 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设孩子数为 N，全家总年龄为 T。</w:t>
      </w:r>
    </w:p>
    <w:p>
      <w:pPr>
        <w:spacing w:before="0" w:after="80" w:line="300" w:lineRule="auto"/>
        <w:jc w:val="left"/>
      </w:pPr>
      <w:r>
        <w:rPr>
          <w:rFonts w:ascii="Times New Roman" w:hAnsi="Times New Roman" w:eastAsia="宋体"/>
          <w:b w:val="0"/>
          <w:i w:val="0"/>
          <w:sz w:val="21"/>
        </w:rPr>
        <w:t>则 20 = T/(N + 2)，且 16 = (T - 48)/(N + 1)。</w:t>
      </w:r>
    </w:p>
    <w:p>
      <w:pPr>
        <w:spacing w:before="0" w:after="80" w:line="300" w:lineRule="auto"/>
        <w:jc w:val="left"/>
      </w:pPr>
      <w:r>
        <w:rPr>
          <w:rFonts w:ascii="Times New Roman" w:hAnsi="Times New Roman" w:eastAsia="宋体"/>
          <w:b w:val="0"/>
          <w:i w:val="0"/>
          <w:sz w:val="21"/>
        </w:rPr>
        <w:t>这给出 20N + 40 = T 和 16N + 64 = T，所以 20N + 40 = 16N + 64。</w:t>
      </w:r>
    </w:p>
    <w:p>
      <w:pPr>
        <w:spacing w:before="0" w:after="80" w:line="300" w:lineRule="auto"/>
        <w:jc w:val="left"/>
      </w:pPr>
      <w:r>
        <w:rPr>
          <w:rFonts w:ascii="Times New Roman" w:hAnsi="Times New Roman" w:eastAsia="宋体"/>
          <w:b w:val="0"/>
          <w:i w:val="0"/>
          <w:sz w:val="21"/>
        </w:rPr>
        <w:t>因此 4N = 24，所以 N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children and T the total age of the family.</w:t>
      </w:r>
    </w:p>
    <w:p>
      <w:pPr>
        <w:spacing w:before="0" w:after="80" w:line="300" w:lineRule="auto"/>
        <w:jc w:val="left"/>
      </w:pPr>
      <w:r>
        <w:rPr>
          <w:rFonts w:ascii="Times New Roman" w:hAnsi="Times New Roman" w:eastAsia="宋体"/>
          <w:b w:val="0"/>
          <w:i w:val="0"/>
          <w:color w:val="333333"/>
          <w:sz w:val="19"/>
        </w:rPr>
        <w:t>Then 20 = T/(N + 2) and 16 = (T - 48)/(N + 1).</w:t>
      </w:r>
    </w:p>
    <w:p>
      <w:pPr>
        <w:spacing w:before="0" w:after="80" w:line="300" w:lineRule="auto"/>
        <w:jc w:val="left"/>
      </w:pPr>
      <w:r>
        <w:rPr>
          <w:rFonts w:ascii="Times New Roman" w:hAnsi="Times New Roman" w:eastAsia="宋体"/>
          <w:b w:val="0"/>
          <w:i w:val="0"/>
          <w:color w:val="333333"/>
          <w:sz w:val="19"/>
        </w:rPr>
        <w:t>These give 20N + 40 = T and 16N + 64 = T, so 20N + 40 = 16N + 64.</w:t>
      </w:r>
    </w:p>
    <w:p>
      <w:pPr>
        <w:spacing w:before="0" w:after="80" w:line="300" w:lineRule="auto"/>
        <w:jc w:val="left"/>
      </w:pPr>
      <w:r>
        <w:rPr>
          <w:rFonts w:ascii="Times New Roman" w:hAnsi="Times New Roman" w:eastAsia="宋体"/>
          <w:b w:val="0"/>
          <w:i w:val="0"/>
          <w:color w:val="333333"/>
          <w:sz w:val="19"/>
        </w:rPr>
        <w:t>Hence 4N = 24 and N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每个顶点恰好属于三个面，所以把六个面的数字和加起来得到</w:t>
      </w:r>
    </w:p>
    <w:p>
      <w:pPr>
        <w:spacing w:before="0" w:after="80" w:line="300" w:lineRule="auto"/>
        <w:jc w:val="left"/>
      </w:pPr>
      <w:r>
        <w:rPr>
          <w:rFonts w:ascii="Times New Roman" w:hAnsi="Times New Roman" w:eastAsia="宋体"/>
          <w:b w:val="0"/>
          <w:i w:val="0"/>
          <w:sz w:val="21"/>
        </w:rPr>
        <w:t>3(1 + 2 + ⋯ + 8) = 3 · 36</w:t>
      </w:r>
    </w:p>
    <w:p>
      <w:pPr>
        <w:spacing w:before="0" w:after="80" w:line="300" w:lineRule="auto"/>
        <w:jc w:val="left"/>
      </w:pPr>
      <w:r>
        <w:rPr>
          <w:rFonts w:ascii="Times New Roman" w:hAnsi="Times New Roman" w:eastAsia="宋体"/>
          <w:b w:val="0"/>
          <w:i w:val="0"/>
          <w:sz w:val="21"/>
        </w:rPr>
        <w:t>= 108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共有六个面，所以共同和为 108 ÷ 6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belongs to exactly three faces, so summing the numbers over all six faces gives</w:t>
      </w:r>
    </w:p>
    <w:p>
      <w:pPr>
        <w:spacing w:before="0" w:after="80" w:line="300" w:lineRule="auto"/>
        <w:jc w:val="left"/>
      </w:pPr>
      <w:r>
        <w:rPr>
          <w:rFonts w:ascii="Times New Roman" w:hAnsi="Times New Roman" w:eastAsia="宋体"/>
          <w:b w:val="0"/>
          <w:i w:val="0"/>
          <w:color w:val="333333"/>
          <w:sz w:val="19"/>
        </w:rPr>
        <w:t>3(1 + 2 + ⋯ + 8) = 3 · 36</w:t>
      </w:r>
    </w:p>
    <w:p>
      <w:pPr>
        <w:spacing w:before="0" w:after="80" w:line="300" w:lineRule="auto"/>
        <w:jc w:val="left"/>
      </w:pPr>
      <w:r>
        <w:rPr>
          <w:rFonts w:ascii="Times New Roman" w:hAnsi="Times New Roman" w:eastAsia="宋体"/>
          <w:b w:val="0"/>
          <w:i w:val="0"/>
          <w:color w:val="333333"/>
          <w:sz w:val="19"/>
        </w:rPr>
        <w:t>= 108.</w:t>
      </w:r>
    </w:p>
    <w:p>
      <w:pPr>
        <w:spacing w:before="0" w:after="80" w:line="300" w:lineRule="auto"/>
        <w:jc w:val="left"/>
      </w:pPr>
      <w:r>
        <w:rPr>
          <w:rFonts w:ascii="Times New Roman" w:hAnsi="Times New Roman" w:eastAsia="宋体"/>
          <w:b w:val="0"/>
          <w:i w:val="0"/>
          <w:color w:val="333333"/>
          <w:sz w:val="19"/>
        </w:rPr>
        <w:t>There are six faces, so the common sum is 108 ÷ 6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每名游客独立选择两名导游之一，共有 2⁶ = 64 种安排。</w:t>
      </w:r>
    </w:p>
    <w:p>
      <w:pPr>
        <w:spacing w:before="0" w:after="80" w:line="300" w:lineRule="auto"/>
        <w:jc w:val="left"/>
      </w:pPr>
      <w:r>
        <w:rPr>
          <w:rFonts w:ascii="Times New Roman" w:hAnsi="Times New Roman" w:eastAsia="宋体"/>
          <w:b w:val="0"/>
          <w:i w:val="0"/>
          <w:sz w:val="21"/>
        </w:rPr>
        <w:t>其中恰好有两种安排会让某名导游没有游客，所以答案为 64 - 2 = 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tourist independently chooses one of the two guides, giving 2⁶ = 64 arrangements.</w:t>
      </w:r>
    </w:p>
    <w:p>
      <w:pPr>
        <w:spacing w:before="0" w:after="80" w:line="300" w:lineRule="auto"/>
        <w:jc w:val="left"/>
      </w:pPr>
      <w:r>
        <w:rPr>
          <w:rFonts w:ascii="Times New Roman" w:hAnsi="Times New Roman" w:eastAsia="宋体"/>
          <w:b w:val="0"/>
          <w:i w:val="0"/>
          <w:color w:val="333333"/>
          <w:sz w:val="19"/>
        </w:rPr>
        <w:t>Exactly two of these leave a guide with no tourists, so the answer is 64 - 2 = 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 Yan 到家的距离和到体育场的距离分别为 x 和 y，步行速度为 w。</w:t>
      </w:r>
    </w:p>
    <w:p>
      <w:pPr>
        <w:spacing w:before="0" w:after="80" w:line="300" w:lineRule="auto"/>
        <w:jc w:val="left"/>
      </w:pPr>
      <w:r>
        <w:rPr>
          <w:rFonts w:ascii="Times New Roman" w:hAnsi="Times New Roman" w:eastAsia="宋体"/>
          <w:b w:val="0"/>
          <w:i w:val="0"/>
          <w:sz w:val="21"/>
        </w:rPr>
        <w:t>直接步行到体育场需要 y/w。走回家再骑车需要 x/w + (x + y)/7w。</w:t>
      </w:r>
    </w:p>
    <w:p>
      <w:pPr>
        <w:spacing w:before="0" w:after="80" w:line="300" w:lineRule="auto"/>
        <w:jc w:val="left"/>
      </w:pPr>
      <w:r>
        <w:rPr>
          <w:rFonts w:ascii="Times New Roman" w:hAnsi="Times New Roman" w:eastAsia="宋体"/>
          <w:b w:val="0"/>
          <w:i w:val="0"/>
          <w:sz w:val="21"/>
        </w:rPr>
        <w:t>令二者相等，得 7y = 8x + y，所以 8x = 6y，从而 x/y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Yan’s distances from home and from the stadium, and let w be his walking speed.</w:t>
      </w:r>
    </w:p>
    <w:p>
      <w:pPr>
        <w:spacing w:before="0" w:after="80" w:line="300" w:lineRule="auto"/>
        <w:jc w:val="left"/>
      </w:pPr>
      <w:r>
        <w:rPr>
          <w:rFonts w:ascii="Times New Roman" w:hAnsi="Times New Roman" w:eastAsia="宋体"/>
          <w:b w:val="0"/>
          <w:i w:val="0"/>
          <w:color w:val="333333"/>
          <w:sz w:val="19"/>
        </w:rPr>
        <w:t>Walking to the stadium takes y/w. Walking home and biking takes x/w + (x + y)/7w.</w:t>
      </w:r>
    </w:p>
    <w:p>
      <w:pPr>
        <w:spacing w:before="0" w:after="80" w:line="300" w:lineRule="auto"/>
        <w:jc w:val="left"/>
      </w:pPr>
      <w:r>
        <w:rPr>
          <w:rFonts w:ascii="Times New Roman" w:hAnsi="Times New Roman" w:eastAsia="宋体"/>
          <w:b w:val="0"/>
          <w:i w:val="0"/>
          <w:color w:val="333333"/>
          <w:sz w:val="19"/>
        </w:rPr>
        <w:t>Setting these equal gives 7y = 8x + y, so 8x = 6y and x/y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设三边为 3x, 4x, 5x。</w:t>
      </w:r>
    </w:p>
    <w:p>
      <w:pPr>
        <w:spacing w:before="0" w:after="80" w:line="300" w:lineRule="auto"/>
        <w:jc w:val="left"/>
      </w:pPr>
      <w:r>
        <w:rPr>
          <w:rFonts w:ascii="Times New Roman" w:hAnsi="Times New Roman" w:eastAsia="宋体"/>
          <w:b w:val="0"/>
          <w:i w:val="0"/>
          <w:sz w:val="21"/>
        </w:rPr>
        <w:t>这个三角形是直角三角形，所以斜边为圆的直径。因此 5x = 2 · 3 = 6，得到 x = 6/5。</w:t>
      </w:r>
    </w:p>
    <w:p>
      <w:pPr>
        <w:spacing w:before="0" w:after="80" w:line="300" w:lineRule="auto"/>
        <w:jc w:val="left"/>
      </w:pPr>
      <w:r>
        <w:rPr>
          <w:rFonts w:ascii="Times New Roman" w:hAnsi="Times New Roman" w:eastAsia="宋体"/>
          <w:b w:val="0"/>
          <w:i w:val="0"/>
          <w:sz w:val="21"/>
        </w:rPr>
        <w:t>面积为</w:t>
      </w:r>
    </w:p>
    <w:p>
      <w:pPr>
        <w:spacing w:before="0" w:after="80" w:line="300" w:lineRule="auto"/>
        <w:jc w:val="left"/>
      </w:pPr>
      <w:r>
        <w:rPr>
          <w:rFonts w:ascii="Times New Roman" w:hAnsi="Times New Roman" w:eastAsia="宋体"/>
          <w:b w:val="0"/>
          <w:i w:val="0"/>
          <w:sz w:val="21"/>
        </w:rPr>
        <w:t>1/2 (3x)(4x) = 6x² = 6 · 36/25</w:t>
      </w:r>
    </w:p>
    <w:p>
      <w:pPr>
        <w:spacing w:before="0" w:after="80" w:line="300" w:lineRule="auto"/>
        <w:jc w:val="left"/>
      </w:pPr>
      <w:r>
        <w:rPr>
          <w:rFonts w:ascii="Times New Roman" w:hAnsi="Times New Roman" w:eastAsia="宋体"/>
          <w:b w:val="0"/>
          <w:i w:val="0"/>
          <w:sz w:val="21"/>
        </w:rPr>
        <w:t>= 8.64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 be 3x, 4x, 5x. The triangle is right-angled, so its hypotenuse is a diameter.</w:t>
      </w:r>
    </w:p>
    <w:p>
      <w:pPr>
        <w:spacing w:before="0" w:after="80" w:line="300" w:lineRule="auto"/>
        <w:jc w:val="left"/>
      </w:pPr>
      <w:r>
        <w:rPr>
          <w:rFonts w:ascii="Times New Roman" w:hAnsi="Times New Roman" w:eastAsia="宋体"/>
          <w:b w:val="0"/>
          <w:i w:val="0"/>
          <w:color w:val="333333"/>
          <w:sz w:val="19"/>
        </w:rPr>
        <w:t>Thus 5x = 2 · 3 = 6, giving x = 6/5.</w:t>
      </w:r>
    </w:p>
    <w:p>
      <w:pPr>
        <w:spacing w:before="0" w:after="80" w:line="300" w:lineRule="auto"/>
        <w:jc w:val="left"/>
      </w:pPr>
      <w:r>
        <w:rPr>
          <w:rFonts w:ascii="Times New Roman" w:hAnsi="Times New Roman" w:eastAsia="宋体"/>
          <w:b w:val="0"/>
          <w:i w:val="0"/>
          <w:color w:val="333333"/>
          <w:sz w:val="19"/>
        </w:rPr>
        <w:t>The area is</w:t>
      </w:r>
    </w:p>
    <w:p>
      <w:pPr>
        <w:spacing w:before="0" w:after="80" w:line="300" w:lineRule="auto"/>
        <w:jc w:val="left"/>
      </w:pPr>
      <w:r>
        <w:rPr>
          <w:rFonts w:ascii="Times New Roman" w:hAnsi="Times New Roman" w:eastAsia="宋体"/>
          <w:b w:val="0"/>
          <w:i w:val="0"/>
          <w:color w:val="333333"/>
          <w:sz w:val="19"/>
        </w:rPr>
        <w:t>1/2 (3x)(4x) = 6x² = 6 · 36/25</w:t>
      </w:r>
    </w:p>
    <w:p>
      <w:pPr>
        <w:spacing w:before="0" w:after="80" w:line="300" w:lineRule="auto"/>
        <w:jc w:val="left"/>
      </w:pPr>
      <w:r>
        <w:rPr>
          <w:rFonts w:ascii="Times New Roman" w:hAnsi="Times New Roman" w:eastAsia="宋体"/>
          <w:b w:val="0"/>
          <w:i w:val="0"/>
          <w:color w:val="333333"/>
          <w:sz w:val="19"/>
        </w:rPr>
        <w:t>= 8.64.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考虑连接半径 2 的圆心和两个相邻小圆圆心形成的等腰直角三角形。它的两条直角边长为 2 + 1 = 3，所以斜边为 3√(2)。</w:t>
      </w:r>
    </w:p>
    <w:p>
      <w:pPr>
        <w:spacing w:before="0" w:after="80" w:line="300" w:lineRule="auto"/>
        <w:jc w:val="left"/>
      </w:pPr>
      <w:r>
        <w:rPr>
          <w:rFonts w:ascii="Times New Roman" w:hAnsi="Times New Roman" w:eastAsia="宋体"/>
          <w:b w:val="0"/>
          <w:i w:val="0"/>
          <w:sz w:val="21"/>
        </w:rPr>
        <w:t>正方形边长比这条斜边多 2（两端各一个小圆半径），所以 s = 2 + 3√(2)。</w:t>
      </w:r>
    </w:p>
    <w:p>
      <w:pPr>
        <w:spacing w:before="0" w:after="80" w:line="300" w:lineRule="auto"/>
        <w:jc w:val="left"/>
      </w:pPr>
      <w:r>
        <w:rPr>
          <w:rFonts w:ascii="Times New Roman" w:hAnsi="Times New Roman" w:eastAsia="宋体"/>
          <w:b w:val="0"/>
          <w:i w:val="0"/>
          <w:sz w:val="21"/>
        </w:rPr>
        <w:t>面积为</w:t>
      </w:r>
    </w:p>
    <w:p>
      <w:pPr>
        <w:spacing w:before="0" w:after="80" w:line="300" w:lineRule="auto"/>
        <w:jc w:val="left"/>
      </w:pPr>
      <w:r>
        <w:rPr>
          <w:rFonts w:ascii="Times New Roman" w:hAnsi="Times New Roman" w:eastAsia="宋体"/>
          <w:b w:val="0"/>
          <w:i w:val="0"/>
          <w:sz w:val="21"/>
        </w:rPr>
        <w:t>(2 + 3√(2))² = 4 + 12√(2) + 18</w:t>
      </w:r>
    </w:p>
    <w:p>
      <w:pPr>
        <w:spacing w:before="0" w:after="80" w:line="300" w:lineRule="auto"/>
        <w:jc w:val="left"/>
      </w:pPr>
      <w:r>
        <w:rPr>
          <w:rFonts w:ascii="Times New Roman" w:hAnsi="Times New Roman" w:eastAsia="宋体"/>
          <w:b w:val="0"/>
          <w:i w:val="0"/>
          <w:sz w:val="21"/>
        </w:rPr>
        <w:t>= 22 + 12√(2)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isosceles right triangle joining the center of the radius-2 circle to the centers of two adjacent small circles. Its legs have length 2 + 1 = 3, so its hypotenuse is 3√(2).</w:t>
      </w:r>
    </w:p>
    <w:p>
      <w:pPr>
        <w:spacing w:before="0" w:after="80" w:line="300" w:lineRule="auto"/>
        <w:jc w:val="left"/>
      </w:pPr>
      <w:r>
        <w:rPr>
          <w:rFonts w:ascii="Times New Roman" w:hAnsi="Times New Roman" w:eastAsia="宋体"/>
          <w:b w:val="0"/>
          <w:i w:val="0"/>
          <w:color w:val="333333"/>
          <w:sz w:val="19"/>
        </w:rPr>
        <w:t>The side of the square exceeds this hypotenuse by 2 (one radius on each end), so s = 2 + 3√(2).</w:t>
      </w:r>
    </w:p>
    <w:p>
      <w:pPr>
        <w:spacing w:before="0" w:after="80" w:line="300" w:lineRule="auto"/>
        <w:jc w:val="left"/>
      </w:pPr>
      <w:r>
        <w:rPr>
          <w:rFonts w:ascii="Times New Roman" w:hAnsi="Times New Roman" w:eastAsia="宋体"/>
          <w:b w:val="0"/>
          <w:i w:val="0"/>
          <w:color w:val="333333"/>
          <w:sz w:val="19"/>
        </w:rPr>
        <w:t>The area is</w:t>
      </w:r>
    </w:p>
    <w:p>
      <w:pPr>
        <w:spacing w:before="0" w:after="80" w:line="300" w:lineRule="auto"/>
        <w:jc w:val="left"/>
      </w:pPr>
      <w:r>
        <w:rPr>
          <w:rFonts w:ascii="Times New Roman" w:hAnsi="Times New Roman" w:eastAsia="宋体"/>
          <w:b w:val="0"/>
          <w:i w:val="0"/>
          <w:color w:val="333333"/>
          <w:sz w:val="19"/>
        </w:rPr>
        <w:t>(2 + 3√(2))² = 4 + 12√(2) + 18</w:t>
      </w:r>
    </w:p>
    <w:p>
      <w:pPr>
        <w:spacing w:before="0" w:after="80" w:line="300" w:lineRule="auto"/>
        <w:jc w:val="left"/>
      </w:pPr>
      <w:r>
        <w:rPr>
          <w:rFonts w:ascii="Times New Roman" w:hAnsi="Times New Roman" w:eastAsia="宋体"/>
          <w:b w:val="0"/>
          <w:i w:val="0"/>
          <w:color w:val="333333"/>
          <w:sz w:val="19"/>
        </w:rPr>
        <w:t>= 22 + 12√(2).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从 0 到 2007 的整数中一半为奇数，所以 ad 为奇数的概率为 1/2 · 1/2 = 1/4，为偶数的概率为 3/4。bc 也是如此。</w:t>
      </w:r>
    </w:p>
    <w:p>
      <w:pPr>
        <w:spacing w:before="0" w:after="80" w:line="300" w:lineRule="auto"/>
        <w:jc w:val="left"/>
      </w:pPr>
      <w:r>
        <w:rPr>
          <w:rFonts w:ascii="Times New Roman" w:hAnsi="Times New Roman" w:eastAsia="宋体"/>
          <w:b w:val="0"/>
          <w:i w:val="0"/>
          <w:sz w:val="21"/>
        </w:rPr>
        <w:t>ad - bc 为偶数当两个乘积奇偶性相同：</w:t>
      </w:r>
    </w:p>
    <w:p>
      <w:pPr>
        <w:spacing w:before="0" w:after="80" w:line="300" w:lineRule="auto"/>
        <w:jc w:val="left"/>
      </w:pPr>
      <w:r>
        <w:rPr>
          <w:rFonts w:ascii="Times New Roman" w:hAnsi="Times New Roman" w:eastAsia="宋体"/>
          <w:b w:val="0"/>
          <w:i w:val="0"/>
          <w:sz w:val="21"/>
        </w:rPr>
        <w:t>1/4 · 1/4 + 3/4 · 3/4 = 1/16 + 9/16 = 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Half the integers from 0 to 2007 are odd, so each of ad and bc is odd with probability 1/2 · 1/2 = 1/4 and even with probability 3/4.</w:t>
      </w:r>
    </w:p>
    <w:p>
      <w:pPr>
        <w:spacing w:before="0" w:after="80" w:line="300" w:lineRule="auto"/>
        <w:jc w:val="left"/>
      </w:pPr>
      <w:r>
        <w:rPr>
          <w:rFonts w:ascii="Times New Roman" w:hAnsi="Times New Roman" w:eastAsia="宋体"/>
          <w:b w:val="0"/>
          <w:i w:val="0"/>
          <w:color w:val="333333"/>
          <w:sz w:val="19"/>
        </w:rPr>
        <w:t>The difference ad - bc is even when both products have the same parity:</w:t>
      </w:r>
    </w:p>
    <w:p>
      <w:pPr>
        <w:spacing w:before="0" w:after="80" w:line="300" w:lineRule="auto"/>
        <w:jc w:val="left"/>
      </w:pPr>
      <w:r>
        <w:rPr>
          <w:rFonts w:ascii="Times New Roman" w:hAnsi="Times New Roman" w:eastAsia="宋体"/>
          <w:b w:val="0"/>
          <w:i w:val="0"/>
          <w:color w:val="333333"/>
          <w:sz w:val="19"/>
        </w:rPr>
        <w:t>1/4 · 1/4 + 3/4 · 3/4 = 1/16 + 9/16 = 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因为 n³ = 75m = 3 · 5² · m，每个质因数的指数都必须是三的倍数。</w:t>
      </w:r>
    </w:p>
    <w:p>
      <w:pPr>
        <w:spacing w:before="0" w:after="80" w:line="300" w:lineRule="auto"/>
        <w:jc w:val="left"/>
      </w:pPr>
      <w:r>
        <w:rPr>
          <w:rFonts w:ascii="Times New Roman" w:hAnsi="Times New Roman" w:eastAsia="宋体"/>
          <w:b w:val="0"/>
          <w:i w:val="0"/>
          <w:sz w:val="21"/>
        </w:rPr>
        <w:t>最小这样的 m 是 3² · 5 = 45，此时 n³ = 3³ · 5³，所以 n = 15。</w:t>
      </w:r>
    </w:p>
    <w:p>
      <w:pPr>
        <w:spacing w:before="0" w:after="80" w:line="300" w:lineRule="auto"/>
        <w:jc w:val="left"/>
      </w:pPr>
      <w:r>
        <w:rPr>
          <w:rFonts w:ascii="Times New Roman" w:hAnsi="Times New Roman" w:eastAsia="宋体"/>
          <w:b w:val="0"/>
          <w:i w:val="0"/>
          <w:sz w:val="21"/>
        </w:rPr>
        <w:t>因此 m + n = 45 + 15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n³ = 75m = 3 · 5² · m, every prime factor must occur a multiple of three times.</w:t>
      </w:r>
    </w:p>
    <w:p>
      <w:pPr>
        <w:spacing w:before="0" w:after="80" w:line="300" w:lineRule="auto"/>
        <w:jc w:val="left"/>
      </w:pPr>
      <w:r>
        <w:rPr>
          <w:rFonts w:ascii="Times New Roman" w:hAnsi="Times New Roman" w:eastAsia="宋体"/>
          <w:b w:val="0"/>
          <w:i w:val="0"/>
          <w:color w:val="333333"/>
          <w:sz w:val="19"/>
        </w:rPr>
        <w:t>The smallest such m is 3² · 5 = 45, giving n³ = 3³ · 5³ and n = 15.</w:t>
      </w:r>
    </w:p>
    <w:p>
      <w:pPr>
        <w:spacing w:before="0" w:after="80" w:line="300" w:lineRule="auto"/>
        <w:jc w:val="left"/>
      </w:pPr>
      <w:r>
        <w:rPr>
          <w:rFonts w:ascii="Times New Roman" w:hAnsi="Times New Roman" w:eastAsia="宋体"/>
          <w:b w:val="0"/>
          <w:i w:val="0"/>
          <w:color w:val="333333"/>
          <w:sz w:val="19"/>
        </w:rPr>
        <w:t>Then m + n = 45 + 15 = 60.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将图形放在坐标系中，取 A = (-2, 6)、B = (2, 6)、C = (2, 2)、G = (2, -6)、H = (-2, -6)。</w:t>
      </w:r>
    </w:p>
    <w:p>
      <w:pPr>
        <w:spacing w:before="0" w:after="80" w:line="300" w:lineRule="auto"/>
        <w:jc w:val="left"/>
      </w:pPr>
      <w:r>
        <w:rPr>
          <w:rFonts w:ascii="Times New Roman" w:hAnsi="Times New Roman" w:eastAsia="宋体"/>
          <w:b w:val="0"/>
          <w:i w:val="0"/>
          <w:sz w:val="21"/>
        </w:rPr>
        <w:t>直线 AG 为 y = -3x，直线 CH 为 y = 2x - 2。</w:t>
      </w:r>
    </w:p>
    <w:p>
      <w:pPr>
        <w:spacing w:before="0" w:after="80" w:line="300" w:lineRule="auto"/>
        <w:jc w:val="left"/>
      </w:pPr>
      <w:r>
        <w:rPr>
          <w:rFonts w:ascii="Times New Roman" w:hAnsi="Times New Roman" w:eastAsia="宋体"/>
          <w:b w:val="0"/>
          <w:i w:val="0"/>
          <w:sz w:val="21"/>
        </w:rPr>
        <w:t>它们的交点为 M = (2/5, -6/5)。</w:t>
      </w:r>
    </w:p>
    <w:p>
      <w:pPr>
        <w:spacing w:before="0" w:after="80" w:line="300" w:lineRule="auto"/>
        <w:jc w:val="left"/>
      </w:pPr>
      <w:r>
        <w:rPr>
          <w:rFonts w:ascii="Times New Roman" w:hAnsi="Times New Roman" w:eastAsia="宋体"/>
          <w:b w:val="0"/>
          <w:i w:val="0"/>
          <w:sz w:val="21"/>
        </w:rPr>
        <w:t>对 A, B, C, M 使用鞋带公式，面积为</w:t>
      </w:r>
    </w:p>
    <w:p>
      <w:pPr>
        <w:spacing w:before="0" w:after="80" w:line="300" w:lineRule="auto"/>
        <w:jc w:val="left"/>
      </w:pPr>
      <w:r>
        <w:rPr>
          <w:rFonts w:ascii="Times New Roman" w:hAnsi="Times New Roman" w:eastAsia="宋体"/>
          <w:b w:val="0"/>
          <w:i w:val="0"/>
          <w:sz w:val="21"/>
        </w:rPr>
        <w:t>[ABCM] =1/2|-8-136/5|</w:t>
      </w:r>
    </w:p>
    <w:p>
      <w:pPr>
        <w:spacing w:before="0" w:after="80" w:line="300" w:lineRule="auto"/>
        <w:jc w:val="left"/>
      </w:pPr>
      <w:r>
        <w:rPr>
          <w:rFonts w:ascii="Times New Roman" w:hAnsi="Times New Roman" w:eastAsia="宋体"/>
          <w:b w:val="0"/>
          <w:i w:val="0"/>
          <w:sz w:val="21"/>
        </w:rPr>
        <w:t>=88/5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the figure on coordinates with A = (-2, 6), B = (2, 6), C = (2, 2), G = (2, -6), and H = (-2, -6).</w:t>
      </w:r>
    </w:p>
    <w:p>
      <w:pPr>
        <w:spacing w:before="0" w:after="80" w:line="300" w:lineRule="auto"/>
        <w:jc w:val="left"/>
      </w:pPr>
      <w:r>
        <w:rPr>
          <w:rFonts w:ascii="Times New Roman" w:hAnsi="Times New Roman" w:eastAsia="宋体"/>
          <w:b w:val="0"/>
          <w:i w:val="0"/>
          <w:color w:val="333333"/>
          <w:sz w:val="19"/>
        </w:rPr>
        <w:t>Line AG is y = -3x, and line CH is y = 2x - 2.</w:t>
      </w:r>
    </w:p>
    <w:p>
      <w:pPr>
        <w:spacing w:before="0" w:after="80" w:line="300" w:lineRule="auto"/>
        <w:jc w:val="left"/>
      </w:pPr>
      <w:r>
        <w:rPr>
          <w:rFonts w:ascii="Times New Roman" w:hAnsi="Times New Roman" w:eastAsia="宋体"/>
          <w:b w:val="0"/>
          <w:i w:val="0"/>
          <w:color w:val="333333"/>
          <w:sz w:val="19"/>
        </w:rPr>
        <w:t>Their intersection is M = (2/5, -6/5).</w:t>
      </w:r>
    </w:p>
    <w:p>
      <w:pPr>
        <w:spacing w:before="0" w:after="80" w:line="300" w:lineRule="auto"/>
        <w:jc w:val="left"/>
      </w:pPr>
      <w:r>
        <w:rPr>
          <w:rFonts w:ascii="Times New Roman" w:hAnsi="Times New Roman" w:eastAsia="宋体"/>
          <w:b w:val="0"/>
          <w:i w:val="0"/>
          <w:color w:val="333333"/>
          <w:sz w:val="19"/>
        </w:rPr>
        <w:t>Applying the shoelace formula to A, B, C, M gives</w:t>
      </w:r>
    </w:p>
    <w:p>
      <w:pPr>
        <w:spacing w:before="0" w:after="80" w:line="300" w:lineRule="auto"/>
        <w:jc w:val="left"/>
      </w:pPr>
      <w:r>
        <w:rPr>
          <w:rFonts w:ascii="Times New Roman" w:hAnsi="Times New Roman" w:eastAsia="宋体"/>
          <w:b w:val="0"/>
          <w:i w:val="0"/>
          <w:color w:val="333333"/>
          <w:sz w:val="19"/>
        </w:rPr>
        <w:t>[ABCM] =1/2|-8-136/5|</w:t>
      </w:r>
    </w:p>
    <w:p>
      <w:pPr>
        <w:spacing w:before="0" w:after="80" w:line="300" w:lineRule="auto"/>
        <w:jc w:val="left"/>
      </w:pPr>
      <w:r>
        <w:rPr>
          <w:rFonts w:ascii="Times New Roman" w:hAnsi="Times New Roman" w:eastAsia="宋体"/>
          <w:b w:val="0"/>
          <w:i w:val="0"/>
          <w:color w:val="333333"/>
          <w:sz w:val="19"/>
        </w:rPr>
        <w:t>=88/5.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设正方形边长为 s，画刷宽度为 w，一个未涂色等腰直角三角形的直角边为 x。每个三角形面积为 1/8 s²，所以 1/2 x² = 1/8 s²，得到 x = s/2。</w:t>
      </w:r>
    </w:p>
    <w:p>
      <w:pPr>
        <w:spacing w:before="0" w:after="80" w:line="300" w:lineRule="auto"/>
        <w:jc w:val="left"/>
      </w:pPr>
      <w:r>
        <w:rPr>
          <w:rFonts w:ascii="Times New Roman" w:hAnsi="Times New Roman" w:eastAsia="宋体"/>
          <w:b w:val="0"/>
          <w:i w:val="0"/>
          <w:sz w:val="21"/>
        </w:rPr>
        <w:t>直角边加上画刷宽度等于半条对角线：x + w = (√(2))/2 s。因此 w = (√(2))/2 s - s/2。</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s/w = 2/(√(2) - 1) = 2√(2)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w the brush width, and x the leg of one unpainted isosceles right triangle. Each triangle has area 1/8 s², so 1/2 x² = 1/8 s² and x = s/2.</w:t>
      </w:r>
    </w:p>
    <w:p>
      <w:pPr>
        <w:spacing w:before="0" w:after="80" w:line="300" w:lineRule="auto"/>
        <w:jc w:val="left"/>
      </w:pPr>
      <w:r>
        <w:rPr>
          <w:rFonts w:ascii="Times New Roman" w:hAnsi="Times New Roman" w:eastAsia="宋体"/>
          <w:b w:val="0"/>
          <w:i w:val="0"/>
          <w:color w:val="333333"/>
          <w:sz w:val="19"/>
        </w:rPr>
        <w:t>The leg plus the brush width is half the diagonal: x + w = (√(2))/2 s. Thus w = (√(2))/2 s - s/2.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s/w = 2/(√(2) - 1) = 2√(2)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将 a + a⁻¹ = 4 平方，得到 a² + 2 + a⁻² = 16，所以 a² + a⁻² = 14。</w:t>
      </w:r>
    </w:p>
    <w:p>
      <w:pPr>
        <w:spacing w:before="0" w:after="80" w:line="300" w:lineRule="auto"/>
        <w:jc w:val="left"/>
      </w:pPr>
      <w:r>
        <w:rPr>
          <w:rFonts w:ascii="Times New Roman" w:hAnsi="Times New Roman" w:eastAsia="宋体"/>
          <w:b w:val="0"/>
          <w:i w:val="0"/>
          <w:sz w:val="21"/>
        </w:rPr>
        <w:t>再平方得到 a⁴ + 2 + a⁻⁴ = 196，所以 a⁴ + a⁻⁴ = 194。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a + a⁻¹ = 4 gives a² + 2 + a⁻² = 16, so a² + a⁻² = 14.</w:t>
      </w:r>
    </w:p>
    <w:p>
      <w:pPr>
        <w:spacing w:before="0" w:after="80" w:line="300" w:lineRule="auto"/>
        <w:jc w:val="left"/>
      </w:pPr>
      <w:r>
        <w:rPr>
          <w:rFonts w:ascii="Times New Roman" w:hAnsi="Times New Roman" w:eastAsia="宋体"/>
          <w:b w:val="0"/>
          <w:i w:val="0"/>
          <w:color w:val="333333"/>
          <w:sz w:val="19"/>
        </w:rPr>
        <w:t>Squaring again gives a⁴ + 2 + a⁻⁴ = 196, so a⁴ + a⁻⁴ = 194.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外部立方体每个面的面积为 24 ÷ 6 = 4，所以边长为 2，球的直径为 2。</w:t>
      </w:r>
    </w:p>
    <w:p>
      <w:pPr>
        <w:spacing w:before="0" w:after="80" w:line="300" w:lineRule="auto"/>
        <w:jc w:val="left"/>
      </w:pPr>
      <w:r>
        <w:rPr>
          <w:rFonts w:ascii="Times New Roman" w:hAnsi="Times New Roman" w:eastAsia="宋体"/>
          <w:b w:val="0"/>
          <w:i w:val="0"/>
          <w:sz w:val="21"/>
        </w:rPr>
        <w:t>这个直径是内部立方体的空间对角线，所以 l√(3) = 2，得到 l² = 4/3。</w:t>
      </w:r>
    </w:p>
    <w:p>
      <w:pPr>
        <w:spacing w:before="0" w:after="80" w:line="300" w:lineRule="auto"/>
        <w:jc w:val="left"/>
      </w:pPr>
      <w:r>
        <w:rPr>
          <w:rFonts w:ascii="Times New Roman" w:hAnsi="Times New Roman" w:eastAsia="宋体"/>
          <w:b w:val="0"/>
          <w:i w:val="0"/>
          <w:sz w:val="21"/>
        </w:rPr>
        <w:t>内部立方体表面积为 6 l² = 6 · 4/3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the outer cube has area 24 ÷ 6 = 4, so its side is 2, and the sphere has diameter 2.</w:t>
      </w:r>
    </w:p>
    <w:p>
      <w:pPr>
        <w:spacing w:before="0" w:after="80" w:line="300" w:lineRule="auto"/>
        <w:jc w:val="left"/>
      </w:pPr>
      <w:r>
        <w:rPr>
          <w:rFonts w:ascii="Times New Roman" w:hAnsi="Times New Roman" w:eastAsia="宋体"/>
          <w:b w:val="0"/>
          <w:i w:val="0"/>
          <w:color w:val="333333"/>
          <w:sz w:val="19"/>
        </w:rPr>
        <w:t>This diameter is the space diagonal of the inner cube, so l√(3) = 2, giving l² = 4/3.</w:t>
      </w:r>
    </w:p>
    <w:p>
      <w:pPr>
        <w:spacing w:before="0" w:after="80" w:line="300" w:lineRule="auto"/>
        <w:jc w:val="left"/>
      </w:pPr>
      <w:r>
        <w:rPr>
          <w:rFonts w:ascii="Times New Roman" w:hAnsi="Times New Roman" w:eastAsia="宋体"/>
          <w:b w:val="0"/>
          <w:i w:val="0"/>
          <w:color w:val="333333"/>
          <w:sz w:val="19"/>
        </w:rPr>
        <w:t>The inner cube’s surface area is 6 l² = 6 · 4/3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在整个数列中，每个数字作为百位、十位、个位出现的次数相同。</w:t>
      </w:r>
    </w:p>
    <w:p>
      <w:pPr>
        <w:spacing w:before="0" w:after="80" w:line="300" w:lineRule="auto"/>
        <w:jc w:val="left"/>
      </w:pPr>
      <w:r>
        <w:rPr>
          <w:rFonts w:ascii="Times New Roman" w:hAnsi="Times New Roman" w:eastAsia="宋体"/>
          <w:b w:val="0"/>
          <w:i w:val="0"/>
          <w:sz w:val="21"/>
        </w:rPr>
        <w:t>若 k 是所有项个位数字之和，则 S = 111k = 3 · 37 · k，所以 S 总能被 37 整除。</w:t>
      </w:r>
    </w:p>
    <w:p>
      <w:pPr>
        <w:spacing w:before="0" w:after="80" w:line="300" w:lineRule="auto"/>
        <w:jc w:val="left"/>
      </w:pPr>
      <w:r>
        <w:rPr>
          <w:rFonts w:ascii="Times New Roman" w:hAnsi="Times New Roman" w:eastAsia="宋体"/>
          <w:b w:val="0"/>
          <w:i w:val="0"/>
          <w:sz w:val="21"/>
        </w:rPr>
        <w:t>数列 123、231、312 给出 S = 666 = 2 · 3² · 37，没有更大的质因数被强制整除，所以答案是 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digit appears as a hundreds digit, a tens digit, and a units digit the same number of times across the sequence.</w:t>
      </w:r>
    </w:p>
    <w:p>
      <w:pPr>
        <w:spacing w:before="0" w:after="80" w:line="300" w:lineRule="auto"/>
        <w:jc w:val="left"/>
      </w:pPr>
      <w:r>
        <w:rPr>
          <w:rFonts w:ascii="Times New Roman" w:hAnsi="Times New Roman" w:eastAsia="宋体"/>
          <w:b w:val="0"/>
          <w:i w:val="0"/>
          <w:color w:val="333333"/>
          <w:sz w:val="19"/>
        </w:rPr>
        <w:t>If k is the sum of the units digits of all terms, then S = 111k = 3 · 37 · k, so S is always divisible by 37.</w:t>
      </w:r>
    </w:p>
    <w:p>
      <w:pPr>
        <w:spacing w:before="0" w:after="80" w:line="300" w:lineRule="auto"/>
        <w:jc w:val="left"/>
      </w:pPr>
      <w:r>
        <w:rPr>
          <w:rFonts w:ascii="Times New Roman" w:hAnsi="Times New Roman" w:eastAsia="宋体"/>
          <w:b w:val="0"/>
          <w:i w:val="0"/>
          <w:color w:val="333333"/>
          <w:sz w:val="19"/>
        </w:rPr>
        <w:t>The sequence 123, 231, 312 gives S = 666 = 2 · 3² · 37, which has no larger prime factor forced, so 37 is the answer.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因数 m + n 和 m - n 的奇偶性相同。因为它们的乘积是 96，所以不可能都是奇数，只能都是偶数。</w:t>
      </w:r>
    </w:p>
    <w:p>
      <w:pPr>
        <w:spacing w:before="0" w:after="80" w:line="300" w:lineRule="auto"/>
        <w:jc w:val="left"/>
      </w:pPr>
      <w:r>
        <w:rPr>
          <w:rFonts w:ascii="Times New Roman" w:hAnsi="Times New Roman" w:eastAsia="宋体"/>
          <w:b w:val="0"/>
          <w:i w:val="0"/>
          <w:sz w:val="21"/>
        </w:rPr>
        <w:t>偶数因数对为 (48, 2)、(24, 4)、(16, 6) 和 (12, 8)，对应 (m, n) = (25, 23)、(14, 10)、(11, 5) 和 (10, 2)。</w:t>
      </w:r>
    </w:p>
    <w:p>
      <w:pPr>
        <w:spacing w:before="0" w:after="80" w:line="300" w:lineRule="auto"/>
        <w:jc w:val="left"/>
      </w:pPr>
      <w:r>
        <w:rPr>
          <w:rFonts w:ascii="Times New Roman" w:hAnsi="Times New Roman" w:eastAsia="宋体"/>
          <w:b w:val="0"/>
          <w:i w:val="0"/>
          <w:sz w:val="21"/>
        </w:rPr>
        <w:t>所以共有 4 个有序对。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m + n and m - n have the same parity. Since their product is 96, they cannot both be odd, so both must be even.</w:t>
      </w:r>
    </w:p>
    <w:p>
      <w:pPr>
        <w:spacing w:before="0" w:after="80" w:line="300" w:lineRule="auto"/>
        <w:jc w:val="left"/>
      </w:pPr>
      <w:r>
        <w:rPr>
          <w:rFonts w:ascii="Times New Roman" w:hAnsi="Times New Roman" w:eastAsia="宋体"/>
          <w:b w:val="0"/>
          <w:i w:val="0"/>
          <w:color w:val="333333"/>
          <w:sz w:val="19"/>
        </w:rPr>
        <w:t>The even factor pairs are (48, 2), (24, 4), (16, 6), and (12, 8), giving (m, n) = (25, 23), (14, 10), (11, 5), and (10, 2).</w:t>
      </w:r>
    </w:p>
    <w:p>
      <w:pPr>
        <w:spacing w:before="0" w:after="80" w:line="300" w:lineRule="auto"/>
        <w:jc w:val="left"/>
      </w:pPr>
      <w:r>
        <w:rPr>
          <w:rFonts w:ascii="Times New Roman" w:hAnsi="Times New Roman" w:eastAsia="宋体"/>
          <w:b w:val="0"/>
          <w:i w:val="0"/>
          <w:color w:val="333333"/>
          <w:sz w:val="19"/>
        </w:rPr>
        <w:t>So there are 4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矩形 ABFE 面积为 AE · AB = 2 · 4√(2) = 8√(2)。</w:t>
      </w:r>
    </w:p>
    <w:p>
      <w:pPr>
        <w:spacing w:before="0" w:after="80" w:line="300" w:lineRule="auto"/>
        <w:jc w:val="left"/>
      </w:pPr>
      <w:r>
        <w:rPr>
          <w:rFonts w:ascii="Times New Roman" w:hAnsi="Times New Roman" w:eastAsia="宋体"/>
          <w:b w:val="0"/>
          <w:i w:val="0"/>
          <w:sz w:val="21"/>
        </w:rPr>
        <w:t>直角三角形 ACO 和 BDO 的斜边均为 2√(2)，且一条直角边为 2，所以每个都是面积为 2 的等腰直角三角形。</w:t>
      </w:r>
    </w:p>
    <w:p>
      <w:pPr>
        <w:spacing w:before="0" w:after="80" w:line="300" w:lineRule="auto"/>
        <w:jc w:val="left"/>
      </w:pPr>
      <w:r>
        <w:rPr>
          <w:rFonts w:ascii="Times New Roman" w:hAnsi="Times New Roman" w:eastAsia="宋体"/>
          <w:b w:val="0"/>
          <w:i w:val="0"/>
          <w:sz w:val="21"/>
        </w:rPr>
        <w:t>角 CAE 和 DBF 都是 45°，所以扇形 CAE 和 DBF 的面积各为 1/8 π · 2² = π/2。</w:t>
      </w:r>
    </w:p>
    <w:p>
      <w:pPr>
        <w:spacing w:before="0" w:after="80" w:line="300" w:lineRule="auto"/>
        <w:jc w:val="left"/>
      </w:pPr>
      <w:r>
        <w:rPr>
          <w:rFonts w:ascii="Times New Roman" w:hAnsi="Times New Roman" w:eastAsia="宋体"/>
          <w:b w:val="0"/>
          <w:i w:val="0"/>
          <w:sz w:val="21"/>
        </w:rPr>
        <w:t>阴影面积为</w:t>
      </w:r>
    </w:p>
    <w:p>
      <w:pPr>
        <w:spacing w:before="0" w:after="80" w:line="300" w:lineRule="auto"/>
        <w:jc w:val="left"/>
      </w:pPr>
      <w:r>
        <w:rPr>
          <w:rFonts w:ascii="Times New Roman" w:hAnsi="Times New Roman" w:eastAsia="宋体"/>
          <w:b w:val="0"/>
          <w:i w:val="0"/>
          <w:sz w:val="21"/>
        </w:rPr>
        <w:t>8√(2) - 2 · 2 - 2 · π/2</w:t>
      </w:r>
    </w:p>
    <w:p>
      <w:pPr>
        <w:spacing w:before="0" w:after="80" w:line="300" w:lineRule="auto"/>
        <w:jc w:val="left"/>
      </w:pPr>
      <w:r>
        <w:rPr>
          <w:rFonts w:ascii="Times New Roman" w:hAnsi="Times New Roman" w:eastAsia="宋体"/>
          <w:b w:val="0"/>
          <w:i w:val="0"/>
          <w:sz w:val="21"/>
        </w:rPr>
        <w:t>= 8√(2) - 4 - 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ABFE has area AE · AB = 2 · 4√(2) = 8√(2).</w:t>
      </w:r>
    </w:p>
    <w:p>
      <w:pPr>
        <w:spacing w:before="0" w:after="80" w:line="300" w:lineRule="auto"/>
        <w:jc w:val="left"/>
      </w:pPr>
      <w:r>
        <w:rPr>
          <w:rFonts w:ascii="Times New Roman" w:hAnsi="Times New Roman" w:eastAsia="宋体"/>
          <w:b w:val="0"/>
          <w:i w:val="0"/>
          <w:color w:val="333333"/>
          <w:sz w:val="19"/>
        </w:rPr>
        <w:t>Right triangles ACO and BDO each have hypotenuse 2√(2) and a leg of 2, so each is isosceles right with area 2.</w:t>
      </w:r>
    </w:p>
    <w:p>
      <w:pPr>
        <w:spacing w:before="0" w:after="80" w:line="300" w:lineRule="auto"/>
        <w:jc w:val="left"/>
      </w:pPr>
      <w:r>
        <w:rPr>
          <w:rFonts w:ascii="Times New Roman" w:hAnsi="Times New Roman" w:eastAsia="宋体"/>
          <w:b w:val="0"/>
          <w:i w:val="0"/>
          <w:color w:val="333333"/>
          <w:sz w:val="19"/>
        </w:rPr>
        <w:t>Angles CAE and DBF are each 45°, so sectors CAE and DBF each have area 1/8 π · 2² = π/2.</w:t>
      </w:r>
    </w:p>
    <w:p>
      <w:pPr>
        <w:spacing w:before="0" w:after="80" w:line="300" w:lineRule="auto"/>
        <w:jc w:val="left"/>
      </w:pPr>
      <w:r>
        <w:rPr>
          <w:rFonts w:ascii="Times New Roman" w:hAnsi="Times New Roman" w:eastAsia="宋体"/>
          <w:b w:val="0"/>
          <w:i w:val="0"/>
          <w:color w:val="333333"/>
          <w:sz w:val="19"/>
        </w:rPr>
        <w:t>The shaded area is</w:t>
      </w:r>
    </w:p>
    <w:p>
      <w:pPr>
        <w:spacing w:before="0" w:after="80" w:line="300" w:lineRule="auto"/>
        <w:jc w:val="left"/>
      </w:pPr>
      <w:r>
        <w:rPr>
          <w:rFonts w:ascii="Times New Roman" w:hAnsi="Times New Roman" w:eastAsia="宋体"/>
          <w:b w:val="0"/>
          <w:i w:val="0"/>
          <w:color w:val="333333"/>
          <w:sz w:val="19"/>
        </w:rPr>
        <w:t>8√(2) - 2 · 2 - 2 · π/2</w:t>
      </w:r>
    </w:p>
    <w:p>
      <w:pPr>
        <w:spacing w:before="0" w:after="80" w:line="300" w:lineRule="auto"/>
        <w:jc w:val="left"/>
      </w:pPr>
      <w:r>
        <w:rPr>
          <w:rFonts w:ascii="Times New Roman" w:hAnsi="Times New Roman" w:eastAsia="宋体"/>
          <w:b w:val="0"/>
          <w:i w:val="0"/>
          <w:color w:val="333333"/>
          <w:sz w:val="19"/>
        </w:rPr>
        <w:t>= 8√(2) - 4 - 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若 n ≤ 2007，则 S(n) ≤ 28，且 S(S(n)) ≤ 10，所以 n ≥ 2007 - 28 - 10 = 1969。</w:t>
      </w:r>
    </w:p>
    <w:p>
      <w:pPr>
        <w:spacing w:before="0" w:after="80" w:line="300" w:lineRule="auto"/>
        <w:jc w:val="left"/>
      </w:pPr>
      <w:r>
        <w:rPr>
          <w:rFonts w:ascii="Times New Roman" w:hAnsi="Times New Roman" w:eastAsia="宋体"/>
          <w:b w:val="0"/>
          <w:i w:val="0"/>
          <w:sz w:val="21"/>
        </w:rPr>
        <w:t>因为 n、S(n)、S(S(n)) 模 9 都同余，且 2007 是 9 的倍数，所以它们都必须是 3 的倍数。</w:t>
      </w:r>
    </w:p>
    <w:p>
      <w:pPr>
        <w:spacing w:before="0" w:after="80" w:line="300" w:lineRule="auto"/>
        <w:jc w:val="left"/>
      </w:pPr>
      <w:r>
        <w:rPr>
          <w:rFonts w:ascii="Times New Roman" w:hAnsi="Times New Roman" w:eastAsia="宋体"/>
          <w:b w:val="0"/>
          <w:i w:val="0"/>
          <w:sz w:val="21"/>
        </w:rPr>
        <w:t>检查 1969 到 2007 之间的 3 的倍数，满足条件的是 1977、1980、1983、2001。</w:t>
      </w:r>
    </w:p>
    <w:p>
      <w:pPr>
        <w:spacing w:before="0" w:after="80" w:line="300" w:lineRule="auto"/>
        <w:jc w:val="left"/>
      </w:pPr>
      <w:r>
        <w:rPr>
          <w:rFonts w:ascii="Times New Roman" w:hAnsi="Times New Roman" w:eastAsia="宋体"/>
          <w:b w:val="0"/>
          <w:i w:val="0"/>
          <w:sz w:val="21"/>
        </w:rPr>
        <w:t>所以共有 4 个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 2007, then S(n) ≤ 28 and S(S(n)) ≤ 10, so n ≥ 2007 - 28 - 10 = 1969.</w:t>
      </w:r>
    </w:p>
    <w:p>
      <w:pPr>
        <w:spacing w:before="0" w:after="80" w:line="300" w:lineRule="auto"/>
        <w:jc w:val="left"/>
      </w:pPr>
      <w:r>
        <w:rPr>
          <w:rFonts w:ascii="Times New Roman" w:hAnsi="Times New Roman" w:eastAsia="宋体"/>
          <w:b w:val="0"/>
          <w:i w:val="0"/>
          <w:color w:val="333333"/>
          <w:sz w:val="19"/>
        </w:rPr>
        <w:t>Since n, S(n), and S(S(n)) all leave the same remainder modulo 9 and 2007 is a multiple of 9, each must be a multiple of 3.</w:t>
      </w:r>
    </w:p>
    <w:p>
      <w:pPr>
        <w:spacing w:before="0" w:after="80" w:line="300" w:lineRule="auto"/>
        <w:jc w:val="left"/>
      </w:pPr>
      <w:r>
        <w:rPr>
          <w:rFonts w:ascii="Times New Roman" w:hAnsi="Times New Roman" w:eastAsia="宋体"/>
          <w:b w:val="0"/>
          <w:i w:val="0"/>
          <w:color w:val="333333"/>
          <w:sz w:val="19"/>
        </w:rPr>
        <w:t>Checking the multiples of 3 between 1969 and 2007, the condition holds for 1977, 1980, 1983, and 2001.</w:t>
      </w:r>
    </w:p>
    <w:p>
      <w:pPr>
        <w:spacing w:before="0" w:after="80" w:line="300" w:lineRule="auto"/>
        <w:jc w:val="left"/>
      </w:pPr>
      <w:r>
        <w:rPr>
          <w:rFonts w:ascii="Times New Roman" w:hAnsi="Times New Roman" w:eastAsia="宋体"/>
          <w:b w:val="0"/>
          <w:i w:val="0"/>
          <w:color w:val="333333"/>
          <w:sz w:val="19"/>
        </w:rPr>
        <w:t>So there are 4 values of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