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2006B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 (-1)¹ + (-1)² + ⋯ + (-1)²⁰⁰⁶ 的值。</w:t>
      </w:r>
    </w:p>
    <w:p>
      <w:pPr>
        <w:spacing w:before="0" w:after="120" w:line="300" w:lineRule="auto"/>
      </w:pPr>
      <w:r>
        <w:rPr>
          <w:rFonts w:ascii="Times New Roman" w:hAnsi="Times New Roman" w:eastAsia="宋体"/>
          <w:b w:val="0"/>
          <w:i w:val="0"/>
          <w:sz w:val="21"/>
        </w:rPr>
        <w:t>（A）-2006　　（B）-1　　（C）0　　（D）1　　（E）2006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(-1)¹ + (-1)² + ⋯ + (-1)²⁰⁰⁶?</w:t>
      </w:r>
    </w:p>
    <w:p>
      <w:pPr>
        <w:spacing w:before="0" w:after="160" w:line="300" w:lineRule="auto"/>
      </w:pPr>
      <w:r>
        <w:rPr>
          <w:rFonts w:ascii="Times New Roman" w:hAnsi="Times New Roman" w:eastAsia="宋体"/>
          <w:b w:val="0"/>
          <w:i w:val="0"/>
          <w:color w:val="333333"/>
          <w:sz w:val="19"/>
        </w:rPr>
        <w:t>(A) -2006　　(B) -1　　(C) 0　　(D) 1　　(E) 2006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对实数 x 和 y，定义 x spadesuit y = (x+y)(x-y)。求 3 spadesuit (4 spadesuit 5) 的值。</w:t>
      </w:r>
    </w:p>
    <w:p>
      <w:pPr>
        <w:spacing w:before="0" w:after="120" w:line="300" w:lineRule="auto"/>
      </w:pPr>
      <w:r>
        <w:rPr>
          <w:rFonts w:ascii="Times New Roman" w:hAnsi="Times New Roman" w:eastAsia="宋体"/>
          <w:b w:val="0"/>
          <w:i w:val="0"/>
          <w:sz w:val="21"/>
        </w:rPr>
        <w:t>（A）-72　　（B）-27　　（C）-24　　（D）24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real numbers x and y, define x spadesuit y = (x+y)(x-y). What is 3 spadesuit (4 spadesuit 5)?</w:t>
      </w:r>
    </w:p>
    <w:p>
      <w:pPr>
        <w:spacing w:before="0" w:after="160" w:line="300" w:lineRule="auto"/>
      </w:pPr>
      <w:r>
        <w:rPr>
          <w:rFonts w:ascii="Times New Roman" w:hAnsi="Times New Roman" w:eastAsia="宋体"/>
          <w:b w:val="0"/>
          <w:i w:val="0"/>
          <w:color w:val="333333"/>
          <w:sz w:val="19"/>
        </w:rPr>
        <w:t>(A) -72　　(B) -27　　(C) -24　　(D) 24　　(E) 72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Cougars 和 Panthers 两队进行了一场橄榄球比赛。两队总共得 34 分，Cougars 以 14 分优势获胜。Panthers 得了多少分？</w:t>
      </w:r>
    </w:p>
    <w:p>
      <w:pPr>
        <w:spacing w:before="0" w:after="120" w:line="300" w:lineRule="auto"/>
      </w:pPr>
      <w:r>
        <w:rPr>
          <w:rFonts w:ascii="Times New Roman" w:hAnsi="Times New Roman" w:eastAsia="宋体"/>
          <w:b w:val="0"/>
          <w:i w:val="0"/>
          <w:sz w:val="21"/>
        </w:rPr>
        <w:t>（A）10　　（B）14　　（C）17　　（D）20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football game was played between two teams, the Cougars and the Panthers. The two teams scored a total of 34 points, and the Cougars won by a margin of 14 points. How many points did the Panthers score?</w:t>
      </w:r>
    </w:p>
    <w:p>
      <w:pPr>
        <w:spacing w:before="0" w:after="160" w:line="300" w:lineRule="auto"/>
      </w:pPr>
      <w:r>
        <w:rPr>
          <w:rFonts w:ascii="Times New Roman" w:hAnsi="Times New Roman" w:eastAsia="宋体"/>
          <w:b w:val="0"/>
          <w:i w:val="0"/>
          <w:color w:val="333333"/>
          <w:sz w:val="19"/>
        </w:rPr>
        <w:t>(A) 10　　(B) 14　　(C) 17　　(D) 20　　(E) 24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直径为 1 英寸和 3 英寸的两个圆同心。较小圆涂成红色，较小圆外且较大圆内的部分涂成蓝色。蓝色面积与红色面积之比是多少？</w:t>
      </w:r>
    </w:p>
    <w:p>
      <w:pPr>
        <w:spacing w:before="80" w:after="80"/>
        <w:jc w:val="center"/>
      </w:pPr>
      <w:r>
        <w:drawing>
          <wp:inline xmlns:a="http://schemas.openxmlformats.org/drawingml/2006/main" xmlns:pic="http://schemas.openxmlformats.org/drawingml/2006/picture">
            <wp:extent cx="1740699" cy="1740699"/>
            <wp:docPr id="1" name="Picture 1"/>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740699" cy="1740699"/>
                    </a:xfrm>
                    <a:prstGeom prst="rect"/>
                  </pic:spPr>
                </pic:pic>
              </a:graphicData>
            </a:graphic>
          </wp:inline>
        </w:drawing>
      </w:r>
    </w:p>
    <w:p>
      <w:pPr>
        <w:spacing w:before="0" w:after="120" w:line="300" w:lineRule="auto"/>
      </w:pPr>
      <w:r>
        <w:rPr>
          <w:rFonts w:ascii="Times New Roman" w:hAnsi="Times New Roman" w:eastAsia="宋体"/>
          <w:b w:val="0"/>
          <w:i w:val="0"/>
          <w:sz w:val="21"/>
        </w:rPr>
        <w:t>（A）2　　（B）3　　（C）6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Circles of diameter 1 inch and 3 inches have the same center. The smaller circle is painted red, and the portion outside the smaller circle and inside the larger circle is painted blue. What is the ratio of the blue-painted area to the red-painted area?</w:t>
      </w:r>
    </w:p>
    <w:p>
      <w:pPr>
        <w:spacing w:before="80" w:after="80"/>
        <w:jc w:val="center"/>
      </w:pPr>
      <w:r>
        <w:drawing>
          <wp:inline xmlns:a="http://schemas.openxmlformats.org/drawingml/2006/main" xmlns:pic="http://schemas.openxmlformats.org/drawingml/2006/picture">
            <wp:extent cx="1740699" cy="1740699"/>
            <wp:docPr id="2" name="Picture 2"/>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740699" cy="1740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3　　(C) 6　　(D) 8　　(E) 9</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一个 2 × 3 矩形和一个 3 × 4 矩形放在一个正方形内，内部不重叠，且正方形的边与两个矩形的边平行。这个正方形最小可能面积是多少？</w:t>
      </w:r>
    </w:p>
    <w:p>
      <w:pPr>
        <w:spacing w:before="0" w:after="120" w:line="300" w:lineRule="auto"/>
      </w:pPr>
      <w:r>
        <w:rPr>
          <w:rFonts w:ascii="Times New Roman" w:hAnsi="Times New Roman" w:eastAsia="宋体"/>
          <w:b w:val="0"/>
          <w:i w:val="0"/>
          <w:sz w:val="21"/>
        </w:rPr>
        <w:t>（A）16　　（B）25　　（C）36　　（D）49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2 × 3 rectangle and a 3 × 4 rectangle are contained within a square without overlapping at any interior point, and the sides of the square are parallel to the sides of the two given rectangles. What is the smallest possible area of the square?</w:t>
      </w:r>
    </w:p>
    <w:p>
      <w:pPr>
        <w:spacing w:before="0" w:after="160" w:line="300" w:lineRule="auto"/>
      </w:pPr>
      <w:r>
        <w:rPr>
          <w:rFonts w:ascii="Times New Roman" w:hAnsi="Times New Roman" w:eastAsia="宋体"/>
          <w:b w:val="0"/>
          <w:i w:val="0"/>
          <w:color w:val="333333"/>
          <w:sz w:val="19"/>
        </w:rPr>
        <w:t>(A) 16　　(B) 25　　(C) 36　　(D) 49　　(E) 64</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如图，一个区域由以边长为 2/π 的正方形各边为直径构造的半圆弧围成。这个区域的周长是多少？</w:t>
      </w:r>
    </w:p>
    <w:p>
      <w:pPr>
        <w:spacing w:before="80" w:after="80"/>
        <w:jc w:val="center"/>
      </w:pPr>
      <w:r>
        <w:drawing>
          <wp:inline xmlns:a="http://schemas.openxmlformats.org/drawingml/2006/main" xmlns:pic="http://schemas.openxmlformats.org/drawingml/2006/picture">
            <wp:extent cx="1884700" cy="1884700"/>
            <wp:docPr id="3" name="Picture 3"/>
            <wp:cNvGraphicFramePr>
              <a:graphicFrameLocks noChangeAspect="1"/>
            </wp:cNvGraphicFramePr>
            <a:graphic>
              <a:graphicData uri="http://schemas.openxmlformats.org/drawingml/2006/picture">
                <pic:pic>
                  <pic:nvPicPr>
                    <pic:cNvPr id="0" name="q06-1@300dpi.png"/>
                    <pic:cNvPicPr/>
                  </pic:nvPicPr>
                  <pic:blipFill>
                    <a:blip r:embed="rId10"/>
                    <a:stretch>
                      <a:fillRect/>
                    </a:stretch>
                  </pic:blipFill>
                  <pic:spPr>
                    <a:xfrm>
                      <a:off x="0" y="0"/>
                      <a:ext cx="1884700" cy="1884700"/>
                    </a:xfrm>
                    <a:prstGeom prst="rect"/>
                  </pic:spPr>
                </pic:pic>
              </a:graphicData>
            </a:graphic>
          </wp:inline>
        </w:drawing>
      </w:r>
    </w:p>
    <w:p>
      <w:pPr>
        <w:spacing w:before="0" w:after="120" w:line="300" w:lineRule="auto"/>
      </w:pPr>
      <w:r>
        <w:rPr>
          <w:rFonts w:ascii="Times New Roman" w:hAnsi="Times New Roman" w:eastAsia="宋体"/>
          <w:b w:val="0"/>
          <w:i w:val="0"/>
          <w:sz w:val="21"/>
        </w:rPr>
        <w:t>（A）4/π　　（B）2　　（C）8/π　　（D）4　　（E）16/π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region is bounded by semicircular arcs constructed on the sides of a square whose sides measure 2/π, as shown. What is the perimeter of this region?</w:t>
      </w:r>
    </w:p>
    <w:p>
      <w:pPr>
        <w:spacing w:before="80" w:after="80"/>
        <w:jc w:val="center"/>
      </w:pPr>
      <w:r>
        <w:drawing>
          <wp:inline xmlns:a="http://schemas.openxmlformats.org/drawingml/2006/main" xmlns:pic="http://schemas.openxmlformats.org/drawingml/2006/picture">
            <wp:extent cx="1884700" cy="1884700"/>
            <wp:docPr id="4" name="Picture 4"/>
            <wp:cNvGraphicFramePr>
              <a:graphicFrameLocks noChangeAspect="1"/>
            </wp:cNvGraphicFramePr>
            <a:graphic>
              <a:graphicData uri="http://schemas.openxmlformats.org/drawingml/2006/picture">
                <pic:pic>
                  <pic:nvPicPr>
                    <pic:cNvPr id="0" name="q06-1@300dpi.png"/>
                    <pic:cNvPicPr/>
                  </pic:nvPicPr>
                  <pic:blipFill>
                    <a:blip r:embed="rId10"/>
                    <a:stretch>
                      <a:fillRect/>
                    </a:stretch>
                  </pic:blipFill>
                  <pic:spPr>
                    <a:xfrm>
                      <a:off x="0" y="0"/>
                      <a:ext cx="1884700" cy="1884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4/π　　(B) 2　　(C) 8/π　　(D) 4　　(E) 16/π</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下列哪一项等价于</w:t>
      </w:r>
    </w:p>
    <w:p>
      <w:pPr>
        <w:spacing w:before="0" w:after="80" w:line="300" w:lineRule="auto"/>
        <w:jc w:val="left"/>
      </w:pPr>
      <w:r>
        <w:rPr>
          <w:rFonts w:ascii="Times New Roman" w:hAnsi="Times New Roman" w:eastAsia="宋体"/>
          <w:b w:val="0"/>
          <w:i w:val="0"/>
          <w:sz w:val="21"/>
        </w:rPr>
        <w:t>√(x/(1-x-1/x))</w:t>
      </w:r>
    </w:p>
    <w:p>
      <w:pPr>
        <w:spacing w:before="0" w:after="80" w:line="300" w:lineRule="auto"/>
        <w:jc w:val="left"/>
      </w:pPr>
      <w:r>
        <w:rPr>
          <w:rFonts w:ascii="Times New Roman" w:hAnsi="Times New Roman" w:eastAsia="宋体"/>
          <w:b w:val="0"/>
          <w:i w:val="0"/>
          <w:sz w:val="21"/>
        </w:rPr>
        <w:t>其中 x &lt; 0？</w:t>
      </w:r>
    </w:p>
    <w:p>
      <w:pPr>
        <w:spacing w:before="0" w:after="120" w:line="300" w:lineRule="auto"/>
      </w:pPr>
      <w:r>
        <w:rPr>
          <w:rFonts w:ascii="Times New Roman" w:hAnsi="Times New Roman" w:eastAsia="宋体"/>
          <w:b w:val="0"/>
          <w:i w:val="0"/>
          <w:sz w:val="21"/>
        </w:rPr>
        <w:t>（A）-x　　（B）x　　（C）1　　（D）√(x/2)　　（E）x√(-1)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equivalent to</w:t>
      </w:r>
    </w:p>
    <w:p>
      <w:pPr>
        <w:spacing w:before="0" w:after="80" w:line="300" w:lineRule="auto"/>
        <w:jc w:val="left"/>
      </w:pPr>
      <w:r>
        <w:rPr>
          <w:rFonts w:ascii="Times New Roman" w:hAnsi="Times New Roman" w:eastAsia="宋体"/>
          <w:b w:val="0"/>
          <w:i w:val="0"/>
          <w:color w:val="333333"/>
          <w:sz w:val="19"/>
        </w:rPr>
        <w:t>√(x/(1-x-1/x))</w:t>
      </w:r>
    </w:p>
    <w:p>
      <w:pPr>
        <w:spacing w:before="0" w:after="80" w:line="300" w:lineRule="auto"/>
        <w:jc w:val="left"/>
      </w:pPr>
      <w:r>
        <w:rPr>
          <w:rFonts w:ascii="Times New Roman" w:hAnsi="Times New Roman" w:eastAsia="宋体"/>
          <w:b w:val="0"/>
          <w:i w:val="0"/>
          <w:color w:val="333333"/>
          <w:sz w:val="19"/>
        </w:rPr>
        <w:t>when x &lt; 0?</w:t>
      </w:r>
    </w:p>
    <w:p>
      <w:pPr>
        <w:spacing w:before="0" w:after="160" w:line="300" w:lineRule="auto"/>
      </w:pPr>
      <w:r>
        <w:rPr>
          <w:rFonts w:ascii="Times New Roman" w:hAnsi="Times New Roman" w:eastAsia="宋体"/>
          <w:b w:val="0"/>
          <w:i w:val="0"/>
          <w:color w:val="333333"/>
          <w:sz w:val="19"/>
        </w:rPr>
        <w:t>(A) -x　　(B) x　　(C) 1　　(D) √(x/2)　　(E) x√(-1)</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如图，一个面积为 40 的正方形内接于一个半圆。这个半圆的面积是多少？</w:t>
      </w:r>
    </w:p>
    <w:p>
      <w:pPr>
        <w:spacing w:before="80" w:after="80"/>
        <w:jc w:val="center"/>
      </w:pPr>
      <w:r>
        <w:drawing>
          <wp:inline xmlns:a="http://schemas.openxmlformats.org/drawingml/2006/main" xmlns:pic="http://schemas.openxmlformats.org/drawingml/2006/picture">
            <wp:extent cx="2558284" cy="1285492"/>
            <wp:docPr id="5" name="Picture 5"/>
            <wp:cNvGraphicFramePr>
              <a:graphicFrameLocks noChangeAspect="1"/>
            </wp:cNvGraphicFramePr>
            <a:graphic>
              <a:graphicData uri="http://schemas.openxmlformats.org/drawingml/2006/picture">
                <pic:pic>
                  <pic:nvPicPr>
                    <pic:cNvPr id="0" name="q08-1@300dpi.png"/>
                    <pic:cNvPicPr/>
                  </pic:nvPicPr>
                  <pic:blipFill>
                    <a:blip r:embed="rId11"/>
                    <a:stretch>
                      <a:fillRect/>
                    </a:stretch>
                  </pic:blipFill>
                  <pic:spPr>
                    <a:xfrm>
                      <a:off x="0" y="0"/>
                      <a:ext cx="2558284" cy="1285492"/>
                    </a:xfrm>
                    <a:prstGeom prst="rect"/>
                  </pic:spPr>
                </pic:pic>
              </a:graphicData>
            </a:graphic>
          </wp:inline>
        </w:drawing>
      </w:r>
    </w:p>
    <w:p>
      <w:pPr>
        <w:spacing w:before="0" w:after="120" w:line="300" w:lineRule="auto"/>
      </w:pPr>
      <w:r>
        <w:rPr>
          <w:rFonts w:ascii="Times New Roman" w:hAnsi="Times New Roman" w:eastAsia="宋体"/>
          <w:b w:val="0"/>
          <w:i w:val="0"/>
          <w:sz w:val="21"/>
        </w:rPr>
        <w:t>（A）20π　　（B）25π　　（C）30π　　（D）40π　　（E）50π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of area 40 is inscribed in a semicircle as shown. What is the area of the semicircle?</w:t>
      </w:r>
    </w:p>
    <w:p>
      <w:pPr>
        <w:spacing w:before="80" w:after="80"/>
        <w:jc w:val="center"/>
      </w:pPr>
      <w:r>
        <w:drawing>
          <wp:inline xmlns:a="http://schemas.openxmlformats.org/drawingml/2006/main" xmlns:pic="http://schemas.openxmlformats.org/drawingml/2006/picture">
            <wp:extent cx="2558284" cy="1285492"/>
            <wp:docPr id="6" name="Picture 6"/>
            <wp:cNvGraphicFramePr>
              <a:graphicFrameLocks noChangeAspect="1"/>
            </wp:cNvGraphicFramePr>
            <a:graphic>
              <a:graphicData uri="http://schemas.openxmlformats.org/drawingml/2006/picture">
                <pic:pic>
                  <pic:nvPicPr>
                    <pic:cNvPr id="0" name="q08-1@300dpi.png"/>
                    <pic:cNvPicPr/>
                  </pic:nvPicPr>
                  <pic:blipFill>
                    <a:blip r:embed="rId11"/>
                    <a:stretch>
                      <a:fillRect/>
                    </a:stretch>
                  </pic:blipFill>
                  <pic:spPr>
                    <a:xfrm>
                      <a:off x="0" y="0"/>
                      <a:ext cx="2558284" cy="128549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20π　　(B) 25π　　(C) 30π　　(D) 40π　　(E) 50π</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Francesca 用 100 克柠檬汁、100 克糖和 400 克水制作柠檬水。每 100 克柠檬汁含 25 卡路里，每 100 克糖含 386 卡路里。水不含卡路里。她的 200 克柠檬水含多少卡路里？</w:t>
      </w:r>
    </w:p>
    <w:p>
      <w:pPr>
        <w:spacing w:before="0" w:after="120" w:line="300" w:lineRule="auto"/>
      </w:pPr>
      <w:r>
        <w:rPr>
          <w:rFonts w:ascii="Times New Roman" w:hAnsi="Times New Roman" w:eastAsia="宋体"/>
          <w:b w:val="0"/>
          <w:i w:val="0"/>
          <w:sz w:val="21"/>
        </w:rPr>
        <w:t>（A）129　　（B）137　　（C）174　　（D）223　　（E）411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Francesca uses 100 grams of lemon juice, 100 grams of sugar, and 400 grams of water to make lemonade. There are 25 calories in 100 grams of lemon juice and 386 calories in 100 grams of sugar. Water contains no calories. How many calories are in 200 grams of her lemonade?</w:t>
      </w:r>
    </w:p>
    <w:p>
      <w:pPr>
        <w:spacing w:before="0" w:after="160" w:line="300" w:lineRule="auto"/>
      </w:pPr>
      <w:r>
        <w:rPr>
          <w:rFonts w:ascii="Times New Roman" w:hAnsi="Times New Roman" w:eastAsia="宋体"/>
          <w:b w:val="0"/>
          <w:i w:val="0"/>
          <w:color w:val="333333"/>
          <w:sz w:val="19"/>
        </w:rPr>
        <w:t>(A) 129　　(B) 137　　(C) 174　　(D) 223　　(E) 411</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一个三角形边长均为整数，其中一条边是第二条边的三倍，第三条边长为 15。这个三角形的最大可能周长是多少？</w:t>
      </w:r>
    </w:p>
    <w:p>
      <w:pPr>
        <w:spacing w:before="0" w:after="120" w:line="300" w:lineRule="auto"/>
      </w:pPr>
      <w:r>
        <w:rPr>
          <w:rFonts w:ascii="Times New Roman" w:hAnsi="Times New Roman" w:eastAsia="宋体"/>
          <w:b w:val="0"/>
          <w:i w:val="0"/>
          <w:sz w:val="21"/>
        </w:rPr>
        <w:t>（A）43　　（B）44　　（C）45　　（D）46　　（E）47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triangle with integer side lengths, one side is three times as long as a second side, and the length of the third side is 15. What is the greatest possible perimeter of the triangle?</w:t>
      </w:r>
    </w:p>
    <w:p>
      <w:pPr>
        <w:spacing w:before="0" w:after="160" w:line="300" w:lineRule="auto"/>
      </w:pPr>
      <w:r>
        <w:rPr>
          <w:rFonts w:ascii="Times New Roman" w:hAnsi="Times New Roman" w:eastAsia="宋体"/>
          <w:b w:val="0"/>
          <w:i w:val="0"/>
          <w:color w:val="333333"/>
          <w:sz w:val="19"/>
        </w:rPr>
        <w:t>(A) 43　　(B) 44　　(C) 45　　(D) 46　　(E) 47</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7! + 8! + 9! + ⋯ + 2006! 之和的十位数字是多少？</w:t>
      </w:r>
    </w:p>
    <w:p>
      <w:pPr>
        <w:spacing w:before="0" w:after="120" w:line="300" w:lineRule="auto"/>
      </w:pPr>
      <w:r>
        <w:rPr>
          <w:rFonts w:ascii="Times New Roman" w:hAnsi="Times New Roman" w:eastAsia="宋体"/>
          <w:b w:val="0"/>
          <w:i w:val="0"/>
          <w:sz w:val="21"/>
        </w:rPr>
        <w:t>（A）1　　（B）3　　（C）4　　（D）6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tens digit in the sum 7! + 8! + 9! + ⋯ + 2006! ?</w:t>
      </w:r>
    </w:p>
    <w:p>
      <w:pPr>
        <w:spacing w:before="0" w:after="160" w:line="300" w:lineRule="auto"/>
      </w:pPr>
      <w:r>
        <w:rPr>
          <w:rFonts w:ascii="Times New Roman" w:hAnsi="Times New Roman" w:eastAsia="宋体"/>
          <w:b w:val="0"/>
          <w:i w:val="0"/>
          <w:color w:val="333333"/>
          <w:sz w:val="19"/>
        </w:rPr>
        <w:t>(A) 1　　(B) 3　　(C) 4　　(D) 6　　(E) 9</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直线 x=1/4 y+a 与 y=1/4 x+b 交于点 (1,2)。求 a+b？</w:t>
      </w:r>
    </w:p>
    <w:p>
      <w:pPr>
        <w:spacing w:before="0" w:after="120" w:line="300" w:lineRule="auto"/>
      </w:pPr>
      <w:r>
        <w:rPr>
          <w:rFonts w:ascii="Times New Roman" w:hAnsi="Times New Roman" w:eastAsia="宋体"/>
          <w:b w:val="0"/>
          <w:i w:val="0"/>
          <w:sz w:val="21"/>
        </w:rPr>
        <w:t>（A）0　　（B）3/4　　（C）1　　（D）2　　（E）9/4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lines x=1/4 y+a and y=1/4 x+b intersect at the point (1,2). What is a+b?</w:t>
      </w:r>
    </w:p>
    <w:p>
      <w:pPr>
        <w:spacing w:before="0" w:after="160" w:line="300" w:lineRule="auto"/>
      </w:pPr>
      <w:r>
        <w:rPr>
          <w:rFonts w:ascii="Times New Roman" w:hAnsi="Times New Roman" w:eastAsia="宋体"/>
          <w:b w:val="0"/>
          <w:i w:val="0"/>
          <w:color w:val="333333"/>
          <w:sz w:val="19"/>
        </w:rPr>
        <w:t>(A) 0　　(B) 3/4　　(C) 1　　(D) 2　　(E) 9/4</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Joe 和 JoAnn 各买了 12 盎司咖啡，装在 16 盎司杯中。Joe 喝掉 2 盎司咖啡后加入 2 盎司奶油。JoAnn 先加入 2 盎司奶油，充分搅拌后喝掉 2 盎司。最终 Joe 咖啡中的奶油量与 JoAnn 咖啡中的奶油量之比是多少？</w:t>
      </w:r>
    </w:p>
    <w:p>
      <w:pPr>
        <w:spacing w:before="0" w:after="120" w:line="300" w:lineRule="auto"/>
      </w:pPr>
      <w:r>
        <w:rPr>
          <w:rFonts w:ascii="Times New Roman" w:hAnsi="Times New Roman" w:eastAsia="宋体"/>
          <w:b w:val="0"/>
          <w:i w:val="0"/>
          <w:sz w:val="21"/>
        </w:rPr>
        <w:t>（A）6/7　　（B）13/14　　（C）1　　（D）14/13　　（E）7/6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Joe and JoAnn each bought 12 ounces of coffee in a 16-ounce cup. Joe drank 2 ounces of his coffee and then added 2 ounces of cream. JoAnn added 2 ounces of cream, stirred the coffee well, and then drank 2 ounces. What is the resulting ratio of the amount of cream in Joe’s coffee to that in JoAnn’s coffee?</w:t>
      </w:r>
    </w:p>
    <w:p>
      <w:pPr>
        <w:spacing w:before="0" w:after="160" w:line="300" w:lineRule="auto"/>
      </w:pPr>
      <w:r>
        <w:rPr>
          <w:rFonts w:ascii="Times New Roman" w:hAnsi="Times New Roman" w:eastAsia="宋体"/>
          <w:b w:val="0"/>
          <w:i w:val="0"/>
          <w:color w:val="333333"/>
          <w:sz w:val="19"/>
        </w:rPr>
        <w:t>(A) 6/7　　(B) 13/14　　(C) 1　　(D) 14/13　　(E) 7/6</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设 a 和 b 是方程 x²-mx+2=0 的根。又设 a+1/b 和 b+1/a 是方程 x²-px+q=0 的根。求 q 的值。</w:t>
      </w:r>
    </w:p>
    <w:p>
      <w:pPr>
        <w:spacing w:before="0" w:after="120" w:line="300" w:lineRule="auto"/>
      </w:pPr>
      <w:r>
        <w:rPr>
          <w:rFonts w:ascii="Times New Roman" w:hAnsi="Times New Roman" w:eastAsia="宋体"/>
          <w:b w:val="0"/>
          <w:i w:val="0"/>
          <w:sz w:val="21"/>
        </w:rPr>
        <w:t>（A）5/2　　（B）7/2　　（C）4　　（D）9/2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and b be the roots of the equation x²-mx+2=0. Suppose that a+1/b and b+1/a are the roots of the equation x²-px+q=0. What is q?</w:t>
      </w:r>
    </w:p>
    <w:p>
      <w:pPr>
        <w:spacing w:before="0" w:after="160" w:line="300" w:lineRule="auto"/>
      </w:pPr>
      <w:r>
        <w:rPr>
          <w:rFonts w:ascii="Times New Roman" w:hAnsi="Times New Roman" w:eastAsia="宋体"/>
          <w:b w:val="0"/>
          <w:i w:val="0"/>
          <w:color w:val="333333"/>
          <w:sz w:val="19"/>
        </w:rPr>
        <w:t>(A) 5/2　　(B) 7/2　　(C) 4　　(D) 9/2　　(E) 8</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菱形 ABCD 与菱形 BFDE 相似。菱形 ABCD 的面积为 24，且 ∠ BAD=60°。菱形 BFDE 的面积是多少？</w:t>
      </w:r>
    </w:p>
    <w:p>
      <w:pPr>
        <w:spacing w:before="80" w:after="80"/>
        <w:jc w:val="center"/>
      </w:pPr>
      <w:r>
        <w:drawing>
          <wp:inline xmlns:a="http://schemas.openxmlformats.org/drawingml/2006/main" xmlns:pic="http://schemas.openxmlformats.org/drawingml/2006/picture">
            <wp:extent cx="2063801" cy="1340874"/>
            <wp:docPr id="7" name="Picture 7"/>
            <wp:cNvGraphicFramePr>
              <a:graphicFrameLocks noChangeAspect="1"/>
            </wp:cNvGraphicFramePr>
            <a:graphic>
              <a:graphicData uri="http://schemas.openxmlformats.org/drawingml/2006/picture">
                <pic:pic>
                  <pic:nvPicPr>
                    <pic:cNvPr id="0" name="q15-1@300dpi.png"/>
                    <pic:cNvPicPr/>
                  </pic:nvPicPr>
                  <pic:blipFill>
                    <a:blip r:embed="rId12"/>
                    <a:stretch>
                      <a:fillRect/>
                    </a:stretch>
                  </pic:blipFill>
                  <pic:spPr>
                    <a:xfrm>
                      <a:off x="0" y="0"/>
                      <a:ext cx="2063801" cy="1340874"/>
                    </a:xfrm>
                    <a:prstGeom prst="rect"/>
                  </pic:spPr>
                </pic:pic>
              </a:graphicData>
            </a:graphic>
          </wp:inline>
        </w:drawing>
      </w:r>
    </w:p>
    <w:p>
      <w:pPr>
        <w:spacing w:before="0" w:after="120" w:line="300" w:lineRule="auto"/>
      </w:pPr>
      <w:r>
        <w:rPr>
          <w:rFonts w:ascii="Times New Roman" w:hAnsi="Times New Roman" w:eastAsia="宋体"/>
          <w:b w:val="0"/>
          <w:i w:val="0"/>
          <w:sz w:val="21"/>
        </w:rPr>
        <w:t>（A）6　　（B）4√(3)　　（C）8　　（D）9　　（E）6√(3)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Rhombus ABCD is similar to rhombus BFDE. The area of rhombus ABCD is 24, and ∠ BAD=60°. What is the area of rhombus BFDE?</w:t>
      </w:r>
    </w:p>
    <w:p>
      <w:pPr>
        <w:spacing w:before="80" w:after="80"/>
        <w:jc w:val="center"/>
      </w:pPr>
      <w:r>
        <w:drawing>
          <wp:inline xmlns:a="http://schemas.openxmlformats.org/drawingml/2006/main" xmlns:pic="http://schemas.openxmlformats.org/drawingml/2006/picture">
            <wp:extent cx="2063801" cy="1340874"/>
            <wp:docPr id="8" name="Picture 8"/>
            <wp:cNvGraphicFramePr>
              <a:graphicFrameLocks noChangeAspect="1"/>
            </wp:cNvGraphicFramePr>
            <a:graphic>
              <a:graphicData uri="http://schemas.openxmlformats.org/drawingml/2006/picture">
                <pic:pic>
                  <pic:nvPicPr>
                    <pic:cNvPr id="0" name="q15-1@300dpi.png"/>
                    <pic:cNvPicPr/>
                  </pic:nvPicPr>
                  <pic:blipFill>
                    <a:blip r:embed="rId12"/>
                    <a:stretch>
                      <a:fillRect/>
                    </a:stretch>
                  </pic:blipFill>
                  <pic:spPr>
                    <a:xfrm>
                      <a:off x="0" y="0"/>
                      <a:ext cx="2063801" cy="134087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4√(3)　　(C) 8　　(D) 9　　(E) 6√(3)</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2004 年二月 29 日这个闰日是星期日。2020 年二月 29 日将是星期几？</w:t>
      </w:r>
    </w:p>
    <w:p>
      <w:pPr>
        <w:spacing w:before="0" w:after="120" w:line="300" w:lineRule="auto"/>
      </w:pPr>
      <w:r>
        <w:rPr>
          <w:rFonts w:ascii="Times New Roman" w:hAnsi="Times New Roman" w:eastAsia="宋体"/>
          <w:b w:val="0"/>
          <w:i w:val="0"/>
          <w:sz w:val="21"/>
        </w:rPr>
        <w:t>（A）星期二　　（B）星期三　　（C）星期四　　（D）星期五　　（E）星期六</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Leap Day, February 29, 2004, occurred on a Sunday. On what day of the week will Leap Day, February 29, 2020, occur?</w:t>
      </w:r>
    </w:p>
    <w:p>
      <w:pPr>
        <w:spacing w:before="0" w:after="160" w:line="300" w:lineRule="auto"/>
      </w:pPr>
      <w:r>
        <w:rPr>
          <w:rFonts w:ascii="Times New Roman" w:hAnsi="Times New Roman" w:eastAsia="宋体"/>
          <w:b w:val="0"/>
          <w:i w:val="0"/>
          <w:color w:val="333333"/>
          <w:sz w:val="19"/>
        </w:rPr>
        <w:t>(A) Tuesday　　(B) Wednesday　　(C) Thursday　　(D) Friday　　(E) Saturday</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Bob 和 Alice 各有一个袋子，袋中各有蓝、绿、橙、红、紫五种颜色的球各一个。Alice 随机从她的袋子中选一个球放入 Bob 的袋子。然后 Bob 随机从自己的袋子中选一个球放入 Alice 的袋子。这个过程结束后，两个袋子中内容相同的概率是多少？</w:t>
      </w:r>
    </w:p>
    <w:p>
      <w:pPr>
        <w:spacing w:before="0" w:after="120" w:line="300" w:lineRule="auto"/>
      </w:pPr>
      <w:r>
        <w:rPr>
          <w:rFonts w:ascii="Times New Roman" w:hAnsi="Times New Roman" w:eastAsia="宋体"/>
          <w:b w:val="0"/>
          <w:i w:val="0"/>
          <w:sz w:val="21"/>
        </w:rPr>
        <w:t>（A）1/10　　（B）1/6　　（C）1/5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Bob and Alice each have a bag that contains one ball of each of the colors blue, green, orange, red, and violet. Alice randomly selects one ball from her bag and puts it into Bob’s bag. Bob then randomly selects one ball from his bag and puts it into Alice’s bag. What is the probability that after this process the contents of the two bags are the same?</w:t>
      </w:r>
    </w:p>
    <w:p>
      <w:pPr>
        <w:spacing w:before="0" w:after="160" w:line="300" w:lineRule="auto"/>
      </w:pPr>
      <w:r>
        <w:rPr>
          <w:rFonts w:ascii="Times New Roman" w:hAnsi="Times New Roman" w:eastAsia="宋体"/>
          <w:b w:val="0"/>
          <w:i w:val="0"/>
          <w:color w:val="333333"/>
          <w:sz w:val="19"/>
        </w:rPr>
        <w:t>(A) 1/10　　(B) 1/6　　(C) 1/5　　(D) 1/3　　(E) 1/2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设 a₁，a₂，… 是一个数列，其中 a₁=2，a₂=3，且对每个正整数 n≥ 3，有 aₙ=(aₙ₋₁)/(aₙ₋₂)。求 a₂₀₀₆？</w:t>
      </w:r>
    </w:p>
    <w:p>
      <w:pPr>
        <w:spacing w:before="0" w:after="120" w:line="300" w:lineRule="auto"/>
      </w:pPr>
      <w:r>
        <w:rPr>
          <w:rFonts w:ascii="Times New Roman" w:hAnsi="Times New Roman" w:eastAsia="宋体"/>
          <w:b w:val="0"/>
          <w:i w:val="0"/>
          <w:sz w:val="21"/>
        </w:rPr>
        <w:t>（A）1/2　　（B）2/3　　（C）3/2　　（D）2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a₁, a₂, … be a sequence for which a₁=2, a₂=3, and aₙ=(aₙ₋₁)/(aₙ₋₂) for each positive integer n≥ 3. What is a₂₀₀₆?</w:t>
      </w:r>
    </w:p>
    <w:p>
      <w:pPr>
        <w:spacing w:before="0" w:after="160" w:line="300" w:lineRule="auto"/>
      </w:pPr>
      <w:r>
        <w:rPr>
          <w:rFonts w:ascii="Times New Roman" w:hAnsi="Times New Roman" w:eastAsia="宋体"/>
          <w:b w:val="0"/>
          <w:i w:val="0"/>
          <w:color w:val="333333"/>
          <w:sz w:val="19"/>
        </w:rPr>
        <w:t>(A) 1/2　　(B) 2/3　　(C) 3/2　　(D) 2　　(E) 3</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半径为 2 的圆以 O 为圆心。正方形 OABC 的边长为 1。边 AB 和 CB 分别越过 B 延长，与圆交于 D 和 E。图中由 BD、BE 以及连接 D 和 E 的小弧围成的阴影区域面积是多少？</w:t>
      </w:r>
    </w:p>
    <w:p>
      <w:pPr>
        <w:spacing w:before="80" w:after="80"/>
        <w:jc w:val="center"/>
      </w:pPr>
      <w:r>
        <w:drawing>
          <wp:inline xmlns:a="http://schemas.openxmlformats.org/drawingml/2006/main" xmlns:pic="http://schemas.openxmlformats.org/drawingml/2006/picture">
            <wp:extent cx="1939755" cy="1924556"/>
            <wp:docPr id="9" name="Picture 9"/>
            <wp:cNvGraphicFramePr>
              <a:graphicFrameLocks noChangeAspect="1"/>
            </wp:cNvGraphicFramePr>
            <a:graphic>
              <a:graphicData uri="http://schemas.openxmlformats.org/drawingml/2006/picture">
                <pic:pic>
                  <pic:nvPicPr>
                    <pic:cNvPr id="0" name="q19-1@300dpi.png"/>
                    <pic:cNvPicPr/>
                  </pic:nvPicPr>
                  <pic:blipFill>
                    <a:blip r:embed="rId13"/>
                    <a:stretch>
                      <a:fillRect/>
                    </a:stretch>
                  </pic:blipFill>
                  <pic:spPr>
                    <a:xfrm>
                      <a:off x="0" y="0"/>
                      <a:ext cx="1939755" cy="1924556"/>
                    </a:xfrm>
                    <a:prstGeom prst="rect"/>
                  </pic:spPr>
                </pic:pic>
              </a:graphicData>
            </a:graphic>
          </wp:inline>
        </w:drawing>
      </w:r>
    </w:p>
    <w:p>
      <w:pPr>
        <w:spacing w:before="0" w:after="120" w:line="300" w:lineRule="auto"/>
      </w:pPr>
      <w:r>
        <w:rPr>
          <w:rFonts w:ascii="Times New Roman" w:hAnsi="Times New Roman" w:eastAsia="宋体"/>
          <w:b w:val="0"/>
          <w:i w:val="0"/>
          <w:sz w:val="21"/>
        </w:rPr>
        <w:t>（A）π/3+1-√(3)　　（B）π/2(2-√(3))　　（C）π(2-√(3))　　（D）π/6+(√(3)-1)/2　　（E）π/3-1+√(3)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radius 2 is centered at O. Square OABC has side length 1. Sides AB and CB are extended past B to meet the circle at D and E, respectively. What is the area of the shaded region in the figure, which is bounded by BD, BE, and the minor arc connecting D and E?</w:t>
      </w:r>
    </w:p>
    <w:p>
      <w:pPr>
        <w:spacing w:before="80" w:after="80"/>
        <w:jc w:val="center"/>
      </w:pPr>
      <w:r>
        <w:drawing>
          <wp:inline xmlns:a="http://schemas.openxmlformats.org/drawingml/2006/main" xmlns:pic="http://schemas.openxmlformats.org/drawingml/2006/picture">
            <wp:extent cx="1939755" cy="1924556"/>
            <wp:docPr id="10" name="Picture 10"/>
            <wp:cNvGraphicFramePr>
              <a:graphicFrameLocks noChangeAspect="1"/>
            </wp:cNvGraphicFramePr>
            <a:graphic>
              <a:graphicData uri="http://schemas.openxmlformats.org/drawingml/2006/picture">
                <pic:pic>
                  <pic:nvPicPr>
                    <pic:cNvPr id="0" name="q19-1@300dpi.png"/>
                    <pic:cNvPicPr/>
                  </pic:nvPicPr>
                  <pic:blipFill>
                    <a:blip r:embed="rId13"/>
                    <a:stretch>
                      <a:fillRect/>
                    </a:stretch>
                  </pic:blipFill>
                  <pic:spPr>
                    <a:xfrm>
                      <a:off x="0" y="0"/>
                      <a:ext cx="1939755" cy="192455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π/3+1-√(3)　　(B) π/2(2-√(3))　　(C) π(2-√(3))　　(D) π/6+(√(3)-1)/2　　(E) π/3-1+√(3)</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在矩形 ABCD 中，A=(6,-22)、B=(2006,178)，且 D=(8,y)，其中 y 为整数。矩形 ABCD 的面积是多少？</w:t>
      </w:r>
    </w:p>
    <w:p>
      <w:pPr>
        <w:spacing w:before="0" w:after="120" w:line="300" w:lineRule="auto"/>
      </w:pPr>
      <w:r>
        <w:rPr>
          <w:rFonts w:ascii="Times New Roman" w:hAnsi="Times New Roman" w:eastAsia="宋体"/>
          <w:b w:val="0"/>
          <w:i w:val="0"/>
          <w:sz w:val="21"/>
        </w:rPr>
        <w:t>（A）4000　　（B）4040　　（C）4400　　（D）40,000　　（E）40,400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rectangle ABCD, we have A=(6,-22), B=(2006,178), and D=(8,y) for some integer y. What is the area of rectangle ABCD?</w:t>
      </w:r>
    </w:p>
    <w:p>
      <w:pPr>
        <w:spacing w:before="0" w:after="160" w:line="300" w:lineRule="auto"/>
      </w:pPr>
      <w:r>
        <w:rPr>
          <w:rFonts w:ascii="Times New Roman" w:hAnsi="Times New Roman" w:eastAsia="宋体"/>
          <w:b w:val="0"/>
          <w:i w:val="0"/>
          <w:color w:val="333333"/>
          <w:sz w:val="19"/>
        </w:rPr>
        <w:t>(A) 4000　　(B) 4040　　(C) 4400　　(D) 40,000　　(E) 40,400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一对特殊骰子中，每个骰子掷出 1，2，3，4，5 和 6 的概率之比为 1:2:3:4:5:6。掷两个骰子，总和为 7 的概率是多少？</w:t>
      </w:r>
    </w:p>
    <w:p>
      <w:pPr>
        <w:spacing w:before="0" w:after="120" w:line="300" w:lineRule="auto"/>
      </w:pPr>
      <w:r>
        <w:rPr>
          <w:rFonts w:ascii="Times New Roman" w:hAnsi="Times New Roman" w:eastAsia="宋体"/>
          <w:b w:val="0"/>
          <w:i w:val="0"/>
          <w:sz w:val="21"/>
        </w:rPr>
        <w:t>（A）4/63　　（B）1/8　　（C）8/63　　（D）1/6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particular peculiar pair of dice, the probabilities of rolling 1, 2, 3, 4, 5, and 6 on each die are in the ratio 1:2:3:4:5:6. What is the probability of rolling a total of 7 on the two dice?</w:t>
      </w:r>
    </w:p>
    <w:p>
      <w:pPr>
        <w:spacing w:before="0" w:after="160" w:line="300" w:lineRule="auto"/>
      </w:pPr>
      <w:r>
        <w:rPr>
          <w:rFonts w:ascii="Times New Roman" w:hAnsi="Times New Roman" w:eastAsia="宋体"/>
          <w:b w:val="0"/>
          <w:i w:val="0"/>
          <w:color w:val="333333"/>
          <w:sz w:val="19"/>
        </w:rPr>
        <w:t>(A) 4/63　　(B) 1/8　　(C) 8/63　　(D) 1/6　　(E) 2/7</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Elmo 为一次募捐活动制作 N 个三明治。每个三明治使用 B 团花生酱，每团 4¢，以及 J 团果酱，每团 5¢。制作全部三明治所用的花生酱和果酱成本为 $2.53。设 B、J 和 N 是正整数且 N &gt; 1。Elmo 制作三明治所用果酱的成本是多少？</w:t>
      </w:r>
    </w:p>
    <w:p>
      <w:pPr>
        <w:spacing w:before="0" w:after="120" w:line="300" w:lineRule="auto"/>
      </w:pPr>
      <w:r>
        <w:rPr>
          <w:rFonts w:ascii="Times New Roman" w:hAnsi="Times New Roman" w:eastAsia="宋体"/>
          <w:b w:val="0"/>
          <w:i w:val="0"/>
          <w:sz w:val="21"/>
        </w:rPr>
        <w:t>（A）$1.05　　（B）$1.25　　（C）$1.45　　（D）$1.65　　（E）$1.85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Elmo makes N sandwiches for a fundraiser. For each sandwich he uses B globs of peanut butter at 4¢ per glob and J blobs of jam at 5¢ per blob. The cost of the peanut butter and jam to make all the sandwiches is $2.53. Assume that B, J, and N are positive integers with N &gt; 1. What is the cost of the jam Elmo uses to make the sandwiches?</w:t>
      </w:r>
    </w:p>
    <w:p>
      <w:pPr>
        <w:spacing w:before="0" w:after="160" w:line="300" w:lineRule="auto"/>
      </w:pPr>
      <w:r>
        <w:rPr>
          <w:rFonts w:ascii="Times New Roman" w:hAnsi="Times New Roman" w:eastAsia="宋体"/>
          <w:b w:val="0"/>
          <w:i w:val="0"/>
          <w:color w:val="333333"/>
          <w:sz w:val="19"/>
        </w:rPr>
        <w:t>(A) $1.05　　(B) $1.25　　(C) $1.45　　(D) $1.65　　(E) $1.85</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一个三角形被从两个顶点向对边作出的两条线分割成三个三角形和一个四边形。如图，三个三角形面积分别为 3、7 和 7。阴影四边形的面积是多少？</w:t>
      </w:r>
    </w:p>
    <w:p>
      <w:pPr>
        <w:spacing w:before="80" w:after="80"/>
        <w:jc w:val="center"/>
      </w:pPr>
      <w:r>
        <w:drawing>
          <wp:inline xmlns:a="http://schemas.openxmlformats.org/drawingml/2006/main" xmlns:pic="http://schemas.openxmlformats.org/drawingml/2006/picture">
            <wp:extent cx="1956699" cy="1179100"/>
            <wp:docPr id="11" name="Picture 11"/>
            <wp:cNvGraphicFramePr>
              <a:graphicFrameLocks noChangeAspect="1"/>
            </wp:cNvGraphicFramePr>
            <a:graphic>
              <a:graphicData uri="http://schemas.openxmlformats.org/drawingml/2006/picture">
                <pic:pic>
                  <pic:nvPicPr>
                    <pic:cNvPr id="0" name="q23-1@300dpi.png"/>
                    <pic:cNvPicPr/>
                  </pic:nvPicPr>
                  <pic:blipFill>
                    <a:blip r:embed="rId14"/>
                    <a:stretch>
                      <a:fillRect/>
                    </a:stretch>
                  </pic:blipFill>
                  <pic:spPr>
                    <a:xfrm>
                      <a:off x="0" y="0"/>
                      <a:ext cx="1956699" cy="1179100"/>
                    </a:xfrm>
                    <a:prstGeom prst="rect"/>
                  </pic:spPr>
                </pic:pic>
              </a:graphicData>
            </a:graphic>
          </wp:inline>
        </w:drawing>
      </w:r>
    </w:p>
    <w:p>
      <w:pPr>
        <w:spacing w:before="0" w:after="120" w:line="300" w:lineRule="auto"/>
      </w:pPr>
      <w:r>
        <w:rPr>
          <w:rFonts w:ascii="Times New Roman" w:hAnsi="Times New Roman" w:eastAsia="宋体"/>
          <w:b w:val="0"/>
          <w:i w:val="0"/>
          <w:sz w:val="21"/>
        </w:rPr>
        <w:t>（A）15　　（B）17　　（C）35/2　　（D）18　　（E）55/3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is partitioned into three triangles and a quadrilateral by drawing two lines from vertices to their opposite sides. The areas of the three triangles are 3, 7, and 7, as shown. What is the area of the shaded quadrilateral?</w:t>
      </w:r>
    </w:p>
    <w:p>
      <w:pPr>
        <w:spacing w:before="80" w:after="80"/>
        <w:jc w:val="center"/>
      </w:pPr>
      <w:r>
        <w:drawing>
          <wp:inline xmlns:a="http://schemas.openxmlformats.org/drawingml/2006/main" xmlns:pic="http://schemas.openxmlformats.org/drawingml/2006/picture">
            <wp:extent cx="1956699" cy="1179100"/>
            <wp:docPr id="12" name="Picture 12"/>
            <wp:cNvGraphicFramePr>
              <a:graphicFrameLocks noChangeAspect="1"/>
            </wp:cNvGraphicFramePr>
            <a:graphic>
              <a:graphicData uri="http://schemas.openxmlformats.org/drawingml/2006/picture">
                <pic:pic>
                  <pic:nvPicPr>
                    <pic:cNvPr id="0" name="q23-1@300dpi.png"/>
                    <pic:cNvPicPr/>
                  </pic:nvPicPr>
                  <pic:blipFill>
                    <a:blip r:embed="rId14"/>
                    <a:stretch>
                      <a:fillRect/>
                    </a:stretch>
                  </pic:blipFill>
                  <pic:spPr>
                    <a:xfrm>
                      <a:off x="0" y="0"/>
                      <a:ext cx="1956699" cy="11791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　　(B) 17　　(C) 35/2　　(D) 18　　(E) 55/3</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圆心分别为 O 和 P 的两个圆半径为 2 和 4，且外切。点 A 和 B 在圆心为 O 的圆上，点 C 和 D 在圆心为 P 的圆上，使得 AD 和 BC 是两圆的公外切线。凹六边形 AOBCPD 的面积是多少？</w:t>
      </w:r>
    </w:p>
    <w:p>
      <w:pPr>
        <w:spacing w:before="80" w:after="80"/>
        <w:jc w:val="center"/>
      </w:pPr>
      <w:r>
        <w:drawing>
          <wp:inline xmlns:a="http://schemas.openxmlformats.org/drawingml/2006/main" xmlns:pic="http://schemas.openxmlformats.org/drawingml/2006/picture">
            <wp:extent cx="3036699" cy="2243916"/>
            <wp:docPr id="13" name="Picture 13"/>
            <wp:cNvGraphicFramePr>
              <a:graphicFrameLocks noChangeAspect="1"/>
            </wp:cNvGraphicFramePr>
            <a:graphic>
              <a:graphicData uri="http://schemas.openxmlformats.org/drawingml/2006/picture">
                <pic:pic>
                  <pic:nvPicPr>
                    <pic:cNvPr id="0" name="q24-1@300dpi.png"/>
                    <pic:cNvPicPr/>
                  </pic:nvPicPr>
                  <pic:blipFill>
                    <a:blip r:embed="rId15"/>
                    <a:stretch>
                      <a:fillRect/>
                    </a:stretch>
                  </pic:blipFill>
                  <pic:spPr>
                    <a:xfrm>
                      <a:off x="0" y="0"/>
                      <a:ext cx="3036699" cy="2243916"/>
                    </a:xfrm>
                    <a:prstGeom prst="rect"/>
                  </pic:spPr>
                </pic:pic>
              </a:graphicData>
            </a:graphic>
          </wp:inline>
        </w:drawing>
      </w:r>
    </w:p>
    <w:p>
      <w:pPr>
        <w:spacing w:before="0" w:after="120" w:line="300" w:lineRule="auto"/>
      </w:pPr>
      <w:r>
        <w:rPr>
          <w:rFonts w:ascii="Times New Roman" w:hAnsi="Times New Roman" w:eastAsia="宋体"/>
          <w:b w:val="0"/>
          <w:i w:val="0"/>
          <w:sz w:val="21"/>
        </w:rPr>
        <w:t>（A）18√(3)　　（B）24√(2)　　（C）36　　（D）24√(3)　　（E）32√(2)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Circles with centers at O and P have radii 2 and 4, respectively, and are externally tangent. Points A and B on the circle with center O and points C and D on the circle with center P are such that AD and BC are common external tangents to the circles. What is the area of the concave hexagon AOBCPD?</w:t>
      </w:r>
    </w:p>
    <w:p>
      <w:pPr>
        <w:spacing w:before="80" w:after="80"/>
        <w:jc w:val="center"/>
      </w:pPr>
      <w:r>
        <w:drawing>
          <wp:inline xmlns:a="http://schemas.openxmlformats.org/drawingml/2006/main" xmlns:pic="http://schemas.openxmlformats.org/drawingml/2006/picture">
            <wp:extent cx="3036699" cy="2243916"/>
            <wp:docPr id="14" name="Picture 14"/>
            <wp:cNvGraphicFramePr>
              <a:graphicFrameLocks noChangeAspect="1"/>
            </wp:cNvGraphicFramePr>
            <a:graphic>
              <a:graphicData uri="http://schemas.openxmlformats.org/drawingml/2006/picture">
                <pic:pic>
                  <pic:nvPicPr>
                    <pic:cNvPr id="0" name="q24-1@300dpi.png"/>
                    <pic:cNvPicPr/>
                  </pic:nvPicPr>
                  <pic:blipFill>
                    <a:blip r:embed="rId15"/>
                    <a:stretch>
                      <a:fillRect/>
                    </a:stretch>
                  </pic:blipFill>
                  <pic:spPr>
                    <a:xfrm>
                      <a:off x="0" y="0"/>
                      <a:ext cx="3036699" cy="224391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18√(3)　　(B) 24√(2)　　(C) 36　　(D) 24√(3)　　(E) 32√(2)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Jones 先生有八个年龄各不相同的孩子。在一次家庭旅行中，他最大的孩子 9 岁，看到一个 4 位数车牌，其中两个数字各出现两次。她喊道：“看，爸爸！这个数能被我们每个孩子的年龄整除！”Jones 先生回答：“没错，而且最后两位数正好是我的年龄。”下列哪一项不是 Jones 先生某个孩子的年龄？</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Jones has eight children of different ages. On a family trip his oldest child, who is 9, spots a license plate with a 4-digit number in which each of two digits appears two times. “Look, daddy!” she exclaims. “That number is evenly divisible by the age of each of us kids!” “That’s right,” replies Mr. Jones, “and the last two digits just happen to be my age.” Which of the following is</w:t>
      </w:r>
      <w:r>
        <w:rPr>
          <w:rFonts w:ascii="Times New Roman" w:hAnsi="Times New Roman" w:eastAsia="宋体"/>
          <w:b w:val="0"/>
          <w:i/>
          <w:color w:val="333333"/>
          <w:sz w:val="19"/>
        </w:rPr>
        <w:t>not</w:t>
      </w:r>
      <w:r>
        <w:rPr>
          <w:rFonts w:ascii="Times New Roman" w:hAnsi="Times New Roman" w:eastAsia="宋体"/>
          <w:b w:val="0"/>
          <w:i w:val="0"/>
          <w:color w:val="333333"/>
          <w:sz w:val="19"/>
        </w:rPr>
        <w:t>the age of one of Mr. Jones’s children?</w:t>
      </w:r>
    </w:p>
    <w:p>
      <w:pPr>
        <w:spacing w:before="0" w:after="160" w:line="300" w:lineRule="auto"/>
      </w:pPr>
      <w:r>
        <w:rPr>
          <w:rFonts w:ascii="Times New Roman" w:hAnsi="Times New Roman" w:eastAsia="宋体"/>
          <w:b w:val="0"/>
          <w:i w:val="0"/>
          <w:color w:val="333333"/>
          <w:sz w:val="19"/>
        </w:rPr>
        <w:t>(A) 4　　(B) 5　　(C) 6　　(D) 7　　(E) 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A　A　D　B　D　A　B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C　E　E　D　C　E　D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E　C　D　D　B　B</w:t>
      </w:r>
    </w:p>
    <w:p>
      <w:pPr>
        <w:spacing w:before="0" w:after="200" w:line="300" w:lineRule="auto"/>
      </w:pPr>
      <w:r>
        <w:rPr>
          <w:rFonts w:ascii="Times New Roman" w:hAnsi="Times New Roman" w:eastAsia="宋体"/>
          <w:b w:val="0"/>
          <w:i w:val="0"/>
          <w:color w:val="666666"/>
          <w:sz w:val="18"/>
        </w:rPr>
        <w:t>答案串：CAADBDABBACEEDCEDEAECDDBB</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共有 2006 项。把相邻项配对，得到 (-1+1)+(-1+1)+⋯。由于 2006 是偶数，每一项都能配对，因此总和为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2006 terms. Pairing consecutive terms gives (-1+1)+(-1+1)+⋯. Since 2006 is even, every term pairs off and the sum is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因为 x spadesuit y = (x+y)(x-y) = x² - y²，所以 4 spadesuit 5 = 16 - 25 = -9。</w:t>
      </w:r>
    </w:p>
    <w:p>
      <w:pPr>
        <w:spacing w:before="0" w:after="80" w:line="300" w:lineRule="auto"/>
        <w:jc w:val="left"/>
      </w:pPr>
      <w:r>
        <w:rPr>
          <w:rFonts w:ascii="Times New Roman" w:hAnsi="Times New Roman" w:eastAsia="宋体"/>
          <w:b w:val="0"/>
          <w:i w:val="0"/>
          <w:sz w:val="21"/>
        </w:rPr>
        <w:t>接着 3 spadesuit (-9) = 9 - 81 = -72。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 spadesuit y = (x+y)(x-y) = x² - y², we have 4 spadesuit 5 = 16 - 25 = -9.</w:t>
      </w:r>
    </w:p>
    <w:p>
      <w:pPr>
        <w:spacing w:before="0" w:after="80" w:line="300" w:lineRule="auto"/>
        <w:jc w:val="left"/>
      </w:pPr>
      <w:r>
        <w:rPr>
          <w:rFonts w:ascii="Times New Roman" w:hAnsi="Times New Roman" w:eastAsia="宋体"/>
          <w:b w:val="0"/>
          <w:i w:val="0"/>
          <w:color w:val="333333"/>
          <w:sz w:val="19"/>
        </w:rPr>
        <w:t>Then 3 spadesuit (-9) = 9 - 81 = -72.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设 c 和 p 分别为 Cougars 和 Panthers 的得分。则 c+p=34，且 c-p=14。两式相减得 2p=20，所以 p=10。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 and p be the Cougars’ and Panthers’ scores. Then c+p=34 and c-p=14. Subtracting gives 2p=20, so p=10.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红色圆面积为 π(1/2)² = π/4，大圆面积为 π(3/2)² = 9π/4。蓝色圆环面积为 9π/4-π/4=2π。</w:t>
      </w:r>
    </w:p>
    <w:p>
      <w:pPr>
        <w:spacing w:before="0" w:after="80" w:line="300" w:lineRule="auto"/>
        <w:jc w:val="left"/>
      </w:pPr>
      <w:r>
        <w:rPr>
          <w:rFonts w:ascii="Times New Roman" w:hAnsi="Times New Roman" w:eastAsia="宋体"/>
          <w:b w:val="0"/>
          <w:i w:val="0"/>
          <w:sz w:val="21"/>
        </w:rPr>
        <w:t>因此蓝色面积是红色面积的 2π ÷ π/4 = 8 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red circle has area π(1/2)² = π/4, and the large circle has area π(3/2)² = 9π/4. The blue ring is 9π/4-π/4=2π.</w:t>
      </w:r>
    </w:p>
    <w:p>
      <w:pPr>
        <w:spacing w:before="0" w:after="80" w:line="300" w:lineRule="auto"/>
        <w:jc w:val="left"/>
      </w:pPr>
      <w:r>
        <w:rPr>
          <w:rFonts w:ascii="Times New Roman" w:hAnsi="Times New Roman" w:eastAsia="宋体"/>
          <w:b w:val="0"/>
          <w:i w:val="0"/>
          <w:color w:val="333333"/>
          <w:sz w:val="19"/>
        </w:rPr>
        <w:t>The ratio is 2π ÷ π/4 =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将两个矩形并排放置，使长度为 3 的边竖直。它们宽度相加为 2+3=5，高度 3 和 4 都能放进边长 5 的正方形。</w:t>
      </w:r>
    </w:p>
    <w:p>
      <w:pPr>
        <w:spacing w:before="0" w:after="80" w:line="300" w:lineRule="auto"/>
        <w:jc w:val="left"/>
      </w:pPr>
      <w:r>
        <w:rPr>
          <w:rFonts w:ascii="Times New Roman" w:hAnsi="Times New Roman" w:eastAsia="宋体"/>
          <w:b w:val="0"/>
          <w:i w:val="0"/>
          <w:sz w:val="21"/>
        </w:rPr>
        <w:t>因为两个矩形都与正方形的边平行且内部不重叠，所以它们的水平投影或竖直投影必定互不重叠。在任一方向上，第一个矩形至少占据 2 的长度，第二个矩形至少占据 3 的长度，因此正方形边长至少为 2+3=5。所以最小面积为 5²=25。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the rectangles side by side with their 3-length sides vertical. Their widths add to 2+3=5, and the heights 3 and 4 both fit within 5.</w:t>
      </w:r>
    </w:p>
    <w:p>
      <w:pPr>
        <w:spacing w:before="0" w:after="80" w:line="300" w:lineRule="auto"/>
        <w:jc w:val="left"/>
      </w:pPr>
      <w:r>
        <w:rPr>
          <w:rFonts w:ascii="Times New Roman" w:hAnsi="Times New Roman" w:eastAsia="宋体"/>
          <w:b w:val="0"/>
          <w:i w:val="0"/>
          <w:color w:val="333333"/>
          <w:sz w:val="19"/>
        </w:rPr>
        <w:t>Because the rectangles are axis-aligned and their interiors do not overlap, their horizontal projections or their vertical projections must be disjoint. In either direction, the first rectangle spans at least 2 and the second spans at least 3, so the square’s side is at least 2+3=5. The smallest area is therefore 5²=25.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每条边长为 2/π，也是一个半圆弧的直径，所以每条弧长为 1/2π·2/π=1。</w:t>
      </w:r>
    </w:p>
    <w:p>
      <w:pPr>
        <w:spacing w:before="0" w:after="80" w:line="300" w:lineRule="auto"/>
        <w:jc w:val="left"/>
      </w:pPr>
      <w:r>
        <w:rPr>
          <w:rFonts w:ascii="Times New Roman" w:hAnsi="Times New Roman" w:eastAsia="宋体"/>
          <w:b w:val="0"/>
          <w:i w:val="0"/>
          <w:sz w:val="21"/>
        </w:rPr>
        <w:t>边界由四条这样的弧组成，所以周长为 4·1=4。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side has length 2/π, the diameter of a semicircular arc, so each arc has length 1/2π·2/π=1.</w:t>
      </w:r>
    </w:p>
    <w:p>
      <w:pPr>
        <w:spacing w:before="0" w:after="80" w:line="300" w:lineRule="auto"/>
        <w:jc w:val="left"/>
      </w:pPr>
      <w:r>
        <w:rPr>
          <w:rFonts w:ascii="Times New Roman" w:hAnsi="Times New Roman" w:eastAsia="宋体"/>
          <w:b w:val="0"/>
          <w:i w:val="0"/>
          <w:color w:val="333333"/>
          <w:sz w:val="19"/>
        </w:rPr>
        <w:t>The boundary consists of four such arcs, so the perimeter is 4·1=4.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分母可化简为 1-x-1/x=(x-(x-1))/x=1/x。</w:t>
      </w:r>
    </w:p>
    <w:p>
      <w:pPr>
        <w:spacing w:before="0" w:after="80" w:line="300" w:lineRule="auto"/>
        <w:jc w:val="left"/>
      </w:pPr>
      <w:r>
        <w:rPr>
          <w:rFonts w:ascii="Times New Roman" w:hAnsi="Times New Roman" w:eastAsia="宋体"/>
          <w:b w:val="0"/>
          <w:i w:val="0"/>
          <w:sz w:val="21"/>
        </w:rPr>
        <w:t>所以原式为 √(x/(1/x))=√(x²)=|x|。由于 x &lt; 0，它等于 -x。</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denominator simplifies: 1-x-1/x=(x-(x-1))/x=1/x.</w:t>
      </w:r>
    </w:p>
    <w:p>
      <w:pPr>
        <w:spacing w:before="0" w:after="80" w:line="300" w:lineRule="auto"/>
        <w:jc w:val="left"/>
      </w:pPr>
      <w:r>
        <w:rPr>
          <w:rFonts w:ascii="Times New Roman" w:hAnsi="Times New Roman" w:eastAsia="宋体"/>
          <w:b w:val="0"/>
          <w:i w:val="0"/>
          <w:color w:val="333333"/>
          <w:sz w:val="19"/>
        </w:rPr>
        <w:t>So the expression is √(x/(1/x))=√(x²)=|x|. Since x &lt; 0, this equals -x.</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设正方形边长为 s，则 s²=40。它的底边在直径上居中，而上方的一个顶点 (s/2,s) 位于圆上。</w:t>
      </w:r>
    </w:p>
    <w:p>
      <w:pPr>
        <w:spacing w:before="0" w:after="80" w:line="300" w:lineRule="auto"/>
        <w:jc w:val="left"/>
      </w:pPr>
      <w:r>
        <w:rPr>
          <w:rFonts w:ascii="Times New Roman" w:hAnsi="Times New Roman" w:eastAsia="宋体"/>
          <w:b w:val="0"/>
          <w:i w:val="0"/>
          <w:sz w:val="21"/>
        </w:rPr>
        <w:t>因此 r²=(s/2)²+s²=40/4+40=50，半圆面积为 1/2π r²=1/2π(50)=25π。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square have side s, so s²=40. Its base lies centered on the diameter, and a top corner at (s/2,s) lies on the circle.</w:t>
      </w:r>
    </w:p>
    <w:p>
      <w:pPr>
        <w:spacing w:before="0" w:after="80" w:line="300" w:lineRule="auto"/>
        <w:jc w:val="left"/>
      </w:pPr>
      <w:r>
        <w:rPr>
          <w:rFonts w:ascii="Times New Roman" w:hAnsi="Times New Roman" w:eastAsia="宋体"/>
          <w:b w:val="0"/>
          <w:i w:val="0"/>
          <w:color w:val="333333"/>
          <w:sz w:val="19"/>
        </w:rPr>
        <w:t>Then r²=(s/2)²+s²=40/4+40=50. The semicircle area is 1/2π r²=1/2π(50)=25π.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柠檬水总重 100+100+400=600 克，含 25+386=411 卡路里。</w:t>
      </w:r>
    </w:p>
    <w:p>
      <w:pPr>
        <w:spacing w:before="0" w:after="80" w:line="300" w:lineRule="auto"/>
        <w:jc w:val="left"/>
      </w:pPr>
      <w:r>
        <w:rPr>
          <w:rFonts w:ascii="Times New Roman" w:hAnsi="Times New Roman" w:eastAsia="宋体"/>
          <w:b w:val="0"/>
          <w:i w:val="0"/>
          <w:sz w:val="21"/>
        </w:rPr>
        <w:t>200 克中有 411·200/600=411/3=137 卡路里。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lemonade totals 100+100+400=600 grams containing 25+386=411 calories.</w:t>
      </w:r>
    </w:p>
    <w:p>
      <w:pPr>
        <w:spacing w:before="0" w:after="80" w:line="300" w:lineRule="auto"/>
        <w:jc w:val="left"/>
      </w:pPr>
      <w:r>
        <w:rPr>
          <w:rFonts w:ascii="Times New Roman" w:hAnsi="Times New Roman" w:eastAsia="宋体"/>
          <w:b w:val="0"/>
          <w:i w:val="0"/>
          <w:color w:val="333333"/>
          <w:sz w:val="19"/>
        </w:rPr>
        <w:t>In 200 grams there are 411·200/600=411/3=137 calories.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设三边为 x、3x 和 15。三角形不等式 x+15 &gt; 3x 给出 x &lt; 7.5。</w:t>
      </w:r>
    </w:p>
    <w:p>
      <w:pPr>
        <w:spacing w:before="0" w:after="80" w:line="300" w:lineRule="auto"/>
        <w:jc w:val="left"/>
      </w:pPr>
      <w:r>
        <w:rPr>
          <w:rFonts w:ascii="Times New Roman" w:hAnsi="Times New Roman" w:eastAsia="宋体"/>
          <w:b w:val="0"/>
          <w:i w:val="0"/>
          <w:sz w:val="21"/>
        </w:rPr>
        <w:t>最大整数为 x=7，三边为 7、21、15，周长为 7+21+15=43。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sides be x, 3x, and 15. The triangle inequality x+15 &gt; 3x gives x &lt; 7.5.</w:t>
      </w:r>
    </w:p>
    <w:p>
      <w:pPr>
        <w:spacing w:before="0" w:after="80" w:line="300" w:lineRule="auto"/>
        <w:jc w:val="left"/>
      </w:pPr>
      <w:r>
        <w:rPr>
          <w:rFonts w:ascii="Times New Roman" w:hAnsi="Times New Roman" w:eastAsia="宋体"/>
          <w:b w:val="0"/>
          <w:i w:val="0"/>
          <w:color w:val="333333"/>
          <w:sz w:val="19"/>
        </w:rPr>
        <w:t>The largest integer is x=7, giving sides 7, 21, 15 and perimeter 7+21+15=43.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当 n≥ 10 时，n! 能被 100 整除，所以不影响最后两位。</w:t>
      </w:r>
    </w:p>
    <w:p>
      <w:pPr>
        <w:spacing w:before="0" w:after="80" w:line="300" w:lineRule="auto"/>
        <w:jc w:val="left"/>
      </w:pPr>
      <w:r>
        <w:rPr>
          <w:rFonts w:ascii="Times New Roman" w:hAnsi="Times New Roman" w:eastAsia="宋体"/>
          <w:b w:val="0"/>
          <w:i w:val="0"/>
          <w:sz w:val="21"/>
        </w:rPr>
        <w:t>十位数字来自 7!+8!+9! =5040+40320+362880 =408240，其十位数字为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n≥ 10, n! is divisible by 100, so it does not affect the last two digits.</w:t>
      </w:r>
    </w:p>
    <w:p>
      <w:pPr>
        <w:spacing w:before="0" w:after="80" w:line="300" w:lineRule="auto"/>
        <w:jc w:val="left"/>
      </w:pPr>
      <w:r>
        <w:rPr>
          <w:rFonts w:ascii="Times New Roman" w:hAnsi="Times New Roman" w:eastAsia="宋体"/>
          <w:b w:val="0"/>
          <w:i w:val="0"/>
          <w:color w:val="333333"/>
          <w:sz w:val="19"/>
        </w:rPr>
        <w:t>The tens digit comes from 7!+8!+9! =5040+40320+362880 =408240, whose tens digit is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代入 (1,2)：由 1=1/4(2)+a 得 a=1/2，由 2=1/4(1)+b 得 b=7/4。</w:t>
      </w:r>
    </w:p>
    <w:p>
      <w:pPr>
        <w:spacing w:before="0" w:after="80" w:line="300" w:lineRule="auto"/>
        <w:jc w:val="left"/>
      </w:pPr>
      <w:r>
        <w:rPr>
          <w:rFonts w:ascii="Times New Roman" w:hAnsi="Times New Roman" w:eastAsia="宋体"/>
          <w:b w:val="0"/>
          <w:i w:val="0"/>
          <w:sz w:val="21"/>
        </w:rPr>
        <w:t>因此 a+b=1/2+7/4=9/4。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Substituting (1,2): from 1=1/4(2)+a we get a=1/2, and from 2=1/4(1)+b we get b=7/4.</w:t>
      </w:r>
    </w:p>
    <w:p>
      <w:pPr>
        <w:spacing w:before="0" w:after="80" w:line="300" w:lineRule="auto"/>
        <w:jc w:val="left"/>
      </w:pPr>
      <w:r>
        <w:rPr>
          <w:rFonts w:ascii="Times New Roman" w:hAnsi="Times New Roman" w:eastAsia="宋体"/>
          <w:b w:val="0"/>
          <w:i w:val="0"/>
          <w:color w:val="333333"/>
          <w:sz w:val="19"/>
        </w:rPr>
        <w:t>Then a+b=1/2+7/4=9/4.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Joe 加入 2 盎司奶油后没有再喝，所以他有 2 盎司奶油。</w:t>
      </w:r>
    </w:p>
    <w:p>
      <w:pPr>
        <w:spacing w:before="0" w:after="80" w:line="300" w:lineRule="auto"/>
        <w:jc w:val="left"/>
      </w:pPr>
      <w:r>
        <w:rPr>
          <w:rFonts w:ascii="Times New Roman" w:hAnsi="Times New Roman" w:eastAsia="宋体"/>
          <w:b w:val="0"/>
          <w:i w:val="0"/>
          <w:sz w:val="21"/>
        </w:rPr>
        <w:t>JoAnn 有 12 盎司咖啡加 2 盎司奶油，共 14 盎司均匀混合液。喝掉 2 盎司后，她保留了奶油的 12/14=6/7，即 6/7·2=12/7 盎司。</w:t>
      </w:r>
    </w:p>
    <w:p>
      <w:pPr>
        <w:spacing w:before="0" w:after="80" w:line="300" w:lineRule="auto"/>
        <w:jc w:val="left"/>
      </w:pPr>
      <w:r>
        <w:rPr>
          <w:rFonts w:ascii="Times New Roman" w:hAnsi="Times New Roman" w:eastAsia="宋体"/>
          <w:b w:val="0"/>
          <w:i w:val="0"/>
          <w:sz w:val="21"/>
        </w:rPr>
        <w:t>所求比为 2÷12/7=7/6。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Joe adds 2 ounces of cream and drinks nothing afterward, so he has 2 ounces of cream.</w:t>
      </w:r>
    </w:p>
    <w:p>
      <w:pPr>
        <w:spacing w:before="0" w:after="80" w:line="300" w:lineRule="auto"/>
        <w:jc w:val="left"/>
      </w:pPr>
      <w:r>
        <w:rPr>
          <w:rFonts w:ascii="Times New Roman" w:hAnsi="Times New Roman" w:eastAsia="宋体"/>
          <w:b w:val="0"/>
          <w:i w:val="0"/>
          <w:color w:val="333333"/>
          <w:sz w:val="19"/>
        </w:rPr>
        <w:t>JoAnn has 12 ounces of coffee plus 2 ounces of cream, making 14 ounces of uniform mixture. After drinking 2 ounces she keeps 12/14=6/7 of her cream, which is 6/7·2=12/7 ounces.</w:t>
      </w:r>
    </w:p>
    <w:p>
      <w:pPr>
        <w:spacing w:before="0" w:after="80" w:line="300" w:lineRule="auto"/>
        <w:jc w:val="left"/>
      </w:pPr>
      <w:r>
        <w:rPr>
          <w:rFonts w:ascii="Times New Roman" w:hAnsi="Times New Roman" w:eastAsia="宋体"/>
          <w:b w:val="0"/>
          <w:i w:val="0"/>
          <w:color w:val="333333"/>
          <w:sz w:val="19"/>
        </w:rPr>
        <w:t>The ratio is 2÷12/7=7/6.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因为 a 和 b 是 x²-mx+2 的根，所以 ab=2。</w:t>
      </w:r>
    </w:p>
    <w:p>
      <w:pPr>
        <w:spacing w:before="0" w:after="80" w:line="300" w:lineRule="auto"/>
        <w:jc w:val="left"/>
      </w:pPr>
      <w:r>
        <w:rPr>
          <w:rFonts w:ascii="Times New Roman" w:hAnsi="Times New Roman" w:eastAsia="宋体"/>
          <w:b w:val="0"/>
          <w:i w:val="0"/>
          <w:sz w:val="21"/>
        </w:rPr>
        <w:t>q 是新方程两根的乘积：</w:t>
      </w:r>
    </w:p>
    <w:p>
      <w:pPr>
        <w:spacing w:before="0" w:after="80" w:line="300" w:lineRule="auto"/>
        <w:jc w:val="left"/>
      </w:pPr>
      <w:r>
        <w:rPr>
          <w:rFonts w:ascii="Times New Roman" w:hAnsi="Times New Roman" w:eastAsia="宋体"/>
          <w:b w:val="0"/>
          <w:i w:val="0"/>
          <w:sz w:val="21"/>
        </w:rPr>
        <w:t>q=(a+1/b)(b+1/a)</w:t>
      </w:r>
    </w:p>
    <w:p>
      <w:pPr>
        <w:spacing w:before="0" w:after="80" w:line="300" w:lineRule="auto"/>
        <w:jc w:val="left"/>
      </w:pPr>
      <w:r>
        <w:rPr>
          <w:rFonts w:ascii="Times New Roman" w:hAnsi="Times New Roman" w:eastAsia="宋体"/>
          <w:b w:val="0"/>
          <w:i w:val="0"/>
          <w:sz w:val="21"/>
        </w:rPr>
        <w:t>=ab+1+1+1/ab</w:t>
      </w:r>
    </w:p>
    <w:p>
      <w:pPr>
        <w:spacing w:before="0" w:after="80" w:line="300" w:lineRule="auto"/>
        <w:jc w:val="left"/>
      </w:pPr>
      <w:r>
        <w:rPr>
          <w:rFonts w:ascii="Times New Roman" w:hAnsi="Times New Roman" w:eastAsia="宋体"/>
          <w:b w:val="0"/>
          <w:i w:val="0"/>
          <w:sz w:val="21"/>
        </w:rPr>
        <w:t>=2+2+1/2=9/2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 and b are roots of x²-mx+2, we have ab=2.</w:t>
      </w:r>
    </w:p>
    <w:p>
      <w:pPr>
        <w:spacing w:before="0" w:after="80" w:line="300" w:lineRule="auto"/>
        <w:jc w:val="left"/>
      </w:pPr>
      <w:r>
        <w:rPr>
          <w:rFonts w:ascii="Times New Roman" w:hAnsi="Times New Roman" w:eastAsia="宋体"/>
          <w:b w:val="0"/>
          <w:i w:val="0"/>
          <w:color w:val="333333"/>
          <w:sz w:val="19"/>
        </w:rPr>
        <w:t>The value q is the product of the new roots:</w:t>
      </w:r>
    </w:p>
    <w:p>
      <w:pPr>
        <w:spacing w:before="0" w:after="80" w:line="300" w:lineRule="auto"/>
        <w:jc w:val="left"/>
      </w:pPr>
      <w:r>
        <w:rPr>
          <w:rFonts w:ascii="Times New Roman" w:hAnsi="Times New Roman" w:eastAsia="宋体"/>
          <w:b w:val="0"/>
          <w:i w:val="0"/>
          <w:color w:val="333333"/>
          <w:sz w:val="19"/>
        </w:rPr>
        <w:t>q=(a+1/b)(b+1/a)</w:t>
      </w:r>
    </w:p>
    <w:p>
      <w:pPr>
        <w:spacing w:before="0" w:after="80" w:line="300" w:lineRule="auto"/>
        <w:jc w:val="left"/>
      </w:pPr>
      <w:r>
        <w:rPr>
          <w:rFonts w:ascii="Times New Roman" w:hAnsi="Times New Roman" w:eastAsia="宋体"/>
          <w:b w:val="0"/>
          <w:i w:val="0"/>
          <w:color w:val="333333"/>
          <w:sz w:val="19"/>
        </w:rPr>
        <w:t>=ab+1+1+1/ab</w:t>
      </w:r>
    </w:p>
    <w:p>
      <w:pPr>
        <w:spacing w:before="0" w:after="80" w:line="300" w:lineRule="auto"/>
        <w:jc w:val="left"/>
      </w:pPr>
      <w:r>
        <w:rPr>
          <w:rFonts w:ascii="Times New Roman" w:hAnsi="Times New Roman" w:eastAsia="宋体"/>
          <w:b w:val="0"/>
          <w:i w:val="0"/>
          <w:color w:val="333333"/>
          <w:sz w:val="19"/>
        </w:rPr>
        <w:t>=2+2+1/2=9/2.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因为 AB=AD 且 ∠ BAD=60°，三角形 ABD 是等边三角形，三角形 CBD 也是等边三角形。</w:t>
      </w:r>
    </w:p>
    <w:p>
      <w:pPr>
        <w:spacing w:before="0" w:after="80" w:line="300" w:lineRule="auto"/>
        <w:jc w:val="left"/>
      </w:pPr>
      <w:r>
        <w:rPr>
          <w:rFonts w:ascii="Times New Roman" w:hAnsi="Times New Roman" w:eastAsia="宋体"/>
          <w:b w:val="0"/>
          <w:i w:val="0"/>
          <w:sz w:val="21"/>
        </w:rPr>
        <w:t>点 E 和 F 将这个菱形分成六个全等三角形，每个面积为 24/6=4。</w:t>
      </w:r>
    </w:p>
    <w:p>
      <w:pPr>
        <w:spacing w:before="0" w:after="80" w:line="300" w:lineRule="auto"/>
        <w:jc w:val="left"/>
      </w:pPr>
      <w:r>
        <w:rPr>
          <w:rFonts w:ascii="Times New Roman" w:hAnsi="Times New Roman" w:eastAsia="宋体"/>
          <w:b w:val="0"/>
          <w:i w:val="0"/>
          <w:sz w:val="21"/>
        </w:rPr>
        <w:t>菱形 BFDE 由三角形 BED 和 BFD 组成，所以面积为 2·4=8。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AB=AD and ∠ BAD=60°, triangle ABD is equilateral, and so is triangle CBD.</w:t>
      </w:r>
    </w:p>
    <w:p>
      <w:pPr>
        <w:spacing w:before="0" w:after="80" w:line="300" w:lineRule="auto"/>
        <w:jc w:val="left"/>
      </w:pPr>
      <w:r>
        <w:rPr>
          <w:rFonts w:ascii="Times New Roman" w:hAnsi="Times New Roman" w:eastAsia="宋体"/>
          <w:b w:val="0"/>
          <w:i w:val="0"/>
          <w:color w:val="333333"/>
          <w:sz w:val="19"/>
        </w:rPr>
        <w:t>Points E and F split the rhombus into six congruent triangles, each of area 24/6=4.</w:t>
      </w:r>
    </w:p>
    <w:p>
      <w:pPr>
        <w:spacing w:before="0" w:after="80" w:line="300" w:lineRule="auto"/>
        <w:jc w:val="left"/>
      </w:pPr>
      <w:r>
        <w:rPr>
          <w:rFonts w:ascii="Times New Roman" w:hAnsi="Times New Roman" w:eastAsia="宋体"/>
          <w:b w:val="0"/>
          <w:i w:val="0"/>
          <w:color w:val="333333"/>
          <w:sz w:val="19"/>
        </w:rPr>
        <w:t>Rhombus BFDE is the union of triangles BED and BFD, so its area is 2·4=8.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从一个闰日到下一个闰日共有 3·365+366=1461 天，且 1461≡ 5pmod 7。</w:t>
      </w:r>
    </w:p>
    <w:p>
      <w:pPr>
        <w:spacing w:before="0" w:after="80" w:line="300" w:lineRule="auto"/>
        <w:jc w:val="left"/>
      </w:pPr>
      <w:r>
        <w:rPr>
          <w:rFonts w:ascii="Times New Roman" w:hAnsi="Times New Roman" w:eastAsia="宋体"/>
          <w:b w:val="0"/>
          <w:i w:val="0"/>
          <w:sz w:val="21"/>
        </w:rPr>
        <w:t>从 2004 年到 2020 年有四个这样的周期，星期数推进 4·5=20≡ 6pmod 7，也就是从星期日向前推 6 天。</w:t>
      </w:r>
    </w:p>
    <w:p>
      <w:pPr>
        <w:spacing w:before="0" w:after="80" w:line="300" w:lineRule="auto"/>
        <w:jc w:val="left"/>
      </w:pPr>
      <w:r>
        <w:rPr>
          <w:rFonts w:ascii="Times New Roman" w:hAnsi="Times New Roman" w:eastAsia="宋体"/>
          <w:b w:val="0"/>
          <w:i w:val="0"/>
          <w:sz w:val="21"/>
        </w:rPr>
        <w:t>因此 2020 年的闰日是星期六。</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one Leap Day to the next is 3·365+366=1461 days, and 1461≡ 5pmod 7.</w:t>
      </w:r>
    </w:p>
    <w:p>
      <w:pPr>
        <w:spacing w:before="0" w:after="80" w:line="300" w:lineRule="auto"/>
        <w:jc w:val="left"/>
      </w:pPr>
      <w:r>
        <w:rPr>
          <w:rFonts w:ascii="Times New Roman" w:hAnsi="Times New Roman" w:eastAsia="宋体"/>
          <w:b w:val="0"/>
          <w:i w:val="0"/>
          <w:color w:val="333333"/>
          <w:sz w:val="19"/>
        </w:rPr>
        <w:t>Over the four cycles from 2004 to 2020, the weekday advances 4·5=20≡ 6pmod 7, that is, 6 days forward, which is one day back from Sunday.</w:t>
      </w:r>
    </w:p>
    <w:p>
      <w:pPr>
        <w:spacing w:before="0" w:after="80" w:line="300" w:lineRule="auto"/>
        <w:jc w:val="left"/>
      </w:pPr>
      <w:r>
        <w:rPr>
          <w:rFonts w:ascii="Times New Roman" w:hAnsi="Times New Roman" w:eastAsia="宋体"/>
          <w:b w:val="0"/>
          <w:i w:val="0"/>
          <w:color w:val="333333"/>
          <w:sz w:val="19"/>
        </w:rPr>
        <w:t>So Leap Day 2020 falls on a Saturday.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Alice 将一个球移给 Bob 后，Bob 的袋子中有 6 个球，其中恰好一种颜色出现两次。</w:t>
      </w:r>
    </w:p>
    <w:p>
      <w:pPr>
        <w:spacing w:before="0" w:after="80" w:line="300" w:lineRule="auto"/>
        <w:jc w:val="left"/>
      </w:pPr>
      <w:r>
        <w:rPr>
          <w:rFonts w:ascii="Times New Roman" w:hAnsi="Times New Roman" w:eastAsia="宋体"/>
          <w:b w:val="0"/>
          <w:i w:val="0"/>
          <w:sz w:val="21"/>
        </w:rPr>
        <w:t>两个袋子最终相同，当且仅当 Bob 还回这两个同色球中的一个。六个球中有两个符合条件，所以概率为 2/6=1/3。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Alice moves one ball to Bob, so Bob’s bag holds 6 balls with exactly one color appearing twice.</w:t>
      </w:r>
    </w:p>
    <w:p>
      <w:pPr>
        <w:spacing w:before="0" w:after="80" w:line="300" w:lineRule="auto"/>
        <w:jc w:val="left"/>
      </w:pPr>
      <w:r>
        <w:rPr>
          <w:rFonts w:ascii="Times New Roman" w:hAnsi="Times New Roman" w:eastAsia="宋体"/>
          <w:b w:val="0"/>
          <w:i w:val="0"/>
          <w:color w:val="333333"/>
          <w:sz w:val="19"/>
        </w:rPr>
        <w:t>The two bags end up identical exactly when Bob returns one of that duplicated pair. Two of the six balls qualify, so the probability is 2/6=1/3.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前几项为 2, 3, 3/2, 1/2, 1/3, 2/3，接着又是 2, 3,…，周期为 6。</w:t>
      </w:r>
    </w:p>
    <w:p>
      <w:pPr>
        <w:spacing w:before="0" w:after="80" w:line="300" w:lineRule="auto"/>
        <w:jc w:val="left"/>
      </w:pPr>
      <w:r>
        <w:rPr>
          <w:rFonts w:ascii="Times New Roman" w:hAnsi="Times New Roman" w:eastAsia="宋体"/>
          <w:b w:val="0"/>
          <w:i w:val="0"/>
          <w:sz w:val="21"/>
        </w:rPr>
        <w:t>因为 2006=6·334+2，所以 a₂₀₀₆=a₂=3。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terms are 2, 3, 3/2, 1/2, 1/3, 2/3, then 2, 3,…, a cycle of length 6.</w:t>
      </w:r>
    </w:p>
    <w:p>
      <w:pPr>
        <w:spacing w:before="0" w:after="80" w:line="300" w:lineRule="auto"/>
        <w:jc w:val="left"/>
      </w:pPr>
      <w:r>
        <w:rPr>
          <w:rFonts w:ascii="Times New Roman" w:hAnsi="Times New Roman" w:eastAsia="宋体"/>
          <w:b w:val="0"/>
          <w:i w:val="0"/>
          <w:color w:val="333333"/>
          <w:sz w:val="19"/>
        </w:rPr>
        <w:t>Since 2006=6·334+2, we have a₂₀₀₆=a₂=3.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因为 OA=1、OD=2，且 D 在直线 x=1 上，所以 ∠ AOD=60°，∠ COE=60°，∠ DOE=30°。</w:t>
      </w:r>
    </w:p>
    <w:p>
      <w:pPr>
        <w:spacing w:before="0" w:after="80" w:line="300" w:lineRule="auto"/>
        <w:jc w:val="left"/>
      </w:pPr>
      <w:r>
        <w:rPr>
          <w:rFonts w:ascii="Times New Roman" w:hAnsi="Times New Roman" w:eastAsia="宋体"/>
          <w:b w:val="0"/>
          <w:i w:val="0"/>
          <w:sz w:val="21"/>
        </w:rPr>
        <w:t>因此扇形 DOE 的面积为 30/360π(2²)=π/3。</w:t>
      </w:r>
    </w:p>
    <w:p>
      <w:pPr>
        <w:spacing w:before="0" w:after="80" w:line="300" w:lineRule="auto"/>
        <w:jc w:val="left"/>
      </w:pPr>
      <w:r>
        <w:rPr>
          <w:rFonts w:ascii="Times New Roman" w:hAnsi="Times New Roman" w:eastAsia="宋体"/>
          <w:b w:val="0"/>
          <w:i w:val="0"/>
          <w:sz w:val="21"/>
        </w:rPr>
        <w:t>阴影区域是这个扇形减去三角形 OBD 和 OBE。由于 BD=BE=√(3)-1，每个三角形面积为 1/2(√(3)-1)(1)，合计为 √(3)-1。</w:t>
      </w:r>
    </w:p>
    <w:p>
      <w:pPr>
        <w:spacing w:before="0" w:after="80" w:line="300" w:lineRule="auto"/>
        <w:jc w:val="left"/>
      </w:pPr>
      <w:r>
        <w:rPr>
          <w:rFonts w:ascii="Times New Roman" w:hAnsi="Times New Roman" w:eastAsia="宋体"/>
          <w:b w:val="0"/>
          <w:i w:val="0"/>
          <w:sz w:val="21"/>
        </w:rPr>
        <w:t>所以阴影面积为 π/3-(√(3)-1)=π/3+1-√(3)。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OA=1 and OD=2 with D on the line x=1, we get ∠ AOD=60°, and likewise ∠ COE=60°, so ∠ DOE=30°.</w:t>
      </w:r>
    </w:p>
    <w:p>
      <w:pPr>
        <w:spacing w:before="0" w:after="80" w:line="300" w:lineRule="auto"/>
        <w:jc w:val="left"/>
      </w:pPr>
      <w:r>
        <w:rPr>
          <w:rFonts w:ascii="Times New Roman" w:hAnsi="Times New Roman" w:eastAsia="宋体"/>
          <w:b w:val="0"/>
          <w:i w:val="0"/>
          <w:color w:val="333333"/>
          <w:sz w:val="19"/>
        </w:rPr>
        <w:t>The sector DOE has area 30/360π(2²)=π/3.</w:t>
      </w:r>
    </w:p>
    <w:p>
      <w:pPr>
        <w:spacing w:before="0" w:after="80" w:line="300" w:lineRule="auto"/>
        <w:jc w:val="left"/>
      </w:pPr>
      <w:r>
        <w:rPr>
          <w:rFonts w:ascii="Times New Roman" w:hAnsi="Times New Roman" w:eastAsia="宋体"/>
          <w:b w:val="0"/>
          <w:i w:val="0"/>
          <w:color w:val="333333"/>
          <w:sz w:val="19"/>
        </w:rPr>
        <w:t>The region is this sector minus triangles OBD and OBE. With BD=BE=√(3)-1, each triangle has area 1/2(√(3)-1)(1), totaling √(3)-1.</w:t>
      </w:r>
    </w:p>
    <w:p>
      <w:pPr>
        <w:spacing w:before="0" w:after="80" w:line="300" w:lineRule="auto"/>
        <w:jc w:val="left"/>
      </w:pPr>
      <w:r>
        <w:rPr>
          <w:rFonts w:ascii="Times New Roman" w:hAnsi="Times New Roman" w:eastAsia="宋体"/>
          <w:b w:val="0"/>
          <w:i w:val="0"/>
          <w:color w:val="333333"/>
          <w:sz w:val="19"/>
        </w:rPr>
        <w:t>So the shaded area is π/3-(√(3)-1)=π/3+1-√(3).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AB 的斜率为 (178-(-22))/2006-6=200/2000=1/10。由于 AD⊥AB，其斜率为 -10，所以 y+22/8-6=-10，得到 y=-42。</w:t>
      </w:r>
    </w:p>
    <w:p>
      <w:pPr>
        <w:spacing w:before="0" w:after="80" w:line="300" w:lineRule="auto"/>
        <w:jc w:val="left"/>
      </w:pPr>
      <w:r>
        <w:rPr>
          <w:rFonts w:ascii="Times New Roman" w:hAnsi="Times New Roman" w:eastAsia="宋体"/>
          <w:b w:val="0"/>
          <w:i w:val="0"/>
          <w:sz w:val="21"/>
        </w:rPr>
        <w:t>于是 AB=√(2000²+200²) =200√(101)，且 AD=√(2²+20²)=2√(101)。</w:t>
      </w:r>
    </w:p>
    <w:p>
      <w:pPr>
        <w:spacing w:before="0" w:after="80" w:line="300" w:lineRule="auto"/>
        <w:jc w:val="left"/>
      </w:pPr>
      <w:r>
        <w:rPr>
          <w:rFonts w:ascii="Times New Roman" w:hAnsi="Times New Roman" w:eastAsia="宋体"/>
          <w:b w:val="0"/>
          <w:i w:val="0"/>
          <w:sz w:val="21"/>
        </w:rPr>
        <w:t>面积为 200√(101)·2√(101) =400·101 =40,400。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slope of AB is (178-(-22))/2006-6=200/2000=1/10. Since AD⊥AB, its slope is -10, so y+22/8-6=-10 gives y=-42.</w:t>
      </w:r>
    </w:p>
    <w:p>
      <w:pPr>
        <w:spacing w:before="0" w:after="80" w:line="300" w:lineRule="auto"/>
        <w:jc w:val="left"/>
      </w:pPr>
      <w:r>
        <w:rPr>
          <w:rFonts w:ascii="Times New Roman" w:hAnsi="Times New Roman" w:eastAsia="宋体"/>
          <w:b w:val="0"/>
          <w:i w:val="0"/>
          <w:color w:val="333333"/>
          <w:sz w:val="19"/>
        </w:rPr>
        <w:t>Then AB=√(2000²+200²) =200√(101) and AD=√(2²+20²)=2√(101).</w:t>
      </w:r>
    </w:p>
    <w:p>
      <w:pPr>
        <w:spacing w:before="0" w:after="80" w:line="300" w:lineRule="auto"/>
        <w:jc w:val="left"/>
      </w:pPr>
      <w:r>
        <w:rPr>
          <w:rFonts w:ascii="Times New Roman" w:hAnsi="Times New Roman" w:eastAsia="宋体"/>
          <w:b w:val="0"/>
          <w:i w:val="0"/>
          <w:color w:val="333333"/>
          <w:sz w:val="19"/>
        </w:rPr>
        <w:t>The area is 200√(101)·2√(101) =400·101 =40,400.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每个骰子掷出 k 的概率为 k/(1+2+⋯+6)=k/21。</w:t>
      </w:r>
    </w:p>
    <w:p>
      <w:pPr>
        <w:spacing w:before="0" w:after="80" w:line="300" w:lineRule="auto"/>
        <w:jc w:val="left"/>
      </w:pPr>
      <w:r>
        <w:rPr>
          <w:rFonts w:ascii="Times New Roman" w:hAnsi="Times New Roman" w:eastAsia="宋体"/>
          <w:b w:val="0"/>
          <w:i w:val="0"/>
          <w:sz w:val="21"/>
        </w:rPr>
        <w:t>总和为 7 的有序数对 (1,6),(2,5),…,(6,1) 给出的概率为</w:t>
      </w:r>
    </w:p>
    <w:p>
      <w:pPr>
        <w:spacing w:before="0" w:after="80" w:line="300" w:lineRule="auto"/>
        <w:jc w:val="left"/>
      </w:pPr>
      <w:r>
        <w:rPr>
          <w:rFonts w:ascii="Times New Roman" w:hAnsi="Times New Roman" w:eastAsia="宋体"/>
          <w:b w:val="0"/>
          <w:i w:val="0"/>
          <w:sz w:val="21"/>
        </w:rPr>
        <w:t>scriptsize(1·6+2·5+3·4+4·3+5·2+6·1)/21²</w:t>
      </w:r>
    </w:p>
    <w:p>
      <w:pPr>
        <w:spacing w:before="0" w:after="80" w:line="300" w:lineRule="auto"/>
        <w:jc w:val="left"/>
      </w:pPr>
      <w:r>
        <w:rPr>
          <w:rFonts w:ascii="Times New Roman" w:hAnsi="Times New Roman" w:eastAsia="宋体"/>
          <w:b w:val="0"/>
          <w:i w:val="0"/>
          <w:sz w:val="21"/>
        </w:rPr>
        <w:t>=56/441=8/63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die shows k with probability k/(1+2+⋯+6)=k/21.</w:t>
      </w:r>
    </w:p>
    <w:p>
      <w:pPr>
        <w:spacing w:before="0" w:after="80" w:line="300" w:lineRule="auto"/>
        <w:jc w:val="left"/>
      </w:pPr>
      <w:r>
        <w:rPr>
          <w:rFonts w:ascii="Times New Roman" w:hAnsi="Times New Roman" w:eastAsia="宋体"/>
          <w:b w:val="0"/>
          <w:i w:val="0"/>
          <w:color w:val="333333"/>
          <w:sz w:val="19"/>
        </w:rPr>
        <w:t>For a total of 7, the ordered pairs (1,6),(2,5),…,(6,1) contribute</w:t>
      </w:r>
    </w:p>
    <w:p>
      <w:pPr>
        <w:spacing w:before="0" w:after="80" w:line="300" w:lineRule="auto"/>
        <w:jc w:val="left"/>
      </w:pPr>
      <w:r>
        <w:rPr>
          <w:rFonts w:ascii="Times New Roman" w:hAnsi="Times New Roman" w:eastAsia="宋体"/>
          <w:b w:val="0"/>
          <w:i w:val="0"/>
          <w:color w:val="333333"/>
          <w:sz w:val="19"/>
        </w:rPr>
        <w:t>scriptsize(1·6+2·5+3·4+4·3+5·2+6·1)/21²</w:t>
      </w:r>
    </w:p>
    <w:p>
      <w:pPr>
        <w:spacing w:before="0" w:after="80" w:line="300" w:lineRule="auto"/>
        <w:jc w:val="left"/>
      </w:pPr>
      <w:r>
        <w:rPr>
          <w:rFonts w:ascii="Times New Roman" w:hAnsi="Times New Roman" w:eastAsia="宋体"/>
          <w:b w:val="0"/>
          <w:i w:val="0"/>
          <w:color w:val="333333"/>
          <w:sz w:val="19"/>
        </w:rPr>
        <w:t>=56/441=8/63.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总成本为 N(4B+5J)=253 美分 =11·23。因为 N &gt; 1，所以 N∈{11,23,253}。</w:t>
      </w:r>
    </w:p>
    <w:p>
      <w:pPr>
        <w:spacing w:before="0" w:after="80" w:line="300" w:lineRule="auto"/>
        <w:jc w:val="left"/>
      </w:pPr>
      <w:r>
        <w:rPr>
          <w:rFonts w:ascii="Times New Roman" w:hAnsi="Times New Roman" w:eastAsia="宋体"/>
          <w:b w:val="0"/>
          <w:i w:val="0"/>
          <w:sz w:val="21"/>
        </w:rPr>
        <w:t>若 N=253 或 N=23，则 4B+5J 等于 1 或 11，对正整数不可能。</w:t>
      </w:r>
    </w:p>
    <w:p>
      <w:pPr>
        <w:spacing w:before="0" w:after="80" w:line="300" w:lineRule="auto"/>
        <w:jc w:val="left"/>
      </w:pPr>
      <w:r>
        <w:rPr>
          <w:rFonts w:ascii="Times New Roman" w:hAnsi="Times New Roman" w:eastAsia="宋体"/>
          <w:b w:val="0"/>
          <w:i w:val="0"/>
          <w:sz w:val="21"/>
        </w:rPr>
        <w:t>因此 N=11，且 4B+5J=23。唯一正整数解为 B=2、J=3。果酱成本为 11·3·5=165 美分，即 $1.65。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cost is N(4B+5J)=253 cents =11·23. Since N &gt; 1, N∈{11,23,253}.</w:t>
      </w:r>
    </w:p>
    <w:p>
      <w:pPr>
        <w:spacing w:before="0" w:after="80" w:line="300" w:lineRule="auto"/>
        <w:jc w:val="left"/>
      </w:pPr>
      <w:r>
        <w:rPr>
          <w:rFonts w:ascii="Times New Roman" w:hAnsi="Times New Roman" w:eastAsia="宋体"/>
          <w:b w:val="0"/>
          <w:i w:val="0"/>
          <w:color w:val="333333"/>
          <w:sz w:val="19"/>
        </w:rPr>
        <w:t>If N=253 or N=23, then 4B+5J equals 1 or 11, impossible for positive integers.</w:t>
      </w:r>
    </w:p>
    <w:p>
      <w:pPr>
        <w:spacing w:before="0" w:after="80" w:line="300" w:lineRule="auto"/>
        <w:jc w:val="left"/>
      </w:pPr>
      <w:r>
        <w:rPr>
          <w:rFonts w:ascii="Times New Roman" w:hAnsi="Times New Roman" w:eastAsia="宋体"/>
          <w:b w:val="0"/>
          <w:i w:val="0"/>
          <w:color w:val="333333"/>
          <w:sz w:val="19"/>
        </w:rPr>
        <w:t>So N=11 and 4B+5J=23, whose only positive solution is B=2, J=3. The jam costs 11·3·5=165 cents, or $1.65.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将四边形分成两个面积为 R 和 S 的三角形，则阴影面积为 T=R+S。</w:t>
      </w:r>
    </w:p>
    <w:p>
      <w:pPr>
        <w:spacing w:before="0" w:after="80" w:line="300" w:lineRule="auto"/>
        <w:jc w:val="left"/>
      </w:pPr>
      <w:r>
        <w:rPr>
          <w:rFonts w:ascii="Times New Roman" w:hAnsi="Times New Roman" w:eastAsia="宋体"/>
          <w:b w:val="0"/>
          <w:i w:val="0"/>
          <w:sz w:val="21"/>
        </w:rPr>
        <w:t>比较共高三角形，由底边比得到 R/3=T+7/10 和 S/7=T+3/14。</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T=R+S=3·T+7/10+7·T+3/14</w:t>
      </w:r>
    </w:p>
    <w:p>
      <w:pPr>
        <w:spacing w:before="0" w:after="80" w:line="300" w:lineRule="auto"/>
        <w:jc w:val="left"/>
      </w:pPr>
      <w:r>
        <w:rPr>
          <w:rFonts w:ascii="Times New Roman" w:hAnsi="Times New Roman" w:eastAsia="宋体"/>
          <w:b w:val="0"/>
          <w:i w:val="0"/>
          <w:sz w:val="21"/>
        </w:rPr>
        <w:t>所以 10T=3(T+7) +5(T+3) =8T+36，得到 T=18。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Split the quadrilateral into two triangles of areas R and S, so the shaded area is T=R+S.</w:t>
      </w:r>
    </w:p>
    <w:p>
      <w:pPr>
        <w:spacing w:before="0" w:after="80" w:line="300" w:lineRule="auto"/>
        <w:jc w:val="left"/>
      </w:pPr>
      <w:r>
        <w:rPr>
          <w:rFonts w:ascii="Times New Roman" w:hAnsi="Times New Roman" w:eastAsia="宋体"/>
          <w:b w:val="0"/>
          <w:i w:val="0"/>
          <w:color w:val="333333"/>
          <w:sz w:val="19"/>
        </w:rPr>
        <w:t>Comparing triangles that share an altitude, base ratios give R/3=T+7/10 and S/7=T+3/14.</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T=R+S=3·T+7/10+7·T+3/14,</w:t>
      </w:r>
    </w:p>
    <w:p>
      <w:pPr>
        <w:spacing w:before="0" w:after="80" w:line="300" w:lineRule="auto"/>
        <w:jc w:val="left"/>
      </w:pPr>
      <w:r>
        <w:rPr>
          <w:rFonts w:ascii="Times New Roman" w:hAnsi="Times New Roman" w:eastAsia="宋体"/>
          <w:b w:val="0"/>
          <w:i w:val="0"/>
          <w:color w:val="333333"/>
          <w:sz w:val="19"/>
        </w:rPr>
        <w:t>so 10T=3(T+7) +5(T+3) =8T+36, giving T=18.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这个六边形关于 OP 对称，所以其面积是梯形 AOPD 面积的两倍。</w:t>
      </w:r>
    </w:p>
    <w:p>
      <w:pPr>
        <w:spacing w:before="0" w:after="80" w:line="300" w:lineRule="auto"/>
        <w:jc w:val="left"/>
      </w:pPr>
      <w:r>
        <w:rPr>
          <w:rFonts w:ascii="Times New Roman" w:hAnsi="Times New Roman" w:eastAsia="宋体"/>
          <w:b w:val="0"/>
          <w:i w:val="0"/>
          <w:sz w:val="21"/>
        </w:rPr>
        <w:t>作 OF∥ AD，其中 F 在 PD 上。则 AOFD 是矩形，所以 DF=OA=2，且 FP=PD-DF=4-2=2。</w:t>
      </w:r>
    </w:p>
    <w:p>
      <w:pPr>
        <w:spacing w:before="0" w:after="80" w:line="300" w:lineRule="auto"/>
        <w:jc w:val="left"/>
      </w:pPr>
      <w:r>
        <w:rPr>
          <w:rFonts w:ascii="Times New Roman" w:hAnsi="Times New Roman" w:eastAsia="宋体"/>
          <w:b w:val="0"/>
          <w:i w:val="0"/>
          <w:sz w:val="21"/>
        </w:rPr>
        <w:t>由于两圆外切，OP=2+4=6，所以在直角三角形 OFP 中，OF=√(36-4)=4√(2)。</w:t>
      </w:r>
    </w:p>
    <w:p>
      <w:pPr>
        <w:spacing w:before="0" w:after="80" w:line="300" w:lineRule="auto"/>
        <w:jc w:val="left"/>
      </w:pPr>
      <w:r>
        <w:rPr>
          <w:rFonts w:ascii="Times New Roman" w:hAnsi="Times New Roman" w:eastAsia="宋体"/>
          <w:b w:val="0"/>
          <w:i w:val="0"/>
          <w:sz w:val="21"/>
        </w:rPr>
        <w:t>梯形 AOPD 的平行边为 OA=2 和 PD=4，高为 OF=4√(2)，面积为 1/2(2+4)(4√(2))=12√(2)。六边形面积为 2·12√(2)=24√(2)。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hexagon is symmetric about OP, so its area is twice that of trapezoid AOPD.</w:t>
      </w:r>
    </w:p>
    <w:p>
      <w:pPr>
        <w:spacing w:before="0" w:after="80" w:line="300" w:lineRule="auto"/>
        <w:jc w:val="left"/>
      </w:pPr>
      <w:r>
        <w:rPr>
          <w:rFonts w:ascii="Times New Roman" w:hAnsi="Times New Roman" w:eastAsia="宋体"/>
          <w:b w:val="0"/>
          <w:i w:val="0"/>
          <w:color w:val="333333"/>
          <w:sz w:val="19"/>
        </w:rPr>
        <w:t>Draw OF∥ AD with F on PD. Then AOFD is a rectangle, so DF=OA=2 and FP=PD-DF=4-2=2.</w:t>
      </w:r>
    </w:p>
    <w:p>
      <w:pPr>
        <w:spacing w:before="0" w:after="80" w:line="300" w:lineRule="auto"/>
        <w:jc w:val="left"/>
      </w:pPr>
      <w:r>
        <w:rPr>
          <w:rFonts w:ascii="Times New Roman" w:hAnsi="Times New Roman" w:eastAsia="宋体"/>
          <w:b w:val="0"/>
          <w:i w:val="0"/>
          <w:color w:val="333333"/>
          <w:sz w:val="19"/>
        </w:rPr>
        <w:t>Since the circles are externally tangent, OP=2+4=6, so in right triangle OFP, OF=√(36-4)=4√(2).</w:t>
      </w:r>
    </w:p>
    <w:p>
      <w:pPr>
        <w:spacing w:before="0" w:after="80" w:line="300" w:lineRule="auto"/>
        <w:jc w:val="left"/>
      </w:pPr>
      <w:r>
        <w:rPr>
          <w:rFonts w:ascii="Times New Roman" w:hAnsi="Times New Roman" w:eastAsia="宋体"/>
          <w:b w:val="0"/>
          <w:i w:val="0"/>
          <w:color w:val="333333"/>
          <w:sz w:val="19"/>
        </w:rPr>
        <w:t>Trapezoid AOPD has parallel sides OA=2 and PD=4 with height OF=4√(2), giving area 1/2(2+4)(4√(2))=12√(2). The hexagon area is 2·12√(2)=24√(2).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因为有一个孩子 9 岁，车牌号能被 9 整除，所以它的各位数字之和 2(a+b) 是 9 的倍数，这迫使 a+b=9。</w:t>
      </w:r>
    </w:p>
    <w:p>
      <w:pPr>
        <w:spacing w:before="0" w:after="80" w:line="300" w:lineRule="auto"/>
        <w:jc w:val="left"/>
      </w:pPr>
      <w:r>
        <w:rPr>
          <w:rFonts w:ascii="Times New Roman" w:hAnsi="Times New Roman" w:eastAsia="宋体"/>
          <w:b w:val="0"/>
          <w:i w:val="0"/>
          <w:sz w:val="21"/>
        </w:rPr>
        <w:t>八个不同年龄是从 1 到 9 的九个整数中的八个，所以 4 和 8 中至少有一个是孩子的年龄。因此车牌号能被 4 整除。不计两个数字互换，排列形式为 aabb、abab 或 baab。把这些形式与 a+b=9 及能被 4 整除结合，剩下</w:t>
      </w:r>
    </w:p>
    <w:p>
      <w:pPr>
        <w:spacing w:before="0" w:after="80" w:line="300" w:lineRule="auto"/>
        <w:jc w:val="left"/>
      </w:pPr>
      <w:r>
        <w:rPr>
          <w:rFonts w:ascii="Times New Roman" w:hAnsi="Times New Roman" w:eastAsia="宋体"/>
          <w:b w:val="0"/>
          <w:i w:val="0"/>
          <w:sz w:val="21"/>
        </w:rPr>
        <w:t>1188, 2772, 3636, 5544,</w:t>
      </w:r>
    </w:p>
    <w:p>
      <w:pPr>
        <w:spacing w:before="0" w:after="80" w:line="300" w:lineRule="auto"/>
        <w:jc w:val="left"/>
      </w:pPr>
      <w:r>
        <w:rPr>
          <w:rFonts w:ascii="Times New Roman" w:hAnsi="Times New Roman" w:eastAsia="宋体"/>
          <w:b w:val="0"/>
          <w:i w:val="0"/>
          <w:sz w:val="21"/>
        </w:rPr>
        <w:t>6336, 7272, 9900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最后一个候选会使 Jones 先生的年龄为 00，所以不可能。其余六个候选都不能被 5 整除，因此 5 不可能是孩子的年龄。条件确实可以满足：5544 能被 {1,2,3,4,6,7,8,9} 中的每个年龄整除，而末两位给出 Jones 先生的年龄 44。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 child is 9, the number is divisible by 9, so its digit sum 2(a+b) is a multiple of 9, which forces a+b=9.</w:t>
      </w:r>
    </w:p>
    <w:p>
      <w:pPr>
        <w:spacing w:before="0" w:after="80" w:line="300" w:lineRule="auto"/>
        <w:jc w:val="left"/>
      </w:pPr>
      <w:r>
        <w:rPr>
          <w:rFonts w:ascii="Times New Roman" w:hAnsi="Times New Roman" w:eastAsia="宋体"/>
          <w:b w:val="0"/>
          <w:i w:val="0"/>
          <w:color w:val="333333"/>
          <w:sz w:val="19"/>
        </w:rPr>
        <w:t>The eight distinct ages are eight of the nine integers from 1 through 9, so at least one of 4 and 8 is an age. Hence the plate number is divisible by 4. Up to interchanging the two digits, its pattern is aabb, abab, or baab. Combining these patterns with a+b=9 and divisibility by 4 leaves</w:t>
      </w:r>
    </w:p>
    <w:p>
      <w:pPr>
        <w:spacing w:before="0" w:after="80" w:line="300" w:lineRule="auto"/>
        <w:jc w:val="left"/>
      </w:pPr>
      <w:r>
        <w:rPr>
          <w:rFonts w:ascii="Times New Roman" w:hAnsi="Times New Roman" w:eastAsia="宋体"/>
          <w:b w:val="0"/>
          <w:i w:val="0"/>
          <w:color w:val="333333"/>
          <w:sz w:val="19"/>
        </w:rPr>
        <w:t>1188, 2772, 3636, 5544,</w:t>
      </w:r>
    </w:p>
    <w:p>
      <w:pPr>
        <w:spacing w:before="0" w:after="80" w:line="300" w:lineRule="auto"/>
        <w:jc w:val="left"/>
      </w:pPr>
      <w:r>
        <w:rPr>
          <w:rFonts w:ascii="Times New Roman" w:hAnsi="Times New Roman" w:eastAsia="宋体"/>
          <w:b w:val="0"/>
          <w:i w:val="0"/>
          <w:color w:val="333333"/>
          <w:sz w:val="19"/>
        </w:rPr>
        <w:t>6336, 7272, 9900.</w:t>
      </w:r>
    </w:p>
    <w:p>
      <w:pPr>
        <w:spacing w:before="0" w:after="80" w:line="300" w:lineRule="auto"/>
        <w:jc w:val="left"/>
      </w:pPr>
      <w:r>
        <w:rPr>
          <w:rFonts w:ascii="Times New Roman" w:hAnsi="Times New Roman" w:eastAsia="宋体"/>
          <w:b w:val="0"/>
          <w:i w:val="0"/>
          <w:color w:val="333333"/>
          <w:sz w:val="19"/>
        </w:rPr>
        <w:t>The last candidate would make Mr. Jones’s age 00, so it is impossible. None of the other six candidates is divisible by 5, so 5 cannot be one of the children’s ages. The conditions are attainable: 5544 is divisible by each age in {1,2,3,4,6,7,8,9} and its last two digits give Mr. Jones’s age as 44.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