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2006A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Joe’s Fast Food 的三明治每个 $3，汽水每杯 $2。购买 5 个三明治和 8 杯汽水需要多少美元？</w:t>
      </w:r>
    </w:p>
    <w:p>
      <w:pPr>
        <w:spacing w:before="0" w:after="120" w:line="300" w:lineRule="auto"/>
      </w:pPr>
      <w:r>
        <w:rPr>
          <w:rFonts w:ascii="Times New Roman" w:hAnsi="Times New Roman" w:eastAsia="宋体"/>
          <w:b w:val="0"/>
          <w:i w:val="0"/>
          <w:sz w:val="21"/>
        </w:rPr>
        <w:t>（A）31　　（B）32　　（C）33　　（D）34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Sandwiches at Joe’s Fast Food cost $3 each and sodas cost $2 each. How many dollars will it cost to purchase 5 sandwiches and 8 sodas?</w:t>
      </w:r>
    </w:p>
    <w:p>
      <w:pPr>
        <w:spacing w:before="0" w:after="160" w:line="300" w:lineRule="auto"/>
      </w:pPr>
      <w:r>
        <w:rPr>
          <w:rFonts w:ascii="Times New Roman" w:hAnsi="Times New Roman" w:eastAsia="宋体"/>
          <w:b w:val="0"/>
          <w:i w:val="0"/>
          <w:color w:val="333333"/>
          <w:sz w:val="19"/>
        </w:rPr>
        <w:t>(A) 31　　(B) 32　　(C) 33　　(D) 34　　(E) 35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定义 x otimes y = x³ - y。求 h otimes (h otimes h)。</w:t>
      </w:r>
    </w:p>
    <w:p>
      <w:pPr>
        <w:spacing w:before="0" w:after="120" w:line="300" w:lineRule="auto"/>
      </w:pPr>
      <w:r>
        <w:rPr>
          <w:rFonts w:ascii="Times New Roman" w:hAnsi="Times New Roman" w:eastAsia="宋体"/>
          <w:b w:val="0"/>
          <w:i w:val="0"/>
          <w:sz w:val="21"/>
        </w:rPr>
        <w:t>（A）-h　　（B）0　　（C）h　　（D）2h　　（E）h³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x otimes y = x³ - y. What is h otimes (h otimes h)?</w:t>
      </w:r>
    </w:p>
    <w:p>
      <w:pPr>
        <w:spacing w:before="0" w:after="160" w:line="300" w:lineRule="auto"/>
      </w:pPr>
      <w:r>
        <w:rPr>
          <w:rFonts w:ascii="Times New Roman" w:hAnsi="Times New Roman" w:eastAsia="宋体"/>
          <w:b w:val="0"/>
          <w:i w:val="0"/>
          <w:color w:val="333333"/>
          <w:sz w:val="19"/>
        </w:rPr>
        <w:t>(A) -h　　(B) 0　　(C) h　　(D) 2h　　(E) h³</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Mary 的年龄与 Alice 的年龄之比为 3: 5。Alice 今年 30 岁。Mary 今年多少岁？</w:t>
      </w:r>
    </w:p>
    <w:p>
      <w:pPr>
        <w:spacing w:before="0" w:after="120" w:line="300" w:lineRule="auto"/>
      </w:pPr>
      <w:r>
        <w:rPr>
          <w:rFonts w:ascii="Times New Roman" w:hAnsi="Times New Roman" w:eastAsia="宋体"/>
          <w:b w:val="0"/>
          <w:i w:val="0"/>
          <w:sz w:val="21"/>
        </w:rPr>
        <w:t>（A）15　　（B）18　　（C）20　　（D）24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Mary’s age to Alice’s age is 3: 5. Alice is 30 years old. How many years old is Mary?</w:t>
      </w:r>
    </w:p>
    <w:p>
      <w:pPr>
        <w:spacing w:before="0" w:after="160" w:line="300" w:lineRule="auto"/>
      </w:pPr>
      <w:r>
        <w:rPr>
          <w:rFonts w:ascii="Times New Roman" w:hAnsi="Times New Roman" w:eastAsia="宋体"/>
          <w:b w:val="0"/>
          <w:i w:val="0"/>
          <w:color w:val="333333"/>
          <w:sz w:val="19"/>
        </w:rPr>
        <w:t>(A) 15　　(B) 18　　(C) 20　　(D) 24　　(E) 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一个电子表显示小时和分钟，并标明上午或下午。显示内容中所有数字之和的最大可能值是多少？</w:t>
      </w:r>
    </w:p>
    <w:p>
      <w:pPr>
        <w:spacing w:before="0" w:after="120" w:line="300" w:lineRule="auto"/>
      </w:pPr>
      <w:r>
        <w:rPr>
          <w:rFonts w:ascii="Times New Roman" w:hAnsi="Times New Roman" w:eastAsia="宋体"/>
          <w:b w:val="0"/>
          <w:i w:val="0"/>
          <w:sz w:val="21"/>
        </w:rPr>
        <w:t>（A）17　　（B）19　　（C）21　　（D）22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digital watch displays hours and minutes with am and pm. What is the largest possible sum of the digits in the display?</w:t>
      </w:r>
    </w:p>
    <w:p>
      <w:pPr>
        <w:spacing w:before="0" w:after="160" w:line="300" w:lineRule="auto"/>
      </w:pPr>
      <w:r>
        <w:rPr>
          <w:rFonts w:ascii="Times New Roman" w:hAnsi="Times New Roman" w:eastAsia="宋体"/>
          <w:b w:val="0"/>
          <w:i w:val="0"/>
          <w:color w:val="333333"/>
          <w:sz w:val="19"/>
        </w:rPr>
        <w:t>(A) 17　　(B) 19　　(C) 21　　(D) 22　　(E) 23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Doug 和 Dave 分享一个切成 8 块等大的披萨。Doug 想要普通披萨，但 Dave 想在半个披萨上加凤尾鱼。普通披萨价格为 $8，在半个披萨上加凤尾鱼另收 $2。Dave 吃了所有加凤尾鱼的披萨块和一块普通披萨。Doug 吃了剩下的部分。两人各自按自己吃的部分付钱。Dave 比 Doug 多付多少美元？</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Doug and Dave shared a pizza with 8 equally-sized slices. Doug wanted a plain pizza, but Dave wanted anchovies on half of the pizza. The cost of a plain pizza was $8, and there was an additional cost of $2 for putting anchovies on one half. Dave ate all the slices of anchovy pizza and one plain slice. Doug ate the remainder. Each then paid for what he had eaten. How many more dollars did Dave pay than Doug?</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哪个非零实数 x 满足 (7x)¹⁴ = (14x)⁷？</w:t>
      </w:r>
    </w:p>
    <w:p>
      <w:pPr>
        <w:spacing w:before="0" w:after="120" w:line="300" w:lineRule="auto"/>
      </w:pPr>
      <w:r>
        <w:rPr>
          <w:rFonts w:ascii="Times New Roman" w:hAnsi="Times New Roman" w:eastAsia="宋体"/>
          <w:b w:val="0"/>
          <w:i w:val="0"/>
          <w:sz w:val="21"/>
        </w:rPr>
        <w:t>（A）1/7　　（B）2/7　　（C）1　　（D）7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non-zero real value for x satisfies (7x)¹⁴ = (14x)⁷?</w:t>
      </w:r>
    </w:p>
    <w:p>
      <w:pPr>
        <w:spacing w:before="0" w:after="160" w:line="300" w:lineRule="auto"/>
      </w:pPr>
      <w:r>
        <w:rPr>
          <w:rFonts w:ascii="Times New Roman" w:hAnsi="Times New Roman" w:eastAsia="宋体"/>
          <w:b w:val="0"/>
          <w:i w:val="0"/>
          <w:color w:val="333333"/>
          <w:sz w:val="19"/>
        </w:rPr>
        <w:t>(A) 1/7　　(B) 2/7　　(C) 1　　(D) 7　　(E) 14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如图，8 × 18 的矩形 ABCD 被切成两个全等六边形，使得这两个六边形可以无重叠地重新摆成一个正方形。y 是多少？</w:t>
      </w:r>
    </w:p>
    <w:p>
      <w:pPr>
        <w:spacing w:before="80" w:after="80"/>
        <w:jc w:val="center"/>
      </w:pPr>
      <w:r>
        <w:drawing>
          <wp:inline xmlns:a="http://schemas.openxmlformats.org/drawingml/2006/main" xmlns:pic="http://schemas.openxmlformats.org/drawingml/2006/picture">
            <wp:extent cx="1113917" cy="543185"/>
            <wp:docPr id="1" name="Picture 1"/>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113917" cy="543185"/>
                    </a:xfrm>
                    <a:prstGeom prst="rect"/>
                  </pic:spPr>
                </pic:pic>
              </a:graphicData>
            </a:graphic>
          </wp:inline>
        </w:drawing>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8 × 18 rectangle ABCD is cut into two congruent hexagons, as shown, in such a way that the two hexagons can be repositioned without overlap to form a square. What is y?</w:t>
      </w:r>
    </w:p>
    <w:p>
      <w:pPr>
        <w:spacing w:before="80" w:after="80"/>
        <w:jc w:val="center"/>
      </w:pPr>
      <w:r>
        <w:drawing>
          <wp:inline xmlns:a="http://schemas.openxmlformats.org/drawingml/2006/main" xmlns:pic="http://schemas.openxmlformats.org/drawingml/2006/picture">
            <wp:extent cx="1113917" cy="543185"/>
            <wp:docPr id="2" name="Picture 2"/>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113917" cy="54318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抛物线 y = x² + bx + c 经过点 (2, 3) 和 (4, 3)。求 c。</w:t>
      </w:r>
    </w:p>
    <w:p>
      <w:pPr>
        <w:spacing w:before="0" w:after="120" w:line="300" w:lineRule="auto"/>
      </w:pPr>
      <w:r>
        <w:rPr>
          <w:rFonts w:ascii="Times New Roman" w:hAnsi="Times New Roman" w:eastAsia="宋体"/>
          <w:b w:val="0"/>
          <w:i w:val="0"/>
          <w:sz w:val="21"/>
        </w:rPr>
        <w:t>（A）2　　（B）5　　（C）7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parabola with equation y = x² + bx + c passes through the points (2, 3) and (4, 3). What is c?</w:t>
      </w:r>
    </w:p>
    <w:p>
      <w:pPr>
        <w:spacing w:before="0" w:after="160" w:line="300" w:lineRule="auto"/>
      </w:pPr>
      <w:r>
        <w:rPr>
          <w:rFonts w:ascii="Times New Roman" w:hAnsi="Times New Roman" w:eastAsia="宋体"/>
          <w:b w:val="0"/>
          <w:i w:val="0"/>
          <w:color w:val="333333"/>
          <w:sz w:val="19"/>
        </w:rPr>
        <w:t>(A) 2　　(B) 5　　(C) 7　　(D) 10　　(E) 11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有多少组两个或更多连续正整数的和为 15？</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sets of two or more consecutive positive integers have a sum of 15?</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对多少个实数 x，√(120 - √(x)) 是整数？</w:t>
      </w:r>
    </w:p>
    <w:p>
      <w:pPr>
        <w:spacing w:before="0" w:after="120" w:line="300" w:lineRule="auto"/>
      </w:pPr>
      <w:r>
        <w:rPr>
          <w:rFonts w:ascii="Times New Roman" w:hAnsi="Times New Roman" w:eastAsia="宋体"/>
          <w:b w:val="0"/>
          <w:i w:val="0"/>
          <w:sz w:val="21"/>
        </w:rPr>
        <w:t>（A）3　　（B）6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real values of x is √(120 - √(x)) an integer?</w:t>
      </w:r>
    </w:p>
    <w:p>
      <w:pPr>
        <w:spacing w:before="0" w:after="160" w:line="300" w:lineRule="auto"/>
      </w:pPr>
      <w:r>
        <w:rPr>
          <w:rFonts w:ascii="Times New Roman" w:hAnsi="Times New Roman" w:eastAsia="宋体"/>
          <w:b w:val="0"/>
          <w:i w:val="0"/>
          <w:color w:val="333333"/>
          <w:sz w:val="19"/>
        </w:rPr>
        <w:t>(A) 3　　(B) 6　　(C) 9　　(D) 10　　(E) 11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下列哪一项描述方程 (x + y)² = x² + y² 的图像？</w:t>
      </w:r>
    </w:p>
    <w:p>
      <w:pPr>
        <w:spacing w:before="0" w:after="120" w:line="300" w:lineRule="auto"/>
      </w:pPr>
      <w:r>
        <w:rPr>
          <w:rFonts w:ascii="Times New Roman" w:hAnsi="Times New Roman" w:eastAsia="宋体"/>
          <w:b w:val="0"/>
          <w:i w:val="0"/>
          <w:sz w:val="21"/>
        </w:rPr>
        <w:t>（A）空集　　（B）一个点　　（C）两条直线　　（D）一个圆　　（E）整个平面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describes the graph of the equation (x + y)² = x² + y²?</w:t>
      </w:r>
    </w:p>
    <w:p>
      <w:pPr>
        <w:spacing w:before="0" w:after="160" w:line="300" w:lineRule="auto"/>
      </w:pPr>
      <w:r>
        <w:rPr>
          <w:rFonts w:ascii="Times New Roman" w:hAnsi="Times New Roman" w:eastAsia="宋体"/>
          <w:b w:val="0"/>
          <w:i w:val="0"/>
          <w:color w:val="333333"/>
          <w:sz w:val="19"/>
        </w:rPr>
        <w:t>(A) the empty set　　(B) one point　　(C) two lines　　(D) a circle　　(E) the entire plane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Rolly 想用一根 8 英尺长的绳子把他的狗拴在一个边长为 16 英尺的正方形棚子上。他的初步图示如下。</w:t>
      </w:r>
    </w:p>
    <w:p>
      <w:pPr>
        <w:spacing w:before="80" w:after="80"/>
        <w:jc w:val="center"/>
      </w:pPr>
      <w:r>
        <w:drawing>
          <wp:inline xmlns:a="http://schemas.openxmlformats.org/drawingml/2006/main" xmlns:pic="http://schemas.openxmlformats.org/drawingml/2006/picture">
            <wp:extent cx="1502468" cy="2053303"/>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502468" cy="2053303"/>
                    </a:xfrm>
                    <a:prstGeom prst="rect"/>
                  </pic:spPr>
                </pic:pic>
              </a:graphicData>
            </a:graphic>
          </wp:inline>
        </w:drawing>
      </w:r>
    </w:p>
    <w:p>
      <w:pPr>
        <w:spacing w:before="0" w:after="80" w:line="300" w:lineRule="auto"/>
        <w:jc w:val="left"/>
      </w:pPr>
      <w:r>
        <w:rPr>
          <w:rFonts w:ascii="Times New Roman" w:hAnsi="Times New Roman" w:eastAsia="宋体"/>
          <w:b w:val="0"/>
          <w:i w:val="0"/>
          <w:sz w:val="21"/>
        </w:rPr>
        <w:t>哪一种安排让狗能活动的面积更大？大多少平方英尺？</w:t>
      </w:r>
    </w:p>
    <w:p>
      <w:pPr>
        <w:spacing w:before="0" w:after="120" w:line="300" w:lineRule="auto"/>
      </w:pPr>
      <w:r>
        <w:rPr>
          <w:rFonts w:ascii="Times New Roman" w:hAnsi="Times New Roman" w:eastAsia="宋体"/>
          <w:b w:val="0"/>
          <w:i w:val="0"/>
          <w:sz w:val="21"/>
        </w:rPr>
        <w:t>（A）I，大 8π　　（B）I，大 6π　　（C）II，大 4π　　（D）II，大 8π　　（E）II，大 10π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Rolly wishes to secure his dog with an 8-foot rope to a square shed that is 16 feet on each side. His preliminary drawings are shown.</w:t>
      </w:r>
    </w:p>
    <w:p>
      <w:pPr>
        <w:spacing w:before="80" w:after="80"/>
        <w:jc w:val="center"/>
      </w:pPr>
      <w:r>
        <w:drawing>
          <wp:inline xmlns:a="http://schemas.openxmlformats.org/drawingml/2006/main" xmlns:pic="http://schemas.openxmlformats.org/drawingml/2006/picture">
            <wp:extent cx="1502468" cy="2053303"/>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502468" cy="205330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Which of these arrangements gives the dog the greater area to roam, and by how many square feet?</w:t>
      </w:r>
    </w:p>
    <w:p>
      <w:pPr>
        <w:spacing w:before="0" w:after="160" w:line="300" w:lineRule="auto"/>
      </w:pPr>
      <w:r>
        <w:rPr>
          <w:rFonts w:ascii="Times New Roman" w:hAnsi="Times New Roman" w:eastAsia="宋体"/>
          <w:b w:val="0"/>
          <w:i w:val="0"/>
          <w:color w:val="333333"/>
          <w:sz w:val="19"/>
        </w:rPr>
        <w:t>(A) I, by 8π　　(B) I, by 6π　　(C) II, by 4π　　(D) II, by 8π　　(E) II, by 10π</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玩家支付 $5 玩一个游戏。掷一个骰子。如果掷出的数是奇数，游戏失败。如果掷出的数是偶数，则再掷一次骰子。此时若第二次的数与第一次相同，玩家获胜，否则失败。若游戏公平，玩家获胜时应赢得多少钱？（在公平游戏中，获胜概率乘以奖金等于玩家应支付的费用。）</w:t>
      </w:r>
    </w:p>
    <w:p>
      <w:pPr>
        <w:spacing w:before="0" w:after="120" w:line="300" w:lineRule="auto"/>
      </w:pPr>
      <w:r>
        <w:rPr>
          <w:rFonts w:ascii="Times New Roman" w:hAnsi="Times New Roman" w:eastAsia="宋体"/>
          <w:b w:val="0"/>
          <w:i w:val="0"/>
          <w:sz w:val="21"/>
        </w:rPr>
        <w:t>（A）$12　　（B）$30　　（C）$50　　（D）$60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player pays $5 to play a game. A die is rolled. If the number on the die is odd, the game is lost. If the number on the die is even, the die is rolled again. In this case the player wins if the second number matches the first and loses otherwise. How much should the player win if the game is fair? (In a fair game the probability of winning times the amount won is what the player should pay.)</w:t>
      </w:r>
    </w:p>
    <w:p>
      <w:pPr>
        <w:spacing w:before="0" w:after="160" w:line="300" w:lineRule="auto"/>
      </w:pPr>
      <w:r>
        <w:rPr>
          <w:rFonts w:ascii="Times New Roman" w:hAnsi="Times New Roman" w:eastAsia="宋体"/>
          <w:b w:val="0"/>
          <w:i w:val="0"/>
          <w:color w:val="333333"/>
          <w:sz w:val="19"/>
        </w:rPr>
        <w:t>(A) $12　　(B) $30　　(C) $50　　(D) $60　　(E) $100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若干个相连的圆环挂在一个钉子上，每个圆环厚 1 厘米。最上面的圆环外径为 20 厘米。其余每个圆环的外径都比它上方的圆环少 1 厘米。最下面的圆环外径为 3 厘米。从最上面圆环的顶部到最下面圆环的底部的距离是多少厘米？</w:t>
      </w:r>
    </w:p>
    <w:p>
      <w:pPr>
        <w:spacing w:before="80" w:after="80"/>
        <w:jc w:val="center"/>
      </w:pPr>
      <w:r>
        <w:drawing>
          <wp:inline xmlns:a="http://schemas.openxmlformats.org/drawingml/2006/main" xmlns:pic="http://schemas.openxmlformats.org/drawingml/2006/picture">
            <wp:extent cx="1143610" cy="1492914"/>
            <wp:docPr id="5" name="Picture 5"/>
            <wp:cNvGraphicFramePr>
              <a:graphicFrameLocks noChangeAspect="1"/>
            </wp:cNvGraphicFramePr>
            <a:graphic>
              <a:graphicData uri="http://schemas.openxmlformats.org/drawingml/2006/picture">
                <pic:pic>
                  <pic:nvPicPr>
                    <pic:cNvPr id="0" name="q14-1@300dpi.png"/>
                    <pic:cNvPicPr/>
                  </pic:nvPicPr>
                  <pic:blipFill>
                    <a:blip r:embed="rId11"/>
                    <a:stretch>
                      <a:fillRect/>
                    </a:stretch>
                  </pic:blipFill>
                  <pic:spPr>
                    <a:xfrm>
                      <a:off x="0" y="0"/>
                      <a:ext cx="1143610" cy="1492914"/>
                    </a:xfrm>
                    <a:prstGeom prst="rect"/>
                  </pic:spPr>
                </pic:pic>
              </a:graphicData>
            </a:graphic>
          </wp:inline>
        </w:drawing>
      </w:r>
    </w:p>
    <w:p>
      <w:pPr>
        <w:spacing w:before="0" w:after="120" w:line="300" w:lineRule="auto"/>
      </w:pPr>
      <w:r>
        <w:rPr>
          <w:rFonts w:ascii="Times New Roman" w:hAnsi="Times New Roman" w:eastAsia="宋体"/>
          <w:b w:val="0"/>
          <w:i w:val="0"/>
          <w:sz w:val="21"/>
        </w:rPr>
        <w:t>（A）171　　（B）173　　（C）182　　（D）188　　（E）210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of linked rings, each 1 cm thick, are hanging on a peg. The top ring has an outside diameter of 20 cm. The outside diameter of each of the other rings is 1 cm less than that of the ring above it. The bottom ring has an outside diameter of 3 cm. What is the distance, in cm, from the top of the top ring to the bottom of the bottom ring?</w:t>
      </w:r>
    </w:p>
    <w:p>
      <w:pPr>
        <w:spacing w:before="80" w:after="80"/>
        <w:jc w:val="center"/>
      </w:pPr>
      <w:r>
        <w:drawing>
          <wp:inline xmlns:a="http://schemas.openxmlformats.org/drawingml/2006/main" xmlns:pic="http://schemas.openxmlformats.org/drawingml/2006/picture">
            <wp:extent cx="1143610" cy="1492914"/>
            <wp:docPr id="6" name="Picture 6"/>
            <wp:cNvGraphicFramePr>
              <a:graphicFrameLocks noChangeAspect="1"/>
            </wp:cNvGraphicFramePr>
            <a:graphic>
              <a:graphicData uri="http://schemas.openxmlformats.org/drawingml/2006/picture">
                <pic:pic>
                  <pic:nvPicPr>
                    <pic:cNvPr id="0" name="q14-1@300dpi.png"/>
                    <pic:cNvPicPr/>
                  </pic:nvPicPr>
                  <pic:blipFill>
                    <a:blip r:embed="rId11"/>
                    <a:stretch>
                      <a:fillRect/>
                    </a:stretch>
                  </pic:blipFill>
                  <pic:spPr>
                    <a:xfrm>
                      <a:off x="0" y="0"/>
                      <a:ext cx="1143610" cy="149291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171　　(B) 173　　(C) 182　　(D) 188　　(E) 210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Odell 和 Kershaw 在圆形跑道上跑 30 分钟。Odell 以每分钟 250 米的速度顺时针跑，使用半径为 50 米的内道。Kershaw 以每分钟 300 米的速度逆时针跑，使用半径为 60 米的外道，并与 Odell 从同一条半径线上开始。开始后他们相遇多少次？</w:t>
      </w:r>
    </w:p>
    <w:p>
      <w:pPr>
        <w:spacing w:before="0" w:after="120" w:line="300" w:lineRule="auto"/>
      </w:pPr>
      <w:r>
        <w:rPr>
          <w:rFonts w:ascii="Times New Roman" w:hAnsi="Times New Roman" w:eastAsia="宋体"/>
          <w:b w:val="0"/>
          <w:i w:val="0"/>
          <w:sz w:val="21"/>
        </w:rPr>
        <w:t>（A）29　　（B）42　　（C）45　　（D）47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Odell and Kershaw run for 30 minutes on a circular track. Odell runs clockwise at 250 m/min and uses the inner lane with a radius of 50 meters. Kershaw runs counterclockwise at 300 m/min and uses the outer lane with a radius of 60 meters, starting on the same radial line as Odell. How many times after the start do they pass each other?</w:t>
      </w:r>
    </w:p>
    <w:p>
      <w:pPr>
        <w:spacing w:before="0" w:after="160" w:line="300" w:lineRule="auto"/>
      </w:pPr>
      <w:r>
        <w:rPr>
          <w:rFonts w:ascii="Times New Roman" w:hAnsi="Times New Roman" w:eastAsia="宋体"/>
          <w:b w:val="0"/>
          <w:i w:val="0"/>
          <w:color w:val="333333"/>
          <w:sz w:val="19"/>
        </w:rPr>
        <w:t>(A) 29　　(B) 42　　(C) 45　　(D) 47　　(E) 50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一个半径为 1 的圆与一个半径为 2 的圆相切。如图，△ ABC 的各边与这两个圆相切，且边 AB 与 AC 全等。△ ABC 的面积是多少？</w:t>
      </w:r>
    </w:p>
    <w:p>
      <w:pPr>
        <w:spacing w:before="80" w:after="80"/>
        <w:jc w:val="center"/>
      </w:pPr>
      <w:r>
        <w:drawing>
          <wp:inline xmlns:a="http://schemas.openxmlformats.org/drawingml/2006/main" xmlns:pic="http://schemas.openxmlformats.org/drawingml/2006/picture">
            <wp:extent cx="616600" cy="751702"/>
            <wp:docPr id="7" name="Picture 7"/>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616600" cy="751702"/>
                    </a:xfrm>
                    <a:prstGeom prst="rect"/>
                  </pic:spPr>
                </pic:pic>
              </a:graphicData>
            </a:graphic>
          </wp:inline>
        </w:drawing>
      </w:r>
    </w:p>
    <w:p>
      <w:pPr>
        <w:spacing w:before="0" w:after="120" w:line="300" w:lineRule="auto"/>
      </w:pPr>
      <w:r>
        <w:rPr>
          <w:rFonts w:ascii="Times New Roman" w:hAnsi="Times New Roman" w:eastAsia="宋体"/>
          <w:b w:val="0"/>
          <w:i w:val="0"/>
          <w:sz w:val="21"/>
        </w:rPr>
        <w:t>（A）35/2　　（B）15√(2)　　（C）64/3　　（D）16√(2)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1 is tangent to a circle of radius 2. The sides of △ ABC are tangent to the circles as shown, and the sides AB and AC are congruent. What is the area of △ ABC?</w:t>
      </w:r>
    </w:p>
    <w:p>
      <w:pPr>
        <w:spacing w:before="80" w:after="80"/>
        <w:jc w:val="center"/>
      </w:pPr>
      <w:r>
        <w:drawing>
          <wp:inline xmlns:a="http://schemas.openxmlformats.org/drawingml/2006/main" xmlns:pic="http://schemas.openxmlformats.org/drawingml/2006/picture">
            <wp:extent cx="616600" cy="751702"/>
            <wp:docPr id="8" name="Picture 8"/>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616600" cy="75170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35/2　　(B) 15√(2)　　(C) 64/3　　(D) 16√(2)　　(E) 24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在矩形 ADEH 中，点 B 和 C 三等分 AD，点 G 和 F 三等分 HE。此外，AH = AC = 2。图中四边形 WXYZ 的面积是多少？</w:t>
      </w:r>
    </w:p>
    <w:p>
      <w:pPr>
        <w:spacing w:before="80" w:after="80"/>
        <w:jc w:val="center"/>
      </w:pPr>
      <w:r>
        <w:drawing>
          <wp:inline xmlns:a="http://schemas.openxmlformats.org/drawingml/2006/main" xmlns:pic="http://schemas.openxmlformats.org/drawingml/2006/picture">
            <wp:extent cx="1226041" cy="852706"/>
            <wp:docPr id="9" name="Picture 9"/>
            <wp:cNvGraphicFramePr>
              <a:graphicFrameLocks noChangeAspect="1"/>
            </wp:cNvGraphicFramePr>
            <a:graphic>
              <a:graphicData uri="http://schemas.openxmlformats.org/drawingml/2006/picture">
                <pic:pic>
                  <pic:nvPicPr>
                    <pic:cNvPr id="0" name="q17-1@300dpi.png"/>
                    <pic:cNvPicPr/>
                  </pic:nvPicPr>
                  <pic:blipFill>
                    <a:blip r:embed="rId13"/>
                    <a:stretch>
                      <a:fillRect/>
                    </a:stretch>
                  </pic:blipFill>
                  <pic:spPr>
                    <a:xfrm>
                      <a:off x="0" y="0"/>
                      <a:ext cx="1226041" cy="852706"/>
                    </a:xfrm>
                    <a:prstGeom prst="rect"/>
                  </pic:spPr>
                </pic:pic>
              </a:graphicData>
            </a:graphic>
          </wp:inline>
        </w:drawing>
      </w:r>
    </w:p>
    <w:p>
      <w:pPr>
        <w:spacing w:before="0" w:after="120" w:line="300" w:lineRule="auto"/>
      </w:pPr>
      <w:r>
        <w:rPr>
          <w:rFonts w:ascii="Times New Roman" w:hAnsi="Times New Roman" w:eastAsia="宋体"/>
          <w:b w:val="0"/>
          <w:i w:val="0"/>
          <w:sz w:val="21"/>
        </w:rPr>
        <w:t>（A）1/2　　（B）(√(2))/2　　（C）(√(3))/2　　（D）(2√(2))/3　　（E）(2√(3))/3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ADEH, points B and C trisect AD, and points G and F trisect HE. In addition, AH = AC = 2. What is the area of quadrilateral WXYZ shown in the figure?</w:t>
      </w:r>
    </w:p>
    <w:p>
      <w:pPr>
        <w:spacing w:before="80" w:after="80"/>
        <w:jc w:val="center"/>
      </w:pPr>
      <w:r>
        <w:drawing>
          <wp:inline xmlns:a="http://schemas.openxmlformats.org/drawingml/2006/main" xmlns:pic="http://schemas.openxmlformats.org/drawingml/2006/picture">
            <wp:extent cx="1226041" cy="852706"/>
            <wp:docPr id="10" name="Picture 10"/>
            <wp:cNvGraphicFramePr>
              <a:graphicFrameLocks noChangeAspect="1"/>
            </wp:cNvGraphicFramePr>
            <a:graphic>
              <a:graphicData uri="http://schemas.openxmlformats.org/drawingml/2006/picture">
                <pic:pic>
                  <pic:nvPicPr>
                    <pic:cNvPr id="0" name="q17-1@300dpi.png"/>
                    <pic:cNvPicPr/>
                  </pic:nvPicPr>
                  <pic:blipFill>
                    <a:blip r:embed="rId13"/>
                    <a:stretch>
                      <a:fillRect/>
                    </a:stretch>
                  </pic:blipFill>
                  <pic:spPr>
                    <a:xfrm>
                      <a:off x="0" y="0"/>
                      <a:ext cx="1226041" cy="8527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(√(2))/2　　(C) (√(3))/2　　(D) (2√(2))/3　　(E) (2√(3))/3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某州的车牌由 4 个数字和 2 个字母组成，数字不要求互异，字母也不要求互异。这六个字符可以以任意顺序出现，但两个字母必须相邻。共有多少种不同车牌？</w:t>
      </w:r>
    </w:p>
    <w:p>
      <w:pPr>
        <w:spacing w:before="0" w:after="120" w:line="300" w:lineRule="auto"/>
      </w:pPr>
      <w:r>
        <w:rPr>
          <w:rFonts w:ascii="Times New Roman" w:hAnsi="Times New Roman" w:eastAsia="宋体"/>
          <w:b w:val="0"/>
          <w:i w:val="0"/>
          <w:sz w:val="21"/>
        </w:rPr>
        <w:t>（A）10⁴ · 26²　　（B）10³ · 26³　　（C）5 · 10⁴ · 26²　　（D）10² · 26⁴　　（E）5 · 10³ · 26³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license plate in a certain state consists of 4 digits, not necessarily distinct, and 2 letters, also not necessarily distinct. These six characters may appear in any order, except that the two letters must appear next to each other. How many distinct license plates are possible?</w:t>
      </w:r>
    </w:p>
    <w:p>
      <w:pPr>
        <w:spacing w:before="0" w:after="160" w:line="300" w:lineRule="auto"/>
      </w:pPr>
      <w:r>
        <w:rPr>
          <w:rFonts w:ascii="Times New Roman" w:hAnsi="Times New Roman" w:eastAsia="宋体"/>
          <w:b w:val="0"/>
          <w:i w:val="0"/>
          <w:color w:val="333333"/>
          <w:sz w:val="19"/>
        </w:rPr>
        <w:t>(A) 10⁴ · 26²　　(B) 10³ · 26³　　(C) 5 · 10⁴ · 26²　　(D) 10² · 26⁴　　(E) 5 · 10³ · 26³</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有多少个互不相似的三角形，其三个角的度数是互不相同的正整数，并且成等差数列？</w:t>
      </w:r>
    </w:p>
    <w:p>
      <w:pPr>
        <w:spacing w:before="0" w:after="120" w:line="300" w:lineRule="auto"/>
      </w:pPr>
      <w:r>
        <w:rPr>
          <w:rFonts w:ascii="Times New Roman" w:hAnsi="Times New Roman" w:eastAsia="宋体"/>
          <w:b w:val="0"/>
          <w:i w:val="0"/>
          <w:sz w:val="21"/>
        </w:rPr>
        <w:t>（A）0　　（B）1　　（C）59　　（D）89　　（E）178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non-similar triangles have angles whose degree measures are distinct positive integers in arithmetic progression?</w:t>
      </w:r>
    </w:p>
    <w:p>
      <w:pPr>
        <w:spacing w:before="0" w:after="160" w:line="300" w:lineRule="auto"/>
      </w:pPr>
      <w:r>
        <w:rPr>
          <w:rFonts w:ascii="Times New Roman" w:hAnsi="Times New Roman" w:eastAsia="宋体"/>
          <w:b w:val="0"/>
          <w:i w:val="0"/>
          <w:color w:val="333333"/>
          <w:sz w:val="19"/>
        </w:rPr>
        <w:t>(A) 0　　(B) 1　　(C) 59　　(D) 89　　(E) 178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从 1 到 2006（含端点）之间随机选择六个互不相同的正整数。某一对整数的差是 5 的倍数的概率是多少？</w:t>
      </w:r>
    </w:p>
    <w:p>
      <w:pPr>
        <w:spacing w:before="0" w:after="120" w:line="300" w:lineRule="auto"/>
      </w:pPr>
      <w:r>
        <w:rPr>
          <w:rFonts w:ascii="Times New Roman" w:hAnsi="Times New Roman" w:eastAsia="宋体"/>
          <w:b w:val="0"/>
          <w:i w:val="0"/>
          <w:sz w:val="21"/>
        </w:rPr>
        <w:t>（A）1/2　　（B）3/5　　（C）2/3　　（D）4/5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distinct positive integers are randomly chosen between 1 and 2006, inclusive. What is the probability that some pair of these integers has a difference that is a multiple of 5?</w:t>
      </w:r>
    </w:p>
    <w:p>
      <w:pPr>
        <w:spacing w:before="0" w:after="160" w:line="300" w:lineRule="auto"/>
      </w:pPr>
      <w:r>
        <w:rPr>
          <w:rFonts w:ascii="Times New Roman" w:hAnsi="Times New Roman" w:eastAsia="宋体"/>
          <w:b w:val="0"/>
          <w:i w:val="0"/>
          <w:color w:val="333333"/>
          <w:sz w:val="19"/>
        </w:rPr>
        <w:t>(A) 1/2　　(B) 3/5　　(C) 2/3　　(D) 4/5　　(E) 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有多少个四位正整数至少有一位数字是 2 或 3？</w:t>
      </w:r>
    </w:p>
    <w:p>
      <w:pPr>
        <w:spacing w:before="0" w:after="120" w:line="300" w:lineRule="auto"/>
      </w:pPr>
      <w:r>
        <w:rPr>
          <w:rFonts w:ascii="Times New Roman" w:hAnsi="Times New Roman" w:eastAsia="宋体"/>
          <w:b w:val="0"/>
          <w:i w:val="0"/>
          <w:sz w:val="21"/>
        </w:rPr>
        <w:t>（A）2439　　（B）4096　　（C）4903　　（D）4904　　（E）5416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four-digit positive integers have at least one digit that is a 2 or a 3?</w:t>
      </w:r>
    </w:p>
    <w:p>
      <w:pPr>
        <w:spacing w:before="0" w:after="160" w:line="300" w:lineRule="auto"/>
      </w:pPr>
      <w:r>
        <w:rPr>
          <w:rFonts w:ascii="Times New Roman" w:hAnsi="Times New Roman" w:eastAsia="宋体"/>
          <w:b w:val="0"/>
          <w:i w:val="0"/>
          <w:color w:val="333333"/>
          <w:sz w:val="19"/>
        </w:rPr>
        <w:t>(A) 2439　　(B) 4096　　(C) 4903　　(D) 4904　　(E) 5416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两位农夫约定猪值 $300，山羊值 $210。当一位农夫欠另一位钱时，他用猪或山羊偿还，并可按需要以山羊或猪的形式收取“找零”。（例如，$390 的债可以用两头猪支付，并收回一只山羊作为找零。）用这种方式可以结清的最小正债务金额是多少？</w:t>
      </w:r>
    </w:p>
    <w:p>
      <w:pPr>
        <w:spacing w:before="0" w:after="120" w:line="300" w:lineRule="auto"/>
      </w:pPr>
      <w:r>
        <w:rPr>
          <w:rFonts w:ascii="Times New Roman" w:hAnsi="Times New Roman" w:eastAsia="宋体"/>
          <w:b w:val="0"/>
          <w:i w:val="0"/>
          <w:sz w:val="21"/>
        </w:rPr>
        <w:t>（A）$5　　（B）$10　　（C）$30　　（D）$90　　（E）$210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farmers agree that pigs are worth $300 and that goats are worth $210. When one farmer owes the other money, he pays the debt in pigs or goats, with “change” received in the form of goats or pigs as necessary. (For example, a $390 debt could be paid with two pigs, with one goat received in change.) What is the amount of the smallest positive debt that can be resolved in this way?</w:t>
      </w:r>
    </w:p>
    <w:p>
      <w:pPr>
        <w:spacing w:before="0" w:after="160" w:line="300" w:lineRule="auto"/>
      </w:pPr>
      <w:r>
        <w:rPr>
          <w:rFonts w:ascii="Times New Roman" w:hAnsi="Times New Roman" w:eastAsia="宋体"/>
          <w:b w:val="0"/>
          <w:i w:val="0"/>
          <w:color w:val="333333"/>
          <w:sz w:val="19"/>
        </w:rPr>
        <w:t>(A) $5　　(B) $10　　(C) $30　　(D) $90　　(E) $210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圆心为 A 和 B 的两个圆半径分别为 3 和 8，如图，一条公内切线分别在 C 和 D 处与两圆相切。直线 AB 与 CD 交于 E，且 AE = 5。CD 是多少？</w:t>
      </w:r>
    </w:p>
    <w:p>
      <w:pPr>
        <w:spacing w:before="80" w:after="80"/>
        <w:jc w:val="center"/>
      </w:pPr>
      <w:r>
        <w:drawing>
          <wp:inline xmlns:a="http://schemas.openxmlformats.org/drawingml/2006/main" xmlns:pic="http://schemas.openxmlformats.org/drawingml/2006/picture">
            <wp:extent cx="1259735" cy="697883"/>
            <wp:docPr id="11" name="Picture 11"/>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259735" cy="697883"/>
                    </a:xfrm>
                    <a:prstGeom prst="rect"/>
                  </pic:spPr>
                </pic:pic>
              </a:graphicData>
            </a:graphic>
          </wp:inline>
        </w:drawing>
      </w:r>
    </w:p>
    <w:p>
      <w:pPr>
        <w:spacing w:before="0" w:after="120" w:line="300" w:lineRule="auto"/>
      </w:pPr>
      <w:r>
        <w:rPr>
          <w:rFonts w:ascii="Times New Roman" w:hAnsi="Times New Roman" w:eastAsia="宋体"/>
          <w:b w:val="0"/>
          <w:i w:val="0"/>
          <w:sz w:val="21"/>
        </w:rPr>
        <w:t>（A）13　　（B）44/3　　（C）√(221)　　（D）√(255)　　（E）55/3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A and B have radii 3 and 8, respectively. A common internal tangent touches the circles at C and D, as shown. Lines AB and CD intersect at E, and AE = 5. What is CD?</w:t>
      </w:r>
    </w:p>
    <w:p>
      <w:pPr>
        <w:spacing w:before="80" w:after="80"/>
        <w:jc w:val="center"/>
      </w:pPr>
      <w:r>
        <w:drawing>
          <wp:inline xmlns:a="http://schemas.openxmlformats.org/drawingml/2006/main" xmlns:pic="http://schemas.openxmlformats.org/drawingml/2006/picture">
            <wp:extent cx="1259735" cy="697883"/>
            <wp:docPr id="12" name="Picture 12"/>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259735" cy="6978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44/3　　(C) √(221)　　(D) √(255)　　(E) 55/3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连接一个单位立方体相邻面的中心，形成一个正八面体。这个八面体的体积是多少？</w:t>
      </w:r>
    </w:p>
    <w:p>
      <w:pPr>
        <w:spacing w:before="0" w:after="120" w:line="300" w:lineRule="auto"/>
      </w:pPr>
      <w:r>
        <w:rPr>
          <w:rFonts w:ascii="Times New Roman" w:hAnsi="Times New Roman" w:eastAsia="宋体"/>
          <w:b w:val="0"/>
          <w:i w:val="0"/>
          <w:sz w:val="21"/>
        </w:rPr>
        <w:t>（A）1/8　　（B）1/6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Centers of adjacent faces of a unit cube are joined to form a regular octahedron. What is the volume of this octahedron?</w:t>
      </w:r>
    </w:p>
    <w:p>
      <w:pPr>
        <w:spacing w:before="0" w:after="160" w:line="300" w:lineRule="auto"/>
      </w:pPr>
      <w:r>
        <w:rPr>
          <w:rFonts w:ascii="Times New Roman" w:hAnsi="Times New Roman" w:eastAsia="宋体"/>
          <w:b w:val="0"/>
          <w:i w:val="0"/>
          <w:color w:val="333333"/>
          <w:sz w:val="19"/>
        </w:rPr>
        <w:t>(A) 1/8　　(B) 1/6　　(C) 1/4　　(D) 1/3　　(E) 1/2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只虫子从立方体的一个顶点出发，并按照以下规则沿立方体的边移动。在每个顶点，虫子会从该顶点发出的三条边中选择一条走。每条边被选中的概率相等，且所有选择相互独立。经过七次移动后，虫子恰好访问每个顶点一次的概率是多少？</w:t>
      </w:r>
    </w:p>
    <w:p>
      <w:pPr>
        <w:spacing w:before="0" w:after="120" w:line="300" w:lineRule="auto"/>
      </w:pPr>
      <w:r>
        <w:rPr>
          <w:rFonts w:ascii="Times New Roman" w:hAnsi="Times New Roman" w:eastAsia="宋体"/>
          <w:b w:val="0"/>
          <w:i w:val="0"/>
          <w:sz w:val="21"/>
        </w:rPr>
        <w:t>（A）1/2187　　（B）1/729　　（C）2/243　　（D）1/81　　（E）5/243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starts at one vertex of a cube and moves along the edges of the cube according to the following rule. At each vertex the bug will choose to travel along one of the three edges emanating from that vertex. Each edge has equal probability of being chosen, and all choices are independent. What is the probability that after seven moves the bug will have visited every vertex exactly once?</w:t>
      </w:r>
    </w:p>
    <w:p>
      <w:pPr>
        <w:spacing w:before="0" w:after="160" w:line="300" w:lineRule="auto"/>
      </w:pPr>
      <w:r>
        <w:rPr>
          <w:rFonts w:ascii="Times New Roman" w:hAnsi="Times New Roman" w:eastAsia="宋体"/>
          <w:b w:val="0"/>
          <w:i w:val="0"/>
          <w:color w:val="333333"/>
          <w:sz w:val="19"/>
        </w:rPr>
        <w:t>(A) 1/2187　　(B) 1/729　　(C) 2/243　　(D) 1/81　　(E) 5/243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C　B　E　D　B　A　E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C　D　B　D　D　A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E　E　C　B　B　C</w:t>
      </w:r>
    </w:p>
    <w:p>
      <w:pPr>
        <w:spacing w:before="0" w:after="200" w:line="300" w:lineRule="auto"/>
      </w:pPr>
      <w:r>
        <w:rPr>
          <w:rFonts w:ascii="Times New Roman" w:hAnsi="Times New Roman" w:eastAsia="宋体"/>
          <w:b w:val="0"/>
          <w:i w:val="0"/>
          <w:color w:val="666666"/>
          <w:sz w:val="18"/>
        </w:rPr>
        <w:t>答案串：ACBEDBAECECCDBDDACCEECBBC</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五个三明治花费 5 · 3 = 15 美元，八杯汽水花费 8 · 2 = 16 美元。合计为 15 + 16 = 31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sandwiches cost 5 · 3 = 15 dollars and eight sodas cost 8 · 2 = 16 dollars. Together they cost 15 + 16 = 31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内层运算给出 h otimes h = h³ - h。因此</w:t>
      </w:r>
    </w:p>
    <w:p>
      <w:pPr>
        <w:spacing w:before="0" w:after="80" w:line="300" w:lineRule="auto"/>
        <w:jc w:val="left"/>
      </w:pPr>
      <w:r>
        <w:rPr>
          <w:rFonts w:ascii="Times New Roman" w:hAnsi="Times New Roman" w:eastAsia="宋体"/>
          <w:b w:val="0"/>
          <w:i w:val="0"/>
          <w:sz w:val="21"/>
        </w:rPr>
        <w:t>h otimes (h³ - h) = h³ - (h³ - h)</w:t>
      </w:r>
    </w:p>
    <w:p>
      <w:pPr>
        <w:spacing w:before="0" w:after="80" w:line="300" w:lineRule="auto"/>
        <w:jc w:val="left"/>
      </w:pPr>
      <w:r>
        <w:rPr>
          <w:rFonts w:ascii="Times New Roman" w:hAnsi="Times New Roman" w:eastAsia="宋体"/>
          <w:b w:val="0"/>
          <w:i w:val="0"/>
          <w:sz w:val="21"/>
        </w:rPr>
        <w:t>= h</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inner operation gives h otimes h = h³ - h. Then</w:t>
      </w:r>
    </w:p>
    <w:p>
      <w:pPr>
        <w:spacing w:before="0" w:after="80" w:line="300" w:lineRule="auto"/>
        <w:jc w:val="left"/>
      </w:pPr>
      <w:r>
        <w:rPr>
          <w:rFonts w:ascii="Times New Roman" w:hAnsi="Times New Roman" w:eastAsia="宋体"/>
          <w:b w:val="0"/>
          <w:i w:val="0"/>
          <w:color w:val="333333"/>
          <w:sz w:val="19"/>
        </w:rPr>
        <w:t>h otimes (h³ - h) = h³ - (h³ - h)</w:t>
      </w:r>
    </w:p>
    <w:p>
      <w:pPr>
        <w:spacing w:before="0" w:after="80" w:line="300" w:lineRule="auto"/>
        <w:jc w:val="left"/>
      </w:pPr>
      <w:r>
        <w:rPr>
          <w:rFonts w:ascii="Times New Roman" w:hAnsi="Times New Roman" w:eastAsia="宋体"/>
          <w:b w:val="0"/>
          <w:i w:val="0"/>
          <w:color w:val="333333"/>
          <w:sz w:val="19"/>
        </w:rPr>
        <w:t>= 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因为年龄比为 3: 5，且 Alice 是 30 岁，所以 Mary 的年龄为 3/5 · 30 = 18 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ratio is 3: 5 and Alice is 30, Mary is 3/5 · 30 = 18 years old.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分钟从 00 到 59，所以分钟的最大数字和为 5 + 9 = 14，出现在 59 分。</w:t>
      </w:r>
    </w:p>
    <w:p>
      <w:pPr>
        <w:spacing w:before="0" w:after="80" w:line="300" w:lineRule="auto"/>
        <w:jc w:val="left"/>
      </w:pPr>
      <w:r>
        <w:rPr>
          <w:rFonts w:ascii="Times New Roman" w:hAnsi="Times New Roman" w:eastAsia="宋体"/>
          <w:b w:val="0"/>
          <w:i w:val="0"/>
          <w:sz w:val="21"/>
        </w:rPr>
        <w:t>对小时而言，单个数字 9 比 12 的 1 + 2 = 3 更大。最大总和为 9 + 14 = 23，出现在 9:59。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minutes run from 00 to 59, so the largest digit sum for the minutes is 5 + 9 = 14, at 59 minutes.</w:t>
      </w:r>
    </w:p>
    <w:p>
      <w:pPr>
        <w:spacing w:before="0" w:after="80" w:line="300" w:lineRule="auto"/>
        <w:jc w:val="left"/>
      </w:pPr>
      <w:r>
        <w:rPr>
          <w:rFonts w:ascii="Times New Roman" w:hAnsi="Times New Roman" w:eastAsia="宋体"/>
          <w:b w:val="0"/>
          <w:i w:val="0"/>
          <w:color w:val="333333"/>
          <w:sz w:val="19"/>
        </w:rPr>
        <w:t>For the hour, the single digit 9 beats 1 + 2 = 3 from 12. The largest total is 9 + 14 = 23, occurring at 9:59.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披萨共有 8 块，所以每块披萨的普通价格是 $1。Dave 吃了 5 块，并支付凤尾鱼的额外 $2，总共 5 + 2 = 7 美元。</w:t>
      </w:r>
    </w:p>
    <w:p>
      <w:pPr>
        <w:spacing w:before="0" w:after="80" w:line="300" w:lineRule="auto"/>
        <w:jc w:val="left"/>
      </w:pPr>
      <w:r>
        <w:rPr>
          <w:rFonts w:ascii="Times New Roman" w:hAnsi="Times New Roman" w:eastAsia="宋体"/>
          <w:b w:val="0"/>
          <w:i w:val="0"/>
          <w:sz w:val="21"/>
        </w:rPr>
        <w:t>Doug 吃了 3 块，付 3 美元。因此 Dave 多付 7 - 3 = 4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8 slices costs $1. Dave ate 5 slices and also pays the extra $2 for the anchovies, for a total of 5 + 2 = 7 dollars.</w:t>
      </w:r>
    </w:p>
    <w:p>
      <w:pPr>
        <w:spacing w:before="0" w:after="80" w:line="300" w:lineRule="auto"/>
        <w:jc w:val="left"/>
      </w:pPr>
      <w:r>
        <w:rPr>
          <w:rFonts w:ascii="Times New Roman" w:hAnsi="Times New Roman" w:eastAsia="宋体"/>
          <w:b w:val="0"/>
          <w:i w:val="0"/>
          <w:color w:val="333333"/>
          <w:sz w:val="19"/>
        </w:rPr>
        <w:t>Doug ate 3 slices, paying 3 dollars. So Dave paid 7 - 3 = 4 dollars more.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对等式两边取七次方根得 (7x)² = 14x，所以 49x² = 14x。因为 x ≠ 0，除以 x 得 49x = 14，于是 x = 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the seventh root of both sides gives (7x)² = 14x, so 49x² = 14x. Since x ≠ 0, divide by x to get 49x = 14, hence x = 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长方形的面积是 8 · 18 = 144，所以拼成的正方形边长为 √(144) = 12。</w:t>
      </w:r>
    </w:p>
    <w:p>
      <w:pPr>
        <w:spacing w:before="0" w:after="80" w:line="300" w:lineRule="auto"/>
        <w:jc w:val="left"/>
      </w:pPr>
      <w:r>
        <w:rPr>
          <w:rFonts w:ascii="Times New Roman" w:hAnsi="Times New Roman" w:eastAsia="宋体"/>
          <w:b w:val="0"/>
          <w:i w:val="0"/>
          <w:sz w:val="21"/>
        </w:rPr>
        <w:t>设 E 和 F 分别为阶梯形切口的上端点和下端点。为了使两个全等部分拼成正方形，三个水平线段 DE、中间长为 y 的线段和 FB 必须相等。它们合起来横跨长方形的宽，所以 DE+y+FB=18 给出 3y=18，从而 y=6。的确，所得正方形的边长为 2y=12，与面积计算一致。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rectangle’s area is 8 · 18 = 144, so the square formed has side √(144) = 12.</w:t>
      </w:r>
    </w:p>
    <w:p>
      <w:pPr>
        <w:spacing w:before="0" w:after="80" w:line="300" w:lineRule="auto"/>
        <w:jc w:val="left"/>
      </w:pPr>
      <w:r>
        <w:rPr>
          <w:rFonts w:ascii="Times New Roman" w:hAnsi="Times New Roman" w:eastAsia="宋体"/>
          <w:b w:val="0"/>
          <w:i w:val="0"/>
          <w:color w:val="333333"/>
          <w:sz w:val="19"/>
        </w:rPr>
        <w:t>Let E and F be the upper and lower endpoints of the stair-step cut. For the two congruent pieces to fit into a square, the three horizontal segments DE, the middle segment of length y, and FB must be equal. Together they span the rectangle’s width, so DE+y+FB=18 gives 3y=18 and y=6. Indeed, the resulting square has side 2y=12, agreeing with the area calculation.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代入两个点得到 3 = 4 + 2b + c 和 3 = 16 + 4b + c。相减得 0 = 12 + 2b，所以 b = -6。</w:t>
      </w:r>
    </w:p>
    <w:p>
      <w:pPr>
        <w:spacing w:before="0" w:after="80" w:line="300" w:lineRule="auto"/>
        <w:jc w:val="left"/>
      </w:pPr>
      <w:r>
        <w:rPr>
          <w:rFonts w:ascii="Times New Roman" w:hAnsi="Times New Roman" w:eastAsia="宋体"/>
          <w:b w:val="0"/>
          <w:i w:val="0"/>
          <w:sz w:val="21"/>
        </w:rPr>
        <w:t>因此 c = 3 - 4 - 2(-6) =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the points gives 3 = 4 + 2b + c and 3 = 16 + 4b + c. Subtracting yields 0 = 12 + 2b, so b = -6.</w:t>
      </w:r>
    </w:p>
    <w:p>
      <w:pPr>
        <w:spacing w:before="0" w:after="80" w:line="300" w:lineRule="auto"/>
        <w:jc w:val="left"/>
      </w:pPr>
      <w:r>
        <w:rPr>
          <w:rFonts w:ascii="Times New Roman" w:hAnsi="Times New Roman" w:eastAsia="宋体"/>
          <w:b w:val="0"/>
          <w:i w:val="0"/>
          <w:color w:val="333333"/>
          <w:sz w:val="19"/>
        </w:rPr>
        <w:t>Then c = 3 - 4 - 2(-6) =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n 个连续整数的和等于 n 乘以它们的中位数。和为 15 时，n = 2 给出 7 + 8，n = 3 给出 4 + 5 + 6，n = 5 给出 1 + 2 + 3 + 4 + 5。</w:t>
      </w:r>
    </w:p>
    <w:p>
      <w:pPr>
        <w:spacing w:before="0" w:after="80" w:line="300" w:lineRule="auto"/>
        <w:jc w:val="left"/>
      </w:pPr>
      <w:r>
        <w:rPr>
          <w:rFonts w:ascii="Times New Roman" w:hAnsi="Times New Roman" w:eastAsia="宋体"/>
          <w:b w:val="0"/>
          <w:i w:val="0"/>
          <w:sz w:val="21"/>
        </w:rPr>
        <w:t>4 个连续整数不行，因为它们的和为偶数；6 个或更多连续正整数的和已经超过 15。共有 3 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n consecutive integers equals n times their median. For a sum of 15: n = 2 gives 7 + 8, n = 3 gives 4 + 5 + 6, and n = 5 gives 1 + 2 + 3 + 4 + 5.</w:t>
      </w:r>
    </w:p>
    <w:p>
      <w:pPr>
        <w:spacing w:before="0" w:after="80" w:line="300" w:lineRule="auto"/>
        <w:jc w:val="left"/>
      </w:pPr>
      <w:r>
        <w:rPr>
          <w:rFonts w:ascii="Times New Roman" w:hAnsi="Times New Roman" w:eastAsia="宋体"/>
          <w:b w:val="0"/>
          <w:i w:val="0"/>
          <w:color w:val="333333"/>
          <w:sz w:val="19"/>
        </w:rPr>
        <w:t>No set of 4 works (their sum is even), and 6 or more consecutive positive integers already exceed 15. There are 3 such sets.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令 k = √(120 - √(x))。因为 √(x) ≥ 0，需要 0 ≤ k ≤ √(120)，所以 k ∈ {0, 1, …, 10}，共有 11 个可能。</w:t>
      </w:r>
    </w:p>
    <w:p>
      <w:pPr>
        <w:spacing w:before="0" w:after="80" w:line="300" w:lineRule="auto"/>
        <w:jc w:val="left"/>
      </w:pPr>
      <w:r>
        <w:rPr>
          <w:rFonts w:ascii="Times New Roman" w:hAnsi="Times New Roman" w:eastAsia="宋体"/>
          <w:b w:val="0"/>
          <w:i w:val="0"/>
          <w:sz w:val="21"/>
        </w:rPr>
        <w:t>每个 k 给出 √(x) = 120 - k²，且 120 - k² 为正并严格递减，所以所得 x = (120 - k²)² 互不相同。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 √(120 - √(x)). Since √(x) ≥ 0, we need 0 ≤ k ≤ √(120), so k ∈ {0, 1, …, 10}, giving 11 values.</w:t>
      </w:r>
    </w:p>
    <w:p>
      <w:pPr>
        <w:spacing w:before="0" w:after="80" w:line="300" w:lineRule="auto"/>
        <w:jc w:val="left"/>
      </w:pPr>
      <w:r>
        <w:rPr>
          <w:rFonts w:ascii="Times New Roman" w:hAnsi="Times New Roman" w:eastAsia="宋体"/>
          <w:b w:val="0"/>
          <w:i w:val="0"/>
          <w:color w:val="333333"/>
          <w:sz w:val="19"/>
        </w:rPr>
        <w:t>Each k yields √(x) = 120 - k², and since 120 - k² is positive and strictly decreasing, the resulting values x = (120 - k²)² are distinct.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展开得 x² + 2xy + y² = x² + y²，化简为 2xy = 0，也就是 xy = 0。</w:t>
      </w:r>
    </w:p>
    <w:p>
      <w:pPr>
        <w:spacing w:before="0" w:after="80" w:line="300" w:lineRule="auto"/>
        <w:jc w:val="left"/>
      </w:pPr>
      <w:r>
        <w:rPr>
          <w:rFonts w:ascii="Times New Roman" w:hAnsi="Times New Roman" w:eastAsia="宋体"/>
          <w:b w:val="0"/>
          <w:i w:val="0"/>
          <w:sz w:val="21"/>
        </w:rPr>
        <w:t>这恰好在 x = 0 或 y = 0 时成立，即两条坐标轴，所以图像是两条直线。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x² + 2xy + y² = x² + y², which reduces to 2xy = 0, i.e. xy = 0.</w:t>
      </w:r>
    </w:p>
    <w:p>
      <w:pPr>
        <w:spacing w:before="0" w:after="80" w:line="300" w:lineRule="auto"/>
        <w:jc w:val="left"/>
      </w:pPr>
      <w:r>
        <w:rPr>
          <w:rFonts w:ascii="Times New Roman" w:hAnsi="Times New Roman" w:eastAsia="宋体"/>
          <w:b w:val="0"/>
          <w:i w:val="0"/>
          <w:color w:val="333333"/>
          <w:sz w:val="19"/>
        </w:rPr>
        <w:t>This holds exactly when x = 0 or y = 0, the two coordinate axes, so the graph is two lines.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安排 I 中，狗拴在一条边的中点，可以扫过半径为 8 的半圆，面积为 1/2 π · 8² = 32π。绳子正好够到角，所以不会绕过角。</w:t>
      </w:r>
    </w:p>
    <w:p>
      <w:pPr>
        <w:spacing w:before="0" w:after="80" w:line="300" w:lineRule="auto"/>
        <w:jc w:val="left"/>
      </w:pPr>
      <w:r>
        <w:rPr>
          <w:rFonts w:ascii="Times New Roman" w:hAnsi="Times New Roman" w:eastAsia="宋体"/>
          <w:b w:val="0"/>
          <w:i w:val="0"/>
          <w:sz w:val="21"/>
        </w:rPr>
        <w:t>安排 II 中，狗拴在离角 4 英尺处。它同样扫过 32π 的半圆；绳子到达角后还剩 4 英尺，可以扫过半径为 4 的四分之一圆，面积为 1/4 π · 4² = 4π。</w:t>
      </w:r>
    </w:p>
    <w:p>
      <w:pPr>
        <w:spacing w:before="0" w:after="80" w:line="300" w:lineRule="auto"/>
        <w:jc w:val="left"/>
      </w:pPr>
      <w:r>
        <w:rPr>
          <w:rFonts w:ascii="Times New Roman" w:hAnsi="Times New Roman" w:eastAsia="宋体"/>
          <w:b w:val="0"/>
          <w:i w:val="0"/>
          <w:sz w:val="21"/>
        </w:rPr>
        <w:t>因此 II 的面积为 36π，比 I 多 4π。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arrangement I the dog is tied at the middle of a side and sweeps a half-disk of radius 8: area 1/2 π · 8² = 32π. The rope reaches exactly to the corners, so nothing wraps.</w:t>
      </w:r>
    </w:p>
    <w:p>
      <w:pPr>
        <w:spacing w:before="0" w:after="80" w:line="300" w:lineRule="auto"/>
        <w:jc w:val="left"/>
      </w:pPr>
      <w:r>
        <w:rPr>
          <w:rFonts w:ascii="Times New Roman" w:hAnsi="Times New Roman" w:eastAsia="宋体"/>
          <w:b w:val="0"/>
          <w:i w:val="0"/>
          <w:color w:val="333333"/>
          <w:sz w:val="19"/>
        </w:rPr>
        <w:t>In arrangement II the dog is tied 4 feet from a corner. It sweeps the same 32π half-disk, and after the rope reaches the corner, 4 feet remain to sweep a quarter-disk of radius 4: 1/4 π · 4² = 4π.</w:t>
      </w:r>
    </w:p>
    <w:p>
      <w:pPr>
        <w:spacing w:before="0" w:after="80" w:line="300" w:lineRule="auto"/>
        <w:jc w:val="left"/>
      </w:pPr>
      <w:r>
        <w:rPr>
          <w:rFonts w:ascii="Times New Roman" w:hAnsi="Times New Roman" w:eastAsia="宋体"/>
          <w:b w:val="0"/>
          <w:i w:val="0"/>
          <w:color w:val="333333"/>
          <w:sz w:val="19"/>
        </w:rPr>
        <w:t>So II gives 36π, exceeding I by 4π.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玩家只有在第一次掷到偶数（概率 1/2）且第二次与第一次相同（概率 1/6）时获胜，所以获胜概率为 1/2 · 1/6 = 1/12。</w:t>
      </w:r>
    </w:p>
    <w:p>
      <w:pPr>
        <w:spacing w:before="0" w:after="80" w:line="300" w:lineRule="auto"/>
        <w:jc w:val="left"/>
      </w:pPr>
      <w:r>
        <w:rPr>
          <w:rFonts w:ascii="Times New Roman" w:hAnsi="Times New Roman" w:eastAsia="宋体"/>
          <w:b w:val="0"/>
          <w:i w:val="0"/>
          <w:sz w:val="21"/>
        </w:rPr>
        <w:t>公平游戏满足 1/12 x = 5，所以 x =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player wins only if the first roll is even (probability 1/2) and the second roll matches it (probability 1/6), so the win probability is 1/2 · 1/6 = 1/12.</w:t>
      </w:r>
    </w:p>
    <w:p>
      <w:pPr>
        <w:spacing w:before="0" w:after="80" w:line="300" w:lineRule="auto"/>
        <w:jc w:val="left"/>
      </w:pPr>
      <w:r>
        <w:rPr>
          <w:rFonts w:ascii="Times New Roman" w:hAnsi="Times New Roman" w:eastAsia="宋体"/>
          <w:b w:val="0"/>
          <w:i w:val="0"/>
          <w:color w:val="333333"/>
          <w:sz w:val="19"/>
        </w:rPr>
        <w:t>For a fair game, 1/12 x = 5, so x = 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最上面的圆环贡献完整外径 20 厘米。因为圆环厚 1 厘米，每个圆环会比上方圆环的顶部低 2 厘米，所以每个较低圆环增加的是它的外径减去 2。</w:t>
      </w:r>
    </w:p>
    <w:p>
      <w:pPr>
        <w:spacing w:before="0" w:after="80" w:line="300" w:lineRule="auto"/>
        <w:jc w:val="left"/>
      </w:pPr>
      <w:r>
        <w:rPr>
          <w:rFonts w:ascii="Times New Roman" w:hAnsi="Times New Roman" w:eastAsia="宋体"/>
          <w:b w:val="0"/>
          <w:i w:val="0"/>
          <w:sz w:val="21"/>
        </w:rPr>
        <w:t>外径依次为 20, 19, …, 3，所以下方各环增加的距离为 17, 16, …, 1。总距离为</w:t>
      </w:r>
    </w:p>
    <w:p>
      <w:pPr>
        <w:spacing w:before="0" w:after="80" w:line="300" w:lineRule="auto"/>
        <w:jc w:val="left"/>
      </w:pPr>
      <w:r>
        <w:rPr>
          <w:rFonts w:ascii="Times New Roman" w:hAnsi="Times New Roman" w:eastAsia="宋体"/>
          <w:b w:val="0"/>
          <w:i w:val="0"/>
          <w:sz w:val="21"/>
        </w:rPr>
        <w:t>20 + (17 + 16 + ⋯ + 1)</w:t>
      </w:r>
    </w:p>
    <w:p>
      <w:pPr>
        <w:spacing w:before="0" w:after="80" w:line="300" w:lineRule="auto"/>
        <w:jc w:val="left"/>
      </w:pPr>
      <w:r>
        <w:rPr>
          <w:rFonts w:ascii="Times New Roman" w:hAnsi="Times New Roman" w:eastAsia="宋体"/>
          <w:b w:val="0"/>
          <w:i w:val="0"/>
          <w:sz w:val="21"/>
        </w:rPr>
        <w:t>= 20 + (17 · 18)/2</w:t>
      </w:r>
    </w:p>
    <w:p>
      <w:pPr>
        <w:spacing w:before="0" w:after="80" w:line="300" w:lineRule="auto"/>
        <w:jc w:val="left"/>
      </w:pPr>
      <w:r>
        <w:rPr>
          <w:rFonts w:ascii="Times New Roman" w:hAnsi="Times New Roman" w:eastAsia="宋体"/>
          <w:b w:val="0"/>
          <w:i w:val="0"/>
          <w:sz w:val="21"/>
        </w:rPr>
        <w:t>= 20 + 153</w:t>
      </w:r>
    </w:p>
    <w:p>
      <w:pPr>
        <w:spacing w:before="0" w:after="80" w:line="300" w:lineRule="auto"/>
        <w:jc w:val="left"/>
      </w:pPr>
      <w:r>
        <w:rPr>
          <w:rFonts w:ascii="Times New Roman" w:hAnsi="Times New Roman" w:eastAsia="宋体"/>
          <w:b w:val="0"/>
          <w:i w:val="0"/>
          <w:sz w:val="21"/>
        </w:rPr>
        <w:t>= 173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top ring contributes its full outside diameter, 20 cm. Because the rings are 1 cm thick, each ring hangs 2 cm below the top of the ring above it, so each lower ring adds its outside diameter minus 2.</w:t>
      </w:r>
    </w:p>
    <w:p>
      <w:pPr>
        <w:spacing w:before="0" w:after="80" w:line="300" w:lineRule="auto"/>
        <w:jc w:val="left"/>
      </w:pPr>
      <w:r>
        <w:rPr>
          <w:rFonts w:ascii="Times New Roman" w:hAnsi="Times New Roman" w:eastAsia="宋体"/>
          <w:b w:val="0"/>
          <w:i w:val="0"/>
          <w:color w:val="333333"/>
          <w:sz w:val="19"/>
        </w:rPr>
        <w:t>The outside diameters run 20, 19, …, 3, so the added distances are 17, 16, …, 1. The total is</w:t>
      </w:r>
    </w:p>
    <w:p>
      <w:pPr>
        <w:spacing w:before="0" w:after="80" w:line="300" w:lineRule="auto"/>
        <w:jc w:val="left"/>
      </w:pPr>
      <w:r>
        <w:rPr>
          <w:rFonts w:ascii="Times New Roman" w:hAnsi="Times New Roman" w:eastAsia="宋体"/>
          <w:b w:val="0"/>
          <w:i w:val="0"/>
          <w:color w:val="333333"/>
          <w:sz w:val="19"/>
        </w:rPr>
        <w:t>20 + (17 + 16 + ⋯ + 1)</w:t>
      </w:r>
    </w:p>
    <w:p>
      <w:pPr>
        <w:spacing w:before="0" w:after="80" w:line="300" w:lineRule="auto"/>
        <w:jc w:val="left"/>
      </w:pPr>
      <w:r>
        <w:rPr>
          <w:rFonts w:ascii="Times New Roman" w:hAnsi="Times New Roman" w:eastAsia="宋体"/>
          <w:b w:val="0"/>
          <w:i w:val="0"/>
          <w:color w:val="333333"/>
          <w:sz w:val="19"/>
        </w:rPr>
        <w:t>= 20 + (17 · 18)/2</w:t>
      </w:r>
    </w:p>
    <w:p>
      <w:pPr>
        <w:spacing w:before="0" w:after="80" w:line="300" w:lineRule="auto"/>
        <w:jc w:val="left"/>
      </w:pPr>
      <w:r>
        <w:rPr>
          <w:rFonts w:ascii="Times New Roman" w:hAnsi="Times New Roman" w:eastAsia="宋体"/>
          <w:b w:val="0"/>
          <w:i w:val="0"/>
          <w:color w:val="333333"/>
          <w:sz w:val="19"/>
        </w:rPr>
        <w:t>= 20 + 153</w:t>
      </w:r>
    </w:p>
    <w:p>
      <w:pPr>
        <w:spacing w:before="0" w:after="80" w:line="300" w:lineRule="auto"/>
        <w:jc w:val="left"/>
      </w:pPr>
      <w:r>
        <w:rPr>
          <w:rFonts w:ascii="Times New Roman" w:hAnsi="Times New Roman" w:eastAsia="宋体"/>
          <w:b w:val="0"/>
          <w:i w:val="0"/>
          <w:color w:val="333333"/>
          <w:sz w:val="19"/>
        </w:rPr>
        <w:t>= 173.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Odell 一圈为 2π(50) = 100π 米，速度为每分钟 250 米，用时 100π/250 = 0.4π 分钟。Kershaw 一圈为 2π(60) = 120π 米，速度为每分钟 300 米，也用时 120π/300 = 0.4π 分钟。</w:t>
      </w:r>
    </w:p>
    <w:p>
      <w:pPr>
        <w:spacing w:before="0" w:after="80" w:line="300" w:lineRule="auto"/>
        <w:jc w:val="left"/>
      </w:pPr>
      <w:r>
        <w:rPr>
          <w:rFonts w:ascii="Times New Roman" w:hAnsi="Times New Roman" w:eastAsia="宋体"/>
          <w:b w:val="0"/>
          <w:i w:val="0"/>
          <w:sz w:val="21"/>
        </w:rPr>
        <w:t>两人的单圈用时相同。由于他们反向跑，在 t = k/2(0.4π) 时相遇，其中 k = 1, 2, …。条件 t ≤ 30 给出 k ≤ 60/0.4π = 150/π ≈ 47.7，所以他们共相遇 47 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Odell’s lap is 2π(50) = 100π m at 250 m/min, taking 100π/250 = 0.4π min. Kershaw’s lap is 2π(60) = 120π m at 300 m/min, also 120π/300 = 0.4π min.</w:t>
      </w:r>
    </w:p>
    <w:p>
      <w:pPr>
        <w:spacing w:before="0" w:after="80" w:line="300" w:lineRule="auto"/>
        <w:jc w:val="left"/>
      </w:pPr>
      <w:r>
        <w:rPr>
          <w:rFonts w:ascii="Times New Roman" w:hAnsi="Times New Roman" w:eastAsia="宋体"/>
          <w:b w:val="0"/>
          <w:i w:val="0"/>
          <w:color w:val="333333"/>
          <w:sz w:val="19"/>
        </w:rPr>
        <w:t>Their periods are equal. Running in opposite directions, they meet at times t = k/2(0.4π) for k = 1, 2, … Requiring t ≤ 30 gives k ≤ 60/0.4π = 150/π ≈ 47.7, so they pass 47 times.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设 O, O' 为小圆和大圆的圆心，设 D 为小圆与 AC 的切点。沿 AC 截出的直角三角形相似，所以 AO/1 = (AO + 3)/2，得到 AO = 3 且 AO' = 6。</w:t>
      </w:r>
    </w:p>
    <w:p>
      <w:pPr>
        <w:spacing w:before="0" w:after="80" w:line="300" w:lineRule="auto"/>
        <w:jc w:val="left"/>
      </w:pPr>
      <w:r>
        <w:rPr>
          <w:rFonts w:ascii="Times New Roman" w:hAnsi="Times New Roman" w:eastAsia="宋体"/>
          <w:b w:val="0"/>
          <w:i w:val="0"/>
          <w:sz w:val="21"/>
        </w:rPr>
        <w:t>切线长 AD = √(AO² - 1²) = √(3² - 1²) = 2√(2)。设 F 为 BC 的中点，则 AF = AO' + 2 = 8。</w:t>
      </w:r>
    </w:p>
    <w:p>
      <w:pPr>
        <w:spacing w:before="0" w:after="80" w:line="300" w:lineRule="auto"/>
        <w:jc w:val="left"/>
      </w:pPr>
      <w:r>
        <w:rPr>
          <w:rFonts w:ascii="Times New Roman" w:hAnsi="Times New Roman" w:eastAsia="宋体"/>
          <w:b w:val="0"/>
          <w:i w:val="0"/>
          <w:sz w:val="21"/>
        </w:rPr>
        <w:t>因为 △ ADO ∼ △ AFC，有 FC/1 = AF/(2√(2)) = 8/(2√(2)) = 2√(2)。因此 BC = 4√(2)，面积为 1/2 · BC · AF = 1/2 · 4√(2) · 8 = 16√(2)。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O' be the centers of the small and large circles, and let D be the point where the small circle touches AC. The right triangles cut off along AC are similar, so AO/1 = (AO + 3)/2, giving AO = 3 and AO' = 6.</w:t>
      </w:r>
    </w:p>
    <w:p>
      <w:pPr>
        <w:spacing w:before="0" w:after="80" w:line="300" w:lineRule="auto"/>
        <w:jc w:val="left"/>
      </w:pPr>
      <w:r>
        <w:rPr>
          <w:rFonts w:ascii="Times New Roman" w:hAnsi="Times New Roman" w:eastAsia="宋体"/>
          <w:b w:val="0"/>
          <w:i w:val="0"/>
          <w:color w:val="333333"/>
          <w:sz w:val="19"/>
        </w:rPr>
        <w:t>The tangent length is AD = √(AO² - 1²) = √(3² - 1²) = 2√(2). Let F be the midpoint of BC; then AF = AO' + 2 = 8.</w:t>
      </w:r>
    </w:p>
    <w:p>
      <w:pPr>
        <w:spacing w:before="0" w:after="80" w:line="300" w:lineRule="auto"/>
        <w:jc w:val="left"/>
      </w:pPr>
      <w:r>
        <w:rPr>
          <w:rFonts w:ascii="Times New Roman" w:hAnsi="Times New Roman" w:eastAsia="宋体"/>
          <w:b w:val="0"/>
          <w:i w:val="0"/>
          <w:color w:val="333333"/>
          <w:sz w:val="19"/>
        </w:rPr>
        <w:t>Since △ ADO ∼ △ AFC, we get FC/1 = AF/(2√(2)) = 8/(2√(2)) = 2√(2). Thus BC = 4√(2), and the area is 1/2 · BC · AF = 1/2 · 4√(2) · 8 = 16√(2).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设 A = (0, 0)、D = (3, 0)、H = (0, 2)，则 B = (1, 0)、C = (2, 0)、G = (1, 2)、F = (2, 2)、E = (3, 2)。</w:t>
      </w:r>
    </w:p>
    <w:p>
      <w:pPr>
        <w:spacing w:before="0" w:after="80" w:line="300" w:lineRule="auto"/>
        <w:jc w:val="left"/>
      </w:pPr>
      <w:r>
        <w:rPr>
          <w:rFonts w:ascii="Times New Roman" w:hAnsi="Times New Roman" w:eastAsia="宋体"/>
          <w:b w:val="0"/>
          <w:i w:val="0"/>
          <w:sz w:val="21"/>
        </w:rPr>
        <w:t>图中线段交于 W = (1.5, 1.5)，X = (1, 1)，Y = (1.5, 0.5)，Z = (2, 1)。这些点形成一个正方形，其互相垂直的对角线 WY 和 XZ 的长度都为 1。</w:t>
      </w:r>
    </w:p>
    <w:p>
      <w:pPr>
        <w:spacing w:before="0" w:after="80" w:line="300" w:lineRule="auto"/>
        <w:jc w:val="left"/>
      </w:pPr>
      <w:r>
        <w:rPr>
          <w:rFonts w:ascii="Times New Roman" w:hAnsi="Times New Roman" w:eastAsia="宋体"/>
          <w:b w:val="0"/>
          <w:i w:val="0"/>
          <w:sz w:val="21"/>
        </w:rPr>
        <w:t>面积为 1/2 · 1 · 1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A = (0, 0), D = (3, 0), H = (0, 2), so B = (1, 0), C = (2, 0), G = (1, 2), F = (2, 2), and E = (3, 2).</w:t>
      </w:r>
    </w:p>
    <w:p>
      <w:pPr>
        <w:spacing w:before="0" w:after="80" w:line="300" w:lineRule="auto"/>
        <w:jc w:val="left"/>
      </w:pPr>
      <w:r>
        <w:rPr>
          <w:rFonts w:ascii="Times New Roman" w:hAnsi="Times New Roman" w:eastAsia="宋体"/>
          <w:b w:val="0"/>
          <w:i w:val="0"/>
          <w:color w:val="333333"/>
          <w:sz w:val="19"/>
        </w:rPr>
        <w:t>The drawn segments meet at W = (1.5, 1.5), X = (1, 1), Y = (1.5, 0.5), and Z = (2, 1). These form a square whose perpendicular diagonals WY and XZ each have length 1.</w:t>
      </w:r>
    </w:p>
    <w:p>
      <w:pPr>
        <w:spacing w:before="0" w:after="80" w:line="300" w:lineRule="auto"/>
        <w:jc w:val="left"/>
      </w:pPr>
      <w:r>
        <w:rPr>
          <w:rFonts w:ascii="Times New Roman" w:hAnsi="Times New Roman" w:eastAsia="宋体"/>
          <w:b w:val="0"/>
          <w:i w:val="0"/>
          <w:color w:val="333333"/>
          <w:sz w:val="19"/>
        </w:rPr>
        <w:t>Its area is 1/2 · 1 · 1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因为两个字母必须相邻，把它们看作一个整体。车牌于是由 4 个数字加上这个字母整体组成，共 5 个对象，而字母整体可以占 5 个位置。</w:t>
      </w:r>
    </w:p>
    <w:p>
      <w:pPr>
        <w:spacing w:before="0" w:after="80" w:line="300" w:lineRule="auto"/>
        <w:jc w:val="left"/>
      </w:pPr>
      <w:r>
        <w:rPr>
          <w:rFonts w:ascii="Times New Roman" w:hAnsi="Times New Roman" w:eastAsia="宋体"/>
          <w:b w:val="0"/>
          <w:i w:val="0"/>
          <w:sz w:val="21"/>
        </w:rPr>
        <w:t>数字有 10⁴ 种选择，两个字母有 26² 种选择，所以总数为 5 · 10⁴ · 26²。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two letters must be adjacent, treat them as one block. A plate is then 4 digits plus this block—5 objects—and the block can occupy 5 positions.</w:t>
      </w:r>
    </w:p>
    <w:p>
      <w:pPr>
        <w:spacing w:before="0" w:after="80" w:line="300" w:lineRule="auto"/>
        <w:jc w:val="left"/>
      </w:pPr>
      <w:r>
        <w:rPr>
          <w:rFonts w:ascii="Times New Roman" w:hAnsi="Times New Roman" w:eastAsia="宋体"/>
          <w:b w:val="0"/>
          <w:i w:val="0"/>
          <w:color w:val="333333"/>
          <w:sz w:val="19"/>
        </w:rPr>
        <w:t>There are 10⁴ choices for the digits and 26² for the two letters, so the total is 5 · 10⁴ · 26².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设三个角为 n - d，n，n + d。它们的和为 3n = 180，所以 n = 60。</w:t>
      </w:r>
    </w:p>
    <w:p>
      <w:pPr>
        <w:spacing w:before="0" w:after="80" w:line="300" w:lineRule="auto"/>
        <w:jc w:val="left"/>
      </w:pPr>
      <w:r>
        <w:rPr>
          <w:rFonts w:ascii="Times New Roman" w:hAnsi="Times New Roman" w:eastAsia="宋体"/>
          <w:b w:val="0"/>
          <w:i w:val="0"/>
          <w:sz w:val="21"/>
        </w:rPr>
        <w:t>角度是互不相同的正整数，所以 d ≥ 1，且 n - d &gt; 0 迫使 d &lt; 60。因此 d ∈ {1, 2, …, 59}，给出 59 个互不相似的三角形。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angles be n - d, n, n + d. Their sum is 3n = 180, so n = 60.</w:t>
      </w:r>
    </w:p>
    <w:p>
      <w:pPr>
        <w:spacing w:before="0" w:after="80" w:line="300" w:lineRule="auto"/>
        <w:jc w:val="left"/>
      </w:pPr>
      <w:r>
        <w:rPr>
          <w:rFonts w:ascii="Times New Roman" w:hAnsi="Times New Roman" w:eastAsia="宋体"/>
          <w:b w:val="0"/>
          <w:i w:val="0"/>
          <w:color w:val="333333"/>
          <w:sz w:val="19"/>
        </w:rPr>
        <w:t>The measures are distinct positive integers, so d ≥ 1, and n - d &gt; 0 forces d &lt; 60. Thus d ∈ {1, 2, …, 59}, giving 59 non-similar triangles.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按模 5 的余数给整数分组。可能余数只有 5 种，但有 6 个整数，所以根据鸽巢原理，必有两个整数余数相同。</w:t>
      </w:r>
    </w:p>
    <w:p>
      <w:pPr>
        <w:spacing w:before="0" w:after="80" w:line="300" w:lineRule="auto"/>
        <w:jc w:val="left"/>
      </w:pPr>
      <w:r>
        <w:rPr>
          <w:rFonts w:ascii="Times New Roman" w:hAnsi="Times New Roman" w:eastAsia="宋体"/>
          <w:b w:val="0"/>
          <w:i w:val="0"/>
          <w:sz w:val="21"/>
        </w:rPr>
        <w:t>它们的差就是 5 的倍数。这一定发生，所以概率为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integers by their remainder modulo 5. There are only 5 possible remainders but 6 integers, so by the Pigeonhole Principle two share a remainder.</w:t>
      </w:r>
    </w:p>
    <w:p>
      <w:pPr>
        <w:spacing w:before="0" w:after="80" w:line="300" w:lineRule="auto"/>
        <w:jc w:val="left"/>
      </w:pPr>
      <w:r>
        <w:rPr>
          <w:rFonts w:ascii="Times New Roman" w:hAnsi="Times New Roman" w:eastAsia="宋体"/>
          <w:b w:val="0"/>
          <w:i w:val="0"/>
          <w:color w:val="333333"/>
          <w:sz w:val="19"/>
        </w:rPr>
        <w:t>Their difference is then a multiple of 5. This always happens, so the probability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四位正整数共有 9000 个。若避开 2 和 3，首位可从 {1, 4, 5, 6, 7, 8, 9} 中选择，有 7 种；其余每位可从 {0, 1, 4, 5, 6, 7, 8, 9} 中选择，有 8 种，共有 7 · 8³ = 3584 个。</w:t>
      </w:r>
    </w:p>
    <w:p>
      <w:pPr>
        <w:spacing w:before="0" w:after="80" w:line="300" w:lineRule="auto"/>
        <w:jc w:val="left"/>
      </w:pPr>
      <w:r>
        <w:rPr>
          <w:rFonts w:ascii="Times New Roman" w:hAnsi="Times New Roman" w:eastAsia="宋体"/>
          <w:b w:val="0"/>
          <w:i w:val="0"/>
          <w:sz w:val="21"/>
        </w:rPr>
        <w:t>因此至少有一位是 2 或 3 的有 9000 - 3584 = 5416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9000 four-digit integers. For those avoiding 2 and 3, the leading digit is one of {1, 4, 5, 6, 7, 8, 9} (7 choices) and each remaining digit is one of {0, 1, 4, 5, 6, 7, 8, 9} (8 choices): 7 · 8³ = 3584.</w:t>
      </w:r>
    </w:p>
    <w:p>
      <w:pPr>
        <w:spacing w:before="0" w:after="80" w:line="300" w:lineRule="auto"/>
        <w:jc w:val="left"/>
      </w:pPr>
      <w:r>
        <w:rPr>
          <w:rFonts w:ascii="Times New Roman" w:hAnsi="Times New Roman" w:eastAsia="宋体"/>
          <w:b w:val="0"/>
          <w:i w:val="0"/>
          <w:color w:val="333333"/>
          <w:sz w:val="19"/>
        </w:rPr>
        <w:t>So 9000 - 3584 = 5416 have at least one 2 or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可结清的债务可写为 D = 300p + 210g，其中 p、g 为整数，负值表示收到找零。因为 D = 30(10p + 7g)，且 gcd(10, 7) = 1，所以 10p + 7g 可以是任意整数，故 D 可以是任意 30 的倍数。</w:t>
      </w:r>
    </w:p>
    <w:p>
      <w:pPr>
        <w:spacing w:before="0" w:after="80" w:line="300" w:lineRule="auto"/>
        <w:jc w:val="left"/>
      </w:pPr>
      <w:r>
        <w:rPr>
          <w:rFonts w:ascii="Times New Roman" w:hAnsi="Times New Roman" w:eastAsia="宋体"/>
          <w:b w:val="0"/>
          <w:i w:val="0"/>
          <w:sz w:val="21"/>
        </w:rPr>
        <w:t>最小的正数是 30，因为 30 = 300(-2) + 210(3)，也就是交出 3 只山羊并找回 2 只猪。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resolvable debt is D = 300p + 210g for integers p, g, where a negative value means change received. Since D = 30(10p + 7g) and gcd(10, 7) = 1, the value 10p + 7g can be any integer, so D is any multiple of 30.</w:t>
      </w:r>
    </w:p>
    <w:p>
      <w:pPr>
        <w:spacing w:before="0" w:after="80" w:line="300" w:lineRule="auto"/>
        <w:jc w:val="left"/>
      </w:pPr>
      <w:r>
        <w:rPr>
          <w:rFonts w:ascii="Times New Roman" w:hAnsi="Times New Roman" w:eastAsia="宋体"/>
          <w:b w:val="0"/>
          <w:i w:val="0"/>
          <w:color w:val="333333"/>
          <w:sz w:val="19"/>
        </w:rPr>
        <w:t>The smallest positive one is 30, achieved by 30 = 300(-2) + 210(3) (give 3 goats, receive 2 pigs).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因为 AC ⊥ CD，所以 CE = √(AE² - AC²) = √(25 - 9) = 4。</w:t>
      </w:r>
    </w:p>
    <w:p>
      <w:pPr>
        <w:spacing w:before="0" w:after="80" w:line="300" w:lineRule="auto"/>
        <w:jc w:val="left"/>
      </w:pPr>
      <w:r>
        <w:rPr>
          <w:rFonts w:ascii="Times New Roman" w:hAnsi="Times New Roman" w:eastAsia="宋体"/>
          <w:b w:val="0"/>
          <w:i w:val="0"/>
          <w:sz w:val="21"/>
        </w:rPr>
        <w:t>由于 △ ACE ∼ △ BDE，有 DE/CE = BD/AC，所以 DE = 4 · 8/3 = 32/3。</w:t>
      </w:r>
    </w:p>
    <w:p>
      <w:pPr>
        <w:spacing w:before="0" w:after="80" w:line="300" w:lineRule="auto"/>
        <w:jc w:val="left"/>
      </w:pPr>
      <w:r>
        <w:rPr>
          <w:rFonts w:ascii="Times New Roman" w:hAnsi="Times New Roman" w:eastAsia="宋体"/>
          <w:b w:val="0"/>
          <w:i w:val="0"/>
          <w:sz w:val="21"/>
        </w:rPr>
        <w:t>因此 CD = CE + DE = 4 + 32/3 = 44/3。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AC ⊥ CD, we have CE = √(AE² - AC²) = √(25 - 9) = 4.</w:t>
      </w:r>
    </w:p>
    <w:p>
      <w:pPr>
        <w:spacing w:before="0" w:after="80" w:line="300" w:lineRule="auto"/>
        <w:jc w:val="left"/>
      </w:pPr>
      <w:r>
        <w:rPr>
          <w:rFonts w:ascii="Times New Roman" w:hAnsi="Times New Roman" w:eastAsia="宋体"/>
          <w:b w:val="0"/>
          <w:i w:val="0"/>
          <w:color w:val="333333"/>
          <w:sz w:val="19"/>
        </w:rPr>
        <w:t>Because △ ACE ∼ △ BDE, DE/CE = BD/AC, so DE = 4 · 8/3 = 32/3.</w:t>
      </w:r>
    </w:p>
    <w:p>
      <w:pPr>
        <w:spacing w:before="0" w:after="80" w:line="300" w:lineRule="auto"/>
        <w:jc w:val="left"/>
      </w:pPr>
      <w:r>
        <w:rPr>
          <w:rFonts w:ascii="Times New Roman" w:hAnsi="Times New Roman" w:eastAsia="宋体"/>
          <w:b w:val="0"/>
          <w:i w:val="0"/>
          <w:color w:val="333333"/>
          <w:sz w:val="19"/>
        </w:rPr>
        <w:t>Then CD = CE + DE = 4 + 32/3 = 44/3.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六个面中心形成一个正八面体，可看成两个全等的正方形棱锥共用底面。相邻面中心距离为 (√(2))/2，所以正方形底面面积为 ((√(2))/2)² = 1/2。</w:t>
      </w:r>
    </w:p>
    <w:p>
      <w:pPr>
        <w:spacing w:before="0" w:after="80" w:line="300" w:lineRule="auto"/>
        <w:jc w:val="left"/>
      </w:pPr>
      <w:r>
        <w:rPr>
          <w:rFonts w:ascii="Times New Roman" w:hAnsi="Times New Roman" w:eastAsia="宋体"/>
          <w:b w:val="0"/>
          <w:i w:val="0"/>
          <w:sz w:val="21"/>
        </w:rPr>
        <w:t>每个棱锥高为 1/2，体积为 1/3 · 1/2 · 1/2 = 1/12。八面体体积为 2 · 1/12 =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face centers form a regular octahedron, viewed as two congruent square pyramids sharing a base. Adjacent face centers are (√(2))/2 apart, so the square base has area ((√(2))/2)² = 1/2.</w:t>
      </w:r>
    </w:p>
    <w:p>
      <w:pPr>
        <w:spacing w:before="0" w:after="80" w:line="300" w:lineRule="auto"/>
        <w:jc w:val="left"/>
      </w:pPr>
      <w:r>
        <w:rPr>
          <w:rFonts w:ascii="Times New Roman" w:hAnsi="Times New Roman" w:eastAsia="宋体"/>
          <w:b w:val="0"/>
          <w:i w:val="0"/>
          <w:color w:val="333333"/>
          <w:sz w:val="19"/>
        </w:rPr>
        <w:t>Each pyramid has height 1/2, so its volume is 1/3 · 1/2 · 1/2 = 1/12. The octahedron has volume 2 · 1/12 =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经过 7 次移动共有 3⁷ = 2187 条等可能路径。成功路径会恰好访问每个顶点一次。</w:t>
      </w:r>
    </w:p>
    <w:p>
      <w:pPr>
        <w:spacing w:before="0" w:after="80" w:line="300" w:lineRule="auto"/>
        <w:jc w:val="left"/>
      </w:pPr>
      <w:r>
        <w:rPr>
          <w:rFonts w:ascii="Times New Roman" w:hAnsi="Times New Roman" w:eastAsia="宋体"/>
          <w:b w:val="0"/>
          <w:i w:val="0"/>
          <w:sz w:val="21"/>
        </w:rPr>
        <w:t>用二进制三元组标记立方体的顶点，使相邻顶点恰好有一个坐标不同。从起点出发，第一步有 3 种选择；若虫子不返回起点，第二步有 2 种选择。由对称性，可将前两步固定为 000→100→110。</w:t>
      </w:r>
    </w:p>
    <w:p>
      <w:pPr>
        <w:spacing w:before="0" w:after="80" w:line="300" w:lineRule="auto"/>
        <w:jc w:val="left"/>
      </w:pPr>
      <w:r>
        <w:rPr>
          <w:rFonts w:ascii="Times New Roman" w:hAnsi="Times New Roman" w:eastAsia="宋体"/>
          <w:b w:val="0"/>
          <w:i w:val="0"/>
          <w:sz w:val="21"/>
        </w:rPr>
        <w:t>成功的后续路线恰好为</w:t>
      </w:r>
    </w:p>
    <w:p>
      <w:pPr>
        <w:spacing w:before="0" w:after="80" w:line="300" w:lineRule="auto"/>
        <w:jc w:val="left"/>
      </w:pPr>
      <w:r>
        <w:rPr>
          <w:rFonts w:ascii="Times New Roman" w:hAnsi="Times New Roman" w:eastAsia="宋体"/>
          <w:b w:val="0"/>
          <w:i w:val="0"/>
          <w:sz w:val="21"/>
        </w:rPr>
        <w:t>110→111→101</w:t>
      </w:r>
    </w:p>
    <w:p>
      <w:pPr>
        <w:spacing w:before="0" w:after="80" w:line="300" w:lineRule="auto"/>
        <w:jc w:val="left"/>
      </w:pPr>
      <w:r>
        <w:rPr>
          <w:rFonts w:ascii="Times New Roman" w:hAnsi="Times New Roman" w:eastAsia="宋体"/>
          <w:b w:val="0"/>
          <w:i w:val="0"/>
          <w:sz w:val="21"/>
        </w:rPr>
        <w:t>→001→011→010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110→010→011</w:t>
      </w:r>
    </w:p>
    <w:p>
      <w:pPr>
        <w:spacing w:before="0" w:after="80" w:line="300" w:lineRule="auto"/>
        <w:jc w:val="left"/>
      </w:pPr>
      <w:r>
        <w:rPr>
          <w:rFonts w:ascii="Times New Roman" w:hAnsi="Times New Roman" w:eastAsia="宋体"/>
          <w:b w:val="0"/>
          <w:i w:val="0"/>
          <w:sz w:val="21"/>
        </w:rPr>
        <w:t>→001→101→111</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110→010→011</w:t>
      </w:r>
    </w:p>
    <w:p>
      <w:pPr>
        <w:spacing w:before="0" w:after="80" w:line="300" w:lineRule="auto"/>
        <w:jc w:val="left"/>
      </w:pPr>
      <w:r>
        <w:rPr>
          <w:rFonts w:ascii="Times New Roman" w:hAnsi="Times New Roman" w:eastAsia="宋体"/>
          <w:b w:val="0"/>
          <w:i w:val="0"/>
          <w:sz w:val="21"/>
        </w:rPr>
        <w:t>→111→101→001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因此，每一组允许的前两步都有 3 条成功的后续路线，共有 3·2·3=18 条成功路径。</w:t>
      </w:r>
    </w:p>
    <w:p>
      <w:pPr>
        <w:spacing w:before="0" w:after="80" w:line="300" w:lineRule="auto"/>
        <w:jc w:val="left"/>
      </w:pPr>
      <w:r>
        <w:rPr>
          <w:rFonts w:ascii="Times New Roman" w:hAnsi="Times New Roman" w:eastAsia="宋体"/>
          <w:b w:val="0"/>
          <w:i w:val="0"/>
          <w:sz w:val="21"/>
        </w:rPr>
        <w:t>概率为 18/2187 = 2/243。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7 moves there are 3⁷ = 2187 equally likely walks. A successful walk visits every vertex exactly once.</w:t>
      </w:r>
    </w:p>
    <w:p>
      <w:pPr>
        <w:spacing w:before="0" w:after="80" w:line="300" w:lineRule="auto"/>
        <w:jc w:val="left"/>
      </w:pPr>
      <w:r>
        <w:rPr>
          <w:rFonts w:ascii="Times New Roman" w:hAnsi="Times New Roman" w:eastAsia="宋体"/>
          <w:b w:val="0"/>
          <w:i w:val="0"/>
          <w:color w:val="333333"/>
          <w:sz w:val="19"/>
        </w:rPr>
        <w:t>Label the cube’s vertices by binary triples, with adjacent vertices differing in one coordinate. There are 3 choices for the first move and 2 for the second move if the bug is not to return to its starting point. By symmetry, fix these first moves as 000→100→110.</w:t>
      </w:r>
    </w:p>
    <w:p>
      <w:pPr>
        <w:spacing w:before="0" w:after="80" w:line="300" w:lineRule="auto"/>
        <w:jc w:val="left"/>
      </w:pPr>
      <w:r>
        <w:rPr>
          <w:rFonts w:ascii="Times New Roman" w:hAnsi="Times New Roman" w:eastAsia="宋体"/>
          <w:b w:val="0"/>
          <w:i w:val="0"/>
          <w:color w:val="333333"/>
          <w:sz w:val="19"/>
        </w:rPr>
        <w:t>The successful continuations are exactly</w:t>
      </w:r>
    </w:p>
    <w:p>
      <w:pPr>
        <w:spacing w:before="0" w:after="80" w:line="300" w:lineRule="auto"/>
        <w:jc w:val="left"/>
      </w:pPr>
      <w:r>
        <w:rPr>
          <w:rFonts w:ascii="Times New Roman" w:hAnsi="Times New Roman" w:eastAsia="宋体"/>
          <w:b w:val="0"/>
          <w:i w:val="0"/>
          <w:color w:val="333333"/>
          <w:sz w:val="19"/>
        </w:rPr>
        <w:t>110→111→101</w:t>
      </w:r>
    </w:p>
    <w:p>
      <w:pPr>
        <w:spacing w:before="0" w:after="80" w:line="300" w:lineRule="auto"/>
        <w:jc w:val="left"/>
      </w:pPr>
      <w:r>
        <w:rPr>
          <w:rFonts w:ascii="Times New Roman" w:hAnsi="Times New Roman" w:eastAsia="宋体"/>
          <w:b w:val="0"/>
          <w:i w:val="0"/>
          <w:color w:val="333333"/>
          <w:sz w:val="19"/>
        </w:rPr>
        <w:t>→001→011→010,</w:t>
      </w:r>
    </w:p>
    <w:p>
      <w:pPr>
        <w:spacing w:before="0" w:after="80" w:line="300" w:lineRule="auto"/>
        <w:jc w:val="left"/>
      </w:pPr>
      <w:r>
        <w:rPr>
          <w:rFonts w:ascii="Times New Roman" w:hAnsi="Times New Roman" w:eastAsia="宋体"/>
          <w:b w:val="0"/>
          <w:i w:val="0"/>
          <w:color w:val="333333"/>
          <w:sz w:val="19"/>
        </w:rPr>
        <w:t>110→010→011</w:t>
      </w:r>
    </w:p>
    <w:p>
      <w:pPr>
        <w:spacing w:before="0" w:after="80" w:line="300" w:lineRule="auto"/>
        <w:jc w:val="left"/>
      </w:pPr>
      <w:r>
        <w:rPr>
          <w:rFonts w:ascii="Times New Roman" w:hAnsi="Times New Roman" w:eastAsia="宋体"/>
          <w:b w:val="0"/>
          <w:i w:val="0"/>
          <w:color w:val="333333"/>
          <w:sz w:val="19"/>
        </w:rPr>
        <w:t>→001→101→111,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110→010→011</w:t>
      </w:r>
    </w:p>
    <w:p>
      <w:pPr>
        <w:spacing w:before="0" w:after="80" w:line="300" w:lineRule="auto"/>
        <w:jc w:val="left"/>
      </w:pPr>
      <w:r>
        <w:rPr>
          <w:rFonts w:ascii="Times New Roman" w:hAnsi="Times New Roman" w:eastAsia="宋体"/>
          <w:b w:val="0"/>
          <w:i w:val="0"/>
          <w:color w:val="333333"/>
          <w:sz w:val="19"/>
        </w:rPr>
        <w:t>→111→101→001.</w:t>
      </w:r>
    </w:p>
    <w:p>
      <w:pPr>
        <w:spacing w:before="0" w:after="80" w:line="300" w:lineRule="auto"/>
        <w:jc w:val="left"/>
      </w:pPr>
      <w:r>
        <w:rPr>
          <w:rFonts w:ascii="Times New Roman" w:hAnsi="Times New Roman" w:eastAsia="宋体"/>
          <w:b w:val="0"/>
          <w:i w:val="0"/>
          <w:color w:val="333333"/>
          <w:sz w:val="19"/>
        </w:rPr>
        <w:t>Thus each allowed pair of first moves has 3 successful continuations, giving 3·2·3=18 successful walks.</w:t>
      </w:r>
    </w:p>
    <w:p>
      <w:pPr>
        <w:spacing w:before="0" w:after="80" w:line="300" w:lineRule="auto"/>
        <w:jc w:val="left"/>
      </w:pPr>
      <w:r>
        <w:rPr>
          <w:rFonts w:ascii="Times New Roman" w:hAnsi="Times New Roman" w:eastAsia="宋体"/>
          <w:b w:val="0"/>
          <w:i w:val="0"/>
          <w:color w:val="333333"/>
          <w:sz w:val="19"/>
        </w:rPr>
        <w:t>The probability is 18/2187 = 2/243.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