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2005B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一个童子军小队以每五根 $2 的价格买了 1000 根糖果棒。他们又以每两根 $1 的价格把所有糖果棒卖出。他们的利润是多少美元？</w:t>
      </w:r>
    </w:p>
    <w:p>
      <w:pPr>
        <w:spacing w:before="0" w:after="120" w:line="300" w:lineRule="auto"/>
      </w:pPr>
      <w:r>
        <w:rPr>
          <w:rFonts w:ascii="Times New Roman" w:hAnsi="Times New Roman" w:eastAsia="宋体"/>
          <w:b w:val="0"/>
          <w:i w:val="0"/>
          <w:sz w:val="21"/>
        </w:rPr>
        <w:t>（A）100　　（B）200　　（C）300　　（D）400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scout troop buys 1000 candy bars at a price of five for $2. They sell all the candy bars at a price of two for $1. What was their profit, in dollars?</w:t>
      </w:r>
    </w:p>
    <w:p>
      <w:pPr>
        <w:spacing w:before="0" w:after="160" w:line="300" w:lineRule="auto"/>
      </w:pPr>
      <w:r>
        <w:rPr>
          <w:rFonts w:ascii="Times New Roman" w:hAnsi="Times New Roman" w:eastAsia="宋体"/>
          <w:b w:val="0"/>
          <w:i w:val="0"/>
          <w:color w:val="333333"/>
          <w:sz w:val="19"/>
        </w:rPr>
        <w:t>(A) 100　　(B) 200　　(C) 300　　(D) 400　　(E) 500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一个正数 x 满足：x 的 x% 等于 4。x 是多少？</w:t>
      </w:r>
    </w:p>
    <w:p>
      <w:pPr>
        <w:spacing w:before="0" w:after="120" w:line="300" w:lineRule="auto"/>
      </w:pPr>
      <w:r>
        <w:rPr>
          <w:rFonts w:ascii="Times New Roman" w:hAnsi="Times New Roman" w:eastAsia="宋体"/>
          <w:b w:val="0"/>
          <w:i w:val="0"/>
          <w:sz w:val="21"/>
        </w:rPr>
        <w:t>（A）2　　（B）4　　（C）10　　（D）20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number x has the property that x% of x is 4. What is x?</w:t>
      </w:r>
    </w:p>
    <w:p>
      <w:pPr>
        <w:spacing w:before="0" w:after="160" w:line="300" w:lineRule="auto"/>
      </w:pPr>
      <w:r>
        <w:rPr>
          <w:rFonts w:ascii="Times New Roman" w:hAnsi="Times New Roman" w:eastAsia="宋体"/>
          <w:b w:val="0"/>
          <w:i w:val="0"/>
          <w:color w:val="333333"/>
          <w:sz w:val="19"/>
        </w:rPr>
        <w:t>(A) 2　　(B) 4　　(C) 10　　(D) 20　　(E) 40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一加仑油漆用来粉刷一个房间。第一天用了全部油漆的三分之一。第二天用了剩余油漆的三分之一。原来油漆的几分之几可以在第三天使用？</w:t>
      </w:r>
    </w:p>
    <w:p>
      <w:pPr>
        <w:spacing w:before="0" w:after="120" w:line="300" w:lineRule="auto"/>
      </w:pPr>
      <w:r>
        <w:rPr>
          <w:rFonts w:ascii="Times New Roman" w:hAnsi="Times New Roman" w:eastAsia="宋体"/>
          <w:b w:val="0"/>
          <w:i w:val="0"/>
          <w:sz w:val="21"/>
        </w:rPr>
        <w:t>（A）1/10　　（B）1/9　　（C）1/3　　（D）4/9　　（E）5/9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gallon of paint is used to paint a room. One third of the paint is used on the first day. On the second day, one third of the remaining paint is used. What fraction of the original amount of paint is available to use on the third day?</w:t>
      </w:r>
    </w:p>
    <w:p>
      <w:pPr>
        <w:spacing w:before="0" w:after="160" w:line="300" w:lineRule="auto"/>
      </w:pPr>
      <w:r>
        <w:rPr>
          <w:rFonts w:ascii="Times New Roman" w:hAnsi="Times New Roman" w:eastAsia="宋体"/>
          <w:b w:val="0"/>
          <w:i w:val="0"/>
          <w:color w:val="333333"/>
          <w:sz w:val="19"/>
        </w:rPr>
        <w:t>(A) 1/10　　(B) 1/9　　(C) 1/3　　(D) 4/9　　(E) 5/9</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对实数 a 和 b，定义 a diamond b = √(a² + b²)。下式的值是多少？</w:t>
      </w:r>
    </w:p>
    <w:p>
      <w:pPr>
        <w:spacing w:before="0" w:after="80" w:line="300" w:lineRule="auto"/>
        <w:jc w:val="left"/>
      </w:pPr>
      <w:r>
        <w:rPr>
          <w:rFonts w:ascii="Times New Roman" w:hAnsi="Times New Roman" w:eastAsia="宋体"/>
          <w:b w:val="0"/>
          <w:i w:val="0"/>
          <w:sz w:val="21"/>
        </w:rPr>
        <w:t>(5 diamond 12) diamond ((-12) diamond (-5))？</w:t>
      </w:r>
    </w:p>
    <w:p>
      <w:pPr>
        <w:spacing w:before="0" w:after="120" w:line="300" w:lineRule="auto"/>
      </w:pPr>
      <w:r>
        <w:rPr>
          <w:rFonts w:ascii="Times New Roman" w:hAnsi="Times New Roman" w:eastAsia="宋体"/>
          <w:b w:val="0"/>
          <w:i w:val="0"/>
          <w:sz w:val="21"/>
        </w:rPr>
        <w:t>（A）0　　（B）17/2　　（C）13　　（D）13√(2)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real numbers a and b, define a diamond b = √(a² + b²). What is the value of</w:t>
      </w:r>
    </w:p>
    <w:p>
      <w:pPr>
        <w:spacing w:before="0" w:after="80" w:line="300" w:lineRule="auto"/>
        <w:jc w:val="left"/>
      </w:pPr>
      <w:r>
        <w:rPr>
          <w:rFonts w:ascii="Times New Roman" w:hAnsi="Times New Roman" w:eastAsia="宋体"/>
          <w:b w:val="0"/>
          <w:i w:val="0"/>
          <w:color w:val="333333"/>
          <w:sz w:val="19"/>
        </w:rPr>
        <w:t>(5 diamond 12) diamond ((-12) diamond (-5))?</w:t>
      </w:r>
    </w:p>
    <w:p>
      <w:pPr>
        <w:spacing w:before="0" w:after="160" w:line="300" w:lineRule="auto"/>
      </w:pPr>
      <w:r>
        <w:rPr>
          <w:rFonts w:ascii="Times New Roman" w:hAnsi="Times New Roman" w:eastAsia="宋体"/>
          <w:b w:val="0"/>
          <w:i w:val="0"/>
          <w:color w:val="333333"/>
          <w:sz w:val="19"/>
        </w:rPr>
        <w:t>(A) 0　　(B) 17/2　　(C) 13　　(D) 13√(2)　　(E) 26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Brianna 用周末打工赚来的一部分钱购买若干张价格相同的 CD。她用自己钱的五分之一买了全部 CD 的三分之一。她买完所有 CD 后，还剩自己钱的几分之几？</w:t>
      </w:r>
    </w:p>
    <w:p>
      <w:pPr>
        <w:spacing w:before="0" w:after="120" w:line="300" w:lineRule="auto"/>
      </w:pPr>
      <w:r>
        <w:rPr>
          <w:rFonts w:ascii="Times New Roman" w:hAnsi="Times New Roman" w:eastAsia="宋体"/>
          <w:b w:val="0"/>
          <w:i w:val="0"/>
          <w:sz w:val="21"/>
        </w:rPr>
        <w:t>（A）1/5　　（B）1/3　　（C）2/5　　（D）2/3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Brianna is using part of the money she earned on her weekend job to buy several equally-priced CDs. She used one fifth of her money to buy one third of the CDs. What fraction of her money will she have left after she buys all the CDs?</w:t>
      </w:r>
    </w:p>
    <w:p>
      <w:pPr>
        <w:spacing w:before="0" w:after="160" w:line="300" w:lineRule="auto"/>
      </w:pPr>
      <w:r>
        <w:rPr>
          <w:rFonts w:ascii="Times New Roman" w:hAnsi="Times New Roman" w:eastAsia="宋体"/>
          <w:b w:val="0"/>
          <w:i w:val="0"/>
          <w:color w:val="333333"/>
          <w:sz w:val="19"/>
        </w:rPr>
        <w:t>(A) 1/5　　(B) 1/3　　(C) 2/5　　(D) 2/3　　(E) 4/5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学年开始时，Lisa 的目标是在全年 50 次小测中至少 80% 拿到 A。前 30 次小测中，她有 22 次拿到 A。若她要达成目标，剩余小测中最多有多少次可以低于 A？</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beginning of the school year, Lisa’s goal was to earn an A on at least 80% of her 50 quizzes for the year. She earned an A on 22 of the first 30 quizzes. If she is to achieve her goal, on at most how many of the remaining quizzes can she earn a grade lower than an A?</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一个圆内切于一个正方形，接着一个正方形内接于这个圆，最后一个圆内切于这个正方形。较小圆的面积与较大正方形的面积之比是多少？</w:t>
      </w:r>
    </w:p>
    <w:p>
      <w:pPr>
        <w:spacing w:before="0" w:after="120" w:line="300" w:lineRule="auto"/>
      </w:pPr>
      <w:r>
        <w:rPr>
          <w:rFonts w:ascii="Times New Roman" w:hAnsi="Times New Roman" w:eastAsia="宋体"/>
          <w:b w:val="0"/>
          <w:i w:val="0"/>
          <w:sz w:val="21"/>
        </w:rPr>
        <w:t>（A）π/16　　（B）π/8　　（C）3π/16　　（D）π/4　　（E）π/2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is inscribed in a square, then a square is inscribed in this circle, and finally, a circle is inscribed in this square. What is the ratio of the area of the smaller circle to the area of the larger square?</w:t>
      </w:r>
    </w:p>
    <w:p>
      <w:pPr>
        <w:spacing w:before="0" w:after="160" w:line="300" w:lineRule="auto"/>
      </w:pPr>
      <w:r>
        <w:rPr>
          <w:rFonts w:ascii="Times New Roman" w:hAnsi="Times New Roman" w:eastAsia="宋体"/>
          <w:b w:val="0"/>
          <w:i w:val="0"/>
          <w:color w:val="333333"/>
          <w:sz w:val="19"/>
        </w:rPr>
        <w:t>(A) π/16　　(B) π/8　　(C) 3π/16　　(D) π/4　　(E) π/2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 8 英尺乘 10 英尺的地板铺满了 1 英尺乘 1 英尺的正方形瓷砖。每块瓷砖的图案由四个白色四分之一圆组成，每个四分之一圆半径为 1/2 英尺，圆心在瓷砖的四个角上。瓷砖其余部分为阴影。地板上阴影部分共有多少平方英尺？</w:t>
      </w:r>
    </w:p>
    <w:p>
      <w:pPr>
        <w:spacing w:before="80" w:after="80"/>
        <w:jc w:val="center"/>
      </w:pPr>
      <w:r>
        <w:drawing>
          <wp:inline xmlns:a="http://schemas.openxmlformats.org/drawingml/2006/main" xmlns:pic="http://schemas.openxmlformats.org/drawingml/2006/picture">
            <wp:extent cx="1452700" cy="1452700"/>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1452700" cy="1452700"/>
                    </a:xfrm>
                    <a:prstGeom prst="rect"/>
                  </pic:spPr>
                </pic:pic>
              </a:graphicData>
            </a:graphic>
          </wp:inline>
        </w:drawing>
      </w:r>
    </w:p>
    <w:p>
      <w:pPr>
        <w:spacing w:before="0" w:after="120" w:line="300" w:lineRule="auto"/>
      </w:pPr>
      <w:r>
        <w:rPr>
          <w:rFonts w:ascii="Times New Roman" w:hAnsi="Times New Roman" w:eastAsia="宋体"/>
          <w:b w:val="0"/>
          <w:i w:val="0"/>
          <w:sz w:val="21"/>
        </w:rPr>
        <w:t>（A）80 - 20π　　（B）60 - 10π　　（C）80 - 10π　　（D）60 + 10π　　（E）80 + 10π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8-foot by 10-foot floor is tiled with square tiles of size 1 foot by 1 foot. Each tile has a pattern consisting of four white quarter circles of radius 1/2 foot centered at each corner of the tile. The remaining portion of the tile is shaded. How many square feet of the floor are shaded?</w:t>
      </w:r>
    </w:p>
    <w:p>
      <w:pPr>
        <w:spacing w:before="80" w:after="80"/>
        <w:jc w:val="center"/>
      </w:pPr>
      <w:r>
        <w:drawing>
          <wp:inline xmlns:a="http://schemas.openxmlformats.org/drawingml/2006/main" xmlns:pic="http://schemas.openxmlformats.org/drawingml/2006/picture">
            <wp:extent cx="1452700" cy="1452700"/>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1452700" cy="145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80 - 20π　　(B) 60 - 10π　　(C) 80 - 10π　　(D) 60 + 10π　　(E) 80 + 10π</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一个公平骰子的面为 1，1，2，2，3，3，另一个公平骰子的面为 4，4，5，5，6，6。掷这两个骰子并把朝上的数相加。和为奇数的概率是多少？</w:t>
      </w:r>
    </w:p>
    <w:p>
      <w:pPr>
        <w:spacing w:before="0" w:after="120" w:line="300" w:lineRule="auto"/>
      </w:pPr>
      <w:r>
        <w:rPr>
          <w:rFonts w:ascii="Times New Roman" w:hAnsi="Times New Roman" w:eastAsia="宋体"/>
          <w:b w:val="0"/>
          <w:i w:val="0"/>
          <w:sz w:val="21"/>
        </w:rPr>
        <w:t>（A）1/3　　（B）4/9　　（C）1/2　　（D）5/9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fair die has faces 1, 1, 2, 2, 3, 3 and another has faces 4, 4, 5, 5, 6, 6. The dice are rolled and the numbers on the top faces are added. What is the probability that the sum will be odd?</w:t>
      </w:r>
    </w:p>
    <w:p>
      <w:pPr>
        <w:spacing w:before="0" w:after="160" w:line="300" w:lineRule="auto"/>
      </w:pPr>
      <w:r>
        <w:rPr>
          <w:rFonts w:ascii="Times New Roman" w:hAnsi="Times New Roman" w:eastAsia="宋体"/>
          <w:b w:val="0"/>
          <w:i w:val="0"/>
          <w:color w:val="333333"/>
          <w:sz w:val="19"/>
        </w:rPr>
        <w:t>(A) 1/3　　(B) 4/9　　(C) 1/2　　(D) 5/9　　(E) 2/3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 △ ABC 中，AC = BC = 7，且 AB = 2。设 D 是直线 AB 上一点，B 在 A 与 D 之间，且 CD = 8。BD 是多少？</w:t>
      </w:r>
    </w:p>
    <w:p>
      <w:pPr>
        <w:spacing w:before="0" w:after="120" w:line="300" w:lineRule="auto"/>
      </w:pPr>
      <w:r>
        <w:rPr>
          <w:rFonts w:ascii="Times New Roman" w:hAnsi="Times New Roman" w:eastAsia="宋体"/>
          <w:b w:val="0"/>
          <w:i w:val="0"/>
          <w:sz w:val="21"/>
        </w:rPr>
        <w:t>（A）3　　（B）2√(3)　　（C）4　　（D）5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we have AC = BC = 7 and AB = 2. Suppose that D is a point on line AB such that B lies between A and D and CD = 8. What is BD?</w:t>
      </w:r>
    </w:p>
    <w:p>
      <w:pPr>
        <w:spacing w:before="0" w:after="160" w:line="300" w:lineRule="auto"/>
      </w:pPr>
      <w:r>
        <w:rPr>
          <w:rFonts w:ascii="Times New Roman" w:hAnsi="Times New Roman" w:eastAsia="宋体"/>
          <w:b w:val="0"/>
          <w:i w:val="0"/>
          <w:color w:val="333333"/>
          <w:sz w:val="19"/>
        </w:rPr>
        <w:t>(A) 3　　(B) 2√(3)　　(C) 4　　(D) 5　　(E) 4√(2)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一个数列的第一项为 2005。之后每一项都等于前一项各位数字的立方和。这个数列的第 2005 项是多少？</w:t>
      </w:r>
    </w:p>
    <w:p>
      <w:pPr>
        <w:spacing w:before="0" w:after="120" w:line="300" w:lineRule="auto"/>
      </w:pPr>
      <w:r>
        <w:rPr>
          <w:rFonts w:ascii="Times New Roman" w:hAnsi="Times New Roman" w:eastAsia="宋体"/>
          <w:b w:val="0"/>
          <w:i w:val="0"/>
          <w:sz w:val="21"/>
        </w:rPr>
        <w:t>（A）29　　（B）55　　（C）85　　（D）133　　（E）250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term of a sequence is 2005. Each succeeding term is the sum of the cubes of the digits of the previous term. What is the 2005th term of the sequence?</w:t>
      </w:r>
    </w:p>
    <w:p>
      <w:pPr>
        <w:spacing w:before="0" w:after="160" w:line="300" w:lineRule="auto"/>
      </w:pPr>
      <w:r>
        <w:rPr>
          <w:rFonts w:ascii="Times New Roman" w:hAnsi="Times New Roman" w:eastAsia="宋体"/>
          <w:b w:val="0"/>
          <w:i w:val="0"/>
          <w:color w:val="333333"/>
          <w:sz w:val="19"/>
        </w:rPr>
        <w:t>(A) 29　　(B) 55　　(C) 85　　(D) 133　　(E) 250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掷十二个公平骰子。朝上数字的乘积为质数的概率是多少？</w:t>
      </w:r>
    </w:p>
    <w:p>
      <w:pPr>
        <w:spacing w:before="0" w:after="120" w:line="300" w:lineRule="auto"/>
      </w:pPr>
      <w:r>
        <w:rPr>
          <w:rFonts w:ascii="Times New Roman" w:hAnsi="Times New Roman" w:eastAsia="宋体"/>
          <w:b w:val="0"/>
          <w:i w:val="0"/>
          <w:sz w:val="21"/>
        </w:rPr>
        <w:t>（A）(1/12)¹²　　（B）(1/6)¹²　　（C）2(1/6)¹¹　　（D）5/2(1/6)¹¹　　（E）(1/6)¹⁰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Twelve fair dice are rolled. What is the probability that the product of the numbers on the top faces is prime?</w:t>
      </w:r>
    </w:p>
    <w:p>
      <w:pPr>
        <w:spacing w:before="0" w:after="160" w:line="300" w:lineRule="auto"/>
      </w:pPr>
      <w:r>
        <w:rPr>
          <w:rFonts w:ascii="Times New Roman" w:hAnsi="Times New Roman" w:eastAsia="宋体"/>
          <w:b w:val="0"/>
          <w:i w:val="0"/>
          <w:color w:val="333333"/>
          <w:sz w:val="19"/>
        </w:rPr>
        <w:t>(A) (1/12)¹²　　(B) (1/6)¹²　　(C) 2(1/6)¹¹　　(D) 5/2(1/6)¹¹　　(E) (1/6)¹⁰</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 1 到 2005 之间，有多少个数是 3 或 4 的整数倍，但不是 12 的整数倍？</w:t>
      </w:r>
    </w:p>
    <w:p>
      <w:pPr>
        <w:spacing w:before="0" w:after="120" w:line="300" w:lineRule="auto"/>
      </w:pPr>
      <w:r>
        <w:rPr>
          <w:rFonts w:ascii="Times New Roman" w:hAnsi="Times New Roman" w:eastAsia="宋体"/>
          <w:b w:val="0"/>
          <w:i w:val="0"/>
          <w:sz w:val="21"/>
        </w:rPr>
        <w:t>（A）501　　（B）668　　（C）835　　（D）1002　　（E）1169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numbers between 1 and 2005 are integer multiples of 3 or 4 but not 12?</w:t>
      </w:r>
    </w:p>
    <w:p>
      <w:pPr>
        <w:spacing w:before="0" w:after="160" w:line="300" w:lineRule="auto"/>
      </w:pPr>
      <w:r>
        <w:rPr>
          <w:rFonts w:ascii="Times New Roman" w:hAnsi="Times New Roman" w:eastAsia="宋体"/>
          <w:b w:val="0"/>
          <w:i w:val="0"/>
          <w:color w:val="333333"/>
          <w:sz w:val="19"/>
        </w:rPr>
        <w:t>(A) 501　　(B) 668　　(C) 835　　(D) 1002　　(E) 1169</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等边三角形 △ ABC 的边长为 2，M 是 AC 的中点，且 C 是 BD 的中点。△ CDM 的面积是多少？</w:t>
      </w:r>
    </w:p>
    <w:p>
      <w:pPr>
        <w:spacing w:before="80" w:after="80"/>
        <w:jc w:val="center"/>
      </w:pPr>
      <w:r>
        <w:drawing>
          <wp:inline xmlns:a="http://schemas.openxmlformats.org/drawingml/2006/main" xmlns:pic="http://schemas.openxmlformats.org/drawingml/2006/picture">
            <wp:extent cx="1967368" cy="961728"/>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967368" cy="961728"/>
                    </a:xfrm>
                    <a:prstGeom prst="rect"/>
                  </pic:spPr>
                </pic:pic>
              </a:graphicData>
            </a:graphic>
          </wp:inline>
        </w:drawing>
      </w:r>
    </w:p>
    <w:p>
      <w:pPr>
        <w:spacing w:before="0" w:after="120" w:line="300" w:lineRule="auto"/>
      </w:pPr>
      <w:r>
        <w:rPr>
          <w:rFonts w:ascii="Times New Roman" w:hAnsi="Times New Roman" w:eastAsia="宋体"/>
          <w:b w:val="0"/>
          <w:i w:val="0"/>
          <w:sz w:val="21"/>
        </w:rPr>
        <w:t>（A）(√(2))/2　　（B）3/4　　（C）(√(3))/2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Equilateral △ ABC has side length 2, M is the midpoint of AC, and C is the midpoint of BD. What is the area of △ CDM?</w:t>
      </w:r>
    </w:p>
    <w:p>
      <w:pPr>
        <w:spacing w:before="80" w:after="80"/>
        <w:jc w:val="center"/>
      </w:pPr>
      <w:r>
        <w:drawing>
          <wp:inline xmlns:a="http://schemas.openxmlformats.org/drawingml/2006/main" xmlns:pic="http://schemas.openxmlformats.org/drawingml/2006/picture">
            <wp:extent cx="1967368" cy="961728"/>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967368" cy="96172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(√(2))/2　　(B) 3/4　　(C) (√(3))/2　　(D) 1　　(E) √(2)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一个信封中有八张纸币：2 张一美元、2 张五美元、2 张十美元和 2 张二十美元。从中不放回地随机抽出两张纸币。它们金额之和至少为 $20 的概率是多少？</w:t>
      </w:r>
    </w:p>
    <w:p>
      <w:pPr>
        <w:spacing w:before="0" w:after="120" w:line="300" w:lineRule="auto"/>
      </w:pPr>
      <w:r>
        <w:rPr>
          <w:rFonts w:ascii="Times New Roman" w:hAnsi="Times New Roman" w:eastAsia="宋体"/>
          <w:b w:val="0"/>
          <w:i w:val="0"/>
          <w:sz w:val="21"/>
        </w:rPr>
        <w:t>（A）1/4　　（B）2/5　　（C）3/7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envelope contains eight bills: 2 ones, 2 fives, 2 tens, and 2 twenties. Two bills are drawn at random without replacement. What is the probability that their sum is $20 or more?</w:t>
      </w:r>
    </w:p>
    <w:p>
      <w:pPr>
        <w:spacing w:before="0" w:after="160" w:line="300" w:lineRule="auto"/>
      </w:pPr>
      <w:r>
        <w:rPr>
          <w:rFonts w:ascii="Times New Roman" w:hAnsi="Times New Roman" w:eastAsia="宋体"/>
          <w:b w:val="0"/>
          <w:i w:val="0"/>
          <w:color w:val="333333"/>
          <w:sz w:val="19"/>
        </w:rPr>
        <w:t>(A) 1/4　　(B) 2/5　　(C) 3/7　　(D) 1/2　　(E) 2/3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二次方程 x² + mx + n = 0 的根是 x² + px + m = 0 的根的两倍，且 m，n 和 p 都不为零。求 n/p 的值。</w:t>
      </w:r>
    </w:p>
    <w:p>
      <w:pPr>
        <w:spacing w:before="0" w:after="120" w:line="300" w:lineRule="auto"/>
      </w:pPr>
      <w:r>
        <w:rPr>
          <w:rFonts w:ascii="Times New Roman" w:hAnsi="Times New Roman" w:eastAsia="宋体"/>
          <w:b w:val="0"/>
          <w:i w:val="0"/>
          <w:sz w:val="21"/>
        </w:rPr>
        <w:t>（A）1　　（B）2　　（C）4　　（D）8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quadratic equation x² + mx + n = 0 has roots that are twice those of x² + px + m = 0, and none of m, n, and p is zero. What is the value of n/p?</w:t>
      </w:r>
    </w:p>
    <w:p>
      <w:pPr>
        <w:spacing w:before="0" w:after="160" w:line="300" w:lineRule="auto"/>
      </w:pPr>
      <w:r>
        <w:rPr>
          <w:rFonts w:ascii="Times New Roman" w:hAnsi="Times New Roman" w:eastAsia="宋体"/>
          <w:b w:val="0"/>
          <w:i w:val="0"/>
          <w:color w:val="333333"/>
          <w:sz w:val="19"/>
        </w:rPr>
        <w:t>(A) 1　　(B) 2　　(C) 4　　(D) 8　　(E) 16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4ᵃ = 5、5ᵇ = 6、6ᶜ = 7，且 7ᵈ = 8。求 a · b · c · d。</w:t>
      </w:r>
    </w:p>
    <w:p>
      <w:pPr>
        <w:spacing w:before="0" w:after="120" w:line="300" w:lineRule="auto"/>
      </w:pPr>
      <w:r>
        <w:rPr>
          <w:rFonts w:ascii="Times New Roman" w:hAnsi="Times New Roman" w:eastAsia="宋体"/>
          <w:b w:val="0"/>
          <w:i w:val="0"/>
          <w:sz w:val="21"/>
        </w:rPr>
        <w:t>（A）1　　（B）3/2　　（C）2　　（D）5/2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4ᵃ = 5, 5ᵇ = 6, 6ᶜ = 7, and 7ᵈ = 8. What is a · b · c · d?</w:t>
      </w:r>
    </w:p>
    <w:p>
      <w:pPr>
        <w:spacing w:before="0" w:after="160" w:line="300" w:lineRule="auto"/>
      </w:pPr>
      <w:r>
        <w:rPr>
          <w:rFonts w:ascii="Times New Roman" w:hAnsi="Times New Roman" w:eastAsia="宋体"/>
          <w:b w:val="0"/>
          <w:i w:val="0"/>
          <w:color w:val="333333"/>
          <w:sz w:val="19"/>
        </w:rPr>
        <w:t>(A) 1　　(B) 3/2　　(C) 2　　(D) 5/2　　(E) 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大卫的所有电话号码形如 555–abc–defg，其中 a、b、c、d、e、f 和 g 是互不相同且按递增顺序排列的数字，并且都不是 0 或 1。大卫可能有多少个不同的电话号码？</w:t>
      </w:r>
    </w:p>
    <w:p>
      <w:pPr>
        <w:spacing w:before="0" w:after="120" w:line="300" w:lineRule="auto"/>
      </w:pPr>
      <w:r>
        <w:rPr>
          <w:rFonts w:ascii="Times New Roman" w:hAnsi="Times New Roman" w:eastAsia="宋体"/>
          <w:b w:val="0"/>
          <w:i w:val="0"/>
          <w:sz w:val="21"/>
        </w:rPr>
        <w:t>（A）1　　（B）2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of David’s telephone numbers have the form 555–abc–defg, where a, b, c, d, e, f, and g are distinct digits and in increasing order, and none is either 0 or 1. How many different telephone numbers can David have?</w:t>
      </w:r>
    </w:p>
    <w:p>
      <w:pPr>
        <w:spacing w:before="0" w:after="160" w:line="300" w:lineRule="auto"/>
      </w:pPr>
      <w:r>
        <w:rPr>
          <w:rFonts w:ascii="Times New Roman" w:hAnsi="Times New Roman" w:eastAsia="宋体"/>
          <w:b w:val="0"/>
          <w:i w:val="0"/>
          <w:color w:val="333333"/>
          <w:sz w:val="19"/>
        </w:rPr>
        <w:t>(A) 1　　(B) 2　　(C) 7　　(D) 8　　(E) 9</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在一次数学考试中，10% 的学生得 70 分，25% 得 80 分，20% 得 85 分，15% 得 90 分，其余学生得 95 分。这次考试的平均分与中位数之差是多少？</w:t>
      </w:r>
    </w:p>
    <w:p>
      <w:pPr>
        <w:spacing w:before="0" w:after="120" w:line="300" w:lineRule="auto"/>
      </w:pPr>
      <w:r>
        <w:rPr>
          <w:rFonts w:ascii="Times New Roman" w:hAnsi="Times New Roman" w:eastAsia="宋体"/>
          <w:b w:val="0"/>
          <w:i w:val="0"/>
          <w:sz w:val="21"/>
        </w:rPr>
        <w:t>（A）0　　（B）1　　（C）2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certain math exam, 10% of the students got 70 points, 25% got 80 points, 20% got 85 points, 15% got 90 points, and the rest got 95 points. What is the difference between the mean and the median score on this exam?</w:t>
      </w:r>
    </w:p>
    <w:p>
      <w:pPr>
        <w:spacing w:before="0" w:after="160" w:line="300" w:lineRule="auto"/>
      </w:pPr>
      <w:r>
        <w:rPr>
          <w:rFonts w:ascii="Times New Roman" w:hAnsi="Times New Roman" w:eastAsia="宋体"/>
          <w:b w:val="0"/>
          <w:i w:val="0"/>
          <w:color w:val="333333"/>
          <w:sz w:val="19"/>
        </w:rPr>
        <w:t>(A) 0　　(B) 1　　(C) 2　　(D) 4　　(E) 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使用数字 1、3、5、7 和 8 各一次能组成的所有 5 位数的平均数是多少？</w:t>
      </w:r>
    </w:p>
    <w:p>
      <w:pPr>
        <w:spacing w:before="0" w:after="120" w:line="300" w:lineRule="auto"/>
      </w:pPr>
      <w:r>
        <w:rPr>
          <w:rFonts w:ascii="Times New Roman" w:hAnsi="Times New Roman" w:eastAsia="宋体"/>
          <w:b w:val="0"/>
          <w:i w:val="0"/>
          <w:sz w:val="21"/>
        </w:rPr>
        <w:t>（A）48000　　（B）49999.5　　（C）53332.8　　（D）55555　　（E）56432.8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average (mean) of all 5-digit numbers that can be formed by using each of the digits 1, 3, 5, 7, and 8 exactly once?</w:t>
      </w:r>
    </w:p>
    <w:p>
      <w:pPr>
        <w:spacing w:before="0" w:after="160" w:line="300" w:lineRule="auto"/>
      </w:pPr>
      <w:r>
        <w:rPr>
          <w:rFonts w:ascii="Times New Roman" w:hAnsi="Times New Roman" w:eastAsia="宋体"/>
          <w:b w:val="0"/>
          <w:i w:val="0"/>
          <w:color w:val="333333"/>
          <w:sz w:val="19"/>
        </w:rPr>
        <w:t>(A) 48000　　(B) 49999.5　　(C) 53332.8　　(D) 55555　　(E) 56432.8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四十张纸条放入一顶帽子中，每张纸条上写有 1、2、3、4、5、6、7、8、9 或 10，且每个数字写在四张纸条上。不放回地随机抽出四张纸条。设 p 为四张纸条都写有同一个数字的概率。设 q 为其中两张写有数字 a，另外两张写有数字 b ≠ a 的概率。求 q/p 的值。</w:t>
      </w:r>
    </w:p>
    <w:p>
      <w:pPr>
        <w:spacing w:before="0" w:after="120" w:line="300" w:lineRule="auto"/>
      </w:pPr>
      <w:r>
        <w:rPr>
          <w:rFonts w:ascii="Times New Roman" w:hAnsi="Times New Roman" w:eastAsia="宋体"/>
          <w:b w:val="0"/>
          <w:i w:val="0"/>
          <w:sz w:val="21"/>
        </w:rPr>
        <w:t>（A）162　　（B）180　　（C）324　　（D）360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Forty slips are placed into a hat, each bearing a number 1, 2, 3, 4, 5, 6, 7, 8, 9, or 10, with each number entered on four slips. Four slips are drawn from the hat at random and without replacement. Let p be the probability that all four slips bear the same number. Let q be the probability that two of the slips bear a number a and the other two bear a number b ≠ a. What is the value of q/p?</w:t>
      </w:r>
    </w:p>
    <w:p>
      <w:pPr>
        <w:spacing w:before="0" w:after="160" w:line="300" w:lineRule="auto"/>
      </w:pPr>
      <w:r>
        <w:rPr>
          <w:rFonts w:ascii="Times New Roman" w:hAnsi="Times New Roman" w:eastAsia="宋体"/>
          <w:b w:val="0"/>
          <w:i w:val="0"/>
          <w:color w:val="333333"/>
          <w:sz w:val="19"/>
        </w:rPr>
        <w:t>(A) 162　　(B) 180　　(C) 324　　(D) 360　　(E) 720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对于多少个不超过 24 的正整数 n，n! 能被 1 + 2 + ⋯ + n 整除？</w:t>
      </w:r>
    </w:p>
    <w:p>
      <w:pPr>
        <w:spacing w:before="0" w:after="120" w:line="300" w:lineRule="auto"/>
      </w:pPr>
      <w:r>
        <w:rPr>
          <w:rFonts w:ascii="Times New Roman" w:hAnsi="Times New Roman" w:eastAsia="宋体"/>
          <w:b w:val="0"/>
          <w:i w:val="0"/>
          <w:sz w:val="21"/>
        </w:rPr>
        <w:t>（A）8　　（B）12　　（C）16　　（D）17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integers n less than or equal to 24 is n! evenly divisible by 1 + 2 + ⋯ + n?</w:t>
      </w:r>
    </w:p>
    <w:p>
      <w:pPr>
        <w:spacing w:before="0" w:after="160" w:line="300" w:lineRule="auto"/>
      </w:pPr>
      <w:r>
        <w:rPr>
          <w:rFonts w:ascii="Times New Roman" w:hAnsi="Times New Roman" w:eastAsia="宋体"/>
          <w:b w:val="0"/>
          <w:i w:val="0"/>
          <w:color w:val="333333"/>
          <w:sz w:val="19"/>
        </w:rPr>
        <w:t>(A) 8　　(B) 12　　(C) 16　　(D) 17　　(E) 21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在梯形 ABCD 中，AB 平行于 DC，E 是 BC 的中点，F 是 DA 的中点。ABEF 的面积是 FECD 面积的两倍。求 AB/DC。</w:t>
      </w:r>
    </w:p>
    <w:p>
      <w:pPr>
        <w:spacing w:before="0" w:after="120" w:line="300" w:lineRule="auto"/>
      </w:pPr>
      <w:r>
        <w:rPr>
          <w:rFonts w:ascii="Times New Roman" w:hAnsi="Times New Roman" w:eastAsia="宋体"/>
          <w:b w:val="0"/>
          <w:i w:val="0"/>
          <w:sz w:val="21"/>
        </w:rPr>
        <w:t>（A）2　　（B）3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trapezoid ABCD we have AB parallel to DC, E as the midpoint of BC, and F as the midpoint of DA. The area of ABEF is twice the area of FECD. What is AB/DC?</w:t>
      </w:r>
    </w:p>
    <w:p>
      <w:pPr>
        <w:spacing w:before="0" w:after="160" w:line="300" w:lineRule="auto"/>
      </w:pPr>
      <w:r>
        <w:rPr>
          <w:rFonts w:ascii="Times New Roman" w:hAnsi="Times New Roman" w:eastAsia="宋体"/>
          <w:b w:val="0"/>
          <w:i w:val="0"/>
          <w:color w:val="333333"/>
          <w:sz w:val="19"/>
        </w:rPr>
        <w:t>(A) 2　　(B) 3　　(C) 5　　(D) 6　　(E) 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x 和 y 是两位整数，且 y 由 x 的数字倒序得到。整数 x 和 y 满足 x² - y² = m²，其中 m 是正整数。求 x + y + m。</w:t>
      </w:r>
    </w:p>
    <w:p>
      <w:pPr>
        <w:spacing w:before="0" w:after="120" w:line="300" w:lineRule="auto"/>
      </w:pPr>
      <w:r>
        <w:rPr>
          <w:rFonts w:ascii="Times New Roman" w:hAnsi="Times New Roman" w:eastAsia="宋体"/>
          <w:b w:val="0"/>
          <w:i w:val="0"/>
          <w:sz w:val="21"/>
        </w:rPr>
        <w:t>（A）88　　（B）112　　（C）116　　（D）144　　（E）154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two-digit integers such that y is obtained by reversing the digits of x. The integers x and y satisfy x² - y² = m² for some positive integer m. What is x + y + m?</w:t>
      </w:r>
    </w:p>
    <w:p>
      <w:pPr>
        <w:spacing w:before="0" w:after="160" w:line="300" w:lineRule="auto"/>
      </w:pPr>
      <w:r>
        <w:rPr>
          <w:rFonts w:ascii="Times New Roman" w:hAnsi="Times New Roman" w:eastAsia="宋体"/>
          <w:b w:val="0"/>
          <w:i w:val="0"/>
          <w:color w:val="333333"/>
          <w:sz w:val="19"/>
        </w:rPr>
        <w:t>(A) 88　　(B) 112　　(C) 116　　(D) 144　　(E) 154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集合 B 是从 1 到 100 的所有整数的一个子集，并且 B 中任意两个元素之和都不等于 125。B 最多可能有多少个元素？</w:t>
      </w:r>
    </w:p>
    <w:p>
      <w:pPr>
        <w:spacing w:before="0" w:after="120" w:line="300" w:lineRule="auto"/>
      </w:pPr>
      <w:r>
        <w:rPr>
          <w:rFonts w:ascii="Times New Roman" w:hAnsi="Times New Roman" w:eastAsia="宋体"/>
          <w:b w:val="0"/>
          <w:i w:val="0"/>
          <w:sz w:val="21"/>
        </w:rPr>
        <w:t>（A）50　　（B）51　　（C）62　　（D）65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subset B of the set of integers from 1 to 100, inclusive, has the property that no two elements of B sum to 125. What is the maximum possible number of elements in B?</w:t>
      </w:r>
    </w:p>
    <w:p>
      <w:pPr>
        <w:spacing w:before="0" w:after="160" w:line="300" w:lineRule="auto"/>
      </w:pPr>
      <w:r>
        <w:rPr>
          <w:rFonts w:ascii="Times New Roman" w:hAnsi="Times New Roman" w:eastAsia="宋体"/>
          <w:b w:val="0"/>
          <w:i w:val="0"/>
          <w:color w:val="333333"/>
          <w:sz w:val="19"/>
        </w:rPr>
        <w:t>(A) 50　　(B) 51　　(C) 62　　(D) 65　　(E) 68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D　D　C　B　B　A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E　E　C　C　D　D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C　A　C　C　E　C</w:t>
      </w:r>
    </w:p>
    <w:p>
      <w:pPr>
        <w:spacing w:before="0" w:after="200" w:line="300" w:lineRule="auto"/>
      </w:pPr>
      <w:r>
        <w:rPr>
          <w:rFonts w:ascii="Times New Roman" w:hAnsi="Times New Roman" w:eastAsia="宋体"/>
          <w:b w:val="0"/>
          <w:i w:val="0"/>
          <w:color w:val="666666"/>
          <w:sz w:val="18"/>
        </w:rPr>
        <w:t>答案串：ADDDCBBADAEECCDDBDBCACCEC</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小队购买 1000 ÷ 5 = 200 组五根糖果棒，花费 200 · 2 = 400 美元。</w:t>
      </w:r>
    </w:p>
    <w:p>
      <w:pPr>
        <w:spacing w:before="0" w:after="80" w:line="300" w:lineRule="auto"/>
        <w:jc w:val="left"/>
      </w:pPr>
      <w:r>
        <w:rPr>
          <w:rFonts w:ascii="Times New Roman" w:hAnsi="Times New Roman" w:eastAsia="宋体"/>
          <w:b w:val="0"/>
          <w:i w:val="0"/>
          <w:sz w:val="21"/>
        </w:rPr>
        <w:t>他们卖出 1000 ÷ 2 = 500 组两根糖果棒，收入 500 · 1 = 500 美元。</w:t>
      </w:r>
    </w:p>
    <w:p>
      <w:pPr>
        <w:spacing w:before="0" w:after="80" w:line="300" w:lineRule="auto"/>
        <w:jc w:val="left"/>
      </w:pPr>
      <w:r>
        <w:rPr>
          <w:rFonts w:ascii="Times New Roman" w:hAnsi="Times New Roman" w:eastAsia="宋体"/>
          <w:b w:val="0"/>
          <w:i w:val="0"/>
          <w:sz w:val="21"/>
        </w:rPr>
        <w:t>利润为 $500 - $400 = $100。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troop buys 1000 ÷ 5 = 200 groups of five bars, costing 200 · 2 = 400 dollars.</w:t>
      </w:r>
    </w:p>
    <w:p>
      <w:pPr>
        <w:spacing w:before="0" w:after="80" w:line="300" w:lineRule="auto"/>
        <w:jc w:val="left"/>
      </w:pPr>
      <w:r>
        <w:rPr>
          <w:rFonts w:ascii="Times New Roman" w:hAnsi="Times New Roman" w:eastAsia="宋体"/>
          <w:b w:val="0"/>
          <w:i w:val="0"/>
          <w:color w:val="333333"/>
          <w:sz w:val="19"/>
        </w:rPr>
        <w:t>They sell 1000 ÷ 2 = 500 pairs of bars, earning 500 · 1 = 500 dollars.</w:t>
      </w:r>
    </w:p>
    <w:p>
      <w:pPr>
        <w:spacing w:before="0" w:after="80" w:line="300" w:lineRule="auto"/>
        <w:jc w:val="left"/>
      </w:pPr>
      <w:r>
        <w:rPr>
          <w:rFonts w:ascii="Times New Roman" w:hAnsi="Times New Roman" w:eastAsia="宋体"/>
          <w:b w:val="0"/>
          <w:i w:val="0"/>
          <w:color w:val="333333"/>
          <w:sz w:val="19"/>
        </w:rPr>
        <w:t>The profit is $500 - $400 = $100.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题意可写为</w:t>
      </w:r>
    </w:p>
    <w:p>
      <w:pPr>
        <w:spacing w:before="0" w:after="80" w:line="300" w:lineRule="auto"/>
        <w:jc w:val="left"/>
      </w:pPr>
      <w:r>
        <w:rPr>
          <w:rFonts w:ascii="Times New Roman" w:hAnsi="Times New Roman" w:eastAsia="宋体"/>
          <w:b w:val="0"/>
          <w:i w:val="0"/>
          <w:sz w:val="21"/>
        </w:rPr>
        <w:t>x/100· x = 4，</w:t>
      </w:r>
    </w:p>
    <w:p>
      <w:pPr>
        <w:spacing w:before="0" w:after="80" w:line="300" w:lineRule="auto"/>
        <w:jc w:val="left"/>
      </w:pPr>
      <w:r>
        <w:rPr>
          <w:rFonts w:ascii="Times New Roman" w:hAnsi="Times New Roman" w:eastAsia="宋体"/>
          <w:b w:val="0"/>
          <w:i w:val="0"/>
          <w:sz w:val="21"/>
        </w:rPr>
        <w:t>所以 x² = 400。</w:t>
      </w:r>
    </w:p>
    <w:p>
      <w:pPr>
        <w:spacing w:before="0" w:after="80" w:line="300" w:lineRule="auto"/>
        <w:jc w:val="left"/>
      </w:pPr>
      <w:r>
        <w:rPr>
          <w:rFonts w:ascii="Times New Roman" w:hAnsi="Times New Roman" w:eastAsia="宋体"/>
          <w:b w:val="0"/>
          <w:i w:val="0"/>
          <w:sz w:val="21"/>
        </w:rPr>
        <w:t>因为 x 为正数，所以 x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statement translates to</w:t>
      </w:r>
    </w:p>
    <w:p>
      <w:pPr>
        <w:spacing w:before="0" w:after="80" w:line="300" w:lineRule="auto"/>
        <w:jc w:val="left"/>
      </w:pPr>
      <w:r>
        <w:rPr>
          <w:rFonts w:ascii="Times New Roman" w:hAnsi="Times New Roman" w:eastAsia="宋体"/>
          <w:b w:val="0"/>
          <w:i w:val="0"/>
          <w:color w:val="333333"/>
          <w:sz w:val="19"/>
        </w:rPr>
        <w:t>x/100· x = 4,</w:t>
      </w:r>
    </w:p>
    <w:p>
      <w:pPr>
        <w:spacing w:before="0" w:after="80" w:line="300" w:lineRule="auto"/>
        <w:jc w:val="left"/>
      </w:pPr>
      <w:r>
        <w:rPr>
          <w:rFonts w:ascii="Times New Roman" w:hAnsi="Times New Roman" w:eastAsia="宋体"/>
          <w:b w:val="0"/>
          <w:i w:val="0"/>
          <w:color w:val="333333"/>
          <w:sz w:val="19"/>
        </w:rPr>
        <w:t>so x² = 400.</w:t>
      </w:r>
    </w:p>
    <w:p>
      <w:pPr>
        <w:spacing w:before="0" w:after="80" w:line="300" w:lineRule="auto"/>
        <w:jc w:val="left"/>
      </w:pPr>
      <w:r>
        <w:rPr>
          <w:rFonts w:ascii="Times New Roman" w:hAnsi="Times New Roman" w:eastAsia="宋体"/>
          <w:b w:val="0"/>
          <w:i w:val="0"/>
          <w:color w:val="333333"/>
          <w:sz w:val="19"/>
        </w:rPr>
        <w:t>Since x is positive, x = 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第一天之后，剩下 1 - 1/3 = 2/3 的油漆。</w:t>
      </w:r>
    </w:p>
    <w:p>
      <w:pPr>
        <w:spacing w:before="0" w:after="80" w:line="300" w:lineRule="auto"/>
        <w:jc w:val="left"/>
      </w:pPr>
      <w:r>
        <w:rPr>
          <w:rFonts w:ascii="Times New Roman" w:hAnsi="Times New Roman" w:eastAsia="宋体"/>
          <w:b w:val="0"/>
          <w:i w:val="0"/>
          <w:sz w:val="21"/>
        </w:rPr>
        <w:t>第二天用掉原来总量的 1/3 · 2/3 = 2/9。</w:t>
      </w:r>
    </w:p>
    <w:p>
      <w:pPr>
        <w:spacing w:before="0" w:after="80" w:line="300" w:lineRule="auto"/>
        <w:jc w:val="left"/>
      </w:pPr>
      <w:r>
        <w:rPr>
          <w:rFonts w:ascii="Times New Roman" w:hAnsi="Times New Roman" w:eastAsia="宋体"/>
          <w:b w:val="0"/>
          <w:i w:val="0"/>
          <w:sz w:val="21"/>
        </w:rPr>
        <w:t>第三天可用的部分为</w:t>
      </w:r>
    </w:p>
    <w:p>
      <w:pPr>
        <w:spacing w:before="0" w:after="80" w:line="300" w:lineRule="auto"/>
        <w:jc w:val="left"/>
      </w:pPr>
      <w:r>
        <w:rPr>
          <w:rFonts w:ascii="Times New Roman" w:hAnsi="Times New Roman" w:eastAsia="宋体"/>
          <w:b w:val="0"/>
          <w:i w:val="0"/>
          <w:sz w:val="21"/>
        </w:rPr>
        <w:t>2/3 - 2/9 = 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first day, 1 - 1/3 = 2/3 of the paint remains.</w:t>
      </w:r>
    </w:p>
    <w:p>
      <w:pPr>
        <w:spacing w:before="0" w:after="80" w:line="300" w:lineRule="auto"/>
        <w:jc w:val="left"/>
      </w:pPr>
      <w:r>
        <w:rPr>
          <w:rFonts w:ascii="Times New Roman" w:hAnsi="Times New Roman" w:eastAsia="宋体"/>
          <w:b w:val="0"/>
          <w:i w:val="0"/>
          <w:color w:val="333333"/>
          <w:sz w:val="19"/>
        </w:rPr>
        <w:t>On the second day, 1/3 · 2/3 = 2/9 of the original amount is used.</w:t>
      </w:r>
    </w:p>
    <w:p>
      <w:pPr>
        <w:spacing w:before="0" w:after="80" w:line="300" w:lineRule="auto"/>
        <w:jc w:val="left"/>
      </w:pPr>
      <w:r>
        <w:rPr>
          <w:rFonts w:ascii="Times New Roman" w:hAnsi="Times New Roman" w:eastAsia="宋体"/>
          <w:b w:val="0"/>
          <w:i w:val="0"/>
          <w:color w:val="333333"/>
          <w:sz w:val="19"/>
        </w:rPr>
        <w:t>The fraction available on the third day is</w:t>
      </w:r>
    </w:p>
    <w:p>
      <w:pPr>
        <w:spacing w:before="0" w:after="80" w:line="300" w:lineRule="auto"/>
        <w:jc w:val="left"/>
      </w:pPr>
      <w:r>
        <w:rPr>
          <w:rFonts w:ascii="Times New Roman" w:hAnsi="Times New Roman" w:eastAsia="宋体"/>
          <w:b w:val="0"/>
          <w:i w:val="0"/>
          <w:color w:val="333333"/>
          <w:sz w:val="19"/>
        </w:rPr>
        <w:t>2/3 - 2/9 = 4/9.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第一个内层表达式为</w:t>
      </w:r>
    </w:p>
    <w:p>
      <w:pPr>
        <w:spacing w:before="0" w:after="80" w:line="300" w:lineRule="auto"/>
        <w:jc w:val="left"/>
      </w:pPr>
      <w:r>
        <w:rPr>
          <w:rFonts w:ascii="Times New Roman" w:hAnsi="Times New Roman" w:eastAsia="宋体"/>
          <w:b w:val="0"/>
          <w:i w:val="0"/>
          <w:sz w:val="21"/>
        </w:rPr>
        <w:t>5 diamond 12 = √(5² + 12²) = 13，</w:t>
      </w:r>
    </w:p>
    <w:p>
      <w:pPr>
        <w:spacing w:before="0" w:after="80" w:line="300" w:lineRule="auto"/>
        <w:jc w:val="left"/>
      </w:pPr>
      <w:r>
        <w:rPr>
          <w:rFonts w:ascii="Times New Roman" w:hAnsi="Times New Roman" w:eastAsia="宋体"/>
          <w:b w:val="0"/>
          <w:i w:val="0"/>
          <w:sz w:val="21"/>
        </w:rPr>
        <w:t>而同理 (-12) diamond (-5) = √(144 + 25) = 13。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13 diamond 13 = √(13² + 13²) = 13√(2)。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inner expression evaluates to</w:t>
      </w:r>
    </w:p>
    <w:p>
      <w:pPr>
        <w:spacing w:before="0" w:after="80" w:line="300" w:lineRule="auto"/>
        <w:jc w:val="left"/>
      </w:pPr>
      <w:r>
        <w:rPr>
          <w:rFonts w:ascii="Times New Roman" w:hAnsi="Times New Roman" w:eastAsia="宋体"/>
          <w:b w:val="0"/>
          <w:i w:val="0"/>
          <w:color w:val="333333"/>
          <w:sz w:val="19"/>
        </w:rPr>
        <w:t>5 diamond 12 = √(5² + 12²) = 13</w:t>
      </w:r>
    </w:p>
    <w:p>
      <w:pPr>
        <w:spacing w:before="0" w:after="80" w:line="300" w:lineRule="auto"/>
        <w:jc w:val="left"/>
      </w:pPr>
      <w:r>
        <w:rPr>
          <w:rFonts w:ascii="Times New Roman" w:hAnsi="Times New Roman" w:eastAsia="宋体"/>
          <w:b w:val="0"/>
          <w:i w:val="0"/>
          <w:color w:val="333333"/>
          <w:sz w:val="19"/>
        </w:rPr>
        <w:t>and similarly (-12) diamond (-5) = √(144 + 25) = 13.</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13 diamond 13 = √(13² + 13²) = 13√(2).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买完所有 CD 的花费是买三分之一 CD 的三倍，即她的钱的 3 · 1/5 = 3/5。</w:t>
      </w:r>
    </w:p>
    <w:p>
      <w:pPr>
        <w:spacing w:before="0" w:after="80" w:line="300" w:lineRule="auto"/>
        <w:jc w:val="left"/>
      </w:pPr>
      <w:r>
        <w:rPr>
          <w:rFonts w:ascii="Times New Roman" w:hAnsi="Times New Roman" w:eastAsia="宋体"/>
          <w:b w:val="0"/>
          <w:i w:val="0"/>
          <w:sz w:val="21"/>
        </w:rPr>
        <w:t>剩下的部分为 1 - 3/5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Buying all the CDs costs three times as much as buying one third of them, namely 3 · 1/5 = 3/5 of her money.</w:t>
      </w:r>
    </w:p>
    <w:p>
      <w:pPr>
        <w:spacing w:before="0" w:after="80" w:line="300" w:lineRule="auto"/>
        <w:jc w:val="left"/>
      </w:pPr>
      <w:r>
        <w:rPr>
          <w:rFonts w:ascii="Times New Roman" w:hAnsi="Times New Roman" w:eastAsia="宋体"/>
          <w:b w:val="0"/>
          <w:i w:val="0"/>
          <w:color w:val="333333"/>
          <w:sz w:val="19"/>
        </w:rPr>
        <w:t>The fraction left over is 1 - 3/5 = 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Lisa 至少需要 0.8 · 50 = 40 次小测拿到 A。</w:t>
      </w:r>
    </w:p>
    <w:p>
      <w:pPr>
        <w:spacing w:before="0" w:after="80" w:line="300" w:lineRule="auto"/>
        <w:jc w:val="left"/>
      </w:pPr>
      <w:r>
        <w:rPr>
          <w:rFonts w:ascii="Times New Roman" w:hAnsi="Times New Roman" w:eastAsia="宋体"/>
          <w:b w:val="0"/>
          <w:i w:val="0"/>
          <w:sz w:val="21"/>
        </w:rPr>
        <w:t>她已经有 22 个 A，所以剩下 20 次中还需要 40 - 22 = 18 个 A。</w:t>
      </w:r>
    </w:p>
    <w:p>
      <w:pPr>
        <w:spacing w:before="0" w:after="80" w:line="300" w:lineRule="auto"/>
        <w:jc w:val="left"/>
      </w:pPr>
      <w:r>
        <w:rPr>
          <w:rFonts w:ascii="Times New Roman" w:hAnsi="Times New Roman" w:eastAsia="宋体"/>
          <w:b w:val="0"/>
          <w:i w:val="0"/>
          <w:sz w:val="21"/>
        </w:rPr>
        <w:t>因此最多有 20 - 18 = 2 次小测低于 A。</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Lisa needs an A on at least 0.8 · 50 = 40 quizzes.</w:t>
      </w:r>
    </w:p>
    <w:p>
      <w:pPr>
        <w:spacing w:before="0" w:after="80" w:line="300" w:lineRule="auto"/>
        <w:jc w:val="left"/>
      </w:pPr>
      <w:r>
        <w:rPr>
          <w:rFonts w:ascii="Times New Roman" w:hAnsi="Times New Roman" w:eastAsia="宋体"/>
          <w:b w:val="0"/>
          <w:i w:val="0"/>
          <w:color w:val="333333"/>
          <w:sz w:val="19"/>
        </w:rPr>
        <w:t>She already has 22, so she needs 40 - 22 = 18 A’s among the remaining 20 quizzes.</w:t>
      </w:r>
    </w:p>
    <w:p>
      <w:pPr>
        <w:spacing w:before="0" w:after="80" w:line="300" w:lineRule="auto"/>
        <w:jc w:val="left"/>
      </w:pPr>
      <w:r>
        <w:rPr>
          <w:rFonts w:ascii="Times New Roman" w:hAnsi="Times New Roman" w:eastAsia="宋体"/>
          <w:b w:val="0"/>
          <w:i w:val="0"/>
          <w:color w:val="333333"/>
          <w:sz w:val="19"/>
        </w:rPr>
        <w:t>That leaves at most 20 - 18 = 2 quizzes with a grade lower than an A.</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设较小圆半径为 r，则它的面积为 π r²。</w:t>
      </w:r>
    </w:p>
    <w:p>
      <w:pPr>
        <w:spacing w:before="0" w:after="80" w:line="300" w:lineRule="auto"/>
        <w:jc w:val="left"/>
      </w:pPr>
      <w:r>
        <w:rPr>
          <w:rFonts w:ascii="Times New Roman" w:hAnsi="Times New Roman" w:eastAsia="宋体"/>
          <w:b w:val="0"/>
          <w:i w:val="0"/>
          <w:sz w:val="21"/>
        </w:rPr>
        <w:t>外切于这个小圆的较小正方形边长为 2r，其对角线 2√(2) r 是较大圆的直径。所以较大圆半径为 √(2) r。</w:t>
      </w:r>
    </w:p>
    <w:p>
      <w:pPr>
        <w:spacing w:before="0" w:after="80" w:line="300" w:lineRule="auto"/>
        <w:jc w:val="left"/>
      </w:pPr>
      <w:r>
        <w:rPr>
          <w:rFonts w:ascii="Times New Roman" w:hAnsi="Times New Roman" w:eastAsia="宋体"/>
          <w:b w:val="0"/>
          <w:i w:val="0"/>
          <w:sz w:val="21"/>
        </w:rPr>
        <w:t>外切于较大圆的较大正方形边长为 2√(2) r，面积为 8r²。</w:t>
      </w:r>
    </w:p>
    <w:p>
      <w:pPr>
        <w:spacing w:before="0" w:after="80" w:line="300" w:lineRule="auto"/>
        <w:jc w:val="left"/>
      </w:pPr>
      <w:r>
        <w:rPr>
          <w:rFonts w:ascii="Times New Roman" w:hAnsi="Times New Roman" w:eastAsia="宋体"/>
          <w:b w:val="0"/>
          <w:i w:val="0"/>
          <w:sz w:val="21"/>
        </w:rPr>
        <w:t>所求比为</w:t>
      </w:r>
    </w:p>
    <w:p>
      <w:pPr>
        <w:spacing w:before="0" w:after="80" w:line="300" w:lineRule="auto"/>
        <w:jc w:val="left"/>
      </w:pPr>
      <w:r>
        <w:rPr>
          <w:rFonts w:ascii="Times New Roman" w:hAnsi="Times New Roman" w:eastAsia="宋体"/>
          <w:b w:val="0"/>
          <w:i w:val="0"/>
          <w:sz w:val="21"/>
        </w:rPr>
        <w:t>(π r²)/8r² = π/8。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smaller circle have radius r, so its area is π r².</w:t>
      </w:r>
    </w:p>
    <w:p>
      <w:pPr>
        <w:spacing w:before="0" w:after="80" w:line="300" w:lineRule="auto"/>
        <w:jc w:val="left"/>
      </w:pPr>
      <w:r>
        <w:rPr>
          <w:rFonts w:ascii="Times New Roman" w:hAnsi="Times New Roman" w:eastAsia="宋体"/>
          <w:b w:val="0"/>
          <w:i w:val="0"/>
          <w:color w:val="333333"/>
          <w:sz w:val="19"/>
        </w:rPr>
        <w:t>The smaller square, which circumscribes this circle, has side 2r, and its diagonal 2√(2) r is the diameter of the larger circle. So the larger circle has radius √(2) r.</w:t>
      </w:r>
    </w:p>
    <w:p>
      <w:pPr>
        <w:spacing w:before="0" w:after="80" w:line="300" w:lineRule="auto"/>
        <w:jc w:val="left"/>
      </w:pPr>
      <w:r>
        <w:rPr>
          <w:rFonts w:ascii="Times New Roman" w:hAnsi="Times New Roman" w:eastAsia="宋体"/>
          <w:b w:val="0"/>
          <w:i w:val="0"/>
          <w:color w:val="333333"/>
          <w:sz w:val="19"/>
        </w:rPr>
        <w:t>The larger square circumscribes the larger circle, so it has side 2√(2) r and area 8r².</w:t>
      </w:r>
    </w:p>
    <w:p>
      <w:pPr>
        <w:spacing w:before="0" w:after="80" w:line="300" w:lineRule="auto"/>
        <w:jc w:val="left"/>
      </w:pPr>
      <w:r>
        <w:rPr>
          <w:rFonts w:ascii="Times New Roman" w:hAnsi="Times New Roman" w:eastAsia="宋体"/>
          <w:b w:val="0"/>
          <w:i w:val="0"/>
          <w:color w:val="333333"/>
          <w:sz w:val="19"/>
        </w:rPr>
        <w:t>The desired ratio is</w:t>
      </w:r>
    </w:p>
    <w:p>
      <w:pPr>
        <w:spacing w:before="0" w:after="80" w:line="300" w:lineRule="auto"/>
        <w:jc w:val="left"/>
      </w:pPr>
      <w:r>
        <w:rPr>
          <w:rFonts w:ascii="Times New Roman" w:hAnsi="Times New Roman" w:eastAsia="宋体"/>
          <w:b w:val="0"/>
          <w:i w:val="0"/>
          <w:color w:val="333333"/>
          <w:sz w:val="19"/>
        </w:rPr>
        <w:t>(π r²)/8r² = π/8.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一块瓷砖上的四个四分之一圆合起来是一个半径为 1/2 的整圆，面积为 π(1/2)² = π/4。</w:t>
      </w:r>
    </w:p>
    <w:p>
      <w:pPr>
        <w:spacing w:before="0" w:after="80" w:line="300" w:lineRule="auto"/>
        <w:jc w:val="left"/>
      </w:pPr>
      <w:r>
        <w:rPr>
          <w:rFonts w:ascii="Times New Roman" w:hAnsi="Times New Roman" w:eastAsia="宋体"/>
          <w:b w:val="0"/>
          <w:i w:val="0"/>
          <w:sz w:val="21"/>
        </w:rPr>
        <w:t>所以每块瓷砖的阴影面积为 1 - π/4 平方英尺。</w:t>
      </w:r>
    </w:p>
    <w:p>
      <w:pPr>
        <w:spacing w:before="0" w:after="80" w:line="300" w:lineRule="auto"/>
        <w:jc w:val="left"/>
      </w:pPr>
      <w:r>
        <w:rPr>
          <w:rFonts w:ascii="Times New Roman" w:hAnsi="Times New Roman" w:eastAsia="宋体"/>
          <w:b w:val="0"/>
          <w:i w:val="0"/>
          <w:sz w:val="21"/>
        </w:rPr>
        <w:t>地板共有 8 · 10 = 80 块瓷砖，因此总阴影面积为</w:t>
      </w:r>
    </w:p>
    <w:p>
      <w:pPr>
        <w:spacing w:before="0" w:after="80" w:line="300" w:lineRule="auto"/>
        <w:jc w:val="left"/>
      </w:pPr>
      <w:r>
        <w:rPr>
          <w:rFonts w:ascii="Times New Roman" w:hAnsi="Times New Roman" w:eastAsia="宋体"/>
          <w:b w:val="0"/>
          <w:i w:val="0"/>
          <w:sz w:val="21"/>
        </w:rPr>
        <w:t>80(1 - π/4) = 80 - 20π。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quarter circles on a tile together make one full circle of radius 1/2, with area π(1/2)² = π/4.</w:t>
      </w:r>
    </w:p>
    <w:p>
      <w:pPr>
        <w:spacing w:before="0" w:after="80" w:line="300" w:lineRule="auto"/>
        <w:jc w:val="left"/>
      </w:pPr>
      <w:r>
        <w:rPr>
          <w:rFonts w:ascii="Times New Roman" w:hAnsi="Times New Roman" w:eastAsia="宋体"/>
          <w:b w:val="0"/>
          <w:i w:val="0"/>
          <w:color w:val="333333"/>
          <w:sz w:val="19"/>
        </w:rPr>
        <w:t>So each tile has shaded area 1 - π/4 square feet.</w:t>
      </w:r>
    </w:p>
    <w:p>
      <w:pPr>
        <w:spacing w:before="0" w:after="80" w:line="300" w:lineRule="auto"/>
        <w:jc w:val="left"/>
      </w:pPr>
      <w:r>
        <w:rPr>
          <w:rFonts w:ascii="Times New Roman" w:hAnsi="Times New Roman" w:eastAsia="宋体"/>
          <w:b w:val="0"/>
          <w:i w:val="0"/>
          <w:color w:val="333333"/>
          <w:sz w:val="19"/>
        </w:rPr>
        <w:t>There are 8 · 10 = 80 tiles, so the total shaded area is</w:t>
      </w:r>
    </w:p>
    <w:p>
      <w:pPr>
        <w:spacing w:before="0" w:after="80" w:line="300" w:lineRule="auto"/>
        <w:jc w:val="left"/>
      </w:pPr>
      <w:r>
        <w:rPr>
          <w:rFonts w:ascii="Times New Roman" w:hAnsi="Times New Roman" w:eastAsia="宋体"/>
          <w:b w:val="0"/>
          <w:i w:val="0"/>
          <w:color w:val="333333"/>
          <w:sz w:val="19"/>
        </w:rPr>
        <w:t>80(1 - π/4) = 80 - 20π.</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第一个骰子为奇数（1 或 3）的概率为 2/3，为偶数的概率为 1/3。第二个骰子为奇数（5）的概率为 1/3，为偶数的概率为 2/3。</w:t>
      </w:r>
    </w:p>
    <w:p>
      <w:pPr>
        <w:spacing w:before="0" w:after="80" w:line="300" w:lineRule="auto"/>
        <w:jc w:val="left"/>
      </w:pPr>
      <w:r>
        <w:rPr>
          <w:rFonts w:ascii="Times New Roman" w:hAnsi="Times New Roman" w:eastAsia="宋体"/>
          <w:b w:val="0"/>
          <w:i w:val="0"/>
          <w:sz w:val="21"/>
        </w:rPr>
        <w:t>两个数奇偶性不同时和为奇数，所以概率为</w:t>
      </w:r>
    </w:p>
    <w:p>
      <w:pPr>
        <w:spacing w:before="0" w:after="80" w:line="300" w:lineRule="auto"/>
        <w:jc w:val="left"/>
      </w:pPr>
      <w:r>
        <w:rPr>
          <w:rFonts w:ascii="Times New Roman" w:hAnsi="Times New Roman" w:eastAsia="宋体"/>
          <w:b w:val="0"/>
          <w:i w:val="0"/>
          <w:sz w:val="21"/>
        </w:rPr>
        <w:t>1/3 · 1/3 + 2/3 · 2/3 = 1/9 + 4/9 = 5/9。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die is odd (a 1 or 3) with probability 2/3 and even with probability 1/3. The second die is odd (a 5) with probability 1/3 and even with probability 2/3.</w:t>
      </w:r>
    </w:p>
    <w:p>
      <w:pPr>
        <w:spacing w:before="0" w:after="80" w:line="300" w:lineRule="auto"/>
        <w:jc w:val="left"/>
      </w:pPr>
      <w:r>
        <w:rPr>
          <w:rFonts w:ascii="Times New Roman" w:hAnsi="Times New Roman" w:eastAsia="宋体"/>
          <w:b w:val="0"/>
          <w:i w:val="0"/>
          <w:color w:val="333333"/>
          <w:sz w:val="19"/>
        </w:rPr>
        <w:t>The sum is odd when the two parities differ:</w:t>
      </w:r>
    </w:p>
    <w:p>
      <w:pPr>
        <w:spacing w:before="0" w:after="80" w:line="300" w:lineRule="auto"/>
        <w:jc w:val="left"/>
      </w:pPr>
      <w:r>
        <w:rPr>
          <w:rFonts w:ascii="Times New Roman" w:hAnsi="Times New Roman" w:eastAsia="宋体"/>
          <w:b w:val="0"/>
          <w:i w:val="0"/>
          <w:color w:val="333333"/>
          <w:sz w:val="19"/>
        </w:rPr>
        <w:t>1/3 · 1/3 + 2/3 · 2/3 = 1/9 + 4/9 = 5/9.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设 H 为从 C 到直线 AB 的垂足。因为 AC = BC，H 是 AB 的中点，所以 BH = 1，且 CH² = 7² - 1² = 48。</w:t>
      </w:r>
    </w:p>
    <w:p>
      <w:pPr>
        <w:spacing w:before="0" w:after="80" w:line="300" w:lineRule="auto"/>
        <w:jc w:val="left"/>
      </w:pPr>
      <w:r>
        <w:rPr>
          <w:rFonts w:ascii="Times New Roman" w:hAnsi="Times New Roman" w:eastAsia="宋体"/>
          <w:b w:val="0"/>
          <w:i w:val="0"/>
          <w:sz w:val="21"/>
        </w:rPr>
        <w:t>在 △ CHD 中应用勾股定理，其中 HD = BH + BD = 1 + BD，得到</w:t>
      </w:r>
    </w:p>
    <w:p>
      <w:pPr>
        <w:spacing w:before="0" w:after="80" w:line="300" w:lineRule="auto"/>
        <w:jc w:val="left"/>
      </w:pPr>
      <w:r>
        <w:rPr>
          <w:rFonts w:ascii="Times New Roman" w:hAnsi="Times New Roman" w:eastAsia="宋体"/>
          <w:b w:val="0"/>
          <w:i w:val="0"/>
          <w:sz w:val="21"/>
        </w:rPr>
        <w:t>8² = 48 + (1 + BD)²，</w:t>
      </w:r>
    </w:p>
    <w:p>
      <w:pPr>
        <w:spacing w:before="0" w:after="80" w:line="300" w:lineRule="auto"/>
        <w:jc w:val="left"/>
      </w:pPr>
      <w:r>
        <w:rPr>
          <w:rFonts w:ascii="Times New Roman" w:hAnsi="Times New Roman" w:eastAsia="宋体"/>
          <w:b w:val="0"/>
          <w:i w:val="0"/>
          <w:sz w:val="21"/>
        </w:rPr>
        <w:t>所以 (1 + BD)² = 16。</w:t>
      </w:r>
    </w:p>
    <w:p>
      <w:pPr>
        <w:spacing w:before="0" w:after="80" w:line="300" w:lineRule="auto"/>
        <w:jc w:val="left"/>
      </w:pPr>
      <w:r>
        <w:rPr>
          <w:rFonts w:ascii="Times New Roman" w:hAnsi="Times New Roman" w:eastAsia="宋体"/>
          <w:b w:val="0"/>
          <w:i w:val="0"/>
          <w:sz w:val="21"/>
        </w:rPr>
        <w:t>因此 1 + BD = 4，所以 BD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 be the foot of the altitude from C to line AB. Since AC = BC, H is the midpoint of AB, so BH = 1 and CH² = 7² - 1² = 48.</w:t>
      </w:r>
    </w:p>
    <w:p>
      <w:pPr>
        <w:spacing w:before="0" w:after="80" w:line="300" w:lineRule="auto"/>
        <w:jc w:val="left"/>
      </w:pPr>
      <w:r>
        <w:rPr>
          <w:rFonts w:ascii="Times New Roman" w:hAnsi="Times New Roman" w:eastAsia="宋体"/>
          <w:b w:val="0"/>
          <w:i w:val="0"/>
          <w:color w:val="333333"/>
          <w:sz w:val="19"/>
        </w:rPr>
        <w:t>Applying the Pythagorean theorem in △ CHD, where HD = BH + BD = 1 + BD, gives</w:t>
      </w:r>
    </w:p>
    <w:p>
      <w:pPr>
        <w:spacing w:before="0" w:after="80" w:line="300" w:lineRule="auto"/>
        <w:jc w:val="left"/>
      </w:pPr>
      <w:r>
        <w:rPr>
          <w:rFonts w:ascii="Times New Roman" w:hAnsi="Times New Roman" w:eastAsia="宋体"/>
          <w:b w:val="0"/>
          <w:i w:val="0"/>
          <w:color w:val="333333"/>
          <w:sz w:val="19"/>
        </w:rPr>
        <w:t>8² = 48 + (1 + BD)²,</w:t>
      </w:r>
    </w:p>
    <w:p>
      <w:pPr>
        <w:spacing w:before="0" w:after="80" w:line="300" w:lineRule="auto"/>
        <w:jc w:val="left"/>
      </w:pPr>
      <w:r>
        <w:rPr>
          <w:rFonts w:ascii="Times New Roman" w:hAnsi="Times New Roman" w:eastAsia="宋体"/>
          <w:b w:val="0"/>
          <w:i w:val="0"/>
          <w:color w:val="333333"/>
          <w:sz w:val="19"/>
        </w:rPr>
        <w:t>so (1 + BD)² = 16.</w:t>
      </w:r>
    </w:p>
    <w:p>
      <w:pPr>
        <w:spacing w:before="0" w:after="80" w:line="300" w:lineRule="auto"/>
        <w:jc w:val="left"/>
      </w:pPr>
      <w:r>
        <w:rPr>
          <w:rFonts w:ascii="Times New Roman" w:hAnsi="Times New Roman" w:eastAsia="宋体"/>
          <w:b w:val="0"/>
          <w:i w:val="0"/>
          <w:color w:val="333333"/>
          <w:sz w:val="19"/>
        </w:rPr>
        <w:t>Then 1 + BD = 4, so BD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数列开头是 2005, 133, 55, 250, 133, …，所以从第一项以后，它重复循环 133, 55, 250，其长度为 3。</w:t>
      </w:r>
    </w:p>
    <w:p>
      <w:pPr>
        <w:spacing w:before="0" w:after="80" w:line="300" w:lineRule="auto"/>
        <w:jc w:val="left"/>
      </w:pPr>
      <w:r>
        <w:rPr>
          <w:rFonts w:ascii="Times New Roman" w:hAnsi="Times New Roman" w:eastAsia="宋体"/>
          <w:b w:val="0"/>
          <w:i w:val="0"/>
          <w:sz w:val="21"/>
        </w:rPr>
        <w:t>第 2、3 和 4 项分别是这个循环的第一、第二和第三项。因为 2005 - 2 = 2003 除以 3 的余数是 2，所以第 2005 项对应循环的第三项，即 250。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begins 2005, 133, 55, 250, 133, …, so after the first term it repeats the cycle 133, 55, 250 of length 3.</w:t>
      </w:r>
    </w:p>
    <w:p>
      <w:pPr>
        <w:spacing w:before="0" w:after="80" w:line="300" w:lineRule="auto"/>
        <w:jc w:val="left"/>
      </w:pPr>
      <w:r>
        <w:rPr>
          <w:rFonts w:ascii="Times New Roman" w:hAnsi="Times New Roman" w:eastAsia="宋体"/>
          <w:b w:val="0"/>
          <w:i w:val="0"/>
          <w:color w:val="333333"/>
          <w:sz w:val="19"/>
        </w:rPr>
        <w:t>Terms 2, 3, and 4 are the first, second, and third entries of this cycle. Because 2005 - 2 = 2003 leaves remainder 2 upon division by 3, the 2005th term matches the third entry, 250.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乘积为质数当且仅当一个骰子显示质数（2、3 或 5），其余十一个骰子都显示 1。</w:t>
      </w:r>
    </w:p>
    <w:p>
      <w:pPr>
        <w:spacing w:before="0" w:after="80" w:line="300" w:lineRule="auto"/>
        <w:jc w:val="left"/>
      </w:pPr>
      <w:r>
        <w:rPr>
          <w:rFonts w:ascii="Times New Roman" w:hAnsi="Times New Roman" w:eastAsia="宋体"/>
          <w:b w:val="0"/>
          <w:i w:val="0"/>
          <w:sz w:val="21"/>
        </w:rPr>
        <w:t>指定某一个骰子为质数骰时，它显示质数的概率为 3/6 = 1/2，其余每个骰子显示 1 的概率为 1/6。考虑十二个骰子中哪一个显示质数，所求概率为</w:t>
      </w:r>
    </w:p>
    <w:p>
      <w:pPr>
        <w:spacing w:before="0" w:after="80" w:line="300" w:lineRule="auto"/>
        <w:jc w:val="left"/>
      </w:pPr>
      <w:r>
        <w:rPr>
          <w:rFonts w:ascii="Times New Roman" w:hAnsi="Times New Roman" w:eastAsia="宋体"/>
          <w:b w:val="0"/>
          <w:i w:val="0"/>
          <w:sz w:val="21"/>
        </w:rPr>
        <w:t>12 · 1/2 · (1/6)¹¹ = 6 · (1/6)¹¹</w:t>
      </w:r>
    </w:p>
    <w:p>
      <w:pPr>
        <w:spacing w:before="0" w:after="80" w:line="300" w:lineRule="auto"/>
        <w:jc w:val="left"/>
      </w:pPr>
      <w:r>
        <w:rPr>
          <w:rFonts w:ascii="Times New Roman" w:hAnsi="Times New Roman" w:eastAsia="宋体"/>
          <w:b w:val="0"/>
          <w:i w:val="0"/>
          <w:sz w:val="21"/>
        </w:rPr>
        <w:t>= (1/6)¹⁰</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 prime exactly when one die shows a prime (2, 3, or 5) and the other eleven all show 1.</w:t>
      </w:r>
    </w:p>
    <w:p>
      <w:pPr>
        <w:spacing w:before="0" w:after="80" w:line="300" w:lineRule="auto"/>
        <w:jc w:val="left"/>
      </w:pPr>
      <w:r>
        <w:rPr>
          <w:rFonts w:ascii="Times New Roman" w:hAnsi="Times New Roman" w:eastAsia="宋体"/>
          <w:b w:val="0"/>
          <w:i w:val="0"/>
          <w:color w:val="333333"/>
          <w:sz w:val="19"/>
        </w:rPr>
        <w:t>The probability that any single die is the prime one is 3/6 = 1/2, and each of the other eleven shows 1 with probability 1/6. Accounting for which of the twelve dice is prime, the probability is</w:t>
      </w:r>
    </w:p>
    <w:p>
      <w:pPr>
        <w:spacing w:before="0" w:after="80" w:line="300" w:lineRule="auto"/>
        <w:jc w:val="left"/>
      </w:pPr>
      <w:r>
        <w:rPr>
          <w:rFonts w:ascii="Times New Roman" w:hAnsi="Times New Roman" w:eastAsia="宋体"/>
          <w:b w:val="0"/>
          <w:i w:val="0"/>
          <w:color w:val="333333"/>
          <w:sz w:val="19"/>
        </w:rPr>
        <w:t>12 · 1/2 · (1/6)¹¹ = 6 · (1/6)¹¹</w:t>
      </w:r>
    </w:p>
    <w:p>
      <w:pPr>
        <w:spacing w:before="0" w:after="80" w:line="300" w:lineRule="auto"/>
        <w:jc w:val="left"/>
      </w:pPr>
      <w:r>
        <w:rPr>
          <w:rFonts w:ascii="Times New Roman" w:hAnsi="Times New Roman" w:eastAsia="宋体"/>
          <w:b w:val="0"/>
          <w:i w:val="0"/>
          <w:color w:val="333333"/>
          <w:sz w:val="19"/>
        </w:rPr>
        <w:t>= (1/6)¹⁰.</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在 1 到 2005 之间，3 的倍数有 668 个，4 的倍数有 501 个，12 的倍数有 167 个。</w:t>
      </w:r>
    </w:p>
    <w:p>
      <w:pPr>
        <w:spacing w:before="0" w:after="80" w:line="300" w:lineRule="auto"/>
        <w:jc w:val="left"/>
      </w:pPr>
      <w:r>
        <w:rPr>
          <w:rFonts w:ascii="Times New Roman" w:hAnsi="Times New Roman" w:eastAsia="宋体"/>
          <w:b w:val="0"/>
          <w:i w:val="0"/>
          <w:sz w:val="21"/>
        </w:rPr>
        <w:t>每个 12 的倍数同时是 3 和 4 的倍数，所以分别从两个集合中去掉这些数，得到</w:t>
      </w:r>
    </w:p>
    <w:p>
      <w:pPr>
        <w:spacing w:before="0" w:after="80" w:line="300" w:lineRule="auto"/>
        <w:jc w:val="left"/>
      </w:pPr>
      <w:r>
        <w:rPr>
          <w:rFonts w:ascii="Times New Roman" w:hAnsi="Times New Roman" w:eastAsia="宋体"/>
          <w:b w:val="0"/>
          <w:i w:val="0"/>
          <w:sz w:val="21"/>
        </w:rPr>
        <w:t>(668 - 167)</w:t>
      </w:r>
    </w:p>
    <w:p>
      <w:pPr>
        <w:spacing w:before="0" w:after="80" w:line="300" w:lineRule="auto"/>
        <w:jc w:val="left"/>
      </w:pPr>
      <w:r>
        <w:rPr>
          <w:rFonts w:ascii="Times New Roman" w:hAnsi="Times New Roman" w:eastAsia="宋体"/>
          <w:b w:val="0"/>
          <w:i w:val="0"/>
          <w:sz w:val="21"/>
        </w:rPr>
        <w:t>+ (501 - 167) = 835</w:t>
      </w:r>
    </w:p>
    <w:p>
      <w:pPr>
        <w:spacing w:before="0" w:after="80" w:line="300" w:lineRule="auto"/>
        <w:jc w:val="left"/>
      </w:pPr>
      <w:r>
        <w:rPr>
          <w:rFonts w:ascii="Times New Roman" w:hAnsi="Times New Roman" w:eastAsia="宋体"/>
          <w:b w:val="0"/>
          <w:i w:val="0"/>
          <w:sz w:val="21"/>
        </w:rPr>
        <w:t>个是 3 或 4 的倍数但不是 12 的倍数的数。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Between 1 and 2005 there are 668 multiples of 3, 501 multiples of 4, and 167 multiples of 12.</w:t>
      </w:r>
    </w:p>
    <w:p>
      <w:pPr>
        <w:spacing w:before="0" w:after="80" w:line="300" w:lineRule="auto"/>
        <w:jc w:val="left"/>
      </w:pPr>
      <w:r>
        <w:rPr>
          <w:rFonts w:ascii="Times New Roman" w:hAnsi="Times New Roman" w:eastAsia="宋体"/>
          <w:b w:val="0"/>
          <w:i w:val="0"/>
          <w:color w:val="333333"/>
          <w:sz w:val="19"/>
        </w:rPr>
        <w:t>Every multiple of 12 is both a multiple of 3 and of 4, so removing them from each group gives</w:t>
      </w:r>
    </w:p>
    <w:p>
      <w:pPr>
        <w:spacing w:before="0" w:after="80" w:line="300" w:lineRule="auto"/>
        <w:jc w:val="left"/>
      </w:pPr>
      <w:r>
        <w:rPr>
          <w:rFonts w:ascii="Times New Roman" w:hAnsi="Times New Roman" w:eastAsia="宋体"/>
          <w:b w:val="0"/>
          <w:i w:val="0"/>
          <w:color w:val="333333"/>
          <w:sz w:val="19"/>
        </w:rPr>
        <w:t>(668 - 167)</w:t>
      </w:r>
    </w:p>
    <w:p>
      <w:pPr>
        <w:spacing w:before="0" w:after="80" w:line="300" w:lineRule="auto"/>
        <w:jc w:val="left"/>
      </w:pPr>
      <w:r>
        <w:rPr>
          <w:rFonts w:ascii="Times New Roman" w:hAnsi="Times New Roman" w:eastAsia="宋体"/>
          <w:b w:val="0"/>
          <w:i w:val="0"/>
          <w:color w:val="333333"/>
          <w:sz w:val="19"/>
        </w:rPr>
        <w:t>+ (501 - 167) = 835</w:t>
      </w:r>
    </w:p>
    <w:p>
      <w:pPr>
        <w:spacing w:before="0" w:after="80" w:line="300" w:lineRule="auto"/>
        <w:jc w:val="left"/>
      </w:pPr>
      <w:r>
        <w:rPr>
          <w:rFonts w:ascii="Times New Roman" w:hAnsi="Times New Roman" w:eastAsia="宋体"/>
          <w:b w:val="0"/>
          <w:i w:val="0"/>
          <w:color w:val="333333"/>
          <w:sz w:val="19"/>
        </w:rPr>
        <w:t>numbers that are multiples of 3 or 4 but not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以 CD 为底。因为 C 是 BD 的中点且 BC = 2，所以 CD = 2。</w:t>
      </w:r>
    </w:p>
    <w:p>
      <w:pPr>
        <w:spacing w:before="0" w:after="80" w:line="300" w:lineRule="auto"/>
        <w:jc w:val="left"/>
      </w:pPr>
      <w:r>
        <w:rPr>
          <w:rFonts w:ascii="Times New Roman" w:hAnsi="Times New Roman" w:eastAsia="宋体"/>
          <w:b w:val="0"/>
          <w:i w:val="0"/>
          <w:sz w:val="21"/>
        </w:rPr>
        <w:t>△ CDM 的高是从 M 到直线 BD 的距离。由于 M 是 AC 的中点，这个距离是 △ ABC 高的一半，即 1/2 · √(3) = (√(3))/2。</w:t>
      </w:r>
    </w:p>
    <w:p>
      <w:pPr>
        <w:spacing w:before="0" w:after="80" w:line="300" w:lineRule="auto"/>
        <w:jc w:val="left"/>
      </w:pPr>
      <w:r>
        <w:rPr>
          <w:rFonts w:ascii="Times New Roman" w:hAnsi="Times New Roman" w:eastAsia="宋体"/>
          <w:b w:val="0"/>
          <w:i w:val="0"/>
          <w:sz w:val="21"/>
        </w:rPr>
        <w:t>面积为</w:t>
      </w:r>
    </w:p>
    <w:p>
      <w:pPr>
        <w:spacing w:before="0" w:after="80" w:line="300" w:lineRule="auto"/>
        <w:jc w:val="left"/>
      </w:pPr>
      <w:r>
        <w:rPr>
          <w:rFonts w:ascii="Times New Roman" w:hAnsi="Times New Roman" w:eastAsia="宋体"/>
          <w:b w:val="0"/>
          <w:i w:val="0"/>
          <w:sz w:val="21"/>
        </w:rPr>
        <w:t>1/2 · 2 · (√(3))/2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CD as the base. Since C is the midpoint of BD and BC = 2, we have CD = 2.</w:t>
      </w:r>
    </w:p>
    <w:p>
      <w:pPr>
        <w:spacing w:before="0" w:after="80" w:line="300" w:lineRule="auto"/>
        <w:jc w:val="left"/>
      </w:pPr>
      <w:r>
        <w:rPr>
          <w:rFonts w:ascii="Times New Roman" w:hAnsi="Times New Roman" w:eastAsia="宋体"/>
          <w:b w:val="0"/>
          <w:i w:val="0"/>
          <w:color w:val="333333"/>
          <w:sz w:val="19"/>
        </w:rPr>
        <w:t>The height of △ CDM is the distance from M to line BD. Because M is the midpoint of AC, this distance is half the height of △ ABC, which is 1/2 · √(3) = (√(3))/2.</w:t>
      </w:r>
    </w:p>
    <w:p>
      <w:pPr>
        <w:spacing w:before="0" w:after="80" w:line="300" w:lineRule="auto"/>
        <w:jc w:val="left"/>
      </w:pPr>
      <w:r>
        <w:rPr>
          <w:rFonts w:ascii="Times New Roman" w:hAnsi="Times New Roman" w:eastAsia="宋体"/>
          <w:b w:val="0"/>
          <w:i w:val="0"/>
          <w:color w:val="333333"/>
          <w:sz w:val="19"/>
        </w:rPr>
        <w:t>The area is</w:t>
      </w:r>
    </w:p>
    <w:p>
      <w:pPr>
        <w:spacing w:before="0" w:after="80" w:line="300" w:lineRule="auto"/>
        <w:jc w:val="left"/>
      </w:pPr>
      <w:r>
        <w:rPr>
          <w:rFonts w:ascii="Times New Roman" w:hAnsi="Times New Roman" w:eastAsia="宋体"/>
          <w:b w:val="0"/>
          <w:i w:val="0"/>
          <w:color w:val="333333"/>
          <w:sz w:val="19"/>
        </w:rPr>
        <w:t>1/2 · 2 · (√(3))/2 = (√(3))/2.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共有 C(8, 2) = 28 对等可能的纸币组合。</w:t>
      </w:r>
    </w:p>
    <w:p>
      <w:pPr>
        <w:spacing w:before="0" w:after="80" w:line="300" w:lineRule="auto"/>
        <w:jc w:val="left"/>
      </w:pPr>
      <w:r>
        <w:rPr>
          <w:rFonts w:ascii="Times New Roman" w:hAnsi="Times New Roman" w:eastAsia="宋体"/>
          <w:b w:val="0"/>
          <w:i w:val="0"/>
          <w:sz w:val="21"/>
        </w:rPr>
        <w:t>金额至少为 $20 的情况包括两张二十美元（1 种）、一张二十美元配六张较小纸币中的任意一张（2 · 6 = 12 种），或两张十美元（1 种）。</w:t>
      </w:r>
    </w:p>
    <w:p>
      <w:pPr>
        <w:spacing w:before="0" w:after="80" w:line="300" w:lineRule="auto"/>
        <w:jc w:val="left"/>
      </w:pPr>
      <w:r>
        <w:rPr>
          <w:rFonts w:ascii="Times New Roman" w:hAnsi="Times New Roman" w:eastAsia="宋体"/>
          <w:b w:val="0"/>
          <w:i w:val="0"/>
          <w:sz w:val="21"/>
        </w:rPr>
        <w:t>概率为</w:t>
      </w:r>
    </w:p>
    <w:p>
      <w:pPr>
        <w:spacing w:before="0" w:after="80" w:line="300" w:lineRule="auto"/>
        <w:jc w:val="left"/>
      </w:pPr>
      <w:r>
        <w:rPr>
          <w:rFonts w:ascii="Times New Roman" w:hAnsi="Times New Roman" w:eastAsia="宋体"/>
          <w:b w:val="0"/>
          <w:i w:val="0"/>
          <w:sz w:val="21"/>
        </w:rPr>
        <w:t>(1 + 12 + 1)/28 = 14/28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C(8, 2) = 28 equally likely pairs.</w:t>
      </w:r>
    </w:p>
    <w:p>
      <w:pPr>
        <w:spacing w:before="0" w:after="80" w:line="300" w:lineRule="auto"/>
        <w:jc w:val="left"/>
      </w:pPr>
      <w:r>
        <w:rPr>
          <w:rFonts w:ascii="Times New Roman" w:hAnsi="Times New Roman" w:eastAsia="宋体"/>
          <w:b w:val="0"/>
          <w:i w:val="0"/>
          <w:color w:val="333333"/>
          <w:sz w:val="19"/>
        </w:rPr>
        <w:t>A sum of at least $20 comes from both twenties (1 way), a twenty paired with any of the six smaller bills (2 · 6 = 12 ways), or both tens (1 way).</w:t>
      </w:r>
    </w:p>
    <w:p>
      <w:pPr>
        <w:spacing w:before="0" w:after="80" w:line="300" w:lineRule="auto"/>
        <w:jc w:val="left"/>
      </w:pPr>
      <w:r>
        <w:rPr>
          <w:rFonts w:ascii="Times New Roman" w:hAnsi="Times New Roman" w:eastAsia="宋体"/>
          <w:b w:val="0"/>
          <w:i w:val="0"/>
          <w:color w:val="333333"/>
          <w:sz w:val="19"/>
        </w:rPr>
        <w:t>The probability is</w:t>
      </w:r>
    </w:p>
    <w:p>
      <w:pPr>
        <w:spacing w:before="0" w:after="80" w:line="300" w:lineRule="auto"/>
        <w:jc w:val="left"/>
      </w:pPr>
      <w:r>
        <w:rPr>
          <w:rFonts w:ascii="Times New Roman" w:hAnsi="Times New Roman" w:eastAsia="宋体"/>
          <w:b w:val="0"/>
          <w:i w:val="0"/>
          <w:color w:val="333333"/>
          <w:sz w:val="19"/>
        </w:rPr>
        <w:t>(1 + 12 + 1)/28 = 14/28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设 r₁ 和 r₂ 为 x² + px + m = 0 的根，则 m = r₁ r₂，且 p = -(r₁ + r₂)。</w:t>
      </w:r>
    </w:p>
    <w:p>
      <w:pPr>
        <w:spacing w:before="0" w:after="80" w:line="300" w:lineRule="auto"/>
        <w:jc w:val="left"/>
      </w:pPr>
      <w:r>
        <w:rPr>
          <w:rFonts w:ascii="Times New Roman" w:hAnsi="Times New Roman" w:eastAsia="宋体"/>
          <w:b w:val="0"/>
          <w:i w:val="0"/>
          <w:sz w:val="21"/>
        </w:rPr>
        <w:t>x² + mx + n = 0 的根为 2r₁ 和 2r₂，所以 n = 4r₁ r₂，且 -m = 2(r₁ + r₂)。</w:t>
      </w:r>
    </w:p>
    <w:p>
      <w:pPr>
        <w:spacing w:before="0" w:after="80" w:line="300" w:lineRule="auto"/>
        <w:jc w:val="left"/>
      </w:pPr>
      <w:r>
        <w:rPr>
          <w:rFonts w:ascii="Times New Roman" w:hAnsi="Times New Roman" w:eastAsia="宋体"/>
          <w:b w:val="0"/>
          <w:i w:val="0"/>
          <w:sz w:val="21"/>
        </w:rPr>
        <w:t>因此 n = 4m，并且 m = -2(r₁ + r₂) = 2p，所以 p = m/2。于是</w:t>
      </w:r>
    </w:p>
    <w:p>
      <w:pPr>
        <w:spacing w:before="0" w:after="80" w:line="300" w:lineRule="auto"/>
        <w:jc w:val="left"/>
      </w:pPr>
      <w:r>
        <w:rPr>
          <w:rFonts w:ascii="Times New Roman" w:hAnsi="Times New Roman" w:eastAsia="宋体"/>
          <w:b w:val="0"/>
          <w:i w:val="0"/>
          <w:sz w:val="21"/>
        </w:rPr>
        <w:t>n/p = 4m/(m/2)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r₁ and r₂ be the roots of x² + px + m = 0, so m = r₁ r₂ and p = -(r₁ + r₂).</w:t>
      </w:r>
    </w:p>
    <w:p>
      <w:pPr>
        <w:spacing w:before="0" w:after="80" w:line="300" w:lineRule="auto"/>
        <w:jc w:val="left"/>
      </w:pPr>
      <w:r>
        <w:rPr>
          <w:rFonts w:ascii="Times New Roman" w:hAnsi="Times New Roman" w:eastAsia="宋体"/>
          <w:b w:val="0"/>
          <w:i w:val="0"/>
          <w:color w:val="333333"/>
          <w:sz w:val="19"/>
        </w:rPr>
        <w:t>The roots of x² + mx + n = 0 are 2r₁ and 2r₂, so n = 4r₁ r₂ and -m = 2(r₁ + r₂).</w:t>
      </w:r>
    </w:p>
    <w:p>
      <w:pPr>
        <w:spacing w:before="0" w:after="80" w:line="300" w:lineRule="auto"/>
        <w:jc w:val="left"/>
      </w:pPr>
      <w:r>
        <w:rPr>
          <w:rFonts w:ascii="Times New Roman" w:hAnsi="Times New Roman" w:eastAsia="宋体"/>
          <w:b w:val="0"/>
          <w:i w:val="0"/>
          <w:color w:val="333333"/>
          <w:sz w:val="19"/>
        </w:rPr>
        <w:t>Then n = 4m and m = -2(r₁ + r₂) = 2p, so p = m/2. Therefore</w:t>
      </w:r>
    </w:p>
    <w:p>
      <w:pPr>
        <w:spacing w:before="0" w:after="80" w:line="300" w:lineRule="auto"/>
        <w:jc w:val="left"/>
      </w:pPr>
      <w:r>
        <w:rPr>
          <w:rFonts w:ascii="Times New Roman" w:hAnsi="Times New Roman" w:eastAsia="宋体"/>
          <w:b w:val="0"/>
          <w:i w:val="0"/>
          <w:color w:val="333333"/>
          <w:sz w:val="19"/>
        </w:rPr>
        <w:t>n/p = 4m/(m/2) =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将方程串联起来：</w:t>
      </w:r>
    </w:p>
    <w:p>
      <w:pPr>
        <w:spacing w:before="0" w:after="80" w:line="300" w:lineRule="auto"/>
        <w:jc w:val="left"/>
      </w:pPr>
      <w:r>
        <w:rPr>
          <w:rFonts w:ascii="Times New Roman" w:hAnsi="Times New Roman" w:eastAsia="宋体"/>
          <w:b w:val="0"/>
          <w:i w:val="0"/>
          <w:sz w:val="21"/>
        </w:rPr>
        <w:t>4ᵃᵇᶜᵈ = (((4ᵃ)ᵇ)ᶜ)ᵈ</w:t>
      </w:r>
    </w:p>
    <w:p>
      <w:pPr>
        <w:spacing w:before="0" w:after="80" w:line="300" w:lineRule="auto"/>
        <w:jc w:val="left"/>
      </w:pPr>
      <w:r>
        <w:rPr>
          <w:rFonts w:ascii="Times New Roman" w:hAnsi="Times New Roman" w:eastAsia="宋体"/>
          <w:b w:val="0"/>
          <w:i w:val="0"/>
          <w:sz w:val="21"/>
        </w:rPr>
        <w:t>= ((5ᵇ)ᶜ)ᵈ</w:t>
      </w:r>
    </w:p>
    <w:p>
      <w:pPr>
        <w:spacing w:before="0" w:after="80" w:line="300" w:lineRule="auto"/>
        <w:jc w:val="left"/>
      </w:pPr>
      <w:r>
        <w:rPr>
          <w:rFonts w:ascii="Times New Roman" w:hAnsi="Times New Roman" w:eastAsia="宋体"/>
          <w:b w:val="0"/>
          <w:i w:val="0"/>
          <w:sz w:val="21"/>
        </w:rPr>
        <w:t>= (6ᶜ)ᵈ = 7ᵈ = 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8 = 4^(3/2)，所以 a · b · c · d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Chaining the equations,</w:t>
      </w:r>
    </w:p>
    <w:p>
      <w:pPr>
        <w:spacing w:before="0" w:after="80" w:line="300" w:lineRule="auto"/>
        <w:jc w:val="left"/>
      </w:pPr>
      <w:r>
        <w:rPr>
          <w:rFonts w:ascii="Times New Roman" w:hAnsi="Times New Roman" w:eastAsia="宋体"/>
          <w:b w:val="0"/>
          <w:i w:val="0"/>
          <w:color w:val="333333"/>
          <w:sz w:val="19"/>
        </w:rPr>
        <w:t>4ᵃᵇᶜᵈ = (((4ᵃ)ᵇ)ᶜ)ᵈ</w:t>
      </w:r>
    </w:p>
    <w:p>
      <w:pPr>
        <w:spacing w:before="0" w:after="80" w:line="300" w:lineRule="auto"/>
        <w:jc w:val="left"/>
      </w:pPr>
      <w:r>
        <w:rPr>
          <w:rFonts w:ascii="Times New Roman" w:hAnsi="Times New Roman" w:eastAsia="宋体"/>
          <w:b w:val="0"/>
          <w:i w:val="0"/>
          <w:color w:val="333333"/>
          <w:sz w:val="19"/>
        </w:rPr>
        <w:t>= ((5ᵇ)ᶜ)ᵈ</w:t>
      </w:r>
    </w:p>
    <w:p>
      <w:pPr>
        <w:spacing w:before="0" w:after="80" w:line="300" w:lineRule="auto"/>
        <w:jc w:val="left"/>
      </w:pPr>
      <w:r>
        <w:rPr>
          <w:rFonts w:ascii="Times New Roman" w:hAnsi="Times New Roman" w:eastAsia="宋体"/>
          <w:b w:val="0"/>
          <w:i w:val="0"/>
          <w:color w:val="333333"/>
          <w:sz w:val="19"/>
        </w:rPr>
        <w:t>= (6ᶜ)ᵈ = 7ᵈ = 8.</w:t>
      </w:r>
    </w:p>
    <w:p>
      <w:pPr>
        <w:spacing w:before="0" w:after="80" w:line="300" w:lineRule="auto"/>
        <w:jc w:val="left"/>
      </w:pPr>
      <w:r>
        <w:rPr>
          <w:rFonts w:ascii="Times New Roman" w:hAnsi="Times New Roman" w:eastAsia="宋体"/>
          <w:b w:val="0"/>
          <w:i w:val="0"/>
          <w:color w:val="333333"/>
          <w:sz w:val="19"/>
        </w:rPr>
        <w:t>Since 8 = 4^(3/2), we conclude a · b · c · d = 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这七个数字从集合 {2, 3, 4, 5, 6, 7, 8, 9} 中选择，且一旦选定就必须按递增顺序写出，所以只需要考虑选哪些数字。</w:t>
      </w:r>
    </w:p>
    <w:p>
      <w:pPr>
        <w:spacing w:before="0" w:after="80" w:line="300" w:lineRule="auto"/>
        <w:jc w:val="left"/>
      </w:pPr>
      <w:r>
        <w:rPr>
          <w:rFonts w:ascii="Times New Roman" w:hAnsi="Times New Roman" w:eastAsia="宋体"/>
          <w:b w:val="0"/>
          <w:i w:val="0"/>
          <w:sz w:val="21"/>
        </w:rPr>
        <w:t>从这八个数字中选择七个，等价于选择留下不用的那一个数字，共有 8 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seven digits are chosen from {2, 3, 4, 5, 6, 7, 8, 9}, and once chosen they must be written in increasing order, so only the choice of digits matters.</w:t>
      </w:r>
    </w:p>
    <w:p>
      <w:pPr>
        <w:spacing w:before="0" w:after="80" w:line="300" w:lineRule="auto"/>
        <w:jc w:val="left"/>
      </w:pPr>
      <w:r>
        <w:rPr>
          <w:rFonts w:ascii="Times New Roman" w:hAnsi="Times New Roman" w:eastAsia="宋体"/>
          <w:b w:val="0"/>
          <w:i w:val="0"/>
          <w:color w:val="333333"/>
          <w:sz w:val="19"/>
        </w:rPr>
        <w:t>Choosing seven of these eight digits is the same as choosing the one digit to leave out, which can be done in 8 ways.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得 95 分的百分比为 100 - 10 - 25 - 20 - 15 = 30。</w:t>
      </w:r>
    </w:p>
    <w:p>
      <w:pPr>
        <w:spacing w:before="0" w:after="80" w:line="300" w:lineRule="auto"/>
        <w:jc w:val="left"/>
      </w:pPr>
      <w:r>
        <w:rPr>
          <w:rFonts w:ascii="Times New Roman" w:hAnsi="Times New Roman" w:eastAsia="宋体"/>
          <w:b w:val="0"/>
          <w:i w:val="0"/>
          <w:sz w:val="21"/>
        </w:rPr>
        <w:t>平均分为</w:t>
      </w:r>
    </w:p>
    <w:p>
      <w:pPr>
        <w:spacing w:before="0" w:after="80" w:line="300" w:lineRule="auto"/>
        <w:jc w:val="left"/>
      </w:pPr>
      <w:r>
        <w:rPr>
          <w:rFonts w:ascii="Times New Roman" w:hAnsi="Times New Roman" w:eastAsia="宋体"/>
          <w:b w:val="0"/>
          <w:i w:val="0"/>
          <w:sz w:val="21"/>
        </w:rPr>
        <w:t>0.10(70) + 0.25(80)</w:t>
      </w:r>
    </w:p>
    <w:p>
      <w:pPr>
        <w:spacing w:before="0" w:after="80" w:line="300" w:lineRule="auto"/>
        <w:jc w:val="left"/>
      </w:pPr>
      <w:r>
        <w:rPr>
          <w:rFonts w:ascii="Times New Roman" w:hAnsi="Times New Roman" w:eastAsia="宋体"/>
          <w:b w:val="0"/>
          <w:i w:val="0"/>
          <w:sz w:val="21"/>
        </w:rPr>
        <w:t>+ 0.20(85) + 0.15(90)</w:t>
      </w:r>
    </w:p>
    <w:p>
      <w:pPr>
        <w:spacing w:before="0" w:after="80" w:line="300" w:lineRule="auto"/>
        <w:jc w:val="left"/>
      </w:pPr>
      <w:r>
        <w:rPr>
          <w:rFonts w:ascii="Times New Roman" w:hAnsi="Times New Roman" w:eastAsia="宋体"/>
          <w:b w:val="0"/>
          <w:i w:val="0"/>
          <w:sz w:val="21"/>
        </w:rPr>
        <w:t>+ 0.30(95) = 86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35% 的学生低于 85 分，且 35% 的学生高于 85 分，中间的学生得 85 分，所以中位数为 85。</w:t>
      </w:r>
    </w:p>
    <w:p>
      <w:pPr>
        <w:spacing w:before="0" w:after="80" w:line="300" w:lineRule="auto"/>
        <w:jc w:val="left"/>
      </w:pPr>
      <w:r>
        <w:rPr>
          <w:rFonts w:ascii="Times New Roman" w:hAnsi="Times New Roman" w:eastAsia="宋体"/>
          <w:b w:val="0"/>
          <w:i w:val="0"/>
          <w:sz w:val="21"/>
        </w:rPr>
        <w:t>差为 86 - 85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percentage scoring 95 is 100 - 10 - 25 - 20 - 15 = 30.</w:t>
      </w:r>
    </w:p>
    <w:p>
      <w:pPr>
        <w:spacing w:before="0" w:after="80" w:line="300" w:lineRule="auto"/>
        <w:jc w:val="left"/>
      </w:pPr>
      <w:r>
        <w:rPr>
          <w:rFonts w:ascii="Times New Roman" w:hAnsi="Times New Roman" w:eastAsia="宋体"/>
          <w:b w:val="0"/>
          <w:i w:val="0"/>
          <w:color w:val="333333"/>
          <w:sz w:val="19"/>
        </w:rPr>
        <w:t>The mean is</w:t>
      </w:r>
    </w:p>
    <w:p>
      <w:pPr>
        <w:spacing w:before="0" w:after="80" w:line="300" w:lineRule="auto"/>
        <w:jc w:val="left"/>
      </w:pPr>
      <w:r>
        <w:rPr>
          <w:rFonts w:ascii="Times New Roman" w:hAnsi="Times New Roman" w:eastAsia="宋体"/>
          <w:b w:val="0"/>
          <w:i w:val="0"/>
          <w:color w:val="333333"/>
          <w:sz w:val="19"/>
        </w:rPr>
        <w:t>0.10(70) + 0.25(80)</w:t>
      </w:r>
    </w:p>
    <w:p>
      <w:pPr>
        <w:spacing w:before="0" w:after="80" w:line="300" w:lineRule="auto"/>
        <w:jc w:val="left"/>
      </w:pPr>
      <w:r>
        <w:rPr>
          <w:rFonts w:ascii="Times New Roman" w:hAnsi="Times New Roman" w:eastAsia="宋体"/>
          <w:b w:val="0"/>
          <w:i w:val="0"/>
          <w:color w:val="333333"/>
          <w:sz w:val="19"/>
        </w:rPr>
        <w:t>+ 0.20(85) + 0.15(90)</w:t>
      </w:r>
    </w:p>
    <w:p>
      <w:pPr>
        <w:spacing w:before="0" w:after="80" w:line="300" w:lineRule="auto"/>
        <w:jc w:val="left"/>
      </w:pPr>
      <w:r>
        <w:rPr>
          <w:rFonts w:ascii="Times New Roman" w:hAnsi="Times New Roman" w:eastAsia="宋体"/>
          <w:b w:val="0"/>
          <w:i w:val="0"/>
          <w:color w:val="333333"/>
          <w:sz w:val="19"/>
        </w:rPr>
        <w:t>+ 0.30(95) = 86.</w:t>
      </w:r>
    </w:p>
    <w:p>
      <w:pPr>
        <w:spacing w:before="0" w:after="80" w:line="300" w:lineRule="auto"/>
        <w:jc w:val="left"/>
      </w:pPr>
      <w:r>
        <w:rPr>
          <w:rFonts w:ascii="Times New Roman" w:hAnsi="Times New Roman" w:eastAsia="宋体"/>
          <w:b w:val="0"/>
          <w:i w:val="0"/>
          <w:color w:val="333333"/>
          <w:sz w:val="19"/>
        </w:rPr>
        <w:t>Since 35% scored below 85 and 35% scored above 85, the middle student scored 85, so the median is 85.</w:t>
      </w:r>
    </w:p>
    <w:p>
      <w:pPr>
        <w:spacing w:before="0" w:after="80" w:line="300" w:lineRule="auto"/>
        <w:jc w:val="left"/>
      </w:pPr>
      <w:r>
        <w:rPr>
          <w:rFonts w:ascii="Times New Roman" w:hAnsi="Times New Roman" w:eastAsia="宋体"/>
          <w:b w:val="0"/>
          <w:i w:val="0"/>
          <w:color w:val="333333"/>
          <w:sz w:val="19"/>
        </w:rPr>
        <w:t>The difference is 86 - 85 = 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由对称性，五个数字在每个数位上出现的次数相同，所以每个数位上的平均数字为</w:t>
      </w:r>
    </w:p>
    <w:p>
      <w:pPr>
        <w:spacing w:before="0" w:after="80" w:line="300" w:lineRule="auto"/>
        <w:jc w:val="left"/>
      </w:pPr>
      <w:r>
        <w:rPr>
          <w:rFonts w:ascii="Times New Roman" w:hAnsi="Times New Roman" w:eastAsia="宋体"/>
          <w:b w:val="0"/>
          <w:i w:val="0"/>
          <w:sz w:val="21"/>
        </w:rPr>
        <w:t>(1 + 3 + 5 + 7 + 8)/5 = 4.8。</w:t>
      </w:r>
    </w:p>
    <w:p>
      <w:pPr>
        <w:spacing w:before="0" w:after="80" w:line="300" w:lineRule="auto"/>
        <w:jc w:val="left"/>
      </w:pPr>
      <w:r>
        <w:rPr>
          <w:rFonts w:ascii="Times New Roman" w:hAnsi="Times New Roman" w:eastAsia="宋体"/>
          <w:b w:val="0"/>
          <w:i w:val="0"/>
          <w:sz w:val="21"/>
        </w:rPr>
        <w:t>因此平均数为</w:t>
      </w:r>
    </w:p>
    <w:p>
      <w:pPr>
        <w:spacing w:before="0" w:after="80" w:line="300" w:lineRule="auto"/>
        <w:jc w:val="left"/>
      </w:pPr>
      <w:r>
        <w:rPr>
          <w:rFonts w:ascii="Times New Roman" w:hAnsi="Times New Roman" w:eastAsia="宋体"/>
          <w:b w:val="0"/>
          <w:i w:val="0"/>
          <w:sz w:val="21"/>
        </w:rPr>
        <w:t>small 4.8(1 + 10 + 100 + 1000 + 10000)</w:t>
      </w:r>
    </w:p>
    <w:p>
      <w:pPr>
        <w:spacing w:before="0" w:after="80" w:line="300" w:lineRule="auto"/>
        <w:jc w:val="left"/>
      </w:pPr>
      <w:r>
        <w:rPr>
          <w:rFonts w:ascii="Times New Roman" w:hAnsi="Times New Roman" w:eastAsia="宋体"/>
          <w:b w:val="0"/>
          <w:i w:val="0"/>
          <w:sz w:val="21"/>
        </w:rPr>
        <w:t>= 4.8 · 11111 = 53332.8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each of the five digits appears equally often in each place, so the average digit in every place is</w:t>
      </w:r>
    </w:p>
    <w:p>
      <w:pPr>
        <w:spacing w:before="0" w:after="80" w:line="300" w:lineRule="auto"/>
        <w:jc w:val="left"/>
      </w:pPr>
      <w:r>
        <w:rPr>
          <w:rFonts w:ascii="Times New Roman" w:hAnsi="Times New Roman" w:eastAsia="宋体"/>
          <w:b w:val="0"/>
          <w:i w:val="0"/>
          <w:color w:val="333333"/>
          <w:sz w:val="19"/>
        </w:rPr>
        <w:t>(1 + 3 + 5 + 7 + 8)/5 = 4.8.</w:t>
      </w:r>
    </w:p>
    <w:p>
      <w:pPr>
        <w:spacing w:before="0" w:after="80" w:line="300" w:lineRule="auto"/>
        <w:jc w:val="left"/>
      </w:pPr>
      <w:r>
        <w:rPr>
          <w:rFonts w:ascii="Times New Roman" w:hAnsi="Times New Roman" w:eastAsia="宋体"/>
          <w:b w:val="0"/>
          <w:i w:val="0"/>
          <w:color w:val="333333"/>
          <w:sz w:val="19"/>
        </w:rPr>
        <w:t>The average number is therefore</w:t>
      </w:r>
    </w:p>
    <w:p>
      <w:pPr>
        <w:spacing w:before="0" w:after="80" w:line="300" w:lineRule="auto"/>
        <w:jc w:val="left"/>
      </w:pPr>
      <w:r>
        <w:rPr>
          <w:rFonts w:ascii="Times New Roman" w:hAnsi="Times New Roman" w:eastAsia="宋体"/>
          <w:b w:val="0"/>
          <w:i w:val="0"/>
          <w:color w:val="333333"/>
          <w:sz w:val="19"/>
        </w:rPr>
        <w:t>small 4.8(1 + 10 + 100 + 1000 + 10000)</w:t>
      </w:r>
    </w:p>
    <w:p>
      <w:pPr>
        <w:spacing w:before="0" w:after="80" w:line="300" w:lineRule="auto"/>
        <w:jc w:val="left"/>
      </w:pPr>
      <w:r>
        <w:rPr>
          <w:rFonts w:ascii="Times New Roman" w:hAnsi="Times New Roman" w:eastAsia="宋体"/>
          <w:b w:val="0"/>
          <w:i w:val="0"/>
          <w:color w:val="333333"/>
          <w:sz w:val="19"/>
        </w:rPr>
        <w:t>= 4.8 · 11111 = 53332.8.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两个事件都从 C(40, 4) 个等可能选择中抽取，所以 q/p 等于它们有利情况数量之比。</w:t>
      </w:r>
    </w:p>
    <w:p>
      <w:pPr>
        <w:spacing w:before="0" w:after="80" w:line="300" w:lineRule="auto"/>
        <w:jc w:val="left"/>
      </w:pPr>
      <w:r>
        <w:rPr>
          <w:rFonts w:ascii="Times New Roman" w:hAnsi="Times New Roman" w:eastAsia="宋体"/>
          <w:b w:val="0"/>
          <w:i w:val="0"/>
          <w:sz w:val="21"/>
        </w:rPr>
        <w:t>四张纸条都写同一个数字的抽法有 10 种，每个数字一种。</w:t>
      </w:r>
    </w:p>
    <w:p>
      <w:pPr>
        <w:spacing w:before="0" w:after="80" w:line="300" w:lineRule="auto"/>
        <w:jc w:val="left"/>
      </w:pPr>
      <w:r>
        <w:rPr>
          <w:rFonts w:ascii="Times New Roman" w:hAnsi="Times New Roman" w:eastAsia="宋体"/>
          <w:b w:val="0"/>
          <w:i w:val="0"/>
          <w:sz w:val="21"/>
        </w:rPr>
        <w:t>若是两个 a 和两个 b，先选两个数字，有 C(10, 2) 种，再从四张 a 纸条中选两张、从四张 b 纸条中选两张：</w:t>
      </w:r>
    </w:p>
    <w:p>
      <w:pPr>
        <w:spacing w:before="0" w:after="80" w:line="300" w:lineRule="auto"/>
        <w:jc w:val="left"/>
      </w:pPr>
      <w:r>
        <w:rPr>
          <w:rFonts w:ascii="Times New Roman" w:hAnsi="Times New Roman" w:eastAsia="宋体"/>
          <w:b w:val="0"/>
          <w:i w:val="0"/>
          <w:sz w:val="21"/>
        </w:rPr>
        <w:t>C(10, 2)C(4, 2)C(4, 2) = 45 · 6 · 6</w:t>
      </w:r>
    </w:p>
    <w:p>
      <w:pPr>
        <w:spacing w:before="0" w:after="80" w:line="300" w:lineRule="auto"/>
        <w:jc w:val="left"/>
      </w:pPr>
      <w:r>
        <w:rPr>
          <w:rFonts w:ascii="Times New Roman" w:hAnsi="Times New Roman" w:eastAsia="宋体"/>
          <w:b w:val="0"/>
          <w:i w:val="0"/>
          <w:sz w:val="21"/>
        </w:rPr>
        <w:t>= 1620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q/p = 1620/10 = 162。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events draw from C(40, 4) equally likely selections, so q/p is the ratio of their favorable counts.</w:t>
      </w:r>
    </w:p>
    <w:p>
      <w:pPr>
        <w:spacing w:before="0" w:after="80" w:line="300" w:lineRule="auto"/>
        <w:jc w:val="left"/>
      </w:pPr>
      <w:r>
        <w:rPr>
          <w:rFonts w:ascii="Times New Roman" w:hAnsi="Times New Roman" w:eastAsia="宋体"/>
          <w:b w:val="0"/>
          <w:i w:val="0"/>
          <w:color w:val="333333"/>
          <w:sz w:val="19"/>
        </w:rPr>
        <w:t>Exactly 10 draws give four slips of the same number, one for each value.</w:t>
      </w:r>
    </w:p>
    <w:p>
      <w:pPr>
        <w:spacing w:before="0" w:after="80" w:line="300" w:lineRule="auto"/>
        <w:jc w:val="left"/>
      </w:pPr>
      <w:r>
        <w:rPr>
          <w:rFonts w:ascii="Times New Roman" w:hAnsi="Times New Roman" w:eastAsia="宋体"/>
          <w:b w:val="0"/>
          <w:i w:val="0"/>
          <w:color w:val="333333"/>
          <w:sz w:val="19"/>
        </w:rPr>
        <w:t>For two a’s and two b’s, choose the two values in C(10, 2) ways, then two of the four a-slips and two of the four b-slips:</w:t>
      </w:r>
    </w:p>
    <w:p>
      <w:pPr>
        <w:spacing w:before="0" w:after="80" w:line="300" w:lineRule="auto"/>
        <w:jc w:val="left"/>
      </w:pPr>
      <w:r>
        <w:rPr>
          <w:rFonts w:ascii="Times New Roman" w:hAnsi="Times New Roman" w:eastAsia="宋体"/>
          <w:b w:val="0"/>
          <w:i w:val="0"/>
          <w:color w:val="333333"/>
          <w:sz w:val="19"/>
        </w:rPr>
        <w:t>C(10, 2)C(4, 2)C(4, 2) = 45 · 6 · 6</w:t>
      </w:r>
    </w:p>
    <w:p>
      <w:pPr>
        <w:spacing w:before="0" w:after="80" w:line="300" w:lineRule="auto"/>
        <w:jc w:val="left"/>
      </w:pPr>
      <w:r>
        <w:rPr>
          <w:rFonts w:ascii="Times New Roman" w:hAnsi="Times New Roman" w:eastAsia="宋体"/>
          <w:b w:val="0"/>
          <w:i w:val="0"/>
          <w:color w:val="333333"/>
          <w:sz w:val="19"/>
        </w:rPr>
        <w:t>= 1620.</w:t>
      </w:r>
    </w:p>
    <w:p>
      <w:pPr>
        <w:spacing w:before="0" w:after="80" w:line="300" w:lineRule="auto"/>
        <w:jc w:val="left"/>
      </w:pPr>
      <w:r>
        <w:rPr>
          <w:rFonts w:ascii="Times New Roman" w:hAnsi="Times New Roman" w:eastAsia="宋体"/>
          <w:b w:val="0"/>
          <w:i w:val="0"/>
          <w:color w:val="333333"/>
          <w:sz w:val="19"/>
        </w:rPr>
        <w:t>Therefore q/p = 1620/10 = 162.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由 1 + 2 + ⋯ + n = (n(n+1))/2 可知，整除条件等价于</w:t>
      </w:r>
    </w:p>
    <w:p>
      <w:pPr>
        <w:spacing w:before="0" w:after="80" w:line="300" w:lineRule="auto"/>
        <w:jc w:val="left"/>
      </w:pPr>
      <w:r>
        <w:rPr>
          <w:rFonts w:ascii="Times New Roman" w:hAnsi="Times New Roman" w:eastAsia="宋体"/>
          <w:b w:val="0"/>
          <w:i w:val="0"/>
          <w:sz w:val="21"/>
        </w:rPr>
        <w:t>(n!)/((n(n+1))/2) = (2(n-1)!)/n+1</w:t>
      </w:r>
    </w:p>
    <w:p>
      <w:pPr>
        <w:spacing w:before="0" w:after="80" w:line="300" w:lineRule="auto"/>
        <w:jc w:val="left"/>
      </w:pPr>
      <w:r>
        <w:rPr>
          <w:rFonts w:ascii="Times New Roman" w:hAnsi="Times New Roman" w:eastAsia="宋体"/>
          <w:b w:val="0"/>
          <w:i w:val="0"/>
          <w:sz w:val="21"/>
        </w:rPr>
        <w:t>是整数。</w:t>
      </w:r>
    </w:p>
    <w:p>
      <w:pPr>
        <w:spacing w:before="0" w:after="80" w:line="300" w:lineRule="auto"/>
        <w:jc w:val="left"/>
      </w:pPr>
      <w:r>
        <w:rPr>
          <w:rFonts w:ascii="Times New Roman" w:hAnsi="Times New Roman" w:eastAsia="宋体"/>
          <w:b w:val="0"/>
          <w:i w:val="0"/>
          <w:sz w:val="21"/>
        </w:rPr>
        <w:t>令 N=n+1。若 N 是合数但不是完全平方数，它有两个不同的真因数，其乘积为 N；而这两个因数都出现在 (N-2)!=(n-1)! 中。若 N=k² 且 k≥3，因数 k 和 2k 都出现在该阶乘中，所以阶乘含有 2N 的倍数。剩下的合数情形 N=4 也能整除 2(N-2)!=4。因此当 N 是合数时，分式为整数。若 N=n+1 是奇质数，它既不整除 (n-1)!，也不整除 2，所以分式不是整数。偶质数 N=2 给出 n=1，符合条件。</w:t>
      </w:r>
    </w:p>
    <w:p>
      <w:pPr>
        <w:spacing w:before="0" w:after="80" w:line="300" w:lineRule="auto"/>
        <w:jc w:val="left"/>
      </w:pPr>
      <w:r>
        <w:rPr>
          <w:rFonts w:ascii="Times New Roman" w:hAnsi="Times New Roman" w:eastAsia="宋体"/>
          <w:b w:val="0"/>
          <w:i w:val="0"/>
          <w:sz w:val="21"/>
        </w:rPr>
        <w:t>不超过 25 的奇质数是 3、5、7、11、13、17、19、23，对应 8 个不符合条件的 n。所以有 24 - 8 = 16 个值符合条件。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 + 2 + ⋯ + n = (n(n+1))/2, divisibility is equivalent to</w:t>
      </w:r>
    </w:p>
    <w:p>
      <w:pPr>
        <w:spacing w:before="0" w:after="80" w:line="300" w:lineRule="auto"/>
        <w:jc w:val="left"/>
      </w:pPr>
      <w:r>
        <w:rPr>
          <w:rFonts w:ascii="Times New Roman" w:hAnsi="Times New Roman" w:eastAsia="宋体"/>
          <w:b w:val="0"/>
          <w:i w:val="0"/>
          <w:color w:val="333333"/>
          <w:sz w:val="19"/>
        </w:rPr>
        <w:t>(n!)/((n(n+1))/2) = (2(n-1)!)/n+1</w:t>
      </w:r>
    </w:p>
    <w:p>
      <w:pPr>
        <w:spacing w:before="0" w:after="80" w:line="300" w:lineRule="auto"/>
        <w:jc w:val="left"/>
      </w:pPr>
      <w:r>
        <w:rPr>
          <w:rFonts w:ascii="Times New Roman" w:hAnsi="Times New Roman" w:eastAsia="宋体"/>
          <w:b w:val="0"/>
          <w:i w:val="0"/>
          <w:color w:val="333333"/>
          <w:sz w:val="19"/>
        </w:rPr>
        <w:t>being an integer.</w:t>
      </w:r>
    </w:p>
    <w:p>
      <w:pPr>
        <w:spacing w:before="0" w:after="80" w:line="300" w:lineRule="auto"/>
        <w:jc w:val="left"/>
      </w:pPr>
      <w:r>
        <w:rPr>
          <w:rFonts w:ascii="Times New Roman" w:hAnsi="Times New Roman" w:eastAsia="宋体"/>
          <w:b w:val="0"/>
          <w:i w:val="0"/>
          <w:color w:val="333333"/>
          <w:sz w:val="19"/>
        </w:rPr>
        <w:t>Put N=n+1. If N is composite and not a square, it has two distinct proper factors whose product is N; both occur in (N-2)!=(n-1)!. If N=k² with k≥3, the factors k and 2k occur in that factorial, so it contains a multiple of 2N. The remaining composite case, N=4, also divides 2(N-2)!=4. Thus the fraction is an integer whenever N is composite. If N=n+1 is an odd prime, it divides neither (n-1)! nor 2, so the fraction is not an integer. The even prime N=2 gives n=1, which works.</w:t>
      </w:r>
    </w:p>
    <w:p>
      <w:pPr>
        <w:spacing w:before="0" w:after="80" w:line="300" w:lineRule="auto"/>
        <w:jc w:val="left"/>
      </w:pPr>
      <w:r>
        <w:rPr>
          <w:rFonts w:ascii="Times New Roman" w:hAnsi="Times New Roman" w:eastAsia="宋体"/>
          <w:b w:val="0"/>
          <w:i w:val="0"/>
          <w:color w:val="333333"/>
          <w:sz w:val="19"/>
        </w:rPr>
        <w:t>The odd primes at most 25 are 3, 5, 7, 11, 13, 17, 19, 23, giving 8 failing values of n. Hence 24 - 8 = 16 values work.</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 AB = a，DC = c。中位线 FE 的长度为 (a + c)/2，且 ABEF 和 FECD 高度相同。</w:t>
      </w:r>
    </w:p>
    <w:p>
      <w:pPr>
        <w:spacing w:before="0" w:after="80" w:line="300" w:lineRule="auto"/>
        <w:jc w:val="left"/>
      </w:pPr>
      <w:r>
        <w:rPr>
          <w:rFonts w:ascii="Times New Roman" w:hAnsi="Times New Roman" w:eastAsia="宋体"/>
          <w:b w:val="0"/>
          <w:i w:val="0"/>
          <w:sz w:val="21"/>
        </w:rPr>
        <w:t>两个小梯形的面积与其平行边平均长度成正比，所以</w:t>
      </w:r>
    </w:p>
    <w:p>
      <w:pPr>
        <w:spacing w:before="0" w:after="80" w:line="300" w:lineRule="auto"/>
        <w:jc w:val="left"/>
      </w:pPr>
      <w:r>
        <w:rPr>
          <w:rFonts w:ascii="Times New Roman" w:hAnsi="Times New Roman" w:eastAsia="宋体"/>
          <w:b w:val="0"/>
          <w:i w:val="0"/>
          <w:sz w:val="21"/>
        </w:rPr>
        <w:t>(a + a+c/2)/(a+c/2 + c) = (3a + c)/(a + 3c) = 2。</w:t>
      </w:r>
    </w:p>
    <w:p>
      <w:pPr>
        <w:spacing w:before="0" w:after="80" w:line="300" w:lineRule="auto"/>
        <w:jc w:val="left"/>
      </w:pPr>
      <w:r>
        <w:rPr>
          <w:rFonts w:ascii="Times New Roman" w:hAnsi="Times New Roman" w:eastAsia="宋体"/>
          <w:b w:val="0"/>
          <w:i w:val="0"/>
          <w:sz w:val="21"/>
        </w:rPr>
        <w:t>由此 3a + c = 2a + 6c，所以 a = 5c，从而 AB/DC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 = a and DC = c. The midsegment FE has length (a + c)/2, and ABEF and FECD have the same height.</w:t>
      </w:r>
    </w:p>
    <w:p>
      <w:pPr>
        <w:spacing w:before="0" w:after="80" w:line="300" w:lineRule="auto"/>
        <w:jc w:val="left"/>
      </w:pPr>
      <w:r>
        <w:rPr>
          <w:rFonts w:ascii="Times New Roman" w:hAnsi="Times New Roman" w:eastAsia="宋体"/>
          <w:b w:val="0"/>
          <w:i w:val="0"/>
          <w:color w:val="333333"/>
          <w:sz w:val="19"/>
        </w:rPr>
        <w:t>Their areas are proportional to the averages of their parallel sides, so</w:t>
      </w:r>
    </w:p>
    <w:p>
      <w:pPr>
        <w:spacing w:before="0" w:after="80" w:line="300" w:lineRule="auto"/>
        <w:jc w:val="left"/>
      </w:pPr>
      <w:r>
        <w:rPr>
          <w:rFonts w:ascii="Times New Roman" w:hAnsi="Times New Roman" w:eastAsia="宋体"/>
          <w:b w:val="0"/>
          <w:i w:val="0"/>
          <w:color w:val="333333"/>
          <w:sz w:val="19"/>
        </w:rPr>
        <w:t>(a + a+c/2)/(a+c/2 + c) = (3a + c)/(a + 3c) = 2.</w:t>
      </w:r>
    </w:p>
    <w:p>
      <w:pPr>
        <w:spacing w:before="0" w:after="80" w:line="300" w:lineRule="auto"/>
        <w:jc w:val="left"/>
      </w:pPr>
      <w:r>
        <w:rPr>
          <w:rFonts w:ascii="Times New Roman" w:hAnsi="Times New Roman" w:eastAsia="宋体"/>
          <w:b w:val="0"/>
          <w:i w:val="0"/>
          <w:color w:val="333333"/>
          <w:sz w:val="19"/>
        </w:rPr>
        <w:t>Then 3a + c = 2a + 6c, so a = 5c and AB/DC = 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写成 x = 10a + b、y = 10b + a，其中 a &gt; b。于是</w:t>
      </w:r>
    </w:p>
    <w:p>
      <w:pPr>
        <w:spacing w:before="0" w:after="80" w:line="300" w:lineRule="auto"/>
        <w:jc w:val="left"/>
      </w:pPr>
      <w:r>
        <w:rPr>
          <w:rFonts w:ascii="Times New Roman" w:hAnsi="Times New Roman" w:eastAsia="宋体"/>
          <w:b w:val="0"/>
          <w:i w:val="0"/>
          <w:sz w:val="21"/>
        </w:rPr>
        <w:t>m² = x² - y²</w:t>
      </w:r>
    </w:p>
    <w:p>
      <w:pPr>
        <w:spacing w:before="0" w:after="80" w:line="300" w:lineRule="auto"/>
        <w:jc w:val="left"/>
      </w:pPr>
      <w:r>
        <w:rPr>
          <w:rFonts w:ascii="Times New Roman" w:hAnsi="Times New Roman" w:eastAsia="宋体"/>
          <w:b w:val="0"/>
          <w:i w:val="0"/>
          <w:sz w:val="21"/>
        </w:rPr>
        <w:t>= 99(a² - b²)</w:t>
      </w:r>
    </w:p>
    <w:p>
      <w:pPr>
        <w:spacing w:before="0" w:after="80" w:line="300" w:lineRule="auto"/>
        <w:jc w:val="left"/>
      </w:pPr>
      <w:r>
        <w:rPr>
          <w:rFonts w:ascii="Times New Roman" w:hAnsi="Times New Roman" w:eastAsia="宋体"/>
          <w:b w:val="0"/>
          <w:i w:val="0"/>
          <w:sz w:val="21"/>
        </w:rPr>
        <w:t>= 99(a+b)(a-b)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99 = 9 · 11，要使 m² 为完全平方数，需要 (a+b)(a-b) 能被 11 整除。又因 a + b ≤ 17，这迫使 a + b = 11，然后 a - b 本身必须是完全平方数。</w:t>
      </w:r>
    </w:p>
    <w:p>
      <w:pPr>
        <w:spacing w:before="0" w:after="80" w:line="300" w:lineRule="auto"/>
        <w:jc w:val="left"/>
      </w:pPr>
      <w:r>
        <w:rPr>
          <w:rFonts w:ascii="Times New Roman" w:hAnsi="Times New Roman" w:eastAsia="宋体"/>
          <w:b w:val="0"/>
          <w:i w:val="0"/>
          <w:sz w:val="21"/>
        </w:rPr>
        <w:t>由于 a - b ≤ 8，唯一可行的是 a - b = 1，得到 (a, b) = (6, 5)。于是 x = 65，y = 56，且 m² = 99 · 11 = 33²，所以 m = 33。</w:t>
      </w:r>
    </w:p>
    <w:p>
      <w:pPr>
        <w:spacing w:before="0" w:after="80" w:line="300" w:lineRule="auto"/>
        <w:jc w:val="left"/>
      </w:pPr>
      <w:r>
        <w:rPr>
          <w:rFonts w:ascii="Times New Roman" w:hAnsi="Times New Roman" w:eastAsia="宋体"/>
          <w:b w:val="0"/>
          <w:i w:val="0"/>
          <w:sz w:val="21"/>
        </w:rPr>
        <w:t>因此 x + y + m = 65 + 56 + 33 = 154。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x = 10a + b and y = 10b + a with a &gt; b. Then</w:t>
      </w:r>
    </w:p>
    <w:p>
      <w:pPr>
        <w:spacing w:before="0" w:after="80" w:line="300" w:lineRule="auto"/>
        <w:jc w:val="left"/>
      </w:pPr>
      <w:r>
        <w:rPr>
          <w:rFonts w:ascii="Times New Roman" w:hAnsi="Times New Roman" w:eastAsia="宋体"/>
          <w:b w:val="0"/>
          <w:i w:val="0"/>
          <w:color w:val="333333"/>
          <w:sz w:val="19"/>
        </w:rPr>
        <w:t>m² = x² - y²</w:t>
      </w:r>
    </w:p>
    <w:p>
      <w:pPr>
        <w:spacing w:before="0" w:after="80" w:line="300" w:lineRule="auto"/>
        <w:jc w:val="left"/>
      </w:pPr>
      <w:r>
        <w:rPr>
          <w:rFonts w:ascii="Times New Roman" w:hAnsi="Times New Roman" w:eastAsia="宋体"/>
          <w:b w:val="0"/>
          <w:i w:val="0"/>
          <w:color w:val="333333"/>
          <w:sz w:val="19"/>
        </w:rPr>
        <w:t>= 99(a² - b²)</w:t>
      </w:r>
    </w:p>
    <w:p>
      <w:pPr>
        <w:spacing w:before="0" w:after="80" w:line="300" w:lineRule="auto"/>
        <w:jc w:val="left"/>
      </w:pPr>
      <w:r>
        <w:rPr>
          <w:rFonts w:ascii="Times New Roman" w:hAnsi="Times New Roman" w:eastAsia="宋体"/>
          <w:b w:val="0"/>
          <w:i w:val="0"/>
          <w:color w:val="333333"/>
          <w:sz w:val="19"/>
        </w:rPr>
        <w:t>= 99(a+b)(a-b).</w:t>
      </w:r>
    </w:p>
    <w:p>
      <w:pPr>
        <w:spacing w:before="0" w:after="80" w:line="300" w:lineRule="auto"/>
        <w:jc w:val="left"/>
      </w:pPr>
      <w:r>
        <w:rPr>
          <w:rFonts w:ascii="Times New Roman" w:hAnsi="Times New Roman" w:eastAsia="宋体"/>
          <w:b w:val="0"/>
          <w:i w:val="0"/>
          <w:color w:val="333333"/>
          <w:sz w:val="19"/>
        </w:rPr>
        <w:t>Since 99 = 9 · 11, for m² to be a perfect square we need (a+b)(a-b) to be divisible by 11. As a + b ≤ 17, this forces a + b = 11, and then a - b must itself be a perfect square.</w:t>
      </w:r>
    </w:p>
    <w:p>
      <w:pPr>
        <w:spacing w:before="0" w:after="80" w:line="300" w:lineRule="auto"/>
        <w:jc w:val="left"/>
      </w:pPr>
      <w:r>
        <w:rPr>
          <w:rFonts w:ascii="Times New Roman" w:hAnsi="Times New Roman" w:eastAsia="宋体"/>
          <w:b w:val="0"/>
          <w:i w:val="0"/>
          <w:color w:val="333333"/>
          <w:sz w:val="19"/>
        </w:rPr>
        <w:t>With a - b ≤ 8, the only workable case is a - b = 1, giving (a, b) = (6, 5). Then x = 65, y = 56, and m² = 99 · 11 = 33², so m = 33.</w:t>
      </w:r>
    </w:p>
    <w:p>
      <w:pPr>
        <w:spacing w:before="0" w:after="80" w:line="300" w:lineRule="auto"/>
        <w:jc w:val="left"/>
      </w:pPr>
      <w:r>
        <w:rPr>
          <w:rFonts w:ascii="Times New Roman" w:hAnsi="Times New Roman" w:eastAsia="宋体"/>
          <w:b w:val="0"/>
          <w:i w:val="0"/>
          <w:color w:val="333333"/>
          <w:sz w:val="19"/>
        </w:rPr>
        <w:t>Therefore x + y + m = 65 + 56 + 33 = 154.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和为 125 的配对为 (25, 100), (26, 99), …, (62, 63)，共有 62 - 25 + 1 = 38 对。每一对中，B 至多包含一个元素。</w:t>
      </w:r>
    </w:p>
    <w:p>
      <w:pPr>
        <w:spacing w:before="0" w:after="80" w:line="300" w:lineRule="auto"/>
        <w:jc w:val="left"/>
      </w:pPr>
      <w:r>
        <w:rPr>
          <w:rFonts w:ascii="Times New Roman" w:hAnsi="Times New Roman" w:eastAsia="宋体"/>
          <w:b w:val="0"/>
          <w:i w:val="0"/>
          <w:sz w:val="21"/>
        </w:rPr>
        <w:t>数字 1 到 24 无法与范围内任何数字配成 125，所以这 24 个数字都可以加入。</w:t>
      </w:r>
    </w:p>
    <w:p>
      <w:pPr>
        <w:spacing w:before="0" w:after="80" w:line="300" w:lineRule="auto"/>
        <w:jc w:val="left"/>
      </w:pPr>
      <w:r>
        <w:rPr>
          <w:rFonts w:ascii="Times New Roman" w:hAnsi="Times New Roman" w:eastAsia="宋体"/>
          <w:b w:val="0"/>
          <w:i w:val="0"/>
          <w:sz w:val="21"/>
        </w:rPr>
        <w:t>因此 B 至多有 38 + 24 = 62 个元素，而集合 {1, 2, …, 62} 可以达到这个数量。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pairs summing to 125 are (25, 100), (26, 99), …, (62, 63), which is 62 - 25 + 1 = 38 pairs. From each pair, B may contain at most one element.</w:t>
      </w:r>
    </w:p>
    <w:p>
      <w:pPr>
        <w:spacing w:before="0" w:after="80" w:line="300" w:lineRule="auto"/>
        <w:jc w:val="left"/>
      </w:pPr>
      <w:r>
        <w:rPr>
          <w:rFonts w:ascii="Times New Roman" w:hAnsi="Times New Roman" w:eastAsia="宋体"/>
          <w:b w:val="0"/>
          <w:i w:val="0"/>
          <w:color w:val="333333"/>
          <w:sz w:val="19"/>
        </w:rPr>
        <w:t>The numbers 1 through 24 cannot pair with anything in range to sum to 125, so all 24 of them may be included.</w:t>
      </w:r>
    </w:p>
    <w:p>
      <w:pPr>
        <w:spacing w:before="0" w:after="80" w:line="300" w:lineRule="auto"/>
        <w:jc w:val="left"/>
      </w:pPr>
      <w:r>
        <w:rPr>
          <w:rFonts w:ascii="Times New Roman" w:hAnsi="Times New Roman" w:eastAsia="宋体"/>
          <w:b w:val="0"/>
          <w:i w:val="0"/>
          <w:color w:val="333333"/>
          <w:sz w:val="19"/>
        </w:rPr>
        <w:t>Thus B has at most 38 + 24 = 62 elements, and the set {1, 2, …, 62} achieves this.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