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2004B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Misty Moon Amphitheater 的每一排有 33 个座位。第 12 排到第 22 排预留给一个青年俱乐部。这个俱乐部一共预留了多少个座位？</w:t>
      </w:r>
    </w:p>
    <w:p>
      <w:pPr>
        <w:spacing w:before="0" w:after="120" w:line="300" w:lineRule="auto"/>
      </w:pPr>
      <w:r>
        <w:rPr>
          <w:rFonts w:ascii="Times New Roman" w:hAnsi="Times New Roman" w:eastAsia="宋体"/>
          <w:b w:val="0"/>
          <w:i w:val="0"/>
          <w:sz w:val="21"/>
        </w:rPr>
        <w:t>（A）297　　（B）330　　（C）363　　（D）396　　（E）726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row of the Misty Moon Amphitheater has 33 seats. Rows 12 through 22 are reserved for a youth club. How many seats are reserved for this club?</w:t>
      </w:r>
    </w:p>
    <w:p>
      <w:pPr>
        <w:spacing w:before="0" w:after="160" w:line="300" w:lineRule="auto"/>
      </w:pPr>
      <w:r>
        <w:rPr>
          <w:rFonts w:ascii="Times New Roman" w:hAnsi="Times New Roman" w:eastAsia="宋体"/>
          <w:b w:val="0"/>
          <w:i w:val="0"/>
          <w:color w:val="333333"/>
          <w:sz w:val="19"/>
        </w:rPr>
        <w:t>(A) 297　　(B) 330　　(C) 363　　(D) 396　　(E) 726</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有多少个两位正整数至少有一个数字是 7？</w:t>
      </w:r>
    </w:p>
    <w:p>
      <w:pPr>
        <w:spacing w:before="0" w:after="120" w:line="300" w:lineRule="auto"/>
      </w:pPr>
      <w:r>
        <w:rPr>
          <w:rFonts w:ascii="Times New Roman" w:hAnsi="Times New Roman" w:eastAsia="宋体"/>
          <w:b w:val="0"/>
          <w:i w:val="0"/>
          <w:sz w:val="21"/>
        </w:rPr>
        <w:t>（A）10　　（B）18　　（C）19　　（D）20　　（E）30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two-digit positive integers have at least one 7 as a digit?</w:t>
      </w:r>
    </w:p>
    <w:p>
      <w:pPr>
        <w:spacing w:before="0" w:after="160" w:line="300" w:lineRule="auto"/>
      </w:pPr>
      <w:r>
        <w:rPr>
          <w:rFonts w:ascii="Times New Roman" w:hAnsi="Times New Roman" w:eastAsia="宋体"/>
          <w:b w:val="0"/>
          <w:i w:val="0"/>
          <w:color w:val="333333"/>
          <w:sz w:val="19"/>
        </w:rPr>
        <w:t>(A) 10　　(B) 18　　(C) 19　　(D) 20　　(E) 30</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上周每次篮球训练中，Jenny 罚中球数都是前一次训练的两倍。她第五次训练罚中 48 个球。她第一次训练罚中了多少个球？</w:t>
      </w:r>
    </w:p>
    <w:p>
      <w:pPr>
        <w:spacing w:before="0" w:after="120" w:line="300" w:lineRule="auto"/>
      </w:pPr>
      <w:r>
        <w:rPr>
          <w:rFonts w:ascii="Times New Roman" w:hAnsi="Times New Roman" w:eastAsia="宋体"/>
          <w:b w:val="0"/>
          <w:i w:val="0"/>
          <w:sz w:val="21"/>
        </w:rPr>
        <w:t>（A）3　　（B）6　　（C）9　　（D）12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each basketball practice last week, Jenny made twice as many free throws as she made at the previous practice. At her fifth practice she made 48 free throws. How many free throws did she make at the first practice?</w:t>
      </w:r>
    </w:p>
    <w:p>
      <w:pPr>
        <w:spacing w:before="0" w:after="160" w:line="300" w:lineRule="auto"/>
      </w:pPr>
      <w:r>
        <w:rPr>
          <w:rFonts w:ascii="Times New Roman" w:hAnsi="Times New Roman" w:eastAsia="宋体"/>
          <w:b w:val="0"/>
          <w:i w:val="0"/>
          <w:color w:val="333333"/>
          <w:sz w:val="19"/>
        </w:rPr>
        <w:t>(A) 3　　(B) 6　　(C) 9　　(D) 12　　(E) 15</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掷一个标准六面骰子，令 P 为可见的五个面上的数字之积。一定能整除 P 的最大数是多少？</w:t>
      </w:r>
    </w:p>
    <w:p>
      <w:pPr>
        <w:spacing w:before="0" w:after="120" w:line="300" w:lineRule="auto"/>
      </w:pPr>
      <w:r>
        <w:rPr>
          <w:rFonts w:ascii="Times New Roman" w:hAnsi="Times New Roman" w:eastAsia="宋体"/>
          <w:b w:val="0"/>
          <w:i w:val="0"/>
          <w:sz w:val="21"/>
        </w:rPr>
        <w:t>（A）6　　（B）12　　（C）24　　（D）144　　（E）720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standard six-sided die is rolled, and P is the product of the five numbers that are visible. What is the largest number that is certain to divide P?</w:t>
      </w:r>
    </w:p>
    <w:p>
      <w:pPr>
        <w:spacing w:before="0" w:after="160" w:line="300" w:lineRule="auto"/>
      </w:pPr>
      <w:r>
        <w:rPr>
          <w:rFonts w:ascii="Times New Roman" w:hAnsi="Times New Roman" w:eastAsia="宋体"/>
          <w:b w:val="0"/>
          <w:i w:val="0"/>
          <w:color w:val="333333"/>
          <w:sz w:val="19"/>
        </w:rPr>
        <w:t>(A) 6　　(B) 12　　(C) 24　　(D) 144　　(E) 720</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在表达式 c · aᵇ - d 中，a、b、c 和 d 的值为 0、1、2 和 3，但顺序不一定如此。结果的最大可能值是多少？</w:t>
      </w:r>
    </w:p>
    <w:p>
      <w:pPr>
        <w:spacing w:before="0" w:after="120" w:line="300" w:lineRule="auto"/>
      </w:pPr>
      <w:r>
        <w:rPr>
          <w:rFonts w:ascii="Times New Roman" w:hAnsi="Times New Roman" w:eastAsia="宋体"/>
          <w:b w:val="0"/>
          <w:i w:val="0"/>
          <w:sz w:val="21"/>
        </w:rPr>
        <w:t>（A）5　　（B）6　　（C）8　　（D）9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expression c · aᵇ - d, the values of a, b, c, and d are 0, 1, 2, and 3, although not necessarily in that order. What is the maximum possible value of the result?</w:t>
      </w:r>
    </w:p>
    <w:p>
      <w:pPr>
        <w:spacing w:before="0" w:after="160" w:line="300" w:lineRule="auto"/>
      </w:pPr>
      <w:r>
        <w:rPr>
          <w:rFonts w:ascii="Times New Roman" w:hAnsi="Times New Roman" w:eastAsia="宋体"/>
          <w:b w:val="0"/>
          <w:i w:val="0"/>
          <w:color w:val="333333"/>
          <w:sz w:val="19"/>
        </w:rPr>
        <w:t>(A) 5　　(B) 6　　(C) 8　　(D) 9　　(E) 10</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下列哪个数是完全平方数？</w:t>
      </w:r>
    </w:p>
    <w:p>
      <w:pPr>
        <w:spacing w:before="0" w:after="120" w:line="300" w:lineRule="auto"/>
      </w:pPr>
      <w:r>
        <w:rPr>
          <w:rFonts w:ascii="Times New Roman" w:hAnsi="Times New Roman" w:eastAsia="宋体"/>
          <w:b w:val="0"/>
          <w:i w:val="0"/>
          <w:sz w:val="21"/>
        </w:rPr>
        <w:t>（A）98! · 99!　　（B）98! · 100!　　（C）99! · 100!　　（D）99! · 101!　　（E）100! · 101!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numbers is a perfect square?</w:t>
      </w:r>
    </w:p>
    <w:p>
      <w:pPr>
        <w:spacing w:before="0" w:after="160" w:line="300" w:lineRule="auto"/>
      </w:pPr>
      <w:r>
        <w:rPr>
          <w:rFonts w:ascii="Times New Roman" w:hAnsi="Times New Roman" w:eastAsia="宋体"/>
          <w:b w:val="0"/>
          <w:i w:val="0"/>
          <w:color w:val="333333"/>
          <w:sz w:val="19"/>
        </w:rPr>
        <w:t>(A) 98! · 99!　　(B) 98! · 100!　　(C) 99! · 100!　　(D) 99! · 101!　　(E) 100! · 101!</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Isabella 从美国去加拿大旅行，带了 d 美元。在边境她把钱全部兑换，汇率为每 7 美元兑换 10 加元。花掉 60 加元后，她还剩 d 加元。d 的各位数字之和是多少？</w:t>
      </w:r>
    </w:p>
    <w:p>
      <w:pPr>
        <w:spacing w:before="0" w:after="120" w:line="300" w:lineRule="auto"/>
      </w:pPr>
      <w:r>
        <w:rPr>
          <w:rFonts w:ascii="Times New Roman" w:hAnsi="Times New Roman" w:eastAsia="宋体"/>
          <w:b w:val="0"/>
          <w:i w:val="0"/>
          <w:sz w:val="21"/>
        </w:rPr>
        <w:t>（A）5　　（B）6　　（C）7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a trip from the United States to Canada, Isabella took d U.S. dollars. At the border she exchanged them all, receiving 10 Canadian dollars for every 7 U.S. dollars. After spending 60 Canadian dollars, she had d Canadian dollars left. What is the sum of the digits of d?</w:t>
      </w:r>
    </w:p>
    <w:p>
      <w:pPr>
        <w:spacing w:before="0" w:after="160" w:line="300" w:lineRule="auto"/>
      </w:pPr>
      <w:r>
        <w:rPr>
          <w:rFonts w:ascii="Times New Roman" w:hAnsi="Times New Roman" w:eastAsia="宋体"/>
          <w:b w:val="0"/>
          <w:i w:val="0"/>
          <w:color w:val="333333"/>
          <w:sz w:val="19"/>
        </w:rPr>
        <w:t>(A) 5　　(B) 6　　(C) 7　　(D) 8　　(E) 9</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Minneapolis-St. Paul International Airport 位于 St. Paul 市中心西南 8 英里处，也位于 Minneapolis 市中心东南 10 英里处。下列哪个数最接近 St. Paul 市中心与 Minneapolis 市中心之间的英里数？</w:t>
      </w:r>
    </w:p>
    <w:p>
      <w:pPr>
        <w:spacing w:before="0" w:after="120" w:line="300" w:lineRule="auto"/>
      </w:pPr>
      <w:r>
        <w:rPr>
          <w:rFonts w:ascii="Times New Roman" w:hAnsi="Times New Roman" w:eastAsia="宋体"/>
          <w:b w:val="0"/>
          <w:i w:val="0"/>
          <w:sz w:val="21"/>
        </w:rPr>
        <w:t>（A）13　　（B）14　　（C）15　　（D）16　　（E）17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Minneapolis-St. Paul International Airport is 8 miles southwest of downtown St. Paul and 10 miles southeast of downtown Minneapolis. Which of the following is closest to the number of miles between downtown St. Paul and downtown Minneapolis?</w:t>
      </w:r>
    </w:p>
    <w:p>
      <w:pPr>
        <w:spacing w:before="0" w:after="160" w:line="300" w:lineRule="auto"/>
      </w:pPr>
      <w:r>
        <w:rPr>
          <w:rFonts w:ascii="Times New Roman" w:hAnsi="Times New Roman" w:eastAsia="宋体"/>
          <w:b w:val="0"/>
          <w:i w:val="0"/>
          <w:color w:val="333333"/>
          <w:sz w:val="19"/>
        </w:rPr>
        <w:t>(A) 13　　(B) 14　　(C) 15　　(D) 16　　(E) 17</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一个正方形边长为 10，一个圆以该正方形的一个顶点为圆心、半径为 10。正方形和圆所围区域的并集面积是多少？</w:t>
      </w:r>
    </w:p>
    <w:p>
      <w:pPr>
        <w:spacing w:before="0" w:after="120" w:line="300" w:lineRule="auto"/>
      </w:pPr>
      <w:r>
        <w:rPr>
          <w:rFonts w:ascii="Times New Roman" w:hAnsi="Times New Roman" w:eastAsia="宋体"/>
          <w:b w:val="0"/>
          <w:i w:val="0"/>
          <w:sz w:val="21"/>
        </w:rPr>
        <w:t>（A）200 + 25π　　（B）100 + 75π　　（C）75 + 100π　　（D）100 + 100π　　（E）100 + 125π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square has sides of length 10, and a circle centered at one of its vertices has radius 10. What is the area of the union of the regions enclosed by the square and the circle?</w:t>
      </w:r>
    </w:p>
    <w:p>
      <w:pPr>
        <w:spacing w:before="0" w:after="160" w:line="300" w:lineRule="auto"/>
      </w:pPr>
      <w:r>
        <w:rPr>
          <w:rFonts w:ascii="Times New Roman" w:hAnsi="Times New Roman" w:eastAsia="宋体"/>
          <w:b w:val="0"/>
          <w:i w:val="0"/>
          <w:color w:val="333333"/>
          <w:sz w:val="19"/>
        </w:rPr>
        <w:t>(A) 200 + 25π　　(B) 100 + 75π　　(C) 75 + 100π　　(D) 100 + 100π　　(E) 100 + 125π</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一位杂货商摆放罐头，最上面一排有一个罐头，每往下一排比上一排多两个罐头。如果这个展示架共有 100 个罐头，它有多少排？</w:t>
      </w:r>
    </w:p>
    <w:p>
      <w:pPr>
        <w:spacing w:before="0" w:after="120" w:line="300" w:lineRule="auto"/>
      </w:pPr>
      <w:r>
        <w:rPr>
          <w:rFonts w:ascii="Times New Roman" w:hAnsi="Times New Roman" w:eastAsia="宋体"/>
          <w:b w:val="0"/>
          <w:i w:val="0"/>
          <w:sz w:val="21"/>
        </w:rPr>
        <w:t>（A）5　　（B）8　　（C）9　　（D）10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grocer makes a display of cans in which the top row has one can and each lower row has two more cans than the row above it. If the display contains 100 cans, how many rows does it contain?</w:t>
      </w:r>
    </w:p>
    <w:p>
      <w:pPr>
        <w:spacing w:before="0" w:after="160" w:line="300" w:lineRule="auto"/>
      </w:pPr>
      <w:r>
        <w:rPr>
          <w:rFonts w:ascii="Times New Roman" w:hAnsi="Times New Roman" w:eastAsia="宋体"/>
          <w:b w:val="0"/>
          <w:i w:val="0"/>
          <w:color w:val="333333"/>
          <w:sz w:val="19"/>
        </w:rPr>
        <w:t>(A) 5　　(B) 8　　(C) 9　　(D) 10　　(E) 11</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两个八面骰子的面都标有 1 到 8。掷骰子时，每个面朝上的概率相同。两个朝上数字的乘积大于它们的和的概率是多少？</w:t>
      </w:r>
    </w:p>
    <w:p>
      <w:pPr>
        <w:spacing w:before="0" w:after="120" w:line="300" w:lineRule="auto"/>
      </w:pPr>
      <w:r>
        <w:rPr>
          <w:rFonts w:ascii="Times New Roman" w:hAnsi="Times New Roman" w:eastAsia="宋体"/>
          <w:b w:val="0"/>
          <w:i w:val="0"/>
          <w:sz w:val="21"/>
        </w:rPr>
        <w:t>（A）1/2　　（B）47/64　　（C）3/4　　（D）55/64　　（E）7/8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eight-sided dice each have faces numbered 1 through 8. When the dice are rolled, each face has an equal probability of appearing on the top. What is the probability that the product of the two top numbers is greater than their sum?</w:t>
      </w:r>
    </w:p>
    <w:p>
      <w:pPr>
        <w:spacing w:before="0" w:after="160" w:line="300" w:lineRule="auto"/>
      </w:pPr>
      <w:r>
        <w:rPr>
          <w:rFonts w:ascii="Times New Roman" w:hAnsi="Times New Roman" w:eastAsia="宋体"/>
          <w:b w:val="0"/>
          <w:i w:val="0"/>
          <w:color w:val="333333"/>
          <w:sz w:val="19"/>
        </w:rPr>
        <w:t>(A) 1/2　　(B) 47/64　　(C) 3/4　　(D) 55/64　　(E) 7/8</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圆环是两个同心圆之间的区域。图中同心圆半径分别为 b 和 c，其中 b &gt; c。令 OX 为大圆半径，XZ 在 Z 点与小圆相切，OY 是经过 Z 的大圆半径。设 a = XZ、d = YZ、e = XY。这个圆环的面积是多少？</w:t>
      </w:r>
    </w:p>
    <w:p>
      <w:pPr>
        <w:spacing w:before="80" w:after="80"/>
        <w:jc w:val="center"/>
      </w:pPr>
      <w:r>
        <w:drawing>
          <wp:inline xmlns:a="http://schemas.openxmlformats.org/drawingml/2006/main" xmlns:pic="http://schemas.openxmlformats.org/drawingml/2006/picture">
            <wp:extent cx="1687417" cy="1761956"/>
            <wp:docPr id="1" name="Picture 1"/>
            <wp:cNvGraphicFramePr>
              <a:graphicFrameLocks noChangeAspect="1"/>
            </wp:cNvGraphicFramePr>
            <a:graphic>
              <a:graphicData uri="http://schemas.openxmlformats.org/drawingml/2006/picture">
                <pic:pic>
                  <pic:nvPicPr>
                    <pic:cNvPr id="0" name="q12-1@300dpi.png"/>
                    <pic:cNvPicPr/>
                  </pic:nvPicPr>
                  <pic:blipFill>
                    <a:blip r:embed="rId9"/>
                    <a:stretch>
                      <a:fillRect/>
                    </a:stretch>
                  </pic:blipFill>
                  <pic:spPr>
                    <a:xfrm>
                      <a:off x="0" y="0"/>
                      <a:ext cx="1687417" cy="1761956"/>
                    </a:xfrm>
                    <a:prstGeom prst="rect"/>
                  </pic:spPr>
                </pic:pic>
              </a:graphicData>
            </a:graphic>
          </wp:inline>
        </w:drawing>
      </w:r>
    </w:p>
    <w:p>
      <w:pPr>
        <w:spacing w:before="0" w:after="120" w:line="300" w:lineRule="auto"/>
      </w:pPr>
      <w:r>
        <w:rPr>
          <w:rFonts w:ascii="Times New Roman" w:hAnsi="Times New Roman" w:eastAsia="宋体"/>
          <w:b w:val="0"/>
          <w:i w:val="0"/>
          <w:sz w:val="21"/>
        </w:rPr>
        <w:t>（A）π a²　　（B）π b²　　（C）π c²　　（D）π d²　　（E）π e²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w:t>
      </w:r>
      <w:r>
        <w:rPr>
          <w:rFonts w:ascii="Times New Roman" w:hAnsi="Times New Roman" w:eastAsia="宋体"/>
          <w:b w:val="0"/>
          <w:i/>
          <w:color w:val="333333"/>
          <w:sz w:val="19"/>
        </w:rPr>
        <w:t>annulus</w:t>
      </w:r>
      <w:r>
        <w:rPr>
          <w:rFonts w:ascii="Times New Roman" w:hAnsi="Times New Roman" w:eastAsia="宋体"/>
          <w:b w:val="0"/>
          <w:i w:val="0"/>
          <w:color w:val="333333"/>
          <w:sz w:val="19"/>
        </w:rPr>
        <w:t>is the region between two concentric circles. The concentric circles in the figure have radii b and c, with b &gt; c. Let OX be a radius of the larger circle, let XZ be tangent to the smaller circle at Z, and let OY be the radius of the larger circle that contains Z. Let a = XZ, d = YZ, and e = XY. What is the area of the annulus?</w:t>
      </w:r>
    </w:p>
    <w:p>
      <w:pPr>
        <w:spacing w:before="80" w:after="80"/>
        <w:jc w:val="center"/>
      </w:pPr>
      <w:r>
        <w:drawing>
          <wp:inline xmlns:a="http://schemas.openxmlformats.org/drawingml/2006/main" xmlns:pic="http://schemas.openxmlformats.org/drawingml/2006/picture">
            <wp:extent cx="1687417" cy="1761956"/>
            <wp:docPr id="2" name="Picture 2"/>
            <wp:cNvGraphicFramePr>
              <a:graphicFrameLocks noChangeAspect="1"/>
            </wp:cNvGraphicFramePr>
            <a:graphic>
              <a:graphicData uri="http://schemas.openxmlformats.org/drawingml/2006/picture">
                <pic:pic>
                  <pic:nvPicPr>
                    <pic:cNvPr id="0" name="q12-1@300dpi.png"/>
                    <pic:cNvPicPr/>
                  </pic:nvPicPr>
                  <pic:blipFill>
                    <a:blip r:embed="rId9"/>
                    <a:stretch>
                      <a:fillRect/>
                    </a:stretch>
                  </pic:blipFill>
                  <pic:spPr>
                    <a:xfrm>
                      <a:off x="0" y="0"/>
                      <a:ext cx="1687417" cy="176195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π a²　　(B) π b²　　(C) π c²　　(D) π d²　　(E) π e²</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美国硬币厚度如下：一分硬币为 1.55 毫米，五分硬币为 1.95 毫米，十分硬币为 1.35 毫米，二十五分硬币为 1.75 毫米。如果一叠这样的硬币高度正好为 14 毫米，那么这叠硬币有多少枚？</w:t>
      </w:r>
    </w:p>
    <w:p>
      <w:pPr>
        <w:spacing w:before="0" w:after="120" w:line="300" w:lineRule="auto"/>
      </w:pPr>
      <w:r>
        <w:rPr>
          <w:rFonts w:ascii="Times New Roman" w:hAnsi="Times New Roman" w:eastAsia="宋体"/>
          <w:b w:val="0"/>
          <w:i w:val="0"/>
          <w:sz w:val="21"/>
        </w:rPr>
        <w:t>（A）7　　（B）8　　（C）9　　（D）10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United States, coins have the following thicknesses: penny, 1.55 mm; nickel, 1.95 mm; dime, 1.35 mm; quarter, 1.75 mm. If a stack of these coins is exactly 14 mm high, how many coins are in the stack?</w:t>
      </w:r>
    </w:p>
    <w:p>
      <w:pPr>
        <w:spacing w:before="0" w:after="160" w:line="300" w:lineRule="auto"/>
      </w:pPr>
      <w:r>
        <w:rPr>
          <w:rFonts w:ascii="Times New Roman" w:hAnsi="Times New Roman" w:eastAsia="宋体"/>
          <w:b w:val="0"/>
          <w:i w:val="0"/>
          <w:color w:val="333333"/>
          <w:sz w:val="19"/>
        </w:rPr>
        <w:t>(A) 7　　(B) 8　　(C) 9　　(D) 10　　(E) 11</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一个袋子最初只含红色和蓝色弹珠，且蓝色比红色多。向袋中加入红色弹珠，直到蓝色弹珠只占袋中弹珠的 1/3。然后加入黄色弹珠，直到蓝色弹珠只占袋中弹珠的 1/5。最后，将袋中蓝色弹珠的数量加倍。现在袋中弹珠有几分之几是蓝色？</w:t>
      </w:r>
    </w:p>
    <w:p>
      <w:pPr>
        <w:spacing w:before="0" w:after="120" w:line="300" w:lineRule="auto"/>
      </w:pPr>
      <w:r>
        <w:rPr>
          <w:rFonts w:ascii="Times New Roman" w:hAnsi="Times New Roman" w:eastAsia="宋体"/>
          <w:b w:val="0"/>
          <w:i w:val="0"/>
          <w:sz w:val="21"/>
        </w:rPr>
        <w:t>（A）1/5　　（B）1/4　　（C）1/3　　（D）2/5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bag initially contains red marbles and blue marbles only, with more blue than red. Red marbles are added to the bag until only 1/3 of the marbles in the bag are blue. Then yellow marbles are added to the bag until only 1/5 of the marbles in the bag are blue. Finally, the number of blue marbles in the bag is doubled. What fraction of the marbles now in the bag are blue?</w:t>
      </w:r>
    </w:p>
    <w:p>
      <w:pPr>
        <w:spacing w:before="0" w:after="160" w:line="300" w:lineRule="auto"/>
      </w:pPr>
      <w:r>
        <w:rPr>
          <w:rFonts w:ascii="Times New Roman" w:hAnsi="Times New Roman" w:eastAsia="宋体"/>
          <w:b w:val="0"/>
          <w:i w:val="0"/>
          <w:color w:val="333333"/>
          <w:sz w:val="19"/>
        </w:rPr>
        <w:t>(A) 1/5　　(B) 1/4　　(C) 1/3　　(D) 2/5　　(E) 1/2</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Patty 有 20 枚硬币，由五分硬币和十分硬币组成。如果她的五分硬币都变成十分硬币，而十分硬币都变成五分硬币，她会多 70 美分。她现在的硬币总值是多少？</w:t>
      </w:r>
    </w:p>
    <w:p>
      <w:pPr>
        <w:spacing w:before="0" w:after="120" w:line="300" w:lineRule="auto"/>
      </w:pPr>
      <w:r>
        <w:rPr>
          <w:rFonts w:ascii="Times New Roman" w:hAnsi="Times New Roman" w:eastAsia="宋体"/>
          <w:b w:val="0"/>
          <w:i w:val="0"/>
          <w:sz w:val="21"/>
        </w:rPr>
        <w:t>（A）$1.15　　（B）$1.20　　（C）$1.25　　（D）$1.30　　（E）$1.35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Patty has 20 coins consisting of nickels and dimes. If her nickels were dimes and her dimes were nickels, she would have 70 cents more. How much are her coins worth?</w:t>
      </w:r>
    </w:p>
    <w:p>
      <w:pPr>
        <w:spacing w:before="0" w:after="160" w:line="300" w:lineRule="auto"/>
      </w:pPr>
      <w:r>
        <w:rPr>
          <w:rFonts w:ascii="Times New Roman" w:hAnsi="Times New Roman" w:eastAsia="宋体"/>
          <w:b w:val="0"/>
          <w:i w:val="0"/>
          <w:color w:val="333333"/>
          <w:sz w:val="19"/>
        </w:rPr>
        <w:t>(A) $1.15　　(B) $1.20　　(C) $1.25　　(D) $1.30　　(E) $1.35</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三个半径为 1 的圆两两外切，并且都与一个较大的圆内切。大圆的半径是多少？</w:t>
      </w:r>
    </w:p>
    <w:p>
      <w:pPr>
        <w:spacing w:before="80" w:after="80"/>
        <w:jc w:val="center"/>
      </w:pPr>
      <w:r>
        <w:drawing>
          <wp:inline xmlns:a="http://schemas.openxmlformats.org/drawingml/2006/main" xmlns:pic="http://schemas.openxmlformats.org/drawingml/2006/picture">
            <wp:extent cx="2184638" cy="2184638"/>
            <wp:docPr id="3" name="Picture 3"/>
            <wp:cNvGraphicFramePr>
              <a:graphicFrameLocks noChangeAspect="1"/>
            </wp:cNvGraphicFramePr>
            <a:graphic>
              <a:graphicData uri="http://schemas.openxmlformats.org/drawingml/2006/picture">
                <pic:pic>
                  <pic:nvPicPr>
                    <pic:cNvPr id="0" name="q16-1@300dpi.png"/>
                    <pic:cNvPicPr/>
                  </pic:nvPicPr>
                  <pic:blipFill>
                    <a:blip r:embed="rId10"/>
                    <a:stretch>
                      <a:fillRect/>
                    </a:stretch>
                  </pic:blipFill>
                  <pic:spPr>
                    <a:xfrm>
                      <a:off x="0" y="0"/>
                      <a:ext cx="2184638" cy="2184638"/>
                    </a:xfrm>
                    <a:prstGeom prst="rect"/>
                  </pic:spPr>
                </pic:pic>
              </a:graphicData>
            </a:graphic>
          </wp:inline>
        </w:drawing>
      </w:r>
    </w:p>
    <w:p>
      <w:pPr>
        <w:spacing w:before="0" w:after="120" w:line="300" w:lineRule="auto"/>
      </w:pPr>
      <w:r>
        <w:rPr>
          <w:rFonts w:ascii="Times New Roman" w:hAnsi="Times New Roman" w:eastAsia="宋体"/>
          <w:b w:val="0"/>
          <w:i w:val="0"/>
          <w:sz w:val="21"/>
        </w:rPr>
        <w:t>（A）(2 + √(6))/3　　（B）2　　（C）(2 + 3√(2))/3　　（D）(3 + 2√(3))/3　　（E）(3 + √(3))/2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circles of radius 1 are externally tangent to each other and internally tangent to a larger circle. What is the radius of the large circle?</w:t>
      </w:r>
    </w:p>
    <w:p>
      <w:pPr>
        <w:spacing w:before="80" w:after="80"/>
        <w:jc w:val="center"/>
      </w:pPr>
      <w:r>
        <w:drawing>
          <wp:inline xmlns:a="http://schemas.openxmlformats.org/drawingml/2006/main" xmlns:pic="http://schemas.openxmlformats.org/drawingml/2006/picture">
            <wp:extent cx="2184638" cy="2184638"/>
            <wp:docPr id="4" name="Picture 4"/>
            <wp:cNvGraphicFramePr>
              <a:graphicFrameLocks noChangeAspect="1"/>
            </wp:cNvGraphicFramePr>
            <a:graphic>
              <a:graphicData uri="http://schemas.openxmlformats.org/drawingml/2006/picture">
                <pic:pic>
                  <pic:nvPicPr>
                    <pic:cNvPr id="0" name="q16-1@300dpi.png"/>
                    <pic:cNvPicPr/>
                  </pic:nvPicPr>
                  <pic:blipFill>
                    <a:blip r:embed="rId10"/>
                    <a:stretch>
                      <a:fillRect/>
                    </a:stretch>
                  </pic:blipFill>
                  <pic:spPr>
                    <a:xfrm>
                      <a:off x="0" y="0"/>
                      <a:ext cx="2184638" cy="218463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 + √(6))/3　　(B) 2　　(C) (2 + 3√(2))/3　　(D) (3 + 2√(3))/3　　(E) (3 + √(3))/2</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Jack 年龄的两个数字与 Bill 年龄的两个数字相同，但顺序相反。五年后 Jack 的年龄将是 Bill 那时年龄的两倍。他们现在年龄相差多少？</w:t>
      </w:r>
    </w:p>
    <w:p>
      <w:pPr>
        <w:spacing w:before="0" w:after="120" w:line="300" w:lineRule="auto"/>
      </w:pPr>
      <w:r>
        <w:rPr>
          <w:rFonts w:ascii="Times New Roman" w:hAnsi="Times New Roman" w:eastAsia="宋体"/>
          <w:b w:val="0"/>
          <w:i w:val="0"/>
          <w:sz w:val="21"/>
        </w:rPr>
        <w:t>（A）9　　（B）18　　（C）27　　（D）36　　（E）45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digits in Jack’s age are the same as the digits in Bill’s age, but in reverse order. In five years Jack will be twice as old as Bill will be then. What is the difference in their current ages?</w:t>
      </w:r>
    </w:p>
    <w:p>
      <w:pPr>
        <w:spacing w:before="0" w:after="160" w:line="300" w:lineRule="auto"/>
      </w:pPr>
      <w:r>
        <w:rPr>
          <w:rFonts w:ascii="Times New Roman" w:hAnsi="Times New Roman" w:eastAsia="宋体"/>
          <w:b w:val="0"/>
          <w:i w:val="0"/>
          <w:color w:val="333333"/>
          <w:sz w:val="19"/>
        </w:rPr>
        <w:t>(A) 9　　(B) 18　　(C) 27　　(D) 36　　(E) 45</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在直角三角形 △ ACE 中，AC = 12、CE = 16、EA = 20。点 B、D 和 F 分别在 AC、CE 和 EA 上，且 AB = 3、CD = 4、EF = 5。△ BDF 的面积与 △ ACE 的面积之比是多少？</w:t>
      </w:r>
    </w:p>
    <w:p>
      <w:pPr>
        <w:spacing w:before="80" w:after="80"/>
        <w:jc w:val="center"/>
      </w:pPr>
      <w:r>
        <w:drawing>
          <wp:inline xmlns:a="http://schemas.openxmlformats.org/drawingml/2006/main" xmlns:pic="http://schemas.openxmlformats.org/drawingml/2006/picture">
            <wp:extent cx="1973752" cy="1452075"/>
            <wp:docPr id="5" name="Picture 5"/>
            <wp:cNvGraphicFramePr>
              <a:graphicFrameLocks noChangeAspect="1"/>
            </wp:cNvGraphicFramePr>
            <a:graphic>
              <a:graphicData uri="http://schemas.openxmlformats.org/drawingml/2006/picture">
                <pic:pic>
                  <pic:nvPicPr>
                    <pic:cNvPr id="0" name="q18-1@300dpi.png"/>
                    <pic:cNvPicPr/>
                  </pic:nvPicPr>
                  <pic:blipFill>
                    <a:blip r:embed="rId11"/>
                    <a:stretch>
                      <a:fillRect/>
                    </a:stretch>
                  </pic:blipFill>
                  <pic:spPr>
                    <a:xfrm>
                      <a:off x="0" y="0"/>
                      <a:ext cx="1973752" cy="1452075"/>
                    </a:xfrm>
                    <a:prstGeom prst="rect"/>
                  </pic:spPr>
                </pic:pic>
              </a:graphicData>
            </a:graphic>
          </wp:inline>
        </w:drawing>
      </w:r>
    </w:p>
    <w:p>
      <w:pPr>
        <w:spacing w:before="0" w:after="120" w:line="300" w:lineRule="auto"/>
      </w:pPr>
      <w:r>
        <w:rPr>
          <w:rFonts w:ascii="Times New Roman" w:hAnsi="Times New Roman" w:eastAsia="宋体"/>
          <w:b w:val="0"/>
          <w:i w:val="0"/>
          <w:sz w:val="21"/>
        </w:rPr>
        <w:t>（A）1/4　　（B）9/25　　（C）3/8　　（D）11/25　　（E）7/16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right triangle △ ACE, we have AC = 12, CE = 16, and EA = 20. Points B, D, and F are located on AC, CE, and EA, respectively, so that AB = 3, CD = 4, and EF = 5. What is the ratio of the area of △ BDF to that of △ ACE?</w:t>
      </w:r>
    </w:p>
    <w:p>
      <w:pPr>
        <w:spacing w:before="80" w:after="80"/>
        <w:jc w:val="center"/>
      </w:pPr>
      <w:r>
        <w:drawing>
          <wp:inline xmlns:a="http://schemas.openxmlformats.org/drawingml/2006/main" xmlns:pic="http://schemas.openxmlformats.org/drawingml/2006/picture">
            <wp:extent cx="1973752" cy="1452075"/>
            <wp:docPr id="6" name="Picture 6"/>
            <wp:cNvGraphicFramePr>
              <a:graphicFrameLocks noChangeAspect="1"/>
            </wp:cNvGraphicFramePr>
            <a:graphic>
              <a:graphicData uri="http://schemas.openxmlformats.org/drawingml/2006/picture">
                <pic:pic>
                  <pic:nvPicPr>
                    <pic:cNvPr id="0" name="q18-1@300dpi.png"/>
                    <pic:cNvPicPr/>
                  </pic:nvPicPr>
                  <pic:blipFill>
                    <a:blip r:embed="rId11"/>
                    <a:stretch>
                      <a:fillRect/>
                    </a:stretch>
                  </pic:blipFill>
                  <pic:spPr>
                    <a:xfrm>
                      <a:off x="0" y="0"/>
                      <a:ext cx="1973752" cy="145207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1/4　　(B) 9/25　　(C) 3/8　　(D) 11/25　　(E) 7/16</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在数列 2001、2002、2003、… 中，第三项之后每一项等于前面两项的和减去紧前一项。例如第四项为 2001 + 2002 - 2003 = 2000。这个数列的第 2004 项是多少？</w:t>
      </w:r>
    </w:p>
    <w:p>
      <w:pPr>
        <w:spacing w:before="0" w:after="120" w:line="300" w:lineRule="auto"/>
      </w:pPr>
      <w:r>
        <w:rPr>
          <w:rFonts w:ascii="Times New Roman" w:hAnsi="Times New Roman" w:eastAsia="宋体"/>
          <w:b w:val="0"/>
          <w:i w:val="0"/>
          <w:sz w:val="21"/>
        </w:rPr>
        <w:t>（A）-2004　　（B）-2　　（C）0　　（D）4003　　（E）6007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sequence 2001, 2002, 2003, …, each term after the third is found by subtracting the previous term from the sum of the two terms that precede that term. For example, the fourth term is 2001 + 2002 - 2003 = 2000. What is the 2004th term in this sequence?</w:t>
      </w:r>
    </w:p>
    <w:p>
      <w:pPr>
        <w:spacing w:before="0" w:after="160" w:line="300" w:lineRule="auto"/>
      </w:pPr>
      <w:r>
        <w:rPr>
          <w:rFonts w:ascii="Times New Roman" w:hAnsi="Times New Roman" w:eastAsia="宋体"/>
          <w:b w:val="0"/>
          <w:i w:val="0"/>
          <w:color w:val="333333"/>
          <w:sz w:val="19"/>
        </w:rPr>
        <w:t>(A) -2004　　(B) -2　　(C) 0　　(D) 4003　　(E) 6007</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在 △ ABC 中，点 D 和 E 分别在 BC 和 AC 上。若 AD 与 BE 交于 T，且 AT/DT = 3、BT/ET = 4，求 CD/BD。</w:t>
      </w:r>
    </w:p>
    <w:p>
      <w:pPr>
        <w:spacing w:before="80" w:after="80"/>
        <w:jc w:val="center"/>
      </w:pPr>
      <w:r>
        <w:drawing>
          <wp:inline xmlns:a="http://schemas.openxmlformats.org/drawingml/2006/main" xmlns:pic="http://schemas.openxmlformats.org/drawingml/2006/picture">
            <wp:extent cx="1775801" cy="1423213"/>
            <wp:docPr id="7" name="Picture 7"/>
            <wp:cNvGraphicFramePr>
              <a:graphicFrameLocks noChangeAspect="1"/>
            </wp:cNvGraphicFramePr>
            <a:graphic>
              <a:graphicData uri="http://schemas.openxmlformats.org/drawingml/2006/picture">
                <pic:pic>
                  <pic:nvPicPr>
                    <pic:cNvPr id="0" name="q20-1@300dpi.png"/>
                    <pic:cNvPicPr/>
                  </pic:nvPicPr>
                  <pic:blipFill>
                    <a:blip r:embed="rId12"/>
                    <a:stretch>
                      <a:fillRect/>
                    </a:stretch>
                  </pic:blipFill>
                  <pic:spPr>
                    <a:xfrm>
                      <a:off x="0" y="0"/>
                      <a:ext cx="1775801" cy="1423213"/>
                    </a:xfrm>
                    <a:prstGeom prst="rect"/>
                  </pic:spPr>
                </pic:pic>
              </a:graphicData>
            </a:graphic>
          </wp:inline>
        </w:drawing>
      </w:r>
    </w:p>
    <w:p>
      <w:pPr>
        <w:spacing w:before="0" w:after="120" w:line="300" w:lineRule="auto"/>
      </w:pPr>
      <w:r>
        <w:rPr>
          <w:rFonts w:ascii="Times New Roman" w:hAnsi="Times New Roman" w:eastAsia="宋体"/>
          <w:b w:val="0"/>
          <w:i w:val="0"/>
          <w:sz w:val="21"/>
        </w:rPr>
        <w:t>（A）1/8　　（B）2/9　　（C）3/10　　（D）4/11　　（E）5/12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 ABC points D and E lie on BC and AC, respectively. If AD and BE intersect at T so that AT/DT = 3 and BT/ET = 4, what is CD/BD?</w:t>
      </w:r>
    </w:p>
    <w:p>
      <w:pPr>
        <w:spacing w:before="80" w:after="80"/>
        <w:jc w:val="center"/>
      </w:pPr>
      <w:r>
        <w:drawing>
          <wp:inline xmlns:a="http://schemas.openxmlformats.org/drawingml/2006/main" xmlns:pic="http://schemas.openxmlformats.org/drawingml/2006/picture">
            <wp:extent cx="1775801" cy="1423213"/>
            <wp:docPr id="8" name="Picture 8"/>
            <wp:cNvGraphicFramePr>
              <a:graphicFrameLocks noChangeAspect="1"/>
            </wp:cNvGraphicFramePr>
            <a:graphic>
              <a:graphicData uri="http://schemas.openxmlformats.org/drawingml/2006/picture">
                <pic:pic>
                  <pic:nvPicPr>
                    <pic:cNvPr id="0" name="q20-1@300dpi.png"/>
                    <pic:cNvPicPr/>
                  </pic:nvPicPr>
                  <pic:blipFill>
                    <a:blip r:embed="rId12"/>
                    <a:stretch>
                      <a:fillRect/>
                    </a:stretch>
                  </pic:blipFill>
                  <pic:spPr>
                    <a:xfrm>
                      <a:off x="0" y="0"/>
                      <a:ext cx="1775801" cy="142321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1/8　　(B) 2/9　　(C) 3/10　　(D) 4/11　　(E) 5/12</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设 1、4、… 和 9、16、… 是两个等差数列。集合 S 是这两个数列各自前 2004 项的并集。S 中有多少个不同的数？</w:t>
      </w:r>
    </w:p>
    <w:p>
      <w:pPr>
        <w:spacing w:before="0" w:after="120" w:line="300" w:lineRule="auto"/>
      </w:pPr>
      <w:r>
        <w:rPr>
          <w:rFonts w:ascii="Times New Roman" w:hAnsi="Times New Roman" w:eastAsia="宋体"/>
          <w:b w:val="0"/>
          <w:i w:val="0"/>
          <w:sz w:val="21"/>
        </w:rPr>
        <w:t>（A）3722　　（B）3732　　（C）3914　　（D）3924　　（E）4007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1, 4, … and 9, 16, … be two arithmetic progressions. The set S is the union of the first 2004 terms of each sequence. How many distinct numbers are in S?</w:t>
      </w:r>
    </w:p>
    <w:p>
      <w:pPr>
        <w:spacing w:before="0" w:after="160" w:line="300" w:lineRule="auto"/>
      </w:pPr>
      <w:r>
        <w:rPr>
          <w:rFonts w:ascii="Times New Roman" w:hAnsi="Times New Roman" w:eastAsia="宋体"/>
          <w:b w:val="0"/>
          <w:i w:val="0"/>
          <w:color w:val="333333"/>
          <w:sz w:val="19"/>
        </w:rPr>
        <w:t>(A) 3722　　(B) 3732　　(C) 3914　　(D) 3924　　(E) 4007</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一个边长为 5、12 和 13 的三角形有内切圆和外接圆。这两个圆的圆心之间的距离是多少？</w:t>
      </w:r>
    </w:p>
    <w:p>
      <w:pPr>
        <w:spacing w:before="0" w:after="120" w:line="300" w:lineRule="auto"/>
      </w:pPr>
      <w:r>
        <w:rPr>
          <w:rFonts w:ascii="Times New Roman" w:hAnsi="Times New Roman" w:eastAsia="宋体"/>
          <w:b w:val="0"/>
          <w:i w:val="0"/>
          <w:sz w:val="21"/>
        </w:rPr>
        <w:t>（A）(3√(5))/2　　（B）7/2　　（C）√(15)　　（D）(√(65))/2　　（E）9/2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triangle with sides of 5, 12, and 13 has both an inscribed and a circumscribed circle. What is the distance between the centers of those circles?</w:t>
      </w:r>
    </w:p>
    <w:p>
      <w:pPr>
        <w:spacing w:before="0" w:after="160" w:line="300" w:lineRule="auto"/>
      </w:pPr>
      <w:r>
        <w:rPr>
          <w:rFonts w:ascii="Times New Roman" w:hAnsi="Times New Roman" w:eastAsia="宋体"/>
          <w:b w:val="0"/>
          <w:i w:val="0"/>
          <w:color w:val="333333"/>
          <w:sz w:val="19"/>
        </w:rPr>
        <w:t>(A) (3√(5))/2　　(B) 7/2　　(C) √(15)　　(D) (√(65))/2　　(E) 9/2</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一个立方体的每个面独立地以概率 1/2 涂成红色或蓝色。这个涂色立方体可以放在水平面上，使四个竖直面颜色全相同的概率是多少？</w:t>
      </w:r>
    </w:p>
    <w:p>
      <w:pPr>
        <w:spacing w:before="0" w:after="120" w:line="300" w:lineRule="auto"/>
      </w:pPr>
      <w:r>
        <w:rPr>
          <w:rFonts w:ascii="Times New Roman" w:hAnsi="Times New Roman" w:eastAsia="宋体"/>
          <w:b w:val="0"/>
          <w:i w:val="0"/>
          <w:sz w:val="21"/>
        </w:rPr>
        <w:t>（A）1/4　　（B）5/16　　（C）3/8　　（D）7/16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face of a cube is painted either red or blue, each with probability 1/2. The color of each face is determined independently. What is the probability that the painted cube can be placed on a horizontal surface so that the four vertical faces are all the same color?</w:t>
      </w:r>
    </w:p>
    <w:p>
      <w:pPr>
        <w:spacing w:before="0" w:after="160" w:line="300" w:lineRule="auto"/>
      </w:pPr>
      <w:r>
        <w:rPr>
          <w:rFonts w:ascii="Times New Roman" w:hAnsi="Times New Roman" w:eastAsia="宋体"/>
          <w:b w:val="0"/>
          <w:i w:val="0"/>
          <w:color w:val="333333"/>
          <w:sz w:val="19"/>
        </w:rPr>
        <w:t>(A) 1/4　　(B) 5/16　　(C) 3/8　　(D) 7/16　　(E) 1/2</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在 △ ABC 中，AB = 7、AC = 8、BC = 9。点 D 在三角形的外接圆上，使得 AD 平分 ∠ BAC。求 AD/CD。</w:t>
      </w:r>
    </w:p>
    <w:p>
      <w:pPr>
        <w:spacing w:before="0" w:after="120" w:line="300" w:lineRule="auto"/>
      </w:pPr>
      <w:r>
        <w:rPr>
          <w:rFonts w:ascii="Times New Roman" w:hAnsi="Times New Roman" w:eastAsia="宋体"/>
          <w:b w:val="0"/>
          <w:i w:val="0"/>
          <w:sz w:val="21"/>
        </w:rPr>
        <w:t>（A）9/8　　（B）5/3　　（C）2　　（D）17/7　　（E）5/2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 ABC we have AB = 7, AC = 8, and BC = 9. Point D is on the circumscribed circle of the triangle so that AD bisects ∠ BAC. What is the value of AD/CD?</w:t>
      </w:r>
    </w:p>
    <w:p>
      <w:pPr>
        <w:spacing w:before="0" w:after="160" w:line="300" w:lineRule="auto"/>
      </w:pPr>
      <w:r>
        <w:rPr>
          <w:rFonts w:ascii="Times New Roman" w:hAnsi="Times New Roman" w:eastAsia="宋体"/>
          <w:b w:val="0"/>
          <w:i w:val="0"/>
          <w:color w:val="333333"/>
          <w:sz w:val="19"/>
        </w:rPr>
        <w:t>(A) 9/8　　(B) 5/3　　(C) 2　　(D) 17/7　　(E) 5/2</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一个半径为 1 的圆在点 A 和 B 处分别与两个半径为 2 的圆内切，其中 AB 是小圆的一条直径。求图中阴影区域面积，该区域位于小圆外部且在两个大圆内部。</w:t>
      </w:r>
    </w:p>
    <w:p>
      <w:pPr>
        <w:spacing w:before="80" w:after="80"/>
        <w:jc w:val="center"/>
      </w:pPr>
      <w:r>
        <w:drawing>
          <wp:inline xmlns:a="http://schemas.openxmlformats.org/drawingml/2006/main" xmlns:pic="http://schemas.openxmlformats.org/drawingml/2006/picture">
            <wp:extent cx="1884700" cy="2820699"/>
            <wp:docPr id="9" name="Picture 9"/>
            <wp:cNvGraphicFramePr>
              <a:graphicFrameLocks noChangeAspect="1"/>
            </wp:cNvGraphicFramePr>
            <a:graphic>
              <a:graphicData uri="http://schemas.openxmlformats.org/drawingml/2006/picture">
                <pic:pic>
                  <pic:nvPicPr>
                    <pic:cNvPr id="0" name="q25-1@300dpi.png"/>
                    <pic:cNvPicPr/>
                  </pic:nvPicPr>
                  <pic:blipFill>
                    <a:blip r:embed="rId13"/>
                    <a:stretch>
                      <a:fillRect/>
                    </a:stretch>
                  </pic:blipFill>
                  <pic:spPr>
                    <a:xfrm>
                      <a:off x="0" y="0"/>
                      <a:ext cx="1884700" cy="2820699"/>
                    </a:xfrm>
                    <a:prstGeom prst="rect"/>
                  </pic:spPr>
                </pic:pic>
              </a:graphicData>
            </a:graphic>
          </wp:inline>
        </w:drawing>
      </w:r>
    </w:p>
    <w:p>
      <w:pPr>
        <w:spacing w:before="0" w:after="120" w:line="300" w:lineRule="auto"/>
      </w:pPr>
      <w:r>
        <w:rPr>
          <w:rFonts w:ascii="Times New Roman" w:hAnsi="Times New Roman" w:eastAsia="宋体"/>
          <w:b w:val="0"/>
          <w:i w:val="0"/>
          <w:sz w:val="21"/>
        </w:rPr>
        <w:t>（A）5/3π - 3√(2)　　（B）5/3π - 2√(3)　　（C）8/3π - 3√(3)　　（D）8/3π - 3√(2)　　（E）8/3π - 2√(3)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of radius 1 is internally tangent to two circles of radius 2 at points A and B, where AB is a diameter of the smaller circle. What is the area of the region, shaded in the figure, that is outside the smaller circle and inside each of the two larger circles?</w:t>
      </w:r>
    </w:p>
    <w:p>
      <w:pPr>
        <w:spacing w:before="80" w:after="80"/>
        <w:jc w:val="center"/>
      </w:pPr>
      <w:r>
        <w:drawing>
          <wp:inline xmlns:a="http://schemas.openxmlformats.org/drawingml/2006/main" xmlns:pic="http://schemas.openxmlformats.org/drawingml/2006/picture">
            <wp:extent cx="1884700" cy="2820699"/>
            <wp:docPr id="10" name="Picture 10"/>
            <wp:cNvGraphicFramePr>
              <a:graphicFrameLocks noChangeAspect="1"/>
            </wp:cNvGraphicFramePr>
            <a:graphic>
              <a:graphicData uri="http://schemas.openxmlformats.org/drawingml/2006/picture">
                <pic:pic>
                  <pic:nvPicPr>
                    <pic:cNvPr id="0" name="q25-1@300dpi.png"/>
                    <pic:cNvPicPr/>
                  </pic:nvPicPr>
                  <pic:blipFill>
                    <a:blip r:embed="rId13"/>
                    <a:stretch>
                      <a:fillRect/>
                    </a:stretch>
                  </pic:blipFill>
                  <pic:spPr>
                    <a:xfrm>
                      <a:off x="0" y="0"/>
                      <a:ext cx="1884700" cy="282069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5/3π - 3√(2)　　(B) 5/3π - 2√(3)　　(C) 8/3π - 3√(3)　　(D) 8/3π - 3√(2)　　(E) 8/3π - 2√(3)</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B　A　B　D　C　A　A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D　C　A　B　C　A　D　B　E</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C　D　A　D　B　B　B</w:t>
      </w:r>
    </w:p>
    <w:p>
      <w:pPr>
        <w:spacing w:before="0" w:after="200" w:line="300" w:lineRule="auto"/>
      </w:pPr>
      <w:r>
        <w:rPr>
          <w:rFonts w:ascii="Times New Roman" w:hAnsi="Times New Roman" w:eastAsia="宋体"/>
          <w:b w:val="0"/>
          <w:i w:val="0"/>
          <w:color w:val="666666"/>
          <w:sz w:val="18"/>
        </w:rPr>
        <w:t>答案串：CBABDCAABDCABCADBECDADBBB</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第 12 排到第 22 排共有 22 - 12 + 1 = 11 排。</w:t>
      </w:r>
    </w:p>
    <w:p>
      <w:pPr>
        <w:spacing w:before="0" w:after="80" w:line="300" w:lineRule="auto"/>
        <w:jc w:val="left"/>
      </w:pPr>
      <w:r>
        <w:rPr>
          <w:rFonts w:ascii="Times New Roman" w:hAnsi="Times New Roman" w:eastAsia="宋体"/>
          <w:b w:val="0"/>
          <w:i w:val="0"/>
          <w:sz w:val="21"/>
        </w:rPr>
        <w:t>每排有 33 个座位，所以总数为 33 × 11 = 363。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Rows 12 through 22 inclusive make up 22 - 12 + 1 = 11 rows.</w:t>
      </w:r>
    </w:p>
    <w:p>
      <w:pPr>
        <w:spacing w:before="0" w:after="80" w:line="300" w:lineRule="auto"/>
        <w:jc w:val="left"/>
      </w:pPr>
      <w:r>
        <w:rPr>
          <w:rFonts w:ascii="Times New Roman" w:hAnsi="Times New Roman" w:eastAsia="宋体"/>
          <w:b w:val="0"/>
          <w:i w:val="0"/>
          <w:color w:val="333333"/>
          <w:sz w:val="19"/>
        </w:rPr>
        <w:t>Each row has 33 seats, so the total is 33 × 11 = 363.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B</w:t>
      </w:r>
    </w:p>
    <w:p>
      <w:pPr>
        <w:spacing w:before="0" w:after="80" w:line="300" w:lineRule="auto"/>
        <w:jc w:val="left"/>
      </w:pPr>
      <w:r>
        <w:rPr>
          <w:rFonts w:ascii="Times New Roman" w:hAnsi="Times New Roman" w:eastAsia="宋体"/>
          <w:b w:val="0"/>
          <w:i w:val="0"/>
          <w:sz w:val="21"/>
        </w:rPr>
        <w:t>70 到 79 给出 10 个十位为 7 的两位数。</w:t>
      </w:r>
    </w:p>
    <w:p>
      <w:pPr>
        <w:spacing w:before="0" w:after="80" w:line="300" w:lineRule="auto"/>
        <w:jc w:val="left"/>
      </w:pPr>
      <w:r>
        <w:rPr>
          <w:rFonts w:ascii="Times New Roman" w:hAnsi="Times New Roman" w:eastAsia="宋体"/>
          <w:b w:val="0"/>
          <w:i w:val="0"/>
          <w:sz w:val="21"/>
        </w:rPr>
        <w:t>数列 17, 27, …, 97 给出 9 个个位为 7 的两位数。</w:t>
      </w:r>
    </w:p>
    <w:p>
      <w:pPr>
        <w:spacing w:before="0" w:after="80" w:line="300" w:lineRule="auto"/>
        <w:jc w:val="left"/>
      </w:pPr>
      <w:r>
        <w:rPr>
          <w:rFonts w:ascii="Times New Roman" w:hAnsi="Times New Roman" w:eastAsia="宋体"/>
          <w:b w:val="0"/>
          <w:i w:val="0"/>
          <w:sz w:val="21"/>
        </w:rPr>
        <w:t>因为 77 被重复计算一次，所以总数为 10 + 9 - 1 = 18。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numbers 70 through 79 give 10 with a 7 in the tens place.</w:t>
      </w:r>
    </w:p>
    <w:p>
      <w:pPr>
        <w:spacing w:before="0" w:after="80" w:line="300" w:lineRule="auto"/>
        <w:jc w:val="left"/>
      </w:pPr>
      <w:r>
        <w:rPr>
          <w:rFonts w:ascii="Times New Roman" w:hAnsi="Times New Roman" w:eastAsia="宋体"/>
          <w:b w:val="0"/>
          <w:i w:val="0"/>
          <w:color w:val="333333"/>
          <w:sz w:val="19"/>
        </w:rPr>
        <w:t>The numbers 17, 27, …, 97 give 9 with a 7 in the units place.</w:t>
      </w:r>
    </w:p>
    <w:p>
      <w:pPr>
        <w:spacing w:before="0" w:after="80" w:line="300" w:lineRule="auto"/>
        <w:jc w:val="left"/>
      </w:pPr>
      <w:r>
        <w:rPr>
          <w:rFonts w:ascii="Times New Roman" w:hAnsi="Times New Roman" w:eastAsia="宋体"/>
          <w:b w:val="0"/>
          <w:i w:val="0"/>
          <w:color w:val="333333"/>
          <w:sz w:val="19"/>
        </w:rPr>
        <w:t>Since 77 is counted twice, the total is 10 + 9 - 1 = 18.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A</w:t>
      </w:r>
    </w:p>
    <w:p>
      <w:pPr>
        <w:spacing w:before="0" w:after="80" w:line="300" w:lineRule="auto"/>
        <w:jc w:val="left"/>
      </w:pPr>
      <w:r>
        <w:rPr>
          <w:rFonts w:ascii="Times New Roman" w:hAnsi="Times New Roman" w:eastAsia="宋体"/>
          <w:b w:val="0"/>
          <w:i w:val="0"/>
          <w:sz w:val="21"/>
        </w:rPr>
        <w:t>从第五次训练倒推，罚中数依次为 48, 24, 12, 6 和 3，对应第五、第四、第三、第二、第一次训练。</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Working backward from the fifth practice, the counts are 48, 24, 12, 6, and 3 at the fourth, third, second, and first practices.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因为 6! = 720 = 2⁴ · 3² · 5，所以可见乘积只会用到质数 2、3 和 5。</w:t>
      </w:r>
    </w:p>
    <w:p>
      <w:pPr>
        <w:spacing w:before="0" w:after="80" w:line="300" w:lineRule="auto"/>
        <w:jc w:val="left"/>
      </w:pPr>
      <w:r>
        <w:rPr>
          <w:rFonts w:ascii="Times New Roman" w:hAnsi="Times New Roman" w:eastAsia="宋体"/>
          <w:b w:val="0"/>
          <w:i w:val="0"/>
          <w:sz w:val="21"/>
        </w:rPr>
        <w:t>遮住 4 时剩下的因数 2 最少，为 2²。遮住 3 或 6 时剩下的因数 3 最少，为一个；遮住 5 时则没有因数 5。</w:t>
      </w:r>
    </w:p>
    <w:p>
      <w:pPr>
        <w:spacing w:before="0" w:after="80" w:line="300" w:lineRule="auto"/>
        <w:jc w:val="left"/>
      </w:pPr>
      <w:r>
        <w:rPr>
          <w:rFonts w:ascii="Times New Roman" w:hAnsi="Times New Roman" w:eastAsia="宋体"/>
          <w:b w:val="0"/>
          <w:i w:val="0"/>
          <w:sz w:val="21"/>
        </w:rPr>
        <w:t>因此 P 一定能被 2² · 3 = 12 整除，但不一定能被更大的数整除。</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6! = 720 = 2⁴ · 3² · 5, the visible product uses only the primes 2, 3, and 5.</w:t>
      </w:r>
    </w:p>
    <w:p>
      <w:pPr>
        <w:spacing w:before="0" w:after="80" w:line="300" w:lineRule="auto"/>
        <w:jc w:val="left"/>
      </w:pPr>
      <w:r>
        <w:rPr>
          <w:rFonts w:ascii="Times New Roman" w:hAnsi="Times New Roman" w:eastAsia="宋体"/>
          <w:b w:val="0"/>
          <w:i w:val="0"/>
          <w:color w:val="333333"/>
          <w:sz w:val="19"/>
        </w:rPr>
        <w:t>Hiding 4 leaves the fewest 2’s, namely 2². Hiding 3 or 6 leaves the fewest 3’s, namely one. Hiding 5 leaves no factor of 5.</w:t>
      </w:r>
    </w:p>
    <w:p>
      <w:pPr>
        <w:spacing w:before="0" w:after="80" w:line="300" w:lineRule="auto"/>
        <w:jc w:val="left"/>
      </w:pPr>
      <w:r>
        <w:rPr>
          <w:rFonts w:ascii="Times New Roman" w:hAnsi="Times New Roman" w:eastAsia="宋体"/>
          <w:b w:val="0"/>
          <w:i w:val="0"/>
          <w:color w:val="333333"/>
          <w:sz w:val="19"/>
        </w:rPr>
        <w:t>Therefore P is always divisible by 2² · 3 = 12, but not necessarily by any larger number.</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D</w:t>
      </w:r>
    </w:p>
    <w:p>
      <w:pPr>
        <w:spacing w:before="0" w:after="80" w:line="300" w:lineRule="auto"/>
        <w:jc w:val="left"/>
      </w:pPr>
      <w:r>
        <w:rPr>
          <w:rFonts w:ascii="Times New Roman" w:hAnsi="Times New Roman" w:eastAsia="宋体"/>
          <w:b w:val="0"/>
          <w:i w:val="0"/>
          <w:sz w:val="21"/>
        </w:rPr>
        <w:t>取 d = 0 可以去掉减法，所以只需用 1、2、3 最大化 c · aᵇ。</w:t>
      </w:r>
    </w:p>
    <w:p>
      <w:pPr>
        <w:spacing w:before="0" w:after="80" w:line="300" w:lineRule="auto"/>
        <w:jc w:val="left"/>
      </w:pPr>
      <w:r>
        <w:rPr>
          <w:rFonts w:ascii="Times New Roman" w:hAnsi="Times New Roman" w:eastAsia="宋体"/>
          <w:b w:val="0"/>
          <w:i w:val="0"/>
          <w:sz w:val="21"/>
        </w:rPr>
        <w:t>取 c = 1、a = 3、b = 2，得到 3² = 9。另一种大幂 2³ = 8 更小，而让 c &gt; 1 会迫使幂更小，所以最大值为 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Setting d = 0 removes the subtraction, so we maximize c · aᵇ using 1, 2, 3.</w:t>
      </w:r>
    </w:p>
    <w:p>
      <w:pPr>
        <w:spacing w:before="0" w:after="80" w:line="300" w:lineRule="auto"/>
        <w:jc w:val="left"/>
      </w:pPr>
      <w:r>
        <w:rPr>
          <w:rFonts w:ascii="Times New Roman" w:hAnsi="Times New Roman" w:eastAsia="宋体"/>
          <w:b w:val="0"/>
          <w:i w:val="0"/>
          <w:color w:val="333333"/>
          <w:sz w:val="19"/>
        </w:rPr>
        <w:t>Taking c = 1, a = 3, b = 2 gives 3² = 9. The alternative 2³ = 8 is smaller, and any assignment with c &gt; 1 forces a smaller power. The maximum is 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当 m &lt; n 时，m! · n! 等于 (m!)² · (m+1)(m+2)⋯ n。前面的平方因子不影响判断，因此只需检查 (m+1)⋯ n 是否为完全平方数。</w:t>
      </w:r>
    </w:p>
    <w:p>
      <w:pPr>
        <w:spacing w:before="0" w:after="80" w:line="300" w:lineRule="auto"/>
        <w:jc w:val="left"/>
      </w:pPr>
      <w:r>
        <w:rPr>
          <w:rFonts w:ascii="Times New Roman" w:hAnsi="Times New Roman" w:eastAsia="宋体"/>
          <w:b w:val="0"/>
          <w:i w:val="0"/>
          <w:sz w:val="21"/>
        </w:rPr>
        <w:t>五个选项的剩余因子分别为 99、99 · 100、100、100 · 101 和 101。只有 100 = 10² 是完全平方数。</w:t>
      </w:r>
    </w:p>
    <w:p>
      <w:pPr>
        <w:spacing w:before="0" w:after="80" w:line="300" w:lineRule="auto"/>
        <w:jc w:val="left"/>
      </w:pPr>
      <w:r>
        <w:rPr>
          <w:rFonts w:ascii="Times New Roman" w:hAnsi="Times New Roman" w:eastAsia="宋体"/>
          <w:b w:val="0"/>
          <w:i w:val="0"/>
          <w:sz w:val="21"/>
        </w:rPr>
        <w:t>因此 99! · 100! = (99! · 10)² 是完全平方数。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m &lt; n, m! · n! equals (m!)² · (m+1)(m+2)⋯ n, which is a perfect square precisely when (m+1)⋯ n is a perfect square.</w:t>
      </w:r>
    </w:p>
    <w:p>
      <w:pPr>
        <w:spacing w:before="0" w:after="80" w:line="300" w:lineRule="auto"/>
        <w:jc w:val="left"/>
      </w:pPr>
      <w:r>
        <w:rPr>
          <w:rFonts w:ascii="Times New Roman" w:hAnsi="Times New Roman" w:eastAsia="宋体"/>
          <w:b w:val="0"/>
          <w:i w:val="0"/>
          <w:color w:val="333333"/>
          <w:sz w:val="19"/>
        </w:rPr>
        <w:t>For the five choices this leftover factor is 99, 99 · 100, 100, 100 · 101, and 101. Only 100 = 10² is a perfect square.</w:t>
      </w:r>
    </w:p>
    <w:p>
      <w:pPr>
        <w:spacing w:before="0" w:after="80" w:line="300" w:lineRule="auto"/>
        <w:jc w:val="left"/>
      </w:pPr>
      <w:r>
        <w:rPr>
          <w:rFonts w:ascii="Times New Roman" w:hAnsi="Times New Roman" w:eastAsia="宋体"/>
          <w:b w:val="0"/>
          <w:i w:val="0"/>
          <w:color w:val="333333"/>
          <w:sz w:val="19"/>
        </w:rPr>
        <w:t>Therefore 99! · 100! = (99! · 10)² is the perfect square.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A</w:t>
      </w:r>
    </w:p>
    <w:p>
      <w:pPr>
        <w:spacing w:before="0" w:after="80" w:line="300" w:lineRule="auto"/>
        <w:jc w:val="left"/>
      </w:pPr>
      <w:r>
        <w:rPr>
          <w:rFonts w:ascii="Times New Roman" w:hAnsi="Times New Roman" w:eastAsia="宋体"/>
          <w:b w:val="0"/>
          <w:i w:val="0"/>
          <w:sz w:val="21"/>
        </w:rPr>
        <w:t>Isabella 得到 10/7d 加元，花掉 60 加元后剩 d 加元，所以</w:t>
      </w:r>
    </w:p>
    <w:p>
      <w:pPr>
        <w:spacing w:before="0" w:after="80" w:line="300" w:lineRule="auto"/>
        <w:jc w:val="left"/>
      </w:pPr>
      <w:r>
        <w:rPr>
          <w:rFonts w:ascii="Times New Roman" w:hAnsi="Times New Roman" w:eastAsia="宋体"/>
          <w:b w:val="0"/>
          <w:i w:val="0"/>
          <w:sz w:val="21"/>
        </w:rPr>
        <w:t>10/7d - 60 = d。</w:t>
      </w:r>
    </w:p>
    <w:p>
      <w:pPr>
        <w:spacing w:before="0" w:after="80" w:line="300" w:lineRule="auto"/>
        <w:jc w:val="left"/>
      </w:pPr>
      <w:r>
        <w:rPr>
          <w:rFonts w:ascii="Times New Roman" w:hAnsi="Times New Roman" w:eastAsia="宋体"/>
          <w:b w:val="0"/>
          <w:i w:val="0"/>
          <w:sz w:val="21"/>
        </w:rPr>
        <w:t>即 3/7d = 60，所以 d = 140。数字和为 1 + 4 + 0 = 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Isabella received 10/7d Canadian dollars and spent 60, leaving d. So</w:t>
      </w:r>
    </w:p>
    <w:p>
      <w:pPr>
        <w:spacing w:before="0" w:after="80" w:line="300" w:lineRule="auto"/>
        <w:jc w:val="left"/>
      </w:pPr>
      <w:r>
        <w:rPr>
          <w:rFonts w:ascii="Times New Roman" w:hAnsi="Times New Roman" w:eastAsia="宋体"/>
          <w:b w:val="0"/>
          <w:i w:val="0"/>
          <w:color w:val="333333"/>
          <w:sz w:val="19"/>
        </w:rPr>
        <w:t>10/7d - 60 = d.</w:t>
      </w:r>
    </w:p>
    <w:p>
      <w:pPr>
        <w:spacing w:before="0" w:after="80" w:line="300" w:lineRule="auto"/>
        <w:jc w:val="left"/>
      </w:pPr>
      <w:r>
        <w:rPr>
          <w:rFonts w:ascii="Times New Roman" w:hAnsi="Times New Roman" w:eastAsia="宋体"/>
          <w:b w:val="0"/>
          <w:i w:val="0"/>
          <w:color w:val="333333"/>
          <w:sz w:val="19"/>
        </w:rPr>
        <w:t>Then 3/7d = 60, so d = 140. The sum of its digits is 1 + 4 + 0 = 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A</w:t>
      </w:r>
    </w:p>
    <w:p>
      <w:pPr>
        <w:spacing w:before="0" w:after="80" w:line="300" w:lineRule="auto"/>
        <w:jc w:val="left"/>
      </w:pPr>
      <w:r>
        <w:rPr>
          <w:rFonts w:ascii="Times New Roman" w:hAnsi="Times New Roman" w:eastAsia="宋体"/>
          <w:b w:val="0"/>
          <w:i w:val="0"/>
          <w:sz w:val="21"/>
        </w:rPr>
        <w:t>两个给定方向互相垂直，因此机场位于一个直角三角形的直角顶点，两条直角边为 8 和 10。</w:t>
      </w:r>
    </w:p>
    <w:p>
      <w:pPr>
        <w:spacing w:before="0" w:after="80" w:line="300" w:lineRule="auto"/>
        <w:jc w:val="left"/>
      </w:pPr>
      <w:r>
        <w:rPr>
          <w:rFonts w:ascii="Times New Roman" w:hAnsi="Times New Roman" w:eastAsia="宋体"/>
          <w:b w:val="0"/>
          <w:i w:val="0"/>
          <w:sz w:val="21"/>
        </w:rPr>
        <w:t>两个市中心之间的距离为 √(8² + 10²) = √(164) ≈ 12.8，最接近 13。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given directions are perpendicular, so the airport sits at the right angle of a right triangle with legs 8 and 10.</w:t>
      </w:r>
    </w:p>
    <w:p>
      <w:pPr>
        <w:spacing w:before="0" w:after="80" w:line="300" w:lineRule="auto"/>
        <w:jc w:val="left"/>
      </w:pPr>
      <w:r>
        <w:rPr>
          <w:rFonts w:ascii="Times New Roman" w:hAnsi="Times New Roman" w:eastAsia="宋体"/>
          <w:b w:val="0"/>
          <w:i w:val="0"/>
          <w:color w:val="333333"/>
          <w:sz w:val="19"/>
        </w:rPr>
        <w:t>The distance between the downtowns is √(8² + 10²) = √(164) ≈ 12.8, which is closest to 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正方形面积为 10² = 100，圆面积为 π(10)² = 100π。</w:t>
      </w:r>
    </w:p>
    <w:p>
      <w:pPr>
        <w:spacing w:before="0" w:after="80" w:line="300" w:lineRule="auto"/>
        <w:jc w:val="left"/>
      </w:pPr>
      <w:r>
        <w:rPr>
          <w:rFonts w:ascii="Times New Roman" w:hAnsi="Times New Roman" w:eastAsia="宋体"/>
          <w:b w:val="0"/>
          <w:i w:val="0"/>
          <w:sz w:val="21"/>
        </w:rPr>
        <w:t>因为圆心在正方形顶点，正好有四分之一圆位于正方形内部，面积为 25π。</w:t>
      </w:r>
    </w:p>
    <w:p>
      <w:pPr>
        <w:spacing w:before="0" w:after="80" w:line="300" w:lineRule="auto"/>
        <w:jc w:val="left"/>
      </w:pPr>
      <w:r>
        <w:rPr>
          <w:rFonts w:ascii="Times New Roman" w:hAnsi="Times New Roman" w:eastAsia="宋体"/>
          <w:b w:val="0"/>
          <w:i w:val="0"/>
          <w:sz w:val="21"/>
        </w:rPr>
        <w:t>并集面积为 100 + 100π - 25π = 100 + 75π。</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square has area 10² = 100 and the circle has area π(10)² = 100π.</w:t>
      </w:r>
    </w:p>
    <w:p>
      <w:pPr>
        <w:spacing w:before="0" w:after="80" w:line="300" w:lineRule="auto"/>
        <w:jc w:val="left"/>
      </w:pPr>
      <w:r>
        <w:rPr>
          <w:rFonts w:ascii="Times New Roman" w:hAnsi="Times New Roman" w:eastAsia="宋体"/>
          <w:b w:val="0"/>
          <w:i w:val="0"/>
          <w:color w:val="333333"/>
          <w:sz w:val="19"/>
        </w:rPr>
        <w:t>Since the circle is centered at a vertex of the square, exactly one quarter of the circle, area 25π, lies inside the square.</w:t>
      </w:r>
    </w:p>
    <w:p>
      <w:pPr>
        <w:spacing w:before="0" w:after="80" w:line="300" w:lineRule="auto"/>
        <w:jc w:val="left"/>
      </w:pPr>
      <w:r>
        <w:rPr>
          <w:rFonts w:ascii="Times New Roman" w:hAnsi="Times New Roman" w:eastAsia="宋体"/>
          <w:b w:val="0"/>
          <w:i w:val="0"/>
          <w:color w:val="333333"/>
          <w:sz w:val="19"/>
        </w:rPr>
        <w:t>The union has area 100 + 100π - 25π = 100 + 75π.</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D</w:t>
      </w:r>
    </w:p>
    <w:p>
      <w:pPr>
        <w:spacing w:before="0" w:after="80" w:line="300" w:lineRule="auto"/>
        <w:jc w:val="left"/>
      </w:pPr>
      <w:r>
        <w:rPr>
          <w:rFonts w:ascii="Times New Roman" w:hAnsi="Times New Roman" w:eastAsia="宋体"/>
          <w:b w:val="0"/>
          <w:i w:val="0"/>
          <w:sz w:val="21"/>
        </w:rPr>
        <w:t>各排罐头数为 1, 3, 5, …，前 n 个奇数的和为 n²。</w:t>
      </w:r>
    </w:p>
    <w:p>
      <w:pPr>
        <w:spacing w:before="0" w:after="80" w:line="300" w:lineRule="auto"/>
        <w:jc w:val="left"/>
      </w:pPr>
      <w:r>
        <w:rPr>
          <w:rFonts w:ascii="Times New Roman" w:hAnsi="Times New Roman" w:eastAsia="宋体"/>
          <w:b w:val="0"/>
          <w:i w:val="0"/>
          <w:sz w:val="21"/>
        </w:rPr>
        <w:t>令 n² = 100，得 n = 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rows hold 1, 3, 5, … cans, and the sum of the first n odd numbers is n².</w:t>
      </w:r>
    </w:p>
    <w:p>
      <w:pPr>
        <w:spacing w:before="0" w:after="80" w:line="300" w:lineRule="auto"/>
        <w:jc w:val="left"/>
      </w:pPr>
      <w:r>
        <w:rPr>
          <w:rFonts w:ascii="Times New Roman" w:hAnsi="Times New Roman" w:eastAsia="宋体"/>
          <w:b w:val="0"/>
          <w:i w:val="0"/>
          <w:color w:val="333333"/>
          <w:sz w:val="19"/>
        </w:rPr>
        <w:t>Setting n² = 100 gives n = 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共有 8 · 8 = 64 个有序结果。条件 mn &gt; m + n 等价于 (m-1)(n-1) &gt; 1。</w:t>
      </w:r>
    </w:p>
    <w:p>
      <w:pPr>
        <w:spacing w:before="0" w:after="80" w:line="300" w:lineRule="auto"/>
        <w:jc w:val="left"/>
      </w:pPr>
      <w:r>
        <w:rPr>
          <w:rFonts w:ascii="Times New Roman" w:hAnsi="Times New Roman" w:eastAsia="宋体"/>
          <w:b w:val="0"/>
          <w:i w:val="0"/>
          <w:sz w:val="21"/>
        </w:rPr>
        <w:t>不满足条件的情况只有 m = 1、n = 1，或 m = n = 2。这些情况共有 8 + 8 - 1 + 1 = 16 个。</w:t>
      </w:r>
    </w:p>
    <w:p>
      <w:pPr>
        <w:spacing w:before="0" w:after="80" w:line="300" w:lineRule="auto"/>
        <w:jc w:val="left"/>
      </w:pPr>
      <w:r>
        <w:rPr>
          <w:rFonts w:ascii="Times New Roman" w:hAnsi="Times New Roman" w:eastAsia="宋体"/>
          <w:b w:val="0"/>
          <w:i w:val="0"/>
          <w:sz w:val="21"/>
        </w:rPr>
        <w:t>因此概率为 (64 - 16)/64 = 48/64 = 3/4。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8 · 8 = 64 ordered pairs. The inequality mn &gt; m + n is equivalent to (m-1)(n-1) &gt; 1.</w:t>
      </w:r>
    </w:p>
    <w:p>
      <w:pPr>
        <w:spacing w:before="0" w:after="80" w:line="300" w:lineRule="auto"/>
        <w:jc w:val="left"/>
      </w:pPr>
      <w:r>
        <w:rPr>
          <w:rFonts w:ascii="Times New Roman" w:hAnsi="Times New Roman" w:eastAsia="宋体"/>
          <w:b w:val="0"/>
          <w:i w:val="0"/>
          <w:color w:val="333333"/>
          <w:sz w:val="19"/>
        </w:rPr>
        <w:t>This fails only when m = 1, n = 1, or m = n = 2, which account for 8 + 8 - 1 + 1 = 16 pairs.</w:t>
      </w:r>
    </w:p>
    <w:p>
      <w:pPr>
        <w:spacing w:before="0" w:after="80" w:line="300" w:lineRule="auto"/>
        <w:jc w:val="left"/>
      </w:pPr>
      <w:r>
        <w:rPr>
          <w:rFonts w:ascii="Times New Roman" w:hAnsi="Times New Roman" w:eastAsia="宋体"/>
          <w:b w:val="0"/>
          <w:i w:val="0"/>
          <w:color w:val="333333"/>
          <w:sz w:val="19"/>
        </w:rPr>
        <w:t>The probability is (64 - 16)/64 = 48/64 = 3/4.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A</w:t>
      </w:r>
    </w:p>
    <w:p>
      <w:pPr>
        <w:spacing w:before="0" w:after="80" w:line="300" w:lineRule="auto"/>
        <w:jc w:val="left"/>
      </w:pPr>
      <w:r>
        <w:rPr>
          <w:rFonts w:ascii="Times New Roman" w:hAnsi="Times New Roman" w:eastAsia="宋体"/>
          <w:b w:val="0"/>
          <w:i w:val="0"/>
          <w:sz w:val="21"/>
        </w:rPr>
        <w:t>圆环面积是两个圆面积之差，即 π b² - π c²。</w:t>
      </w:r>
    </w:p>
    <w:p>
      <w:pPr>
        <w:spacing w:before="0" w:after="80" w:line="300" w:lineRule="auto"/>
        <w:jc w:val="left"/>
      </w:pPr>
      <w:r>
        <w:rPr>
          <w:rFonts w:ascii="Times New Roman" w:hAnsi="Times New Roman" w:eastAsia="宋体"/>
          <w:b w:val="0"/>
          <w:i w:val="0"/>
          <w:sz w:val="21"/>
        </w:rPr>
        <w:t>因为 XZ 在 Z 点与小圆相切，所以它垂直于半径 OZ。在直角三角形 OZX 中，OX = b、OZ = c、XZ = a，所以 b² - c² = a²。</w:t>
      </w:r>
    </w:p>
    <w:p>
      <w:pPr>
        <w:spacing w:before="0" w:after="80" w:line="300" w:lineRule="auto"/>
        <w:jc w:val="left"/>
      </w:pPr>
      <w:r>
        <w:rPr>
          <w:rFonts w:ascii="Times New Roman" w:hAnsi="Times New Roman" w:eastAsia="宋体"/>
          <w:b w:val="0"/>
          <w:i w:val="0"/>
          <w:sz w:val="21"/>
        </w:rPr>
        <w:t>因此圆环面积为 π a²。</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annulus is the difference of the two circular areas, π b² - π c².</w:t>
      </w:r>
    </w:p>
    <w:p>
      <w:pPr>
        <w:spacing w:before="0" w:after="80" w:line="300" w:lineRule="auto"/>
        <w:jc w:val="left"/>
      </w:pPr>
      <w:r>
        <w:rPr>
          <w:rFonts w:ascii="Times New Roman" w:hAnsi="Times New Roman" w:eastAsia="宋体"/>
          <w:b w:val="0"/>
          <w:i w:val="0"/>
          <w:color w:val="333333"/>
          <w:sz w:val="19"/>
        </w:rPr>
        <w:t>Because XZ is tangent to the small circle at Z, it is perpendicular to the radius OZ. In right triangle OZX with OX = b, OZ = c, and XZ = a, we get b² - c² = a².</w:t>
      </w:r>
    </w:p>
    <w:p>
      <w:pPr>
        <w:spacing w:before="0" w:after="80" w:line="300" w:lineRule="auto"/>
        <w:jc w:val="left"/>
      </w:pPr>
      <w:r>
        <w:rPr>
          <w:rFonts w:ascii="Times New Roman" w:hAnsi="Times New Roman" w:eastAsia="宋体"/>
          <w:b w:val="0"/>
          <w:i w:val="0"/>
          <w:color w:val="333333"/>
          <w:sz w:val="19"/>
        </w:rPr>
        <w:t>Therefore the area of the annulus is π a².</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val="0"/>
          <w:i w:val="0"/>
          <w:sz w:val="21"/>
        </w:rPr>
        <w:t>把每个厚度都用百分之一毫米表示。四种可能的厚度为 135、155、175、195，它们都同余于 15pmod20。若一摞有 k 枚硬币且高度为整数毫米，则以百分之一毫米表示的总厚度能被 20 整除，所以 15k 能被 20 整除。因此 k 必须是 4 的倍数。</w:t>
      </w:r>
    </w:p>
    <w:p>
      <w:pPr>
        <w:spacing w:before="0" w:after="80" w:line="300" w:lineRule="auto"/>
        <w:jc w:val="left"/>
      </w:pPr>
      <w:r>
        <w:rPr>
          <w:rFonts w:ascii="Times New Roman" w:hAnsi="Times New Roman" w:eastAsia="宋体"/>
          <w:b w:val="0"/>
          <w:i w:val="0"/>
          <w:sz w:val="21"/>
        </w:rPr>
        <w:t>4 枚硬币的高度至多为 4(1.95) = 7.8 毫米，12 枚硬币的高度至少为 12(1.35) = 16.2 毫米，所以只有 8 枚硬币可能恰好高 14 毫米。</w:t>
      </w:r>
    </w:p>
    <w:p>
      <w:pPr>
        <w:spacing w:before="0" w:after="80" w:line="300" w:lineRule="auto"/>
        <w:jc w:val="left"/>
      </w:pPr>
      <w:r>
        <w:rPr>
          <w:rFonts w:ascii="Times New Roman" w:hAnsi="Times New Roman" w:eastAsia="宋体"/>
          <w:b w:val="0"/>
          <w:i w:val="0"/>
          <w:sz w:val="21"/>
        </w:rPr>
        <w:t>事实上，8 枚二十五美分硬币的高度为 8(1.75) = 14 毫米。</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Measure every thickness in hundredths of a millimeter. The four possible thicknesses are 135, 155, 175, 195, all congruent to 15pmod20. If the stack has k coins and an integer height, its total in hundredths is divisible by 20, so 15k is divisible by 20. Therefore k must be a multiple of 4.</w:t>
      </w:r>
    </w:p>
    <w:p>
      <w:pPr>
        <w:spacing w:before="0" w:after="80" w:line="300" w:lineRule="auto"/>
        <w:jc w:val="left"/>
      </w:pPr>
      <w:r>
        <w:rPr>
          <w:rFonts w:ascii="Times New Roman" w:hAnsi="Times New Roman" w:eastAsia="宋体"/>
          <w:b w:val="0"/>
          <w:i w:val="0"/>
          <w:color w:val="333333"/>
          <w:sz w:val="19"/>
        </w:rPr>
        <w:t>A stack of 4 coins is at most 4(1.95) = 7.8 mm, and a stack of 12 coins is at least 12(1.35) = 16.2 mm, so only 8 coins can total 14 mm.</w:t>
      </w:r>
    </w:p>
    <w:p>
      <w:pPr>
        <w:spacing w:before="0" w:after="80" w:line="300" w:lineRule="auto"/>
        <w:jc w:val="left"/>
      </w:pPr>
      <w:r>
        <w:rPr>
          <w:rFonts w:ascii="Times New Roman" w:hAnsi="Times New Roman" w:eastAsia="宋体"/>
          <w:b w:val="0"/>
          <w:i w:val="0"/>
          <w:color w:val="333333"/>
          <w:sz w:val="19"/>
        </w:rPr>
        <w:t>Indeed, 8 quarters give 8(1.75) = 14 mm.</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设蓝色弹珠数为 B。加入红色弹珠后，总数为 3B；加入黄色弹珠后，总数为 5B，蓝色仍为 B。</w:t>
      </w:r>
    </w:p>
    <w:p>
      <w:pPr>
        <w:spacing w:before="0" w:after="80" w:line="300" w:lineRule="auto"/>
        <w:jc w:val="left"/>
      </w:pPr>
      <w:r>
        <w:rPr>
          <w:rFonts w:ascii="Times New Roman" w:hAnsi="Times New Roman" w:eastAsia="宋体"/>
          <w:b w:val="0"/>
          <w:i w:val="0"/>
          <w:sz w:val="21"/>
        </w:rPr>
        <w:t>将蓝色弹珠数量加倍后，有 2B 个蓝色弹珠，总数变为 6B，所以蓝色所占比例为 2B/6B = 1/3。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there be B blue marbles. After adding red marbles the total is 3B; after adding yellow marbles the total is 5B, still with B blue.</w:t>
      </w:r>
    </w:p>
    <w:p>
      <w:pPr>
        <w:spacing w:before="0" w:after="80" w:line="300" w:lineRule="auto"/>
        <w:jc w:val="left"/>
      </w:pPr>
      <w:r>
        <w:rPr>
          <w:rFonts w:ascii="Times New Roman" w:hAnsi="Times New Roman" w:eastAsia="宋体"/>
          <w:b w:val="0"/>
          <w:i w:val="0"/>
          <w:color w:val="333333"/>
          <w:sz w:val="19"/>
        </w:rPr>
        <w:t>Doubling the blue marbles gives 2B blue out of 6B total, which is 2B/6B = 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A</w:t>
      </w:r>
    </w:p>
    <w:p>
      <w:pPr>
        <w:spacing w:before="0" w:after="80" w:line="300" w:lineRule="auto"/>
        <w:jc w:val="left"/>
      </w:pPr>
      <w:r>
        <w:rPr>
          <w:rFonts w:ascii="Times New Roman" w:hAnsi="Times New Roman" w:eastAsia="宋体"/>
          <w:b w:val="0"/>
          <w:i w:val="0"/>
          <w:sz w:val="21"/>
        </w:rPr>
        <w:t>交换后价值增加，所以 Patty 的五分硬币比十分硬币多。每枚硬币交换后价值变化 5 美分，所以五分硬币比十分硬币多 70/5 = 14 枚。</w:t>
      </w:r>
    </w:p>
    <w:p>
      <w:pPr>
        <w:spacing w:before="0" w:after="80" w:line="300" w:lineRule="auto"/>
        <w:jc w:val="left"/>
      </w:pPr>
      <w:r>
        <w:rPr>
          <w:rFonts w:ascii="Times New Roman" w:hAnsi="Times New Roman" w:eastAsia="宋体"/>
          <w:b w:val="0"/>
          <w:i w:val="0"/>
          <w:sz w:val="21"/>
        </w:rPr>
        <w:t>两种硬币的数量满足 n + d = 20 和 n - d = 14，解得她有 17 枚五分硬币和 3 枚十分硬币。</w:t>
      </w:r>
    </w:p>
    <w:p>
      <w:pPr>
        <w:spacing w:before="0" w:after="80" w:line="300" w:lineRule="auto"/>
        <w:jc w:val="left"/>
      </w:pPr>
      <w:r>
        <w:rPr>
          <w:rFonts w:ascii="Times New Roman" w:hAnsi="Times New Roman" w:eastAsia="宋体"/>
          <w:b w:val="0"/>
          <w:i w:val="0"/>
          <w:sz w:val="21"/>
        </w:rPr>
        <w:t>她的硬币总值为 17 · 5 + 3 · 10 = 115 美分，即 $1.15。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Swapping increases the value, so Patty has more nickels than dimes. Each swapped coin changes the total by 5 cents, so she has 70/5 = 14 more nickels than dimes.</w:t>
      </w:r>
    </w:p>
    <w:p>
      <w:pPr>
        <w:spacing w:before="0" w:after="80" w:line="300" w:lineRule="auto"/>
        <w:jc w:val="left"/>
      </w:pPr>
      <w:r>
        <w:rPr>
          <w:rFonts w:ascii="Times New Roman" w:hAnsi="Times New Roman" w:eastAsia="宋体"/>
          <w:b w:val="0"/>
          <w:i w:val="0"/>
          <w:color w:val="333333"/>
          <w:sz w:val="19"/>
        </w:rPr>
        <w:t>With n + d = 20 and n - d = 14, she has 17 nickels and 3 dimes.</w:t>
      </w:r>
    </w:p>
    <w:p>
      <w:pPr>
        <w:spacing w:before="0" w:after="80" w:line="300" w:lineRule="auto"/>
        <w:jc w:val="left"/>
      </w:pPr>
      <w:r>
        <w:rPr>
          <w:rFonts w:ascii="Times New Roman" w:hAnsi="Times New Roman" w:eastAsia="宋体"/>
          <w:b w:val="0"/>
          <w:i w:val="0"/>
          <w:color w:val="333333"/>
          <w:sz w:val="19"/>
        </w:rPr>
        <w:t>Her coins are worth 17 · 5 + 3 · 10 = 115 cents, or $1.15.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三个单位圆的圆心形成边长为 2 的等边三角形；它的中心就是大圆的圆心。</w:t>
      </w:r>
    </w:p>
    <w:p>
      <w:pPr>
        <w:spacing w:before="0" w:after="80" w:line="300" w:lineRule="auto"/>
        <w:jc w:val="left"/>
      </w:pPr>
      <w:r>
        <w:rPr>
          <w:rFonts w:ascii="Times New Roman" w:hAnsi="Times New Roman" w:eastAsia="宋体"/>
          <w:b w:val="0"/>
          <w:i w:val="0"/>
          <w:sz w:val="21"/>
        </w:rPr>
        <w:t>对于边长为 2 的等边三角形，中心到顶点的距离为 2/(√(3)) = (2√(3))/3。</w:t>
      </w:r>
    </w:p>
    <w:p>
      <w:pPr>
        <w:spacing w:before="0" w:after="80" w:line="300" w:lineRule="auto"/>
        <w:jc w:val="left"/>
      </w:pPr>
      <w:r>
        <w:rPr>
          <w:rFonts w:ascii="Times New Roman" w:hAnsi="Times New Roman" w:eastAsia="宋体"/>
          <w:b w:val="0"/>
          <w:i w:val="0"/>
          <w:sz w:val="21"/>
        </w:rPr>
        <w:t>再加上单位圆半径，大圆半径为 1 + (2√(3))/3 = (3 + 2√(3))/3。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centers of the three unit circles form an equilateral triangle with side 2. Its center is the center of the large circle.</w:t>
      </w:r>
    </w:p>
    <w:p>
      <w:pPr>
        <w:spacing w:before="0" w:after="80" w:line="300" w:lineRule="auto"/>
        <w:jc w:val="left"/>
      </w:pPr>
      <w:r>
        <w:rPr>
          <w:rFonts w:ascii="Times New Roman" w:hAnsi="Times New Roman" w:eastAsia="宋体"/>
          <w:b w:val="0"/>
          <w:i w:val="0"/>
          <w:color w:val="333333"/>
          <w:sz w:val="19"/>
        </w:rPr>
        <w:t>For an equilateral triangle of side length 2, the distance from its center to a vertex is 2/(√(3)) = (2√(3))/3.</w:t>
      </w:r>
    </w:p>
    <w:p>
      <w:pPr>
        <w:spacing w:before="0" w:after="80" w:line="300" w:lineRule="auto"/>
        <w:jc w:val="left"/>
      </w:pPr>
      <w:r>
        <w:rPr>
          <w:rFonts w:ascii="Times New Roman" w:hAnsi="Times New Roman" w:eastAsia="宋体"/>
          <w:b w:val="0"/>
          <w:i w:val="0"/>
          <w:color w:val="333333"/>
          <w:sz w:val="19"/>
        </w:rPr>
        <w:t>Adding the unit radius, the large radius is 1 + (2√(3))/3 = (3 + 2√(3))/3.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B</w:t>
      </w:r>
    </w:p>
    <w:p>
      <w:pPr>
        <w:spacing w:before="0" w:after="80" w:line="300" w:lineRule="auto"/>
        <w:jc w:val="left"/>
      </w:pPr>
      <w:r>
        <w:rPr>
          <w:rFonts w:ascii="Times New Roman" w:hAnsi="Times New Roman" w:eastAsia="宋体"/>
          <w:b w:val="0"/>
          <w:i w:val="0"/>
          <w:sz w:val="21"/>
        </w:rPr>
        <w:t>设 Jack 的年龄为 10x + y，Bill 的年龄为 10y + x。条件给出 10x + y + 5 = 2(10y + x + 5)，即 8x = 19y + 5。</w:t>
      </w:r>
    </w:p>
    <w:p>
      <w:pPr>
        <w:spacing w:before="0" w:after="80" w:line="300" w:lineRule="auto"/>
        <w:jc w:val="left"/>
      </w:pPr>
      <w:r>
        <w:rPr>
          <w:rFonts w:ascii="Times New Roman" w:hAnsi="Times New Roman" w:eastAsia="宋体"/>
          <w:b w:val="0"/>
          <w:i w:val="0"/>
          <w:sz w:val="21"/>
        </w:rPr>
        <w:t>由于 x 和 y 是数字，唯一解为 y = 1、x = 3。</w:t>
      </w:r>
    </w:p>
    <w:p>
      <w:pPr>
        <w:spacing w:before="0" w:after="80" w:line="300" w:lineRule="auto"/>
        <w:jc w:val="left"/>
      </w:pPr>
      <w:r>
        <w:rPr>
          <w:rFonts w:ascii="Times New Roman" w:hAnsi="Times New Roman" w:eastAsia="宋体"/>
          <w:b w:val="0"/>
          <w:i w:val="0"/>
          <w:sz w:val="21"/>
        </w:rPr>
        <w:t>所以 Jack 为 31 岁，Bill 为 13 岁，差为 18。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Jack’s age be 10x + y and Bill’s be 10y + x. In five years 10x + y + 5 = 2(10y + x + 5), which simplifies to 8x = 19y + 5.</w:t>
      </w:r>
    </w:p>
    <w:p>
      <w:pPr>
        <w:spacing w:before="0" w:after="80" w:line="300" w:lineRule="auto"/>
        <w:jc w:val="left"/>
      </w:pPr>
      <w:r>
        <w:rPr>
          <w:rFonts w:ascii="Times New Roman" w:hAnsi="Times New Roman" w:eastAsia="宋体"/>
          <w:b w:val="0"/>
          <w:i w:val="0"/>
          <w:color w:val="333333"/>
          <w:sz w:val="19"/>
        </w:rPr>
        <w:t>Since x and y are digits, the only solution is y = 1, x = 3.</w:t>
      </w:r>
    </w:p>
    <w:p>
      <w:pPr>
        <w:spacing w:before="0" w:after="80" w:line="300" w:lineRule="auto"/>
        <w:jc w:val="left"/>
      </w:pPr>
      <w:r>
        <w:rPr>
          <w:rFonts w:ascii="Times New Roman" w:hAnsi="Times New Roman" w:eastAsia="宋体"/>
          <w:b w:val="0"/>
          <w:i w:val="0"/>
          <w:color w:val="333333"/>
          <w:sz w:val="19"/>
        </w:rPr>
        <w:t>So Jack is 31 and Bill is 13, a difference of 18.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E</w:t>
      </w:r>
    </w:p>
    <w:p>
      <w:pPr>
        <w:spacing w:before="0" w:after="80" w:line="300" w:lineRule="auto"/>
        <w:jc w:val="left"/>
      </w:pPr>
      <w:r>
        <w:rPr>
          <w:rFonts w:ascii="Times New Roman" w:hAnsi="Times New Roman" w:eastAsia="宋体"/>
          <w:b w:val="0"/>
          <w:i w:val="0"/>
          <w:sz w:val="21"/>
        </w:rPr>
        <w:t>△ ACE 的面积是 1/2(12)(16) = 96。</w:t>
      </w:r>
    </w:p>
    <w:p>
      <w:pPr>
        <w:spacing w:before="0" w:after="80" w:line="300" w:lineRule="auto"/>
        <w:jc w:val="left"/>
      </w:pPr>
      <w:r>
        <w:rPr>
          <w:rFonts w:ascii="Times New Roman" w:hAnsi="Times New Roman" w:eastAsia="宋体"/>
          <w:b w:val="0"/>
          <w:i w:val="0"/>
          <w:sz w:val="21"/>
        </w:rPr>
        <w:t>三个角上的三角形 △ ABF、△ BCD 和 △ DEF 的一组底和高，分别是 △ ACE 中对应底和高的 3/4 和 1/4。所以每个小三角形的面积都是 △ ACE 面积的 1/4 · 3/4 = 3/16。</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([BDF])/([ACE]) = 1 - 3 · 3/16</w:t>
      </w:r>
    </w:p>
    <w:p>
      <w:pPr>
        <w:spacing w:before="0" w:after="80" w:line="300" w:lineRule="auto"/>
        <w:jc w:val="left"/>
      </w:pPr>
      <w:r>
        <w:rPr>
          <w:rFonts w:ascii="Times New Roman" w:hAnsi="Times New Roman" w:eastAsia="宋体"/>
          <w:b w:val="0"/>
          <w:i w:val="0"/>
          <w:sz w:val="21"/>
        </w:rPr>
        <w:t>= 1 - 9/16 = 7/16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area of △ ACE is 1/2(12)(16) = 96.</w:t>
      </w:r>
    </w:p>
    <w:p>
      <w:pPr>
        <w:spacing w:before="0" w:after="80" w:line="300" w:lineRule="auto"/>
        <w:jc w:val="left"/>
      </w:pPr>
      <w:r>
        <w:rPr>
          <w:rFonts w:ascii="Times New Roman" w:hAnsi="Times New Roman" w:eastAsia="宋体"/>
          <w:b w:val="0"/>
          <w:i w:val="0"/>
          <w:color w:val="333333"/>
          <w:sz w:val="19"/>
        </w:rPr>
        <w:t>Each corner triangle △ ABF, △ BCD, and △ DEF has a base and an altitude that are 3/4 and 1/4 of a corresponding base and altitude of △ ACE. So each has area 1/4 · 3/4 = 3/16 of △ ACE.</w:t>
      </w:r>
    </w:p>
    <w:p>
      <w:pPr>
        <w:spacing w:before="0" w:after="80" w:line="300" w:lineRule="auto"/>
        <w:jc w:val="left"/>
      </w:pPr>
      <w:r>
        <w:rPr>
          <w:rFonts w:ascii="Times New Roman" w:hAnsi="Times New Roman" w:eastAsia="宋体"/>
          <w:b w:val="0"/>
          <w:i w:val="0"/>
          <w:color w:val="333333"/>
          <w:sz w:val="19"/>
        </w:rPr>
        <w:t>Hence</w:t>
      </w:r>
    </w:p>
    <w:p>
      <w:pPr>
        <w:spacing w:before="0" w:after="80" w:line="300" w:lineRule="auto"/>
        <w:jc w:val="left"/>
      </w:pPr>
      <w:r>
        <w:rPr>
          <w:rFonts w:ascii="Times New Roman" w:hAnsi="Times New Roman" w:eastAsia="宋体"/>
          <w:b w:val="0"/>
          <w:i w:val="0"/>
          <w:color w:val="333333"/>
          <w:sz w:val="19"/>
        </w:rPr>
        <w:t>([BDF])/([ACE]) = 1 - 3 · 3/16</w:t>
      </w:r>
    </w:p>
    <w:p>
      <w:pPr>
        <w:spacing w:before="0" w:after="80" w:line="300" w:lineRule="auto"/>
        <w:jc w:val="left"/>
      </w:pPr>
      <w:r>
        <w:rPr>
          <w:rFonts w:ascii="Times New Roman" w:hAnsi="Times New Roman" w:eastAsia="宋体"/>
          <w:b w:val="0"/>
          <w:i w:val="0"/>
          <w:color w:val="333333"/>
          <w:sz w:val="19"/>
        </w:rPr>
        <w:t>= 1 - 9/16 = 7/16.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递推式 aₖ₊₁ = aₖ₋₂ + aₖ₋₁ - aₖ 给出 aₖ₊₁ - aₖ₋₁ = -(aₖ - aₖ₋₂)。数列开头为 2001、2002、2003、2000、2005、1998、…。</w:t>
      </w:r>
    </w:p>
    <w:p>
      <w:pPr>
        <w:spacing w:before="0" w:after="80" w:line="300" w:lineRule="auto"/>
        <w:jc w:val="left"/>
      </w:pPr>
      <w:r>
        <w:rPr>
          <w:rFonts w:ascii="Times New Roman" w:hAnsi="Times New Roman" w:eastAsia="宋体"/>
          <w:b w:val="0"/>
          <w:i w:val="0"/>
          <w:sz w:val="21"/>
        </w:rPr>
        <w:t>因此偶数位置项形成等差数列 2002, 2000, 1998, …，公差为 -2。第 2004 项是这个等差数列的第 1002 项，即 2002 + 1001(-2) = 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recurrence aₖ₊₁ = aₖ₋₂ + aₖ₋₁ - aₖ gives aₖ₊₁ - aₖ₋₁ = -(aₖ - aₖ₋₂). The sequence begins 2001, 2002, 2003, 2000, 2005, 1998, …</w:t>
      </w:r>
    </w:p>
    <w:p>
      <w:pPr>
        <w:spacing w:before="0" w:after="80" w:line="300" w:lineRule="auto"/>
        <w:jc w:val="left"/>
      </w:pPr>
      <w:r>
        <w:rPr>
          <w:rFonts w:ascii="Times New Roman" w:hAnsi="Times New Roman" w:eastAsia="宋体"/>
          <w:b w:val="0"/>
          <w:i w:val="0"/>
          <w:color w:val="333333"/>
          <w:sz w:val="19"/>
        </w:rPr>
        <w:t>So the even-position terms form the arithmetic sequence 2002, 2000, 1998, … with common difference -2. The 2004th term is its 1002nd term, 2002 + 1001(-2) = 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设 F 在 AC 上，且 DF ∥ BE。令 ET = x，则 BT = 4x。</w:t>
      </w:r>
    </w:p>
    <w:p>
      <w:pPr>
        <w:spacing w:before="0" w:after="80" w:line="300" w:lineRule="auto"/>
        <w:jc w:val="left"/>
      </w:pPr>
      <w:r>
        <w:rPr>
          <w:rFonts w:ascii="Times New Roman" w:hAnsi="Times New Roman" w:eastAsia="宋体"/>
          <w:b w:val="0"/>
          <w:i w:val="0"/>
          <w:sz w:val="21"/>
        </w:rPr>
        <w:t>由 △ ATE ∼ △ ADF，得 DF/x = AD/AT = 4/3，所以 DF = 4x/3。</w:t>
      </w:r>
    </w:p>
    <w:p>
      <w:pPr>
        <w:spacing w:before="0" w:after="80" w:line="300" w:lineRule="auto"/>
        <w:jc w:val="left"/>
      </w:pPr>
      <w:r>
        <w:rPr>
          <w:rFonts w:ascii="Times New Roman" w:hAnsi="Times New Roman" w:eastAsia="宋体"/>
          <w:b w:val="0"/>
          <w:i w:val="0"/>
          <w:sz w:val="21"/>
        </w:rPr>
        <w:t>由 △ BEC ∼ △ DFC，得 CD/BC = DF/BE = (4x/3)/5x = 4/15。</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CD/BD = (CD/BC)/(1 - CD/BC)</w:t>
      </w:r>
    </w:p>
    <w:p>
      <w:pPr>
        <w:spacing w:before="0" w:after="80" w:line="300" w:lineRule="auto"/>
        <w:jc w:val="left"/>
      </w:pPr>
      <w:r>
        <w:rPr>
          <w:rFonts w:ascii="Times New Roman" w:hAnsi="Times New Roman" w:eastAsia="宋体"/>
          <w:b w:val="0"/>
          <w:i w:val="0"/>
          <w:sz w:val="21"/>
        </w:rPr>
        <w:t>= (4/15)/(11/15) = 4/11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 be on AC with DF ∥ BE, and write ET = x, BT = 4x.</w:t>
      </w:r>
    </w:p>
    <w:p>
      <w:pPr>
        <w:spacing w:before="0" w:after="80" w:line="300" w:lineRule="auto"/>
        <w:jc w:val="left"/>
      </w:pPr>
      <w:r>
        <w:rPr>
          <w:rFonts w:ascii="Times New Roman" w:hAnsi="Times New Roman" w:eastAsia="宋体"/>
          <w:b w:val="0"/>
          <w:i w:val="0"/>
          <w:color w:val="333333"/>
          <w:sz w:val="19"/>
        </w:rPr>
        <w:t>From △ ATE ∼ △ ADF, DF/x = AD/AT = 4/3, so DF = 4x/3.</w:t>
      </w:r>
    </w:p>
    <w:p>
      <w:pPr>
        <w:spacing w:before="0" w:after="80" w:line="300" w:lineRule="auto"/>
        <w:jc w:val="left"/>
      </w:pPr>
      <w:r>
        <w:rPr>
          <w:rFonts w:ascii="Times New Roman" w:hAnsi="Times New Roman" w:eastAsia="宋体"/>
          <w:b w:val="0"/>
          <w:i w:val="0"/>
          <w:color w:val="333333"/>
          <w:sz w:val="19"/>
        </w:rPr>
        <w:t>From △ BEC ∼ △ DFC, CD/BC = DF/BE = (4x/3)/5x = 4/15.</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CD/BD = (CD/BC)/(1 - CD/BC)</w:t>
      </w:r>
    </w:p>
    <w:p>
      <w:pPr>
        <w:spacing w:before="0" w:after="80" w:line="300" w:lineRule="auto"/>
        <w:jc w:val="left"/>
      </w:pPr>
      <w:r>
        <w:rPr>
          <w:rFonts w:ascii="Times New Roman" w:hAnsi="Times New Roman" w:eastAsia="宋体"/>
          <w:b w:val="0"/>
          <w:i w:val="0"/>
          <w:color w:val="333333"/>
          <w:sz w:val="19"/>
        </w:rPr>
        <w:t>= (4/15)/(11/15) = 4/11.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A</w:t>
      </w:r>
    </w:p>
    <w:p>
      <w:pPr>
        <w:spacing w:before="0" w:after="80" w:line="300" w:lineRule="auto"/>
        <w:jc w:val="left"/>
      </w:pPr>
      <w:r>
        <w:rPr>
          <w:rFonts w:ascii="Times New Roman" w:hAnsi="Times New Roman" w:eastAsia="宋体"/>
          <w:b w:val="0"/>
          <w:i w:val="0"/>
          <w:sz w:val="21"/>
        </w:rPr>
        <w:t>第一个数列为 1 + 3k，最大项为 6010。第二个数列为 9 + 7j，其最后一项更大，所以公共项上界由 6010 限制。</w:t>
      </w:r>
    </w:p>
    <w:p>
      <w:pPr>
        <w:spacing w:before="0" w:after="80" w:line="300" w:lineRule="auto"/>
        <w:jc w:val="left"/>
      </w:pPr>
      <w:r>
        <w:rPr>
          <w:rFonts w:ascii="Times New Roman" w:hAnsi="Times New Roman" w:eastAsia="宋体"/>
          <w:b w:val="0"/>
          <w:i w:val="0"/>
          <w:sz w:val="21"/>
        </w:rPr>
        <w:t>公共项形如 16 + 21m，因为第一个公共项为 16，且 lcm(3, 7) = 21。由 16 + 21m ≤ 6010 得 0 ≤ m ≤ 285，共有 286 个公共项。</w:t>
      </w:r>
    </w:p>
    <w:p>
      <w:pPr>
        <w:spacing w:before="0" w:after="80" w:line="300" w:lineRule="auto"/>
        <w:jc w:val="left"/>
      </w:pPr>
      <w:r>
        <w:rPr>
          <w:rFonts w:ascii="Times New Roman" w:hAnsi="Times New Roman" w:eastAsia="宋体"/>
          <w:b w:val="0"/>
          <w:i w:val="0"/>
          <w:sz w:val="21"/>
        </w:rPr>
        <w:t>因此不同数的个数为 2004 + 2004 - 286 = 3722。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sequence is 1 + 3k with largest term 6010, and the second is 9 + 7j with a much larger last term, so the binding limit is 6010.</w:t>
      </w:r>
    </w:p>
    <w:p>
      <w:pPr>
        <w:spacing w:before="0" w:after="80" w:line="300" w:lineRule="auto"/>
        <w:jc w:val="left"/>
      </w:pPr>
      <w:r>
        <w:rPr>
          <w:rFonts w:ascii="Times New Roman" w:hAnsi="Times New Roman" w:eastAsia="宋体"/>
          <w:b w:val="0"/>
          <w:i w:val="0"/>
          <w:color w:val="333333"/>
          <w:sz w:val="19"/>
        </w:rPr>
        <w:t>A common value has the form 16 + 21m (the first shared term is 16, spaced by lcm(3, 7) = 21). Requiring 16 + 21m ≤ 6010 gives 0 ≤ m ≤ 285, that is 286 common numbers.</w:t>
      </w:r>
    </w:p>
    <w:p>
      <w:pPr>
        <w:spacing w:before="0" w:after="80" w:line="300" w:lineRule="auto"/>
        <w:jc w:val="left"/>
      </w:pPr>
      <w:r>
        <w:rPr>
          <w:rFonts w:ascii="Times New Roman" w:hAnsi="Times New Roman" w:eastAsia="宋体"/>
          <w:b w:val="0"/>
          <w:i w:val="0"/>
          <w:color w:val="333333"/>
          <w:sz w:val="19"/>
        </w:rPr>
        <w:t>The number of distinct values is 2004 + 2004 - 286 = 3722.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D</w:t>
      </w:r>
    </w:p>
    <w:p>
      <w:pPr>
        <w:spacing w:before="0" w:after="80" w:line="300" w:lineRule="auto"/>
        <w:jc w:val="left"/>
      </w:pPr>
      <w:r>
        <w:rPr>
          <w:rFonts w:ascii="Times New Roman" w:hAnsi="Times New Roman" w:eastAsia="宋体"/>
          <w:b w:val="0"/>
          <w:i w:val="0"/>
          <w:sz w:val="21"/>
        </w:rPr>
        <w:t>因为 5² + 12² = 13²，这是直角三角形。将顶点放在 (0, 0)、(5, 0)、(0, 12)，则外心为斜边中点 (5/2, 6)。</w:t>
      </w:r>
    </w:p>
    <w:p>
      <w:pPr>
        <w:spacing w:before="0" w:after="80" w:line="300" w:lineRule="auto"/>
        <w:jc w:val="left"/>
      </w:pPr>
      <w:r>
        <w:rPr>
          <w:rFonts w:ascii="Times New Roman" w:hAnsi="Times New Roman" w:eastAsia="宋体"/>
          <w:b w:val="0"/>
          <w:i w:val="0"/>
          <w:sz w:val="21"/>
        </w:rPr>
        <w:t>内切圆半径满足 (12 - r) + (5 - r) = 13，所以 r = 2，内心为 (2, 2)。</w:t>
      </w:r>
    </w:p>
    <w:p>
      <w:pPr>
        <w:spacing w:before="0" w:after="80" w:line="300" w:lineRule="auto"/>
        <w:jc w:val="left"/>
      </w:pPr>
      <w:r>
        <w:rPr>
          <w:rFonts w:ascii="Times New Roman" w:hAnsi="Times New Roman" w:eastAsia="宋体"/>
          <w:b w:val="0"/>
          <w:i w:val="0"/>
          <w:sz w:val="21"/>
        </w:rPr>
        <w:t>两圆心之间的距离为</w:t>
      </w:r>
    </w:p>
    <w:p>
      <w:pPr>
        <w:spacing w:before="0" w:after="80" w:line="300" w:lineRule="auto"/>
        <w:jc w:val="left"/>
      </w:pPr>
      <w:r>
        <w:rPr>
          <w:rFonts w:ascii="Times New Roman" w:hAnsi="Times New Roman" w:eastAsia="宋体"/>
          <w:b w:val="0"/>
          <w:i w:val="0"/>
          <w:sz w:val="21"/>
        </w:rPr>
        <w:t>√((5/2 - 2)² + (6 - 2)²)</w:t>
      </w:r>
    </w:p>
    <w:p>
      <w:pPr>
        <w:spacing w:before="0" w:after="80" w:line="300" w:lineRule="auto"/>
        <w:jc w:val="left"/>
      </w:pPr>
      <w:r>
        <w:rPr>
          <w:rFonts w:ascii="Times New Roman" w:hAnsi="Times New Roman" w:eastAsia="宋体"/>
          <w:b w:val="0"/>
          <w:i w:val="0"/>
          <w:sz w:val="21"/>
        </w:rPr>
        <w:t>= √(1/4 + 16)</w:t>
      </w:r>
    </w:p>
    <w:p>
      <w:pPr>
        <w:spacing w:before="0" w:after="80" w:line="300" w:lineRule="auto"/>
        <w:jc w:val="left"/>
      </w:pPr>
      <w:r>
        <w:rPr>
          <w:rFonts w:ascii="Times New Roman" w:hAnsi="Times New Roman" w:eastAsia="宋体"/>
          <w:b w:val="0"/>
          <w:i w:val="0"/>
          <w:sz w:val="21"/>
        </w:rPr>
        <w:t>= (√(65))/2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5² + 12² = 13², the triangle is right. Place it at (0, 0), (5, 0), (0, 12). The circumcenter is the midpoint of the hypotenuse, (5/2, 6).</w:t>
      </w:r>
    </w:p>
    <w:p>
      <w:pPr>
        <w:spacing w:before="0" w:after="80" w:line="300" w:lineRule="auto"/>
        <w:jc w:val="left"/>
      </w:pPr>
      <w:r>
        <w:rPr>
          <w:rFonts w:ascii="Times New Roman" w:hAnsi="Times New Roman" w:eastAsia="宋体"/>
          <w:b w:val="0"/>
          <w:i w:val="0"/>
          <w:color w:val="333333"/>
          <w:sz w:val="19"/>
        </w:rPr>
        <w:t>The inradius satisfies (12 - r) + (5 - r) = 13, so r = 2 and the incenter is (2, 2).</w:t>
      </w:r>
    </w:p>
    <w:p>
      <w:pPr>
        <w:spacing w:before="0" w:after="80" w:line="300" w:lineRule="auto"/>
        <w:jc w:val="left"/>
      </w:pPr>
      <w:r>
        <w:rPr>
          <w:rFonts w:ascii="Times New Roman" w:hAnsi="Times New Roman" w:eastAsia="宋体"/>
          <w:b w:val="0"/>
          <w:i w:val="0"/>
          <w:color w:val="333333"/>
          <w:sz w:val="19"/>
        </w:rPr>
        <w:t>The distance is</w:t>
      </w:r>
    </w:p>
    <w:p>
      <w:pPr>
        <w:spacing w:before="0" w:after="80" w:line="300" w:lineRule="auto"/>
        <w:jc w:val="left"/>
      </w:pPr>
      <w:r>
        <w:rPr>
          <w:rFonts w:ascii="Times New Roman" w:hAnsi="Times New Roman" w:eastAsia="宋体"/>
          <w:b w:val="0"/>
          <w:i w:val="0"/>
          <w:color w:val="333333"/>
          <w:sz w:val="19"/>
        </w:rPr>
        <w:t>√((5/2 - 2)² + (6 - 2)²)</w:t>
      </w:r>
    </w:p>
    <w:p>
      <w:pPr>
        <w:spacing w:before="0" w:after="80" w:line="300" w:lineRule="auto"/>
        <w:jc w:val="left"/>
      </w:pPr>
      <w:r>
        <w:rPr>
          <w:rFonts w:ascii="Times New Roman" w:hAnsi="Times New Roman" w:eastAsia="宋体"/>
          <w:b w:val="0"/>
          <w:i w:val="0"/>
          <w:color w:val="333333"/>
          <w:sz w:val="19"/>
        </w:rPr>
        <w:t>= √(1/4 + 16)</w:t>
      </w:r>
    </w:p>
    <w:p>
      <w:pPr>
        <w:spacing w:before="0" w:after="80" w:line="300" w:lineRule="auto"/>
        <w:jc w:val="left"/>
      </w:pPr>
      <w:r>
        <w:rPr>
          <w:rFonts w:ascii="Times New Roman" w:hAnsi="Times New Roman" w:eastAsia="宋体"/>
          <w:b w:val="0"/>
          <w:i w:val="0"/>
          <w:color w:val="333333"/>
          <w:sz w:val="19"/>
        </w:rPr>
        <w:t>= (√(65))/2.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固定立方体方向，共有 2⁶ = 64 种涂色。</w:t>
      </w:r>
    </w:p>
    <w:p>
      <w:pPr>
        <w:spacing w:before="0" w:after="80" w:line="300" w:lineRule="auto"/>
        <w:jc w:val="left"/>
      </w:pPr>
      <w:r>
        <w:rPr>
          <w:rFonts w:ascii="Times New Roman" w:hAnsi="Times New Roman" w:eastAsia="宋体"/>
          <w:b w:val="0"/>
          <w:i w:val="0"/>
          <w:sz w:val="21"/>
        </w:rPr>
        <w:t>可行情况包括：六面同色，有 2 种；恰好五面同色，有 C(6, 5) · 2 = 12 种；以及四个面同色而剩下的一对相对面为另一种颜色，有 3 组相对面、2 种颜色，共 6 种。</w:t>
      </w:r>
    </w:p>
    <w:p>
      <w:pPr>
        <w:spacing w:before="0" w:after="80" w:line="300" w:lineRule="auto"/>
        <w:jc w:val="left"/>
      </w:pPr>
      <w:r>
        <w:rPr>
          <w:rFonts w:ascii="Times New Roman" w:hAnsi="Times New Roman" w:eastAsia="宋体"/>
          <w:b w:val="0"/>
          <w:i w:val="0"/>
          <w:sz w:val="21"/>
        </w:rPr>
        <w:t>总共有 2 + 12 + 6 = 20 种，所以概率为 20/64 = 5/16。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Fixing the orientation, there are 2⁶ = 64 colorings.</w:t>
      </w:r>
    </w:p>
    <w:p>
      <w:pPr>
        <w:spacing w:before="0" w:after="80" w:line="300" w:lineRule="auto"/>
        <w:jc w:val="left"/>
      </w:pPr>
      <w:r>
        <w:rPr>
          <w:rFonts w:ascii="Times New Roman" w:hAnsi="Times New Roman" w:eastAsia="宋体"/>
          <w:b w:val="0"/>
          <w:i w:val="0"/>
          <w:color w:val="333333"/>
          <w:sz w:val="19"/>
        </w:rPr>
        <w:t>A coloring works if all six faces match (2 ways), exactly five match (C(6, 5) · 2 = 12 ways), or four faces share a color with the remaining pair being opposite faces of the other color (3 opposite pairs, 2 colors, giving 6 ways).</w:t>
      </w:r>
    </w:p>
    <w:p>
      <w:pPr>
        <w:spacing w:before="0" w:after="80" w:line="300" w:lineRule="auto"/>
        <w:jc w:val="left"/>
      </w:pPr>
      <w:r>
        <w:rPr>
          <w:rFonts w:ascii="Times New Roman" w:hAnsi="Times New Roman" w:eastAsia="宋体"/>
          <w:b w:val="0"/>
          <w:i w:val="0"/>
          <w:color w:val="333333"/>
          <w:sz w:val="19"/>
        </w:rPr>
        <w:t>The total is 2 + 12 + 6 = 20, so the probability is 20/64 = 5/16.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B</w:t>
      </w:r>
    </w:p>
    <w:p>
      <w:pPr>
        <w:spacing w:before="0" w:after="80" w:line="300" w:lineRule="auto"/>
        <w:jc w:val="left"/>
      </w:pPr>
      <w:r>
        <w:rPr>
          <w:rFonts w:ascii="Times New Roman" w:hAnsi="Times New Roman" w:eastAsia="宋体"/>
          <w:b w:val="0"/>
          <w:i w:val="0"/>
          <w:sz w:val="21"/>
        </w:rPr>
        <w:t>设 AD 交 BC 于 E。因为 ∠ ABC 与 ∠ ADC 截同弧，所以它们相等；又有 ∠ EAB = ∠ CAD，因此 △ ABE ∼ △ ADC。</w:t>
      </w:r>
    </w:p>
    <w:p>
      <w:pPr>
        <w:spacing w:before="0" w:after="80" w:line="300" w:lineRule="auto"/>
        <w:jc w:val="left"/>
      </w:pPr>
      <w:r>
        <w:rPr>
          <w:rFonts w:ascii="Times New Roman" w:hAnsi="Times New Roman" w:eastAsia="宋体"/>
          <w:b w:val="0"/>
          <w:i w:val="0"/>
          <w:sz w:val="21"/>
        </w:rPr>
        <w:t>因此 AD/CD = AB/BE。</w:t>
      </w:r>
    </w:p>
    <w:p>
      <w:pPr>
        <w:spacing w:before="0" w:after="80" w:line="300" w:lineRule="auto"/>
        <w:jc w:val="left"/>
      </w:pPr>
      <w:r>
        <w:rPr>
          <w:rFonts w:ascii="Times New Roman" w:hAnsi="Times New Roman" w:eastAsia="宋体"/>
          <w:b w:val="0"/>
          <w:i w:val="0"/>
          <w:sz w:val="21"/>
        </w:rPr>
        <w:t>由角平分线定理，BE/EC = AB/AC，所以 BE = (AB · BC)/(AB + AC) = (7 · 9)/15。</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AD/CD = AB/BE = (AB + AC)/BC</w:t>
      </w:r>
    </w:p>
    <w:p>
      <w:pPr>
        <w:spacing w:before="0" w:after="80" w:line="300" w:lineRule="auto"/>
        <w:jc w:val="left"/>
      </w:pPr>
      <w:r>
        <w:rPr>
          <w:rFonts w:ascii="Times New Roman" w:hAnsi="Times New Roman" w:eastAsia="宋体"/>
          <w:b w:val="0"/>
          <w:i w:val="0"/>
          <w:sz w:val="21"/>
        </w:rPr>
        <w:t>= 15/9 = 5/3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AD meet BC at E. Since ∠ ABC and ∠ ADC subtend the same arc, they are equal, and ∠ EAB = ∠ CAD, so △ ABE ∼ △ ADC.</w:t>
      </w:r>
    </w:p>
    <w:p>
      <w:pPr>
        <w:spacing w:before="0" w:after="80" w:line="300" w:lineRule="auto"/>
        <w:jc w:val="left"/>
      </w:pPr>
      <w:r>
        <w:rPr>
          <w:rFonts w:ascii="Times New Roman" w:hAnsi="Times New Roman" w:eastAsia="宋体"/>
          <w:b w:val="0"/>
          <w:i w:val="0"/>
          <w:color w:val="333333"/>
          <w:sz w:val="19"/>
        </w:rPr>
        <w:t>Hence AD/CD = AB/BE.</w:t>
      </w:r>
    </w:p>
    <w:p>
      <w:pPr>
        <w:spacing w:before="0" w:after="80" w:line="300" w:lineRule="auto"/>
        <w:jc w:val="left"/>
      </w:pPr>
      <w:r>
        <w:rPr>
          <w:rFonts w:ascii="Times New Roman" w:hAnsi="Times New Roman" w:eastAsia="宋体"/>
          <w:b w:val="0"/>
          <w:i w:val="0"/>
          <w:color w:val="333333"/>
          <w:sz w:val="19"/>
        </w:rPr>
        <w:t>By the Angle Bisector Theorem, BE/EC = AB/AC, so BE = (AB · BC)/(AB + AC) = (7 · 9)/15.</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AD/CD = AB/BE = (AB + AC)/BC</w:t>
      </w:r>
    </w:p>
    <w:p>
      <w:pPr>
        <w:spacing w:before="0" w:after="80" w:line="300" w:lineRule="auto"/>
        <w:jc w:val="left"/>
      </w:pPr>
      <w:r>
        <w:rPr>
          <w:rFonts w:ascii="Times New Roman" w:hAnsi="Times New Roman" w:eastAsia="宋体"/>
          <w:b w:val="0"/>
          <w:i w:val="0"/>
          <w:color w:val="333333"/>
          <w:sz w:val="19"/>
        </w:rPr>
        <w:t>= 15/9 = 5/3.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设两个大圆圆心为 A 和 B，小圆圆心为 C，两个大圆的一个交点为 D。</w:t>
      </w:r>
    </w:p>
    <w:p>
      <w:pPr>
        <w:spacing w:before="0" w:after="80" w:line="300" w:lineRule="auto"/>
        <w:jc w:val="left"/>
      </w:pPr>
      <w:r>
        <w:rPr>
          <w:rFonts w:ascii="Times New Roman" w:hAnsi="Times New Roman" w:eastAsia="宋体"/>
          <w:b w:val="0"/>
          <w:i w:val="0"/>
          <w:sz w:val="21"/>
        </w:rPr>
        <w:t>则 △ ACD 是直角三角形，且 AC = 1、AD = 2，所以 CD = √(3)、∠ CAD = 60°，其面积为 (√(3))/2。</w:t>
      </w:r>
    </w:p>
    <w:p>
      <w:pPr>
        <w:spacing w:before="0" w:after="80" w:line="300" w:lineRule="auto"/>
        <w:jc w:val="left"/>
      </w:pPr>
      <w:r>
        <w:rPr>
          <w:rFonts w:ascii="Times New Roman" w:hAnsi="Times New Roman" w:eastAsia="宋体"/>
          <w:b w:val="0"/>
          <w:i w:val="0"/>
          <w:sz w:val="21"/>
        </w:rPr>
        <w:t>阴影区域的四分之一等于半径为 2 的大圆中一个 60° 扇形面积 2π/3，减去 △ ACD 的面积 (√(3))/2，再减去小圆四分之一的面积 π/4，得到 2π/3 - (√(3))/2 - π/4 = 5π/12 - (√(3))/2。</w:t>
      </w:r>
    </w:p>
    <w:p>
      <w:pPr>
        <w:spacing w:before="0" w:after="80" w:line="300" w:lineRule="auto"/>
        <w:jc w:val="left"/>
      </w:pPr>
      <w:r>
        <w:rPr>
          <w:rFonts w:ascii="Times New Roman" w:hAnsi="Times New Roman" w:eastAsia="宋体"/>
          <w:b w:val="0"/>
          <w:i w:val="0"/>
          <w:sz w:val="21"/>
        </w:rPr>
        <w:t>乘以 4，阴影总面积为 5π/3 - 2√(3)。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large circles have centers A and B, let C be the center of the small circle, and let D be a point where the two large circles meet.</w:t>
      </w:r>
    </w:p>
    <w:p>
      <w:pPr>
        <w:spacing w:before="0" w:after="80" w:line="300" w:lineRule="auto"/>
        <w:jc w:val="left"/>
      </w:pPr>
      <w:r>
        <w:rPr>
          <w:rFonts w:ascii="Times New Roman" w:hAnsi="Times New Roman" w:eastAsia="宋体"/>
          <w:b w:val="0"/>
          <w:i w:val="0"/>
          <w:color w:val="333333"/>
          <w:sz w:val="19"/>
        </w:rPr>
        <w:t>Then △ ACD is right with AC = 1 and AD = 2, so CD = √(3), ∠ CAD = 60°, and its area is (√(3))/2.</w:t>
      </w:r>
    </w:p>
    <w:p>
      <w:pPr>
        <w:spacing w:before="0" w:after="80" w:line="300" w:lineRule="auto"/>
        <w:jc w:val="left"/>
      </w:pPr>
      <w:r>
        <w:rPr>
          <w:rFonts w:ascii="Times New Roman" w:hAnsi="Times New Roman" w:eastAsia="宋体"/>
          <w:b w:val="0"/>
          <w:i w:val="0"/>
          <w:color w:val="333333"/>
          <w:sz w:val="19"/>
        </w:rPr>
        <w:t>One quarter of the shaded region equals the 60° sector of the radius-2 circle (area 2π/3) minus △ ACD (area (√(3))/2) minus a quarter of the small circle (area π/4), giving 2π/3 - (√(3))/2 - π/4 = 5π/12 - (√(3))/2.</w:t>
      </w:r>
    </w:p>
    <w:p>
      <w:pPr>
        <w:spacing w:before="0" w:after="80" w:line="300" w:lineRule="auto"/>
        <w:jc w:val="left"/>
      </w:pPr>
      <w:r>
        <w:rPr>
          <w:rFonts w:ascii="Times New Roman" w:hAnsi="Times New Roman" w:eastAsia="宋体"/>
          <w:b w:val="0"/>
          <w:i w:val="0"/>
          <w:color w:val="333333"/>
          <w:sz w:val="19"/>
        </w:rPr>
        <w:t>Multiplying by 4, the shaded area is 5π/3 - 2√(3).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