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2002B AMC 10 真题与解答</w:t>
      </w:r>
    </w:p>
    <w:p>
      <w:pPr>
        <w:spacing w:before="0" w:after="40" w:line="300" w:lineRule="auto"/>
        <w:jc w:val="center"/>
      </w:pPr>
      <w:r>
        <w:rPr>
          <w:rFonts w:ascii="Times New Roman" w:hAnsi="Times New Roman" w:eastAsia="宋体"/>
          <w:b w:val="0"/>
          <w:i w:val="0"/>
          <w:color w:val="555555"/>
          <w:sz w:val="21"/>
        </w:rPr>
        <w:t>American Mathematics Competitions 10 · 中英双语</w:t>
      </w:r>
    </w:p>
    <w:p>
      <w:pPr>
        <w:spacing w:before="0" w:after="280" w:line="300" w:lineRule="auto"/>
        <w:jc w:val="center"/>
      </w:pPr>
      <w:r>
        <w:rPr>
          <w:rFonts w:ascii="Times New Roman" w:hAnsi="Times New Roman" w:eastAsia="宋体"/>
          <w:b w:val="0"/>
          <w:i w:val="0"/>
          <w:color w:val="555555"/>
          <w:sz w:val="19"/>
        </w:rPr>
        <w:t>共 25 题，限时 75 分钟；答对得 6 分，未答得 1.5 分，答错 0 分，满分 150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下列比值的值是多少：</w:t>
      </w:r>
    </w:p>
    <w:p>
      <w:pPr>
        <w:spacing w:before="0" w:after="80" w:line="300" w:lineRule="auto"/>
        <w:jc w:val="left"/>
      </w:pPr>
      <w:r>
        <w:rPr>
          <w:rFonts w:ascii="Times New Roman" w:hAnsi="Times New Roman" w:eastAsia="宋体"/>
          <w:b w:val="0"/>
          <w:i w:val="0"/>
          <w:sz w:val="21"/>
        </w:rPr>
        <w:t>(2²⁰⁰¹ · 3²⁰⁰³)/6²⁰⁰²？</w:t>
      </w:r>
    </w:p>
    <w:p>
      <w:pPr>
        <w:spacing w:before="0" w:after="120" w:line="300" w:lineRule="auto"/>
      </w:pPr>
      <w:r>
        <w:rPr>
          <w:rFonts w:ascii="Times New Roman" w:hAnsi="Times New Roman" w:eastAsia="宋体"/>
          <w:b w:val="0"/>
          <w:i w:val="0"/>
          <w:sz w:val="21"/>
        </w:rPr>
        <w:t>（A）1/6　　（B）1/3　　（C）1/2　　（D）2/3　　（E）3/2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value of the ratio</w:t>
      </w:r>
    </w:p>
    <w:p>
      <w:pPr>
        <w:spacing w:before="0" w:after="80" w:line="300" w:lineRule="auto"/>
        <w:jc w:val="left"/>
      </w:pPr>
      <w:r>
        <w:rPr>
          <w:rFonts w:ascii="Times New Roman" w:hAnsi="Times New Roman" w:eastAsia="宋体"/>
          <w:b w:val="0"/>
          <w:i w:val="0"/>
          <w:color w:val="333333"/>
          <w:sz w:val="19"/>
        </w:rPr>
        <w:t>(2²⁰⁰¹ · 3²⁰⁰³)/6²⁰⁰²?</w:t>
      </w:r>
    </w:p>
    <w:p>
      <w:pPr>
        <w:spacing w:before="0" w:after="160" w:line="300" w:lineRule="auto"/>
      </w:pPr>
      <w:r>
        <w:rPr>
          <w:rFonts w:ascii="Times New Roman" w:hAnsi="Times New Roman" w:eastAsia="宋体"/>
          <w:b w:val="0"/>
          <w:i w:val="0"/>
          <w:color w:val="333333"/>
          <w:sz w:val="19"/>
        </w:rPr>
        <w:t>(A) 1/6　　(B) 1/3　　(C) 1/2　　(D) 2/3　　(E) 3/2</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对非零数 a、b、c，定义</w:t>
      </w:r>
    </w:p>
    <w:p>
      <w:pPr>
        <w:spacing w:before="0" w:after="80" w:line="300" w:lineRule="auto"/>
        <w:jc w:val="left"/>
      </w:pPr>
      <w:r>
        <w:rPr>
          <w:rFonts w:ascii="Times New Roman" w:hAnsi="Times New Roman" w:eastAsia="宋体"/>
          <w:b w:val="0"/>
          <w:i w:val="0"/>
          <w:sz w:val="21"/>
        </w:rPr>
        <w:t>(a, b, c) = abc/a+b+c。</w:t>
      </w:r>
    </w:p>
    <w:p>
      <w:pPr>
        <w:spacing w:before="0" w:after="80" w:line="300" w:lineRule="auto"/>
        <w:jc w:val="left"/>
      </w:pPr>
      <w:r>
        <w:rPr>
          <w:rFonts w:ascii="Times New Roman" w:hAnsi="Times New Roman" w:eastAsia="宋体"/>
          <w:b w:val="0"/>
          <w:i w:val="0"/>
          <w:sz w:val="21"/>
        </w:rPr>
        <w:t>求 (2, 4, 6) 的值？</w:t>
      </w:r>
    </w:p>
    <w:p>
      <w:pPr>
        <w:spacing w:before="0" w:after="120" w:line="300" w:lineRule="auto"/>
      </w:pPr>
      <w:r>
        <w:rPr>
          <w:rFonts w:ascii="Times New Roman" w:hAnsi="Times New Roman" w:eastAsia="宋体"/>
          <w:b w:val="0"/>
          <w:i w:val="0"/>
          <w:sz w:val="21"/>
        </w:rPr>
        <w:t>（A）1　　（B）2　　（C）4　　（D）6　　（E）24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the nonzero numbers a, b, and c, define</w:t>
      </w:r>
    </w:p>
    <w:p>
      <w:pPr>
        <w:spacing w:before="0" w:after="80" w:line="300" w:lineRule="auto"/>
        <w:jc w:val="left"/>
      </w:pPr>
      <w:r>
        <w:rPr>
          <w:rFonts w:ascii="Times New Roman" w:hAnsi="Times New Roman" w:eastAsia="宋体"/>
          <w:b w:val="0"/>
          <w:i w:val="0"/>
          <w:color w:val="333333"/>
          <w:sz w:val="19"/>
        </w:rPr>
        <w:t>(a, b, c) = abc/a+b+c.</w:t>
      </w:r>
    </w:p>
    <w:p>
      <w:pPr>
        <w:spacing w:before="0" w:after="80" w:line="300" w:lineRule="auto"/>
        <w:jc w:val="left"/>
      </w:pPr>
      <w:r>
        <w:rPr>
          <w:rFonts w:ascii="Times New Roman" w:hAnsi="Times New Roman" w:eastAsia="宋体"/>
          <w:b w:val="0"/>
          <w:i w:val="0"/>
          <w:color w:val="333333"/>
          <w:sz w:val="19"/>
        </w:rPr>
        <w:t>What is (2, 4, 6)?</w:t>
      </w:r>
    </w:p>
    <w:p>
      <w:pPr>
        <w:spacing w:before="0" w:after="160" w:line="300" w:lineRule="auto"/>
      </w:pPr>
      <w:r>
        <w:rPr>
          <w:rFonts w:ascii="Times New Roman" w:hAnsi="Times New Roman" w:eastAsia="宋体"/>
          <w:b w:val="0"/>
          <w:i w:val="0"/>
          <w:color w:val="333333"/>
          <w:sz w:val="19"/>
        </w:rPr>
        <w:t>(A) 1　　(B) 2　　(C) 4　　(D) 6　　(E) 24</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集合 {9, 99, 999, 9999, …, 999999999} 中九个数的算术平均数是一个 9 位数 M，且它的所有数字互不相同。数字 M 不含哪个数字？</w:t>
      </w:r>
    </w:p>
    <w:p>
      <w:pPr>
        <w:spacing w:before="0" w:after="120" w:line="300" w:lineRule="auto"/>
      </w:pPr>
      <w:r>
        <w:rPr>
          <w:rFonts w:ascii="Times New Roman" w:hAnsi="Times New Roman" w:eastAsia="宋体"/>
          <w:b w:val="0"/>
          <w:i w:val="0"/>
          <w:sz w:val="21"/>
        </w:rPr>
        <w:t>（A）0　　（B）2　　（C）4　　（D）6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arithmetic mean of the nine numbers in the set {9, 99, 999, 9999, …, 999999999} is a 9-digit number M, all of whose digits are distinct. Which digit does the number M not contain?</w:t>
      </w:r>
    </w:p>
    <w:p>
      <w:pPr>
        <w:spacing w:before="0" w:after="160" w:line="300" w:lineRule="auto"/>
      </w:pPr>
      <w:r>
        <w:rPr>
          <w:rFonts w:ascii="Times New Roman" w:hAnsi="Times New Roman" w:eastAsia="宋体"/>
          <w:b w:val="0"/>
          <w:i w:val="0"/>
          <w:color w:val="333333"/>
          <w:sz w:val="19"/>
        </w:rPr>
        <w:t>(A) 0　　(B) 2　　(C) 4　　(D) 6　　(E) 8</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当 x = 4 时，下面表达式</w:t>
      </w:r>
    </w:p>
    <w:p>
      <w:pPr>
        <w:spacing w:before="0" w:after="80" w:line="300" w:lineRule="auto"/>
        <w:jc w:val="left"/>
      </w:pPr>
      <w:r>
        <w:rPr>
          <w:rFonts w:ascii="Times New Roman" w:hAnsi="Times New Roman" w:eastAsia="宋体"/>
          <w:b w:val="0"/>
          <w:i w:val="0"/>
          <w:sz w:val="21"/>
        </w:rPr>
        <w:t>(3x - 2)(4x + 1)</w:t>
      </w:r>
    </w:p>
    <w:p>
      <w:pPr>
        <w:spacing w:before="0" w:after="80" w:line="300" w:lineRule="auto"/>
        <w:jc w:val="left"/>
      </w:pPr>
      <w:r>
        <w:rPr>
          <w:rFonts w:ascii="Times New Roman" w:hAnsi="Times New Roman" w:eastAsia="宋体"/>
          <w:b w:val="0"/>
          <w:i w:val="0"/>
          <w:sz w:val="21"/>
        </w:rPr>
        <w:t>- (3x - 2)4x + 1</w:t>
      </w:r>
    </w:p>
    <w:p>
      <w:pPr>
        <w:spacing w:before="0" w:after="80" w:line="300" w:lineRule="auto"/>
        <w:jc w:val="left"/>
      </w:pPr>
      <w:r>
        <w:rPr>
          <w:rFonts w:ascii="Times New Roman" w:hAnsi="Times New Roman" w:eastAsia="宋体"/>
          <w:b w:val="0"/>
          <w:i w:val="0"/>
          <w:sz w:val="21"/>
        </w:rPr>
        <w:t>的值是多少？</w:t>
      </w:r>
    </w:p>
    <w:p>
      <w:pPr>
        <w:spacing w:before="0" w:after="120" w:line="300" w:lineRule="auto"/>
      </w:pPr>
      <w:r>
        <w:rPr>
          <w:rFonts w:ascii="Times New Roman" w:hAnsi="Times New Roman" w:eastAsia="宋体"/>
          <w:b w:val="0"/>
          <w:i w:val="0"/>
          <w:sz w:val="21"/>
        </w:rPr>
        <w:t>（A）0　　（B）1　　（C）10　　（D）11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value of</w:t>
      </w:r>
    </w:p>
    <w:p>
      <w:pPr>
        <w:spacing w:before="0" w:after="80" w:line="300" w:lineRule="auto"/>
        <w:jc w:val="left"/>
      </w:pPr>
      <w:r>
        <w:rPr>
          <w:rFonts w:ascii="Times New Roman" w:hAnsi="Times New Roman" w:eastAsia="宋体"/>
          <w:b w:val="0"/>
          <w:i w:val="0"/>
          <w:color w:val="333333"/>
          <w:sz w:val="19"/>
        </w:rPr>
        <w:t>(3x - 2)(4x + 1)</w:t>
      </w:r>
    </w:p>
    <w:p>
      <w:pPr>
        <w:spacing w:before="0" w:after="80" w:line="300" w:lineRule="auto"/>
        <w:jc w:val="left"/>
      </w:pPr>
      <w:r>
        <w:rPr>
          <w:rFonts w:ascii="Times New Roman" w:hAnsi="Times New Roman" w:eastAsia="宋体"/>
          <w:b w:val="0"/>
          <w:i w:val="0"/>
          <w:color w:val="333333"/>
          <w:sz w:val="19"/>
        </w:rPr>
        <w:t>- (3x - 2)4x + 1</w:t>
      </w:r>
    </w:p>
    <w:p>
      <w:pPr>
        <w:spacing w:before="0" w:after="80" w:line="300" w:lineRule="auto"/>
        <w:jc w:val="left"/>
      </w:pPr>
      <w:r>
        <w:rPr>
          <w:rFonts w:ascii="Times New Roman" w:hAnsi="Times New Roman" w:eastAsia="宋体"/>
          <w:b w:val="0"/>
          <w:i w:val="0"/>
          <w:color w:val="333333"/>
          <w:sz w:val="19"/>
        </w:rPr>
        <w:t>when x = 4?</w:t>
      </w:r>
    </w:p>
    <w:p>
      <w:pPr>
        <w:spacing w:before="0" w:after="160" w:line="300" w:lineRule="auto"/>
      </w:pPr>
      <w:r>
        <w:rPr>
          <w:rFonts w:ascii="Times New Roman" w:hAnsi="Times New Roman" w:eastAsia="宋体"/>
          <w:b w:val="0"/>
          <w:i w:val="0"/>
          <w:color w:val="333333"/>
          <w:sz w:val="19"/>
        </w:rPr>
        <w:t>(A) 0　　(B) 1　　(C) 10　　(D) 11　　(E) 12</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半径为 2 和 3 的两个圆外切，并被第三个圆外接，如图所示。阴影区域的面积是多少？</w:t>
      </w:r>
    </w:p>
    <w:p>
      <w:pPr>
        <w:spacing w:before="80" w:after="80"/>
        <w:jc w:val="center"/>
      </w:pPr>
      <w:r>
        <w:drawing>
          <wp:inline xmlns:a="http://schemas.openxmlformats.org/drawingml/2006/main" xmlns:pic="http://schemas.openxmlformats.org/drawingml/2006/picture">
            <wp:extent cx="2172699" cy="2172699"/>
            <wp:docPr id="1" name="Picture 1"/>
            <wp:cNvGraphicFramePr>
              <a:graphicFrameLocks noChangeAspect="1"/>
            </wp:cNvGraphicFramePr>
            <a:graphic>
              <a:graphicData uri="http://schemas.openxmlformats.org/drawingml/2006/picture">
                <pic:pic>
                  <pic:nvPicPr>
                    <pic:cNvPr id="0" name="q05-1@300dpi.png"/>
                    <pic:cNvPicPr/>
                  </pic:nvPicPr>
                  <pic:blipFill>
                    <a:blip r:embed="rId9"/>
                    <a:stretch>
                      <a:fillRect/>
                    </a:stretch>
                  </pic:blipFill>
                  <pic:spPr>
                    <a:xfrm>
                      <a:off x="0" y="0"/>
                      <a:ext cx="2172699" cy="2172699"/>
                    </a:xfrm>
                    <a:prstGeom prst="rect"/>
                  </pic:spPr>
                </pic:pic>
              </a:graphicData>
            </a:graphic>
          </wp:inline>
        </w:drawing>
      </w:r>
    </w:p>
    <w:p>
      <w:pPr>
        <w:spacing w:before="0" w:after="120" w:line="300" w:lineRule="auto"/>
      </w:pPr>
      <w:r>
        <w:rPr>
          <w:rFonts w:ascii="Times New Roman" w:hAnsi="Times New Roman" w:eastAsia="宋体"/>
          <w:b w:val="0"/>
          <w:i w:val="0"/>
          <w:sz w:val="21"/>
        </w:rPr>
        <w:t>（A）3π　　（B）4π　　（C）6π　　（D）9π　　（E）12π</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Circles of radius 2 and 3 are externally tangent and are circumscribed by a third circle, as shown in the figure. What is the area of the shaded region?</w:t>
      </w:r>
    </w:p>
    <w:p>
      <w:pPr>
        <w:spacing w:before="80" w:after="80"/>
        <w:jc w:val="center"/>
      </w:pPr>
      <w:r>
        <w:drawing>
          <wp:inline xmlns:a="http://schemas.openxmlformats.org/drawingml/2006/main" xmlns:pic="http://schemas.openxmlformats.org/drawingml/2006/picture">
            <wp:extent cx="2172699" cy="2172699"/>
            <wp:docPr id="2" name="Picture 2"/>
            <wp:cNvGraphicFramePr>
              <a:graphicFrameLocks noChangeAspect="1"/>
            </wp:cNvGraphicFramePr>
            <a:graphic>
              <a:graphicData uri="http://schemas.openxmlformats.org/drawingml/2006/picture">
                <pic:pic>
                  <pic:nvPicPr>
                    <pic:cNvPr id="0" name="q05-1@300dpi.png"/>
                    <pic:cNvPicPr/>
                  </pic:nvPicPr>
                  <pic:blipFill>
                    <a:blip r:embed="rId9"/>
                    <a:stretch>
                      <a:fillRect/>
                    </a:stretch>
                  </pic:blipFill>
                  <pic:spPr>
                    <a:xfrm>
                      <a:off x="0" y="0"/>
                      <a:ext cx="2172699" cy="2172699"/>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3π　　(B) 4π　　(C) 6π　　(D) 9π　　(E) 12π</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对多少个正整数 n，表达式 n² - 3n + 2 是质数？</w:t>
      </w:r>
    </w:p>
    <w:p>
      <w:pPr>
        <w:spacing w:before="0" w:after="120" w:line="300" w:lineRule="auto"/>
      </w:pPr>
      <w:r>
        <w:rPr>
          <w:rFonts w:ascii="Times New Roman" w:hAnsi="Times New Roman" w:eastAsia="宋体"/>
          <w:b w:val="0"/>
          <w:i w:val="0"/>
          <w:sz w:val="21"/>
        </w:rPr>
        <w:t>（A）没有　　（B）一个　　（C）两个　　（D）多于两个，但有限个　　（E）无穷多个</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how many positive integers n is n² - 3n + 2 a prime number?</w:t>
      </w:r>
    </w:p>
    <w:p>
      <w:pPr>
        <w:spacing w:before="0" w:after="160" w:line="300" w:lineRule="auto"/>
      </w:pPr>
      <w:r>
        <w:rPr>
          <w:rFonts w:ascii="Times New Roman" w:hAnsi="Times New Roman" w:eastAsia="宋体"/>
          <w:b w:val="0"/>
          <w:i w:val="0"/>
          <w:color w:val="333333"/>
          <w:sz w:val="19"/>
        </w:rPr>
        <w:t>(A) none　　(B) one　　(C) two　　(D) more than two, but finitely many　　(E) infinitely many</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设 n 是正整数，并且 1/2 + 1/3 + 1/7 + 1/n 是整数。下列哪一项不正确？</w:t>
      </w:r>
    </w:p>
    <w:p>
      <w:pPr>
        <w:spacing w:before="0" w:after="120" w:line="300" w:lineRule="auto"/>
      </w:pPr>
      <w:r>
        <w:rPr>
          <w:rFonts w:ascii="Times New Roman" w:hAnsi="Times New Roman" w:eastAsia="宋体"/>
          <w:b w:val="0"/>
          <w:i w:val="0"/>
          <w:sz w:val="21"/>
        </w:rPr>
        <w:t>（A）2 整除 n　　（B）3 整除 n　　（C）6 整除 n　　（D）7 整除 n　　（E）n &gt; 84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n be a positive integer such that 1/2 + 1/3 + 1/7 + 1/n is an integer. Which of the following statements is</w:t>
      </w:r>
      <w:r>
        <w:rPr>
          <w:rFonts w:ascii="Times New Roman" w:hAnsi="Times New Roman" w:eastAsia="宋体"/>
          <w:b/>
          <w:i w:val="0"/>
          <w:color w:val="333333"/>
          <w:sz w:val="19"/>
        </w:rPr>
        <w:t>not</w:t>
      </w:r>
      <w:r>
        <w:rPr>
          <w:rFonts w:ascii="Times New Roman" w:hAnsi="Times New Roman" w:eastAsia="宋体"/>
          <w:b w:val="0"/>
          <w:i w:val="0"/>
          <w:color w:val="333333"/>
          <w:sz w:val="19"/>
        </w:rPr>
        <w:t>true?</w:t>
      </w:r>
    </w:p>
    <w:p>
      <w:pPr>
        <w:spacing w:before="0" w:after="160" w:line="300" w:lineRule="auto"/>
      </w:pPr>
      <w:r>
        <w:rPr>
          <w:rFonts w:ascii="Times New Roman" w:hAnsi="Times New Roman" w:eastAsia="宋体"/>
          <w:b w:val="0"/>
          <w:i w:val="0"/>
          <w:color w:val="333333"/>
          <w:sz w:val="19"/>
        </w:rPr>
        <w:t>(A) 2 divides n　　(B) 3 divides n　　(C) 6 divides n　　(D) 7 divides n　　(E) n &gt; 84</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假设 N 年的七月有五个星期一。下列哪一天一定会在 N 年八月出现五次？（注意：两个月都有 31 天。）</w:t>
      </w:r>
    </w:p>
    <w:p>
      <w:pPr>
        <w:spacing w:before="0" w:after="120" w:line="300" w:lineRule="auto"/>
      </w:pPr>
      <w:r>
        <w:rPr>
          <w:rFonts w:ascii="Times New Roman" w:hAnsi="Times New Roman" w:eastAsia="宋体"/>
          <w:b w:val="0"/>
          <w:i w:val="0"/>
          <w:sz w:val="21"/>
        </w:rPr>
        <w:t>（A）星期一　　（B）星期二　　（C）星期三　　（D）星期四　　（E）星期五</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Suppose July of year N has five Mondays. Which of the following must occur five times in August of year N? (Note: both months have 31 days.)</w:t>
      </w:r>
    </w:p>
    <w:p>
      <w:pPr>
        <w:spacing w:before="0" w:after="160" w:line="300" w:lineRule="auto"/>
      </w:pPr>
      <w:r>
        <w:rPr>
          <w:rFonts w:ascii="Times New Roman" w:hAnsi="Times New Roman" w:eastAsia="宋体"/>
          <w:b w:val="0"/>
          <w:i w:val="0"/>
          <w:color w:val="333333"/>
          <w:sz w:val="19"/>
        </w:rPr>
        <w:t>(A) Monday　　(B) Tuesday　　(C) Wednesday　　(D) Thursday　　(E) Friday</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用字母 A、M、O、S、U 可以组成 120 个五字母“单词”。若这些“单词”按字母顺序排列，则 “单词” USAMO 排在第几位？</w:t>
      </w:r>
    </w:p>
    <w:p>
      <w:pPr>
        <w:spacing w:before="0" w:after="120" w:line="300" w:lineRule="auto"/>
      </w:pPr>
      <w:r>
        <w:rPr>
          <w:rFonts w:ascii="Times New Roman" w:hAnsi="Times New Roman" w:eastAsia="宋体"/>
          <w:b w:val="0"/>
          <w:i w:val="0"/>
          <w:sz w:val="21"/>
        </w:rPr>
        <w:t>（A）112　　（B）113　　（C）114　　（D）115　　（E）116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Using the letters A, M, O, S, and U, we can form 120 five-letter “words.” If these “words” are arranged in alphabetical order, then the “word” USAMO occupies which position?</w:t>
      </w:r>
    </w:p>
    <w:p>
      <w:pPr>
        <w:spacing w:before="0" w:after="160" w:line="300" w:lineRule="auto"/>
      </w:pPr>
      <w:r>
        <w:rPr>
          <w:rFonts w:ascii="Times New Roman" w:hAnsi="Times New Roman" w:eastAsia="宋体"/>
          <w:b w:val="0"/>
          <w:i w:val="0"/>
          <w:color w:val="333333"/>
          <w:sz w:val="19"/>
        </w:rPr>
        <w:t>(A) 112　　(B) 113　　(C) 114　　(D) 115　　(E) 116</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设 a、b 是非零实数，且方程 x² + ax + b = 0 的两个解是 a 和 b。有序对 (a, b) 是什么？</w:t>
      </w:r>
    </w:p>
    <w:p>
      <w:pPr>
        <w:spacing w:before="0" w:after="120" w:line="300" w:lineRule="auto"/>
      </w:pPr>
      <w:r>
        <w:rPr>
          <w:rFonts w:ascii="Times New Roman" w:hAnsi="Times New Roman" w:eastAsia="宋体"/>
          <w:b w:val="0"/>
          <w:i w:val="0"/>
          <w:sz w:val="21"/>
        </w:rPr>
        <w:t>（A）(-2, 1)　　（B）(-1, 2)　　（C）(1, -2)　　（D）(2, -1)　　（E）(4, 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Suppose that a and b are nonzero real numbers, and that the equation x² + ax + b = 0 has solutions a and b. What is the pair (a, b)?</w:t>
      </w:r>
    </w:p>
    <w:p>
      <w:pPr>
        <w:spacing w:before="0" w:after="160" w:line="300" w:lineRule="auto"/>
      </w:pPr>
      <w:r>
        <w:rPr>
          <w:rFonts w:ascii="Times New Roman" w:hAnsi="Times New Roman" w:eastAsia="宋体"/>
          <w:b w:val="0"/>
          <w:i w:val="0"/>
          <w:color w:val="333333"/>
          <w:sz w:val="19"/>
        </w:rPr>
        <w:t>(A) (-2, 1)　　(B) (-1, 2)　　(C) (1, -2)　　(D) (2, -1)　　(E) (4, 4)</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三个连续正整数的乘积是它们和的 8 倍。它们的平方和是多少？</w:t>
      </w:r>
    </w:p>
    <w:p>
      <w:pPr>
        <w:spacing w:before="0" w:after="120" w:line="300" w:lineRule="auto"/>
      </w:pPr>
      <w:r>
        <w:rPr>
          <w:rFonts w:ascii="Times New Roman" w:hAnsi="Times New Roman" w:eastAsia="宋体"/>
          <w:b w:val="0"/>
          <w:i w:val="0"/>
          <w:sz w:val="21"/>
        </w:rPr>
        <w:t>（A）50　　（B）77　　（C）110　　（D）149　　（E）194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product of three consecutive positive integers is 8 times their sum. What is the sum of their squares?</w:t>
      </w:r>
    </w:p>
    <w:p>
      <w:pPr>
        <w:spacing w:before="0" w:after="160" w:line="300" w:lineRule="auto"/>
      </w:pPr>
      <w:r>
        <w:rPr>
          <w:rFonts w:ascii="Times New Roman" w:hAnsi="Times New Roman" w:eastAsia="宋体"/>
          <w:b w:val="0"/>
          <w:i w:val="0"/>
          <w:color w:val="333333"/>
          <w:sz w:val="19"/>
        </w:rPr>
        <w:t>(A) 50　　(B) 77　　(C) 110　　(D) 149　　(E) 194</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对下列哪个 k 值，方程</w:t>
      </w:r>
    </w:p>
    <w:p>
      <w:pPr>
        <w:spacing w:before="0" w:after="80" w:line="300" w:lineRule="auto"/>
        <w:jc w:val="left"/>
      </w:pPr>
      <w:r>
        <w:rPr>
          <w:rFonts w:ascii="Times New Roman" w:hAnsi="Times New Roman" w:eastAsia="宋体"/>
          <w:b w:val="0"/>
          <w:i w:val="0"/>
          <w:sz w:val="21"/>
        </w:rPr>
        <w:t>(x - 1)/(x - 2) = (x - k)/(x - 6)</w:t>
      </w:r>
    </w:p>
    <w:p>
      <w:pPr>
        <w:spacing w:before="0" w:after="80" w:line="300" w:lineRule="auto"/>
        <w:jc w:val="left"/>
      </w:pPr>
      <w:r>
        <w:rPr>
          <w:rFonts w:ascii="Times New Roman" w:hAnsi="Times New Roman" w:eastAsia="宋体"/>
          <w:b w:val="0"/>
          <w:i w:val="0"/>
          <w:sz w:val="21"/>
        </w:rPr>
        <w:t>没有 x 的解？</w:t>
      </w:r>
    </w:p>
    <w:p>
      <w:pPr>
        <w:spacing w:before="0" w:after="120" w:line="300" w:lineRule="auto"/>
      </w:pPr>
      <w:r>
        <w:rPr>
          <w:rFonts w:ascii="Times New Roman" w:hAnsi="Times New Roman" w:eastAsia="宋体"/>
          <w:b w:val="0"/>
          <w:i w:val="0"/>
          <w:sz w:val="21"/>
        </w:rPr>
        <w:t>（A）1　　（B）2　　（C）3　　（D）4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which of the following values of k does the equation</w:t>
      </w:r>
    </w:p>
    <w:p>
      <w:pPr>
        <w:spacing w:before="0" w:after="80" w:line="300" w:lineRule="auto"/>
        <w:jc w:val="left"/>
      </w:pPr>
      <w:r>
        <w:rPr>
          <w:rFonts w:ascii="Times New Roman" w:hAnsi="Times New Roman" w:eastAsia="宋体"/>
          <w:b w:val="0"/>
          <w:i w:val="0"/>
          <w:color w:val="333333"/>
          <w:sz w:val="19"/>
        </w:rPr>
        <w:t>(x - 1)/(x - 2) = (x - k)/(x - 6)</w:t>
      </w:r>
    </w:p>
    <w:p>
      <w:pPr>
        <w:spacing w:before="0" w:after="80" w:line="300" w:lineRule="auto"/>
        <w:jc w:val="left"/>
      </w:pPr>
      <w:r>
        <w:rPr>
          <w:rFonts w:ascii="Times New Roman" w:hAnsi="Times New Roman" w:eastAsia="宋体"/>
          <w:b w:val="0"/>
          <w:i w:val="0"/>
          <w:color w:val="333333"/>
          <w:sz w:val="19"/>
        </w:rPr>
        <w:t>have no solution for x?</w:t>
      </w:r>
    </w:p>
    <w:p>
      <w:pPr>
        <w:spacing w:before="0" w:after="160" w:line="300" w:lineRule="auto"/>
      </w:pPr>
      <w:r>
        <w:rPr>
          <w:rFonts w:ascii="Times New Roman" w:hAnsi="Times New Roman" w:eastAsia="宋体"/>
          <w:b w:val="0"/>
          <w:i w:val="0"/>
          <w:color w:val="333333"/>
          <w:sz w:val="19"/>
        </w:rPr>
        <w:t>(A) 1　　(B) 2　　(C) 3　　(D) 4　　(E) 5</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什么 x 值使得 8xy - 12y + 2x - 3 = 0 对所有 y 都成立？</w:t>
      </w:r>
    </w:p>
    <w:p>
      <w:pPr>
        <w:spacing w:before="0" w:after="120" w:line="300" w:lineRule="auto"/>
      </w:pPr>
      <w:r>
        <w:rPr>
          <w:rFonts w:ascii="Times New Roman" w:hAnsi="Times New Roman" w:eastAsia="宋体"/>
          <w:b w:val="0"/>
          <w:i w:val="0"/>
          <w:sz w:val="21"/>
        </w:rPr>
        <w:t>（A）2/3　　（B）3/2 或 -1/4　　（C）-2/3 或 -1/4　　（D）3/2　　（E）-3/2 或 -1/4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value of x makes 8xy - 12y + 2x - 3 = 0 true for all values of y?</w:t>
      </w:r>
    </w:p>
    <w:p>
      <w:pPr>
        <w:spacing w:before="0" w:after="160" w:line="300" w:lineRule="auto"/>
      </w:pPr>
      <w:r>
        <w:rPr>
          <w:rFonts w:ascii="Times New Roman" w:hAnsi="Times New Roman" w:eastAsia="宋体"/>
          <w:b w:val="0"/>
          <w:i w:val="0"/>
          <w:color w:val="333333"/>
          <w:sz w:val="19"/>
        </w:rPr>
        <w:t>(A) 2/3　　(B) 3/2 or -1/4　　(C) -2/3 or -1/4　　(D) 3/2　　(E) -3/2 or -1/4</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数 25⁶⁴ · 64²⁵ 是某个正整数 N 的平方。在十进制表示中，N 的各位数字之和是多少？</w:t>
      </w:r>
    </w:p>
    <w:p>
      <w:pPr>
        <w:spacing w:before="0" w:after="120" w:line="300" w:lineRule="auto"/>
      </w:pPr>
      <w:r>
        <w:rPr>
          <w:rFonts w:ascii="Times New Roman" w:hAnsi="Times New Roman" w:eastAsia="宋体"/>
          <w:b w:val="0"/>
          <w:i w:val="0"/>
          <w:sz w:val="21"/>
        </w:rPr>
        <w:t>（A）7　　（B）14　　（C）21　　（D）28　　（E）35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 25⁶⁴ · 64²⁵ is the square of a positive integer N. In decimal representation, what is the sum of the digits of N?</w:t>
      </w:r>
    </w:p>
    <w:p>
      <w:pPr>
        <w:spacing w:before="0" w:after="160" w:line="300" w:lineRule="auto"/>
      </w:pPr>
      <w:r>
        <w:rPr>
          <w:rFonts w:ascii="Times New Roman" w:hAnsi="Times New Roman" w:eastAsia="宋体"/>
          <w:b w:val="0"/>
          <w:i w:val="0"/>
          <w:color w:val="333333"/>
          <w:sz w:val="19"/>
        </w:rPr>
        <w:t>(A) 7　　(B) 14　　(C) 21　　(D) 28　　(E) 35</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正整数 A、B、A - B 和 A + B 都是质数。这四个质数之和</w:t>
      </w:r>
    </w:p>
    <w:p>
      <w:pPr>
        <w:spacing w:before="0" w:after="120" w:line="300" w:lineRule="auto"/>
      </w:pPr>
      <w:r>
        <w:rPr>
          <w:rFonts w:ascii="Times New Roman" w:hAnsi="Times New Roman" w:eastAsia="宋体"/>
          <w:b w:val="0"/>
          <w:i w:val="0"/>
          <w:sz w:val="21"/>
        </w:rPr>
        <w:t>（A）是偶数　　（B）能被 3 整除　　（C）能被 5 整除　　（D）能被 7 整除　　（E）是质数</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positive integers A, B, A - B, and A + B are all prime numbers. The sum of these four primes is</w:t>
      </w:r>
    </w:p>
    <w:p>
      <w:pPr>
        <w:spacing w:before="0" w:after="160" w:line="300" w:lineRule="auto"/>
      </w:pPr>
      <w:r>
        <w:rPr>
          <w:rFonts w:ascii="Times New Roman" w:hAnsi="Times New Roman" w:eastAsia="宋体"/>
          <w:b w:val="0"/>
          <w:i w:val="0"/>
          <w:color w:val="333333"/>
          <w:sz w:val="19"/>
        </w:rPr>
        <w:t>(A) even　　(B) divisible by 3　　(C) divisible by 5　　(D) divisible by 7　　(E) prime</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对多少个整数 n，n/(20 - n) 是一个整数的平方？</w:t>
      </w:r>
    </w:p>
    <w:p>
      <w:pPr>
        <w:spacing w:before="0" w:after="120" w:line="300" w:lineRule="auto"/>
      </w:pPr>
      <w:r>
        <w:rPr>
          <w:rFonts w:ascii="Times New Roman" w:hAnsi="Times New Roman" w:eastAsia="宋体"/>
          <w:b w:val="0"/>
          <w:i w:val="0"/>
          <w:sz w:val="21"/>
        </w:rPr>
        <w:t>（A）1　　（B）2　　（C）3　　（D）4　　（E）10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how many integers n is n/(20 - n) the square of an integer?</w:t>
      </w:r>
    </w:p>
    <w:p>
      <w:pPr>
        <w:spacing w:before="0" w:after="160" w:line="300" w:lineRule="auto"/>
      </w:pPr>
      <w:r>
        <w:rPr>
          <w:rFonts w:ascii="Times New Roman" w:hAnsi="Times New Roman" w:eastAsia="宋体"/>
          <w:b w:val="0"/>
          <w:i w:val="0"/>
          <w:color w:val="333333"/>
          <w:sz w:val="19"/>
        </w:rPr>
        <w:t>(A) 1　　(B) 2　　(C) 3　　(D) 4　　(E) 10</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正八边形 ABCDEFGH 的边长为二。△ ADG 的面积是多少？</w:t>
      </w:r>
    </w:p>
    <w:p>
      <w:pPr>
        <w:spacing w:before="0" w:after="120" w:line="300" w:lineRule="auto"/>
      </w:pPr>
      <w:r>
        <w:rPr>
          <w:rFonts w:ascii="Times New Roman" w:hAnsi="Times New Roman" w:eastAsia="宋体"/>
          <w:b w:val="0"/>
          <w:i w:val="0"/>
          <w:sz w:val="21"/>
        </w:rPr>
        <w:t>（A）4 + 2√(2)　　（B）6 + √(2)　　（C）4 + 3√(2)　　（D）3 + 4√(2)　　（E）8 + √(2)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regular octagon ABCDEFGH has sides of length two. What is the area of △ ADG?</w:t>
      </w:r>
    </w:p>
    <w:p>
      <w:pPr>
        <w:spacing w:before="0" w:after="160" w:line="300" w:lineRule="auto"/>
      </w:pPr>
      <w:r>
        <w:rPr>
          <w:rFonts w:ascii="Times New Roman" w:hAnsi="Times New Roman" w:eastAsia="宋体"/>
          <w:b w:val="0"/>
          <w:i w:val="0"/>
          <w:color w:val="333333"/>
          <w:sz w:val="19"/>
        </w:rPr>
        <w:t>(A) 4 + 2√(2)　　(B) 6 + √(2)　　(C) 4 + 3√(2)　　(D) 3 + 4√(2)　　(E) 8 + √(2)</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平面上画出四个不同的圆。至少两个圆相交的点最多有多少个？</w:t>
      </w:r>
    </w:p>
    <w:p>
      <w:pPr>
        <w:spacing w:before="0" w:after="120" w:line="300" w:lineRule="auto"/>
      </w:pPr>
      <w:r>
        <w:rPr>
          <w:rFonts w:ascii="Times New Roman" w:hAnsi="Times New Roman" w:eastAsia="宋体"/>
          <w:b w:val="0"/>
          <w:i w:val="0"/>
          <w:sz w:val="21"/>
        </w:rPr>
        <w:t>（A）8　　（B）9　　（C）10　　（D）12　　（E）16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Four distinct circles are drawn in a plane. What is the maximum number of points where at least two of the circles intersect?</w:t>
      </w:r>
    </w:p>
    <w:p>
      <w:pPr>
        <w:spacing w:before="0" w:after="160" w:line="300" w:lineRule="auto"/>
      </w:pPr>
      <w:r>
        <w:rPr>
          <w:rFonts w:ascii="Times New Roman" w:hAnsi="Times New Roman" w:eastAsia="宋体"/>
          <w:b w:val="0"/>
          <w:i w:val="0"/>
          <w:color w:val="333333"/>
          <w:sz w:val="19"/>
        </w:rPr>
        <w:t>(A) 8　　(B) 9　　(C) 10　　(D) 12　　(E) 16</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设 {aₙ} 是等差数列，且</w:t>
      </w:r>
    </w:p>
    <w:p>
      <w:pPr>
        <w:spacing w:before="0" w:after="80" w:line="300" w:lineRule="auto"/>
        <w:jc w:val="left"/>
      </w:pPr>
      <w:r>
        <w:rPr>
          <w:rFonts w:ascii="Times New Roman" w:hAnsi="Times New Roman" w:eastAsia="宋体"/>
          <w:b w:val="0"/>
          <w:i w:val="0"/>
          <w:sz w:val="21"/>
        </w:rPr>
        <w:t>a₁ + a₂ + ⋯ + a₁₀₀ = 100</w:t>
      </w:r>
    </w:p>
    <w:p>
      <w:pPr>
        <w:spacing w:before="0" w:after="80" w:line="300" w:lineRule="auto"/>
        <w:jc w:val="left"/>
      </w:pPr>
      <w:r>
        <w:rPr>
          <w:rFonts w:ascii="Times New Roman" w:hAnsi="Times New Roman" w:eastAsia="宋体"/>
          <w:b w:val="0"/>
          <w:i w:val="0"/>
          <w:sz w:val="21"/>
        </w:rPr>
        <w:t>和</w:t>
      </w:r>
    </w:p>
    <w:p>
      <w:pPr>
        <w:spacing w:before="0" w:after="80" w:line="300" w:lineRule="auto"/>
        <w:jc w:val="left"/>
      </w:pPr>
      <w:r>
        <w:rPr>
          <w:rFonts w:ascii="Times New Roman" w:hAnsi="Times New Roman" w:eastAsia="宋体"/>
          <w:b w:val="0"/>
          <w:i w:val="0"/>
          <w:sz w:val="21"/>
        </w:rPr>
        <w:t>a₁₀₁ + a₁₀₂ + ⋯ + a₂₀₀ = 200。</w:t>
      </w:r>
    </w:p>
    <w:p>
      <w:pPr>
        <w:spacing w:before="0" w:after="80" w:line="300" w:lineRule="auto"/>
        <w:jc w:val="left"/>
      </w:pPr>
      <w:r>
        <w:rPr>
          <w:rFonts w:ascii="Times New Roman" w:hAnsi="Times New Roman" w:eastAsia="宋体"/>
          <w:b w:val="0"/>
          <w:i w:val="0"/>
          <w:sz w:val="21"/>
        </w:rPr>
        <w:t>求 a₂ - a₁ 的值。</w:t>
      </w:r>
    </w:p>
    <w:p>
      <w:pPr>
        <w:spacing w:before="0" w:after="120" w:line="300" w:lineRule="auto"/>
      </w:pPr>
      <w:r>
        <w:rPr>
          <w:rFonts w:ascii="Times New Roman" w:hAnsi="Times New Roman" w:eastAsia="宋体"/>
          <w:b w:val="0"/>
          <w:i w:val="0"/>
          <w:sz w:val="21"/>
        </w:rPr>
        <w:t>（A）0.0001　　（B）0.001　　（C）0.01　　（D）0.1　　（E）1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Suppose that {aₙ} is an arithmetic sequence with</w:t>
      </w:r>
    </w:p>
    <w:p>
      <w:pPr>
        <w:spacing w:before="0" w:after="80" w:line="300" w:lineRule="auto"/>
        <w:jc w:val="left"/>
      </w:pPr>
      <w:r>
        <w:rPr>
          <w:rFonts w:ascii="Times New Roman" w:hAnsi="Times New Roman" w:eastAsia="宋体"/>
          <w:b w:val="0"/>
          <w:i w:val="0"/>
          <w:color w:val="333333"/>
          <w:sz w:val="19"/>
        </w:rPr>
        <w:t>a₁ + a₂ + ⋯ + a₁₀₀ = 100</w:t>
      </w:r>
    </w:p>
    <w:p>
      <w:pPr>
        <w:spacing w:before="0" w:after="80" w:line="300" w:lineRule="auto"/>
        <w:jc w:val="left"/>
      </w:pPr>
      <w:r>
        <w:rPr>
          <w:rFonts w:ascii="Times New Roman" w:hAnsi="Times New Roman" w:eastAsia="宋体"/>
          <w:b w:val="0"/>
          <w:i w:val="0"/>
          <w:color w:val="333333"/>
          <w:sz w:val="19"/>
        </w:rPr>
        <w:t>and</w:t>
      </w:r>
    </w:p>
    <w:p>
      <w:pPr>
        <w:spacing w:before="0" w:after="80" w:line="300" w:lineRule="auto"/>
        <w:jc w:val="left"/>
      </w:pPr>
      <w:r>
        <w:rPr>
          <w:rFonts w:ascii="Times New Roman" w:hAnsi="Times New Roman" w:eastAsia="宋体"/>
          <w:b w:val="0"/>
          <w:i w:val="0"/>
          <w:color w:val="333333"/>
          <w:sz w:val="19"/>
        </w:rPr>
        <w:t>a₁₀₁ + a₁₀₂ + ⋯ + a₂₀₀ = 200.</w:t>
      </w:r>
    </w:p>
    <w:p>
      <w:pPr>
        <w:spacing w:before="0" w:after="80" w:line="300" w:lineRule="auto"/>
        <w:jc w:val="left"/>
      </w:pPr>
      <w:r>
        <w:rPr>
          <w:rFonts w:ascii="Times New Roman" w:hAnsi="Times New Roman" w:eastAsia="宋体"/>
          <w:b w:val="0"/>
          <w:i w:val="0"/>
          <w:color w:val="333333"/>
          <w:sz w:val="19"/>
        </w:rPr>
        <w:t>What is the value of a₂ - a₁?</w:t>
      </w:r>
    </w:p>
    <w:p>
      <w:pPr>
        <w:spacing w:before="0" w:after="160" w:line="300" w:lineRule="auto"/>
      </w:pPr>
      <w:r>
        <w:rPr>
          <w:rFonts w:ascii="Times New Roman" w:hAnsi="Times New Roman" w:eastAsia="宋体"/>
          <w:b w:val="0"/>
          <w:i w:val="0"/>
          <w:color w:val="333333"/>
          <w:sz w:val="19"/>
        </w:rPr>
        <w:t>(A) 0.0001　　(B) 0.001　　(C) 0.01　　(D) 0.1　　(E) 1</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设 a、b、c 为实数，满足 a - 7b + 8c = 4 和 8a + 4b - c = 7。求 a² - b² + c²。</w:t>
      </w:r>
    </w:p>
    <w:p>
      <w:pPr>
        <w:spacing w:before="0" w:after="120" w:line="300" w:lineRule="auto"/>
      </w:pPr>
      <w:r>
        <w:rPr>
          <w:rFonts w:ascii="Times New Roman" w:hAnsi="Times New Roman" w:eastAsia="宋体"/>
          <w:b w:val="0"/>
          <w:i w:val="0"/>
          <w:sz w:val="21"/>
        </w:rPr>
        <w:t>（A）0　　（B）1　　（C）4　　（D）7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 b, and c be real numbers such that a - 7b + 8c = 4 and 8a + 4b - c = 7. What is a² - b² + c²?</w:t>
      </w:r>
    </w:p>
    <w:p>
      <w:pPr>
        <w:spacing w:before="0" w:after="160" w:line="300" w:lineRule="auto"/>
      </w:pPr>
      <w:r>
        <w:rPr>
          <w:rFonts w:ascii="Times New Roman" w:hAnsi="Times New Roman" w:eastAsia="宋体"/>
          <w:b w:val="0"/>
          <w:i w:val="0"/>
          <w:color w:val="333333"/>
          <w:sz w:val="19"/>
        </w:rPr>
        <w:t>(A) 0　　(B) 1　　(C) 4　　(D) 7　　(E) 8</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Andy 的草坪面积是 Beth 的两倍，也是 Carlos 的三倍。Carlos 的割草机速度是 Beth 的一半，也是 Andy 的三分之一。如果他们同时开始修剪各自的草坪，谁最先完成？</w:t>
      </w:r>
    </w:p>
    <w:p>
      <w:pPr>
        <w:spacing w:before="0" w:after="120" w:line="300" w:lineRule="auto"/>
      </w:pPr>
      <w:r>
        <w:rPr>
          <w:rFonts w:ascii="Times New Roman" w:hAnsi="Times New Roman" w:eastAsia="宋体"/>
          <w:b w:val="0"/>
          <w:i w:val="0"/>
          <w:sz w:val="21"/>
        </w:rPr>
        <w:t>（A）Andy　　（B）Beth　　（C）Carlos　　（D）Andy 和 Carlos 并列第一。　　（E）三人同时完成。</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Andy’s lawn has twice as much area as Beth’s lawn and three times as much area as Carlos’ lawn. Carlos’ lawn mower cuts half as fast as Beth’s mower and one third as fast as Andy’s mower. If they all start to mow their lawns at the same time, who will finish first?</w:t>
      </w:r>
    </w:p>
    <w:p>
      <w:pPr>
        <w:spacing w:before="0" w:after="160" w:line="300" w:lineRule="auto"/>
      </w:pPr>
      <w:r>
        <w:rPr>
          <w:rFonts w:ascii="Times New Roman" w:hAnsi="Times New Roman" w:eastAsia="宋体"/>
          <w:b w:val="0"/>
          <w:i w:val="0"/>
          <w:color w:val="333333"/>
          <w:sz w:val="19"/>
        </w:rPr>
        <w:t>(A) Andy　　(B) Beth　　(C) Carlos　　(D) Andy and Carlos tie for first.　　(E) All three tie.</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 XOY 是直角三角形，且 m∠ XOY = 90°。点 M 和 N 分别是直角边 OX 和 OY 的中点。已知 XN = 19、YM = 22，求 XY。</w:t>
      </w:r>
    </w:p>
    <w:p>
      <w:pPr>
        <w:spacing w:before="0" w:after="120" w:line="300" w:lineRule="auto"/>
      </w:pPr>
      <w:r>
        <w:rPr>
          <w:rFonts w:ascii="Times New Roman" w:hAnsi="Times New Roman" w:eastAsia="宋体"/>
          <w:b w:val="0"/>
          <w:i w:val="0"/>
          <w:sz w:val="21"/>
        </w:rPr>
        <w:t>（A）24　　（B）26　　（C）28　　（D）30　　（E）32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 XOY be a right-angled triangle with m∠ XOY = 90°. Let M and N be the midpoints of legs OX and OY, respectively. Given that XN = 19 and YM = 22, what is XY?</w:t>
      </w:r>
    </w:p>
    <w:p>
      <w:pPr>
        <w:spacing w:before="0" w:after="160" w:line="300" w:lineRule="auto"/>
      </w:pPr>
      <w:r>
        <w:rPr>
          <w:rFonts w:ascii="Times New Roman" w:hAnsi="Times New Roman" w:eastAsia="宋体"/>
          <w:b w:val="0"/>
          <w:i w:val="0"/>
          <w:color w:val="333333"/>
          <w:sz w:val="19"/>
        </w:rPr>
        <w:t>(A) 24　　(B) 26　　(C) 28　　(D) 30　　(E) 32</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设 {aₖ} 是整数序列，满足 a₁ = 1，且对所有正整数 m、n 都有 aₘ₊ₙ = aₘ + aₙ + mn。求 a₁₂。</w:t>
      </w:r>
    </w:p>
    <w:p>
      <w:pPr>
        <w:spacing w:before="0" w:after="120" w:line="300" w:lineRule="auto"/>
      </w:pPr>
      <w:r>
        <w:rPr>
          <w:rFonts w:ascii="Times New Roman" w:hAnsi="Times New Roman" w:eastAsia="宋体"/>
          <w:b w:val="0"/>
          <w:i w:val="0"/>
          <w:sz w:val="21"/>
        </w:rPr>
        <w:t>（A）45　　（B）56　　（C）67　　（D）78　　（E）89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{aₖ} be a sequence of integers such that a₁ = 1 and aₘ₊ₙ = aₘ + aₙ + mn for all positive integers m and n. What is a₁₂?</w:t>
      </w:r>
    </w:p>
    <w:p>
      <w:pPr>
        <w:spacing w:before="0" w:after="160" w:line="300" w:lineRule="auto"/>
      </w:pPr>
      <w:r>
        <w:rPr>
          <w:rFonts w:ascii="Times New Roman" w:hAnsi="Times New Roman" w:eastAsia="宋体"/>
          <w:b w:val="0"/>
          <w:i w:val="0"/>
          <w:color w:val="333333"/>
          <w:sz w:val="19"/>
        </w:rPr>
        <w:t>(A) 45　　(B) 56　　(C) 67　　(D) 78　　(E) 89</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摩天轮上的乘客在竖直平面内沿圆周运动。某个摩天轮半径为 20 英尺，并以每分钟一圈的恒定速度旋转。乘客从摩天轮最低点到达比最低点高 10 英尺的位置，需要多少秒？</w:t>
      </w:r>
    </w:p>
    <w:p>
      <w:pPr>
        <w:spacing w:before="0" w:after="120" w:line="300" w:lineRule="auto"/>
      </w:pPr>
      <w:r>
        <w:rPr>
          <w:rFonts w:ascii="Times New Roman" w:hAnsi="Times New Roman" w:eastAsia="宋体"/>
          <w:b w:val="0"/>
          <w:i w:val="0"/>
          <w:sz w:val="21"/>
        </w:rPr>
        <w:t>（A）5　　（B）6　　（C）7.5　　（D）10　　（E）15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Riders on a Ferris wheel travel in a circle in a vertical plane. A particular wheel has radius 20 feet and revolves at the constant rate of one revolution per minute. How many seconds does it take a rider to travel from the bottom of the wheel to a point 10 vertical feet above the bottom?</w:t>
      </w:r>
    </w:p>
    <w:p>
      <w:pPr>
        <w:spacing w:before="0" w:after="160" w:line="300" w:lineRule="auto"/>
      </w:pPr>
      <w:r>
        <w:rPr>
          <w:rFonts w:ascii="Times New Roman" w:hAnsi="Times New Roman" w:eastAsia="宋体"/>
          <w:b w:val="0"/>
          <w:i w:val="0"/>
          <w:color w:val="333333"/>
          <w:sz w:val="19"/>
        </w:rPr>
        <w:t>(A) 5　　(B) 6　　(C) 7.5　　(D) 10　　(E) 15</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向一个整数列表中加入 15 后，平均数增加了 2。再向新列表中加入 1 后，平均数减少了 1。原列表中有多少个整数？</w:t>
      </w:r>
    </w:p>
    <w:p>
      <w:pPr>
        <w:spacing w:before="0" w:after="120" w:line="300" w:lineRule="auto"/>
      </w:pPr>
      <w:r>
        <w:rPr>
          <w:rFonts w:ascii="Times New Roman" w:hAnsi="Times New Roman" w:eastAsia="宋体"/>
          <w:b w:val="0"/>
          <w:i w:val="0"/>
          <w:sz w:val="21"/>
        </w:rPr>
        <w:t>（A）4　　（B）5　　（C）6　　（D）7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When 15 is appended to a list of integers, the mean is increased by 2. When 1 is appended to the enlarged list, the mean of the enlarged list is decreased by 1. How many integers were in the original list?</w:t>
      </w:r>
    </w:p>
    <w:p>
      <w:pPr>
        <w:spacing w:before="0" w:after="160" w:line="300" w:lineRule="auto"/>
      </w:pPr>
      <w:r>
        <w:rPr>
          <w:rFonts w:ascii="Times New Roman" w:hAnsi="Times New Roman" w:eastAsia="宋体"/>
          <w:b w:val="0"/>
          <w:i w:val="0"/>
          <w:color w:val="333333"/>
          <w:sz w:val="19"/>
        </w:rPr>
        <w:t>(A) 4　　(B) 5　　(C) 6　　(D) 7　　(E) 8</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E　C　A　D　E　B　E　D　D</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C　B　E　D　B　E　D　C　D</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C　B　B　B　D　D　A</w:t>
      </w:r>
    </w:p>
    <w:p>
      <w:pPr>
        <w:spacing w:before="0" w:after="200" w:line="300" w:lineRule="auto"/>
      </w:pPr>
      <w:r>
        <w:rPr>
          <w:rFonts w:ascii="Times New Roman" w:hAnsi="Times New Roman" w:eastAsia="宋体"/>
          <w:b w:val="0"/>
          <w:i w:val="0"/>
          <w:color w:val="666666"/>
          <w:sz w:val="18"/>
        </w:rPr>
        <w:t>答案串：ECADEBEDDCBEDBEDCDCBBBDDA</w:t>
      </w:r>
    </w:p>
    <w:p>
      <w:pPr>
        <w:spacing w:before="200" w:after="80" w:line="300" w:lineRule="auto"/>
      </w:pPr>
      <w:r>
        <w:rPr>
          <w:rFonts w:ascii="Times New Roman" w:hAnsi="Times New Roman" w:eastAsia="宋体"/>
          <w:b/>
          <w:i w:val="0"/>
          <w:sz w:val="23"/>
        </w:rPr>
        <w:t>第 1 题　答案 E</w:t>
      </w:r>
    </w:p>
    <w:p>
      <w:pPr>
        <w:spacing w:before="0" w:after="80" w:line="300" w:lineRule="auto"/>
        <w:jc w:val="left"/>
      </w:pPr>
      <w:r>
        <w:rPr>
          <w:rFonts w:ascii="Times New Roman" w:hAnsi="Times New Roman" w:eastAsia="宋体"/>
          <w:b w:val="0"/>
          <w:i w:val="0"/>
          <w:sz w:val="21"/>
        </w:rPr>
        <w:t>因为 6²⁰⁰² = 2²⁰⁰²· 3²⁰⁰²，所以</w:t>
      </w:r>
    </w:p>
    <w:p>
      <w:pPr>
        <w:spacing w:before="0" w:after="80" w:line="300" w:lineRule="auto"/>
        <w:jc w:val="left"/>
      </w:pPr>
      <w:r>
        <w:rPr>
          <w:rFonts w:ascii="Times New Roman" w:hAnsi="Times New Roman" w:eastAsia="宋体"/>
          <w:b w:val="0"/>
          <w:i w:val="0"/>
          <w:sz w:val="21"/>
        </w:rPr>
        <w:t>(2²⁰⁰¹· 3²⁰⁰³)/(2²⁰⁰²· 3²⁰⁰²) = 3/2。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6²⁰⁰² = 2²⁰⁰²· 3²⁰⁰², the ratio becomes</w:t>
      </w:r>
    </w:p>
    <w:p>
      <w:pPr>
        <w:spacing w:before="0" w:after="80" w:line="300" w:lineRule="auto"/>
        <w:jc w:val="left"/>
      </w:pPr>
      <w:r>
        <w:rPr>
          <w:rFonts w:ascii="Times New Roman" w:hAnsi="Times New Roman" w:eastAsia="宋体"/>
          <w:b w:val="0"/>
          <w:i w:val="0"/>
          <w:color w:val="333333"/>
          <w:sz w:val="19"/>
        </w:rPr>
        <w:t>(2²⁰⁰¹· 3²⁰⁰³)/(2²⁰⁰²· 3²⁰⁰²) = 3/2.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C</w:t>
      </w:r>
    </w:p>
    <w:p>
      <w:pPr>
        <w:spacing w:before="0" w:after="80" w:line="300" w:lineRule="auto"/>
        <w:jc w:val="left"/>
      </w:pPr>
      <w:r>
        <w:rPr>
          <w:rFonts w:ascii="Times New Roman" w:hAnsi="Times New Roman" w:eastAsia="宋体"/>
          <w:b w:val="0"/>
          <w:i w:val="0"/>
          <w:sz w:val="21"/>
        </w:rPr>
        <w:t>直接代入：</w:t>
      </w:r>
    </w:p>
    <w:p>
      <w:pPr>
        <w:spacing w:before="0" w:after="80" w:line="300" w:lineRule="auto"/>
        <w:jc w:val="left"/>
      </w:pPr>
      <w:r>
        <w:rPr>
          <w:rFonts w:ascii="Times New Roman" w:hAnsi="Times New Roman" w:eastAsia="宋体"/>
          <w:b w:val="0"/>
          <w:i w:val="0"/>
          <w:sz w:val="21"/>
        </w:rPr>
        <w:t>(2, 4, 6) = (2·4·6)/2+4+6 = 48/12 = 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Substituting directly,</w:t>
      </w:r>
    </w:p>
    <w:p>
      <w:pPr>
        <w:spacing w:before="0" w:after="80" w:line="300" w:lineRule="auto"/>
        <w:jc w:val="left"/>
      </w:pPr>
      <w:r>
        <w:rPr>
          <w:rFonts w:ascii="Times New Roman" w:hAnsi="Times New Roman" w:eastAsia="宋体"/>
          <w:b w:val="0"/>
          <w:i w:val="0"/>
          <w:color w:val="333333"/>
          <w:sz w:val="19"/>
        </w:rPr>
        <w:t>(2, 4, 6) = (2·4·6)/2+4+6 = 48/12 = 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A</w:t>
      </w:r>
    </w:p>
    <w:p>
      <w:pPr>
        <w:spacing w:before="0" w:after="80" w:line="300" w:lineRule="auto"/>
        <w:jc w:val="left"/>
      </w:pPr>
      <w:r>
        <w:rPr>
          <w:rFonts w:ascii="Times New Roman" w:hAnsi="Times New Roman" w:eastAsia="宋体"/>
          <w:b w:val="0"/>
          <w:i w:val="0"/>
          <w:sz w:val="21"/>
        </w:rPr>
        <w:t>平均数可以写成</w:t>
      </w:r>
    </w:p>
    <w:p>
      <w:pPr>
        <w:spacing w:before="0" w:after="80" w:line="300" w:lineRule="auto"/>
        <w:jc w:val="left"/>
      </w:pPr>
      <w:r>
        <w:rPr>
          <w:rFonts w:ascii="Times New Roman" w:hAnsi="Times New Roman" w:eastAsia="宋体"/>
          <w:b w:val="0"/>
          <w:i w:val="0"/>
          <w:sz w:val="21"/>
        </w:rPr>
        <w:t>1/9</w:t>
      </w:r>
    </w:p>
    <w:p>
      <w:pPr>
        <w:spacing w:before="0" w:after="80" w:line="300" w:lineRule="auto"/>
        <w:jc w:val="left"/>
      </w:pPr>
      <w:r>
        <w:rPr>
          <w:rFonts w:ascii="Times New Roman" w:hAnsi="Times New Roman" w:eastAsia="宋体"/>
          <w:b w:val="0"/>
          <w:i w:val="0"/>
          <w:sz w:val="21"/>
        </w:rPr>
        <w:t>· small (9 + 99 + 999 + ⋯ + 999999999)</w:t>
      </w:r>
    </w:p>
    <w:p>
      <w:pPr>
        <w:spacing w:before="0" w:after="80" w:line="300" w:lineRule="auto"/>
        <w:jc w:val="left"/>
      </w:pPr>
      <w:r>
        <w:rPr>
          <w:rFonts w:ascii="Times New Roman" w:hAnsi="Times New Roman" w:eastAsia="宋体"/>
          <w:b w:val="0"/>
          <w:i w:val="0"/>
          <w:sz w:val="21"/>
        </w:rPr>
        <w:t>= 1 + 11 + 111 + ⋯</w:t>
      </w:r>
    </w:p>
    <w:p>
      <w:pPr>
        <w:spacing w:before="0" w:after="80" w:line="300" w:lineRule="auto"/>
        <w:jc w:val="left"/>
      </w:pPr>
      <w:r>
        <w:rPr>
          <w:rFonts w:ascii="Times New Roman" w:hAnsi="Times New Roman" w:eastAsia="宋体"/>
          <w:b w:val="0"/>
          <w:i w:val="0"/>
          <w:sz w:val="21"/>
        </w:rPr>
        <w:t>+ 111111111</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把这九个各位均为一的数按列相加，得到 M = 123456789。</w:t>
      </w:r>
    </w:p>
    <w:p>
      <w:pPr>
        <w:spacing w:before="0" w:after="80" w:line="300" w:lineRule="auto"/>
        <w:jc w:val="left"/>
      </w:pPr>
      <w:r>
        <w:rPr>
          <w:rFonts w:ascii="Times New Roman" w:hAnsi="Times New Roman" w:eastAsia="宋体"/>
          <w:b w:val="0"/>
          <w:i w:val="0"/>
          <w:sz w:val="21"/>
        </w:rPr>
        <w:t>M 唯一缺少的数字是 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mean is</w:t>
      </w:r>
    </w:p>
    <w:p>
      <w:pPr>
        <w:spacing w:before="0" w:after="80" w:line="300" w:lineRule="auto"/>
        <w:jc w:val="left"/>
      </w:pPr>
      <w:r>
        <w:rPr>
          <w:rFonts w:ascii="Times New Roman" w:hAnsi="Times New Roman" w:eastAsia="宋体"/>
          <w:b w:val="0"/>
          <w:i w:val="0"/>
          <w:color w:val="333333"/>
          <w:sz w:val="19"/>
        </w:rPr>
        <w:t>1/9</w:t>
      </w:r>
    </w:p>
    <w:p>
      <w:pPr>
        <w:spacing w:before="0" w:after="80" w:line="300" w:lineRule="auto"/>
        <w:jc w:val="left"/>
      </w:pPr>
      <w:r>
        <w:rPr>
          <w:rFonts w:ascii="Times New Roman" w:hAnsi="Times New Roman" w:eastAsia="宋体"/>
          <w:b w:val="0"/>
          <w:i w:val="0"/>
          <w:color w:val="333333"/>
          <w:sz w:val="19"/>
        </w:rPr>
        <w:t>· small (9 + 99 + 999 + ⋯ + 999999999)</w:t>
      </w:r>
    </w:p>
    <w:p>
      <w:pPr>
        <w:spacing w:before="0" w:after="80" w:line="300" w:lineRule="auto"/>
        <w:jc w:val="left"/>
      </w:pPr>
      <w:r>
        <w:rPr>
          <w:rFonts w:ascii="Times New Roman" w:hAnsi="Times New Roman" w:eastAsia="宋体"/>
          <w:b w:val="0"/>
          <w:i w:val="0"/>
          <w:color w:val="333333"/>
          <w:sz w:val="19"/>
        </w:rPr>
        <w:t>= 1 + 11 + 111 + ⋯</w:t>
      </w:r>
    </w:p>
    <w:p>
      <w:pPr>
        <w:spacing w:before="0" w:after="80" w:line="300" w:lineRule="auto"/>
        <w:jc w:val="left"/>
      </w:pPr>
      <w:r>
        <w:rPr>
          <w:rFonts w:ascii="Times New Roman" w:hAnsi="Times New Roman" w:eastAsia="宋体"/>
          <w:b w:val="0"/>
          <w:i w:val="0"/>
          <w:color w:val="333333"/>
          <w:sz w:val="19"/>
        </w:rPr>
        <w:t>+ 111111111.</w:t>
      </w:r>
    </w:p>
    <w:p>
      <w:pPr>
        <w:spacing w:before="0" w:after="80" w:line="300" w:lineRule="auto"/>
        <w:jc w:val="left"/>
      </w:pPr>
      <w:r>
        <w:rPr>
          <w:rFonts w:ascii="Times New Roman" w:hAnsi="Times New Roman" w:eastAsia="宋体"/>
          <w:b w:val="0"/>
          <w:i w:val="0"/>
          <w:color w:val="333333"/>
          <w:sz w:val="19"/>
        </w:rPr>
        <w:t>Adding these nine repunits column by column gives M = 123456789.</w:t>
      </w:r>
    </w:p>
    <w:p>
      <w:pPr>
        <w:spacing w:before="0" w:after="80" w:line="300" w:lineRule="auto"/>
        <w:jc w:val="left"/>
      </w:pPr>
      <w:r>
        <w:rPr>
          <w:rFonts w:ascii="Times New Roman" w:hAnsi="Times New Roman" w:eastAsia="宋体"/>
          <w:b w:val="0"/>
          <w:i w:val="0"/>
          <w:color w:val="333333"/>
          <w:sz w:val="19"/>
        </w:rPr>
        <w:t>The only digit missing from M is 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D</w:t>
      </w:r>
    </w:p>
    <w:p>
      <w:pPr>
        <w:spacing w:before="0" w:after="80" w:line="300" w:lineRule="auto"/>
        <w:jc w:val="left"/>
      </w:pPr>
      <w:r>
        <w:rPr>
          <w:rFonts w:ascii="Times New Roman" w:hAnsi="Times New Roman" w:eastAsia="宋体"/>
          <w:b w:val="0"/>
          <w:i w:val="0"/>
          <w:sz w:val="21"/>
        </w:rPr>
        <w:t>从前两项提出 3x-2，得</w:t>
      </w:r>
    </w:p>
    <w:p>
      <w:pPr>
        <w:spacing w:before="0" w:after="80" w:line="300" w:lineRule="auto"/>
        <w:jc w:val="left"/>
      </w:pPr>
      <w:r>
        <w:rPr>
          <w:rFonts w:ascii="Times New Roman" w:hAnsi="Times New Roman" w:eastAsia="宋体"/>
          <w:b w:val="0"/>
          <w:i w:val="0"/>
          <w:sz w:val="21"/>
        </w:rPr>
        <w:t>(3x - 2)[(4x + 1) - 4x] + 1</w:t>
      </w:r>
    </w:p>
    <w:p>
      <w:pPr>
        <w:spacing w:before="0" w:after="80" w:line="300" w:lineRule="auto"/>
        <w:jc w:val="left"/>
      </w:pPr>
      <w:r>
        <w:rPr>
          <w:rFonts w:ascii="Times New Roman" w:hAnsi="Times New Roman" w:eastAsia="宋体"/>
          <w:b w:val="0"/>
          <w:i w:val="0"/>
          <w:sz w:val="21"/>
        </w:rPr>
        <w:t>= (3x - 2)(1) + 1</w:t>
      </w:r>
    </w:p>
    <w:p>
      <w:pPr>
        <w:spacing w:before="0" w:after="80" w:line="300" w:lineRule="auto"/>
        <w:jc w:val="left"/>
      </w:pPr>
      <w:r>
        <w:rPr>
          <w:rFonts w:ascii="Times New Roman" w:hAnsi="Times New Roman" w:eastAsia="宋体"/>
          <w:b w:val="0"/>
          <w:i w:val="0"/>
          <w:sz w:val="21"/>
        </w:rPr>
        <w:t>= 3x - 1</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当 x = 4 时，表达式等于 3·4 - 1 = 11。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Factoring 3x-2 from the first two terms,</w:t>
      </w:r>
    </w:p>
    <w:p>
      <w:pPr>
        <w:spacing w:before="0" w:after="80" w:line="300" w:lineRule="auto"/>
        <w:jc w:val="left"/>
      </w:pPr>
      <w:r>
        <w:rPr>
          <w:rFonts w:ascii="Times New Roman" w:hAnsi="Times New Roman" w:eastAsia="宋体"/>
          <w:b w:val="0"/>
          <w:i w:val="0"/>
          <w:color w:val="333333"/>
          <w:sz w:val="19"/>
        </w:rPr>
        <w:t>(3x - 2)[(4x + 1) - 4x] + 1</w:t>
      </w:r>
    </w:p>
    <w:p>
      <w:pPr>
        <w:spacing w:before="0" w:after="80" w:line="300" w:lineRule="auto"/>
        <w:jc w:val="left"/>
      </w:pPr>
      <w:r>
        <w:rPr>
          <w:rFonts w:ascii="Times New Roman" w:hAnsi="Times New Roman" w:eastAsia="宋体"/>
          <w:b w:val="0"/>
          <w:i w:val="0"/>
          <w:color w:val="333333"/>
          <w:sz w:val="19"/>
        </w:rPr>
        <w:t>= (3x - 2)(1) + 1</w:t>
      </w:r>
    </w:p>
    <w:p>
      <w:pPr>
        <w:spacing w:before="0" w:after="80" w:line="300" w:lineRule="auto"/>
        <w:jc w:val="left"/>
      </w:pPr>
      <w:r>
        <w:rPr>
          <w:rFonts w:ascii="Times New Roman" w:hAnsi="Times New Roman" w:eastAsia="宋体"/>
          <w:b w:val="0"/>
          <w:i w:val="0"/>
          <w:color w:val="333333"/>
          <w:sz w:val="19"/>
        </w:rPr>
        <w:t>= 3x - 1.</w:t>
      </w:r>
    </w:p>
    <w:p>
      <w:pPr>
        <w:spacing w:before="0" w:after="80" w:line="300" w:lineRule="auto"/>
        <w:jc w:val="left"/>
      </w:pPr>
      <w:r>
        <w:rPr>
          <w:rFonts w:ascii="Times New Roman" w:hAnsi="Times New Roman" w:eastAsia="宋体"/>
          <w:b w:val="0"/>
          <w:i w:val="0"/>
          <w:color w:val="333333"/>
          <w:sz w:val="19"/>
        </w:rPr>
        <w:t>At x = 4, this equals 3·4 - 1 = 11.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E</w:t>
      </w:r>
    </w:p>
    <w:p>
      <w:pPr>
        <w:spacing w:before="0" w:after="80" w:line="300" w:lineRule="auto"/>
        <w:jc w:val="left"/>
      </w:pPr>
      <w:r>
        <w:rPr>
          <w:rFonts w:ascii="Times New Roman" w:hAnsi="Times New Roman" w:eastAsia="宋体"/>
          <w:b w:val="0"/>
          <w:i w:val="0"/>
          <w:sz w:val="21"/>
        </w:rPr>
        <w:t>两个小圆沿大圆的一条直径排列，所以大圆直径为 2·3 + 2·2 = 10，半径为 5。</w:t>
      </w:r>
    </w:p>
    <w:p>
      <w:pPr>
        <w:spacing w:before="0" w:after="80" w:line="300" w:lineRule="auto"/>
        <w:jc w:val="left"/>
      </w:pPr>
      <w:r>
        <w:rPr>
          <w:rFonts w:ascii="Times New Roman" w:hAnsi="Times New Roman" w:eastAsia="宋体"/>
          <w:b w:val="0"/>
          <w:i w:val="0"/>
          <w:sz w:val="21"/>
        </w:rPr>
        <w:t>阴影面积为</w:t>
      </w:r>
    </w:p>
    <w:p>
      <w:pPr>
        <w:spacing w:before="0" w:after="80" w:line="300" w:lineRule="auto"/>
        <w:jc w:val="left"/>
      </w:pPr>
      <w:r>
        <w:rPr>
          <w:rFonts w:ascii="Times New Roman" w:hAnsi="Times New Roman" w:eastAsia="宋体"/>
          <w:b w:val="0"/>
          <w:i w:val="0"/>
          <w:sz w:val="21"/>
        </w:rPr>
        <w:t>π(5²) - π(3²) - π(2²)</w:t>
      </w:r>
    </w:p>
    <w:p>
      <w:pPr>
        <w:spacing w:before="0" w:after="80" w:line="300" w:lineRule="auto"/>
        <w:jc w:val="left"/>
      </w:pPr>
      <w:r>
        <w:rPr>
          <w:rFonts w:ascii="Times New Roman" w:hAnsi="Times New Roman" w:eastAsia="宋体"/>
          <w:b w:val="0"/>
          <w:i w:val="0"/>
          <w:sz w:val="21"/>
        </w:rPr>
        <w:t>= π(25 - 9 - 4)</w:t>
      </w:r>
    </w:p>
    <w:p>
      <w:pPr>
        <w:spacing w:before="0" w:after="80" w:line="300" w:lineRule="auto"/>
        <w:jc w:val="left"/>
      </w:pPr>
      <w:r>
        <w:rPr>
          <w:rFonts w:ascii="Times New Roman" w:hAnsi="Times New Roman" w:eastAsia="宋体"/>
          <w:b w:val="0"/>
          <w:i w:val="0"/>
          <w:sz w:val="21"/>
        </w:rPr>
        <w:t>= 12π</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two small circles line up along a diameter of the big circle, so that diameter is 2·3 + 2·2 = 10 and the large radius is 5.</w:t>
      </w:r>
    </w:p>
    <w:p>
      <w:pPr>
        <w:spacing w:before="0" w:after="80" w:line="300" w:lineRule="auto"/>
        <w:jc w:val="left"/>
      </w:pPr>
      <w:r>
        <w:rPr>
          <w:rFonts w:ascii="Times New Roman" w:hAnsi="Times New Roman" w:eastAsia="宋体"/>
          <w:b w:val="0"/>
          <w:i w:val="0"/>
          <w:color w:val="333333"/>
          <w:sz w:val="19"/>
        </w:rPr>
        <w:t>The shaded region is the large disk with the two small disks removed:</w:t>
      </w:r>
    </w:p>
    <w:p>
      <w:pPr>
        <w:spacing w:before="0" w:after="80" w:line="300" w:lineRule="auto"/>
        <w:jc w:val="left"/>
      </w:pPr>
      <w:r>
        <w:rPr>
          <w:rFonts w:ascii="Times New Roman" w:hAnsi="Times New Roman" w:eastAsia="宋体"/>
          <w:b w:val="0"/>
          <w:i w:val="0"/>
          <w:color w:val="333333"/>
          <w:sz w:val="19"/>
        </w:rPr>
        <w:t>π(5²) - π(3²) - π(2²)</w:t>
      </w:r>
    </w:p>
    <w:p>
      <w:pPr>
        <w:spacing w:before="0" w:after="80" w:line="300" w:lineRule="auto"/>
        <w:jc w:val="left"/>
      </w:pPr>
      <w:r>
        <w:rPr>
          <w:rFonts w:ascii="Times New Roman" w:hAnsi="Times New Roman" w:eastAsia="宋体"/>
          <w:b w:val="0"/>
          <w:i w:val="0"/>
          <w:color w:val="333333"/>
          <w:sz w:val="19"/>
        </w:rPr>
        <w:t>= π(25 - 9 - 4)</w:t>
      </w:r>
    </w:p>
    <w:p>
      <w:pPr>
        <w:spacing w:before="0" w:after="80" w:line="300" w:lineRule="auto"/>
        <w:jc w:val="left"/>
      </w:pPr>
      <w:r>
        <w:rPr>
          <w:rFonts w:ascii="Times New Roman" w:hAnsi="Times New Roman" w:eastAsia="宋体"/>
          <w:b w:val="0"/>
          <w:i w:val="0"/>
          <w:color w:val="333333"/>
          <w:sz w:val="19"/>
        </w:rPr>
        <w:t>= 12π.</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B</w:t>
      </w:r>
    </w:p>
    <w:p>
      <w:pPr>
        <w:spacing w:before="0" w:after="80" w:line="300" w:lineRule="auto"/>
        <w:jc w:val="left"/>
      </w:pPr>
      <w:r>
        <w:rPr>
          <w:rFonts w:ascii="Times New Roman" w:hAnsi="Times New Roman" w:eastAsia="宋体"/>
          <w:b w:val="0"/>
          <w:i w:val="0"/>
          <w:sz w:val="21"/>
        </w:rPr>
        <w:t>分解得 n² - 3n + 2 = (n-1)(n-2)。</w:t>
      </w:r>
    </w:p>
    <w:p>
      <w:pPr>
        <w:spacing w:before="0" w:after="80" w:line="300" w:lineRule="auto"/>
        <w:jc w:val="left"/>
      </w:pPr>
      <w:r>
        <w:rPr>
          <w:rFonts w:ascii="Times New Roman" w:hAnsi="Times New Roman" w:eastAsia="宋体"/>
          <w:b w:val="0"/>
          <w:i w:val="0"/>
          <w:sz w:val="21"/>
        </w:rPr>
        <w:t>当 n ≥ 4 时，两个因数都大于 1，乘积为合数。当 n = 1 或 n = 2 时，原式为 0；当 n = 3 时，原式为 (2)(1) = 2，是质数。</w:t>
      </w:r>
    </w:p>
    <w:p>
      <w:pPr>
        <w:spacing w:before="0" w:after="80" w:line="300" w:lineRule="auto"/>
        <w:jc w:val="left"/>
      </w:pPr>
      <w:r>
        <w:rPr>
          <w:rFonts w:ascii="Times New Roman" w:hAnsi="Times New Roman" w:eastAsia="宋体"/>
          <w:b w:val="0"/>
          <w:i w:val="0"/>
          <w:sz w:val="21"/>
        </w:rPr>
        <w:t>所以恰好有一个 n 可行。</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Factor as n² - 3n + 2 = (n-1)(n-2).</w:t>
      </w:r>
    </w:p>
    <w:p>
      <w:pPr>
        <w:spacing w:before="0" w:after="80" w:line="300" w:lineRule="auto"/>
        <w:jc w:val="left"/>
      </w:pPr>
      <w:r>
        <w:rPr>
          <w:rFonts w:ascii="Times New Roman" w:hAnsi="Times New Roman" w:eastAsia="宋体"/>
          <w:b w:val="0"/>
          <w:i w:val="0"/>
          <w:color w:val="333333"/>
          <w:sz w:val="19"/>
        </w:rPr>
        <w:t>For n ≥ 4, both factors exceed 1, so the product is composite. For n = 1 and n = 2 the value is 0, and for n = 3 the value is (2)(1) = 2, which is prime.</w:t>
      </w:r>
    </w:p>
    <w:p>
      <w:pPr>
        <w:spacing w:before="0" w:after="80" w:line="300" w:lineRule="auto"/>
        <w:jc w:val="left"/>
      </w:pPr>
      <w:r>
        <w:rPr>
          <w:rFonts w:ascii="Times New Roman" w:hAnsi="Times New Roman" w:eastAsia="宋体"/>
          <w:b w:val="0"/>
          <w:i w:val="0"/>
          <w:color w:val="333333"/>
          <w:sz w:val="19"/>
        </w:rPr>
        <w:t>So exactly one value of n works.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E</w:t>
      </w:r>
    </w:p>
    <w:p>
      <w:pPr>
        <w:spacing w:before="0" w:after="80" w:line="300" w:lineRule="auto"/>
        <w:jc w:val="left"/>
      </w:pPr>
      <w:r>
        <w:rPr>
          <w:rFonts w:ascii="Times New Roman" w:hAnsi="Times New Roman" w:eastAsia="宋体"/>
          <w:b w:val="0"/>
          <w:i w:val="0"/>
          <w:sz w:val="21"/>
        </w:rPr>
        <w:t>和 1/2 + 1/3 + 1/7 + 1/n 大于 0，并且小于 1/2 + 1/3 + 1/7 + 1 &lt; 2，所以作为整数只能等于 1。</w:t>
      </w:r>
    </w:p>
    <w:p>
      <w:pPr>
        <w:spacing w:before="0" w:after="80" w:line="300" w:lineRule="auto"/>
        <w:jc w:val="left"/>
      </w:pPr>
      <w:r>
        <w:rPr>
          <w:rFonts w:ascii="Times New Roman" w:hAnsi="Times New Roman" w:eastAsia="宋体"/>
          <w:b w:val="0"/>
          <w:i w:val="0"/>
          <w:sz w:val="21"/>
        </w:rPr>
        <w:t>因为 1/2 + 1/3 + 1/7 = 41/42，所以 1/n = 1/42，即 n = 42。</w:t>
      </w:r>
    </w:p>
    <w:p>
      <w:pPr>
        <w:spacing w:before="0" w:after="80" w:line="300" w:lineRule="auto"/>
        <w:jc w:val="left"/>
      </w:pPr>
      <w:r>
        <w:rPr>
          <w:rFonts w:ascii="Times New Roman" w:hAnsi="Times New Roman" w:eastAsia="宋体"/>
          <w:b w:val="0"/>
          <w:i w:val="0"/>
          <w:sz w:val="21"/>
        </w:rPr>
        <w:t>具体说，2、3、6、7 都整除 42，而 n = 42 不大于 84，所以 n &gt; 84 为假。</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sum 1/2 + 1/3 + 1/7 + 1/n is greater than 0 and less than 1/2 + 1/3 + 1/7 + 1 &lt; 2, so as an integer it must equal 1.</w:t>
      </w:r>
    </w:p>
    <w:p>
      <w:pPr>
        <w:spacing w:before="0" w:after="80" w:line="300" w:lineRule="auto"/>
        <w:jc w:val="left"/>
      </w:pPr>
      <w:r>
        <w:rPr>
          <w:rFonts w:ascii="Times New Roman" w:hAnsi="Times New Roman" w:eastAsia="宋体"/>
          <w:b w:val="0"/>
          <w:i w:val="0"/>
          <w:color w:val="333333"/>
          <w:sz w:val="19"/>
        </w:rPr>
        <w:t>Since 1/2 + 1/3 + 1/7 = 41/42, we need 1/n = 1/42, so n = 42.</w:t>
      </w:r>
    </w:p>
    <w:p>
      <w:pPr>
        <w:spacing w:before="0" w:after="80" w:line="300" w:lineRule="auto"/>
        <w:jc w:val="left"/>
      </w:pPr>
      <w:r>
        <w:rPr>
          <w:rFonts w:ascii="Times New Roman" w:hAnsi="Times New Roman" w:eastAsia="宋体"/>
          <w:b w:val="0"/>
          <w:i w:val="0"/>
          <w:color w:val="333333"/>
          <w:sz w:val="19"/>
        </w:rPr>
        <w:t>Then 2, 3, 6, and 7 all divide 42, but n = 42 is not greater than 84. So the false statement is n &gt; 84.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D</w:t>
      </w:r>
    </w:p>
    <w:p>
      <w:pPr>
        <w:spacing w:before="0" w:after="80" w:line="300" w:lineRule="auto"/>
        <w:jc w:val="left"/>
      </w:pPr>
      <w:r>
        <w:rPr>
          <w:rFonts w:ascii="Times New Roman" w:hAnsi="Times New Roman" w:eastAsia="宋体"/>
          <w:b w:val="0"/>
          <w:i w:val="0"/>
          <w:sz w:val="21"/>
        </w:rPr>
        <w:t>31 天等于 4 周又 3 天，所以恰好是每月第 1、第 2、第 3 日所对应的三个星期几会出现五次。</w:t>
      </w:r>
    </w:p>
    <w:p>
      <w:pPr>
        <w:spacing w:before="0" w:after="80" w:line="300" w:lineRule="auto"/>
        <w:jc w:val="left"/>
      </w:pPr>
      <w:r>
        <w:rPr>
          <w:rFonts w:ascii="Times New Roman" w:hAnsi="Times New Roman" w:eastAsia="宋体"/>
          <w:b w:val="0"/>
          <w:i w:val="0"/>
          <w:sz w:val="21"/>
        </w:rPr>
        <w:t>七月要有五个星期一，星期一就必须是七月第 1、第 2 或第 3 日。三种情况下，八月 1 日分别是星期二、星期三或星期四，而八月出现五次的三个星期几都包括星期四。</w:t>
      </w:r>
    </w:p>
    <w:p>
      <w:pPr>
        <w:spacing w:before="0" w:after="80" w:line="300" w:lineRule="auto"/>
        <w:jc w:val="left"/>
      </w:pPr>
      <w:r>
        <w:rPr>
          <w:rFonts w:ascii="Times New Roman" w:hAnsi="Times New Roman" w:eastAsia="宋体"/>
          <w:b w:val="0"/>
          <w:i w:val="0"/>
          <w:sz w:val="21"/>
        </w:rPr>
        <w:t>也可以直接看出：七月有 31 天，所以八月 1 日与七月 4 日是同一星期几。无论星期一是七月第 1、第 2 还是第 3 日，八月出现五次的三个星期几中总有星期四。</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31-day month is 4 weeks plus 3 extra days, so exactly the weekdays of the 1st, 2nd, and 3rd of the month occur five times.</w:t>
      </w:r>
    </w:p>
    <w:p>
      <w:pPr>
        <w:spacing w:before="0" w:after="80" w:line="300" w:lineRule="auto"/>
        <w:jc w:val="left"/>
      </w:pPr>
      <w:r>
        <w:rPr>
          <w:rFonts w:ascii="Times New Roman" w:hAnsi="Times New Roman" w:eastAsia="宋体"/>
          <w:b w:val="0"/>
          <w:i w:val="0"/>
          <w:color w:val="333333"/>
          <w:sz w:val="19"/>
        </w:rPr>
        <w:t>For July to have five Mondays, Monday must be one of July 1, 2, or 3. In all three cases August 1 lands on a Tuesday, Wednesday, or Thursday, and the common weekday among the resulting five-time days is Thursday.</w:t>
      </w:r>
    </w:p>
    <w:p>
      <w:pPr>
        <w:spacing w:before="0" w:after="80" w:line="300" w:lineRule="auto"/>
        <w:jc w:val="left"/>
      </w:pPr>
      <w:r>
        <w:rPr>
          <w:rFonts w:ascii="Times New Roman" w:hAnsi="Times New Roman" w:eastAsia="宋体"/>
          <w:b w:val="0"/>
          <w:i w:val="0"/>
          <w:color w:val="333333"/>
          <w:sz w:val="19"/>
        </w:rPr>
        <w:t>More directly, since July has 31 days, August 1 is the same weekday as July 4. With Monday on July 1, 2, or 3, the three five-time weekdays of August always include Thursday.</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D</w:t>
      </w:r>
    </w:p>
    <w:p>
      <w:pPr>
        <w:spacing w:before="0" w:after="80" w:line="300" w:lineRule="auto"/>
        <w:jc w:val="left"/>
      </w:pPr>
      <w:r>
        <w:rPr>
          <w:rFonts w:ascii="Times New Roman" w:hAnsi="Times New Roman" w:eastAsia="宋体"/>
          <w:b w:val="0"/>
          <w:i w:val="0"/>
          <w:sz w:val="21"/>
        </w:rPr>
        <w:t>字母顺序为 A, M, O, S, U。以 A、M、O、S 开头的单词先出现，占据从第 1 位到第 96 位；每个开头有 24 个。</w:t>
      </w:r>
    </w:p>
    <w:p>
      <w:pPr>
        <w:spacing w:before="0" w:after="80" w:line="300" w:lineRule="auto"/>
        <w:jc w:val="left"/>
      </w:pPr>
      <w:r>
        <w:rPr>
          <w:rFonts w:ascii="Times New Roman" w:hAnsi="Times New Roman" w:eastAsia="宋体"/>
          <w:b w:val="0"/>
          <w:i w:val="0"/>
          <w:sz w:val="21"/>
        </w:rPr>
        <w:t>以 U 开头的单词占据第 97 到第 120 位。在这一组中，USAMO 是第 19 个，所以总位置为 96 + 19 = 115。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alphabetical order of the letters is A, M, O, S, U. Words beginning with A, M, O, or S fill positions 1 through 96 (four choices of first letter, 24 each).</w:t>
      </w:r>
    </w:p>
    <w:p>
      <w:pPr>
        <w:spacing w:before="0" w:after="80" w:line="300" w:lineRule="auto"/>
        <w:jc w:val="left"/>
      </w:pPr>
      <w:r>
        <w:rPr>
          <w:rFonts w:ascii="Times New Roman" w:hAnsi="Times New Roman" w:eastAsia="宋体"/>
          <w:b w:val="0"/>
          <w:i w:val="0"/>
          <w:color w:val="333333"/>
          <w:sz w:val="19"/>
        </w:rPr>
        <w:t>Words beginning with U occupy positions 97–120. Listing them alphabetically, USAMO is the 19th such word, so it occupies position 96 + 19 = 115.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C</w:t>
      </w:r>
    </w:p>
    <w:p>
      <w:pPr>
        <w:spacing w:before="0" w:after="80" w:line="300" w:lineRule="auto"/>
        <w:jc w:val="left"/>
      </w:pPr>
      <w:r>
        <w:rPr>
          <w:rFonts w:ascii="Times New Roman" w:hAnsi="Times New Roman" w:eastAsia="宋体"/>
          <w:b w:val="0"/>
          <w:i w:val="0"/>
          <w:sz w:val="21"/>
        </w:rPr>
        <w:t>根为 a、b。由韦达定理，a + b = -a，且 ab = b。</w:t>
      </w:r>
    </w:p>
    <w:p>
      <w:pPr>
        <w:spacing w:before="0" w:after="80" w:line="300" w:lineRule="auto"/>
        <w:jc w:val="left"/>
      </w:pPr>
      <w:r>
        <w:rPr>
          <w:rFonts w:ascii="Times New Roman" w:hAnsi="Times New Roman" w:eastAsia="宋体"/>
          <w:b w:val="0"/>
          <w:i w:val="0"/>
          <w:sz w:val="21"/>
        </w:rPr>
        <w:t>先看 ab = b。因为 b ≠ 0，可得 a = 1。再用 a + b = -a，得到 1 + b = -1，所以 b = -2。</w:t>
      </w:r>
    </w:p>
    <w:p>
      <w:pPr>
        <w:spacing w:before="0" w:after="80" w:line="300" w:lineRule="auto"/>
        <w:jc w:val="left"/>
      </w:pPr>
      <w:r>
        <w:rPr>
          <w:rFonts w:ascii="Times New Roman" w:hAnsi="Times New Roman" w:eastAsia="宋体"/>
          <w:b w:val="0"/>
          <w:i w:val="0"/>
          <w:sz w:val="21"/>
        </w:rPr>
        <w:t>因此 (a, b) = (1, -2)，所以正确答案是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the roots are a and b, Vieta’s formulas give a + b = -a and ab = b.</w:t>
      </w:r>
    </w:p>
    <w:p>
      <w:pPr>
        <w:spacing w:before="0" w:after="80" w:line="300" w:lineRule="auto"/>
        <w:jc w:val="left"/>
      </w:pPr>
      <w:r>
        <w:rPr>
          <w:rFonts w:ascii="Times New Roman" w:hAnsi="Times New Roman" w:eastAsia="宋体"/>
          <w:b w:val="0"/>
          <w:i w:val="0"/>
          <w:color w:val="333333"/>
          <w:sz w:val="19"/>
        </w:rPr>
        <w:t>From ab = b with b ≠ 0, we get a = 1. Then a + b = -a gives 1 + b = -1, so b = -2.</w:t>
      </w:r>
    </w:p>
    <w:p>
      <w:pPr>
        <w:spacing w:before="0" w:after="80" w:line="300" w:lineRule="auto"/>
        <w:jc w:val="left"/>
      </w:pPr>
      <w:r>
        <w:rPr>
          <w:rFonts w:ascii="Times New Roman" w:hAnsi="Times New Roman" w:eastAsia="宋体"/>
          <w:b w:val="0"/>
          <w:i w:val="0"/>
          <w:color w:val="333333"/>
          <w:sz w:val="19"/>
        </w:rPr>
        <w:t>Thus (a, b) = (1, -2), and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B</w:t>
      </w:r>
    </w:p>
    <w:p>
      <w:pPr>
        <w:spacing w:before="0" w:after="80" w:line="300" w:lineRule="auto"/>
        <w:jc w:val="left"/>
      </w:pPr>
      <w:r>
        <w:rPr>
          <w:rFonts w:ascii="Times New Roman" w:hAnsi="Times New Roman" w:eastAsia="宋体"/>
          <w:b w:val="0"/>
          <w:i w:val="0"/>
          <w:sz w:val="21"/>
        </w:rPr>
        <w:t>设三个整数为 n - 1、n、n + 1。它们的乘积为 n(n² - 1)，和为 3n，因此</w:t>
      </w:r>
    </w:p>
    <w:p>
      <w:pPr>
        <w:spacing w:before="0" w:after="80" w:line="300" w:lineRule="auto"/>
        <w:jc w:val="left"/>
      </w:pPr>
      <w:r>
        <w:rPr>
          <w:rFonts w:ascii="Times New Roman" w:hAnsi="Times New Roman" w:eastAsia="宋体"/>
          <w:b w:val="0"/>
          <w:i w:val="0"/>
          <w:sz w:val="21"/>
        </w:rPr>
        <w:t>n(n² - 1) = 8(3n) = 24n。</w:t>
      </w:r>
    </w:p>
    <w:p>
      <w:pPr>
        <w:spacing w:before="0" w:after="80" w:line="300" w:lineRule="auto"/>
        <w:jc w:val="left"/>
      </w:pPr>
      <w:r>
        <w:rPr>
          <w:rFonts w:ascii="Times New Roman" w:hAnsi="Times New Roman" w:eastAsia="宋体"/>
          <w:b w:val="0"/>
          <w:i w:val="0"/>
          <w:sz w:val="21"/>
        </w:rPr>
        <w:t>因为 n ≠ 0，可得 n² - 1 = 24，于是 n² = 25，从而 n = 5。</w:t>
      </w:r>
    </w:p>
    <w:p>
      <w:pPr>
        <w:spacing w:before="0" w:after="80" w:line="300" w:lineRule="auto"/>
        <w:jc w:val="left"/>
      </w:pPr>
      <w:r>
        <w:rPr>
          <w:rFonts w:ascii="Times New Roman" w:hAnsi="Times New Roman" w:eastAsia="宋体"/>
          <w:b w:val="0"/>
          <w:i w:val="0"/>
          <w:sz w:val="21"/>
        </w:rPr>
        <w:t>三个整数为 4、5、6，平方和为 4² + 5² + 6² = 16 + 25 + 36 = 77。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integers be n - 1, n, n + 1. Their product is n(n² - 1) and their sum is 3n, so</w:t>
      </w:r>
    </w:p>
    <w:p>
      <w:pPr>
        <w:spacing w:before="0" w:after="80" w:line="300" w:lineRule="auto"/>
        <w:jc w:val="left"/>
      </w:pPr>
      <w:r>
        <w:rPr>
          <w:rFonts w:ascii="Times New Roman" w:hAnsi="Times New Roman" w:eastAsia="宋体"/>
          <w:b w:val="0"/>
          <w:i w:val="0"/>
          <w:color w:val="333333"/>
          <w:sz w:val="19"/>
        </w:rPr>
        <w:t>n(n² - 1) = 8(3n) = 24n.</w:t>
      </w:r>
    </w:p>
    <w:p>
      <w:pPr>
        <w:spacing w:before="0" w:after="80" w:line="300" w:lineRule="auto"/>
        <w:jc w:val="left"/>
      </w:pPr>
      <w:r>
        <w:rPr>
          <w:rFonts w:ascii="Times New Roman" w:hAnsi="Times New Roman" w:eastAsia="宋体"/>
          <w:b w:val="0"/>
          <w:i w:val="0"/>
          <w:color w:val="333333"/>
          <w:sz w:val="19"/>
        </w:rPr>
        <w:t>Since n ≠ 0, we get n² - 1 = 24, so n² = 25 and n = 5.</w:t>
      </w:r>
    </w:p>
    <w:p>
      <w:pPr>
        <w:spacing w:before="0" w:after="80" w:line="300" w:lineRule="auto"/>
        <w:jc w:val="left"/>
      </w:pPr>
      <w:r>
        <w:rPr>
          <w:rFonts w:ascii="Times New Roman" w:hAnsi="Times New Roman" w:eastAsia="宋体"/>
          <w:b w:val="0"/>
          <w:i w:val="0"/>
          <w:color w:val="333333"/>
          <w:sz w:val="19"/>
        </w:rPr>
        <w:t>The three integers are 4, 5, and 6, and 4² + 5² + 6² = 16 + 25 + 36 = 77.</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E</w:t>
      </w:r>
    </w:p>
    <w:p>
      <w:pPr>
        <w:spacing w:before="0" w:after="80" w:line="300" w:lineRule="auto"/>
        <w:jc w:val="left"/>
      </w:pPr>
      <w:r>
        <w:rPr>
          <w:rFonts w:ascii="Times New Roman" w:hAnsi="Times New Roman" w:eastAsia="宋体"/>
          <w:b w:val="0"/>
          <w:i w:val="0"/>
          <w:sz w:val="21"/>
        </w:rPr>
        <w:t>交叉相乘得 (x - 1)(x - 6) = (x - 2)(x - k)，展开为</w:t>
      </w:r>
    </w:p>
    <w:p>
      <w:pPr>
        <w:spacing w:before="0" w:after="80" w:line="300" w:lineRule="auto"/>
        <w:jc w:val="left"/>
      </w:pPr>
      <w:r>
        <w:rPr>
          <w:rFonts w:ascii="Times New Roman" w:hAnsi="Times New Roman" w:eastAsia="宋体"/>
          <w:b w:val="0"/>
          <w:i w:val="0"/>
          <w:sz w:val="21"/>
        </w:rPr>
        <w:t>x² - 7x + 6 = x² - (2 + k)x</w:t>
      </w:r>
    </w:p>
    <w:p>
      <w:pPr>
        <w:spacing w:before="0" w:after="80" w:line="300" w:lineRule="auto"/>
        <w:jc w:val="left"/>
      </w:pPr>
      <w:r>
        <w:rPr>
          <w:rFonts w:ascii="Times New Roman" w:hAnsi="Times New Roman" w:eastAsia="宋体"/>
          <w:b w:val="0"/>
          <w:i w:val="0"/>
          <w:sz w:val="21"/>
        </w:rPr>
        <w:t>+ 2k</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约去 x² 后得到 (k - 5)x = 2k - 6。当 k 等于 1、2、3 或 4 时，都能得到一个有效的 x，且它既不是使分母为零的 2，也不是 6。当 k=5 时，方程变为 0· x=4，无解。</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Cross multiplying gives (x - 1)(x - 6) = (x - 2)(x - k), which expands to</w:t>
      </w:r>
    </w:p>
    <w:p>
      <w:pPr>
        <w:spacing w:before="0" w:after="80" w:line="300" w:lineRule="auto"/>
        <w:jc w:val="left"/>
      </w:pPr>
      <w:r>
        <w:rPr>
          <w:rFonts w:ascii="Times New Roman" w:hAnsi="Times New Roman" w:eastAsia="宋体"/>
          <w:b w:val="0"/>
          <w:i w:val="0"/>
          <w:color w:val="333333"/>
          <w:sz w:val="19"/>
        </w:rPr>
        <w:t>x² - 7x + 6 = x² - (2 + k)x</w:t>
      </w:r>
    </w:p>
    <w:p>
      <w:pPr>
        <w:spacing w:before="0" w:after="80" w:line="300" w:lineRule="auto"/>
        <w:jc w:val="left"/>
      </w:pPr>
      <w:r>
        <w:rPr>
          <w:rFonts w:ascii="Times New Roman" w:hAnsi="Times New Roman" w:eastAsia="宋体"/>
          <w:b w:val="0"/>
          <w:i w:val="0"/>
          <w:color w:val="333333"/>
          <w:sz w:val="19"/>
        </w:rPr>
        <w:t>+ 2k.</w:t>
      </w:r>
    </w:p>
    <w:p>
      <w:pPr>
        <w:spacing w:before="0" w:after="80" w:line="300" w:lineRule="auto"/>
        <w:jc w:val="left"/>
      </w:pPr>
      <w:r>
        <w:rPr>
          <w:rFonts w:ascii="Times New Roman" w:hAnsi="Times New Roman" w:eastAsia="宋体"/>
          <w:b w:val="0"/>
          <w:i w:val="0"/>
          <w:color w:val="333333"/>
          <w:sz w:val="19"/>
        </w:rPr>
        <w:t>Cancelling x² leaves (k - 5)x = 2k - 6. For k equal to 1, 2, 3, or 4, this gives a valid value of x that is neither excluded denominator value 2 nor 6. For k=5, the equation instead becomes 0· x=4, which has no solution.</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D</w:t>
      </w:r>
    </w:p>
    <w:p>
      <w:pPr>
        <w:spacing w:before="0" w:after="80" w:line="300" w:lineRule="auto"/>
        <w:jc w:val="left"/>
      </w:pPr>
      <w:r>
        <w:rPr>
          <w:rFonts w:ascii="Times New Roman" w:hAnsi="Times New Roman" w:eastAsia="宋体"/>
          <w:b w:val="0"/>
          <w:i w:val="0"/>
          <w:sz w:val="21"/>
        </w:rPr>
        <w:t>分组因式分解：</w:t>
      </w:r>
    </w:p>
    <w:p>
      <w:pPr>
        <w:spacing w:before="0" w:after="80" w:line="300" w:lineRule="auto"/>
        <w:jc w:val="left"/>
      </w:pPr>
      <w:r>
        <w:rPr>
          <w:rFonts w:ascii="Times New Roman" w:hAnsi="Times New Roman" w:eastAsia="宋体"/>
          <w:b w:val="0"/>
          <w:i w:val="0"/>
          <w:sz w:val="21"/>
        </w:rPr>
        <w:t>8xy - 12y + 2x - 3</w:t>
      </w:r>
    </w:p>
    <w:p>
      <w:pPr>
        <w:spacing w:before="0" w:after="80" w:line="300" w:lineRule="auto"/>
        <w:jc w:val="left"/>
      </w:pPr>
      <w:r>
        <w:rPr>
          <w:rFonts w:ascii="Times New Roman" w:hAnsi="Times New Roman" w:eastAsia="宋体"/>
          <w:b w:val="0"/>
          <w:i w:val="0"/>
          <w:sz w:val="21"/>
        </w:rPr>
        <w:t>= 4y(2x - 3) + (2x - 3)</w:t>
      </w:r>
    </w:p>
    <w:p>
      <w:pPr>
        <w:spacing w:before="0" w:after="80" w:line="300" w:lineRule="auto"/>
        <w:jc w:val="left"/>
      </w:pPr>
      <w:r>
        <w:rPr>
          <w:rFonts w:ascii="Times New Roman" w:hAnsi="Times New Roman" w:eastAsia="宋体"/>
          <w:b w:val="0"/>
          <w:i w:val="0"/>
          <w:sz w:val="21"/>
        </w:rPr>
        <w:t>= (4y + 1)(2x - 3)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要使它对所有 y 都等于 0，不能依靠含 y 的因子为零，所以必须有 2x - 3 = 0，得到 x = 3/2。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Grouping and factoring,</w:t>
      </w:r>
    </w:p>
    <w:p>
      <w:pPr>
        <w:spacing w:before="0" w:after="80" w:line="300" w:lineRule="auto"/>
        <w:jc w:val="left"/>
      </w:pPr>
      <w:r>
        <w:rPr>
          <w:rFonts w:ascii="Times New Roman" w:hAnsi="Times New Roman" w:eastAsia="宋体"/>
          <w:b w:val="0"/>
          <w:i w:val="0"/>
          <w:color w:val="333333"/>
          <w:sz w:val="19"/>
        </w:rPr>
        <w:t>8xy - 12y + 2x - 3</w:t>
      </w:r>
    </w:p>
    <w:p>
      <w:pPr>
        <w:spacing w:before="0" w:after="80" w:line="300" w:lineRule="auto"/>
        <w:jc w:val="left"/>
      </w:pPr>
      <w:r>
        <w:rPr>
          <w:rFonts w:ascii="Times New Roman" w:hAnsi="Times New Roman" w:eastAsia="宋体"/>
          <w:b w:val="0"/>
          <w:i w:val="0"/>
          <w:color w:val="333333"/>
          <w:sz w:val="19"/>
        </w:rPr>
        <w:t>= 4y(2x - 3) + (2x - 3)</w:t>
      </w:r>
    </w:p>
    <w:p>
      <w:pPr>
        <w:spacing w:before="0" w:after="80" w:line="300" w:lineRule="auto"/>
        <w:jc w:val="left"/>
      </w:pPr>
      <w:r>
        <w:rPr>
          <w:rFonts w:ascii="Times New Roman" w:hAnsi="Times New Roman" w:eastAsia="宋体"/>
          <w:b w:val="0"/>
          <w:i w:val="0"/>
          <w:color w:val="333333"/>
          <w:sz w:val="19"/>
        </w:rPr>
        <w:t>= (4y + 1)(2x - 3).</w:t>
      </w:r>
    </w:p>
    <w:p>
      <w:pPr>
        <w:spacing w:before="0" w:after="80" w:line="300" w:lineRule="auto"/>
        <w:jc w:val="left"/>
      </w:pPr>
      <w:r>
        <w:rPr>
          <w:rFonts w:ascii="Times New Roman" w:hAnsi="Times New Roman" w:eastAsia="宋体"/>
          <w:b w:val="0"/>
          <w:i w:val="0"/>
          <w:color w:val="333333"/>
          <w:sz w:val="19"/>
        </w:rPr>
        <w:t>For this to equal 0 for all y, the factor that depends on y cannot be forced to zero, so we need 2x - 3 = 0, giving x = 3/2.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B</w:t>
      </w:r>
    </w:p>
    <w:p>
      <w:pPr>
        <w:spacing w:before="0" w:after="80" w:line="300" w:lineRule="auto"/>
        <w:jc w:val="left"/>
      </w:pPr>
      <w:r>
        <w:rPr>
          <w:rFonts w:ascii="Times New Roman" w:hAnsi="Times New Roman" w:eastAsia="宋体"/>
          <w:b w:val="0"/>
          <w:i w:val="0"/>
          <w:sz w:val="21"/>
        </w:rPr>
        <w:t>因为 25 = 5²、64 = 2⁶，所以 25⁶⁴· 64²⁵ = 5¹²⁸· 2¹⁵⁰，从而</w:t>
      </w:r>
    </w:p>
    <w:p>
      <w:pPr>
        <w:spacing w:before="0" w:after="80" w:line="300" w:lineRule="auto"/>
        <w:jc w:val="left"/>
      </w:pPr>
      <w:r>
        <w:rPr>
          <w:rFonts w:ascii="Times New Roman" w:hAnsi="Times New Roman" w:eastAsia="宋体"/>
          <w:b w:val="0"/>
          <w:i w:val="0"/>
          <w:sz w:val="21"/>
        </w:rPr>
        <w:t>N = √(5¹²⁸· 2¹⁵⁰) = 5⁶⁴· 2⁷⁵。</w:t>
      </w:r>
    </w:p>
    <w:p>
      <w:pPr>
        <w:spacing w:before="0" w:after="80" w:line="300" w:lineRule="auto"/>
        <w:jc w:val="left"/>
      </w:pPr>
      <w:r>
        <w:rPr>
          <w:rFonts w:ascii="Times New Roman" w:hAnsi="Times New Roman" w:eastAsia="宋体"/>
          <w:b w:val="0"/>
          <w:i w:val="0"/>
          <w:sz w:val="21"/>
        </w:rPr>
        <w:t>写成 2⁷⁵ = 2⁶⁴· 2¹¹，可得 N = (5· 2)⁶⁴· 2¹¹ = 10⁶⁴· 2048。</w:t>
      </w:r>
    </w:p>
    <w:p>
      <w:pPr>
        <w:spacing w:before="0" w:after="80" w:line="300" w:lineRule="auto"/>
        <w:jc w:val="left"/>
      </w:pPr>
      <w:r>
        <w:rPr>
          <w:rFonts w:ascii="Times New Roman" w:hAnsi="Times New Roman" w:eastAsia="宋体"/>
          <w:b w:val="0"/>
          <w:i w:val="0"/>
          <w:sz w:val="21"/>
        </w:rPr>
        <w:t>因此 N 是 2048 后接 64 个零，数字和为 2 + 0 + 4 + 8 = 14。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25 = 5² and 64 = 2⁶, we have 25⁶⁴· 64²⁵ = 5¹²⁸· 2¹⁵⁰, so</w:t>
      </w:r>
    </w:p>
    <w:p>
      <w:pPr>
        <w:spacing w:before="0" w:after="80" w:line="300" w:lineRule="auto"/>
        <w:jc w:val="left"/>
      </w:pPr>
      <w:r>
        <w:rPr>
          <w:rFonts w:ascii="Times New Roman" w:hAnsi="Times New Roman" w:eastAsia="宋体"/>
          <w:b w:val="0"/>
          <w:i w:val="0"/>
          <w:color w:val="333333"/>
          <w:sz w:val="19"/>
        </w:rPr>
        <w:t>N = √(5¹²⁸· 2¹⁵⁰) = 5⁶⁴· 2⁷⁵.</w:t>
      </w:r>
    </w:p>
    <w:p>
      <w:pPr>
        <w:spacing w:before="0" w:after="80" w:line="300" w:lineRule="auto"/>
        <w:jc w:val="left"/>
      </w:pPr>
      <w:r>
        <w:rPr>
          <w:rFonts w:ascii="Times New Roman" w:hAnsi="Times New Roman" w:eastAsia="宋体"/>
          <w:b w:val="0"/>
          <w:i w:val="0"/>
          <w:color w:val="333333"/>
          <w:sz w:val="19"/>
        </w:rPr>
        <w:t>Writing 2⁷⁵ = 2⁶⁴· 2¹¹, we get N = (5· 2)⁶⁴· 2¹¹ = 10⁶⁴· 2048.</w:t>
      </w:r>
    </w:p>
    <w:p>
      <w:pPr>
        <w:spacing w:before="0" w:after="80" w:line="300" w:lineRule="auto"/>
        <w:jc w:val="left"/>
      </w:pPr>
      <w:r>
        <w:rPr>
          <w:rFonts w:ascii="Times New Roman" w:hAnsi="Times New Roman" w:eastAsia="宋体"/>
          <w:b w:val="0"/>
          <w:i w:val="0"/>
          <w:color w:val="333333"/>
          <w:sz w:val="19"/>
        </w:rPr>
        <w:t>So N is 2048 followed by 64 zeros, and its digit sum is 2 + 0 + 4 + 8 = 14.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E</w:t>
      </w:r>
    </w:p>
    <w:p>
      <w:pPr>
        <w:spacing w:before="0" w:after="80" w:line="300" w:lineRule="auto"/>
        <w:jc w:val="left"/>
      </w:pPr>
      <w:r>
        <w:rPr>
          <w:rFonts w:ascii="Times New Roman" w:hAnsi="Times New Roman" w:eastAsia="宋体"/>
          <w:b w:val="0"/>
          <w:i w:val="0"/>
          <w:sz w:val="21"/>
        </w:rPr>
        <w:t>数 A - B 与 A + B 相差 2B，所以奇偶性相同。因为它们是质数，两者都必须是奇数，这迫使 A 与 B 奇偶性相反。</w:t>
      </w:r>
    </w:p>
    <w:p>
      <w:pPr>
        <w:spacing w:before="0" w:after="80" w:line="300" w:lineRule="auto"/>
        <w:jc w:val="left"/>
      </w:pPr>
      <w:r>
        <w:rPr>
          <w:rFonts w:ascii="Times New Roman" w:hAnsi="Times New Roman" w:eastAsia="宋体"/>
          <w:b w:val="0"/>
          <w:i w:val="0"/>
          <w:sz w:val="21"/>
        </w:rPr>
        <w:t>因为 2 是唯一的偶质数，所以要么 A=2，要么 B=2。第一种情况不可能，因为正质数 B 会使 A-B&lt;0。因此 B=2。</w:t>
      </w:r>
    </w:p>
    <w:p>
      <w:pPr>
        <w:spacing w:before="0" w:after="80" w:line="300" w:lineRule="auto"/>
        <w:jc w:val="left"/>
      </w:pPr>
      <w:r>
        <w:rPr>
          <w:rFonts w:ascii="Times New Roman" w:hAnsi="Times New Roman" w:eastAsia="宋体"/>
          <w:b w:val="0"/>
          <w:i w:val="0"/>
          <w:sz w:val="21"/>
        </w:rPr>
        <w:t>现在 A - 2、A、A + 2 是三个质数。任意三个相差 2 的整数中必有一个能被 3 整除，所以这个数本身必须是 3。唯一的正数情形是 3、5、7。</w:t>
      </w:r>
    </w:p>
    <w:p>
      <w:pPr>
        <w:spacing w:before="0" w:after="80" w:line="300" w:lineRule="auto"/>
        <w:jc w:val="left"/>
      </w:pPr>
      <w:r>
        <w:rPr>
          <w:rFonts w:ascii="Times New Roman" w:hAnsi="Times New Roman" w:eastAsia="宋体"/>
          <w:b w:val="0"/>
          <w:i w:val="0"/>
          <w:sz w:val="21"/>
        </w:rPr>
        <w:t>这四个质数是 2、3、5、7，它们的和为 17，也是质数。</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numbers A - B and A + B differ by 2B, so they have the same parity. Being prime, they must both be odd, which forces A and B to have opposite parity.</w:t>
      </w:r>
    </w:p>
    <w:p>
      <w:pPr>
        <w:spacing w:before="0" w:after="80" w:line="300" w:lineRule="auto"/>
        <w:jc w:val="left"/>
      </w:pPr>
      <w:r>
        <w:rPr>
          <w:rFonts w:ascii="Times New Roman" w:hAnsi="Times New Roman" w:eastAsia="宋体"/>
          <w:b w:val="0"/>
          <w:i w:val="0"/>
          <w:color w:val="333333"/>
          <w:sz w:val="19"/>
        </w:rPr>
        <w:t>Since 2 is the only even prime, either A=2 or B=2. The first case is impossible because the positive prime B would make A-B&lt;0. Hence B=2.</w:t>
      </w:r>
    </w:p>
    <w:p>
      <w:pPr>
        <w:spacing w:before="0" w:after="80" w:line="300" w:lineRule="auto"/>
        <w:jc w:val="left"/>
      </w:pPr>
      <w:r>
        <w:rPr>
          <w:rFonts w:ascii="Times New Roman" w:hAnsi="Times New Roman" w:eastAsia="宋体"/>
          <w:b w:val="0"/>
          <w:i w:val="0"/>
          <w:color w:val="333333"/>
          <w:sz w:val="19"/>
        </w:rPr>
        <w:t>Now A - 2, A, and A + 2 are three primes. One of any three integers spaced 2 apart is divisible by 3, so that member must itself be 3. The only positive possibility is 3, 5, 7.</w:t>
      </w:r>
    </w:p>
    <w:p>
      <w:pPr>
        <w:spacing w:before="0" w:after="80" w:line="300" w:lineRule="auto"/>
        <w:jc w:val="left"/>
      </w:pPr>
      <w:r>
        <w:rPr>
          <w:rFonts w:ascii="Times New Roman" w:hAnsi="Times New Roman" w:eastAsia="宋体"/>
          <w:b w:val="0"/>
          <w:i w:val="0"/>
          <w:color w:val="333333"/>
          <w:sz w:val="19"/>
        </w:rPr>
        <w:t>The four primes are 2, 3, 5, 7, and their sum is 17, which is prime.</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D</w:t>
      </w:r>
    </w:p>
    <w:p>
      <w:pPr>
        <w:spacing w:before="0" w:after="80" w:line="300" w:lineRule="auto"/>
        <w:jc w:val="left"/>
      </w:pPr>
      <w:r>
        <w:rPr>
          <w:rFonts w:ascii="Times New Roman" w:hAnsi="Times New Roman" w:eastAsia="宋体"/>
          <w:b w:val="0"/>
          <w:i w:val="0"/>
          <w:sz w:val="21"/>
        </w:rPr>
        <w:t>设 n/(20 - n) = k²，其中 k ≥ 0 是整数。于是</w:t>
      </w:r>
    </w:p>
    <w:p>
      <w:pPr>
        <w:spacing w:before="0" w:after="80" w:line="300" w:lineRule="auto"/>
        <w:jc w:val="left"/>
      </w:pPr>
      <w:r>
        <w:rPr>
          <w:rFonts w:ascii="Times New Roman" w:hAnsi="Times New Roman" w:eastAsia="宋体"/>
          <w:b w:val="0"/>
          <w:i w:val="0"/>
          <w:sz w:val="21"/>
        </w:rPr>
        <w:t>n = 20k²/(k² + 1)。</w:t>
      </w:r>
    </w:p>
    <w:p>
      <w:pPr>
        <w:spacing w:before="0" w:after="80" w:line="300" w:lineRule="auto"/>
        <w:jc w:val="left"/>
      </w:pPr>
      <w:r>
        <w:rPr>
          <w:rFonts w:ascii="Times New Roman" w:hAnsi="Times New Roman" w:eastAsia="宋体"/>
          <w:b w:val="0"/>
          <w:i w:val="0"/>
          <w:sz w:val="21"/>
        </w:rPr>
        <w:t>因为 k² 与 k² + 1 互质，所以 k² + 1 必须整除 20。这只在 k = 0、1、2、3 时发生，对应 k² + 1 = 1、2、5、10。</w:t>
      </w:r>
    </w:p>
    <w:p>
      <w:pPr>
        <w:spacing w:before="0" w:after="80" w:line="300" w:lineRule="auto"/>
        <w:jc w:val="left"/>
      </w:pPr>
      <w:r>
        <w:rPr>
          <w:rFonts w:ascii="Times New Roman" w:hAnsi="Times New Roman" w:eastAsia="宋体"/>
          <w:b w:val="0"/>
          <w:i w:val="0"/>
          <w:sz w:val="21"/>
        </w:rPr>
        <w:t>对应的整数值为 n = 0、10、16、18，因此共有 4 个这样的 n。</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Suppose n/(20 - n) = k² for some integer k ≥ 0. Solving,</w:t>
      </w:r>
    </w:p>
    <w:p>
      <w:pPr>
        <w:spacing w:before="0" w:after="80" w:line="300" w:lineRule="auto"/>
        <w:jc w:val="left"/>
      </w:pPr>
      <w:r>
        <w:rPr>
          <w:rFonts w:ascii="Times New Roman" w:hAnsi="Times New Roman" w:eastAsia="宋体"/>
          <w:b w:val="0"/>
          <w:i w:val="0"/>
          <w:color w:val="333333"/>
          <w:sz w:val="19"/>
        </w:rPr>
        <w:t>n = 20k²/(k² + 1).</w:t>
      </w:r>
    </w:p>
    <w:p>
      <w:pPr>
        <w:spacing w:before="0" w:after="80" w:line="300" w:lineRule="auto"/>
        <w:jc w:val="left"/>
      </w:pPr>
      <w:r>
        <w:rPr>
          <w:rFonts w:ascii="Times New Roman" w:hAnsi="Times New Roman" w:eastAsia="宋体"/>
          <w:b w:val="0"/>
          <w:i w:val="0"/>
          <w:color w:val="333333"/>
          <w:sz w:val="19"/>
        </w:rPr>
        <w:t>Since k² and k² + 1 share no common factor, k² + 1 must divide 20. This happens only for k = 0, 1, 2, 3, giving k² + 1 = 1, 2, 5, 10.</w:t>
      </w:r>
    </w:p>
    <w:p>
      <w:pPr>
        <w:spacing w:before="0" w:after="80" w:line="300" w:lineRule="auto"/>
        <w:jc w:val="left"/>
      </w:pPr>
      <w:r>
        <w:rPr>
          <w:rFonts w:ascii="Times New Roman" w:hAnsi="Times New Roman" w:eastAsia="宋体"/>
          <w:b w:val="0"/>
          <w:i w:val="0"/>
          <w:color w:val="333333"/>
          <w:sz w:val="19"/>
        </w:rPr>
        <w:t>The corresponding values n = 0, 10, 16, 18 are all integers, so there are 4 such n.</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C</w:t>
      </w:r>
    </w:p>
    <w:p>
      <w:pPr>
        <w:spacing w:before="0" w:after="80" w:line="300" w:lineRule="auto"/>
        <w:jc w:val="left"/>
      </w:pPr>
      <w:r>
        <w:rPr>
          <w:rFonts w:ascii="Times New Roman" w:hAnsi="Times New Roman" w:eastAsia="宋体"/>
          <w:b w:val="0"/>
          <w:i w:val="0"/>
          <w:sz w:val="21"/>
        </w:rPr>
        <w:t>将八边形放在坐标轴上，使水平边和竖直边的长度为 2，每条斜边的水平位移为 √(2)，竖直位移也为 √(2)。</w:t>
      </w:r>
    </w:p>
    <w:p>
      <w:pPr>
        <w:spacing w:before="0" w:after="80" w:line="300" w:lineRule="auto"/>
        <w:jc w:val="left"/>
      </w:pPr>
      <w:r>
        <w:rPr>
          <w:rFonts w:ascii="Times New Roman" w:hAnsi="Times New Roman" w:eastAsia="宋体"/>
          <w:b w:val="0"/>
          <w:i w:val="0"/>
          <w:sz w:val="21"/>
        </w:rPr>
        <w:t>A = (√(2), 0),</w:t>
      </w:r>
    </w:p>
    <w:p>
      <w:pPr>
        <w:spacing w:before="0" w:after="80" w:line="300" w:lineRule="auto"/>
        <w:jc w:val="left"/>
      </w:pPr>
      <w:r>
        <w:rPr>
          <w:rFonts w:ascii="Times New Roman" w:hAnsi="Times New Roman" w:eastAsia="宋体"/>
          <w:b w:val="0"/>
          <w:i w:val="0"/>
          <w:sz w:val="21"/>
        </w:rPr>
        <w:t>D = (2 + 2√(2), 2 + √(2)),</w:t>
      </w:r>
    </w:p>
    <w:p>
      <w:pPr>
        <w:spacing w:before="0" w:after="80" w:line="300" w:lineRule="auto"/>
        <w:jc w:val="left"/>
      </w:pPr>
      <w:r>
        <w:rPr>
          <w:rFonts w:ascii="Times New Roman" w:hAnsi="Times New Roman" w:eastAsia="宋体"/>
          <w:b w:val="0"/>
          <w:i w:val="0"/>
          <w:sz w:val="21"/>
        </w:rPr>
        <w:t>G = (0, 2 + √(2))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因为 D 和 G 高度同为 2 + √(2)，所以 DG 水平，长度为 2 + 2√(2)，从 A 到这条水平线的高为 2 + √(2)。</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 ADG] = 1/2(2 + 2√(2))(2 + √(2))</w:t>
      </w:r>
    </w:p>
    <w:p>
      <w:pPr>
        <w:spacing w:before="0" w:after="80" w:line="300" w:lineRule="auto"/>
        <w:jc w:val="left"/>
      </w:pPr>
      <w:r>
        <w:rPr>
          <w:rFonts w:ascii="Times New Roman" w:hAnsi="Times New Roman" w:eastAsia="宋体"/>
          <w:b w:val="0"/>
          <w:i w:val="0"/>
          <w:sz w:val="21"/>
        </w:rPr>
        <w:t>= (1 + √(2))(2 + √(2))</w:t>
      </w:r>
    </w:p>
    <w:p>
      <w:pPr>
        <w:spacing w:before="0" w:after="80" w:line="300" w:lineRule="auto"/>
        <w:jc w:val="left"/>
      </w:pPr>
      <w:r>
        <w:rPr>
          <w:rFonts w:ascii="Times New Roman" w:hAnsi="Times New Roman" w:eastAsia="宋体"/>
          <w:b w:val="0"/>
          <w:i w:val="0"/>
          <w:sz w:val="21"/>
        </w:rPr>
        <w:t>= 4 + 3√(2)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Set the octagon on coordinate axes with the axis-aligned sides of length 2 and each slanted side spanning √(2) horizontally and √(2) vertically. Then</w:t>
      </w:r>
    </w:p>
    <w:p>
      <w:pPr>
        <w:spacing w:before="0" w:after="80" w:line="300" w:lineRule="auto"/>
        <w:jc w:val="left"/>
      </w:pPr>
      <w:r>
        <w:rPr>
          <w:rFonts w:ascii="Times New Roman" w:hAnsi="Times New Roman" w:eastAsia="宋体"/>
          <w:b w:val="0"/>
          <w:i w:val="0"/>
          <w:color w:val="333333"/>
          <w:sz w:val="19"/>
        </w:rPr>
        <w:t>A = (√(2), 0),</w:t>
      </w:r>
    </w:p>
    <w:p>
      <w:pPr>
        <w:spacing w:before="0" w:after="80" w:line="300" w:lineRule="auto"/>
        <w:jc w:val="left"/>
      </w:pPr>
      <w:r>
        <w:rPr>
          <w:rFonts w:ascii="Times New Roman" w:hAnsi="Times New Roman" w:eastAsia="宋体"/>
          <w:b w:val="0"/>
          <w:i w:val="0"/>
          <w:color w:val="333333"/>
          <w:sz w:val="19"/>
        </w:rPr>
        <w:t>D = (2 + 2√(2), 2 + √(2)),</w:t>
      </w:r>
    </w:p>
    <w:p>
      <w:pPr>
        <w:spacing w:before="0" w:after="80" w:line="300" w:lineRule="auto"/>
        <w:jc w:val="left"/>
      </w:pPr>
      <w:r>
        <w:rPr>
          <w:rFonts w:ascii="Times New Roman" w:hAnsi="Times New Roman" w:eastAsia="宋体"/>
          <w:b w:val="0"/>
          <w:i w:val="0"/>
          <w:color w:val="333333"/>
          <w:sz w:val="19"/>
        </w:rPr>
        <w:t>G = (0, 2 + √(2)).</w:t>
      </w:r>
    </w:p>
    <w:p>
      <w:pPr>
        <w:spacing w:before="0" w:after="80" w:line="300" w:lineRule="auto"/>
        <w:jc w:val="left"/>
      </w:pPr>
      <w:r>
        <w:rPr>
          <w:rFonts w:ascii="Times New Roman" w:hAnsi="Times New Roman" w:eastAsia="宋体"/>
          <w:b w:val="0"/>
          <w:i w:val="0"/>
          <w:color w:val="333333"/>
          <w:sz w:val="19"/>
        </w:rPr>
        <w:t>Since D and G share the height 2 + √(2), segment DG is horizontal with length 2 + 2√(2), and the height from A up to that level is 2 + √(2).</w:t>
      </w:r>
    </w:p>
    <w:p>
      <w:pPr>
        <w:spacing w:before="0" w:after="80" w:line="300" w:lineRule="auto"/>
        <w:jc w:val="left"/>
      </w:pPr>
      <w:r>
        <w:rPr>
          <w:rFonts w:ascii="Times New Roman" w:hAnsi="Times New Roman" w:eastAsia="宋体"/>
          <w:b w:val="0"/>
          <w:i w:val="0"/>
          <w:color w:val="333333"/>
          <w:sz w:val="19"/>
        </w:rPr>
        <w:t>Therefore</w:t>
      </w:r>
    </w:p>
    <w:p>
      <w:pPr>
        <w:spacing w:before="0" w:after="80" w:line="300" w:lineRule="auto"/>
        <w:jc w:val="left"/>
      </w:pPr>
      <w:r>
        <w:rPr>
          <w:rFonts w:ascii="Times New Roman" w:hAnsi="Times New Roman" w:eastAsia="宋体"/>
          <w:b w:val="0"/>
          <w:i w:val="0"/>
          <w:color w:val="333333"/>
          <w:sz w:val="19"/>
        </w:rPr>
        <w:t>[△ ADG] = 1/2(2 + 2√(2))(2 + √(2))</w:t>
      </w:r>
    </w:p>
    <w:p>
      <w:pPr>
        <w:spacing w:before="0" w:after="80" w:line="300" w:lineRule="auto"/>
        <w:jc w:val="left"/>
      </w:pPr>
      <w:r>
        <w:rPr>
          <w:rFonts w:ascii="Times New Roman" w:hAnsi="Times New Roman" w:eastAsia="宋体"/>
          <w:b w:val="0"/>
          <w:i w:val="0"/>
          <w:color w:val="333333"/>
          <w:sz w:val="19"/>
        </w:rPr>
        <w:t>= (1 + √(2))(2 + √(2))</w:t>
      </w:r>
    </w:p>
    <w:p>
      <w:pPr>
        <w:spacing w:before="0" w:after="80" w:line="300" w:lineRule="auto"/>
        <w:jc w:val="left"/>
      </w:pPr>
      <w:r>
        <w:rPr>
          <w:rFonts w:ascii="Times New Roman" w:hAnsi="Times New Roman" w:eastAsia="宋体"/>
          <w:b w:val="0"/>
          <w:i w:val="0"/>
          <w:color w:val="333333"/>
          <w:sz w:val="19"/>
        </w:rPr>
        <w:t>= 4 + 3√(2).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D</w:t>
      </w:r>
    </w:p>
    <w:p>
      <w:pPr>
        <w:spacing w:before="0" w:after="80" w:line="300" w:lineRule="auto"/>
        <w:jc w:val="left"/>
      </w:pPr>
      <w:r>
        <w:rPr>
          <w:rFonts w:ascii="Times New Roman" w:hAnsi="Times New Roman" w:eastAsia="宋体"/>
          <w:b w:val="0"/>
          <w:i w:val="0"/>
          <w:sz w:val="21"/>
        </w:rPr>
        <w:t>任意两个不同圆最多相交于 2 个点。四个圆的配对数为 C(4, 2) = 6，所以最多有 6· 2 = 12 个交点。</w:t>
      </w:r>
    </w:p>
    <w:p>
      <w:pPr>
        <w:spacing w:before="0" w:after="80" w:line="300" w:lineRule="auto"/>
        <w:jc w:val="left"/>
      </w:pPr>
      <w:r>
        <w:rPr>
          <w:rFonts w:ascii="Times New Roman" w:hAnsi="Times New Roman" w:eastAsia="宋体"/>
          <w:b w:val="0"/>
          <w:i w:val="0"/>
          <w:sz w:val="21"/>
        </w:rPr>
        <w:t>这个最大值可以达到：安排四个圆，使每一对圆都相交于两个不同的点，就会得到 12 个交点。</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Any two distinct circles intersect in at most 2 points. There are C(4, 2) = 6 pairs of circles, giving at most 6· 2 = 12 intersection points.</w:t>
      </w:r>
    </w:p>
    <w:p>
      <w:pPr>
        <w:spacing w:before="0" w:after="80" w:line="300" w:lineRule="auto"/>
        <w:jc w:val="left"/>
      </w:pPr>
      <w:r>
        <w:rPr>
          <w:rFonts w:ascii="Times New Roman" w:hAnsi="Times New Roman" w:eastAsia="宋体"/>
          <w:b w:val="0"/>
          <w:i w:val="0"/>
          <w:color w:val="333333"/>
          <w:sz w:val="19"/>
        </w:rPr>
        <w:t>This maximum is achievable by a configuration where every pair of circles crosses twice, so the answer is 12.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C</w:t>
      </w:r>
    </w:p>
    <w:p>
      <w:pPr>
        <w:spacing w:before="0" w:after="80" w:line="300" w:lineRule="auto"/>
        <w:jc w:val="left"/>
      </w:pPr>
      <w:r>
        <w:rPr>
          <w:rFonts w:ascii="Times New Roman" w:hAnsi="Times New Roman" w:eastAsia="宋体"/>
          <w:b w:val="0"/>
          <w:i w:val="0"/>
          <w:sz w:val="21"/>
        </w:rPr>
        <w:t>设 d = a₂ - a₁。因为 aₖ₊₁₀₀ = aₖ + 100d，第二组的一百项相对于第一组对应项的增量都相同，所以第二组的总和比第一组多 100· 100 d：</w:t>
      </w:r>
    </w:p>
    <w:p>
      <w:pPr>
        <w:spacing w:before="0" w:after="80" w:line="300" w:lineRule="auto"/>
        <w:jc w:val="left"/>
      </w:pPr>
      <w:r>
        <w:rPr>
          <w:rFonts w:ascii="Times New Roman" w:hAnsi="Times New Roman" w:eastAsia="宋体"/>
          <w:b w:val="0"/>
          <w:i w:val="0"/>
          <w:sz w:val="21"/>
        </w:rPr>
        <w:t>a₁₀₁ + ⋯ + a₂₀₀</w:t>
      </w:r>
    </w:p>
    <w:p>
      <w:pPr>
        <w:spacing w:before="0" w:after="80" w:line="300" w:lineRule="auto"/>
        <w:jc w:val="left"/>
      </w:pPr>
      <w:r>
        <w:rPr>
          <w:rFonts w:ascii="Times New Roman" w:hAnsi="Times New Roman" w:eastAsia="宋体"/>
          <w:b w:val="0"/>
          <w:i w:val="0"/>
          <w:sz w:val="21"/>
        </w:rPr>
        <w:t>= (a₁ + ⋯ + a₁₀₀)</w:t>
      </w:r>
    </w:p>
    <w:p>
      <w:pPr>
        <w:spacing w:before="0" w:after="80" w:line="300" w:lineRule="auto"/>
        <w:jc w:val="left"/>
      </w:pPr>
      <w:r>
        <w:rPr>
          <w:rFonts w:ascii="Times New Roman" w:hAnsi="Times New Roman" w:eastAsia="宋体"/>
          <w:b w:val="0"/>
          <w:i w:val="0"/>
          <w:sz w:val="21"/>
        </w:rPr>
        <w:t>+ 10000d</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 200 = 100 + 10000d，解得 d = 100/10000 = 0.01。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d = a₂ - a₁. Then aₖ₊₁₀₀ = aₖ + 100d, so the second block sum is the first plus 100· 100 d:</w:t>
      </w:r>
    </w:p>
    <w:p>
      <w:pPr>
        <w:spacing w:before="0" w:after="80" w:line="300" w:lineRule="auto"/>
        <w:jc w:val="left"/>
      </w:pPr>
      <w:r>
        <w:rPr>
          <w:rFonts w:ascii="Times New Roman" w:hAnsi="Times New Roman" w:eastAsia="宋体"/>
          <w:b w:val="0"/>
          <w:i w:val="0"/>
          <w:color w:val="333333"/>
          <w:sz w:val="19"/>
        </w:rPr>
        <w:t>a₁₀₁ + ⋯ + a₂₀₀</w:t>
      </w:r>
    </w:p>
    <w:p>
      <w:pPr>
        <w:spacing w:before="0" w:after="80" w:line="300" w:lineRule="auto"/>
        <w:jc w:val="left"/>
      </w:pPr>
      <w:r>
        <w:rPr>
          <w:rFonts w:ascii="Times New Roman" w:hAnsi="Times New Roman" w:eastAsia="宋体"/>
          <w:b w:val="0"/>
          <w:i w:val="0"/>
          <w:color w:val="333333"/>
          <w:sz w:val="19"/>
        </w:rPr>
        <w:t>= (a₁ + ⋯ + a₁₀₀)</w:t>
      </w:r>
    </w:p>
    <w:p>
      <w:pPr>
        <w:spacing w:before="0" w:after="80" w:line="300" w:lineRule="auto"/>
        <w:jc w:val="left"/>
      </w:pPr>
      <w:r>
        <w:rPr>
          <w:rFonts w:ascii="Times New Roman" w:hAnsi="Times New Roman" w:eastAsia="宋体"/>
          <w:b w:val="0"/>
          <w:i w:val="0"/>
          <w:color w:val="333333"/>
          <w:sz w:val="19"/>
        </w:rPr>
        <w:t>+ 10000d.</w:t>
      </w:r>
    </w:p>
    <w:p>
      <w:pPr>
        <w:spacing w:before="0" w:after="80" w:line="300" w:lineRule="auto"/>
        <w:jc w:val="left"/>
      </w:pPr>
      <w:r>
        <w:rPr>
          <w:rFonts w:ascii="Times New Roman" w:hAnsi="Times New Roman" w:eastAsia="宋体"/>
          <w:b w:val="0"/>
          <w:i w:val="0"/>
          <w:color w:val="333333"/>
          <w:sz w:val="19"/>
        </w:rPr>
        <w:t>Therefore 200 = 100 + 10000d, giving d = 100/10000 = 0.01.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B</w:t>
      </w:r>
    </w:p>
    <w:p>
      <w:pPr>
        <w:spacing w:before="0" w:after="80" w:line="300" w:lineRule="auto"/>
        <w:jc w:val="left"/>
      </w:pPr>
      <w:r>
        <w:rPr>
          <w:rFonts w:ascii="Times New Roman" w:hAnsi="Times New Roman" w:eastAsia="宋体"/>
          <w:b w:val="0"/>
          <w:i w:val="0"/>
          <w:sz w:val="21"/>
        </w:rPr>
        <w:t>将方程改写为 a + 8c = 4 + 7b 和 8a - c = 7 - 4b。两式平方后相加：</w:t>
      </w:r>
    </w:p>
    <w:p>
      <w:pPr>
        <w:spacing w:before="0" w:after="80" w:line="300" w:lineRule="auto"/>
        <w:jc w:val="left"/>
      </w:pPr>
      <w:r>
        <w:rPr>
          <w:rFonts w:ascii="Times New Roman" w:hAnsi="Times New Roman" w:eastAsia="宋体"/>
          <w:b w:val="0"/>
          <w:i w:val="0"/>
          <w:sz w:val="21"/>
        </w:rPr>
        <w:t>(a + 8c)² + (8a - c)²</w:t>
      </w:r>
    </w:p>
    <w:p>
      <w:pPr>
        <w:spacing w:before="0" w:after="80" w:line="300" w:lineRule="auto"/>
        <w:jc w:val="left"/>
      </w:pPr>
      <w:r>
        <w:rPr>
          <w:rFonts w:ascii="Times New Roman" w:hAnsi="Times New Roman" w:eastAsia="宋体"/>
          <w:b w:val="0"/>
          <w:i w:val="0"/>
          <w:sz w:val="21"/>
        </w:rPr>
        <w:t>= (4 + 7b)²</w:t>
      </w:r>
    </w:p>
    <w:p>
      <w:pPr>
        <w:spacing w:before="0" w:after="80" w:line="300" w:lineRule="auto"/>
        <w:jc w:val="left"/>
      </w:pPr>
      <w:r>
        <w:rPr>
          <w:rFonts w:ascii="Times New Roman" w:hAnsi="Times New Roman" w:eastAsia="宋体"/>
          <w:b w:val="0"/>
          <w:i w:val="0"/>
          <w:sz w:val="21"/>
        </w:rPr>
        <w:t>+ (7 - 4b)²</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左边展开为 65a² + 65c²，ac 项抵消；右边展开为 65 + 65b²，b 项抵消。因此</w:t>
      </w:r>
    </w:p>
    <w:p>
      <w:pPr>
        <w:spacing w:before="0" w:after="80" w:line="300" w:lineRule="auto"/>
        <w:jc w:val="left"/>
      </w:pPr>
      <w:r>
        <w:rPr>
          <w:rFonts w:ascii="Times New Roman" w:hAnsi="Times New Roman" w:eastAsia="宋体"/>
          <w:b w:val="0"/>
          <w:i w:val="0"/>
          <w:sz w:val="21"/>
        </w:rPr>
        <w:t>65(a² + c²) = 65(1 + b²)，</w:t>
      </w:r>
    </w:p>
    <w:p>
      <w:pPr>
        <w:spacing w:before="0" w:after="80" w:line="300" w:lineRule="auto"/>
        <w:jc w:val="left"/>
      </w:pPr>
      <w:r>
        <w:rPr>
          <w:rFonts w:ascii="Times New Roman" w:hAnsi="Times New Roman" w:eastAsia="宋体"/>
          <w:b w:val="0"/>
          <w:i w:val="0"/>
          <w:sz w:val="21"/>
        </w:rPr>
        <w:t>所以 a² - b² + c² = 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Rewrite the equations as a + 8c = 4 + 7b and 8a - c = 7 - 4b. Squaring both and adding,</w:t>
      </w:r>
    </w:p>
    <w:p>
      <w:pPr>
        <w:spacing w:before="0" w:after="80" w:line="300" w:lineRule="auto"/>
        <w:jc w:val="left"/>
      </w:pPr>
      <w:r>
        <w:rPr>
          <w:rFonts w:ascii="Times New Roman" w:hAnsi="Times New Roman" w:eastAsia="宋体"/>
          <w:b w:val="0"/>
          <w:i w:val="0"/>
          <w:color w:val="333333"/>
          <w:sz w:val="19"/>
        </w:rPr>
        <w:t>(a + 8c)² + (8a - c)²</w:t>
      </w:r>
    </w:p>
    <w:p>
      <w:pPr>
        <w:spacing w:before="0" w:after="80" w:line="300" w:lineRule="auto"/>
        <w:jc w:val="left"/>
      </w:pPr>
      <w:r>
        <w:rPr>
          <w:rFonts w:ascii="Times New Roman" w:hAnsi="Times New Roman" w:eastAsia="宋体"/>
          <w:b w:val="0"/>
          <w:i w:val="0"/>
          <w:color w:val="333333"/>
          <w:sz w:val="19"/>
        </w:rPr>
        <w:t>= (4 + 7b)²</w:t>
      </w:r>
    </w:p>
    <w:p>
      <w:pPr>
        <w:spacing w:before="0" w:after="80" w:line="300" w:lineRule="auto"/>
        <w:jc w:val="left"/>
      </w:pPr>
      <w:r>
        <w:rPr>
          <w:rFonts w:ascii="Times New Roman" w:hAnsi="Times New Roman" w:eastAsia="宋体"/>
          <w:b w:val="0"/>
          <w:i w:val="0"/>
          <w:color w:val="333333"/>
          <w:sz w:val="19"/>
        </w:rPr>
        <w:t>+ (7 - 4b)².</w:t>
      </w:r>
    </w:p>
    <w:p>
      <w:pPr>
        <w:spacing w:before="0" w:after="80" w:line="300" w:lineRule="auto"/>
        <w:jc w:val="left"/>
      </w:pPr>
      <w:r>
        <w:rPr>
          <w:rFonts w:ascii="Times New Roman" w:hAnsi="Times New Roman" w:eastAsia="宋体"/>
          <w:b w:val="0"/>
          <w:i w:val="0"/>
          <w:color w:val="333333"/>
          <w:sz w:val="19"/>
        </w:rPr>
        <w:t>The left side expands to 65a² + 65c² (the ac terms cancel), and the right side expands to 65 + 65b² (the b terms cancel). So</w:t>
      </w:r>
    </w:p>
    <w:p>
      <w:pPr>
        <w:spacing w:before="0" w:after="80" w:line="300" w:lineRule="auto"/>
        <w:jc w:val="left"/>
      </w:pPr>
      <w:r>
        <w:rPr>
          <w:rFonts w:ascii="Times New Roman" w:hAnsi="Times New Roman" w:eastAsia="宋体"/>
          <w:b w:val="0"/>
          <w:i w:val="0"/>
          <w:color w:val="333333"/>
          <w:sz w:val="19"/>
        </w:rPr>
        <w:t>65(a² + c²) = 65(1 + b²),</w:t>
      </w:r>
    </w:p>
    <w:p>
      <w:pPr>
        <w:spacing w:before="0" w:after="80" w:line="300" w:lineRule="auto"/>
        <w:jc w:val="left"/>
      </w:pPr>
      <w:r>
        <w:rPr>
          <w:rFonts w:ascii="Times New Roman" w:hAnsi="Times New Roman" w:eastAsia="宋体"/>
          <w:b w:val="0"/>
          <w:i w:val="0"/>
          <w:color w:val="333333"/>
          <w:sz w:val="19"/>
        </w:rPr>
        <w:t>giving a² - b² + c² = 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B</w:t>
      </w:r>
    </w:p>
    <w:p>
      <w:pPr>
        <w:spacing w:before="0" w:after="80" w:line="300" w:lineRule="auto"/>
        <w:jc w:val="left"/>
      </w:pPr>
      <w:r>
        <w:rPr>
          <w:rFonts w:ascii="Times New Roman" w:hAnsi="Times New Roman" w:eastAsia="宋体"/>
          <w:b w:val="0"/>
          <w:i w:val="0"/>
          <w:sz w:val="21"/>
        </w:rPr>
        <w:t>设 Andy 的草坪面积为 A，则 Beth 的面积为 A/2，Carlos 的面积为 A/3。再设 Carlos 的速度为 R，Beth 和 Andy 的速度分别为 2R、3R。</w:t>
      </w:r>
    </w:p>
    <w:p>
      <w:pPr>
        <w:spacing w:before="0" w:after="80" w:line="300" w:lineRule="auto"/>
        <w:jc w:val="left"/>
      </w:pPr>
      <w:r>
        <w:rPr>
          <w:rFonts w:ascii="Times New Roman" w:hAnsi="Times New Roman" w:eastAsia="宋体"/>
          <w:b w:val="0"/>
          <w:i w:val="0"/>
          <w:sz w:val="21"/>
        </w:rPr>
        <w:t>三人所需时间分别为</w:t>
      </w:r>
    </w:p>
    <w:p>
      <w:pPr>
        <w:spacing w:before="0" w:after="80" w:line="300" w:lineRule="auto"/>
        <w:jc w:val="left"/>
      </w:pPr>
      <w:r>
        <w:rPr>
          <w:rFonts w:ascii="Times New Roman" w:hAnsi="Times New Roman" w:eastAsia="宋体"/>
          <w:b w:val="0"/>
          <w:i w:val="0"/>
          <w:sz w:val="21"/>
        </w:rPr>
        <w:t>Andy: A/3R,</w:t>
      </w:r>
    </w:p>
    <w:p>
      <w:pPr>
        <w:spacing w:before="0" w:after="80" w:line="300" w:lineRule="auto"/>
        <w:jc w:val="left"/>
      </w:pPr>
      <w:r>
        <w:rPr>
          <w:rFonts w:ascii="Times New Roman" w:hAnsi="Times New Roman" w:eastAsia="宋体"/>
          <w:b w:val="0"/>
          <w:i w:val="0"/>
          <w:sz w:val="21"/>
        </w:rPr>
        <w:t>Beth: (A/2)/2R = A/4R,</w:t>
      </w:r>
    </w:p>
    <w:p>
      <w:pPr>
        <w:spacing w:before="0" w:after="80" w:line="300" w:lineRule="auto"/>
        <w:jc w:val="left"/>
      </w:pPr>
      <w:r>
        <w:rPr>
          <w:rFonts w:ascii="Times New Roman" w:hAnsi="Times New Roman" w:eastAsia="宋体"/>
          <w:b w:val="0"/>
          <w:i w:val="0"/>
          <w:sz w:val="21"/>
        </w:rPr>
        <w:t>Carlos: (A/3)/R = A/3R</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其中最短的是 A/4R，所以 Beth 最先完成。</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Andy’s lawn have area A, so Beth’s is A/2 and Carlos’ is A/3. Let Carlos mow at rate R, so Beth mows at 2R and Andy at 3R.</w:t>
      </w:r>
    </w:p>
    <w:p>
      <w:pPr>
        <w:spacing w:before="0" w:after="80" w:line="300" w:lineRule="auto"/>
        <w:jc w:val="left"/>
      </w:pPr>
      <w:r>
        <w:rPr>
          <w:rFonts w:ascii="Times New Roman" w:hAnsi="Times New Roman" w:eastAsia="宋体"/>
          <w:b w:val="0"/>
          <w:i w:val="0"/>
          <w:color w:val="333333"/>
          <w:sz w:val="19"/>
        </w:rPr>
        <w:t>The times are</w:t>
      </w:r>
    </w:p>
    <w:p>
      <w:pPr>
        <w:spacing w:before="0" w:after="80" w:line="300" w:lineRule="auto"/>
        <w:jc w:val="left"/>
      </w:pPr>
      <w:r>
        <w:rPr>
          <w:rFonts w:ascii="Times New Roman" w:hAnsi="Times New Roman" w:eastAsia="宋体"/>
          <w:b w:val="0"/>
          <w:i w:val="0"/>
          <w:color w:val="333333"/>
          <w:sz w:val="19"/>
        </w:rPr>
        <w:t>Andy: A/3R,</w:t>
      </w:r>
    </w:p>
    <w:p>
      <w:pPr>
        <w:spacing w:before="0" w:after="80" w:line="300" w:lineRule="auto"/>
        <w:jc w:val="left"/>
      </w:pPr>
      <w:r>
        <w:rPr>
          <w:rFonts w:ascii="Times New Roman" w:hAnsi="Times New Roman" w:eastAsia="宋体"/>
          <w:b w:val="0"/>
          <w:i w:val="0"/>
          <w:color w:val="333333"/>
          <w:sz w:val="19"/>
        </w:rPr>
        <w:t>Beth: (A/2)/2R = A/4R,</w:t>
      </w:r>
    </w:p>
    <w:p>
      <w:pPr>
        <w:spacing w:before="0" w:after="80" w:line="300" w:lineRule="auto"/>
        <w:jc w:val="left"/>
      </w:pPr>
      <w:r>
        <w:rPr>
          <w:rFonts w:ascii="Times New Roman" w:hAnsi="Times New Roman" w:eastAsia="宋体"/>
          <w:b w:val="0"/>
          <w:i w:val="0"/>
          <w:color w:val="333333"/>
          <w:sz w:val="19"/>
        </w:rPr>
        <w:t>Carlos: (A/3)/R = A/3R.</w:t>
      </w:r>
    </w:p>
    <w:p>
      <w:pPr>
        <w:spacing w:before="0" w:after="80" w:line="300" w:lineRule="auto"/>
        <w:jc w:val="left"/>
      </w:pPr>
      <w:r>
        <w:rPr>
          <w:rFonts w:ascii="Times New Roman" w:hAnsi="Times New Roman" w:eastAsia="宋体"/>
          <w:b w:val="0"/>
          <w:i w:val="0"/>
          <w:color w:val="333333"/>
          <w:sz w:val="19"/>
        </w:rPr>
        <w:t>Since A/4R is the smallest, Beth finishes first.</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B</w:t>
      </w:r>
    </w:p>
    <w:p>
      <w:pPr>
        <w:spacing w:before="0" w:after="80" w:line="300" w:lineRule="auto"/>
        <w:jc w:val="left"/>
      </w:pPr>
      <w:r>
        <w:rPr>
          <w:rFonts w:ascii="Times New Roman" w:hAnsi="Times New Roman" w:eastAsia="宋体"/>
          <w:b w:val="0"/>
          <w:i w:val="0"/>
          <w:sz w:val="21"/>
        </w:rPr>
        <w:t>设 OM = a、ON = b，则 OX = 2a、OY = 2b。由 O 处直角得</w:t>
      </w:r>
    </w:p>
    <w:p>
      <w:pPr>
        <w:spacing w:before="0" w:after="80" w:line="300" w:lineRule="auto"/>
        <w:jc w:val="left"/>
      </w:pPr>
      <w:r>
        <w:rPr>
          <w:rFonts w:ascii="Times New Roman" w:hAnsi="Times New Roman" w:eastAsia="宋体"/>
          <w:b w:val="0"/>
          <w:i w:val="0"/>
          <w:sz w:val="21"/>
        </w:rPr>
        <w:t>19² = (2a)² + b²</w:t>
      </w:r>
    </w:p>
    <w:p>
      <w:pPr>
        <w:spacing w:before="0" w:after="80" w:line="300" w:lineRule="auto"/>
        <w:jc w:val="left"/>
      </w:pPr>
      <w:r>
        <w:rPr>
          <w:rFonts w:ascii="Times New Roman" w:hAnsi="Times New Roman" w:eastAsia="宋体"/>
          <w:b w:val="0"/>
          <w:i w:val="0"/>
          <w:sz w:val="21"/>
        </w:rPr>
        <w:t>和</w:t>
      </w:r>
    </w:p>
    <w:p>
      <w:pPr>
        <w:spacing w:before="0" w:after="80" w:line="300" w:lineRule="auto"/>
        <w:jc w:val="left"/>
      </w:pPr>
      <w:r>
        <w:rPr>
          <w:rFonts w:ascii="Times New Roman" w:hAnsi="Times New Roman" w:eastAsia="宋体"/>
          <w:b w:val="0"/>
          <w:i w:val="0"/>
          <w:sz w:val="21"/>
        </w:rPr>
        <w:t>22² = a² + (2b)²。</w:t>
      </w:r>
    </w:p>
    <w:p>
      <w:pPr>
        <w:spacing w:before="0" w:after="80" w:line="300" w:lineRule="auto"/>
        <w:jc w:val="left"/>
      </w:pPr>
      <w:r>
        <w:rPr>
          <w:rFonts w:ascii="Times New Roman" w:hAnsi="Times New Roman" w:eastAsia="宋体"/>
          <w:b w:val="0"/>
          <w:i w:val="0"/>
          <w:sz w:val="21"/>
        </w:rPr>
        <w:t>两式相加得 5(a² + b²) = 19² + 22² = 845，所以 a² + b² = 169，并且 MN = √(a² + b²) = 13。</w:t>
      </w:r>
    </w:p>
    <w:p>
      <w:pPr>
        <w:spacing w:before="0" w:after="80" w:line="300" w:lineRule="auto"/>
        <w:jc w:val="left"/>
      </w:pPr>
      <w:r>
        <w:rPr>
          <w:rFonts w:ascii="Times New Roman" w:hAnsi="Times New Roman" w:eastAsia="宋体"/>
          <w:b w:val="0"/>
          <w:i w:val="0"/>
          <w:sz w:val="21"/>
        </w:rPr>
        <w:t>由于 △ XOY ∼ △ MON，相似比为 2，所以 XY = 2· MN = 26。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OM = a and ON = b, so OX = 2a and OY = 2b. The right angle at O gives</w:t>
      </w:r>
    </w:p>
    <w:p>
      <w:pPr>
        <w:spacing w:before="0" w:after="80" w:line="300" w:lineRule="auto"/>
        <w:jc w:val="left"/>
      </w:pPr>
      <w:r>
        <w:rPr>
          <w:rFonts w:ascii="Times New Roman" w:hAnsi="Times New Roman" w:eastAsia="宋体"/>
          <w:b w:val="0"/>
          <w:i w:val="0"/>
          <w:color w:val="333333"/>
          <w:sz w:val="19"/>
        </w:rPr>
        <w:t>19² = (2a)² + b²</w:t>
      </w:r>
    </w:p>
    <w:p>
      <w:pPr>
        <w:spacing w:before="0" w:after="80" w:line="300" w:lineRule="auto"/>
        <w:jc w:val="left"/>
      </w:pPr>
      <w:r>
        <w:rPr>
          <w:rFonts w:ascii="Times New Roman" w:hAnsi="Times New Roman" w:eastAsia="宋体"/>
          <w:b w:val="0"/>
          <w:i w:val="0"/>
          <w:color w:val="333333"/>
          <w:sz w:val="19"/>
        </w:rPr>
        <w:t>and</w:t>
      </w:r>
    </w:p>
    <w:p>
      <w:pPr>
        <w:spacing w:before="0" w:after="80" w:line="300" w:lineRule="auto"/>
        <w:jc w:val="left"/>
      </w:pPr>
      <w:r>
        <w:rPr>
          <w:rFonts w:ascii="Times New Roman" w:hAnsi="Times New Roman" w:eastAsia="宋体"/>
          <w:b w:val="0"/>
          <w:i w:val="0"/>
          <w:color w:val="333333"/>
          <w:sz w:val="19"/>
        </w:rPr>
        <w:t>22² = a² + (2b)².</w:t>
      </w:r>
    </w:p>
    <w:p>
      <w:pPr>
        <w:spacing w:before="0" w:after="80" w:line="300" w:lineRule="auto"/>
        <w:jc w:val="left"/>
      </w:pPr>
      <w:r>
        <w:rPr>
          <w:rFonts w:ascii="Times New Roman" w:hAnsi="Times New Roman" w:eastAsia="宋体"/>
          <w:b w:val="0"/>
          <w:i w:val="0"/>
          <w:color w:val="333333"/>
          <w:sz w:val="19"/>
        </w:rPr>
        <w:t>Adding these, 5(a² + b²) = 19² + 22² = 845, so a² + b² = 169 and MN = √(a² + b²) = 13.</w:t>
      </w:r>
    </w:p>
    <w:p>
      <w:pPr>
        <w:spacing w:before="0" w:after="80" w:line="300" w:lineRule="auto"/>
        <w:jc w:val="left"/>
      </w:pPr>
      <w:r>
        <w:rPr>
          <w:rFonts w:ascii="Times New Roman" w:hAnsi="Times New Roman" w:eastAsia="宋体"/>
          <w:b w:val="0"/>
          <w:i w:val="0"/>
          <w:color w:val="333333"/>
          <w:sz w:val="19"/>
        </w:rPr>
        <w:t>Since △ XOY ∼ △ MON with ratio 2, we have XY = 2· MN = 26.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D</w:t>
      </w:r>
    </w:p>
    <w:p>
      <w:pPr>
        <w:spacing w:before="0" w:after="80" w:line="300" w:lineRule="auto"/>
        <w:jc w:val="left"/>
      </w:pPr>
      <w:r>
        <w:rPr>
          <w:rFonts w:ascii="Times New Roman" w:hAnsi="Times New Roman" w:eastAsia="宋体"/>
          <w:b w:val="0"/>
          <w:i w:val="0"/>
          <w:sz w:val="21"/>
        </w:rPr>
        <w:t>令 n = 1，得到 aₘ₊₁ = aₘ + a₁ + m = aₘ + (m + 1)，所以 aₘ₊₁ - aₘ = m + 1。</w:t>
      </w:r>
    </w:p>
    <w:p>
      <w:pPr>
        <w:spacing w:before="0" w:after="80" w:line="300" w:lineRule="auto"/>
        <w:jc w:val="left"/>
      </w:pPr>
      <w:r>
        <w:rPr>
          <w:rFonts w:ascii="Times New Roman" w:hAnsi="Times New Roman" w:eastAsia="宋体"/>
          <w:b w:val="0"/>
          <w:i w:val="0"/>
          <w:sz w:val="21"/>
        </w:rPr>
        <w:t>从 m = 1 加到 11，有</w:t>
      </w:r>
    </w:p>
    <w:p>
      <w:pPr>
        <w:spacing w:before="0" w:after="80" w:line="300" w:lineRule="auto"/>
        <w:jc w:val="left"/>
      </w:pPr>
      <w:r>
        <w:rPr>
          <w:rFonts w:ascii="Times New Roman" w:hAnsi="Times New Roman" w:eastAsia="宋体"/>
          <w:b w:val="0"/>
          <w:i w:val="0"/>
          <w:sz w:val="21"/>
        </w:rPr>
        <w:t>a₁₂ - a₁ = 2 + 3 + ⋯ + 12</w:t>
      </w:r>
    </w:p>
    <w:p>
      <w:pPr>
        <w:spacing w:before="0" w:after="80" w:line="300" w:lineRule="auto"/>
        <w:jc w:val="left"/>
      </w:pPr>
      <w:r>
        <w:rPr>
          <w:rFonts w:ascii="Times New Roman" w:hAnsi="Times New Roman" w:eastAsia="宋体"/>
          <w:b w:val="0"/>
          <w:i w:val="0"/>
          <w:sz w:val="21"/>
        </w:rPr>
        <w:t>= (12· 13)/2 - 1</w:t>
      </w:r>
    </w:p>
    <w:p>
      <w:pPr>
        <w:spacing w:before="0" w:after="80" w:line="300" w:lineRule="auto"/>
        <w:jc w:val="left"/>
      </w:pPr>
      <w:r>
        <w:rPr>
          <w:rFonts w:ascii="Times New Roman" w:hAnsi="Times New Roman" w:eastAsia="宋体"/>
          <w:b w:val="0"/>
          <w:i w:val="0"/>
          <w:sz w:val="21"/>
        </w:rPr>
        <w:t>= 77</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 a₁₂ = 1 + 77 = 78。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Setting n = 1, we get aₘ₊₁ = aₘ + a₁ + m = aₘ + (m + 1), so aₘ₊₁ - aₘ = m + 1.</w:t>
      </w:r>
    </w:p>
    <w:p>
      <w:pPr>
        <w:spacing w:before="0" w:after="80" w:line="300" w:lineRule="auto"/>
        <w:jc w:val="left"/>
      </w:pPr>
      <w:r>
        <w:rPr>
          <w:rFonts w:ascii="Times New Roman" w:hAnsi="Times New Roman" w:eastAsia="宋体"/>
          <w:b w:val="0"/>
          <w:i w:val="0"/>
          <w:color w:val="333333"/>
          <w:sz w:val="19"/>
        </w:rPr>
        <w:t>Summing from m = 1 to 11,</w:t>
      </w:r>
    </w:p>
    <w:p>
      <w:pPr>
        <w:spacing w:before="0" w:after="80" w:line="300" w:lineRule="auto"/>
        <w:jc w:val="left"/>
      </w:pPr>
      <w:r>
        <w:rPr>
          <w:rFonts w:ascii="Times New Roman" w:hAnsi="Times New Roman" w:eastAsia="宋体"/>
          <w:b w:val="0"/>
          <w:i w:val="0"/>
          <w:color w:val="333333"/>
          <w:sz w:val="19"/>
        </w:rPr>
        <w:t>a₁₂ - a₁ = 2 + 3 + ⋯ + 12</w:t>
      </w:r>
    </w:p>
    <w:p>
      <w:pPr>
        <w:spacing w:before="0" w:after="80" w:line="300" w:lineRule="auto"/>
        <w:jc w:val="left"/>
      </w:pPr>
      <w:r>
        <w:rPr>
          <w:rFonts w:ascii="Times New Roman" w:hAnsi="Times New Roman" w:eastAsia="宋体"/>
          <w:b w:val="0"/>
          <w:i w:val="0"/>
          <w:color w:val="333333"/>
          <w:sz w:val="19"/>
        </w:rPr>
        <w:t>= (12· 13)/2 - 1</w:t>
      </w:r>
    </w:p>
    <w:p>
      <w:pPr>
        <w:spacing w:before="0" w:after="80" w:line="300" w:lineRule="auto"/>
        <w:jc w:val="left"/>
      </w:pPr>
      <w:r>
        <w:rPr>
          <w:rFonts w:ascii="Times New Roman" w:hAnsi="Times New Roman" w:eastAsia="宋体"/>
          <w:b w:val="0"/>
          <w:i w:val="0"/>
          <w:color w:val="333333"/>
          <w:sz w:val="19"/>
        </w:rPr>
        <w:t>= 77.</w:t>
      </w:r>
    </w:p>
    <w:p>
      <w:pPr>
        <w:spacing w:before="0" w:after="80" w:line="300" w:lineRule="auto"/>
        <w:jc w:val="left"/>
      </w:pPr>
      <w:r>
        <w:rPr>
          <w:rFonts w:ascii="Times New Roman" w:hAnsi="Times New Roman" w:eastAsia="宋体"/>
          <w:b w:val="0"/>
          <w:i w:val="0"/>
          <w:color w:val="333333"/>
          <w:sz w:val="19"/>
        </w:rPr>
        <w:t>Therefore a₁₂ = 1 + 77 = 78.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D</w:t>
      </w:r>
    </w:p>
    <w:p>
      <w:pPr>
        <w:spacing w:before="0" w:after="80" w:line="300" w:lineRule="auto"/>
        <w:jc w:val="left"/>
      </w:pPr>
      <w:r>
        <w:rPr>
          <w:rFonts w:ascii="Times New Roman" w:hAnsi="Times New Roman" w:eastAsia="宋体"/>
          <w:b w:val="0"/>
          <w:i w:val="0"/>
          <w:sz w:val="21"/>
        </w:rPr>
        <w:t>把圆心 O 放在高度 20 处。最低点 A 的高度为 0，乘客到达的高度为 10，也就是在圆心下方 10 英尺处。</w:t>
      </w:r>
    </w:p>
    <w:p>
      <w:pPr>
        <w:spacing w:before="0" w:after="80" w:line="300" w:lineRule="auto"/>
        <w:jc w:val="left"/>
      </w:pPr>
      <w:r>
        <w:rPr>
          <w:rFonts w:ascii="Times New Roman" w:hAnsi="Times New Roman" w:eastAsia="宋体"/>
          <w:b w:val="0"/>
          <w:i w:val="0"/>
          <w:sz w:val="21"/>
        </w:rPr>
        <w:t>从乘客所在点向摩天轮的竖直直径作水平线段。所得直角三角形的竖直直角边长为 10，斜边即半径，长为 20。直角边是斜边的一半，所以乘客所在半径与竖直向下方向成 60°。</w:t>
      </w:r>
    </w:p>
    <w:p>
      <w:pPr>
        <w:spacing w:before="0" w:after="80" w:line="300" w:lineRule="auto"/>
        <w:jc w:val="left"/>
      </w:pPr>
      <w:r>
        <w:rPr>
          <w:rFonts w:ascii="Times New Roman" w:hAnsi="Times New Roman" w:eastAsia="宋体"/>
          <w:b w:val="0"/>
          <w:i w:val="0"/>
          <w:sz w:val="21"/>
        </w:rPr>
        <w:t>摩天轮在 60 秒内转过 360°，所以转过 60° 需要 60/360· 60 = 10 秒。</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Put the center O at height 20. The bottom A is at height 0, and the rider reaches height 10, which is 10 feet below the center.</w:t>
      </w:r>
    </w:p>
    <w:p>
      <w:pPr>
        <w:spacing w:before="0" w:after="80" w:line="300" w:lineRule="auto"/>
        <w:jc w:val="left"/>
      </w:pPr>
      <w:r>
        <w:rPr>
          <w:rFonts w:ascii="Times New Roman" w:hAnsi="Times New Roman" w:eastAsia="宋体"/>
          <w:b w:val="0"/>
          <w:i w:val="0"/>
          <w:color w:val="333333"/>
          <w:sz w:val="19"/>
        </w:rPr>
        <w:t>Draw a horizontal segment from the rider to the wheel’s vertical diameter. The resulting right triangle has a vertical leg of length 10 and a hypotenuse (the radius) of length 20. That leg is half the hypotenuse, so the radius to the rider makes 60° with the downward vertical.</w:t>
      </w:r>
    </w:p>
    <w:p>
      <w:pPr>
        <w:spacing w:before="0" w:after="80" w:line="300" w:lineRule="auto"/>
        <w:jc w:val="left"/>
      </w:pPr>
      <w:r>
        <w:rPr>
          <w:rFonts w:ascii="Times New Roman" w:hAnsi="Times New Roman" w:eastAsia="宋体"/>
          <w:b w:val="0"/>
          <w:i w:val="0"/>
          <w:color w:val="333333"/>
          <w:sz w:val="19"/>
        </w:rPr>
        <w:t>The wheel turns 360° in 60 seconds, so turning 60° takes 60/360· 60 = 10 seconds.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A</w:t>
      </w:r>
    </w:p>
    <w:p>
      <w:pPr>
        <w:spacing w:before="0" w:after="80" w:line="300" w:lineRule="auto"/>
        <w:jc w:val="left"/>
      </w:pPr>
      <w:r>
        <w:rPr>
          <w:rFonts w:ascii="Times New Roman" w:hAnsi="Times New Roman" w:eastAsia="宋体"/>
          <w:b w:val="0"/>
          <w:i w:val="0"/>
          <w:sz w:val="21"/>
        </w:rPr>
        <w:t>设原列表有 n 个整数，平均数为 m，则总和为 mn。加入 15 后，</w:t>
      </w:r>
    </w:p>
    <w:p>
      <w:pPr>
        <w:spacing w:before="0" w:after="80" w:line="300" w:lineRule="auto"/>
        <w:jc w:val="left"/>
      </w:pPr>
      <w:r>
        <w:rPr>
          <w:rFonts w:ascii="Times New Roman" w:hAnsi="Times New Roman" w:eastAsia="宋体"/>
          <w:b w:val="0"/>
          <w:i w:val="0"/>
          <w:sz w:val="21"/>
        </w:rPr>
        <w:t>(m + 2)(n + 1)</w:t>
      </w:r>
    </w:p>
    <w:p>
      <w:pPr>
        <w:spacing w:before="0" w:after="80" w:line="300" w:lineRule="auto"/>
        <w:jc w:val="left"/>
      </w:pPr>
      <w:r>
        <w:rPr>
          <w:rFonts w:ascii="Times New Roman" w:hAnsi="Times New Roman" w:eastAsia="宋体"/>
          <w:b w:val="0"/>
          <w:i w:val="0"/>
          <w:sz w:val="21"/>
        </w:rPr>
        <w:t>= mn + 15</w:t>
      </w:r>
    </w:p>
    <w:p>
      <w:pPr>
        <w:spacing w:before="0" w:after="80" w:line="300" w:lineRule="auto"/>
        <w:jc w:val="left"/>
      </w:pPr>
      <w:r>
        <w:rPr>
          <w:rFonts w:ascii="Times New Roman" w:hAnsi="Times New Roman" w:eastAsia="宋体"/>
          <w:b w:val="0"/>
          <w:i w:val="0"/>
          <w:sz w:val="21"/>
        </w:rPr>
        <w:t>implies m + 2n = 13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再加入 1 后，</w:t>
      </w:r>
    </w:p>
    <w:p>
      <w:pPr>
        <w:spacing w:before="0" w:after="80" w:line="300" w:lineRule="auto"/>
        <w:jc w:val="left"/>
      </w:pPr>
      <w:r>
        <w:rPr>
          <w:rFonts w:ascii="Times New Roman" w:hAnsi="Times New Roman" w:eastAsia="宋体"/>
          <w:b w:val="0"/>
          <w:i w:val="0"/>
          <w:sz w:val="21"/>
        </w:rPr>
        <w:t>(m + 1)(n + 2)</w:t>
      </w:r>
    </w:p>
    <w:p>
      <w:pPr>
        <w:spacing w:before="0" w:after="80" w:line="300" w:lineRule="auto"/>
        <w:jc w:val="left"/>
      </w:pPr>
      <w:r>
        <w:rPr>
          <w:rFonts w:ascii="Times New Roman" w:hAnsi="Times New Roman" w:eastAsia="宋体"/>
          <w:b w:val="0"/>
          <w:i w:val="0"/>
          <w:sz w:val="21"/>
        </w:rPr>
        <w:t>= mn + 16</w:t>
      </w:r>
    </w:p>
    <w:p>
      <w:pPr>
        <w:spacing w:before="0" w:after="80" w:line="300" w:lineRule="auto"/>
        <w:jc w:val="left"/>
      </w:pPr>
      <w:r>
        <w:rPr>
          <w:rFonts w:ascii="Times New Roman" w:hAnsi="Times New Roman" w:eastAsia="宋体"/>
          <w:b w:val="0"/>
          <w:i w:val="0"/>
          <w:sz w:val="21"/>
        </w:rPr>
        <w:t>implies 2m + n = 14</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解方程组 m + 2n = 13、2m + n = 14，得 m = 5、n = 4，所以原列表有四个整数。</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original list have n integers with mean m, so its sum is mn. Appending 15 gives</w:t>
      </w:r>
    </w:p>
    <w:p>
      <w:pPr>
        <w:spacing w:before="0" w:after="80" w:line="300" w:lineRule="auto"/>
        <w:jc w:val="left"/>
      </w:pPr>
      <w:r>
        <w:rPr>
          <w:rFonts w:ascii="Times New Roman" w:hAnsi="Times New Roman" w:eastAsia="宋体"/>
          <w:b w:val="0"/>
          <w:i w:val="0"/>
          <w:color w:val="333333"/>
          <w:sz w:val="19"/>
        </w:rPr>
        <w:t>(m + 2)(n + 1)</w:t>
      </w:r>
    </w:p>
    <w:p>
      <w:pPr>
        <w:spacing w:before="0" w:after="80" w:line="300" w:lineRule="auto"/>
        <w:jc w:val="left"/>
      </w:pPr>
      <w:r>
        <w:rPr>
          <w:rFonts w:ascii="Times New Roman" w:hAnsi="Times New Roman" w:eastAsia="宋体"/>
          <w:b w:val="0"/>
          <w:i w:val="0"/>
          <w:color w:val="333333"/>
          <w:sz w:val="19"/>
        </w:rPr>
        <w:t>= mn + 15</w:t>
      </w:r>
    </w:p>
    <w:p>
      <w:pPr>
        <w:spacing w:before="0" w:after="80" w:line="300" w:lineRule="auto"/>
        <w:jc w:val="left"/>
      </w:pPr>
      <w:r>
        <w:rPr>
          <w:rFonts w:ascii="Times New Roman" w:hAnsi="Times New Roman" w:eastAsia="宋体"/>
          <w:b w:val="0"/>
          <w:i w:val="0"/>
          <w:color w:val="333333"/>
          <w:sz w:val="19"/>
        </w:rPr>
        <w:t>implies m + 2n = 13.</w:t>
      </w:r>
    </w:p>
    <w:p>
      <w:pPr>
        <w:spacing w:before="0" w:after="80" w:line="300" w:lineRule="auto"/>
        <w:jc w:val="left"/>
      </w:pPr>
      <w:r>
        <w:rPr>
          <w:rFonts w:ascii="Times New Roman" w:hAnsi="Times New Roman" w:eastAsia="宋体"/>
          <w:b w:val="0"/>
          <w:i w:val="0"/>
          <w:color w:val="333333"/>
          <w:sz w:val="19"/>
        </w:rPr>
        <w:t>Appending 1 to that enlarged list gives</w:t>
      </w:r>
    </w:p>
    <w:p>
      <w:pPr>
        <w:spacing w:before="0" w:after="80" w:line="300" w:lineRule="auto"/>
        <w:jc w:val="left"/>
      </w:pPr>
      <w:r>
        <w:rPr>
          <w:rFonts w:ascii="Times New Roman" w:hAnsi="Times New Roman" w:eastAsia="宋体"/>
          <w:b w:val="0"/>
          <w:i w:val="0"/>
          <w:color w:val="333333"/>
          <w:sz w:val="19"/>
        </w:rPr>
        <w:t>(m + 1)(n + 2)</w:t>
      </w:r>
    </w:p>
    <w:p>
      <w:pPr>
        <w:spacing w:before="0" w:after="80" w:line="300" w:lineRule="auto"/>
        <w:jc w:val="left"/>
      </w:pPr>
      <w:r>
        <w:rPr>
          <w:rFonts w:ascii="Times New Roman" w:hAnsi="Times New Roman" w:eastAsia="宋体"/>
          <w:b w:val="0"/>
          <w:i w:val="0"/>
          <w:color w:val="333333"/>
          <w:sz w:val="19"/>
        </w:rPr>
        <w:t>= mn + 16</w:t>
      </w:r>
    </w:p>
    <w:p>
      <w:pPr>
        <w:spacing w:before="0" w:after="80" w:line="300" w:lineRule="auto"/>
        <w:jc w:val="left"/>
      </w:pPr>
      <w:r>
        <w:rPr>
          <w:rFonts w:ascii="Times New Roman" w:hAnsi="Times New Roman" w:eastAsia="宋体"/>
          <w:b w:val="0"/>
          <w:i w:val="0"/>
          <w:color w:val="333333"/>
          <w:sz w:val="19"/>
        </w:rPr>
        <w:t>implies 2m + n = 14.</w:t>
      </w:r>
    </w:p>
    <w:p>
      <w:pPr>
        <w:spacing w:before="0" w:after="80" w:line="300" w:lineRule="auto"/>
        <w:jc w:val="left"/>
      </w:pPr>
      <w:r>
        <w:rPr>
          <w:rFonts w:ascii="Times New Roman" w:hAnsi="Times New Roman" w:eastAsia="宋体"/>
          <w:b w:val="0"/>
          <w:i w:val="0"/>
          <w:color w:val="333333"/>
          <w:sz w:val="19"/>
        </w:rPr>
        <w:t>Solving m + 2n = 13 and 2m + n = 14 yields m = 5 and n = 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